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245A0" w14:textId="77777777" w:rsidR="002778C9" w:rsidRPr="00815FDD" w:rsidRDefault="005839FB" w:rsidP="0078160F">
      <w:pPr>
        <w:keepNext/>
        <w:spacing w:before="240" w:after="100"/>
        <w:jc w:val="both"/>
        <w:rPr>
          <w:b/>
          <w:szCs w:val="24"/>
          <w:lang w:eastAsia="zh-CN"/>
        </w:rPr>
      </w:pPr>
      <w:r w:rsidRPr="005839FB">
        <w:rPr>
          <w:b/>
          <w:szCs w:val="24"/>
        </w:rPr>
        <w:t>Supplementary Table S1</w:t>
      </w:r>
      <w:r w:rsidR="00815FDD">
        <w:rPr>
          <w:rFonts w:hint="eastAsia"/>
          <w:b/>
          <w:szCs w:val="24"/>
          <w:lang w:eastAsia="zh-CN"/>
        </w:rPr>
        <w:t>.</w:t>
      </w:r>
      <w:r w:rsidRPr="005839FB">
        <w:rPr>
          <w:b/>
          <w:szCs w:val="24"/>
        </w:rPr>
        <w:t xml:space="preserve"> Missing</w:t>
      </w:r>
      <w:r w:rsidR="00876516">
        <w:rPr>
          <w:rFonts w:hint="eastAsia"/>
          <w:b/>
          <w:szCs w:val="24"/>
          <w:lang w:eastAsia="zh-CN"/>
        </w:rPr>
        <w:t>-</w:t>
      </w:r>
      <w:r w:rsidRPr="005839FB">
        <w:rPr>
          <w:b/>
          <w:szCs w:val="24"/>
        </w:rPr>
        <w:t>data report</w:t>
      </w:r>
      <w:r w:rsidR="00815FDD">
        <w:rPr>
          <w:rFonts w:hint="eastAsia"/>
          <w:b/>
          <w:szCs w:val="24"/>
          <w:lang w:eastAsia="zh-CN"/>
        </w:rPr>
        <w:t>.</w:t>
      </w:r>
    </w:p>
    <w:tbl>
      <w:tblPr>
        <w:tblStyle w:val="aff1"/>
        <w:tblW w:w="0" w:type="auto"/>
        <w:jc w:val="center"/>
        <w:tblLayout w:type="fixed"/>
        <w:tblLook w:val="04A0" w:firstRow="1" w:lastRow="0" w:firstColumn="1" w:lastColumn="0" w:noHBand="0" w:noVBand="1"/>
      </w:tblPr>
      <w:tblGrid>
        <w:gridCol w:w="3277"/>
        <w:gridCol w:w="1964"/>
        <w:gridCol w:w="1985"/>
      </w:tblGrid>
      <w:tr w:rsidR="005839FB" w:rsidRPr="00A10F7D" w14:paraId="4089E1EB" w14:textId="77777777" w:rsidTr="00D36F1C">
        <w:trPr>
          <w:tblHeader/>
          <w:jc w:val="center"/>
        </w:trPr>
        <w:tc>
          <w:tcPr>
            <w:tcW w:w="3277" w:type="dxa"/>
            <w:shd w:val="clear" w:color="auto" w:fill="D9EAF7"/>
            <w:tcMar>
              <w:top w:w="70" w:type="dxa"/>
              <w:left w:w="90" w:type="dxa"/>
              <w:bottom w:w="70" w:type="dxa"/>
              <w:right w:w="90" w:type="dxa"/>
            </w:tcMar>
            <w:vAlign w:val="center"/>
          </w:tcPr>
          <w:p w14:paraId="5475ECE8" w14:textId="77777777" w:rsidR="005839FB" w:rsidRPr="00A10F7D" w:rsidRDefault="005839FB" w:rsidP="0078160F">
            <w:pPr>
              <w:spacing w:line="240" w:lineRule="auto"/>
              <w:jc w:val="both"/>
              <w:rPr>
                <w:sz w:val="18"/>
                <w:szCs w:val="18"/>
              </w:rPr>
            </w:pPr>
            <w:r w:rsidRPr="00A10F7D">
              <w:rPr>
                <w:b/>
                <w:sz w:val="18"/>
                <w:szCs w:val="18"/>
              </w:rPr>
              <w:t>Variable</w:t>
            </w:r>
          </w:p>
        </w:tc>
        <w:tc>
          <w:tcPr>
            <w:tcW w:w="1964" w:type="dxa"/>
            <w:shd w:val="clear" w:color="auto" w:fill="D9EAF7"/>
            <w:tcMar>
              <w:top w:w="70" w:type="dxa"/>
              <w:left w:w="90" w:type="dxa"/>
              <w:bottom w:w="70" w:type="dxa"/>
              <w:right w:w="90" w:type="dxa"/>
            </w:tcMar>
            <w:vAlign w:val="center"/>
          </w:tcPr>
          <w:p w14:paraId="4B0E5BB2" w14:textId="77777777" w:rsidR="005839FB" w:rsidRPr="00A10F7D" w:rsidRDefault="005839FB" w:rsidP="0078160F">
            <w:pPr>
              <w:spacing w:line="240" w:lineRule="auto"/>
              <w:jc w:val="both"/>
              <w:rPr>
                <w:sz w:val="18"/>
                <w:szCs w:val="18"/>
              </w:rPr>
            </w:pPr>
            <w:r w:rsidRPr="00A10F7D">
              <w:rPr>
                <w:b/>
                <w:sz w:val="18"/>
                <w:szCs w:val="18"/>
              </w:rPr>
              <w:t>Missing, n</w:t>
            </w:r>
          </w:p>
        </w:tc>
        <w:tc>
          <w:tcPr>
            <w:tcW w:w="1985" w:type="dxa"/>
            <w:shd w:val="clear" w:color="auto" w:fill="D9EAF7"/>
            <w:tcMar>
              <w:top w:w="70" w:type="dxa"/>
              <w:left w:w="90" w:type="dxa"/>
              <w:bottom w:w="70" w:type="dxa"/>
              <w:right w:w="90" w:type="dxa"/>
            </w:tcMar>
            <w:vAlign w:val="center"/>
          </w:tcPr>
          <w:p w14:paraId="00E08639" w14:textId="77777777" w:rsidR="005839FB" w:rsidRPr="00A10F7D" w:rsidRDefault="005839FB" w:rsidP="0078160F">
            <w:pPr>
              <w:spacing w:line="240" w:lineRule="auto"/>
              <w:jc w:val="both"/>
              <w:rPr>
                <w:sz w:val="18"/>
                <w:szCs w:val="18"/>
              </w:rPr>
            </w:pPr>
            <w:r w:rsidRPr="00A10F7D">
              <w:rPr>
                <w:b/>
                <w:sz w:val="18"/>
                <w:szCs w:val="18"/>
              </w:rPr>
              <w:t>Missing (%)</w:t>
            </w:r>
          </w:p>
        </w:tc>
      </w:tr>
      <w:tr w:rsidR="005839FB" w:rsidRPr="00A10F7D" w14:paraId="305711CA" w14:textId="77777777" w:rsidTr="00D36F1C">
        <w:trPr>
          <w:jc w:val="center"/>
        </w:trPr>
        <w:tc>
          <w:tcPr>
            <w:tcW w:w="3277" w:type="dxa"/>
            <w:tcMar>
              <w:top w:w="70" w:type="dxa"/>
              <w:left w:w="90" w:type="dxa"/>
              <w:bottom w:w="70" w:type="dxa"/>
              <w:right w:w="90" w:type="dxa"/>
            </w:tcMar>
            <w:vAlign w:val="center"/>
          </w:tcPr>
          <w:p w14:paraId="04ACCA78" w14:textId="77777777" w:rsidR="005839FB" w:rsidRPr="00A10F7D" w:rsidRDefault="005839FB" w:rsidP="0078160F">
            <w:pPr>
              <w:spacing w:line="240" w:lineRule="auto"/>
              <w:jc w:val="both"/>
              <w:rPr>
                <w:sz w:val="18"/>
                <w:szCs w:val="18"/>
              </w:rPr>
            </w:pPr>
            <w:r w:rsidRPr="00A10F7D">
              <w:rPr>
                <w:sz w:val="18"/>
                <w:szCs w:val="18"/>
              </w:rPr>
              <w:t>Creatine kinase</w:t>
            </w:r>
          </w:p>
        </w:tc>
        <w:tc>
          <w:tcPr>
            <w:tcW w:w="1964" w:type="dxa"/>
            <w:tcMar>
              <w:top w:w="70" w:type="dxa"/>
              <w:left w:w="90" w:type="dxa"/>
              <w:bottom w:w="70" w:type="dxa"/>
              <w:right w:w="90" w:type="dxa"/>
            </w:tcMar>
            <w:vAlign w:val="center"/>
          </w:tcPr>
          <w:p w14:paraId="73E01137" w14:textId="77777777" w:rsidR="005839FB" w:rsidRPr="00A10F7D" w:rsidRDefault="005839FB" w:rsidP="0078160F">
            <w:pPr>
              <w:spacing w:line="240" w:lineRule="auto"/>
              <w:jc w:val="both"/>
              <w:rPr>
                <w:sz w:val="18"/>
                <w:szCs w:val="18"/>
              </w:rPr>
            </w:pPr>
            <w:r w:rsidRPr="00A10F7D">
              <w:rPr>
                <w:sz w:val="18"/>
                <w:szCs w:val="18"/>
              </w:rPr>
              <w:t>678</w:t>
            </w:r>
          </w:p>
        </w:tc>
        <w:tc>
          <w:tcPr>
            <w:tcW w:w="1985" w:type="dxa"/>
            <w:tcMar>
              <w:top w:w="70" w:type="dxa"/>
              <w:left w:w="90" w:type="dxa"/>
              <w:bottom w:w="70" w:type="dxa"/>
              <w:right w:w="90" w:type="dxa"/>
            </w:tcMar>
            <w:vAlign w:val="center"/>
          </w:tcPr>
          <w:p w14:paraId="760170F3" w14:textId="77777777" w:rsidR="005839FB" w:rsidRPr="00A10F7D" w:rsidRDefault="005839FB" w:rsidP="0078160F">
            <w:pPr>
              <w:spacing w:line="240" w:lineRule="auto"/>
              <w:jc w:val="both"/>
              <w:rPr>
                <w:sz w:val="18"/>
                <w:szCs w:val="18"/>
              </w:rPr>
            </w:pPr>
            <w:r w:rsidRPr="00A10F7D">
              <w:rPr>
                <w:sz w:val="18"/>
                <w:szCs w:val="18"/>
              </w:rPr>
              <w:t>99.56</w:t>
            </w:r>
          </w:p>
        </w:tc>
      </w:tr>
      <w:tr w:rsidR="005839FB" w:rsidRPr="00A10F7D" w14:paraId="3A632384" w14:textId="77777777" w:rsidTr="00D36F1C">
        <w:trPr>
          <w:jc w:val="center"/>
        </w:trPr>
        <w:tc>
          <w:tcPr>
            <w:tcW w:w="3277" w:type="dxa"/>
            <w:tcMar>
              <w:top w:w="70" w:type="dxa"/>
              <w:left w:w="90" w:type="dxa"/>
              <w:bottom w:w="70" w:type="dxa"/>
              <w:right w:w="90" w:type="dxa"/>
            </w:tcMar>
            <w:vAlign w:val="center"/>
          </w:tcPr>
          <w:p w14:paraId="1752416F" w14:textId="77777777" w:rsidR="005839FB" w:rsidRPr="00A10F7D" w:rsidRDefault="005839FB" w:rsidP="0078160F">
            <w:pPr>
              <w:spacing w:line="240" w:lineRule="auto"/>
              <w:jc w:val="both"/>
              <w:rPr>
                <w:sz w:val="18"/>
                <w:szCs w:val="18"/>
              </w:rPr>
            </w:pPr>
            <w:r w:rsidRPr="00A10F7D">
              <w:rPr>
                <w:sz w:val="18"/>
                <w:szCs w:val="18"/>
              </w:rPr>
              <w:t>CRP (mg/L)</w:t>
            </w:r>
          </w:p>
        </w:tc>
        <w:tc>
          <w:tcPr>
            <w:tcW w:w="1964" w:type="dxa"/>
            <w:tcMar>
              <w:top w:w="70" w:type="dxa"/>
              <w:left w:w="90" w:type="dxa"/>
              <w:bottom w:w="70" w:type="dxa"/>
              <w:right w:w="90" w:type="dxa"/>
            </w:tcMar>
            <w:vAlign w:val="center"/>
          </w:tcPr>
          <w:p w14:paraId="49A50B00" w14:textId="77777777" w:rsidR="005839FB" w:rsidRPr="00A10F7D" w:rsidRDefault="005839FB" w:rsidP="0078160F">
            <w:pPr>
              <w:spacing w:line="240" w:lineRule="auto"/>
              <w:jc w:val="both"/>
              <w:rPr>
                <w:sz w:val="18"/>
                <w:szCs w:val="18"/>
              </w:rPr>
            </w:pPr>
            <w:r w:rsidRPr="00A10F7D">
              <w:rPr>
                <w:sz w:val="18"/>
                <w:szCs w:val="18"/>
              </w:rPr>
              <w:t>278</w:t>
            </w:r>
          </w:p>
        </w:tc>
        <w:tc>
          <w:tcPr>
            <w:tcW w:w="1985" w:type="dxa"/>
            <w:tcMar>
              <w:top w:w="70" w:type="dxa"/>
              <w:left w:w="90" w:type="dxa"/>
              <w:bottom w:w="70" w:type="dxa"/>
              <w:right w:w="90" w:type="dxa"/>
            </w:tcMar>
            <w:vAlign w:val="center"/>
          </w:tcPr>
          <w:p w14:paraId="5BA3EA5F" w14:textId="77777777" w:rsidR="005839FB" w:rsidRPr="00A10F7D" w:rsidRDefault="005839FB" w:rsidP="0078160F">
            <w:pPr>
              <w:spacing w:line="240" w:lineRule="auto"/>
              <w:jc w:val="both"/>
              <w:rPr>
                <w:sz w:val="18"/>
                <w:szCs w:val="18"/>
              </w:rPr>
            </w:pPr>
            <w:r w:rsidRPr="00A10F7D">
              <w:rPr>
                <w:sz w:val="18"/>
                <w:szCs w:val="18"/>
              </w:rPr>
              <w:t>40.82</w:t>
            </w:r>
          </w:p>
        </w:tc>
      </w:tr>
      <w:tr w:rsidR="005839FB" w:rsidRPr="00A10F7D" w14:paraId="2DE4C03B" w14:textId="77777777" w:rsidTr="00D36F1C">
        <w:trPr>
          <w:jc w:val="center"/>
        </w:trPr>
        <w:tc>
          <w:tcPr>
            <w:tcW w:w="3277" w:type="dxa"/>
            <w:tcMar>
              <w:top w:w="70" w:type="dxa"/>
              <w:left w:w="90" w:type="dxa"/>
              <w:bottom w:w="70" w:type="dxa"/>
              <w:right w:w="90" w:type="dxa"/>
            </w:tcMar>
            <w:vAlign w:val="center"/>
          </w:tcPr>
          <w:p w14:paraId="0856531A" w14:textId="77777777" w:rsidR="005839FB" w:rsidRPr="00A10F7D" w:rsidRDefault="005839FB" w:rsidP="0078160F">
            <w:pPr>
              <w:spacing w:line="240" w:lineRule="auto"/>
              <w:jc w:val="both"/>
              <w:rPr>
                <w:sz w:val="18"/>
                <w:szCs w:val="18"/>
              </w:rPr>
            </w:pPr>
            <w:r w:rsidRPr="00A10F7D">
              <w:rPr>
                <w:sz w:val="18"/>
                <w:szCs w:val="18"/>
              </w:rPr>
              <w:t>BMI</w:t>
            </w:r>
          </w:p>
        </w:tc>
        <w:tc>
          <w:tcPr>
            <w:tcW w:w="1964" w:type="dxa"/>
            <w:tcMar>
              <w:top w:w="70" w:type="dxa"/>
              <w:left w:w="90" w:type="dxa"/>
              <w:bottom w:w="70" w:type="dxa"/>
              <w:right w:w="90" w:type="dxa"/>
            </w:tcMar>
            <w:vAlign w:val="center"/>
          </w:tcPr>
          <w:p w14:paraId="72BEBF3E" w14:textId="77777777" w:rsidR="005839FB" w:rsidRPr="00A10F7D" w:rsidRDefault="005839FB" w:rsidP="0078160F">
            <w:pPr>
              <w:spacing w:line="240" w:lineRule="auto"/>
              <w:jc w:val="both"/>
              <w:rPr>
                <w:sz w:val="18"/>
                <w:szCs w:val="18"/>
              </w:rPr>
            </w:pPr>
            <w:r w:rsidRPr="00A10F7D">
              <w:rPr>
                <w:sz w:val="18"/>
                <w:szCs w:val="18"/>
              </w:rPr>
              <w:t>271</w:t>
            </w:r>
          </w:p>
        </w:tc>
        <w:tc>
          <w:tcPr>
            <w:tcW w:w="1985" w:type="dxa"/>
            <w:tcMar>
              <w:top w:w="70" w:type="dxa"/>
              <w:left w:w="90" w:type="dxa"/>
              <w:bottom w:w="70" w:type="dxa"/>
              <w:right w:w="90" w:type="dxa"/>
            </w:tcMar>
            <w:vAlign w:val="center"/>
          </w:tcPr>
          <w:p w14:paraId="1ABBB393" w14:textId="77777777" w:rsidR="005839FB" w:rsidRPr="00A10F7D" w:rsidRDefault="005839FB" w:rsidP="0078160F">
            <w:pPr>
              <w:spacing w:line="240" w:lineRule="auto"/>
              <w:jc w:val="both"/>
              <w:rPr>
                <w:sz w:val="18"/>
                <w:szCs w:val="18"/>
              </w:rPr>
            </w:pPr>
            <w:r w:rsidRPr="00A10F7D">
              <w:rPr>
                <w:sz w:val="18"/>
                <w:szCs w:val="18"/>
              </w:rPr>
              <w:t>39.79</w:t>
            </w:r>
          </w:p>
        </w:tc>
      </w:tr>
      <w:tr w:rsidR="005839FB" w:rsidRPr="00A10F7D" w14:paraId="54E59C45" w14:textId="77777777" w:rsidTr="00D36F1C">
        <w:trPr>
          <w:jc w:val="center"/>
        </w:trPr>
        <w:tc>
          <w:tcPr>
            <w:tcW w:w="3277" w:type="dxa"/>
            <w:tcMar>
              <w:top w:w="70" w:type="dxa"/>
              <w:left w:w="90" w:type="dxa"/>
              <w:bottom w:w="70" w:type="dxa"/>
              <w:right w:w="90" w:type="dxa"/>
            </w:tcMar>
            <w:vAlign w:val="center"/>
          </w:tcPr>
          <w:p w14:paraId="3BAF6942" w14:textId="77777777" w:rsidR="005839FB" w:rsidRPr="00A10F7D" w:rsidRDefault="005839FB" w:rsidP="0078160F">
            <w:pPr>
              <w:spacing w:line="240" w:lineRule="auto"/>
              <w:jc w:val="both"/>
              <w:rPr>
                <w:sz w:val="18"/>
                <w:szCs w:val="18"/>
              </w:rPr>
            </w:pPr>
            <w:r w:rsidRPr="00A10F7D">
              <w:rPr>
                <w:sz w:val="18"/>
                <w:szCs w:val="18"/>
              </w:rPr>
              <w:t>Height (cm)</w:t>
            </w:r>
          </w:p>
        </w:tc>
        <w:tc>
          <w:tcPr>
            <w:tcW w:w="1964" w:type="dxa"/>
            <w:tcMar>
              <w:top w:w="70" w:type="dxa"/>
              <w:left w:w="90" w:type="dxa"/>
              <w:bottom w:w="70" w:type="dxa"/>
              <w:right w:w="90" w:type="dxa"/>
            </w:tcMar>
            <w:vAlign w:val="center"/>
          </w:tcPr>
          <w:p w14:paraId="5365C9F0" w14:textId="77777777" w:rsidR="005839FB" w:rsidRPr="00A10F7D" w:rsidRDefault="005839FB" w:rsidP="0078160F">
            <w:pPr>
              <w:spacing w:line="240" w:lineRule="auto"/>
              <w:jc w:val="both"/>
              <w:rPr>
                <w:sz w:val="18"/>
                <w:szCs w:val="18"/>
              </w:rPr>
            </w:pPr>
            <w:r w:rsidRPr="00A10F7D">
              <w:rPr>
                <w:sz w:val="18"/>
                <w:szCs w:val="18"/>
              </w:rPr>
              <w:t>243</w:t>
            </w:r>
          </w:p>
        </w:tc>
        <w:tc>
          <w:tcPr>
            <w:tcW w:w="1985" w:type="dxa"/>
            <w:tcMar>
              <w:top w:w="70" w:type="dxa"/>
              <w:left w:w="90" w:type="dxa"/>
              <w:bottom w:w="70" w:type="dxa"/>
              <w:right w:w="90" w:type="dxa"/>
            </w:tcMar>
            <w:vAlign w:val="center"/>
          </w:tcPr>
          <w:p w14:paraId="0300E88A" w14:textId="77777777" w:rsidR="005839FB" w:rsidRPr="00A10F7D" w:rsidRDefault="005839FB" w:rsidP="0078160F">
            <w:pPr>
              <w:spacing w:line="240" w:lineRule="auto"/>
              <w:jc w:val="both"/>
              <w:rPr>
                <w:sz w:val="18"/>
                <w:szCs w:val="18"/>
              </w:rPr>
            </w:pPr>
            <w:r w:rsidRPr="00A10F7D">
              <w:rPr>
                <w:sz w:val="18"/>
                <w:szCs w:val="18"/>
              </w:rPr>
              <w:t>35.68</w:t>
            </w:r>
          </w:p>
        </w:tc>
      </w:tr>
      <w:tr w:rsidR="005839FB" w:rsidRPr="00A10F7D" w14:paraId="1B2CC7E3" w14:textId="77777777" w:rsidTr="00D36F1C">
        <w:trPr>
          <w:jc w:val="center"/>
        </w:trPr>
        <w:tc>
          <w:tcPr>
            <w:tcW w:w="3277" w:type="dxa"/>
            <w:tcMar>
              <w:top w:w="70" w:type="dxa"/>
              <w:left w:w="90" w:type="dxa"/>
              <w:bottom w:w="70" w:type="dxa"/>
              <w:right w:w="90" w:type="dxa"/>
            </w:tcMar>
            <w:vAlign w:val="center"/>
          </w:tcPr>
          <w:p w14:paraId="07A8EE5F" w14:textId="77777777" w:rsidR="005839FB" w:rsidRPr="00A10F7D" w:rsidRDefault="005839FB" w:rsidP="0078160F">
            <w:pPr>
              <w:spacing w:line="240" w:lineRule="auto"/>
              <w:jc w:val="both"/>
              <w:rPr>
                <w:sz w:val="18"/>
                <w:szCs w:val="18"/>
              </w:rPr>
            </w:pPr>
            <w:r w:rsidRPr="00A10F7D">
              <w:rPr>
                <w:sz w:val="18"/>
                <w:szCs w:val="18"/>
              </w:rPr>
              <w:t>Weight (kg)</w:t>
            </w:r>
          </w:p>
        </w:tc>
        <w:tc>
          <w:tcPr>
            <w:tcW w:w="1964" w:type="dxa"/>
            <w:tcMar>
              <w:top w:w="70" w:type="dxa"/>
              <w:left w:w="90" w:type="dxa"/>
              <w:bottom w:w="70" w:type="dxa"/>
              <w:right w:w="90" w:type="dxa"/>
            </w:tcMar>
            <w:vAlign w:val="center"/>
          </w:tcPr>
          <w:p w14:paraId="76CD5AD2" w14:textId="77777777" w:rsidR="005839FB" w:rsidRPr="00A10F7D" w:rsidRDefault="005839FB" w:rsidP="0078160F">
            <w:pPr>
              <w:spacing w:line="240" w:lineRule="auto"/>
              <w:jc w:val="both"/>
              <w:rPr>
                <w:sz w:val="18"/>
                <w:szCs w:val="18"/>
              </w:rPr>
            </w:pPr>
            <w:r w:rsidRPr="00A10F7D">
              <w:rPr>
                <w:sz w:val="18"/>
                <w:szCs w:val="18"/>
              </w:rPr>
              <w:t>157</w:t>
            </w:r>
          </w:p>
        </w:tc>
        <w:tc>
          <w:tcPr>
            <w:tcW w:w="1985" w:type="dxa"/>
            <w:tcMar>
              <w:top w:w="70" w:type="dxa"/>
              <w:left w:w="90" w:type="dxa"/>
              <w:bottom w:w="70" w:type="dxa"/>
              <w:right w:w="90" w:type="dxa"/>
            </w:tcMar>
            <w:vAlign w:val="center"/>
          </w:tcPr>
          <w:p w14:paraId="3F221FDA" w14:textId="77777777" w:rsidR="005839FB" w:rsidRPr="00A10F7D" w:rsidRDefault="005839FB" w:rsidP="0078160F">
            <w:pPr>
              <w:spacing w:line="240" w:lineRule="auto"/>
              <w:jc w:val="both"/>
              <w:rPr>
                <w:sz w:val="18"/>
                <w:szCs w:val="18"/>
              </w:rPr>
            </w:pPr>
            <w:r w:rsidRPr="00A10F7D">
              <w:rPr>
                <w:sz w:val="18"/>
                <w:szCs w:val="18"/>
              </w:rPr>
              <w:t>23.05</w:t>
            </w:r>
          </w:p>
        </w:tc>
      </w:tr>
      <w:tr w:rsidR="005839FB" w:rsidRPr="00A10F7D" w14:paraId="24BD8E4F" w14:textId="77777777" w:rsidTr="00D36F1C">
        <w:trPr>
          <w:jc w:val="center"/>
        </w:trPr>
        <w:tc>
          <w:tcPr>
            <w:tcW w:w="3277" w:type="dxa"/>
            <w:tcMar>
              <w:top w:w="70" w:type="dxa"/>
              <w:left w:w="90" w:type="dxa"/>
              <w:bottom w:w="70" w:type="dxa"/>
              <w:right w:w="90" w:type="dxa"/>
            </w:tcMar>
            <w:vAlign w:val="center"/>
          </w:tcPr>
          <w:p w14:paraId="1FFD1334" w14:textId="77777777" w:rsidR="005839FB" w:rsidRPr="00A10F7D" w:rsidRDefault="005839FB" w:rsidP="0078160F">
            <w:pPr>
              <w:spacing w:line="240" w:lineRule="auto"/>
              <w:jc w:val="both"/>
              <w:rPr>
                <w:sz w:val="18"/>
                <w:szCs w:val="18"/>
              </w:rPr>
            </w:pPr>
            <w:r w:rsidRPr="00A10F7D">
              <w:rPr>
                <w:sz w:val="18"/>
                <w:szCs w:val="18"/>
                <w:lang w:eastAsia="zh-CN"/>
              </w:rPr>
              <w:t>LVEDD</w:t>
            </w:r>
            <w:r w:rsidRPr="00A10F7D">
              <w:rPr>
                <w:sz w:val="18"/>
                <w:szCs w:val="18"/>
              </w:rPr>
              <w:t xml:space="preserve"> (mm)</w:t>
            </w:r>
          </w:p>
        </w:tc>
        <w:tc>
          <w:tcPr>
            <w:tcW w:w="1964" w:type="dxa"/>
            <w:tcMar>
              <w:top w:w="70" w:type="dxa"/>
              <w:left w:w="90" w:type="dxa"/>
              <w:bottom w:w="70" w:type="dxa"/>
              <w:right w:w="90" w:type="dxa"/>
            </w:tcMar>
            <w:vAlign w:val="center"/>
          </w:tcPr>
          <w:p w14:paraId="4AD66D29" w14:textId="77777777" w:rsidR="005839FB" w:rsidRPr="00A10F7D" w:rsidRDefault="005839FB" w:rsidP="0078160F">
            <w:pPr>
              <w:spacing w:line="240" w:lineRule="auto"/>
              <w:jc w:val="both"/>
              <w:rPr>
                <w:sz w:val="18"/>
                <w:szCs w:val="18"/>
              </w:rPr>
            </w:pPr>
            <w:r w:rsidRPr="00A10F7D">
              <w:rPr>
                <w:sz w:val="18"/>
                <w:szCs w:val="18"/>
              </w:rPr>
              <w:t>154</w:t>
            </w:r>
          </w:p>
        </w:tc>
        <w:tc>
          <w:tcPr>
            <w:tcW w:w="1985" w:type="dxa"/>
            <w:tcMar>
              <w:top w:w="70" w:type="dxa"/>
              <w:left w:w="90" w:type="dxa"/>
              <w:bottom w:w="70" w:type="dxa"/>
              <w:right w:w="90" w:type="dxa"/>
            </w:tcMar>
            <w:vAlign w:val="center"/>
          </w:tcPr>
          <w:p w14:paraId="1F268B5F" w14:textId="77777777" w:rsidR="005839FB" w:rsidRPr="00A10F7D" w:rsidRDefault="005839FB" w:rsidP="0078160F">
            <w:pPr>
              <w:spacing w:line="240" w:lineRule="auto"/>
              <w:jc w:val="both"/>
              <w:rPr>
                <w:sz w:val="18"/>
                <w:szCs w:val="18"/>
              </w:rPr>
            </w:pPr>
            <w:r w:rsidRPr="00A10F7D">
              <w:rPr>
                <w:sz w:val="18"/>
                <w:szCs w:val="18"/>
              </w:rPr>
              <w:t>22.61</w:t>
            </w:r>
          </w:p>
        </w:tc>
      </w:tr>
      <w:tr w:rsidR="005839FB" w:rsidRPr="00A10F7D" w14:paraId="3F635E7D" w14:textId="77777777" w:rsidTr="00D36F1C">
        <w:trPr>
          <w:jc w:val="center"/>
        </w:trPr>
        <w:tc>
          <w:tcPr>
            <w:tcW w:w="3277" w:type="dxa"/>
            <w:tcMar>
              <w:top w:w="70" w:type="dxa"/>
              <w:left w:w="90" w:type="dxa"/>
              <w:bottom w:w="70" w:type="dxa"/>
              <w:right w:w="90" w:type="dxa"/>
            </w:tcMar>
            <w:vAlign w:val="center"/>
          </w:tcPr>
          <w:p w14:paraId="17093B87" w14:textId="77777777" w:rsidR="005839FB" w:rsidRPr="00A10F7D" w:rsidRDefault="005839FB" w:rsidP="0078160F">
            <w:pPr>
              <w:spacing w:line="240" w:lineRule="auto"/>
              <w:jc w:val="both"/>
              <w:rPr>
                <w:sz w:val="18"/>
                <w:szCs w:val="18"/>
              </w:rPr>
            </w:pPr>
            <w:r w:rsidRPr="00A10F7D">
              <w:rPr>
                <w:sz w:val="18"/>
                <w:szCs w:val="18"/>
              </w:rPr>
              <w:t>Apolipoprotein B (g/L)</w:t>
            </w:r>
          </w:p>
        </w:tc>
        <w:tc>
          <w:tcPr>
            <w:tcW w:w="1964" w:type="dxa"/>
            <w:tcMar>
              <w:top w:w="70" w:type="dxa"/>
              <w:left w:w="90" w:type="dxa"/>
              <w:bottom w:w="70" w:type="dxa"/>
              <w:right w:w="90" w:type="dxa"/>
            </w:tcMar>
            <w:vAlign w:val="center"/>
          </w:tcPr>
          <w:p w14:paraId="583D60D0" w14:textId="77777777" w:rsidR="005839FB" w:rsidRPr="00A10F7D" w:rsidRDefault="005839FB" w:rsidP="0078160F">
            <w:pPr>
              <w:spacing w:line="240" w:lineRule="auto"/>
              <w:jc w:val="both"/>
              <w:rPr>
                <w:sz w:val="18"/>
                <w:szCs w:val="18"/>
              </w:rPr>
            </w:pPr>
            <w:r w:rsidRPr="00A10F7D">
              <w:rPr>
                <w:sz w:val="18"/>
                <w:szCs w:val="18"/>
              </w:rPr>
              <w:t>61</w:t>
            </w:r>
          </w:p>
        </w:tc>
        <w:tc>
          <w:tcPr>
            <w:tcW w:w="1985" w:type="dxa"/>
            <w:tcMar>
              <w:top w:w="70" w:type="dxa"/>
              <w:left w:w="90" w:type="dxa"/>
              <w:bottom w:w="70" w:type="dxa"/>
              <w:right w:w="90" w:type="dxa"/>
            </w:tcMar>
            <w:vAlign w:val="center"/>
          </w:tcPr>
          <w:p w14:paraId="45B8034C" w14:textId="77777777" w:rsidR="005839FB" w:rsidRPr="00A10F7D" w:rsidRDefault="005839FB" w:rsidP="0078160F">
            <w:pPr>
              <w:spacing w:line="240" w:lineRule="auto"/>
              <w:jc w:val="both"/>
              <w:rPr>
                <w:sz w:val="18"/>
                <w:szCs w:val="18"/>
              </w:rPr>
            </w:pPr>
            <w:r w:rsidRPr="00A10F7D">
              <w:rPr>
                <w:sz w:val="18"/>
                <w:szCs w:val="18"/>
              </w:rPr>
              <w:t>8.96</w:t>
            </w:r>
          </w:p>
        </w:tc>
      </w:tr>
      <w:tr w:rsidR="005839FB" w:rsidRPr="00A10F7D" w14:paraId="5F774107" w14:textId="77777777" w:rsidTr="00D36F1C">
        <w:trPr>
          <w:jc w:val="center"/>
        </w:trPr>
        <w:tc>
          <w:tcPr>
            <w:tcW w:w="3277" w:type="dxa"/>
            <w:tcMar>
              <w:top w:w="70" w:type="dxa"/>
              <w:left w:w="90" w:type="dxa"/>
              <w:bottom w:w="70" w:type="dxa"/>
              <w:right w:w="90" w:type="dxa"/>
            </w:tcMar>
            <w:vAlign w:val="center"/>
          </w:tcPr>
          <w:p w14:paraId="622CC01E" w14:textId="77777777" w:rsidR="005839FB" w:rsidRPr="00A10F7D" w:rsidRDefault="005839FB" w:rsidP="0078160F">
            <w:pPr>
              <w:spacing w:line="240" w:lineRule="auto"/>
              <w:jc w:val="both"/>
              <w:rPr>
                <w:sz w:val="18"/>
                <w:szCs w:val="18"/>
              </w:rPr>
            </w:pPr>
            <w:r w:rsidRPr="00A10F7D">
              <w:rPr>
                <w:sz w:val="18"/>
                <w:szCs w:val="18"/>
              </w:rPr>
              <w:t>Apolipoprotein A1 (g/L)</w:t>
            </w:r>
          </w:p>
        </w:tc>
        <w:tc>
          <w:tcPr>
            <w:tcW w:w="1964" w:type="dxa"/>
            <w:tcMar>
              <w:top w:w="70" w:type="dxa"/>
              <w:left w:w="90" w:type="dxa"/>
              <w:bottom w:w="70" w:type="dxa"/>
              <w:right w:w="90" w:type="dxa"/>
            </w:tcMar>
            <w:vAlign w:val="center"/>
          </w:tcPr>
          <w:p w14:paraId="69D32F83" w14:textId="77777777" w:rsidR="005839FB" w:rsidRPr="00A10F7D" w:rsidRDefault="005839FB" w:rsidP="0078160F">
            <w:pPr>
              <w:spacing w:line="240" w:lineRule="auto"/>
              <w:jc w:val="both"/>
              <w:rPr>
                <w:sz w:val="18"/>
                <w:szCs w:val="18"/>
              </w:rPr>
            </w:pPr>
            <w:r w:rsidRPr="00A10F7D">
              <w:rPr>
                <w:sz w:val="18"/>
                <w:szCs w:val="18"/>
              </w:rPr>
              <w:t>60</w:t>
            </w:r>
          </w:p>
        </w:tc>
        <w:tc>
          <w:tcPr>
            <w:tcW w:w="1985" w:type="dxa"/>
            <w:tcMar>
              <w:top w:w="70" w:type="dxa"/>
              <w:left w:w="90" w:type="dxa"/>
              <w:bottom w:w="70" w:type="dxa"/>
              <w:right w:w="90" w:type="dxa"/>
            </w:tcMar>
            <w:vAlign w:val="center"/>
          </w:tcPr>
          <w:p w14:paraId="65D2B504" w14:textId="77777777" w:rsidR="005839FB" w:rsidRPr="00A10F7D" w:rsidRDefault="005839FB" w:rsidP="0078160F">
            <w:pPr>
              <w:spacing w:line="240" w:lineRule="auto"/>
              <w:jc w:val="both"/>
              <w:rPr>
                <w:sz w:val="18"/>
                <w:szCs w:val="18"/>
              </w:rPr>
            </w:pPr>
            <w:r w:rsidRPr="00A10F7D">
              <w:rPr>
                <w:sz w:val="18"/>
                <w:szCs w:val="18"/>
              </w:rPr>
              <w:t>8.81</w:t>
            </w:r>
          </w:p>
        </w:tc>
      </w:tr>
      <w:tr w:rsidR="005839FB" w:rsidRPr="00A10F7D" w14:paraId="24621188" w14:textId="77777777" w:rsidTr="00D36F1C">
        <w:trPr>
          <w:jc w:val="center"/>
        </w:trPr>
        <w:tc>
          <w:tcPr>
            <w:tcW w:w="3277" w:type="dxa"/>
            <w:tcMar>
              <w:top w:w="70" w:type="dxa"/>
              <w:left w:w="90" w:type="dxa"/>
              <w:bottom w:w="70" w:type="dxa"/>
              <w:right w:w="90" w:type="dxa"/>
            </w:tcMar>
            <w:vAlign w:val="center"/>
          </w:tcPr>
          <w:p w14:paraId="7D069CEE" w14:textId="77777777" w:rsidR="005839FB" w:rsidRPr="00A10F7D" w:rsidRDefault="00A10F7D" w:rsidP="0078160F">
            <w:pPr>
              <w:spacing w:line="240" w:lineRule="auto"/>
              <w:jc w:val="both"/>
              <w:rPr>
                <w:sz w:val="18"/>
                <w:szCs w:val="18"/>
                <w:lang w:eastAsia="zh-CN"/>
              </w:rPr>
            </w:pPr>
            <w:r w:rsidRPr="00A10F7D">
              <w:rPr>
                <w:sz w:val="18"/>
                <w:szCs w:val="18"/>
                <w:lang w:eastAsia="zh-CN"/>
              </w:rPr>
              <w:t>AF</w:t>
            </w:r>
          </w:p>
        </w:tc>
        <w:tc>
          <w:tcPr>
            <w:tcW w:w="1964" w:type="dxa"/>
            <w:tcMar>
              <w:top w:w="70" w:type="dxa"/>
              <w:left w:w="90" w:type="dxa"/>
              <w:bottom w:w="70" w:type="dxa"/>
              <w:right w:w="90" w:type="dxa"/>
            </w:tcMar>
            <w:vAlign w:val="center"/>
          </w:tcPr>
          <w:p w14:paraId="01BF4C2D" w14:textId="77777777" w:rsidR="005839FB" w:rsidRPr="00A10F7D" w:rsidRDefault="005839FB" w:rsidP="0078160F">
            <w:pPr>
              <w:spacing w:line="240" w:lineRule="auto"/>
              <w:jc w:val="both"/>
              <w:rPr>
                <w:sz w:val="18"/>
                <w:szCs w:val="18"/>
              </w:rPr>
            </w:pPr>
            <w:r w:rsidRPr="00A10F7D">
              <w:rPr>
                <w:sz w:val="18"/>
                <w:szCs w:val="18"/>
              </w:rPr>
              <w:t>49</w:t>
            </w:r>
          </w:p>
        </w:tc>
        <w:tc>
          <w:tcPr>
            <w:tcW w:w="1985" w:type="dxa"/>
            <w:tcMar>
              <w:top w:w="70" w:type="dxa"/>
              <w:left w:w="90" w:type="dxa"/>
              <w:bottom w:w="70" w:type="dxa"/>
              <w:right w:w="90" w:type="dxa"/>
            </w:tcMar>
            <w:vAlign w:val="center"/>
          </w:tcPr>
          <w:p w14:paraId="22DA1B9D" w14:textId="77777777" w:rsidR="005839FB" w:rsidRPr="00A10F7D" w:rsidRDefault="005839FB" w:rsidP="0078160F">
            <w:pPr>
              <w:spacing w:line="240" w:lineRule="auto"/>
              <w:jc w:val="both"/>
              <w:rPr>
                <w:sz w:val="18"/>
                <w:szCs w:val="18"/>
              </w:rPr>
            </w:pPr>
            <w:r w:rsidRPr="00A10F7D">
              <w:rPr>
                <w:sz w:val="18"/>
                <w:szCs w:val="18"/>
              </w:rPr>
              <w:t>7.20</w:t>
            </w:r>
          </w:p>
        </w:tc>
      </w:tr>
      <w:tr w:rsidR="005839FB" w:rsidRPr="00A10F7D" w14:paraId="39CFFA61" w14:textId="77777777" w:rsidTr="00D36F1C">
        <w:trPr>
          <w:jc w:val="center"/>
        </w:trPr>
        <w:tc>
          <w:tcPr>
            <w:tcW w:w="3277" w:type="dxa"/>
            <w:tcMar>
              <w:top w:w="70" w:type="dxa"/>
              <w:left w:w="90" w:type="dxa"/>
              <w:bottom w:w="70" w:type="dxa"/>
              <w:right w:w="90" w:type="dxa"/>
            </w:tcMar>
            <w:vAlign w:val="center"/>
          </w:tcPr>
          <w:p w14:paraId="6147616D" w14:textId="77777777" w:rsidR="005839FB" w:rsidRPr="00A10F7D" w:rsidRDefault="005839FB" w:rsidP="0078160F">
            <w:pPr>
              <w:spacing w:line="240" w:lineRule="auto"/>
              <w:jc w:val="both"/>
              <w:rPr>
                <w:sz w:val="18"/>
                <w:szCs w:val="18"/>
              </w:rPr>
            </w:pPr>
            <w:r w:rsidRPr="00A10F7D">
              <w:rPr>
                <w:sz w:val="18"/>
                <w:szCs w:val="18"/>
              </w:rPr>
              <w:t>Autoimmune disease or gout</w:t>
            </w:r>
          </w:p>
        </w:tc>
        <w:tc>
          <w:tcPr>
            <w:tcW w:w="1964" w:type="dxa"/>
            <w:tcMar>
              <w:top w:w="70" w:type="dxa"/>
              <w:left w:w="90" w:type="dxa"/>
              <w:bottom w:w="70" w:type="dxa"/>
              <w:right w:w="90" w:type="dxa"/>
            </w:tcMar>
            <w:vAlign w:val="center"/>
          </w:tcPr>
          <w:p w14:paraId="0A717655" w14:textId="77777777" w:rsidR="005839FB" w:rsidRPr="00A10F7D" w:rsidRDefault="005839FB" w:rsidP="0078160F">
            <w:pPr>
              <w:spacing w:line="240" w:lineRule="auto"/>
              <w:jc w:val="both"/>
              <w:rPr>
                <w:sz w:val="18"/>
                <w:szCs w:val="18"/>
              </w:rPr>
            </w:pPr>
            <w:r w:rsidRPr="00A10F7D">
              <w:rPr>
                <w:sz w:val="18"/>
                <w:szCs w:val="18"/>
              </w:rPr>
              <w:t>49</w:t>
            </w:r>
          </w:p>
        </w:tc>
        <w:tc>
          <w:tcPr>
            <w:tcW w:w="1985" w:type="dxa"/>
            <w:tcMar>
              <w:top w:w="70" w:type="dxa"/>
              <w:left w:w="90" w:type="dxa"/>
              <w:bottom w:w="70" w:type="dxa"/>
              <w:right w:w="90" w:type="dxa"/>
            </w:tcMar>
            <w:vAlign w:val="center"/>
          </w:tcPr>
          <w:p w14:paraId="3DD5454A" w14:textId="77777777" w:rsidR="005839FB" w:rsidRPr="00A10F7D" w:rsidRDefault="005839FB" w:rsidP="0078160F">
            <w:pPr>
              <w:spacing w:line="240" w:lineRule="auto"/>
              <w:jc w:val="both"/>
              <w:rPr>
                <w:sz w:val="18"/>
                <w:szCs w:val="18"/>
              </w:rPr>
            </w:pPr>
            <w:r w:rsidRPr="00A10F7D">
              <w:rPr>
                <w:sz w:val="18"/>
                <w:szCs w:val="18"/>
              </w:rPr>
              <w:t>7.20</w:t>
            </w:r>
          </w:p>
        </w:tc>
      </w:tr>
      <w:tr w:rsidR="005839FB" w:rsidRPr="00A10F7D" w14:paraId="65E79384" w14:textId="77777777" w:rsidTr="00D36F1C">
        <w:trPr>
          <w:jc w:val="center"/>
        </w:trPr>
        <w:tc>
          <w:tcPr>
            <w:tcW w:w="3277" w:type="dxa"/>
            <w:tcMar>
              <w:top w:w="70" w:type="dxa"/>
              <w:left w:w="90" w:type="dxa"/>
              <w:bottom w:w="70" w:type="dxa"/>
              <w:right w:w="90" w:type="dxa"/>
            </w:tcMar>
            <w:vAlign w:val="center"/>
          </w:tcPr>
          <w:p w14:paraId="7AC5348D" w14:textId="77777777" w:rsidR="005839FB" w:rsidRPr="00A10F7D" w:rsidRDefault="00A10F7D" w:rsidP="0078160F">
            <w:pPr>
              <w:spacing w:line="240" w:lineRule="auto"/>
              <w:jc w:val="both"/>
              <w:rPr>
                <w:sz w:val="18"/>
                <w:szCs w:val="18"/>
              </w:rPr>
            </w:pPr>
            <w:r w:rsidRPr="00A10F7D">
              <w:rPr>
                <w:sz w:val="18"/>
                <w:szCs w:val="18"/>
                <w:lang w:eastAsia="zh-CN"/>
              </w:rPr>
              <w:t>M</w:t>
            </w:r>
            <w:r w:rsidR="005839FB" w:rsidRPr="00A10F7D">
              <w:rPr>
                <w:sz w:val="18"/>
                <w:szCs w:val="18"/>
              </w:rPr>
              <w:t>alignancy</w:t>
            </w:r>
          </w:p>
        </w:tc>
        <w:tc>
          <w:tcPr>
            <w:tcW w:w="1964" w:type="dxa"/>
            <w:tcMar>
              <w:top w:w="70" w:type="dxa"/>
              <w:left w:w="90" w:type="dxa"/>
              <w:bottom w:w="70" w:type="dxa"/>
              <w:right w:w="90" w:type="dxa"/>
            </w:tcMar>
            <w:vAlign w:val="center"/>
          </w:tcPr>
          <w:p w14:paraId="7A7DF2D7" w14:textId="77777777" w:rsidR="005839FB" w:rsidRPr="00A10F7D" w:rsidRDefault="005839FB" w:rsidP="0078160F">
            <w:pPr>
              <w:spacing w:line="240" w:lineRule="auto"/>
              <w:jc w:val="both"/>
              <w:rPr>
                <w:sz w:val="18"/>
                <w:szCs w:val="18"/>
              </w:rPr>
            </w:pPr>
            <w:r w:rsidRPr="00A10F7D">
              <w:rPr>
                <w:sz w:val="18"/>
                <w:szCs w:val="18"/>
              </w:rPr>
              <w:t>49</w:t>
            </w:r>
          </w:p>
        </w:tc>
        <w:tc>
          <w:tcPr>
            <w:tcW w:w="1985" w:type="dxa"/>
            <w:tcMar>
              <w:top w:w="70" w:type="dxa"/>
              <w:left w:w="90" w:type="dxa"/>
              <w:bottom w:w="70" w:type="dxa"/>
              <w:right w:w="90" w:type="dxa"/>
            </w:tcMar>
            <w:vAlign w:val="center"/>
          </w:tcPr>
          <w:p w14:paraId="4CDA186B" w14:textId="77777777" w:rsidR="005839FB" w:rsidRPr="00A10F7D" w:rsidRDefault="005839FB" w:rsidP="0078160F">
            <w:pPr>
              <w:spacing w:line="240" w:lineRule="auto"/>
              <w:jc w:val="both"/>
              <w:rPr>
                <w:sz w:val="18"/>
                <w:szCs w:val="18"/>
              </w:rPr>
            </w:pPr>
            <w:r w:rsidRPr="00A10F7D">
              <w:rPr>
                <w:sz w:val="18"/>
                <w:szCs w:val="18"/>
              </w:rPr>
              <w:t>7.20</w:t>
            </w:r>
          </w:p>
        </w:tc>
      </w:tr>
      <w:tr w:rsidR="005839FB" w:rsidRPr="00A10F7D" w14:paraId="471821A6" w14:textId="77777777" w:rsidTr="00D36F1C">
        <w:trPr>
          <w:jc w:val="center"/>
        </w:trPr>
        <w:tc>
          <w:tcPr>
            <w:tcW w:w="3277" w:type="dxa"/>
            <w:tcMar>
              <w:top w:w="70" w:type="dxa"/>
              <w:left w:w="90" w:type="dxa"/>
              <w:bottom w:w="70" w:type="dxa"/>
              <w:right w:w="90" w:type="dxa"/>
            </w:tcMar>
            <w:vAlign w:val="center"/>
          </w:tcPr>
          <w:p w14:paraId="00131635" w14:textId="77777777" w:rsidR="005839FB" w:rsidRPr="00A10F7D" w:rsidRDefault="005839FB" w:rsidP="0078160F">
            <w:pPr>
              <w:spacing w:line="240" w:lineRule="auto"/>
              <w:jc w:val="both"/>
              <w:rPr>
                <w:sz w:val="18"/>
                <w:szCs w:val="18"/>
                <w:lang w:eastAsia="zh-CN"/>
              </w:rPr>
            </w:pPr>
            <w:r w:rsidRPr="00A10F7D">
              <w:rPr>
                <w:sz w:val="18"/>
                <w:szCs w:val="18"/>
              </w:rPr>
              <w:t>C</w:t>
            </w:r>
            <w:r w:rsidR="00A10F7D" w:rsidRPr="00A10F7D">
              <w:rPr>
                <w:sz w:val="18"/>
                <w:szCs w:val="18"/>
                <w:lang w:eastAsia="zh-CN"/>
              </w:rPr>
              <w:t>KD</w:t>
            </w:r>
          </w:p>
        </w:tc>
        <w:tc>
          <w:tcPr>
            <w:tcW w:w="1964" w:type="dxa"/>
            <w:tcMar>
              <w:top w:w="70" w:type="dxa"/>
              <w:left w:w="90" w:type="dxa"/>
              <w:bottom w:w="70" w:type="dxa"/>
              <w:right w:w="90" w:type="dxa"/>
            </w:tcMar>
            <w:vAlign w:val="center"/>
          </w:tcPr>
          <w:p w14:paraId="7747AE44" w14:textId="77777777" w:rsidR="005839FB" w:rsidRPr="00A10F7D" w:rsidRDefault="005839FB" w:rsidP="0078160F">
            <w:pPr>
              <w:spacing w:line="240" w:lineRule="auto"/>
              <w:jc w:val="both"/>
              <w:rPr>
                <w:sz w:val="18"/>
                <w:szCs w:val="18"/>
              </w:rPr>
            </w:pPr>
            <w:r w:rsidRPr="00A10F7D">
              <w:rPr>
                <w:sz w:val="18"/>
                <w:szCs w:val="18"/>
              </w:rPr>
              <w:t>49</w:t>
            </w:r>
          </w:p>
        </w:tc>
        <w:tc>
          <w:tcPr>
            <w:tcW w:w="1985" w:type="dxa"/>
            <w:tcMar>
              <w:top w:w="70" w:type="dxa"/>
              <w:left w:w="90" w:type="dxa"/>
              <w:bottom w:w="70" w:type="dxa"/>
              <w:right w:w="90" w:type="dxa"/>
            </w:tcMar>
            <w:vAlign w:val="center"/>
          </w:tcPr>
          <w:p w14:paraId="13F55DB2" w14:textId="77777777" w:rsidR="005839FB" w:rsidRPr="00A10F7D" w:rsidRDefault="005839FB" w:rsidP="0078160F">
            <w:pPr>
              <w:spacing w:line="240" w:lineRule="auto"/>
              <w:jc w:val="both"/>
              <w:rPr>
                <w:sz w:val="18"/>
                <w:szCs w:val="18"/>
              </w:rPr>
            </w:pPr>
            <w:r w:rsidRPr="00A10F7D">
              <w:rPr>
                <w:sz w:val="18"/>
                <w:szCs w:val="18"/>
              </w:rPr>
              <w:t>7.20</w:t>
            </w:r>
          </w:p>
        </w:tc>
      </w:tr>
      <w:tr w:rsidR="005839FB" w:rsidRPr="00A10F7D" w14:paraId="63474030" w14:textId="77777777" w:rsidTr="00D36F1C">
        <w:trPr>
          <w:jc w:val="center"/>
        </w:trPr>
        <w:tc>
          <w:tcPr>
            <w:tcW w:w="3277" w:type="dxa"/>
            <w:tcMar>
              <w:top w:w="70" w:type="dxa"/>
              <w:left w:w="90" w:type="dxa"/>
              <w:bottom w:w="70" w:type="dxa"/>
              <w:right w:w="90" w:type="dxa"/>
            </w:tcMar>
            <w:vAlign w:val="center"/>
          </w:tcPr>
          <w:p w14:paraId="03CFA8B0" w14:textId="77777777" w:rsidR="005839FB" w:rsidRPr="00A10F7D" w:rsidRDefault="005839FB" w:rsidP="0078160F">
            <w:pPr>
              <w:spacing w:line="240" w:lineRule="auto"/>
              <w:jc w:val="both"/>
              <w:rPr>
                <w:sz w:val="18"/>
                <w:szCs w:val="18"/>
                <w:lang w:eastAsia="zh-CN"/>
              </w:rPr>
            </w:pPr>
            <w:r w:rsidRPr="00A10F7D">
              <w:rPr>
                <w:sz w:val="18"/>
                <w:szCs w:val="18"/>
              </w:rPr>
              <w:t>C</w:t>
            </w:r>
            <w:r w:rsidR="00A10F7D" w:rsidRPr="00A10F7D">
              <w:rPr>
                <w:sz w:val="18"/>
                <w:szCs w:val="18"/>
                <w:lang w:eastAsia="zh-CN"/>
              </w:rPr>
              <w:t>OPD</w:t>
            </w:r>
          </w:p>
        </w:tc>
        <w:tc>
          <w:tcPr>
            <w:tcW w:w="1964" w:type="dxa"/>
            <w:tcMar>
              <w:top w:w="70" w:type="dxa"/>
              <w:left w:w="90" w:type="dxa"/>
              <w:bottom w:w="70" w:type="dxa"/>
              <w:right w:w="90" w:type="dxa"/>
            </w:tcMar>
            <w:vAlign w:val="center"/>
          </w:tcPr>
          <w:p w14:paraId="50871113" w14:textId="77777777" w:rsidR="005839FB" w:rsidRPr="00A10F7D" w:rsidRDefault="005839FB" w:rsidP="0078160F">
            <w:pPr>
              <w:spacing w:line="240" w:lineRule="auto"/>
              <w:jc w:val="both"/>
              <w:rPr>
                <w:sz w:val="18"/>
                <w:szCs w:val="18"/>
              </w:rPr>
            </w:pPr>
            <w:r w:rsidRPr="00A10F7D">
              <w:rPr>
                <w:sz w:val="18"/>
                <w:szCs w:val="18"/>
              </w:rPr>
              <w:t>49</w:t>
            </w:r>
          </w:p>
        </w:tc>
        <w:tc>
          <w:tcPr>
            <w:tcW w:w="1985" w:type="dxa"/>
            <w:tcMar>
              <w:top w:w="70" w:type="dxa"/>
              <w:left w:w="90" w:type="dxa"/>
              <w:bottom w:w="70" w:type="dxa"/>
              <w:right w:w="90" w:type="dxa"/>
            </w:tcMar>
            <w:vAlign w:val="center"/>
          </w:tcPr>
          <w:p w14:paraId="68A6D506" w14:textId="77777777" w:rsidR="005839FB" w:rsidRPr="00A10F7D" w:rsidRDefault="005839FB" w:rsidP="0078160F">
            <w:pPr>
              <w:spacing w:line="240" w:lineRule="auto"/>
              <w:jc w:val="both"/>
              <w:rPr>
                <w:sz w:val="18"/>
                <w:szCs w:val="18"/>
              </w:rPr>
            </w:pPr>
            <w:r w:rsidRPr="00A10F7D">
              <w:rPr>
                <w:sz w:val="18"/>
                <w:szCs w:val="18"/>
              </w:rPr>
              <w:t>7.20</w:t>
            </w:r>
          </w:p>
        </w:tc>
      </w:tr>
      <w:tr w:rsidR="005839FB" w:rsidRPr="00A10F7D" w14:paraId="2C2D4049" w14:textId="77777777" w:rsidTr="00D36F1C">
        <w:trPr>
          <w:jc w:val="center"/>
        </w:trPr>
        <w:tc>
          <w:tcPr>
            <w:tcW w:w="3277" w:type="dxa"/>
            <w:tcMar>
              <w:top w:w="70" w:type="dxa"/>
              <w:left w:w="90" w:type="dxa"/>
              <w:bottom w:w="70" w:type="dxa"/>
              <w:right w:w="90" w:type="dxa"/>
            </w:tcMar>
            <w:vAlign w:val="center"/>
          </w:tcPr>
          <w:p w14:paraId="3F7658B0" w14:textId="77777777" w:rsidR="005839FB" w:rsidRPr="00A10F7D" w:rsidRDefault="005839FB" w:rsidP="0078160F">
            <w:pPr>
              <w:spacing w:line="240" w:lineRule="auto"/>
              <w:jc w:val="both"/>
              <w:rPr>
                <w:sz w:val="18"/>
                <w:szCs w:val="18"/>
              </w:rPr>
            </w:pPr>
            <w:r w:rsidRPr="00A10F7D">
              <w:rPr>
                <w:sz w:val="18"/>
                <w:szCs w:val="18"/>
              </w:rPr>
              <w:t>Diabetes</w:t>
            </w:r>
          </w:p>
        </w:tc>
        <w:tc>
          <w:tcPr>
            <w:tcW w:w="1964" w:type="dxa"/>
            <w:tcMar>
              <w:top w:w="70" w:type="dxa"/>
              <w:left w:w="90" w:type="dxa"/>
              <w:bottom w:w="70" w:type="dxa"/>
              <w:right w:w="90" w:type="dxa"/>
            </w:tcMar>
            <w:vAlign w:val="center"/>
          </w:tcPr>
          <w:p w14:paraId="3A353D51" w14:textId="77777777" w:rsidR="005839FB" w:rsidRPr="00A10F7D" w:rsidRDefault="005839FB" w:rsidP="0078160F">
            <w:pPr>
              <w:spacing w:line="240" w:lineRule="auto"/>
              <w:jc w:val="both"/>
              <w:rPr>
                <w:sz w:val="18"/>
                <w:szCs w:val="18"/>
              </w:rPr>
            </w:pPr>
            <w:r w:rsidRPr="00A10F7D">
              <w:rPr>
                <w:sz w:val="18"/>
                <w:szCs w:val="18"/>
              </w:rPr>
              <w:t>49</w:t>
            </w:r>
          </w:p>
        </w:tc>
        <w:tc>
          <w:tcPr>
            <w:tcW w:w="1985" w:type="dxa"/>
            <w:tcMar>
              <w:top w:w="70" w:type="dxa"/>
              <w:left w:w="90" w:type="dxa"/>
              <w:bottom w:w="70" w:type="dxa"/>
              <w:right w:w="90" w:type="dxa"/>
            </w:tcMar>
            <w:vAlign w:val="center"/>
          </w:tcPr>
          <w:p w14:paraId="277E1D0D" w14:textId="77777777" w:rsidR="005839FB" w:rsidRPr="00A10F7D" w:rsidRDefault="005839FB" w:rsidP="0078160F">
            <w:pPr>
              <w:spacing w:line="240" w:lineRule="auto"/>
              <w:jc w:val="both"/>
              <w:rPr>
                <w:sz w:val="18"/>
                <w:szCs w:val="18"/>
              </w:rPr>
            </w:pPr>
            <w:r w:rsidRPr="00A10F7D">
              <w:rPr>
                <w:sz w:val="18"/>
                <w:szCs w:val="18"/>
              </w:rPr>
              <w:t>7.20</w:t>
            </w:r>
          </w:p>
        </w:tc>
      </w:tr>
      <w:tr w:rsidR="005839FB" w:rsidRPr="00A10F7D" w14:paraId="0E552C78" w14:textId="77777777" w:rsidTr="00D36F1C">
        <w:trPr>
          <w:jc w:val="center"/>
        </w:trPr>
        <w:tc>
          <w:tcPr>
            <w:tcW w:w="3277" w:type="dxa"/>
            <w:tcMar>
              <w:top w:w="70" w:type="dxa"/>
              <w:left w:w="90" w:type="dxa"/>
              <w:bottom w:w="70" w:type="dxa"/>
              <w:right w:w="90" w:type="dxa"/>
            </w:tcMar>
            <w:vAlign w:val="center"/>
          </w:tcPr>
          <w:p w14:paraId="5F07EBB6" w14:textId="77777777" w:rsidR="005839FB" w:rsidRPr="00A10F7D" w:rsidRDefault="005839FB" w:rsidP="0078160F">
            <w:pPr>
              <w:spacing w:line="240" w:lineRule="auto"/>
              <w:jc w:val="both"/>
              <w:rPr>
                <w:sz w:val="18"/>
                <w:szCs w:val="18"/>
              </w:rPr>
            </w:pPr>
            <w:r w:rsidRPr="00A10F7D">
              <w:rPr>
                <w:sz w:val="18"/>
                <w:szCs w:val="18"/>
              </w:rPr>
              <w:t>Hyperlipidemia</w:t>
            </w:r>
          </w:p>
        </w:tc>
        <w:tc>
          <w:tcPr>
            <w:tcW w:w="1964" w:type="dxa"/>
            <w:tcMar>
              <w:top w:w="70" w:type="dxa"/>
              <w:left w:w="90" w:type="dxa"/>
              <w:bottom w:w="70" w:type="dxa"/>
              <w:right w:w="90" w:type="dxa"/>
            </w:tcMar>
            <w:vAlign w:val="center"/>
          </w:tcPr>
          <w:p w14:paraId="4DEA91FD" w14:textId="77777777" w:rsidR="005839FB" w:rsidRPr="00A10F7D" w:rsidRDefault="005839FB" w:rsidP="0078160F">
            <w:pPr>
              <w:spacing w:line="240" w:lineRule="auto"/>
              <w:jc w:val="both"/>
              <w:rPr>
                <w:sz w:val="18"/>
                <w:szCs w:val="18"/>
              </w:rPr>
            </w:pPr>
            <w:r w:rsidRPr="00A10F7D">
              <w:rPr>
                <w:sz w:val="18"/>
                <w:szCs w:val="18"/>
              </w:rPr>
              <w:t>49</w:t>
            </w:r>
          </w:p>
        </w:tc>
        <w:tc>
          <w:tcPr>
            <w:tcW w:w="1985" w:type="dxa"/>
            <w:tcMar>
              <w:top w:w="70" w:type="dxa"/>
              <w:left w:w="90" w:type="dxa"/>
              <w:bottom w:w="70" w:type="dxa"/>
              <w:right w:w="90" w:type="dxa"/>
            </w:tcMar>
            <w:vAlign w:val="center"/>
          </w:tcPr>
          <w:p w14:paraId="3AEF6DD4" w14:textId="77777777" w:rsidR="005839FB" w:rsidRPr="00A10F7D" w:rsidRDefault="005839FB" w:rsidP="0078160F">
            <w:pPr>
              <w:spacing w:line="240" w:lineRule="auto"/>
              <w:jc w:val="both"/>
              <w:rPr>
                <w:sz w:val="18"/>
                <w:szCs w:val="18"/>
              </w:rPr>
            </w:pPr>
            <w:r w:rsidRPr="00A10F7D">
              <w:rPr>
                <w:sz w:val="18"/>
                <w:szCs w:val="18"/>
              </w:rPr>
              <w:t>7.20</w:t>
            </w:r>
          </w:p>
        </w:tc>
      </w:tr>
      <w:tr w:rsidR="005839FB" w:rsidRPr="00A10F7D" w14:paraId="1EC3055A" w14:textId="77777777" w:rsidTr="00D36F1C">
        <w:trPr>
          <w:jc w:val="center"/>
        </w:trPr>
        <w:tc>
          <w:tcPr>
            <w:tcW w:w="3277" w:type="dxa"/>
            <w:tcMar>
              <w:top w:w="70" w:type="dxa"/>
              <w:left w:w="90" w:type="dxa"/>
              <w:bottom w:w="70" w:type="dxa"/>
              <w:right w:w="90" w:type="dxa"/>
            </w:tcMar>
            <w:vAlign w:val="center"/>
          </w:tcPr>
          <w:p w14:paraId="7497B1E3" w14:textId="77777777" w:rsidR="005839FB" w:rsidRPr="00A10F7D" w:rsidRDefault="005839FB" w:rsidP="0078160F">
            <w:pPr>
              <w:spacing w:line="240" w:lineRule="auto"/>
              <w:jc w:val="both"/>
              <w:rPr>
                <w:sz w:val="18"/>
                <w:szCs w:val="18"/>
              </w:rPr>
            </w:pPr>
            <w:r w:rsidRPr="00A10F7D">
              <w:rPr>
                <w:sz w:val="18"/>
                <w:szCs w:val="18"/>
              </w:rPr>
              <w:t>Hypertension</w:t>
            </w:r>
          </w:p>
        </w:tc>
        <w:tc>
          <w:tcPr>
            <w:tcW w:w="1964" w:type="dxa"/>
            <w:tcMar>
              <w:top w:w="70" w:type="dxa"/>
              <w:left w:w="90" w:type="dxa"/>
              <w:bottom w:w="70" w:type="dxa"/>
              <w:right w:w="90" w:type="dxa"/>
            </w:tcMar>
            <w:vAlign w:val="center"/>
          </w:tcPr>
          <w:p w14:paraId="7A903770" w14:textId="77777777" w:rsidR="005839FB" w:rsidRPr="00A10F7D" w:rsidRDefault="005839FB" w:rsidP="0078160F">
            <w:pPr>
              <w:spacing w:line="240" w:lineRule="auto"/>
              <w:jc w:val="both"/>
              <w:rPr>
                <w:sz w:val="18"/>
                <w:szCs w:val="18"/>
              </w:rPr>
            </w:pPr>
            <w:r w:rsidRPr="00A10F7D">
              <w:rPr>
                <w:sz w:val="18"/>
                <w:szCs w:val="18"/>
              </w:rPr>
              <w:t>49</w:t>
            </w:r>
          </w:p>
        </w:tc>
        <w:tc>
          <w:tcPr>
            <w:tcW w:w="1985" w:type="dxa"/>
            <w:tcMar>
              <w:top w:w="70" w:type="dxa"/>
              <w:left w:w="90" w:type="dxa"/>
              <w:bottom w:w="70" w:type="dxa"/>
              <w:right w:w="90" w:type="dxa"/>
            </w:tcMar>
            <w:vAlign w:val="center"/>
          </w:tcPr>
          <w:p w14:paraId="09ABCC23" w14:textId="77777777" w:rsidR="005839FB" w:rsidRPr="00A10F7D" w:rsidRDefault="005839FB" w:rsidP="0078160F">
            <w:pPr>
              <w:spacing w:line="240" w:lineRule="auto"/>
              <w:jc w:val="both"/>
              <w:rPr>
                <w:sz w:val="18"/>
                <w:szCs w:val="18"/>
              </w:rPr>
            </w:pPr>
            <w:r w:rsidRPr="00A10F7D">
              <w:rPr>
                <w:sz w:val="18"/>
                <w:szCs w:val="18"/>
              </w:rPr>
              <w:t>7.20</w:t>
            </w:r>
          </w:p>
        </w:tc>
      </w:tr>
      <w:tr w:rsidR="005839FB" w:rsidRPr="00A10F7D" w14:paraId="20C5562A" w14:textId="77777777" w:rsidTr="00D36F1C">
        <w:trPr>
          <w:jc w:val="center"/>
        </w:trPr>
        <w:tc>
          <w:tcPr>
            <w:tcW w:w="3277" w:type="dxa"/>
            <w:tcMar>
              <w:top w:w="70" w:type="dxa"/>
              <w:left w:w="90" w:type="dxa"/>
              <w:bottom w:w="70" w:type="dxa"/>
              <w:right w:w="90" w:type="dxa"/>
            </w:tcMar>
            <w:vAlign w:val="center"/>
          </w:tcPr>
          <w:p w14:paraId="3AB10EBC" w14:textId="77777777" w:rsidR="005839FB" w:rsidRPr="00A10F7D" w:rsidRDefault="00A10F7D" w:rsidP="0078160F">
            <w:pPr>
              <w:spacing w:line="240" w:lineRule="auto"/>
              <w:jc w:val="both"/>
              <w:rPr>
                <w:sz w:val="18"/>
                <w:szCs w:val="18"/>
              </w:rPr>
            </w:pPr>
            <w:r w:rsidRPr="00A10F7D">
              <w:rPr>
                <w:sz w:val="18"/>
                <w:szCs w:val="18"/>
                <w:lang w:eastAsia="zh-CN"/>
              </w:rPr>
              <w:t>S</w:t>
            </w:r>
            <w:r w:rsidR="005839FB" w:rsidRPr="00A10F7D">
              <w:rPr>
                <w:sz w:val="18"/>
                <w:szCs w:val="18"/>
              </w:rPr>
              <w:t>troke</w:t>
            </w:r>
          </w:p>
        </w:tc>
        <w:tc>
          <w:tcPr>
            <w:tcW w:w="1964" w:type="dxa"/>
            <w:tcMar>
              <w:top w:w="70" w:type="dxa"/>
              <w:left w:w="90" w:type="dxa"/>
              <w:bottom w:w="70" w:type="dxa"/>
              <w:right w:w="90" w:type="dxa"/>
            </w:tcMar>
            <w:vAlign w:val="center"/>
          </w:tcPr>
          <w:p w14:paraId="358F0F40" w14:textId="77777777" w:rsidR="005839FB" w:rsidRPr="00A10F7D" w:rsidRDefault="005839FB" w:rsidP="0078160F">
            <w:pPr>
              <w:spacing w:line="240" w:lineRule="auto"/>
              <w:jc w:val="both"/>
              <w:rPr>
                <w:sz w:val="18"/>
                <w:szCs w:val="18"/>
              </w:rPr>
            </w:pPr>
            <w:r w:rsidRPr="00A10F7D">
              <w:rPr>
                <w:sz w:val="18"/>
                <w:szCs w:val="18"/>
              </w:rPr>
              <w:t>49</w:t>
            </w:r>
          </w:p>
        </w:tc>
        <w:tc>
          <w:tcPr>
            <w:tcW w:w="1985" w:type="dxa"/>
            <w:tcMar>
              <w:top w:w="70" w:type="dxa"/>
              <w:left w:w="90" w:type="dxa"/>
              <w:bottom w:w="70" w:type="dxa"/>
              <w:right w:w="90" w:type="dxa"/>
            </w:tcMar>
            <w:vAlign w:val="center"/>
          </w:tcPr>
          <w:p w14:paraId="4C48D2A1" w14:textId="77777777" w:rsidR="005839FB" w:rsidRPr="00A10F7D" w:rsidRDefault="005839FB" w:rsidP="0078160F">
            <w:pPr>
              <w:spacing w:line="240" w:lineRule="auto"/>
              <w:jc w:val="both"/>
              <w:rPr>
                <w:sz w:val="18"/>
                <w:szCs w:val="18"/>
              </w:rPr>
            </w:pPr>
            <w:r w:rsidRPr="00A10F7D">
              <w:rPr>
                <w:sz w:val="18"/>
                <w:szCs w:val="18"/>
              </w:rPr>
              <w:t>7.20</w:t>
            </w:r>
          </w:p>
        </w:tc>
      </w:tr>
      <w:tr w:rsidR="005839FB" w:rsidRPr="00A10F7D" w14:paraId="7DE71D18" w14:textId="77777777" w:rsidTr="00D36F1C">
        <w:trPr>
          <w:jc w:val="center"/>
        </w:trPr>
        <w:tc>
          <w:tcPr>
            <w:tcW w:w="3277" w:type="dxa"/>
            <w:tcMar>
              <w:top w:w="70" w:type="dxa"/>
              <w:left w:w="90" w:type="dxa"/>
              <w:bottom w:w="70" w:type="dxa"/>
              <w:right w:w="90" w:type="dxa"/>
            </w:tcMar>
            <w:vAlign w:val="center"/>
          </w:tcPr>
          <w:p w14:paraId="4D873D68" w14:textId="77777777" w:rsidR="005839FB" w:rsidRPr="00A10F7D" w:rsidRDefault="005839FB" w:rsidP="0078160F">
            <w:pPr>
              <w:spacing w:line="240" w:lineRule="auto"/>
              <w:jc w:val="both"/>
              <w:rPr>
                <w:sz w:val="18"/>
                <w:szCs w:val="18"/>
              </w:rPr>
            </w:pPr>
            <w:r w:rsidRPr="00A10F7D">
              <w:rPr>
                <w:sz w:val="18"/>
                <w:szCs w:val="18"/>
              </w:rPr>
              <w:lastRenderedPageBreak/>
              <w:t>Glycated hemoglobin (%)</w:t>
            </w:r>
          </w:p>
        </w:tc>
        <w:tc>
          <w:tcPr>
            <w:tcW w:w="1964" w:type="dxa"/>
            <w:tcMar>
              <w:top w:w="70" w:type="dxa"/>
              <w:left w:w="90" w:type="dxa"/>
              <w:bottom w:w="70" w:type="dxa"/>
              <w:right w:w="90" w:type="dxa"/>
            </w:tcMar>
            <w:vAlign w:val="center"/>
          </w:tcPr>
          <w:p w14:paraId="584BA8CE" w14:textId="77777777" w:rsidR="005839FB" w:rsidRPr="00A10F7D" w:rsidRDefault="005839FB" w:rsidP="0078160F">
            <w:pPr>
              <w:spacing w:line="240" w:lineRule="auto"/>
              <w:jc w:val="both"/>
              <w:rPr>
                <w:sz w:val="18"/>
                <w:szCs w:val="18"/>
              </w:rPr>
            </w:pPr>
            <w:r w:rsidRPr="00A10F7D">
              <w:rPr>
                <w:sz w:val="18"/>
                <w:szCs w:val="18"/>
              </w:rPr>
              <w:t>46</w:t>
            </w:r>
          </w:p>
        </w:tc>
        <w:tc>
          <w:tcPr>
            <w:tcW w:w="1985" w:type="dxa"/>
            <w:tcMar>
              <w:top w:w="70" w:type="dxa"/>
              <w:left w:w="90" w:type="dxa"/>
              <w:bottom w:w="70" w:type="dxa"/>
              <w:right w:w="90" w:type="dxa"/>
            </w:tcMar>
            <w:vAlign w:val="center"/>
          </w:tcPr>
          <w:p w14:paraId="6997C17F" w14:textId="77777777" w:rsidR="005839FB" w:rsidRPr="00A10F7D" w:rsidRDefault="005839FB" w:rsidP="0078160F">
            <w:pPr>
              <w:spacing w:line="240" w:lineRule="auto"/>
              <w:jc w:val="both"/>
              <w:rPr>
                <w:sz w:val="18"/>
                <w:szCs w:val="18"/>
              </w:rPr>
            </w:pPr>
            <w:r w:rsidRPr="00A10F7D">
              <w:rPr>
                <w:sz w:val="18"/>
                <w:szCs w:val="18"/>
              </w:rPr>
              <w:t>6.75</w:t>
            </w:r>
          </w:p>
        </w:tc>
      </w:tr>
      <w:tr w:rsidR="005839FB" w:rsidRPr="00A10F7D" w14:paraId="0F534124" w14:textId="77777777" w:rsidTr="00D36F1C">
        <w:trPr>
          <w:jc w:val="center"/>
        </w:trPr>
        <w:tc>
          <w:tcPr>
            <w:tcW w:w="3277" w:type="dxa"/>
            <w:tcMar>
              <w:top w:w="70" w:type="dxa"/>
              <w:left w:w="90" w:type="dxa"/>
              <w:bottom w:w="70" w:type="dxa"/>
              <w:right w:w="90" w:type="dxa"/>
            </w:tcMar>
            <w:vAlign w:val="center"/>
          </w:tcPr>
          <w:p w14:paraId="26541A81" w14:textId="77777777" w:rsidR="005839FB" w:rsidRPr="00A10F7D" w:rsidRDefault="005839FB" w:rsidP="0078160F">
            <w:pPr>
              <w:spacing w:line="240" w:lineRule="auto"/>
              <w:jc w:val="both"/>
              <w:rPr>
                <w:sz w:val="18"/>
                <w:szCs w:val="18"/>
              </w:rPr>
            </w:pPr>
            <w:r w:rsidRPr="00A10F7D">
              <w:rPr>
                <w:sz w:val="18"/>
                <w:szCs w:val="18"/>
              </w:rPr>
              <w:t>L</w:t>
            </w:r>
            <w:r w:rsidRPr="00A10F7D">
              <w:rPr>
                <w:sz w:val="18"/>
                <w:szCs w:val="18"/>
                <w:lang w:eastAsia="zh-CN"/>
              </w:rPr>
              <w:t>VEF</w:t>
            </w:r>
            <w:r w:rsidRPr="00A10F7D">
              <w:rPr>
                <w:sz w:val="18"/>
                <w:szCs w:val="18"/>
              </w:rPr>
              <w:t xml:space="preserve"> (%)</w:t>
            </w:r>
          </w:p>
        </w:tc>
        <w:tc>
          <w:tcPr>
            <w:tcW w:w="1964" w:type="dxa"/>
            <w:tcMar>
              <w:top w:w="70" w:type="dxa"/>
              <w:left w:w="90" w:type="dxa"/>
              <w:bottom w:w="70" w:type="dxa"/>
              <w:right w:w="90" w:type="dxa"/>
            </w:tcMar>
            <w:vAlign w:val="center"/>
          </w:tcPr>
          <w:p w14:paraId="03899937" w14:textId="77777777" w:rsidR="005839FB" w:rsidRPr="00A10F7D" w:rsidRDefault="005839FB" w:rsidP="0078160F">
            <w:pPr>
              <w:spacing w:line="240" w:lineRule="auto"/>
              <w:jc w:val="both"/>
              <w:rPr>
                <w:sz w:val="18"/>
                <w:szCs w:val="18"/>
              </w:rPr>
            </w:pPr>
            <w:r w:rsidRPr="00A10F7D">
              <w:rPr>
                <w:sz w:val="18"/>
                <w:szCs w:val="18"/>
              </w:rPr>
              <w:t>34</w:t>
            </w:r>
          </w:p>
        </w:tc>
        <w:tc>
          <w:tcPr>
            <w:tcW w:w="1985" w:type="dxa"/>
            <w:tcMar>
              <w:top w:w="70" w:type="dxa"/>
              <w:left w:w="90" w:type="dxa"/>
              <w:bottom w:w="70" w:type="dxa"/>
              <w:right w:w="90" w:type="dxa"/>
            </w:tcMar>
            <w:vAlign w:val="center"/>
          </w:tcPr>
          <w:p w14:paraId="50C777FF" w14:textId="77777777" w:rsidR="005839FB" w:rsidRPr="00A10F7D" w:rsidRDefault="005839FB" w:rsidP="0078160F">
            <w:pPr>
              <w:spacing w:line="240" w:lineRule="auto"/>
              <w:jc w:val="both"/>
              <w:rPr>
                <w:sz w:val="18"/>
                <w:szCs w:val="18"/>
              </w:rPr>
            </w:pPr>
            <w:r w:rsidRPr="00A10F7D">
              <w:rPr>
                <w:sz w:val="18"/>
                <w:szCs w:val="18"/>
              </w:rPr>
              <w:t>4.99</w:t>
            </w:r>
          </w:p>
        </w:tc>
      </w:tr>
      <w:tr w:rsidR="005839FB" w:rsidRPr="00A10F7D" w14:paraId="303EEA61" w14:textId="77777777" w:rsidTr="00D36F1C">
        <w:trPr>
          <w:jc w:val="center"/>
        </w:trPr>
        <w:tc>
          <w:tcPr>
            <w:tcW w:w="3277" w:type="dxa"/>
            <w:tcMar>
              <w:top w:w="70" w:type="dxa"/>
              <w:left w:w="90" w:type="dxa"/>
              <w:bottom w:w="70" w:type="dxa"/>
              <w:right w:w="90" w:type="dxa"/>
            </w:tcMar>
            <w:vAlign w:val="center"/>
          </w:tcPr>
          <w:p w14:paraId="07F6AAD8" w14:textId="77777777" w:rsidR="005839FB" w:rsidRPr="00A10F7D" w:rsidRDefault="005839FB" w:rsidP="0078160F">
            <w:pPr>
              <w:spacing w:line="240" w:lineRule="auto"/>
              <w:jc w:val="both"/>
              <w:rPr>
                <w:sz w:val="18"/>
                <w:szCs w:val="18"/>
              </w:rPr>
            </w:pPr>
            <w:r w:rsidRPr="00A10F7D">
              <w:rPr>
                <w:sz w:val="18"/>
                <w:szCs w:val="18"/>
              </w:rPr>
              <w:t>Uric acid (</w:t>
            </w:r>
            <w:proofErr w:type="spellStart"/>
            <w:r w:rsidRPr="00A10F7D">
              <w:rPr>
                <w:sz w:val="18"/>
                <w:szCs w:val="18"/>
              </w:rPr>
              <w:t>μmol</w:t>
            </w:r>
            <w:proofErr w:type="spellEnd"/>
            <w:r w:rsidRPr="00A10F7D">
              <w:rPr>
                <w:sz w:val="18"/>
                <w:szCs w:val="18"/>
              </w:rPr>
              <w:t>/L)</w:t>
            </w:r>
          </w:p>
        </w:tc>
        <w:tc>
          <w:tcPr>
            <w:tcW w:w="1964" w:type="dxa"/>
            <w:tcMar>
              <w:top w:w="70" w:type="dxa"/>
              <w:left w:w="90" w:type="dxa"/>
              <w:bottom w:w="70" w:type="dxa"/>
              <w:right w:w="90" w:type="dxa"/>
            </w:tcMar>
            <w:vAlign w:val="center"/>
          </w:tcPr>
          <w:p w14:paraId="1D04CCC1" w14:textId="77777777" w:rsidR="005839FB" w:rsidRPr="00A10F7D" w:rsidRDefault="005839FB" w:rsidP="0078160F">
            <w:pPr>
              <w:spacing w:line="240" w:lineRule="auto"/>
              <w:jc w:val="both"/>
              <w:rPr>
                <w:sz w:val="18"/>
                <w:szCs w:val="18"/>
              </w:rPr>
            </w:pPr>
            <w:r w:rsidRPr="00A10F7D">
              <w:rPr>
                <w:sz w:val="18"/>
                <w:szCs w:val="18"/>
              </w:rPr>
              <w:t>17</w:t>
            </w:r>
          </w:p>
        </w:tc>
        <w:tc>
          <w:tcPr>
            <w:tcW w:w="1985" w:type="dxa"/>
            <w:tcMar>
              <w:top w:w="70" w:type="dxa"/>
              <w:left w:w="90" w:type="dxa"/>
              <w:bottom w:w="70" w:type="dxa"/>
              <w:right w:w="90" w:type="dxa"/>
            </w:tcMar>
            <w:vAlign w:val="center"/>
          </w:tcPr>
          <w:p w14:paraId="5C2FC900" w14:textId="77777777" w:rsidR="005839FB" w:rsidRPr="00A10F7D" w:rsidRDefault="005839FB" w:rsidP="0078160F">
            <w:pPr>
              <w:spacing w:line="240" w:lineRule="auto"/>
              <w:jc w:val="both"/>
              <w:rPr>
                <w:sz w:val="18"/>
                <w:szCs w:val="18"/>
              </w:rPr>
            </w:pPr>
            <w:r w:rsidRPr="00A10F7D">
              <w:rPr>
                <w:sz w:val="18"/>
                <w:szCs w:val="18"/>
              </w:rPr>
              <w:t>2.50</w:t>
            </w:r>
          </w:p>
        </w:tc>
      </w:tr>
      <w:tr w:rsidR="005839FB" w:rsidRPr="00A10F7D" w14:paraId="3A752BFF" w14:textId="77777777" w:rsidTr="00D36F1C">
        <w:trPr>
          <w:jc w:val="center"/>
        </w:trPr>
        <w:tc>
          <w:tcPr>
            <w:tcW w:w="3277" w:type="dxa"/>
            <w:tcMar>
              <w:top w:w="70" w:type="dxa"/>
              <w:left w:w="90" w:type="dxa"/>
              <w:bottom w:w="70" w:type="dxa"/>
              <w:right w:w="90" w:type="dxa"/>
            </w:tcMar>
            <w:vAlign w:val="center"/>
          </w:tcPr>
          <w:p w14:paraId="78B25BDC" w14:textId="77777777" w:rsidR="005839FB" w:rsidRPr="00A10F7D" w:rsidRDefault="005839FB" w:rsidP="0078160F">
            <w:pPr>
              <w:spacing w:line="240" w:lineRule="auto"/>
              <w:jc w:val="both"/>
              <w:rPr>
                <w:sz w:val="18"/>
                <w:szCs w:val="18"/>
              </w:rPr>
            </w:pPr>
            <w:r w:rsidRPr="00A10F7D">
              <w:rPr>
                <w:sz w:val="18"/>
                <w:szCs w:val="18"/>
              </w:rPr>
              <w:t>Fibrinogen (g/L)</w:t>
            </w:r>
          </w:p>
        </w:tc>
        <w:tc>
          <w:tcPr>
            <w:tcW w:w="1964" w:type="dxa"/>
            <w:tcMar>
              <w:top w:w="70" w:type="dxa"/>
              <w:left w:w="90" w:type="dxa"/>
              <w:bottom w:w="70" w:type="dxa"/>
              <w:right w:w="90" w:type="dxa"/>
            </w:tcMar>
            <w:vAlign w:val="center"/>
          </w:tcPr>
          <w:p w14:paraId="6D7AF1D8" w14:textId="77777777" w:rsidR="005839FB" w:rsidRPr="00A10F7D" w:rsidRDefault="005839FB" w:rsidP="0078160F">
            <w:pPr>
              <w:spacing w:line="240" w:lineRule="auto"/>
              <w:jc w:val="both"/>
              <w:rPr>
                <w:sz w:val="18"/>
                <w:szCs w:val="18"/>
              </w:rPr>
            </w:pPr>
            <w:r w:rsidRPr="00A10F7D">
              <w:rPr>
                <w:sz w:val="18"/>
                <w:szCs w:val="18"/>
              </w:rPr>
              <w:t>16</w:t>
            </w:r>
          </w:p>
        </w:tc>
        <w:tc>
          <w:tcPr>
            <w:tcW w:w="1985" w:type="dxa"/>
            <w:tcMar>
              <w:top w:w="70" w:type="dxa"/>
              <w:left w:w="90" w:type="dxa"/>
              <w:bottom w:w="70" w:type="dxa"/>
              <w:right w:w="90" w:type="dxa"/>
            </w:tcMar>
            <w:vAlign w:val="center"/>
          </w:tcPr>
          <w:p w14:paraId="209CCD1A" w14:textId="77777777" w:rsidR="005839FB" w:rsidRPr="00A10F7D" w:rsidRDefault="005839FB" w:rsidP="0078160F">
            <w:pPr>
              <w:spacing w:line="240" w:lineRule="auto"/>
              <w:jc w:val="both"/>
              <w:rPr>
                <w:sz w:val="18"/>
                <w:szCs w:val="18"/>
              </w:rPr>
            </w:pPr>
            <w:r w:rsidRPr="00A10F7D">
              <w:rPr>
                <w:sz w:val="18"/>
                <w:szCs w:val="18"/>
              </w:rPr>
              <w:t>2.35</w:t>
            </w:r>
          </w:p>
        </w:tc>
      </w:tr>
      <w:tr w:rsidR="005839FB" w:rsidRPr="00A10F7D" w14:paraId="4A42A8C8" w14:textId="77777777" w:rsidTr="00D36F1C">
        <w:trPr>
          <w:jc w:val="center"/>
        </w:trPr>
        <w:tc>
          <w:tcPr>
            <w:tcW w:w="3277" w:type="dxa"/>
            <w:tcMar>
              <w:top w:w="70" w:type="dxa"/>
              <w:left w:w="90" w:type="dxa"/>
              <w:bottom w:w="70" w:type="dxa"/>
              <w:right w:w="90" w:type="dxa"/>
            </w:tcMar>
            <w:vAlign w:val="center"/>
          </w:tcPr>
          <w:p w14:paraId="3C25AF67" w14:textId="77777777" w:rsidR="005839FB" w:rsidRPr="00A10F7D" w:rsidRDefault="005839FB" w:rsidP="0078160F">
            <w:pPr>
              <w:spacing w:line="240" w:lineRule="auto"/>
              <w:jc w:val="both"/>
              <w:rPr>
                <w:sz w:val="18"/>
                <w:szCs w:val="18"/>
              </w:rPr>
            </w:pPr>
            <w:r w:rsidRPr="00A10F7D">
              <w:rPr>
                <w:sz w:val="18"/>
                <w:szCs w:val="18"/>
              </w:rPr>
              <w:t>Prothrombin time (s)</w:t>
            </w:r>
          </w:p>
        </w:tc>
        <w:tc>
          <w:tcPr>
            <w:tcW w:w="1964" w:type="dxa"/>
            <w:tcMar>
              <w:top w:w="70" w:type="dxa"/>
              <w:left w:w="90" w:type="dxa"/>
              <w:bottom w:w="70" w:type="dxa"/>
              <w:right w:w="90" w:type="dxa"/>
            </w:tcMar>
            <w:vAlign w:val="center"/>
          </w:tcPr>
          <w:p w14:paraId="0CC6CD20" w14:textId="77777777" w:rsidR="005839FB" w:rsidRPr="00A10F7D" w:rsidRDefault="005839FB" w:rsidP="0078160F">
            <w:pPr>
              <w:spacing w:line="240" w:lineRule="auto"/>
              <w:jc w:val="both"/>
              <w:rPr>
                <w:sz w:val="18"/>
                <w:szCs w:val="18"/>
              </w:rPr>
            </w:pPr>
            <w:r w:rsidRPr="00A10F7D">
              <w:rPr>
                <w:sz w:val="18"/>
                <w:szCs w:val="18"/>
              </w:rPr>
              <w:t>16</w:t>
            </w:r>
          </w:p>
        </w:tc>
        <w:tc>
          <w:tcPr>
            <w:tcW w:w="1985" w:type="dxa"/>
            <w:tcMar>
              <w:top w:w="70" w:type="dxa"/>
              <w:left w:w="90" w:type="dxa"/>
              <w:bottom w:w="70" w:type="dxa"/>
              <w:right w:w="90" w:type="dxa"/>
            </w:tcMar>
            <w:vAlign w:val="center"/>
          </w:tcPr>
          <w:p w14:paraId="41B7FBC6" w14:textId="77777777" w:rsidR="005839FB" w:rsidRPr="00A10F7D" w:rsidRDefault="005839FB" w:rsidP="0078160F">
            <w:pPr>
              <w:spacing w:line="240" w:lineRule="auto"/>
              <w:jc w:val="both"/>
              <w:rPr>
                <w:sz w:val="18"/>
                <w:szCs w:val="18"/>
              </w:rPr>
            </w:pPr>
            <w:r w:rsidRPr="00A10F7D">
              <w:rPr>
                <w:sz w:val="18"/>
                <w:szCs w:val="18"/>
              </w:rPr>
              <w:t>2.35</w:t>
            </w:r>
          </w:p>
        </w:tc>
      </w:tr>
      <w:tr w:rsidR="005839FB" w:rsidRPr="00A10F7D" w14:paraId="66216B5C" w14:textId="77777777" w:rsidTr="00D36F1C">
        <w:trPr>
          <w:jc w:val="center"/>
        </w:trPr>
        <w:tc>
          <w:tcPr>
            <w:tcW w:w="3277" w:type="dxa"/>
            <w:tcMar>
              <w:top w:w="70" w:type="dxa"/>
              <w:left w:w="90" w:type="dxa"/>
              <w:bottom w:w="70" w:type="dxa"/>
              <w:right w:w="90" w:type="dxa"/>
            </w:tcMar>
            <w:vAlign w:val="center"/>
          </w:tcPr>
          <w:p w14:paraId="7A51CFED" w14:textId="77777777" w:rsidR="005839FB" w:rsidRPr="00A10F7D" w:rsidRDefault="005839FB" w:rsidP="0078160F">
            <w:pPr>
              <w:spacing w:line="240" w:lineRule="auto"/>
              <w:jc w:val="both"/>
              <w:rPr>
                <w:sz w:val="18"/>
                <w:szCs w:val="18"/>
              </w:rPr>
            </w:pPr>
            <w:r w:rsidRPr="00A10F7D">
              <w:rPr>
                <w:sz w:val="18"/>
                <w:szCs w:val="18"/>
              </w:rPr>
              <w:t>HDL-C (mmol/L)</w:t>
            </w:r>
          </w:p>
        </w:tc>
        <w:tc>
          <w:tcPr>
            <w:tcW w:w="1964" w:type="dxa"/>
            <w:tcMar>
              <w:top w:w="70" w:type="dxa"/>
              <w:left w:w="90" w:type="dxa"/>
              <w:bottom w:w="70" w:type="dxa"/>
              <w:right w:w="90" w:type="dxa"/>
            </w:tcMar>
            <w:vAlign w:val="center"/>
          </w:tcPr>
          <w:p w14:paraId="2FA2BE0B" w14:textId="77777777" w:rsidR="005839FB" w:rsidRPr="00A10F7D" w:rsidRDefault="005839FB" w:rsidP="0078160F">
            <w:pPr>
              <w:spacing w:line="240" w:lineRule="auto"/>
              <w:jc w:val="both"/>
              <w:rPr>
                <w:sz w:val="18"/>
                <w:szCs w:val="18"/>
              </w:rPr>
            </w:pPr>
            <w:r w:rsidRPr="00A10F7D">
              <w:rPr>
                <w:sz w:val="18"/>
                <w:szCs w:val="18"/>
              </w:rPr>
              <w:t>13</w:t>
            </w:r>
          </w:p>
        </w:tc>
        <w:tc>
          <w:tcPr>
            <w:tcW w:w="1985" w:type="dxa"/>
            <w:tcMar>
              <w:top w:w="70" w:type="dxa"/>
              <w:left w:w="90" w:type="dxa"/>
              <w:bottom w:w="70" w:type="dxa"/>
              <w:right w:w="90" w:type="dxa"/>
            </w:tcMar>
            <w:vAlign w:val="center"/>
          </w:tcPr>
          <w:p w14:paraId="11618B15" w14:textId="77777777" w:rsidR="005839FB" w:rsidRPr="00A10F7D" w:rsidRDefault="005839FB" w:rsidP="0078160F">
            <w:pPr>
              <w:spacing w:line="240" w:lineRule="auto"/>
              <w:jc w:val="both"/>
              <w:rPr>
                <w:sz w:val="18"/>
                <w:szCs w:val="18"/>
              </w:rPr>
            </w:pPr>
            <w:r w:rsidRPr="00A10F7D">
              <w:rPr>
                <w:sz w:val="18"/>
                <w:szCs w:val="18"/>
              </w:rPr>
              <w:t>1.91</w:t>
            </w:r>
          </w:p>
        </w:tc>
      </w:tr>
      <w:tr w:rsidR="005839FB" w:rsidRPr="00A10F7D" w14:paraId="2C584F93" w14:textId="77777777" w:rsidTr="00D36F1C">
        <w:trPr>
          <w:jc w:val="center"/>
        </w:trPr>
        <w:tc>
          <w:tcPr>
            <w:tcW w:w="3277" w:type="dxa"/>
            <w:tcMar>
              <w:top w:w="70" w:type="dxa"/>
              <w:left w:w="90" w:type="dxa"/>
              <w:bottom w:w="70" w:type="dxa"/>
              <w:right w:w="90" w:type="dxa"/>
            </w:tcMar>
            <w:vAlign w:val="center"/>
          </w:tcPr>
          <w:p w14:paraId="2B20943F" w14:textId="77777777" w:rsidR="005839FB" w:rsidRPr="00A10F7D" w:rsidRDefault="005839FB" w:rsidP="0078160F">
            <w:pPr>
              <w:spacing w:line="240" w:lineRule="auto"/>
              <w:jc w:val="both"/>
              <w:rPr>
                <w:sz w:val="18"/>
                <w:szCs w:val="18"/>
              </w:rPr>
            </w:pPr>
            <w:r w:rsidRPr="00A10F7D">
              <w:rPr>
                <w:sz w:val="18"/>
                <w:szCs w:val="18"/>
              </w:rPr>
              <w:t>NT-</w:t>
            </w:r>
            <w:proofErr w:type="spellStart"/>
            <w:r w:rsidRPr="00A10F7D">
              <w:rPr>
                <w:sz w:val="18"/>
                <w:szCs w:val="18"/>
              </w:rPr>
              <w:t>proBNP</w:t>
            </w:r>
            <w:proofErr w:type="spellEnd"/>
            <w:r w:rsidRPr="00A10F7D">
              <w:rPr>
                <w:rFonts w:hint="eastAsia"/>
                <w:sz w:val="18"/>
                <w:szCs w:val="18"/>
              </w:rPr>
              <w:t>(</w:t>
            </w:r>
            <w:proofErr w:type="spellStart"/>
            <w:r w:rsidRPr="00A10F7D">
              <w:rPr>
                <w:sz w:val="18"/>
                <w:szCs w:val="18"/>
              </w:rPr>
              <w:t>pg</w:t>
            </w:r>
            <w:proofErr w:type="spellEnd"/>
            <w:r w:rsidRPr="00A10F7D">
              <w:rPr>
                <w:sz w:val="18"/>
                <w:szCs w:val="18"/>
              </w:rPr>
              <w:t>/mL</w:t>
            </w:r>
            <w:r w:rsidRPr="00A10F7D">
              <w:rPr>
                <w:rFonts w:hint="eastAsia"/>
                <w:sz w:val="18"/>
                <w:szCs w:val="18"/>
              </w:rPr>
              <w:t>)</w:t>
            </w:r>
          </w:p>
        </w:tc>
        <w:tc>
          <w:tcPr>
            <w:tcW w:w="1964" w:type="dxa"/>
            <w:tcMar>
              <w:top w:w="70" w:type="dxa"/>
              <w:left w:w="90" w:type="dxa"/>
              <w:bottom w:w="70" w:type="dxa"/>
              <w:right w:w="90" w:type="dxa"/>
            </w:tcMar>
            <w:vAlign w:val="center"/>
          </w:tcPr>
          <w:p w14:paraId="1BE3F6FA" w14:textId="77777777" w:rsidR="005839FB" w:rsidRPr="00A10F7D" w:rsidRDefault="005839FB" w:rsidP="0078160F">
            <w:pPr>
              <w:spacing w:line="240" w:lineRule="auto"/>
              <w:jc w:val="both"/>
              <w:rPr>
                <w:sz w:val="18"/>
                <w:szCs w:val="18"/>
              </w:rPr>
            </w:pPr>
            <w:r w:rsidRPr="00A10F7D">
              <w:rPr>
                <w:sz w:val="18"/>
                <w:szCs w:val="18"/>
              </w:rPr>
              <w:t>13</w:t>
            </w:r>
          </w:p>
        </w:tc>
        <w:tc>
          <w:tcPr>
            <w:tcW w:w="1985" w:type="dxa"/>
            <w:tcMar>
              <w:top w:w="70" w:type="dxa"/>
              <w:left w:w="90" w:type="dxa"/>
              <w:bottom w:w="70" w:type="dxa"/>
              <w:right w:w="90" w:type="dxa"/>
            </w:tcMar>
            <w:vAlign w:val="center"/>
          </w:tcPr>
          <w:p w14:paraId="1386903E" w14:textId="77777777" w:rsidR="005839FB" w:rsidRPr="00A10F7D" w:rsidRDefault="005839FB" w:rsidP="0078160F">
            <w:pPr>
              <w:spacing w:line="240" w:lineRule="auto"/>
              <w:jc w:val="both"/>
              <w:rPr>
                <w:sz w:val="18"/>
                <w:szCs w:val="18"/>
              </w:rPr>
            </w:pPr>
            <w:r w:rsidRPr="00A10F7D">
              <w:rPr>
                <w:sz w:val="18"/>
                <w:szCs w:val="18"/>
              </w:rPr>
              <w:t>1.91</w:t>
            </w:r>
          </w:p>
        </w:tc>
      </w:tr>
      <w:tr w:rsidR="005839FB" w:rsidRPr="00A10F7D" w14:paraId="26FFA773" w14:textId="77777777" w:rsidTr="00D36F1C">
        <w:trPr>
          <w:jc w:val="center"/>
        </w:trPr>
        <w:tc>
          <w:tcPr>
            <w:tcW w:w="3277" w:type="dxa"/>
            <w:tcMar>
              <w:top w:w="70" w:type="dxa"/>
              <w:left w:w="90" w:type="dxa"/>
              <w:bottom w:w="70" w:type="dxa"/>
              <w:right w:w="90" w:type="dxa"/>
            </w:tcMar>
            <w:vAlign w:val="center"/>
          </w:tcPr>
          <w:p w14:paraId="52F184F5" w14:textId="77777777" w:rsidR="005839FB" w:rsidRPr="00A10F7D" w:rsidRDefault="005839FB" w:rsidP="0078160F">
            <w:pPr>
              <w:spacing w:line="240" w:lineRule="auto"/>
              <w:jc w:val="both"/>
              <w:rPr>
                <w:sz w:val="18"/>
                <w:szCs w:val="18"/>
              </w:rPr>
            </w:pPr>
            <w:r w:rsidRPr="00A10F7D">
              <w:rPr>
                <w:sz w:val="18"/>
                <w:szCs w:val="18"/>
              </w:rPr>
              <w:t>LDL-C (mmol/L)</w:t>
            </w:r>
          </w:p>
        </w:tc>
        <w:tc>
          <w:tcPr>
            <w:tcW w:w="1964" w:type="dxa"/>
            <w:tcMar>
              <w:top w:w="70" w:type="dxa"/>
              <w:left w:w="90" w:type="dxa"/>
              <w:bottom w:w="70" w:type="dxa"/>
              <w:right w:w="90" w:type="dxa"/>
            </w:tcMar>
            <w:vAlign w:val="center"/>
          </w:tcPr>
          <w:p w14:paraId="16867A95" w14:textId="77777777" w:rsidR="005839FB" w:rsidRPr="00A10F7D" w:rsidRDefault="005839FB" w:rsidP="0078160F">
            <w:pPr>
              <w:spacing w:line="240" w:lineRule="auto"/>
              <w:jc w:val="both"/>
              <w:rPr>
                <w:sz w:val="18"/>
                <w:szCs w:val="18"/>
              </w:rPr>
            </w:pPr>
            <w:r w:rsidRPr="00A10F7D">
              <w:rPr>
                <w:sz w:val="18"/>
                <w:szCs w:val="18"/>
              </w:rPr>
              <w:t>11</w:t>
            </w:r>
          </w:p>
        </w:tc>
        <w:tc>
          <w:tcPr>
            <w:tcW w:w="1985" w:type="dxa"/>
            <w:tcMar>
              <w:top w:w="70" w:type="dxa"/>
              <w:left w:w="90" w:type="dxa"/>
              <w:bottom w:w="70" w:type="dxa"/>
              <w:right w:w="90" w:type="dxa"/>
            </w:tcMar>
            <w:vAlign w:val="center"/>
          </w:tcPr>
          <w:p w14:paraId="401955DC" w14:textId="77777777" w:rsidR="005839FB" w:rsidRPr="00A10F7D" w:rsidRDefault="005839FB" w:rsidP="0078160F">
            <w:pPr>
              <w:spacing w:line="240" w:lineRule="auto"/>
              <w:jc w:val="both"/>
              <w:rPr>
                <w:sz w:val="18"/>
                <w:szCs w:val="18"/>
              </w:rPr>
            </w:pPr>
            <w:r w:rsidRPr="00A10F7D">
              <w:rPr>
                <w:sz w:val="18"/>
                <w:szCs w:val="18"/>
              </w:rPr>
              <w:t>1.62</w:t>
            </w:r>
          </w:p>
        </w:tc>
      </w:tr>
      <w:tr w:rsidR="005839FB" w:rsidRPr="00A10F7D" w14:paraId="7102AC2D" w14:textId="77777777" w:rsidTr="00D36F1C">
        <w:trPr>
          <w:jc w:val="center"/>
        </w:trPr>
        <w:tc>
          <w:tcPr>
            <w:tcW w:w="3277" w:type="dxa"/>
            <w:tcMar>
              <w:top w:w="70" w:type="dxa"/>
              <w:left w:w="90" w:type="dxa"/>
              <w:bottom w:w="70" w:type="dxa"/>
              <w:right w:w="90" w:type="dxa"/>
            </w:tcMar>
            <w:vAlign w:val="center"/>
          </w:tcPr>
          <w:p w14:paraId="38C7A80A" w14:textId="77777777" w:rsidR="005839FB" w:rsidRPr="00A10F7D" w:rsidRDefault="005839FB" w:rsidP="0078160F">
            <w:pPr>
              <w:spacing w:line="240" w:lineRule="auto"/>
              <w:jc w:val="both"/>
              <w:rPr>
                <w:sz w:val="18"/>
                <w:szCs w:val="18"/>
              </w:rPr>
            </w:pPr>
            <w:r w:rsidRPr="00A10F7D">
              <w:rPr>
                <w:sz w:val="18"/>
                <w:szCs w:val="18"/>
              </w:rPr>
              <w:t>Total cholesterol (mmol/L)</w:t>
            </w:r>
          </w:p>
        </w:tc>
        <w:tc>
          <w:tcPr>
            <w:tcW w:w="1964" w:type="dxa"/>
            <w:tcMar>
              <w:top w:w="70" w:type="dxa"/>
              <w:left w:w="90" w:type="dxa"/>
              <w:bottom w:w="70" w:type="dxa"/>
              <w:right w:w="90" w:type="dxa"/>
            </w:tcMar>
            <w:vAlign w:val="center"/>
          </w:tcPr>
          <w:p w14:paraId="5E86697D" w14:textId="77777777" w:rsidR="005839FB" w:rsidRPr="00A10F7D" w:rsidRDefault="005839FB" w:rsidP="0078160F">
            <w:pPr>
              <w:spacing w:line="240" w:lineRule="auto"/>
              <w:jc w:val="both"/>
              <w:rPr>
                <w:sz w:val="18"/>
                <w:szCs w:val="18"/>
              </w:rPr>
            </w:pPr>
            <w:r w:rsidRPr="00A10F7D">
              <w:rPr>
                <w:sz w:val="18"/>
                <w:szCs w:val="18"/>
              </w:rPr>
              <w:t>10</w:t>
            </w:r>
          </w:p>
        </w:tc>
        <w:tc>
          <w:tcPr>
            <w:tcW w:w="1985" w:type="dxa"/>
            <w:tcMar>
              <w:top w:w="70" w:type="dxa"/>
              <w:left w:w="90" w:type="dxa"/>
              <w:bottom w:w="70" w:type="dxa"/>
              <w:right w:w="90" w:type="dxa"/>
            </w:tcMar>
            <w:vAlign w:val="center"/>
          </w:tcPr>
          <w:p w14:paraId="6589C2CA" w14:textId="77777777" w:rsidR="005839FB" w:rsidRPr="00A10F7D" w:rsidRDefault="005839FB" w:rsidP="0078160F">
            <w:pPr>
              <w:spacing w:line="240" w:lineRule="auto"/>
              <w:jc w:val="both"/>
              <w:rPr>
                <w:sz w:val="18"/>
                <w:szCs w:val="18"/>
              </w:rPr>
            </w:pPr>
            <w:r w:rsidRPr="00A10F7D">
              <w:rPr>
                <w:sz w:val="18"/>
                <w:szCs w:val="18"/>
              </w:rPr>
              <w:t>1.47</w:t>
            </w:r>
          </w:p>
        </w:tc>
      </w:tr>
      <w:tr w:rsidR="005839FB" w:rsidRPr="00A10F7D" w14:paraId="05F4977C" w14:textId="77777777" w:rsidTr="00D36F1C">
        <w:trPr>
          <w:jc w:val="center"/>
        </w:trPr>
        <w:tc>
          <w:tcPr>
            <w:tcW w:w="3277" w:type="dxa"/>
            <w:tcMar>
              <w:top w:w="70" w:type="dxa"/>
              <w:left w:w="90" w:type="dxa"/>
              <w:bottom w:w="70" w:type="dxa"/>
              <w:right w:w="90" w:type="dxa"/>
            </w:tcMar>
            <w:vAlign w:val="center"/>
          </w:tcPr>
          <w:p w14:paraId="0E9430AA" w14:textId="77777777" w:rsidR="005839FB" w:rsidRPr="00A10F7D" w:rsidRDefault="005839FB" w:rsidP="0078160F">
            <w:pPr>
              <w:spacing w:line="240" w:lineRule="auto"/>
              <w:jc w:val="both"/>
              <w:rPr>
                <w:sz w:val="18"/>
                <w:szCs w:val="18"/>
              </w:rPr>
            </w:pPr>
            <w:r w:rsidRPr="00A10F7D">
              <w:rPr>
                <w:sz w:val="18"/>
                <w:szCs w:val="18"/>
              </w:rPr>
              <w:t>Triglycerides (mmol/L)</w:t>
            </w:r>
          </w:p>
        </w:tc>
        <w:tc>
          <w:tcPr>
            <w:tcW w:w="1964" w:type="dxa"/>
            <w:tcMar>
              <w:top w:w="70" w:type="dxa"/>
              <w:left w:w="90" w:type="dxa"/>
              <w:bottom w:w="70" w:type="dxa"/>
              <w:right w:w="90" w:type="dxa"/>
            </w:tcMar>
            <w:vAlign w:val="center"/>
          </w:tcPr>
          <w:p w14:paraId="661B960A" w14:textId="77777777" w:rsidR="005839FB" w:rsidRPr="00A10F7D" w:rsidRDefault="005839FB" w:rsidP="0078160F">
            <w:pPr>
              <w:spacing w:line="240" w:lineRule="auto"/>
              <w:jc w:val="both"/>
              <w:rPr>
                <w:sz w:val="18"/>
                <w:szCs w:val="18"/>
              </w:rPr>
            </w:pPr>
            <w:r w:rsidRPr="00A10F7D">
              <w:rPr>
                <w:sz w:val="18"/>
                <w:szCs w:val="18"/>
              </w:rPr>
              <w:t>10</w:t>
            </w:r>
          </w:p>
        </w:tc>
        <w:tc>
          <w:tcPr>
            <w:tcW w:w="1985" w:type="dxa"/>
            <w:tcMar>
              <w:top w:w="70" w:type="dxa"/>
              <w:left w:w="90" w:type="dxa"/>
              <w:bottom w:w="70" w:type="dxa"/>
              <w:right w:w="90" w:type="dxa"/>
            </w:tcMar>
            <w:vAlign w:val="center"/>
          </w:tcPr>
          <w:p w14:paraId="4B57E4E2" w14:textId="77777777" w:rsidR="005839FB" w:rsidRPr="00A10F7D" w:rsidRDefault="005839FB" w:rsidP="0078160F">
            <w:pPr>
              <w:spacing w:line="240" w:lineRule="auto"/>
              <w:jc w:val="both"/>
              <w:rPr>
                <w:sz w:val="18"/>
                <w:szCs w:val="18"/>
              </w:rPr>
            </w:pPr>
            <w:r w:rsidRPr="00A10F7D">
              <w:rPr>
                <w:sz w:val="18"/>
                <w:szCs w:val="18"/>
              </w:rPr>
              <w:t>1.47</w:t>
            </w:r>
          </w:p>
        </w:tc>
      </w:tr>
      <w:tr w:rsidR="005839FB" w:rsidRPr="00A10F7D" w14:paraId="6CAA1447" w14:textId="77777777" w:rsidTr="00D36F1C">
        <w:trPr>
          <w:jc w:val="center"/>
        </w:trPr>
        <w:tc>
          <w:tcPr>
            <w:tcW w:w="3277" w:type="dxa"/>
            <w:tcMar>
              <w:top w:w="70" w:type="dxa"/>
              <w:left w:w="90" w:type="dxa"/>
              <w:bottom w:w="70" w:type="dxa"/>
              <w:right w:w="90" w:type="dxa"/>
            </w:tcMar>
            <w:vAlign w:val="center"/>
          </w:tcPr>
          <w:p w14:paraId="13641A4F" w14:textId="77777777" w:rsidR="005839FB" w:rsidRPr="00A10F7D" w:rsidRDefault="005839FB" w:rsidP="0078160F">
            <w:pPr>
              <w:spacing w:line="240" w:lineRule="auto"/>
              <w:jc w:val="both"/>
              <w:rPr>
                <w:sz w:val="18"/>
                <w:szCs w:val="18"/>
              </w:rPr>
            </w:pPr>
            <w:r w:rsidRPr="00A10F7D">
              <w:rPr>
                <w:sz w:val="18"/>
                <w:szCs w:val="18"/>
              </w:rPr>
              <w:t>CK-MB (ng/mL)</w:t>
            </w:r>
          </w:p>
        </w:tc>
        <w:tc>
          <w:tcPr>
            <w:tcW w:w="1964" w:type="dxa"/>
            <w:tcMar>
              <w:top w:w="70" w:type="dxa"/>
              <w:left w:w="90" w:type="dxa"/>
              <w:bottom w:w="70" w:type="dxa"/>
              <w:right w:w="90" w:type="dxa"/>
            </w:tcMar>
            <w:vAlign w:val="center"/>
          </w:tcPr>
          <w:p w14:paraId="02520D43" w14:textId="77777777" w:rsidR="005839FB" w:rsidRPr="00A10F7D" w:rsidRDefault="005839FB" w:rsidP="0078160F">
            <w:pPr>
              <w:spacing w:line="240" w:lineRule="auto"/>
              <w:jc w:val="both"/>
              <w:rPr>
                <w:sz w:val="18"/>
                <w:szCs w:val="18"/>
              </w:rPr>
            </w:pPr>
            <w:r w:rsidRPr="00A10F7D">
              <w:rPr>
                <w:sz w:val="18"/>
                <w:szCs w:val="18"/>
              </w:rPr>
              <w:t>9</w:t>
            </w:r>
          </w:p>
        </w:tc>
        <w:tc>
          <w:tcPr>
            <w:tcW w:w="1985" w:type="dxa"/>
            <w:tcMar>
              <w:top w:w="70" w:type="dxa"/>
              <w:left w:w="90" w:type="dxa"/>
              <w:bottom w:w="70" w:type="dxa"/>
              <w:right w:w="90" w:type="dxa"/>
            </w:tcMar>
            <w:vAlign w:val="center"/>
          </w:tcPr>
          <w:p w14:paraId="20D37E89" w14:textId="77777777" w:rsidR="005839FB" w:rsidRPr="00A10F7D" w:rsidRDefault="005839FB" w:rsidP="0078160F">
            <w:pPr>
              <w:spacing w:line="240" w:lineRule="auto"/>
              <w:jc w:val="both"/>
              <w:rPr>
                <w:sz w:val="18"/>
                <w:szCs w:val="18"/>
              </w:rPr>
            </w:pPr>
            <w:r w:rsidRPr="00A10F7D">
              <w:rPr>
                <w:sz w:val="18"/>
                <w:szCs w:val="18"/>
              </w:rPr>
              <w:t>1.32</w:t>
            </w:r>
          </w:p>
        </w:tc>
      </w:tr>
      <w:tr w:rsidR="005839FB" w:rsidRPr="00A10F7D" w14:paraId="635FF3FF" w14:textId="77777777" w:rsidTr="00D36F1C">
        <w:trPr>
          <w:jc w:val="center"/>
        </w:trPr>
        <w:tc>
          <w:tcPr>
            <w:tcW w:w="3277" w:type="dxa"/>
            <w:tcMar>
              <w:top w:w="70" w:type="dxa"/>
              <w:left w:w="90" w:type="dxa"/>
              <w:bottom w:w="70" w:type="dxa"/>
              <w:right w:w="90" w:type="dxa"/>
            </w:tcMar>
            <w:vAlign w:val="center"/>
          </w:tcPr>
          <w:p w14:paraId="53D8D5B6" w14:textId="77777777" w:rsidR="005839FB" w:rsidRPr="00A10F7D" w:rsidRDefault="005839FB" w:rsidP="0078160F">
            <w:pPr>
              <w:spacing w:line="240" w:lineRule="auto"/>
              <w:jc w:val="both"/>
              <w:rPr>
                <w:sz w:val="18"/>
                <w:szCs w:val="18"/>
              </w:rPr>
            </w:pPr>
            <w:proofErr w:type="spellStart"/>
            <w:r w:rsidRPr="00A10F7D">
              <w:rPr>
                <w:sz w:val="18"/>
                <w:szCs w:val="18"/>
              </w:rPr>
              <w:t>hs-cTnT</w:t>
            </w:r>
            <w:proofErr w:type="spellEnd"/>
            <w:r w:rsidRPr="00A10F7D">
              <w:rPr>
                <w:sz w:val="18"/>
                <w:szCs w:val="18"/>
              </w:rPr>
              <w:t xml:space="preserve"> (ng/mL)</w:t>
            </w:r>
          </w:p>
        </w:tc>
        <w:tc>
          <w:tcPr>
            <w:tcW w:w="1964" w:type="dxa"/>
            <w:tcMar>
              <w:top w:w="70" w:type="dxa"/>
              <w:left w:w="90" w:type="dxa"/>
              <w:bottom w:w="70" w:type="dxa"/>
              <w:right w:w="90" w:type="dxa"/>
            </w:tcMar>
            <w:vAlign w:val="center"/>
          </w:tcPr>
          <w:p w14:paraId="408B92F0" w14:textId="77777777" w:rsidR="005839FB" w:rsidRPr="00A10F7D" w:rsidRDefault="005839FB" w:rsidP="0078160F">
            <w:pPr>
              <w:spacing w:line="240" w:lineRule="auto"/>
              <w:jc w:val="both"/>
              <w:rPr>
                <w:sz w:val="18"/>
                <w:szCs w:val="18"/>
              </w:rPr>
            </w:pPr>
            <w:r w:rsidRPr="00A10F7D">
              <w:rPr>
                <w:sz w:val="18"/>
                <w:szCs w:val="18"/>
              </w:rPr>
              <w:t>5</w:t>
            </w:r>
          </w:p>
        </w:tc>
        <w:tc>
          <w:tcPr>
            <w:tcW w:w="1985" w:type="dxa"/>
            <w:tcMar>
              <w:top w:w="70" w:type="dxa"/>
              <w:left w:w="90" w:type="dxa"/>
              <w:bottom w:w="70" w:type="dxa"/>
              <w:right w:w="90" w:type="dxa"/>
            </w:tcMar>
            <w:vAlign w:val="center"/>
          </w:tcPr>
          <w:p w14:paraId="4590E9A3" w14:textId="77777777" w:rsidR="005839FB" w:rsidRPr="00A10F7D" w:rsidRDefault="005839FB" w:rsidP="0078160F">
            <w:pPr>
              <w:spacing w:line="240" w:lineRule="auto"/>
              <w:jc w:val="both"/>
              <w:rPr>
                <w:sz w:val="18"/>
                <w:szCs w:val="18"/>
              </w:rPr>
            </w:pPr>
            <w:r w:rsidRPr="00A10F7D">
              <w:rPr>
                <w:sz w:val="18"/>
                <w:szCs w:val="18"/>
              </w:rPr>
              <w:t>0.73</w:t>
            </w:r>
          </w:p>
        </w:tc>
      </w:tr>
      <w:tr w:rsidR="005839FB" w:rsidRPr="00A10F7D" w14:paraId="70F9B51C" w14:textId="77777777" w:rsidTr="00D36F1C">
        <w:trPr>
          <w:jc w:val="center"/>
        </w:trPr>
        <w:tc>
          <w:tcPr>
            <w:tcW w:w="3277" w:type="dxa"/>
            <w:tcMar>
              <w:top w:w="70" w:type="dxa"/>
              <w:left w:w="90" w:type="dxa"/>
              <w:bottom w:w="70" w:type="dxa"/>
              <w:right w:w="90" w:type="dxa"/>
            </w:tcMar>
            <w:vAlign w:val="center"/>
          </w:tcPr>
          <w:p w14:paraId="7320590C" w14:textId="77777777" w:rsidR="005839FB" w:rsidRPr="00A10F7D" w:rsidRDefault="005839FB" w:rsidP="0078160F">
            <w:pPr>
              <w:spacing w:line="240" w:lineRule="auto"/>
              <w:jc w:val="both"/>
              <w:rPr>
                <w:sz w:val="18"/>
                <w:szCs w:val="18"/>
              </w:rPr>
            </w:pPr>
            <w:r w:rsidRPr="00A10F7D">
              <w:rPr>
                <w:sz w:val="18"/>
                <w:szCs w:val="18"/>
              </w:rPr>
              <w:t>Direct bilirubin (</w:t>
            </w:r>
            <w:proofErr w:type="spellStart"/>
            <w:r w:rsidRPr="00A10F7D">
              <w:rPr>
                <w:sz w:val="18"/>
                <w:szCs w:val="18"/>
              </w:rPr>
              <w:t>μmol</w:t>
            </w:r>
            <w:proofErr w:type="spellEnd"/>
            <w:r w:rsidRPr="00A10F7D">
              <w:rPr>
                <w:sz w:val="18"/>
                <w:szCs w:val="18"/>
              </w:rPr>
              <w:t>/L)</w:t>
            </w:r>
          </w:p>
        </w:tc>
        <w:tc>
          <w:tcPr>
            <w:tcW w:w="1964" w:type="dxa"/>
            <w:tcMar>
              <w:top w:w="70" w:type="dxa"/>
              <w:left w:w="90" w:type="dxa"/>
              <w:bottom w:w="70" w:type="dxa"/>
              <w:right w:w="90" w:type="dxa"/>
            </w:tcMar>
            <w:vAlign w:val="center"/>
          </w:tcPr>
          <w:p w14:paraId="3B051247" w14:textId="77777777" w:rsidR="005839FB" w:rsidRPr="00A10F7D" w:rsidRDefault="005839FB" w:rsidP="0078160F">
            <w:pPr>
              <w:spacing w:line="240" w:lineRule="auto"/>
              <w:jc w:val="both"/>
              <w:rPr>
                <w:sz w:val="18"/>
                <w:szCs w:val="18"/>
              </w:rPr>
            </w:pPr>
            <w:r w:rsidRPr="00A10F7D">
              <w:rPr>
                <w:sz w:val="18"/>
                <w:szCs w:val="18"/>
              </w:rPr>
              <w:t>2</w:t>
            </w:r>
          </w:p>
        </w:tc>
        <w:tc>
          <w:tcPr>
            <w:tcW w:w="1985" w:type="dxa"/>
            <w:tcMar>
              <w:top w:w="70" w:type="dxa"/>
              <w:left w:w="90" w:type="dxa"/>
              <w:bottom w:w="70" w:type="dxa"/>
              <w:right w:w="90" w:type="dxa"/>
            </w:tcMar>
            <w:vAlign w:val="center"/>
          </w:tcPr>
          <w:p w14:paraId="4C9AFD71" w14:textId="77777777" w:rsidR="005839FB" w:rsidRPr="00A10F7D" w:rsidRDefault="005839FB" w:rsidP="0078160F">
            <w:pPr>
              <w:spacing w:line="240" w:lineRule="auto"/>
              <w:jc w:val="both"/>
              <w:rPr>
                <w:sz w:val="18"/>
                <w:szCs w:val="18"/>
              </w:rPr>
            </w:pPr>
            <w:r w:rsidRPr="00A10F7D">
              <w:rPr>
                <w:sz w:val="18"/>
                <w:szCs w:val="18"/>
              </w:rPr>
              <w:t>0.29</w:t>
            </w:r>
          </w:p>
        </w:tc>
      </w:tr>
      <w:tr w:rsidR="005839FB" w:rsidRPr="00A10F7D" w14:paraId="6C8BDC98" w14:textId="77777777" w:rsidTr="00D36F1C">
        <w:trPr>
          <w:jc w:val="center"/>
        </w:trPr>
        <w:tc>
          <w:tcPr>
            <w:tcW w:w="3277" w:type="dxa"/>
            <w:tcMar>
              <w:top w:w="70" w:type="dxa"/>
              <w:left w:w="90" w:type="dxa"/>
              <w:bottom w:w="70" w:type="dxa"/>
              <w:right w:w="90" w:type="dxa"/>
            </w:tcMar>
            <w:vAlign w:val="center"/>
          </w:tcPr>
          <w:p w14:paraId="36A5E3F1" w14:textId="77777777" w:rsidR="005839FB" w:rsidRPr="00A10F7D" w:rsidRDefault="005839FB" w:rsidP="0078160F">
            <w:pPr>
              <w:spacing w:line="240" w:lineRule="auto"/>
              <w:jc w:val="both"/>
              <w:rPr>
                <w:sz w:val="18"/>
                <w:szCs w:val="18"/>
              </w:rPr>
            </w:pPr>
            <w:r w:rsidRPr="00A10F7D">
              <w:rPr>
                <w:sz w:val="18"/>
                <w:szCs w:val="18"/>
              </w:rPr>
              <w:t>Indirect bilirubin (</w:t>
            </w:r>
            <w:proofErr w:type="spellStart"/>
            <w:r w:rsidRPr="00A10F7D">
              <w:rPr>
                <w:sz w:val="18"/>
                <w:szCs w:val="18"/>
              </w:rPr>
              <w:t>μmol</w:t>
            </w:r>
            <w:proofErr w:type="spellEnd"/>
            <w:r w:rsidRPr="00A10F7D">
              <w:rPr>
                <w:sz w:val="18"/>
                <w:szCs w:val="18"/>
              </w:rPr>
              <w:t>/L)</w:t>
            </w:r>
          </w:p>
        </w:tc>
        <w:tc>
          <w:tcPr>
            <w:tcW w:w="1964" w:type="dxa"/>
            <w:tcMar>
              <w:top w:w="70" w:type="dxa"/>
              <w:left w:w="90" w:type="dxa"/>
              <w:bottom w:w="70" w:type="dxa"/>
              <w:right w:w="90" w:type="dxa"/>
            </w:tcMar>
            <w:vAlign w:val="center"/>
          </w:tcPr>
          <w:p w14:paraId="15265644" w14:textId="77777777" w:rsidR="005839FB" w:rsidRPr="00A10F7D" w:rsidRDefault="005839FB" w:rsidP="0078160F">
            <w:pPr>
              <w:spacing w:line="240" w:lineRule="auto"/>
              <w:jc w:val="both"/>
              <w:rPr>
                <w:sz w:val="18"/>
                <w:szCs w:val="18"/>
              </w:rPr>
            </w:pPr>
            <w:r w:rsidRPr="00A10F7D">
              <w:rPr>
                <w:sz w:val="18"/>
                <w:szCs w:val="18"/>
              </w:rPr>
              <w:t>2</w:t>
            </w:r>
          </w:p>
        </w:tc>
        <w:tc>
          <w:tcPr>
            <w:tcW w:w="1985" w:type="dxa"/>
            <w:tcMar>
              <w:top w:w="70" w:type="dxa"/>
              <w:left w:w="90" w:type="dxa"/>
              <w:bottom w:w="70" w:type="dxa"/>
              <w:right w:w="90" w:type="dxa"/>
            </w:tcMar>
            <w:vAlign w:val="center"/>
          </w:tcPr>
          <w:p w14:paraId="7AC82DA4" w14:textId="77777777" w:rsidR="005839FB" w:rsidRPr="00A10F7D" w:rsidRDefault="005839FB" w:rsidP="0078160F">
            <w:pPr>
              <w:spacing w:line="240" w:lineRule="auto"/>
              <w:jc w:val="both"/>
              <w:rPr>
                <w:sz w:val="18"/>
                <w:szCs w:val="18"/>
              </w:rPr>
            </w:pPr>
            <w:r w:rsidRPr="00A10F7D">
              <w:rPr>
                <w:sz w:val="18"/>
                <w:szCs w:val="18"/>
              </w:rPr>
              <w:t>0.29</w:t>
            </w:r>
          </w:p>
        </w:tc>
      </w:tr>
      <w:tr w:rsidR="005839FB" w:rsidRPr="00A10F7D" w14:paraId="21B2185F" w14:textId="77777777" w:rsidTr="00D36F1C">
        <w:trPr>
          <w:jc w:val="center"/>
        </w:trPr>
        <w:tc>
          <w:tcPr>
            <w:tcW w:w="3277" w:type="dxa"/>
            <w:tcMar>
              <w:top w:w="70" w:type="dxa"/>
              <w:left w:w="90" w:type="dxa"/>
              <w:bottom w:w="70" w:type="dxa"/>
              <w:right w:w="90" w:type="dxa"/>
            </w:tcMar>
            <w:vAlign w:val="center"/>
          </w:tcPr>
          <w:p w14:paraId="4C9AA256" w14:textId="77777777" w:rsidR="005839FB" w:rsidRPr="00A10F7D" w:rsidRDefault="005839FB" w:rsidP="0078160F">
            <w:pPr>
              <w:spacing w:line="240" w:lineRule="auto"/>
              <w:jc w:val="both"/>
              <w:rPr>
                <w:sz w:val="18"/>
                <w:szCs w:val="18"/>
              </w:rPr>
            </w:pPr>
            <w:r w:rsidRPr="00A10F7D">
              <w:rPr>
                <w:sz w:val="18"/>
                <w:szCs w:val="18"/>
              </w:rPr>
              <w:t>BUN/Cr</w:t>
            </w:r>
          </w:p>
        </w:tc>
        <w:tc>
          <w:tcPr>
            <w:tcW w:w="1964" w:type="dxa"/>
            <w:tcMar>
              <w:top w:w="70" w:type="dxa"/>
              <w:left w:w="90" w:type="dxa"/>
              <w:bottom w:w="70" w:type="dxa"/>
              <w:right w:w="90" w:type="dxa"/>
            </w:tcMar>
            <w:vAlign w:val="center"/>
          </w:tcPr>
          <w:p w14:paraId="6352A577" w14:textId="77777777" w:rsidR="005839FB" w:rsidRPr="00A10F7D" w:rsidRDefault="005839FB" w:rsidP="0078160F">
            <w:pPr>
              <w:spacing w:line="240" w:lineRule="auto"/>
              <w:jc w:val="both"/>
              <w:rPr>
                <w:sz w:val="18"/>
                <w:szCs w:val="18"/>
              </w:rPr>
            </w:pPr>
            <w:r w:rsidRPr="00A10F7D">
              <w:rPr>
                <w:sz w:val="18"/>
                <w:szCs w:val="18"/>
              </w:rPr>
              <w:t>1</w:t>
            </w:r>
          </w:p>
        </w:tc>
        <w:tc>
          <w:tcPr>
            <w:tcW w:w="1985" w:type="dxa"/>
            <w:tcMar>
              <w:top w:w="70" w:type="dxa"/>
              <w:left w:w="90" w:type="dxa"/>
              <w:bottom w:w="70" w:type="dxa"/>
              <w:right w:w="90" w:type="dxa"/>
            </w:tcMar>
            <w:vAlign w:val="center"/>
          </w:tcPr>
          <w:p w14:paraId="74A2B978" w14:textId="77777777" w:rsidR="005839FB" w:rsidRPr="00A10F7D" w:rsidRDefault="005839FB" w:rsidP="0078160F">
            <w:pPr>
              <w:spacing w:line="240" w:lineRule="auto"/>
              <w:jc w:val="both"/>
              <w:rPr>
                <w:sz w:val="18"/>
                <w:szCs w:val="18"/>
              </w:rPr>
            </w:pPr>
            <w:r w:rsidRPr="00A10F7D">
              <w:rPr>
                <w:sz w:val="18"/>
                <w:szCs w:val="18"/>
              </w:rPr>
              <w:t>0.15</w:t>
            </w:r>
          </w:p>
        </w:tc>
      </w:tr>
      <w:tr w:rsidR="005839FB" w:rsidRPr="00A10F7D" w14:paraId="066A4729" w14:textId="77777777" w:rsidTr="00D36F1C">
        <w:trPr>
          <w:jc w:val="center"/>
        </w:trPr>
        <w:tc>
          <w:tcPr>
            <w:tcW w:w="3277" w:type="dxa"/>
            <w:tcMar>
              <w:top w:w="70" w:type="dxa"/>
              <w:left w:w="90" w:type="dxa"/>
              <w:bottom w:w="70" w:type="dxa"/>
              <w:right w:w="90" w:type="dxa"/>
            </w:tcMar>
            <w:vAlign w:val="center"/>
          </w:tcPr>
          <w:p w14:paraId="485DBE04" w14:textId="77777777" w:rsidR="005839FB" w:rsidRPr="00A10F7D" w:rsidRDefault="005839FB" w:rsidP="0078160F">
            <w:pPr>
              <w:spacing w:line="240" w:lineRule="auto"/>
              <w:jc w:val="both"/>
              <w:rPr>
                <w:sz w:val="18"/>
                <w:szCs w:val="18"/>
              </w:rPr>
            </w:pPr>
            <w:r w:rsidRPr="00A10F7D">
              <w:rPr>
                <w:sz w:val="18"/>
                <w:szCs w:val="18"/>
              </w:rPr>
              <w:t>Fasting glucose (mmol/L)</w:t>
            </w:r>
          </w:p>
        </w:tc>
        <w:tc>
          <w:tcPr>
            <w:tcW w:w="1964" w:type="dxa"/>
            <w:tcMar>
              <w:top w:w="70" w:type="dxa"/>
              <w:left w:w="90" w:type="dxa"/>
              <w:bottom w:w="70" w:type="dxa"/>
              <w:right w:w="90" w:type="dxa"/>
            </w:tcMar>
            <w:vAlign w:val="center"/>
          </w:tcPr>
          <w:p w14:paraId="4F4F808F" w14:textId="77777777" w:rsidR="005839FB" w:rsidRPr="00A10F7D" w:rsidRDefault="005839FB" w:rsidP="0078160F">
            <w:pPr>
              <w:spacing w:line="240" w:lineRule="auto"/>
              <w:jc w:val="both"/>
              <w:rPr>
                <w:sz w:val="18"/>
                <w:szCs w:val="18"/>
              </w:rPr>
            </w:pPr>
            <w:r w:rsidRPr="00A10F7D">
              <w:rPr>
                <w:sz w:val="18"/>
                <w:szCs w:val="18"/>
              </w:rPr>
              <w:t>1</w:t>
            </w:r>
          </w:p>
        </w:tc>
        <w:tc>
          <w:tcPr>
            <w:tcW w:w="1985" w:type="dxa"/>
            <w:tcMar>
              <w:top w:w="70" w:type="dxa"/>
              <w:left w:w="90" w:type="dxa"/>
              <w:bottom w:w="70" w:type="dxa"/>
              <w:right w:w="90" w:type="dxa"/>
            </w:tcMar>
            <w:vAlign w:val="center"/>
          </w:tcPr>
          <w:p w14:paraId="3803D760" w14:textId="77777777" w:rsidR="005839FB" w:rsidRPr="00A10F7D" w:rsidRDefault="005839FB" w:rsidP="0078160F">
            <w:pPr>
              <w:spacing w:line="240" w:lineRule="auto"/>
              <w:jc w:val="both"/>
              <w:rPr>
                <w:sz w:val="18"/>
                <w:szCs w:val="18"/>
              </w:rPr>
            </w:pPr>
            <w:r w:rsidRPr="00A10F7D">
              <w:rPr>
                <w:sz w:val="18"/>
                <w:szCs w:val="18"/>
              </w:rPr>
              <w:t>0.15</w:t>
            </w:r>
          </w:p>
        </w:tc>
      </w:tr>
      <w:tr w:rsidR="005839FB" w:rsidRPr="00A10F7D" w14:paraId="67F69F8D" w14:textId="77777777" w:rsidTr="00D36F1C">
        <w:trPr>
          <w:jc w:val="center"/>
        </w:trPr>
        <w:tc>
          <w:tcPr>
            <w:tcW w:w="3277" w:type="dxa"/>
            <w:tcMar>
              <w:top w:w="70" w:type="dxa"/>
              <w:left w:w="90" w:type="dxa"/>
              <w:bottom w:w="70" w:type="dxa"/>
              <w:right w:w="90" w:type="dxa"/>
            </w:tcMar>
            <w:vAlign w:val="center"/>
          </w:tcPr>
          <w:p w14:paraId="363895BC" w14:textId="77777777" w:rsidR="005839FB" w:rsidRPr="00A10F7D" w:rsidRDefault="005839FB" w:rsidP="0078160F">
            <w:pPr>
              <w:spacing w:line="240" w:lineRule="auto"/>
              <w:jc w:val="both"/>
              <w:rPr>
                <w:sz w:val="18"/>
                <w:szCs w:val="18"/>
              </w:rPr>
            </w:pPr>
            <w:r w:rsidRPr="00A10F7D">
              <w:rPr>
                <w:sz w:val="18"/>
                <w:szCs w:val="18"/>
              </w:rPr>
              <w:t>Hemoglobin (g/L)</w:t>
            </w:r>
          </w:p>
        </w:tc>
        <w:tc>
          <w:tcPr>
            <w:tcW w:w="1964" w:type="dxa"/>
            <w:tcMar>
              <w:top w:w="70" w:type="dxa"/>
              <w:left w:w="90" w:type="dxa"/>
              <w:bottom w:w="70" w:type="dxa"/>
              <w:right w:w="90" w:type="dxa"/>
            </w:tcMar>
            <w:vAlign w:val="center"/>
          </w:tcPr>
          <w:p w14:paraId="33D51CB9" w14:textId="77777777" w:rsidR="005839FB" w:rsidRPr="00A10F7D" w:rsidRDefault="005839FB" w:rsidP="0078160F">
            <w:pPr>
              <w:spacing w:line="240" w:lineRule="auto"/>
              <w:jc w:val="both"/>
              <w:rPr>
                <w:sz w:val="18"/>
                <w:szCs w:val="18"/>
              </w:rPr>
            </w:pPr>
            <w:r w:rsidRPr="00A10F7D">
              <w:rPr>
                <w:sz w:val="18"/>
                <w:szCs w:val="18"/>
              </w:rPr>
              <w:t>1</w:t>
            </w:r>
          </w:p>
        </w:tc>
        <w:tc>
          <w:tcPr>
            <w:tcW w:w="1985" w:type="dxa"/>
            <w:tcMar>
              <w:top w:w="70" w:type="dxa"/>
              <w:left w:w="90" w:type="dxa"/>
              <w:bottom w:w="70" w:type="dxa"/>
              <w:right w:w="90" w:type="dxa"/>
            </w:tcMar>
            <w:vAlign w:val="center"/>
          </w:tcPr>
          <w:p w14:paraId="11BBAD5E" w14:textId="77777777" w:rsidR="005839FB" w:rsidRPr="00A10F7D" w:rsidRDefault="005839FB" w:rsidP="0078160F">
            <w:pPr>
              <w:spacing w:line="240" w:lineRule="auto"/>
              <w:jc w:val="both"/>
              <w:rPr>
                <w:sz w:val="18"/>
                <w:szCs w:val="18"/>
              </w:rPr>
            </w:pPr>
            <w:r w:rsidRPr="00A10F7D">
              <w:rPr>
                <w:sz w:val="18"/>
                <w:szCs w:val="18"/>
              </w:rPr>
              <w:t>0.15</w:t>
            </w:r>
          </w:p>
        </w:tc>
      </w:tr>
      <w:tr w:rsidR="005839FB" w:rsidRPr="00A10F7D" w14:paraId="505AF531" w14:textId="77777777" w:rsidTr="00D36F1C">
        <w:trPr>
          <w:jc w:val="center"/>
        </w:trPr>
        <w:tc>
          <w:tcPr>
            <w:tcW w:w="3277" w:type="dxa"/>
            <w:tcMar>
              <w:top w:w="70" w:type="dxa"/>
              <w:left w:w="90" w:type="dxa"/>
              <w:bottom w:w="70" w:type="dxa"/>
              <w:right w:w="90" w:type="dxa"/>
            </w:tcMar>
            <w:vAlign w:val="center"/>
          </w:tcPr>
          <w:p w14:paraId="7B53CB19" w14:textId="77777777" w:rsidR="005839FB" w:rsidRPr="00A10F7D" w:rsidRDefault="005839FB" w:rsidP="0078160F">
            <w:pPr>
              <w:spacing w:line="240" w:lineRule="auto"/>
              <w:jc w:val="both"/>
              <w:rPr>
                <w:sz w:val="18"/>
                <w:szCs w:val="18"/>
              </w:rPr>
            </w:pPr>
            <w:r w:rsidRPr="00A10F7D">
              <w:rPr>
                <w:sz w:val="18"/>
                <w:szCs w:val="18"/>
              </w:rPr>
              <w:t>Lymphocyte count (10⁹/L)</w:t>
            </w:r>
          </w:p>
        </w:tc>
        <w:tc>
          <w:tcPr>
            <w:tcW w:w="1964" w:type="dxa"/>
            <w:tcMar>
              <w:top w:w="70" w:type="dxa"/>
              <w:left w:w="90" w:type="dxa"/>
              <w:bottom w:w="70" w:type="dxa"/>
              <w:right w:w="90" w:type="dxa"/>
            </w:tcMar>
            <w:vAlign w:val="center"/>
          </w:tcPr>
          <w:p w14:paraId="58A366FB" w14:textId="77777777" w:rsidR="005839FB" w:rsidRPr="00A10F7D" w:rsidRDefault="005839FB" w:rsidP="0078160F">
            <w:pPr>
              <w:spacing w:line="240" w:lineRule="auto"/>
              <w:jc w:val="both"/>
              <w:rPr>
                <w:sz w:val="18"/>
                <w:szCs w:val="18"/>
              </w:rPr>
            </w:pPr>
            <w:r w:rsidRPr="00A10F7D">
              <w:rPr>
                <w:sz w:val="18"/>
                <w:szCs w:val="18"/>
              </w:rPr>
              <w:t>1</w:t>
            </w:r>
          </w:p>
        </w:tc>
        <w:tc>
          <w:tcPr>
            <w:tcW w:w="1985" w:type="dxa"/>
            <w:tcMar>
              <w:top w:w="70" w:type="dxa"/>
              <w:left w:w="90" w:type="dxa"/>
              <w:bottom w:w="70" w:type="dxa"/>
              <w:right w:w="90" w:type="dxa"/>
            </w:tcMar>
            <w:vAlign w:val="center"/>
          </w:tcPr>
          <w:p w14:paraId="0FB2906A" w14:textId="77777777" w:rsidR="005839FB" w:rsidRPr="00A10F7D" w:rsidRDefault="005839FB" w:rsidP="0078160F">
            <w:pPr>
              <w:spacing w:line="240" w:lineRule="auto"/>
              <w:jc w:val="both"/>
              <w:rPr>
                <w:sz w:val="18"/>
                <w:szCs w:val="18"/>
              </w:rPr>
            </w:pPr>
            <w:r w:rsidRPr="00A10F7D">
              <w:rPr>
                <w:sz w:val="18"/>
                <w:szCs w:val="18"/>
              </w:rPr>
              <w:t>0.15</w:t>
            </w:r>
          </w:p>
        </w:tc>
      </w:tr>
      <w:tr w:rsidR="005839FB" w:rsidRPr="00A10F7D" w14:paraId="6C1D3D69" w14:textId="77777777" w:rsidTr="00D36F1C">
        <w:trPr>
          <w:jc w:val="center"/>
        </w:trPr>
        <w:tc>
          <w:tcPr>
            <w:tcW w:w="3277" w:type="dxa"/>
            <w:tcMar>
              <w:top w:w="70" w:type="dxa"/>
              <w:left w:w="90" w:type="dxa"/>
              <w:bottom w:w="70" w:type="dxa"/>
              <w:right w:w="90" w:type="dxa"/>
            </w:tcMar>
            <w:vAlign w:val="center"/>
          </w:tcPr>
          <w:p w14:paraId="4C7D4BF7" w14:textId="77777777" w:rsidR="005839FB" w:rsidRPr="00A10F7D" w:rsidRDefault="005839FB" w:rsidP="0078160F">
            <w:pPr>
              <w:spacing w:line="240" w:lineRule="auto"/>
              <w:jc w:val="both"/>
              <w:rPr>
                <w:sz w:val="18"/>
                <w:szCs w:val="18"/>
              </w:rPr>
            </w:pPr>
            <w:r w:rsidRPr="00A10F7D">
              <w:rPr>
                <w:sz w:val="18"/>
                <w:szCs w:val="18"/>
              </w:rPr>
              <w:lastRenderedPageBreak/>
              <w:t>Monocyte count (10⁹/L)</w:t>
            </w:r>
          </w:p>
        </w:tc>
        <w:tc>
          <w:tcPr>
            <w:tcW w:w="1964" w:type="dxa"/>
            <w:tcMar>
              <w:top w:w="70" w:type="dxa"/>
              <w:left w:w="90" w:type="dxa"/>
              <w:bottom w:w="70" w:type="dxa"/>
              <w:right w:w="90" w:type="dxa"/>
            </w:tcMar>
            <w:vAlign w:val="center"/>
          </w:tcPr>
          <w:p w14:paraId="7DD82389" w14:textId="77777777" w:rsidR="005839FB" w:rsidRPr="00A10F7D" w:rsidRDefault="005839FB" w:rsidP="0078160F">
            <w:pPr>
              <w:spacing w:line="240" w:lineRule="auto"/>
              <w:jc w:val="both"/>
              <w:rPr>
                <w:sz w:val="18"/>
                <w:szCs w:val="18"/>
              </w:rPr>
            </w:pPr>
            <w:r w:rsidRPr="00A10F7D">
              <w:rPr>
                <w:sz w:val="18"/>
                <w:szCs w:val="18"/>
              </w:rPr>
              <w:t>1</w:t>
            </w:r>
          </w:p>
        </w:tc>
        <w:tc>
          <w:tcPr>
            <w:tcW w:w="1985" w:type="dxa"/>
            <w:tcMar>
              <w:top w:w="70" w:type="dxa"/>
              <w:left w:w="90" w:type="dxa"/>
              <w:bottom w:w="70" w:type="dxa"/>
              <w:right w:w="90" w:type="dxa"/>
            </w:tcMar>
            <w:vAlign w:val="center"/>
          </w:tcPr>
          <w:p w14:paraId="67D832AE" w14:textId="77777777" w:rsidR="005839FB" w:rsidRPr="00A10F7D" w:rsidRDefault="005839FB" w:rsidP="0078160F">
            <w:pPr>
              <w:spacing w:line="240" w:lineRule="auto"/>
              <w:jc w:val="both"/>
              <w:rPr>
                <w:sz w:val="18"/>
                <w:szCs w:val="18"/>
              </w:rPr>
            </w:pPr>
            <w:r w:rsidRPr="00A10F7D">
              <w:rPr>
                <w:sz w:val="18"/>
                <w:szCs w:val="18"/>
              </w:rPr>
              <w:t>0.15</w:t>
            </w:r>
          </w:p>
        </w:tc>
      </w:tr>
      <w:tr w:rsidR="005839FB" w:rsidRPr="00A10F7D" w14:paraId="56B5EC04" w14:textId="77777777" w:rsidTr="00D36F1C">
        <w:trPr>
          <w:jc w:val="center"/>
        </w:trPr>
        <w:tc>
          <w:tcPr>
            <w:tcW w:w="3277" w:type="dxa"/>
            <w:tcMar>
              <w:top w:w="70" w:type="dxa"/>
              <w:left w:w="90" w:type="dxa"/>
              <w:bottom w:w="70" w:type="dxa"/>
              <w:right w:w="90" w:type="dxa"/>
            </w:tcMar>
            <w:vAlign w:val="center"/>
          </w:tcPr>
          <w:p w14:paraId="38C9DD2E" w14:textId="77777777" w:rsidR="005839FB" w:rsidRPr="00A10F7D" w:rsidRDefault="005839FB" w:rsidP="0078160F">
            <w:pPr>
              <w:spacing w:line="240" w:lineRule="auto"/>
              <w:jc w:val="both"/>
              <w:rPr>
                <w:sz w:val="18"/>
                <w:szCs w:val="18"/>
              </w:rPr>
            </w:pPr>
            <w:r w:rsidRPr="00A10F7D">
              <w:rPr>
                <w:sz w:val="18"/>
                <w:szCs w:val="18"/>
              </w:rPr>
              <w:t>Neutrophil count (10⁹/L)</w:t>
            </w:r>
          </w:p>
        </w:tc>
        <w:tc>
          <w:tcPr>
            <w:tcW w:w="1964" w:type="dxa"/>
            <w:tcMar>
              <w:top w:w="70" w:type="dxa"/>
              <w:left w:w="90" w:type="dxa"/>
              <w:bottom w:w="70" w:type="dxa"/>
              <w:right w:w="90" w:type="dxa"/>
            </w:tcMar>
            <w:vAlign w:val="center"/>
          </w:tcPr>
          <w:p w14:paraId="33370740" w14:textId="77777777" w:rsidR="005839FB" w:rsidRPr="00A10F7D" w:rsidRDefault="005839FB" w:rsidP="0078160F">
            <w:pPr>
              <w:spacing w:line="240" w:lineRule="auto"/>
              <w:jc w:val="both"/>
              <w:rPr>
                <w:sz w:val="18"/>
                <w:szCs w:val="18"/>
              </w:rPr>
            </w:pPr>
            <w:r w:rsidRPr="00A10F7D">
              <w:rPr>
                <w:sz w:val="18"/>
                <w:szCs w:val="18"/>
              </w:rPr>
              <w:t>1</w:t>
            </w:r>
          </w:p>
        </w:tc>
        <w:tc>
          <w:tcPr>
            <w:tcW w:w="1985" w:type="dxa"/>
            <w:tcMar>
              <w:top w:w="70" w:type="dxa"/>
              <w:left w:w="90" w:type="dxa"/>
              <w:bottom w:w="70" w:type="dxa"/>
              <w:right w:w="90" w:type="dxa"/>
            </w:tcMar>
            <w:vAlign w:val="center"/>
          </w:tcPr>
          <w:p w14:paraId="611DFE69" w14:textId="77777777" w:rsidR="005839FB" w:rsidRPr="00A10F7D" w:rsidRDefault="005839FB" w:rsidP="0078160F">
            <w:pPr>
              <w:spacing w:line="240" w:lineRule="auto"/>
              <w:jc w:val="both"/>
              <w:rPr>
                <w:sz w:val="18"/>
                <w:szCs w:val="18"/>
              </w:rPr>
            </w:pPr>
            <w:r w:rsidRPr="00A10F7D">
              <w:rPr>
                <w:sz w:val="18"/>
                <w:szCs w:val="18"/>
              </w:rPr>
              <w:t>0.15</w:t>
            </w:r>
          </w:p>
        </w:tc>
      </w:tr>
      <w:tr w:rsidR="005839FB" w:rsidRPr="00A10F7D" w14:paraId="3E435466" w14:textId="77777777" w:rsidTr="00D36F1C">
        <w:trPr>
          <w:jc w:val="center"/>
        </w:trPr>
        <w:tc>
          <w:tcPr>
            <w:tcW w:w="3277" w:type="dxa"/>
            <w:tcMar>
              <w:top w:w="70" w:type="dxa"/>
              <w:left w:w="90" w:type="dxa"/>
              <w:bottom w:w="70" w:type="dxa"/>
              <w:right w:w="90" w:type="dxa"/>
            </w:tcMar>
            <w:vAlign w:val="center"/>
          </w:tcPr>
          <w:p w14:paraId="1C2C488C" w14:textId="77777777" w:rsidR="005839FB" w:rsidRPr="00A10F7D" w:rsidRDefault="005839FB" w:rsidP="0078160F">
            <w:pPr>
              <w:spacing w:line="240" w:lineRule="auto"/>
              <w:jc w:val="both"/>
              <w:rPr>
                <w:sz w:val="18"/>
                <w:szCs w:val="18"/>
              </w:rPr>
            </w:pPr>
            <w:r w:rsidRPr="00A10F7D">
              <w:rPr>
                <w:sz w:val="18"/>
                <w:szCs w:val="18"/>
              </w:rPr>
              <w:t>Platelet count (10⁹/L)</w:t>
            </w:r>
          </w:p>
        </w:tc>
        <w:tc>
          <w:tcPr>
            <w:tcW w:w="1964" w:type="dxa"/>
            <w:tcMar>
              <w:top w:w="70" w:type="dxa"/>
              <w:left w:w="90" w:type="dxa"/>
              <w:bottom w:w="70" w:type="dxa"/>
              <w:right w:w="90" w:type="dxa"/>
            </w:tcMar>
            <w:vAlign w:val="center"/>
          </w:tcPr>
          <w:p w14:paraId="69E7D655" w14:textId="77777777" w:rsidR="005839FB" w:rsidRPr="00A10F7D" w:rsidRDefault="005839FB" w:rsidP="0078160F">
            <w:pPr>
              <w:spacing w:line="240" w:lineRule="auto"/>
              <w:jc w:val="both"/>
              <w:rPr>
                <w:sz w:val="18"/>
                <w:szCs w:val="18"/>
              </w:rPr>
            </w:pPr>
            <w:r w:rsidRPr="00A10F7D">
              <w:rPr>
                <w:sz w:val="18"/>
                <w:szCs w:val="18"/>
              </w:rPr>
              <w:t>1</w:t>
            </w:r>
          </w:p>
        </w:tc>
        <w:tc>
          <w:tcPr>
            <w:tcW w:w="1985" w:type="dxa"/>
            <w:tcMar>
              <w:top w:w="70" w:type="dxa"/>
              <w:left w:w="90" w:type="dxa"/>
              <w:bottom w:w="70" w:type="dxa"/>
              <w:right w:w="90" w:type="dxa"/>
            </w:tcMar>
            <w:vAlign w:val="center"/>
          </w:tcPr>
          <w:p w14:paraId="7E1672E9" w14:textId="77777777" w:rsidR="005839FB" w:rsidRPr="00A10F7D" w:rsidRDefault="005839FB" w:rsidP="0078160F">
            <w:pPr>
              <w:spacing w:line="240" w:lineRule="auto"/>
              <w:jc w:val="both"/>
              <w:rPr>
                <w:sz w:val="18"/>
                <w:szCs w:val="18"/>
              </w:rPr>
            </w:pPr>
            <w:r w:rsidRPr="00A10F7D">
              <w:rPr>
                <w:sz w:val="18"/>
                <w:szCs w:val="18"/>
              </w:rPr>
              <w:t>0.15</w:t>
            </w:r>
          </w:p>
        </w:tc>
      </w:tr>
      <w:tr w:rsidR="005839FB" w:rsidRPr="00A10F7D" w14:paraId="479726D9" w14:textId="77777777" w:rsidTr="00D36F1C">
        <w:trPr>
          <w:jc w:val="center"/>
        </w:trPr>
        <w:tc>
          <w:tcPr>
            <w:tcW w:w="3277" w:type="dxa"/>
            <w:tcMar>
              <w:top w:w="70" w:type="dxa"/>
              <w:left w:w="90" w:type="dxa"/>
              <w:bottom w:w="70" w:type="dxa"/>
              <w:right w:w="90" w:type="dxa"/>
            </w:tcMar>
            <w:vAlign w:val="center"/>
          </w:tcPr>
          <w:p w14:paraId="38099B5B" w14:textId="77777777" w:rsidR="005839FB" w:rsidRPr="00A10F7D" w:rsidRDefault="005839FB" w:rsidP="0078160F">
            <w:pPr>
              <w:spacing w:line="240" w:lineRule="auto"/>
              <w:jc w:val="both"/>
              <w:rPr>
                <w:sz w:val="18"/>
                <w:szCs w:val="18"/>
              </w:rPr>
            </w:pPr>
            <w:r w:rsidRPr="00A10F7D">
              <w:rPr>
                <w:sz w:val="18"/>
                <w:szCs w:val="18"/>
              </w:rPr>
              <w:t>Red blood cell count (10¹²/L)</w:t>
            </w:r>
          </w:p>
        </w:tc>
        <w:tc>
          <w:tcPr>
            <w:tcW w:w="1964" w:type="dxa"/>
            <w:tcMar>
              <w:top w:w="70" w:type="dxa"/>
              <w:left w:w="90" w:type="dxa"/>
              <w:bottom w:w="70" w:type="dxa"/>
              <w:right w:w="90" w:type="dxa"/>
            </w:tcMar>
            <w:vAlign w:val="center"/>
          </w:tcPr>
          <w:p w14:paraId="6399C4C7" w14:textId="77777777" w:rsidR="005839FB" w:rsidRPr="00A10F7D" w:rsidRDefault="005839FB" w:rsidP="0078160F">
            <w:pPr>
              <w:spacing w:line="240" w:lineRule="auto"/>
              <w:jc w:val="both"/>
              <w:rPr>
                <w:sz w:val="18"/>
                <w:szCs w:val="18"/>
              </w:rPr>
            </w:pPr>
            <w:r w:rsidRPr="00A10F7D">
              <w:rPr>
                <w:sz w:val="18"/>
                <w:szCs w:val="18"/>
              </w:rPr>
              <w:t>1</w:t>
            </w:r>
          </w:p>
        </w:tc>
        <w:tc>
          <w:tcPr>
            <w:tcW w:w="1985" w:type="dxa"/>
            <w:tcMar>
              <w:top w:w="70" w:type="dxa"/>
              <w:left w:w="90" w:type="dxa"/>
              <w:bottom w:w="70" w:type="dxa"/>
              <w:right w:w="90" w:type="dxa"/>
            </w:tcMar>
            <w:vAlign w:val="center"/>
          </w:tcPr>
          <w:p w14:paraId="1D1EF484" w14:textId="77777777" w:rsidR="005839FB" w:rsidRPr="00A10F7D" w:rsidRDefault="005839FB" w:rsidP="0078160F">
            <w:pPr>
              <w:spacing w:line="240" w:lineRule="auto"/>
              <w:jc w:val="both"/>
              <w:rPr>
                <w:sz w:val="18"/>
                <w:szCs w:val="18"/>
              </w:rPr>
            </w:pPr>
            <w:r w:rsidRPr="00A10F7D">
              <w:rPr>
                <w:sz w:val="18"/>
                <w:szCs w:val="18"/>
              </w:rPr>
              <w:t>0.15</w:t>
            </w:r>
          </w:p>
        </w:tc>
      </w:tr>
      <w:tr w:rsidR="005839FB" w:rsidRPr="00A10F7D" w14:paraId="654D8308" w14:textId="77777777" w:rsidTr="00D36F1C">
        <w:trPr>
          <w:jc w:val="center"/>
        </w:trPr>
        <w:tc>
          <w:tcPr>
            <w:tcW w:w="3277" w:type="dxa"/>
            <w:tcMar>
              <w:top w:w="70" w:type="dxa"/>
              <w:left w:w="90" w:type="dxa"/>
              <w:bottom w:w="70" w:type="dxa"/>
              <w:right w:w="90" w:type="dxa"/>
            </w:tcMar>
            <w:vAlign w:val="center"/>
          </w:tcPr>
          <w:p w14:paraId="0CBA23D5" w14:textId="77777777" w:rsidR="005839FB" w:rsidRPr="00A10F7D" w:rsidRDefault="005839FB" w:rsidP="0078160F">
            <w:pPr>
              <w:spacing w:line="240" w:lineRule="auto"/>
              <w:jc w:val="both"/>
              <w:rPr>
                <w:sz w:val="18"/>
                <w:szCs w:val="18"/>
              </w:rPr>
            </w:pPr>
            <w:r w:rsidRPr="00A10F7D">
              <w:rPr>
                <w:sz w:val="18"/>
                <w:szCs w:val="18"/>
              </w:rPr>
              <w:t>Red cell distribution width (%)</w:t>
            </w:r>
          </w:p>
        </w:tc>
        <w:tc>
          <w:tcPr>
            <w:tcW w:w="1964" w:type="dxa"/>
            <w:tcMar>
              <w:top w:w="70" w:type="dxa"/>
              <w:left w:w="90" w:type="dxa"/>
              <w:bottom w:w="70" w:type="dxa"/>
              <w:right w:w="90" w:type="dxa"/>
            </w:tcMar>
            <w:vAlign w:val="center"/>
          </w:tcPr>
          <w:p w14:paraId="5BFD636A" w14:textId="77777777" w:rsidR="005839FB" w:rsidRPr="00A10F7D" w:rsidRDefault="005839FB" w:rsidP="0078160F">
            <w:pPr>
              <w:spacing w:line="240" w:lineRule="auto"/>
              <w:jc w:val="both"/>
              <w:rPr>
                <w:sz w:val="18"/>
                <w:szCs w:val="18"/>
              </w:rPr>
            </w:pPr>
            <w:r w:rsidRPr="00A10F7D">
              <w:rPr>
                <w:sz w:val="18"/>
                <w:szCs w:val="18"/>
              </w:rPr>
              <w:t>1</w:t>
            </w:r>
          </w:p>
        </w:tc>
        <w:tc>
          <w:tcPr>
            <w:tcW w:w="1985" w:type="dxa"/>
            <w:tcMar>
              <w:top w:w="70" w:type="dxa"/>
              <w:left w:w="90" w:type="dxa"/>
              <w:bottom w:w="70" w:type="dxa"/>
              <w:right w:w="90" w:type="dxa"/>
            </w:tcMar>
            <w:vAlign w:val="center"/>
          </w:tcPr>
          <w:p w14:paraId="22DBCCD3" w14:textId="77777777" w:rsidR="005839FB" w:rsidRPr="00A10F7D" w:rsidRDefault="005839FB" w:rsidP="0078160F">
            <w:pPr>
              <w:spacing w:line="240" w:lineRule="auto"/>
              <w:jc w:val="both"/>
              <w:rPr>
                <w:sz w:val="18"/>
                <w:szCs w:val="18"/>
              </w:rPr>
            </w:pPr>
            <w:r w:rsidRPr="00A10F7D">
              <w:rPr>
                <w:sz w:val="18"/>
                <w:szCs w:val="18"/>
              </w:rPr>
              <w:t>0.15</w:t>
            </w:r>
          </w:p>
        </w:tc>
      </w:tr>
      <w:tr w:rsidR="005839FB" w:rsidRPr="00A10F7D" w14:paraId="21C53697" w14:textId="77777777" w:rsidTr="00D36F1C">
        <w:trPr>
          <w:jc w:val="center"/>
        </w:trPr>
        <w:tc>
          <w:tcPr>
            <w:tcW w:w="3277" w:type="dxa"/>
            <w:tcMar>
              <w:top w:w="70" w:type="dxa"/>
              <w:left w:w="90" w:type="dxa"/>
              <w:bottom w:w="70" w:type="dxa"/>
              <w:right w:w="90" w:type="dxa"/>
            </w:tcMar>
            <w:vAlign w:val="center"/>
          </w:tcPr>
          <w:p w14:paraId="69A8B593" w14:textId="77777777" w:rsidR="005839FB" w:rsidRPr="00A10F7D" w:rsidRDefault="005839FB" w:rsidP="0078160F">
            <w:pPr>
              <w:spacing w:line="240" w:lineRule="auto"/>
              <w:jc w:val="both"/>
              <w:rPr>
                <w:sz w:val="18"/>
                <w:szCs w:val="18"/>
              </w:rPr>
            </w:pPr>
            <w:r w:rsidRPr="00A10F7D">
              <w:rPr>
                <w:sz w:val="18"/>
                <w:szCs w:val="18"/>
              </w:rPr>
              <w:t>Urea (mmol/L)</w:t>
            </w:r>
          </w:p>
        </w:tc>
        <w:tc>
          <w:tcPr>
            <w:tcW w:w="1964" w:type="dxa"/>
            <w:tcMar>
              <w:top w:w="70" w:type="dxa"/>
              <w:left w:w="90" w:type="dxa"/>
              <w:bottom w:w="70" w:type="dxa"/>
              <w:right w:w="90" w:type="dxa"/>
            </w:tcMar>
            <w:vAlign w:val="center"/>
          </w:tcPr>
          <w:p w14:paraId="084AC948" w14:textId="77777777" w:rsidR="005839FB" w:rsidRPr="00A10F7D" w:rsidRDefault="005839FB" w:rsidP="0078160F">
            <w:pPr>
              <w:spacing w:line="240" w:lineRule="auto"/>
              <w:jc w:val="both"/>
              <w:rPr>
                <w:sz w:val="18"/>
                <w:szCs w:val="18"/>
              </w:rPr>
            </w:pPr>
            <w:r w:rsidRPr="00A10F7D">
              <w:rPr>
                <w:sz w:val="18"/>
                <w:szCs w:val="18"/>
              </w:rPr>
              <w:t>1</w:t>
            </w:r>
          </w:p>
        </w:tc>
        <w:tc>
          <w:tcPr>
            <w:tcW w:w="1985" w:type="dxa"/>
            <w:tcMar>
              <w:top w:w="70" w:type="dxa"/>
              <w:left w:w="90" w:type="dxa"/>
              <w:bottom w:w="70" w:type="dxa"/>
              <w:right w:w="90" w:type="dxa"/>
            </w:tcMar>
            <w:vAlign w:val="center"/>
          </w:tcPr>
          <w:p w14:paraId="381892D1" w14:textId="77777777" w:rsidR="005839FB" w:rsidRPr="00A10F7D" w:rsidRDefault="005839FB" w:rsidP="0078160F">
            <w:pPr>
              <w:spacing w:line="240" w:lineRule="auto"/>
              <w:jc w:val="both"/>
              <w:rPr>
                <w:sz w:val="18"/>
                <w:szCs w:val="18"/>
              </w:rPr>
            </w:pPr>
            <w:r w:rsidRPr="00A10F7D">
              <w:rPr>
                <w:sz w:val="18"/>
                <w:szCs w:val="18"/>
              </w:rPr>
              <w:t>0.15</w:t>
            </w:r>
          </w:p>
        </w:tc>
      </w:tr>
      <w:tr w:rsidR="005839FB" w:rsidRPr="00A10F7D" w14:paraId="4E6050C6" w14:textId="77777777" w:rsidTr="00D36F1C">
        <w:trPr>
          <w:jc w:val="center"/>
        </w:trPr>
        <w:tc>
          <w:tcPr>
            <w:tcW w:w="3277" w:type="dxa"/>
            <w:tcMar>
              <w:top w:w="70" w:type="dxa"/>
              <w:left w:w="90" w:type="dxa"/>
              <w:bottom w:w="70" w:type="dxa"/>
              <w:right w:w="90" w:type="dxa"/>
            </w:tcMar>
            <w:vAlign w:val="center"/>
          </w:tcPr>
          <w:p w14:paraId="25CC1074" w14:textId="77777777" w:rsidR="005839FB" w:rsidRPr="00A10F7D" w:rsidRDefault="005839FB" w:rsidP="0078160F">
            <w:pPr>
              <w:spacing w:line="240" w:lineRule="auto"/>
              <w:jc w:val="both"/>
              <w:rPr>
                <w:sz w:val="18"/>
                <w:szCs w:val="18"/>
              </w:rPr>
            </w:pPr>
            <w:r w:rsidRPr="00A10F7D">
              <w:rPr>
                <w:sz w:val="18"/>
                <w:szCs w:val="18"/>
              </w:rPr>
              <w:t>White blood cell count (10⁹/L)</w:t>
            </w:r>
          </w:p>
        </w:tc>
        <w:tc>
          <w:tcPr>
            <w:tcW w:w="1964" w:type="dxa"/>
            <w:tcMar>
              <w:top w:w="70" w:type="dxa"/>
              <w:left w:w="90" w:type="dxa"/>
              <w:bottom w:w="70" w:type="dxa"/>
              <w:right w:w="90" w:type="dxa"/>
            </w:tcMar>
            <w:vAlign w:val="center"/>
          </w:tcPr>
          <w:p w14:paraId="20A00490" w14:textId="77777777" w:rsidR="005839FB" w:rsidRPr="00A10F7D" w:rsidRDefault="005839FB" w:rsidP="0078160F">
            <w:pPr>
              <w:spacing w:line="240" w:lineRule="auto"/>
              <w:jc w:val="both"/>
              <w:rPr>
                <w:sz w:val="18"/>
                <w:szCs w:val="18"/>
              </w:rPr>
            </w:pPr>
            <w:r w:rsidRPr="00A10F7D">
              <w:rPr>
                <w:sz w:val="18"/>
                <w:szCs w:val="18"/>
              </w:rPr>
              <w:t>1</w:t>
            </w:r>
          </w:p>
        </w:tc>
        <w:tc>
          <w:tcPr>
            <w:tcW w:w="1985" w:type="dxa"/>
            <w:tcMar>
              <w:top w:w="70" w:type="dxa"/>
              <w:left w:w="90" w:type="dxa"/>
              <w:bottom w:w="70" w:type="dxa"/>
              <w:right w:w="90" w:type="dxa"/>
            </w:tcMar>
            <w:vAlign w:val="center"/>
          </w:tcPr>
          <w:p w14:paraId="35DBDAA9" w14:textId="77777777" w:rsidR="005839FB" w:rsidRPr="00A10F7D" w:rsidRDefault="005839FB" w:rsidP="0078160F">
            <w:pPr>
              <w:spacing w:line="240" w:lineRule="auto"/>
              <w:jc w:val="both"/>
              <w:rPr>
                <w:sz w:val="18"/>
                <w:szCs w:val="18"/>
              </w:rPr>
            </w:pPr>
            <w:r w:rsidRPr="00A10F7D">
              <w:rPr>
                <w:sz w:val="18"/>
                <w:szCs w:val="18"/>
              </w:rPr>
              <w:t>0.15</w:t>
            </w:r>
          </w:p>
        </w:tc>
      </w:tr>
    </w:tbl>
    <w:p w14:paraId="60078B6D" w14:textId="77777777" w:rsidR="00B96B85" w:rsidRDefault="00B96B85" w:rsidP="00B96B85">
      <w:pPr>
        <w:jc w:val="both"/>
        <w:rPr>
          <w:lang w:eastAsia="zh-CN"/>
        </w:rPr>
      </w:pPr>
    </w:p>
    <w:p w14:paraId="1C7CCA16" w14:textId="77777777" w:rsidR="005839FB" w:rsidRPr="001C1CFA" w:rsidRDefault="00876516" w:rsidP="00B96B85">
      <w:pPr>
        <w:jc w:val="both"/>
        <w:rPr>
          <w:i/>
          <w:iCs/>
          <w:szCs w:val="24"/>
          <w:lang w:eastAsia="zh-CN"/>
        </w:rPr>
      </w:pPr>
      <w:r w:rsidRPr="00582A7A">
        <w:rPr>
          <w:i/>
          <w:iCs/>
          <w:szCs w:val="24"/>
          <w:lang w:eastAsia="zh-CN"/>
        </w:rPr>
        <w:t>Note: The missing-data report was based on the 681 patients included in the final analysis. Creatine kinase was not included as a covariate in Model 3 because 99.56% of values were missing. CRP, C-reactive protein; BMI, body mass index; LVEDD, left ventricular end-diastolic diameter; AF, atrial fibrillation; CKD, chronic kidney disease; COPD, chronic obstructive pulmonary disease; LVEF, left ventricular ejection fraction; HDL-C, high-density lipoprotein cholesterol; NT-proBNP, N-terminal pro–B-type natriuretic peptide; LDL-C, low-density lipoprotein cholesterol; CK-MB, creatine kinase-MB; hs-cTnT, high-sensitivity cardiac troponin T; BUN/Cr, blood urea nitrogen-to-creatinine ratio.</w:t>
      </w:r>
    </w:p>
    <w:p w14:paraId="7A6180A3" w14:textId="77777777" w:rsidR="005839FB" w:rsidRDefault="005839FB" w:rsidP="0078160F">
      <w:pPr>
        <w:jc w:val="both"/>
        <w:rPr>
          <w:lang w:eastAsia="zh-CN"/>
        </w:rPr>
      </w:pPr>
    </w:p>
    <w:p w14:paraId="0990D478" w14:textId="77777777" w:rsidR="005839FB" w:rsidRDefault="005839FB" w:rsidP="0078160F">
      <w:pPr>
        <w:jc w:val="both"/>
        <w:rPr>
          <w:lang w:eastAsia="zh-CN"/>
        </w:rPr>
      </w:pPr>
    </w:p>
    <w:p w14:paraId="1433BEC3" w14:textId="77777777" w:rsidR="005839FB" w:rsidRDefault="005839FB" w:rsidP="0078160F">
      <w:pPr>
        <w:jc w:val="both"/>
        <w:rPr>
          <w:lang w:eastAsia="zh-CN"/>
        </w:rPr>
      </w:pPr>
    </w:p>
    <w:p w14:paraId="2029F70A" w14:textId="77777777" w:rsidR="005839FB" w:rsidRPr="005839FB" w:rsidRDefault="005839FB" w:rsidP="0078160F">
      <w:pPr>
        <w:jc w:val="both"/>
        <w:rPr>
          <w:lang w:eastAsia="zh-CN"/>
        </w:rPr>
      </w:pPr>
    </w:p>
    <w:p w14:paraId="116CAA96" w14:textId="77777777" w:rsidR="008F1D3A" w:rsidRPr="008F1D3A" w:rsidRDefault="008F1D3A" w:rsidP="008F1D3A">
      <w:pPr>
        <w:keepNext/>
        <w:spacing w:before="240" w:after="100"/>
        <w:rPr>
          <w:szCs w:val="24"/>
        </w:rPr>
      </w:pPr>
      <w:r w:rsidRPr="008F1D3A">
        <w:rPr>
          <w:b/>
          <w:szCs w:val="24"/>
        </w:rPr>
        <w:lastRenderedPageBreak/>
        <w:t>Supplementary Table S</w:t>
      </w:r>
      <w:r>
        <w:rPr>
          <w:rFonts w:hint="eastAsia"/>
          <w:b/>
          <w:szCs w:val="24"/>
          <w:lang w:eastAsia="zh-CN"/>
        </w:rPr>
        <w:t>2</w:t>
      </w:r>
      <w:r w:rsidR="00815FDD">
        <w:rPr>
          <w:rFonts w:hint="eastAsia"/>
          <w:b/>
          <w:szCs w:val="24"/>
          <w:lang w:eastAsia="zh-CN"/>
        </w:rPr>
        <w:t>.</w:t>
      </w:r>
      <w:r w:rsidRPr="008F1D3A">
        <w:rPr>
          <w:b/>
          <w:szCs w:val="24"/>
        </w:rPr>
        <w:t xml:space="preserve"> Detailed assessment of the Cox proportional </w:t>
      </w:r>
      <w:r w:rsidR="00815FDD">
        <w:rPr>
          <w:rFonts w:hint="eastAsia"/>
          <w:b/>
          <w:szCs w:val="24"/>
          <w:lang w:eastAsia="zh-CN"/>
        </w:rPr>
        <w:t>h</w:t>
      </w:r>
      <w:r w:rsidRPr="008F1D3A">
        <w:rPr>
          <w:b/>
          <w:szCs w:val="24"/>
        </w:rPr>
        <w:t>azards assumption.</w:t>
      </w:r>
    </w:p>
    <w:tbl>
      <w:tblPr>
        <w:tblStyle w:val="aff1"/>
        <w:tblW w:w="0" w:type="auto"/>
        <w:jc w:val="center"/>
        <w:tblLayout w:type="fixed"/>
        <w:tblLook w:val="04A0" w:firstRow="1" w:lastRow="0" w:firstColumn="1" w:lastColumn="0" w:noHBand="0" w:noVBand="1"/>
      </w:tblPr>
      <w:tblGrid>
        <w:gridCol w:w="2223"/>
        <w:gridCol w:w="1560"/>
        <w:gridCol w:w="1701"/>
        <w:gridCol w:w="1842"/>
        <w:gridCol w:w="3037"/>
      </w:tblGrid>
      <w:tr w:rsidR="008F1D3A" w:rsidRPr="008F1D3A" w14:paraId="072C7886" w14:textId="77777777" w:rsidTr="00D36F1C">
        <w:trPr>
          <w:tblHeader/>
          <w:jc w:val="center"/>
        </w:trPr>
        <w:tc>
          <w:tcPr>
            <w:tcW w:w="2223" w:type="dxa"/>
            <w:shd w:val="clear" w:color="auto" w:fill="D9EAF7"/>
            <w:tcMar>
              <w:top w:w="70" w:type="dxa"/>
              <w:left w:w="90" w:type="dxa"/>
              <w:bottom w:w="70" w:type="dxa"/>
              <w:right w:w="90" w:type="dxa"/>
            </w:tcMar>
            <w:vAlign w:val="center"/>
          </w:tcPr>
          <w:p w14:paraId="10D8FBF6" w14:textId="77777777" w:rsidR="008F1D3A" w:rsidRPr="008F1D3A" w:rsidRDefault="008F1D3A" w:rsidP="00AB1D9A">
            <w:pPr>
              <w:spacing w:line="240" w:lineRule="auto"/>
              <w:rPr>
                <w:sz w:val="18"/>
                <w:szCs w:val="18"/>
              </w:rPr>
            </w:pPr>
            <w:r w:rsidRPr="008F1D3A">
              <w:rPr>
                <w:b/>
                <w:sz w:val="18"/>
                <w:szCs w:val="18"/>
              </w:rPr>
              <w:t>Variable</w:t>
            </w:r>
          </w:p>
        </w:tc>
        <w:tc>
          <w:tcPr>
            <w:tcW w:w="1560" w:type="dxa"/>
            <w:shd w:val="clear" w:color="auto" w:fill="D9EAF7"/>
            <w:tcMar>
              <w:top w:w="70" w:type="dxa"/>
              <w:left w:w="90" w:type="dxa"/>
              <w:bottom w:w="70" w:type="dxa"/>
              <w:right w:w="90" w:type="dxa"/>
            </w:tcMar>
            <w:vAlign w:val="center"/>
          </w:tcPr>
          <w:p w14:paraId="6F46BA12" w14:textId="77777777" w:rsidR="008F1D3A" w:rsidRPr="008F1D3A" w:rsidRDefault="008F1D3A" w:rsidP="00AB1D9A">
            <w:pPr>
              <w:spacing w:line="240" w:lineRule="auto"/>
              <w:rPr>
                <w:sz w:val="18"/>
                <w:szCs w:val="18"/>
              </w:rPr>
            </w:pPr>
            <w:r w:rsidRPr="008F1D3A">
              <w:rPr>
                <w:b/>
                <w:sz w:val="18"/>
                <w:szCs w:val="18"/>
              </w:rPr>
              <w:t>Median P value</w:t>
            </w:r>
          </w:p>
        </w:tc>
        <w:tc>
          <w:tcPr>
            <w:tcW w:w="1701" w:type="dxa"/>
            <w:shd w:val="clear" w:color="auto" w:fill="D9EAF7"/>
            <w:tcMar>
              <w:top w:w="70" w:type="dxa"/>
              <w:left w:w="90" w:type="dxa"/>
              <w:bottom w:w="70" w:type="dxa"/>
              <w:right w:w="90" w:type="dxa"/>
            </w:tcMar>
            <w:vAlign w:val="center"/>
          </w:tcPr>
          <w:p w14:paraId="075D3D1A" w14:textId="77777777" w:rsidR="008F1D3A" w:rsidRPr="008F1D3A" w:rsidRDefault="008F1D3A" w:rsidP="00AB1D9A">
            <w:pPr>
              <w:spacing w:line="240" w:lineRule="auto"/>
              <w:rPr>
                <w:sz w:val="18"/>
                <w:szCs w:val="18"/>
              </w:rPr>
            </w:pPr>
            <w:r w:rsidRPr="008F1D3A">
              <w:rPr>
                <w:b/>
                <w:sz w:val="18"/>
                <w:szCs w:val="18"/>
              </w:rPr>
              <w:t>Minimum P value</w:t>
            </w:r>
          </w:p>
        </w:tc>
        <w:tc>
          <w:tcPr>
            <w:tcW w:w="1842" w:type="dxa"/>
            <w:shd w:val="clear" w:color="auto" w:fill="D9EAF7"/>
            <w:tcMar>
              <w:top w:w="70" w:type="dxa"/>
              <w:left w:w="90" w:type="dxa"/>
              <w:bottom w:w="70" w:type="dxa"/>
              <w:right w:w="90" w:type="dxa"/>
            </w:tcMar>
            <w:vAlign w:val="center"/>
          </w:tcPr>
          <w:p w14:paraId="1EFDCBF7" w14:textId="77777777" w:rsidR="008F1D3A" w:rsidRPr="008F1D3A" w:rsidRDefault="008F1D3A" w:rsidP="00AB1D9A">
            <w:pPr>
              <w:spacing w:line="240" w:lineRule="auto"/>
              <w:rPr>
                <w:sz w:val="18"/>
                <w:szCs w:val="18"/>
              </w:rPr>
            </w:pPr>
            <w:r w:rsidRPr="008F1D3A">
              <w:rPr>
                <w:b/>
                <w:sz w:val="18"/>
                <w:szCs w:val="18"/>
              </w:rPr>
              <w:t>Maximum P value</w:t>
            </w:r>
          </w:p>
        </w:tc>
        <w:tc>
          <w:tcPr>
            <w:tcW w:w="3037" w:type="dxa"/>
            <w:shd w:val="clear" w:color="auto" w:fill="D9EAF7"/>
            <w:tcMar>
              <w:top w:w="70" w:type="dxa"/>
              <w:left w:w="90" w:type="dxa"/>
              <w:bottom w:w="70" w:type="dxa"/>
              <w:right w:w="90" w:type="dxa"/>
            </w:tcMar>
            <w:vAlign w:val="center"/>
          </w:tcPr>
          <w:p w14:paraId="09867B15" w14:textId="77777777" w:rsidR="008F1D3A" w:rsidRPr="008F1D3A" w:rsidRDefault="008F1D3A" w:rsidP="00AB1D9A">
            <w:pPr>
              <w:spacing w:line="240" w:lineRule="auto"/>
              <w:rPr>
                <w:sz w:val="18"/>
                <w:szCs w:val="18"/>
              </w:rPr>
            </w:pPr>
            <w:r w:rsidRPr="008F1D3A">
              <w:rPr>
                <w:b/>
                <w:sz w:val="18"/>
                <w:szCs w:val="18"/>
              </w:rPr>
              <w:t>No. of imputed datasets with P&lt;0.05</w:t>
            </w:r>
          </w:p>
        </w:tc>
      </w:tr>
      <w:tr w:rsidR="008F1D3A" w:rsidRPr="008F1D3A" w14:paraId="46ED22C1" w14:textId="77777777" w:rsidTr="00D36F1C">
        <w:trPr>
          <w:jc w:val="center"/>
        </w:trPr>
        <w:tc>
          <w:tcPr>
            <w:tcW w:w="2223" w:type="dxa"/>
            <w:tcMar>
              <w:top w:w="70" w:type="dxa"/>
              <w:left w:w="90" w:type="dxa"/>
              <w:bottom w:w="70" w:type="dxa"/>
              <w:right w:w="90" w:type="dxa"/>
            </w:tcMar>
            <w:vAlign w:val="center"/>
          </w:tcPr>
          <w:p w14:paraId="50186061" w14:textId="77777777" w:rsidR="008F1D3A" w:rsidRPr="008F1D3A" w:rsidRDefault="008F1D3A" w:rsidP="00AB1D9A">
            <w:pPr>
              <w:spacing w:line="240" w:lineRule="auto"/>
              <w:rPr>
                <w:sz w:val="18"/>
                <w:szCs w:val="18"/>
              </w:rPr>
            </w:pPr>
            <w:r w:rsidRPr="008F1D3A">
              <w:rPr>
                <w:sz w:val="18"/>
                <w:szCs w:val="18"/>
              </w:rPr>
              <w:t>ALBI</w:t>
            </w:r>
          </w:p>
        </w:tc>
        <w:tc>
          <w:tcPr>
            <w:tcW w:w="1560" w:type="dxa"/>
            <w:tcMar>
              <w:top w:w="70" w:type="dxa"/>
              <w:left w:w="90" w:type="dxa"/>
              <w:bottom w:w="70" w:type="dxa"/>
              <w:right w:w="90" w:type="dxa"/>
            </w:tcMar>
            <w:vAlign w:val="center"/>
          </w:tcPr>
          <w:p w14:paraId="52364FD0" w14:textId="77777777" w:rsidR="008F1D3A" w:rsidRPr="008F1D3A" w:rsidRDefault="008F1D3A" w:rsidP="00AB1D9A">
            <w:pPr>
              <w:spacing w:line="240" w:lineRule="auto"/>
              <w:rPr>
                <w:sz w:val="18"/>
                <w:szCs w:val="18"/>
              </w:rPr>
            </w:pPr>
            <w:r w:rsidRPr="008F1D3A">
              <w:rPr>
                <w:sz w:val="18"/>
                <w:szCs w:val="18"/>
              </w:rPr>
              <w:t>0.641</w:t>
            </w:r>
          </w:p>
        </w:tc>
        <w:tc>
          <w:tcPr>
            <w:tcW w:w="1701" w:type="dxa"/>
            <w:tcMar>
              <w:top w:w="70" w:type="dxa"/>
              <w:left w:w="90" w:type="dxa"/>
              <w:bottom w:w="70" w:type="dxa"/>
              <w:right w:w="90" w:type="dxa"/>
            </w:tcMar>
            <w:vAlign w:val="center"/>
          </w:tcPr>
          <w:p w14:paraId="08A0D1F5" w14:textId="77777777" w:rsidR="008F1D3A" w:rsidRPr="008F1D3A" w:rsidRDefault="008F1D3A" w:rsidP="00AB1D9A">
            <w:pPr>
              <w:spacing w:line="240" w:lineRule="auto"/>
              <w:rPr>
                <w:sz w:val="18"/>
                <w:szCs w:val="18"/>
              </w:rPr>
            </w:pPr>
            <w:r w:rsidRPr="008F1D3A">
              <w:rPr>
                <w:sz w:val="18"/>
                <w:szCs w:val="18"/>
              </w:rPr>
              <w:t>0.586</w:t>
            </w:r>
          </w:p>
        </w:tc>
        <w:tc>
          <w:tcPr>
            <w:tcW w:w="1842" w:type="dxa"/>
            <w:tcMar>
              <w:top w:w="70" w:type="dxa"/>
              <w:left w:w="90" w:type="dxa"/>
              <w:bottom w:w="70" w:type="dxa"/>
              <w:right w:w="90" w:type="dxa"/>
            </w:tcMar>
            <w:vAlign w:val="center"/>
          </w:tcPr>
          <w:p w14:paraId="1CA34CFE" w14:textId="77777777" w:rsidR="008F1D3A" w:rsidRPr="008F1D3A" w:rsidRDefault="008F1D3A" w:rsidP="00AB1D9A">
            <w:pPr>
              <w:spacing w:line="240" w:lineRule="auto"/>
              <w:rPr>
                <w:sz w:val="18"/>
                <w:szCs w:val="18"/>
              </w:rPr>
            </w:pPr>
            <w:r w:rsidRPr="008F1D3A">
              <w:rPr>
                <w:sz w:val="18"/>
                <w:szCs w:val="18"/>
              </w:rPr>
              <w:t>0.675</w:t>
            </w:r>
          </w:p>
        </w:tc>
        <w:tc>
          <w:tcPr>
            <w:tcW w:w="3037" w:type="dxa"/>
            <w:tcMar>
              <w:top w:w="70" w:type="dxa"/>
              <w:left w:w="90" w:type="dxa"/>
              <w:bottom w:w="70" w:type="dxa"/>
              <w:right w:w="90" w:type="dxa"/>
            </w:tcMar>
            <w:vAlign w:val="center"/>
          </w:tcPr>
          <w:p w14:paraId="3FCD6D76" w14:textId="77777777" w:rsidR="008F1D3A" w:rsidRPr="008F1D3A" w:rsidRDefault="008F1D3A" w:rsidP="00AB1D9A">
            <w:pPr>
              <w:spacing w:line="240" w:lineRule="auto"/>
              <w:rPr>
                <w:sz w:val="18"/>
                <w:szCs w:val="18"/>
              </w:rPr>
            </w:pPr>
            <w:r w:rsidRPr="008F1D3A">
              <w:rPr>
                <w:sz w:val="18"/>
                <w:szCs w:val="18"/>
              </w:rPr>
              <w:t>0/50</w:t>
            </w:r>
          </w:p>
        </w:tc>
      </w:tr>
      <w:tr w:rsidR="008F1D3A" w:rsidRPr="008F1D3A" w14:paraId="3E8CC4F4" w14:textId="77777777" w:rsidTr="00D36F1C">
        <w:trPr>
          <w:jc w:val="center"/>
        </w:trPr>
        <w:tc>
          <w:tcPr>
            <w:tcW w:w="2223" w:type="dxa"/>
            <w:tcMar>
              <w:top w:w="70" w:type="dxa"/>
              <w:left w:w="90" w:type="dxa"/>
              <w:bottom w:w="70" w:type="dxa"/>
              <w:right w:w="90" w:type="dxa"/>
            </w:tcMar>
            <w:vAlign w:val="center"/>
          </w:tcPr>
          <w:p w14:paraId="125B2C9E" w14:textId="77777777" w:rsidR="008F1D3A" w:rsidRPr="008F1D3A" w:rsidRDefault="008F1D3A" w:rsidP="00AB1D9A">
            <w:pPr>
              <w:spacing w:line="240" w:lineRule="auto"/>
              <w:rPr>
                <w:sz w:val="18"/>
                <w:szCs w:val="18"/>
              </w:rPr>
            </w:pPr>
            <w:r w:rsidRPr="008F1D3A">
              <w:rPr>
                <w:sz w:val="18"/>
                <w:szCs w:val="18"/>
              </w:rPr>
              <w:t>BMI</w:t>
            </w:r>
          </w:p>
        </w:tc>
        <w:tc>
          <w:tcPr>
            <w:tcW w:w="1560" w:type="dxa"/>
            <w:tcMar>
              <w:top w:w="70" w:type="dxa"/>
              <w:left w:w="90" w:type="dxa"/>
              <w:bottom w:w="70" w:type="dxa"/>
              <w:right w:w="90" w:type="dxa"/>
            </w:tcMar>
            <w:vAlign w:val="center"/>
          </w:tcPr>
          <w:p w14:paraId="4ECB6F75" w14:textId="77777777" w:rsidR="008F1D3A" w:rsidRPr="008F1D3A" w:rsidRDefault="008F1D3A" w:rsidP="00AB1D9A">
            <w:pPr>
              <w:spacing w:line="240" w:lineRule="auto"/>
              <w:rPr>
                <w:sz w:val="18"/>
                <w:szCs w:val="18"/>
              </w:rPr>
            </w:pPr>
            <w:r w:rsidRPr="008F1D3A">
              <w:rPr>
                <w:sz w:val="18"/>
                <w:szCs w:val="18"/>
              </w:rPr>
              <w:t>0.511</w:t>
            </w:r>
          </w:p>
        </w:tc>
        <w:tc>
          <w:tcPr>
            <w:tcW w:w="1701" w:type="dxa"/>
            <w:tcMar>
              <w:top w:w="70" w:type="dxa"/>
              <w:left w:w="90" w:type="dxa"/>
              <w:bottom w:w="70" w:type="dxa"/>
              <w:right w:w="90" w:type="dxa"/>
            </w:tcMar>
            <w:vAlign w:val="center"/>
          </w:tcPr>
          <w:p w14:paraId="6D7FAEF9" w14:textId="77777777" w:rsidR="008F1D3A" w:rsidRPr="008F1D3A" w:rsidRDefault="008F1D3A" w:rsidP="00AB1D9A">
            <w:pPr>
              <w:spacing w:line="240" w:lineRule="auto"/>
              <w:rPr>
                <w:sz w:val="18"/>
                <w:szCs w:val="18"/>
              </w:rPr>
            </w:pPr>
            <w:r w:rsidRPr="008F1D3A">
              <w:rPr>
                <w:sz w:val="18"/>
                <w:szCs w:val="18"/>
              </w:rPr>
              <w:t>0.148</w:t>
            </w:r>
          </w:p>
        </w:tc>
        <w:tc>
          <w:tcPr>
            <w:tcW w:w="1842" w:type="dxa"/>
            <w:tcMar>
              <w:top w:w="70" w:type="dxa"/>
              <w:left w:w="90" w:type="dxa"/>
              <w:bottom w:w="70" w:type="dxa"/>
              <w:right w:w="90" w:type="dxa"/>
            </w:tcMar>
            <w:vAlign w:val="center"/>
          </w:tcPr>
          <w:p w14:paraId="56686DA2" w14:textId="77777777" w:rsidR="008F1D3A" w:rsidRPr="008F1D3A" w:rsidRDefault="008F1D3A" w:rsidP="00AB1D9A">
            <w:pPr>
              <w:spacing w:line="240" w:lineRule="auto"/>
              <w:rPr>
                <w:sz w:val="18"/>
                <w:szCs w:val="18"/>
              </w:rPr>
            </w:pPr>
            <w:r w:rsidRPr="008F1D3A">
              <w:rPr>
                <w:sz w:val="18"/>
                <w:szCs w:val="18"/>
              </w:rPr>
              <w:t>0.903</w:t>
            </w:r>
          </w:p>
        </w:tc>
        <w:tc>
          <w:tcPr>
            <w:tcW w:w="3037" w:type="dxa"/>
            <w:tcMar>
              <w:top w:w="70" w:type="dxa"/>
              <w:left w:w="90" w:type="dxa"/>
              <w:bottom w:w="70" w:type="dxa"/>
              <w:right w:w="90" w:type="dxa"/>
            </w:tcMar>
            <w:vAlign w:val="center"/>
          </w:tcPr>
          <w:p w14:paraId="7F42BE55" w14:textId="77777777" w:rsidR="008F1D3A" w:rsidRPr="008F1D3A" w:rsidRDefault="008F1D3A" w:rsidP="00AB1D9A">
            <w:pPr>
              <w:spacing w:line="240" w:lineRule="auto"/>
              <w:rPr>
                <w:sz w:val="18"/>
                <w:szCs w:val="18"/>
              </w:rPr>
            </w:pPr>
            <w:r w:rsidRPr="008F1D3A">
              <w:rPr>
                <w:sz w:val="18"/>
                <w:szCs w:val="18"/>
              </w:rPr>
              <w:t>0/50</w:t>
            </w:r>
          </w:p>
        </w:tc>
      </w:tr>
      <w:tr w:rsidR="008F1D3A" w:rsidRPr="008F1D3A" w14:paraId="4102E928" w14:textId="77777777" w:rsidTr="00D36F1C">
        <w:trPr>
          <w:jc w:val="center"/>
        </w:trPr>
        <w:tc>
          <w:tcPr>
            <w:tcW w:w="2223" w:type="dxa"/>
            <w:tcMar>
              <w:top w:w="70" w:type="dxa"/>
              <w:left w:w="90" w:type="dxa"/>
              <w:bottom w:w="70" w:type="dxa"/>
              <w:right w:w="90" w:type="dxa"/>
            </w:tcMar>
            <w:vAlign w:val="center"/>
          </w:tcPr>
          <w:p w14:paraId="396CAB11" w14:textId="77777777" w:rsidR="008F1D3A" w:rsidRPr="008F1D3A" w:rsidRDefault="008F1D3A" w:rsidP="00AB1D9A">
            <w:pPr>
              <w:spacing w:line="240" w:lineRule="auto"/>
              <w:rPr>
                <w:sz w:val="18"/>
                <w:szCs w:val="18"/>
              </w:rPr>
            </w:pPr>
            <w:proofErr w:type="spellStart"/>
            <w:r w:rsidRPr="008F1D3A">
              <w:rPr>
                <w:sz w:val="18"/>
                <w:szCs w:val="18"/>
              </w:rPr>
              <w:t>LnCRP</w:t>
            </w:r>
            <w:proofErr w:type="spellEnd"/>
          </w:p>
        </w:tc>
        <w:tc>
          <w:tcPr>
            <w:tcW w:w="1560" w:type="dxa"/>
            <w:tcMar>
              <w:top w:w="70" w:type="dxa"/>
              <w:left w:w="90" w:type="dxa"/>
              <w:bottom w:w="70" w:type="dxa"/>
              <w:right w:w="90" w:type="dxa"/>
            </w:tcMar>
            <w:vAlign w:val="center"/>
          </w:tcPr>
          <w:p w14:paraId="18EB90A2" w14:textId="77777777" w:rsidR="008F1D3A" w:rsidRPr="008F1D3A" w:rsidRDefault="008F1D3A" w:rsidP="00AB1D9A">
            <w:pPr>
              <w:spacing w:line="240" w:lineRule="auto"/>
              <w:rPr>
                <w:sz w:val="18"/>
                <w:szCs w:val="18"/>
              </w:rPr>
            </w:pPr>
            <w:r w:rsidRPr="008F1D3A">
              <w:rPr>
                <w:sz w:val="18"/>
                <w:szCs w:val="18"/>
              </w:rPr>
              <w:t>0.150</w:t>
            </w:r>
          </w:p>
        </w:tc>
        <w:tc>
          <w:tcPr>
            <w:tcW w:w="1701" w:type="dxa"/>
            <w:tcMar>
              <w:top w:w="70" w:type="dxa"/>
              <w:left w:w="90" w:type="dxa"/>
              <w:bottom w:w="70" w:type="dxa"/>
              <w:right w:w="90" w:type="dxa"/>
            </w:tcMar>
            <w:vAlign w:val="center"/>
          </w:tcPr>
          <w:p w14:paraId="20184815" w14:textId="77777777" w:rsidR="008F1D3A" w:rsidRPr="008F1D3A" w:rsidRDefault="008F1D3A" w:rsidP="00AB1D9A">
            <w:pPr>
              <w:spacing w:line="240" w:lineRule="auto"/>
              <w:rPr>
                <w:sz w:val="18"/>
                <w:szCs w:val="18"/>
              </w:rPr>
            </w:pPr>
            <w:r w:rsidRPr="008F1D3A">
              <w:rPr>
                <w:sz w:val="18"/>
                <w:szCs w:val="18"/>
              </w:rPr>
              <w:t>0.038</w:t>
            </w:r>
          </w:p>
        </w:tc>
        <w:tc>
          <w:tcPr>
            <w:tcW w:w="1842" w:type="dxa"/>
            <w:tcMar>
              <w:top w:w="70" w:type="dxa"/>
              <w:left w:w="90" w:type="dxa"/>
              <w:bottom w:w="70" w:type="dxa"/>
              <w:right w:w="90" w:type="dxa"/>
            </w:tcMar>
            <w:vAlign w:val="center"/>
          </w:tcPr>
          <w:p w14:paraId="5E920E11" w14:textId="77777777" w:rsidR="008F1D3A" w:rsidRPr="008F1D3A" w:rsidRDefault="008F1D3A" w:rsidP="00AB1D9A">
            <w:pPr>
              <w:spacing w:line="240" w:lineRule="auto"/>
              <w:rPr>
                <w:sz w:val="18"/>
                <w:szCs w:val="18"/>
              </w:rPr>
            </w:pPr>
            <w:r w:rsidRPr="008F1D3A">
              <w:rPr>
                <w:sz w:val="18"/>
                <w:szCs w:val="18"/>
              </w:rPr>
              <w:t>0.501</w:t>
            </w:r>
          </w:p>
        </w:tc>
        <w:tc>
          <w:tcPr>
            <w:tcW w:w="3037" w:type="dxa"/>
            <w:tcMar>
              <w:top w:w="70" w:type="dxa"/>
              <w:left w:w="90" w:type="dxa"/>
              <w:bottom w:w="70" w:type="dxa"/>
              <w:right w:w="90" w:type="dxa"/>
            </w:tcMar>
            <w:vAlign w:val="center"/>
          </w:tcPr>
          <w:p w14:paraId="2432841C" w14:textId="77777777" w:rsidR="008F1D3A" w:rsidRPr="008F1D3A" w:rsidRDefault="008F1D3A" w:rsidP="00AB1D9A">
            <w:pPr>
              <w:spacing w:line="240" w:lineRule="auto"/>
              <w:rPr>
                <w:sz w:val="18"/>
                <w:szCs w:val="18"/>
              </w:rPr>
            </w:pPr>
            <w:r w:rsidRPr="008F1D3A">
              <w:rPr>
                <w:sz w:val="18"/>
                <w:szCs w:val="18"/>
              </w:rPr>
              <w:t>4/50</w:t>
            </w:r>
          </w:p>
        </w:tc>
      </w:tr>
      <w:tr w:rsidR="008F1D3A" w:rsidRPr="008F1D3A" w14:paraId="36F6896E" w14:textId="77777777" w:rsidTr="00D36F1C">
        <w:trPr>
          <w:jc w:val="center"/>
        </w:trPr>
        <w:tc>
          <w:tcPr>
            <w:tcW w:w="2223" w:type="dxa"/>
            <w:tcMar>
              <w:top w:w="70" w:type="dxa"/>
              <w:left w:w="90" w:type="dxa"/>
              <w:bottom w:w="70" w:type="dxa"/>
              <w:right w:w="90" w:type="dxa"/>
            </w:tcMar>
            <w:vAlign w:val="center"/>
          </w:tcPr>
          <w:p w14:paraId="27B78C35" w14:textId="77777777" w:rsidR="008F1D3A" w:rsidRPr="008F1D3A" w:rsidRDefault="008F1D3A" w:rsidP="00AB1D9A">
            <w:pPr>
              <w:spacing w:line="240" w:lineRule="auto"/>
              <w:rPr>
                <w:sz w:val="18"/>
                <w:szCs w:val="18"/>
              </w:rPr>
            </w:pPr>
            <w:r w:rsidRPr="008F1D3A">
              <w:rPr>
                <w:sz w:val="18"/>
                <w:szCs w:val="18"/>
              </w:rPr>
              <w:t>Age (years)</w:t>
            </w:r>
          </w:p>
        </w:tc>
        <w:tc>
          <w:tcPr>
            <w:tcW w:w="1560" w:type="dxa"/>
            <w:tcMar>
              <w:top w:w="70" w:type="dxa"/>
              <w:left w:w="90" w:type="dxa"/>
              <w:bottom w:w="70" w:type="dxa"/>
              <w:right w:w="90" w:type="dxa"/>
            </w:tcMar>
            <w:vAlign w:val="center"/>
          </w:tcPr>
          <w:p w14:paraId="478A9D94" w14:textId="77777777" w:rsidR="008F1D3A" w:rsidRPr="008F1D3A" w:rsidRDefault="008F1D3A" w:rsidP="00AB1D9A">
            <w:pPr>
              <w:spacing w:line="240" w:lineRule="auto"/>
              <w:rPr>
                <w:sz w:val="18"/>
                <w:szCs w:val="18"/>
              </w:rPr>
            </w:pPr>
            <w:r w:rsidRPr="008F1D3A">
              <w:rPr>
                <w:sz w:val="18"/>
                <w:szCs w:val="18"/>
              </w:rPr>
              <w:t>0.013</w:t>
            </w:r>
          </w:p>
        </w:tc>
        <w:tc>
          <w:tcPr>
            <w:tcW w:w="1701" w:type="dxa"/>
            <w:tcMar>
              <w:top w:w="70" w:type="dxa"/>
              <w:left w:w="90" w:type="dxa"/>
              <w:bottom w:w="70" w:type="dxa"/>
              <w:right w:w="90" w:type="dxa"/>
            </w:tcMar>
            <w:vAlign w:val="center"/>
          </w:tcPr>
          <w:p w14:paraId="2BCC05D1" w14:textId="77777777" w:rsidR="008F1D3A" w:rsidRPr="008F1D3A" w:rsidRDefault="008F1D3A" w:rsidP="00AB1D9A">
            <w:pPr>
              <w:spacing w:line="240" w:lineRule="auto"/>
              <w:rPr>
                <w:sz w:val="18"/>
                <w:szCs w:val="18"/>
              </w:rPr>
            </w:pPr>
            <w:r w:rsidRPr="008F1D3A">
              <w:rPr>
                <w:sz w:val="18"/>
                <w:szCs w:val="18"/>
              </w:rPr>
              <w:t>0.011</w:t>
            </w:r>
          </w:p>
        </w:tc>
        <w:tc>
          <w:tcPr>
            <w:tcW w:w="1842" w:type="dxa"/>
            <w:tcMar>
              <w:top w:w="70" w:type="dxa"/>
              <w:left w:w="90" w:type="dxa"/>
              <w:bottom w:w="70" w:type="dxa"/>
              <w:right w:w="90" w:type="dxa"/>
            </w:tcMar>
            <w:vAlign w:val="center"/>
          </w:tcPr>
          <w:p w14:paraId="4D07EE9A" w14:textId="77777777" w:rsidR="008F1D3A" w:rsidRPr="008F1D3A" w:rsidRDefault="008F1D3A" w:rsidP="00AB1D9A">
            <w:pPr>
              <w:spacing w:line="240" w:lineRule="auto"/>
              <w:rPr>
                <w:sz w:val="18"/>
                <w:szCs w:val="18"/>
              </w:rPr>
            </w:pPr>
            <w:r w:rsidRPr="008F1D3A">
              <w:rPr>
                <w:sz w:val="18"/>
                <w:szCs w:val="18"/>
              </w:rPr>
              <w:t>0.017</w:t>
            </w:r>
          </w:p>
        </w:tc>
        <w:tc>
          <w:tcPr>
            <w:tcW w:w="3037" w:type="dxa"/>
            <w:tcMar>
              <w:top w:w="70" w:type="dxa"/>
              <w:left w:w="90" w:type="dxa"/>
              <w:bottom w:w="70" w:type="dxa"/>
              <w:right w:w="90" w:type="dxa"/>
            </w:tcMar>
            <w:vAlign w:val="center"/>
          </w:tcPr>
          <w:p w14:paraId="44597551" w14:textId="77777777" w:rsidR="008F1D3A" w:rsidRPr="008F1D3A" w:rsidRDefault="008F1D3A" w:rsidP="00AB1D9A">
            <w:pPr>
              <w:spacing w:line="240" w:lineRule="auto"/>
              <w:rPr>
                <w:sz w:val="18"/>
                <w:szCs w:val="18"/>
              </w:rPr>
            </w:pPr>
            <w:r w:rsidRPr="008F1D3A">
              <w:rPr>
                <w:sz w:val="18"/>
                <w:szCs w:val="18"/>
              </w:rPr>
              <w:t>50/50</w:t>
            </w:r>
          </w:p>
        </w:tc>
      </w:tr>
      <w:tr w:rsidR="008F1D3A" w:rsidRPr="008F1D3A" w14:paraId="3CE473E7" w14:textId="77777777" w:rsidTr="00D36F1C">
        <w:trPr>
          <w:jc w:val="center"/>
        </w:trPr>
        <w:tc>
          <w:tcPr>
            <w:tcW w:w="2223" w:type="dxa"/>
            <w:tcMar>
              <w:top w:w="70" w:type="dxa"/>
              <w:left w:w="90" w:type="dxa"/>
              <w:bottom w:w="70" w:type="dxa"/>
              <w:right w:w="90" w:type="dxa"/>
            </w:tcMar>
            <w:vAlign w:val="center"/>
          </w:tcPr>
          <w:p w14:paraId="2B03151B" w14:textId="77777777" w:rsidR="008F1D3A" w:rsidRPr="00937D6B" w:rsidRDefault="00937D6B" w:rsidP="00AB1D9A">
            <w:pPr>
              <w:spacing w:line="240" w:lineRule="auto"/>
              <w:rPr>
                <w:sz w:val="18"/>
                <w:szCs w:val="18"/>
                <w:lang w:eastAsia="zh-CN"/>
              </w:rPr>
            </w:pPr>
            <w:r w:rsidRPr="008F1D3A">
              <w:rPr>
                <w:sz w:val="18"/>
                <w:szCs w:val="18"/>
              </w:rPr>
              <w:t>A</w:t>
            </w:r>
            <w:r w:rsidR="008F1D3A" w:rsidRPr="008F1D3A">
              <w:rPr>
                <w:sz w:val="18"/>
                <w:szCs w:val="18"/>
              </w:rPr>
              <w:t>lcohol</w:t>
            </w:r>
            <w:r>
              <w:rPr>
                <w:rFonts w:hint="eastAsia"/>
                <w:sz w:val="18"/>
                <w:szCs w:val="18"/>
                <w:lang w:eastAsia="zh-CN"/>
              </w:rPr>
              <w:t xml:space="preserve"> </w:t>
            </w:r>
            <w:r w:rsidRPr="00582A7A">
              <w:rPr>
                <w:sz w:val="18"/>
                <w:szCs w:val="18"/>
              </w:rPr>
              <w:t>consumption</w:t>
            </w:r>
          </w:p>
        </w:tc>
        <w:tc>
          <w:tcPr>
            <w:tcW w:w="1560" w:type="dxa"/>
            <w:tcMar>
              <w:top w:w="70" w:type="dxa"/>
              <w:left w:w="90" w:type="dxa"/>
              <w:bottom w:w="70" w:type="dxa"/>
              <w:right w:w="90" w:type="dxa"/>
            </w:tcMar>
            <w:vAlign w:val="center"/>
          </w:tcPr>
          <w:p w14:paraId="304D85F9" w14:textId="77777777" w:rsidR="008F1D3A" w:rsidRPr="008F1D3A" w:rsidRDefault="008F1D3A" w:rsidP="00AB1D9A">
            <w:pPr>
              <w:spacing w:line="240" w:lineRule="auto"/>
              <w:rPr>
                <w:sz w:val="18"/>
                <w:szCs w:val="18"/>
              </w:rPr>
            </w:pPr>
            <w:r w:rsidRPr="008F1D3A">
              <w:rPr>
                <w:sz w:val="18"/>
                <w:szCs w:val="18"/>
              </w:rPr>
              <w:t>0.826</w:t>
            </w:r>
          </w:p>
        </w:tc>
        <w:tc>
          <w:tcPr>
            <w:tcW w:w="1701" w:type="dxa"/>
            <w:tcMar>
              <w:top w:w="70" w:type="dxa"/>
              <w:left w:w="90" w:type="dxa"/>
              <w:bottom w:w="70" w:type="dxa"/>
              <w:right w:w="90" w:type="dxa"/>
            </w:tcMar>
            <w:vAlign w:val="center"/>
          </w:tcPr>
          <w:p w14:paraId="29198124" w14:textId="77777777" w:rsidR="008F1D3A" w:rsidRPr="008F1D3A" w:rsidRDefault="008F1D3A" w:rsidP="00AB1D9A">
            <w:pPr>
              <w:spacing w:line="240" w:lineRule="auto"/>
              <w:rPr>
                <w:sz w:val="18"/>
                <w:szCs w:val="18"/>
              </w:rPr>
            </w:pPr>
            <w:r w:rsidRPr="008F1D3A">
              <w:rPr>
                <w:sz w:val="18"/>
                <w:szCs w:val="18"/>
              </w:rPr>
              <w:t>0.758</w:t>
            </w:r>
          </w:p>
        </w:tc>
        <w:tc>
          <w:tcPr>
            <w:tcW w:w="1842" w:type="dxa"/>
            <w:tcMar>
              <w:top w:w="70" w:type="dxa"/>
              <w:left w:w="90" w:type="dxa"/>
              <w:bottom w:w="70" w:type="dxa"/>
              <w:right w:w="90" w:type="dxa"/>
            </w:tcMar>
            <w:vAlign w:val="center"/>
          </w:tcPr>
          <w:p w14:paraId="527C1A31" w14:textId="77777777" w:rsidR="008F1D3A" w:rsidRPr="008F1D3A" w:rsidRDefault="008F1D3A" w:rsidP="00AB1D9A">
            <w:pPr>
              <w:spacing w:line="240" w:lineRule="auto"/>
              <w:rPr>
                <w:sz w:val="18"/>
                <w:szCs w:val="18"/>
              </w:rPr>
            </w:pPr>
            <w:r w:rsidRPr="008F1D3A">
              <w:rPr>
                <w:sz w:val="18"/>
                <w:szCs w:val="18"/>
              </w:rPr>
              <w:t>0.878</w:t>
            </w:r>
          </w:p>
        </w:tc>
        <w:tc>
          <w:tcPr>
            <w:tcW w:w="3037" w:type="dxa"/>
            <w:tcMar>
              <w:top w:w="70" w:type="dxa"/>
              <w:left w:w="90" w:type="dxa"/>
              <w:bottom w:w="70" w:type="dxa"/>
              <w:right w:w="90" w:type="dxa"/>
            </w:tcMar>
            <w:vAlign w:val="center"/>
          </w:tcPr>
          <w:p w14:paraId="7E05BB04" w14:textId="77777777" w:rsidR="008F1D3A" w:rsidRPr="008F1D3A" w:rsidRDefault="008F1D3A" w:rsidP="00AB1D9A">
            <w:pPr>
              <w:spacing w:line="240" w:lineRule="auto"/>
              <w:rPr>
                <w:sz w:val="18"/>
                <w:szCs w:val="18"/>
              </w:rPr>
            </w:pPr>
            <w:r w:rsidRPr="008F1D3A">
              <w:rPr>
                <w:sz w:val="18"/>
                <w:szCs w:val="18"/>
              </w:rPr>
              <w:t>0/50</w:t>
            </w:r>
          </w:p>
        </w:tc>
      </w:tr>
      <w:tr w:rsidR="008F1D3A" w:rsidRPr="008F1D3A" w14:paraId="0FCD7BAF" w14:textId="77777777" w:rsidTr="00D36F1C">
        <w:trPr>
          <w:jc w:val="center"/>
        </w:trPr>
        <w:tc>
          <w:tcPr>
            <w:tcW w:w="2223" w:type="dxa"/>
            <w:tcMar>
              <w:top w:w="70" w:type="dxa"/>
              <w:left w:w="90" w:type="dxa"/>
              <w:bottom w:w="70" w:type="dxa"/>
              <w:right w:w="90" w:type="dxa"/>
            </w:tcMar>
            <w:vAlign w:val="center"/>
          </w:tcPr>
          <w:p w14:paraId="233F2AAE" w14:textId="77777777" w:rsidR="008F1D3A" w:rsidRPr="008F1D3A" w:rsidRDefault="008F1D3A" w:rsidP="00AB1D9A">
            <w:pPr>
              <w:spacing w:line="240" w:lineRule="auto"/>
              <w:rPr>
                <w:sz w:val="18"/>
                <w:szCs w:val="18"/>
              </w:rPr>
            </w:pPr>
            <w:r w:rsidRPr="008F1D3A">
              <w:rPr>
                <w:sz w:val="18"/>
                <w:szCs w:val="18"/>
              </w:rPr>
              <w:t>Creatinine (mg/dL)</w:t>
            </w:r>
          </w:p>
        </w:tc>
        <w:tc>
          <w:tcPr>
            <w:tcW w:w="1560" w:type="dxa"/>
            <w:tcMar>
              <w:top w:w="70" w:type="dxa"/>
              <w:left w:w="90" w:type="dxa"/>
              <w:bottom w:w="70" w:type="dxa"/>
              <w:right w:w="90" w:type="dxa"/>
            </w:tcMar>
            <w:vAlign w:val="center"/>
          </w:tcPr>
          <w:p w14:paraId="49550CCF" w14:textId="77777777" w:rsidR="008F1D3A" w:rsidRPr="008F1D3A" w:rsidRDefault="008F1D3A" w:rsidP="00AB1D9A">
            <w:pPr>
              <w:spacing w:line="240" w:lineRule="auto"/>
              <w:rPr>
                <w:sz w:val="18"/>
                <w:szCs w:val="18"/>
              </w:rPr>
            </w:pPr>
            <w:r w:rsidRPr="008F1D3A">
              <w:rPr>
                <w:sz w:val="18"/>
                <w:szCs w:val="18"/>
              </w:rPr>
              <w:t>0.393</w:t>
            </w:r>
          </w:p>
        </w:tc>
        <w:tc>
          <w:tcPr>
            <w:tcW w:w="1701" w:type="dxa"/>
            <w:tcMar>
              <w:top w:w="70" w:type="dxa"/>
              <w:left w:w="90" w:type="dxa"/>
              <w:bottom w:w="70" w:type="dxa"/>
              <w:right w:w="90" w:type="dxa"/>
            </w:tcMar>
            <w:vAlign w:val="center"/>
          </w:tcPr>
          <w:p w14:paraId="5ED9327F" w14:textId="77777777" w:rsidR="008F1D3A" w:rsidRPr="008F1D3A" w:rsidRDefault="008F1D3A" w:rsidP="00AB1D9A">
            <w:pPr>
              <w:spacing w:line="240" w:lineRule="auto"/>
              <w:rPr>
                <w:sz w:val="18"/>
                <w:szCs w:val="18"/>
              </w:rPr>
            </w:pPr>
            <w:r w:rsidRPr="008F1D3A">
              <w:rPr>
                <w:sz w:val="18"/>
                <w:szCs w:val="18"/>
              </w:rPr>
              <w:t>0.354</w:t>
            </w:r>
          </w:p>
        </w:tc>
        <w:tc>
          <w:tcPr>
            <w:tcW w:w="1842" w:type="dxa"/>
            <w:tcMar>
              <w:top w:w="70" w:type="dxa"/>
              <w:left w:w="90" w:type="dxa"/>
              <w:bottom w:w="70" w:type="dxa"/>
              <w:right w:w="90" w:type="dxa"/>
            </w:tcMar>
            <w:vAlign w:val="center"/>
          </w:tcPr>
          <w:p w14:paraId="4D730F0C" w14:textId="77777777" w:rsidR="008F1D3A" w:rsidRPr="008F1D3A" w:rsidRDefault="008F1D3A" w:rsidP="00AB1D9A">
            <w:pPr>
              <w:spacing w:line="240" w:lineRule="auto"/>
              <w:rPr>
                <w:sz w:val="18"/>
                <w:szCs w:val="18"/>
              </w:rPr>
            </w:pPr>
            <w:r w:rsidRPr="008F1D3A">
              <w:rPr>
                <w:sz w:val="18"/>
                <w:szCs w:val="18"/>
              </w:rPr>
              <w:t>0.449</w:t>
            </w:r>
          </w:p>
        </w:tc>
        <w:tc>
          <w:tcPr>
            <w:tcW w:w="3037" w:type="dxa"/>
            <w:tcMar>
              <w:top w:w="70" w:type="dxa"/>
              <w:left w:w="90" w:type="dxa"/>
              <w:bottom w:w="70" w:type="dxa"/>
              <w:right w:w="90" w:type="dxa"/>
            </w:tcMar>
            <w:vAlign w:val="center"/>
          </w:tcPr>
          <w:p w14:paraId="52152230" w14:textId="77777777" w:rsidR="008F1D3A" w:rsidRPr="008F1D3A" w:rsidRDefault="008F1D3A" w:rsidP="00AB1D9A">
            <w:pPr>
              <w:spacing w:line="240" w:lineRule="auto"/>
              <w:rPr>
                <w:sz w:val="18"/>
                <w:szCs w:val="18"/>
              </w:rPr>
            </w:pPr>
            <w:r w:rsidRPr="008F1D3A">
              <w:rPr>
                <w:sz w:val="18"/>
                <w:szCs w:val="18"/>
              </w:rPr>
              <w:t>0/50</w:t>
            </w:r>
          </w:p>
        </w:tc>
      </w:tr>
      <w:tr w:rsidR="008F1D3A" w:rsidRPr="008F1D3A" w14:paraId="0C4B0A5E" w14:textId="77777777" w:rsidTr="00D36F1C">
        <w:trPr>
          <w:jc w:val="center"/>
        </w:trPr>
        <w:tc>
          <w:tcPr>
            <w:tcW w:w="2223" w:type="dxa"/>
            <w:tcMar>
              <w:top w:w="70" w:type="dxa"/>
              <w:left w:w="90" w:type="dxa"/>
              <w:bottom w:w="70" w:type="dxa"/>
              <w:right w:w="90" w:type="dxa"/>
            </w:tcMar>
            <w:vAlign w:val="center"/>
          </w:tcPr>
          <w:p w14:paraId="590E9FCC" w14:textId="77777777" w:rsidR="008F1D3A" w:rsidRPr="008F1D3A" w:rsidRDefault="008F1D3A" w:rsidP="00AB1D9A">
            <w:pPr>
              <w:spacing w:line="240" w:lineRule="auto"/>
              <w:rPr>
                <w:sz w:val="18"/>
                <w:szCs w:val="18"/>
              </w:rPr>
            </w:pPr>
            <w:r w:rsidRPr="008F1D3A">
              <w:rPr>
                <w:sz w:val="18"/>
                <w:szCs w:val="18"/>
              </w:rPr>
              <w:t>Fasting glucose (mmol/L)</w:t>
            </w:r>
          </w:p>
        </w:tc>
        <w:tc>
          <w:tcPr>
            <w:tcW w:w="1560" w:type="dxa"/>
            <w:tcMar>
              <w:top w:w="70" w:type="dxa"/>
              <w:left w:w="90" w:type="dxa"/>
              <w:bottom w:w="70" w:type="dxa"/>
              <w:right w:w="90" w:type="dxa"/>
            </w:tcMar>
            <w:vAlign w:val="center"/>
          </w:tcPr>
          <w:p w14:paraId="211529EE" w14:textId="77777777" w:rsidR="008F1D3A" w:rsidRPr="008F1D3A" w:rsidRDefault="008F1D3A" w:rsidP="00AB1D9A">
            <w:pPr>
              <w:spacing w:line="240" w:lineRule="auto"/>
              <w:rPr>
                <w:sz w:val="18"/>
                <w:szCs w:val="18"/>
              </w:rPr>
            </w:pPr>
            <w:r w:rsidRPr="008F1D3A">
              <w:rPr>
                <w:sz w:val="18"/>
                <w:szCs w:val="18"/>
              </w:rPr>
              <w:t>0.455</w:t>
            </w:r>
          </w:p>
        </w:tc>
        <w:tc>
          <w:tcPr>
            <w:tcW w:w="1701" w:type="dxa"/>
            <w:tcMar>
              <w:top w:w="70" w:type="dxa"/>
              <w:left w:w="90" w:type="dxa"/>
              <w:bottom w:w="70" w:type="dxa"/>
              <w:right w:w="90" w:type="dxa"/>
            </w:tcMar>
            <w:vAlign w:val="center"/>
          </w:tcPr>
          <w:p w14:paraId="43F65A9D" w14:textId="77777777" w:rsidR="008F1D3A" w:rsidRPr="008F1D3A" w:rsidRDefault="008F1D3A" w:rsidP="00AB1D9A">
            <w:pPr>
              <w:spacing w:line="240" w:lineRule="auto"/>
              <w:rPr>
                <w:sz w:val="18"/>
                <w:szCs w:val="18"/>
              </w:rPr>
            </w:pPr>
            <w:r w:rsidRPr="008F1D3A">
              <w:rPr>
                <w:sz w:val="18"/>
                <w:szCs w:val="18"/>
              </w:rPr>
              <w:t>0.414</w:t>
            </w:r>
          </w:p>
        </w:tc>
        <w:tc>
          <w:tcPr>
            <w:tcW w:w="1842" w:type="dxa"/>
            <w:tcMar>
              <w:top w:w="70" w:type="dxa"/>
              <w:left w:w="90" w:type="dxa"/>
              <w:bottom w:w="70" w:type="dxa"/>
              <w:right w:w="90" w:type="dxa"/>
            </w:tcMar>
            <w:vAlign w:val="center"/>
          </w:tcPr>
          <w:p w14:paraId="5CFF19FE" w14:textId="77777777" w:rsidR="008F1D3A" w:rsidRPr="008F1D3A" w:rsidRDefault="008F1D3A" w:rsidP="00AB1D9A">
            <w:pPr>
              <w:spacing w:line="240" w:lineRule="auto"/>
              <w:rPr>
                <w:sz w:val="18"/>
                <w:szCs w:val="18"/>
              </w:rPr>
            </w:pPr>
            <w:r w:rsidRPr="008F1D3A">
              <w:rPr>
                <w:sz w:val="18"/>
                <w:szCs w:val="18"/>
              </w:rPr>
              <w:t>0.491</w:t>
            </w:r>
          </w:p>
        </w:tc>
        <w:tc>
          <w:tcPr>
            <w:tcW w:w="3037" w:type="dxa"/>
            <w:tcMar>
              <w:top w:w="70" w:type="dxa"/>
              <w:left w:w="90" w:type="dxa"/>
              <w:bottom w:w="70" w:type="dxa"/>
              <w:right w:w="90" w:type="dxa"/>
            </w:tcMar>
            <w:vAlign w:val="center"/>
          </w:tcPr>
          <w:p w14:paraId="419500C3" w14:textId="77777777" w:rsidR="008F1D3A" w:rsidRPr="008F1D3A" w:rsidRDefault="008F1D3A" w:rsidP="00AB1D9A">
            <w:pPr>
              <w:spacing w:line="240" w:lineRule="auto"/>
              <w:rPr>
                <w:sz w:val="18"/>
                <w:szCs w:val="18"/>
              </w:rPr>
            </w:pPr>
            <w:r w:rsidRPr="008F1D3A">
              <w:rPr>
                <w:sz w:val="18"/>
                <w:szCs w:val="18"/>
              </w:rPr>
              <w:t>0/50</w:t>
            </w:r>
          </w:p>
        </w:tc>
      </w:tr>
      <w:tr w:rsidR="008F1D3A" w:rsidRPr="008F1D3A" w14:paraId="4B0253FC" w14:textId="77777777" w:rsidTr="00D36F1C">
        <w:trPr>
          <w:jc w:val="center"/>
        </w:trPr>
        <w:tc>
          <w:tcPr>
            <w:tcW w:w="2223" w:type="dxa"/>
            <w:tcMar>
              <w:top w:w="70" w:type="dxa"/>
              <w:left w:w="90" w:type="dxa"/>
              <w:bottom w:w="70" w:type="dxa"/>
              <w:right w:w="90" w:type="dxa"/>
            </w:tcMar>
            <w:vAlign w:val="center"/>
          </w:tcPr>
          <w:p w14:paraId="35D95D3D" w14:textId="77777777" w:rsidR="008F1D3A" w:rsidRPr="008F1D3A" w:rsidRDefault="008F1D3A" w:rsidP="00AB1D9A">
            <w:pPr>
              <w:spacing w:line="240" w:lineRule="auto"/>
              <w:rPr>
                <w:sz w:val="18"/>
                <w:szCs w:val="18"/>
              </w:rPr>
            </w:pPr>
            <w:r w:rsidRPr="008F1D3A">
              <w:rPr>
                <w:sz w:val="18"/>
                <w:szCs w:val="18"/>
              </w:rPr>
              <w:t>GRACE score</w:t>
            </w:r>
          </w:p>
        </w:tc>
        <w:tc>
          <w:tcPr>
            <w:tcW w:w="1560" w:type="dxa"/>
            <w:tcMar>
              <w:top w:w="70" w:type="dxa"/>
              <w:left w:w="90" w:type="dxa"/>
              <w:bottom w:w="70" w:type="dxa"/>
              <w:right w:w="90" w:type="dxa"/>
            </w:tcMar>
            <w:vAlign w:val="center"/>
          </w:tcPr>
          <w:p w14:paraId="6EDAC3A0" w14:textId="77777777" w:rsidR="008F1D3A" w:rsidRPr="008F1D3A" w:rsidRDefault="008F1D3A" w:rsidP="00AB1D9A">
            <w:pPr>
              <w:spacing w:line="240" w:lineRule="auto"/>
              <w:rPr>
                <w:sz w:val="18"/>
                <w:szCs w:val="18"/>
              </w:rPr>
            </w:pPr>
            <w:r w:rsidRPr="008F1D3A">
              <w:rPr>
                <w:sz w:val="18"/>
                <w:szCs w:val="18"/>
              </w:rPr>
              <w:t>0.458</w:t>
            </w:r>
          </w:p>
        </w:tc>
        <w:tc>
          <w:tcPr>
            <w:tcW w:w="1701" w:type="dxa"/>
            <w:tcMar>
              <w:top w:w="70" w:type="dxa"/>
              <w:left w:w="90" w:type="dxa"/>
              <w:bottom w:w="70" w:type="dxa"/>
              <w:right w:w="90" w:type="dxa"/>
            </w:tcMar>
            <w:vAlign w:val="center"/>
          </w:tcPr>
          <w:p w14:paraId="598FC27E" w14:textId="77777777" w:rsidR="008F1D3A" w:rsidRPr="008F1D3A" w:rsidRDefault="008F1D3A" w:rsidP="00AB1D9A">
            <w:pPr>
              <w:spacing w:line="240" w:lineRule="auto"/>
              <w:rPr>
                <w:sz w:val="18"/>
                <w:szCs w:val="18"/>
              </w:rPr>
            </w:pPr>
            <w:r w:rsidRPr="008F1D3A">
              <w:rPr>
                <w:sz w:val="18"/>
                <w:szCs w:val="18"/>
              </w:rPr>
              <w:t>0.397</w:t>
            </w:r>
          </w:p>
        </w:tc>
        <w:tc>
          <w:tcPr>
            <w:tcW w:w="1842" w:type="dxa"/>
            <w:tcMar>
              <w:top w:w="70" w:type="dxa"/>
              <w:left w:w="90" w:type="dxa"/>
              <w:bottom w:w="70" w:type="dxa"/>
              <w:right w:w="90" w:type="dxa"/>
            </w:tcMar>
            <w:vAlign w:val="center"/>
          </w:tcPr>
          <w:p w14:paraId="7B252EDE" w14:textId="77777777" w:rsidR="008F1D3A" w:rsidRPr="008F1D3A" w:rsidRDefault="008F1D3A" w:rsidP="00AB1D9A">
            <w:pPr>
              <w:spacing w:line="240" w:lineRule="auto"/>
              <w:rPr>
                <w:sz w:val="18"/>
                <w:szCs w:val="18"/>
              </w:rPr>
            </w:pPr>
            <w:r w:rsidRPr="008F1D3A">
              <w:rPr>
                <w:sz w:val="18"/>
                <w:szCs w:val="18"/>
              </w:rPr>
              <w:t>0.497</w:t>
            </w:r>
          </w:p>
        </w:tc>
        <w:tc>
          <w:tcPr>
            <w:tcW w:w="3037" w:type="dxa"/>
            <w:tcMar>
              <w:top w:w="70" w:type="dxa"/>
              <w:left w:w="90" w:type="dxa"/>
              <w:bottom w:w="70" w:type="dxa"/>
              <w:right w:w="90" w:type="dxa"/>
            </w:tcMar>
            <w:vAlign w:val="center"/>
          </w:tcPr>
          <w:p w14:paraId="5C83E558" w14:textId="77777777" w:rsidR="008F1D3A" w:rsidRPr="008F1D3A" w:rsidRDefault="008F1D3A" w:rsidP="00AB1D9A">
            <w:pPr>
              <w:spacing w:line="240" w:lineRule="auto"/>
              <w:rPr>
                <w:sz w:val="18"/>
                <w:szCs w:val="18"/>
              </w:rPr>
            </w:pPr>
            <w:r w:rsidRPr="008F1D3A">
              <w:rPr>
                <w:sz w:val="18"/>
                <w:szCs w:val="18"/>
              </w:rPr>
              <w:t>0/50</w:t>
            </w:r>
          </w:p>
        </w:tc>
      </w:tr>
      <w:tr w:rsidR="008F1D3A" w:rsidRPr="008F1D3A" w14:paraId="5B9A2A5B" w14:textId="77777777" w:rsidTr="00D36F1C">
        <w:trPr>
          <w:jc w:val="center"/>
        </w:trPr>
        <w:tc>
          <w:tcPr>
            <w:tcW w:w="2223" w:type="dxa"/>
            <w:tcMar>
              <w:top w:w="70" w:type="dxa"/>
              <w:left w:w="90" w:type="dxa"/>
              <w:bottom w:w="70" w:type="dxa"/>
              <w:right w:w="90" w:type="dxa"/>
            </w:tcMar>
            <w:vAlign w:val="center"/>
          </w:tcPr>
          <w:p w14:paraId="335CBD6B" w14:textId="77777777" w:rsidR="008F1D3A" w:rsidRPr="008F1D3A" w:rsidRDefault="008F1D3A" w:rsidP="00AB1D9A">
            <w:pPr>
              <w:spacing w:line="240" w:lineRule="auto"/>
              <w:rPr>
                <w:sz w:val="18"/>
                <w:szCs w:val="18"/>
              </w:rPr>
            </w:pPr>
            <w:r w:rsidRPr="008F1D3A">
              <w:rPr>
                <w:sz w:val="18"/>
                <w:szCs w:val="18"/>
              </w:rPr>
              <w:t>Diabetes</w:t>
            </w:r>
          </w:p>
        </w:tc>
        <w:tc>
          <w:tcPr>
            <w:tcW w:w="1560" w:type="dxa"/>
            <w:tcMar>
              <w:top w:w="70" w:type="dxa"/>
              <w:left w:w="90" w:type="dxa"/>
              <w:bottom w:w="70" w:type="dxa"/>
              <w:right w:w="90" w:type="dxa"/>
            </w:tcMar>
            <w:vAlign w:val="center"/>
          </w:tcPr>
          <w:p w14:paraId="07DB87AB" w14:textId="77777777" w:rsidR="008F1D3A" w:rsidRPr="008F1D3A" w:rsidRDefault="008F1D3A" w:rsidP="00AB1D9A">
            <w:pPr>
              <w:spacing w:line="240" w:lineRule="auto"/>
              <w:rPr>
                <w:sz w:val="18"/>
                <w:szCs w:val="18"/>
              </w:rPr>
            </w:pPr>
            <w:r w:rsidRPr="008F1D3A">
              <w:rPr>
                <w:sz w:val="18"/>
                <w:szCs w:val="18"/>
              </w:rPr>
              <w:t>0.280</w:t>
            </w:r>
          </w:p>
        </w:tc>
        <w:tc>
          <w:tcPr>
            <w:tcW w:w="1701" w:type="dxa"/>
            <w:tcMar>
              <w:top w:w="70" w:type="dxa"/>
              <w:left w:w="90" w:type="dxa"/>
              <w:bottom w:w="70" w:type="dxa"/>
              <w:right w:w="90" w:type="dxa"/>
            </w:tcMar>
            <w:vAlign w:val="center"/>
          </w:tcPr>
          <w:p w14:paraId="0BF05DC7" w14:textId="77777777" w:rsidR="008F1D3A" w:rsidRPr="008F1D3A" w:rsidRDefault="008F1D3A" w:rsidP="00AB1D9A">
            <w:pPr>
              <w:spacing w:line="240" w:lineRule="auto"/>
              <w:rPr>
                <w:sz w:val="18"/>
                <w:szCs w:val="18"/>
              </w:rPr>
            </w:pPr>
            <w:r w:rsidRPr="008F1D3A">
              <w:rPr>
                <w:sz w:val="18"/>
                <w:szCs w:val="18"/>
              </w:rPr>
              <w:t>0.138</w:t>
            </w:r>
          </w:p>
        </w:tc>
        <w:tc>
          <w:tcPr>
            <w:tcW w:w="1842" w:type="dxa"/>
            <w:tcMar>
              <w:top w:w="70" w:type="dxa"/>
              <w:left w:w="90" w:type="dxa"/>
              <w:bottom w:w="70" w:type="dxa"/>
              <w:right w:w="90" w:type="dxa"/>
            </w:tcMar>
            <w:vAlign w:val="center"/>
          </w:tcPr>
          <w:p w14:paraId="1F4A46AE" w14:textId="77777777" w:rsidR="008F1D3A" w:rsidRPr="008F1D3A" w:rsidRDefault="008F1D3A" w:rsidP="00AB1D9A">
            <w:pPr>
              <w:spacing w:line="240" w:lineRule="auto"/>
              <w:rPr>
                <w:sz w:val="18"/>
                <w:szCs w:val="18"/>
              </w:rPr>
            </w:pPr>
            <w:r w:rsidRPr="008F1D3A">
              <w:rPr>
                <w:sz w:val="18"/>
                <w:szCs w:val="18"/>
              </w:rPr>
              <w:t>0.561</w:t>
            </w:r>
          </w:p>
        </w:tc>
        <w:tc>
          <w:tcPr>
            <w:tcW w:w="3037" w:type="dxa"/>
            <w:tcMar>
              <w:top w:w="70" w:type="dxa"/>
              <w:left w:w="90" w:type="dxa"/>
              <w:bottom w:w="70" w:type="dxa"/>
              <w:right w:w="90" w:type="dxa"/>
            </w:tcMar>
            <w:vAlign w:val="center"/>
          </w:tcPr>
          <w:p w14:paraId="7F863B34" w14:textId="77777777" w:rsidR="008F1D3A" w:rsidRPr="008F1D3A" w:rsidRDefault="008F1D3A" w:rsidP="00AB1D9A">
            <w:pPr>
              <w:spacing w:line="240" w:lineRule="auto"/>
              <w:rPr>
                <w:sz w:val="18"/>
                <w:szCs w:val="18"/>
              </w:rPr>
            </w:pPr>
            <w:r w:rsidRPr="008F1D3A">
              <w:rPr>
                <w:sz w:val="18"/>
                <w:szCs w:val="18"/>
              </w:rPr>
              <w:t>0/50</w:t>
            </w:r>
          </w:p>
        </w:tc>
      </w:tr>
      <w:tr w:rsidR="008F1D3A" w:rsidRPr="008F1D3A" w14:paraId="7B3540F2" w14:textId="77777777" w:rsidTr="00D36F1C">
        <w:trPr>
          <w:jc w:val="center"/>
        </w:trPr>
        <w:tc>
          <w:tcPr>
            <w:tcW w:w="2223" w:type="dxa"/>
            <w:tcMar>
              <w:top w:w="70" w:type="dxa"/>
              <w:left w:w="90" w:type="dxa"/>
              <w:bottom w:w="70" w:type="dxa"/>
              <w:right w:w="90" w:type="dxa"/>
            </w:tcMar>
            <w:vAlign w:val="center"/>
          </w:tcPr>
          <w:p w14:paraId="4457D7A0" w14:textId="77777777" w:rsidR="008F1D3A" w:rsidRPr="008F1D3A" w:rsidRDefault="008F1D3A" w:rsidP="00AB1D9A">
            <w:pPr>
              <w:spacing w:line="240" w:lineRule="auto"/>
              <w:rPr>
                <w:sz w:val="18"/>
                <w:szCs w:val="18"/>
              </w:rPr>
            </w:pPr>
            <w:r w:rsidRPr="008F1D3A">
              <w:rPr>
                <w:sz w:val="18"/>
                <w:szCs w:val="18"/>
              </w:rPr>
              <w:t>Hypertension</w:t>
            </w:r>
          </w:p>
        </w:tc>
        <w:tc>
          <w:tcPr>
            <w:tcW w:w="1560" w:type="dxa"/>
            <w:tcMar>
              <w:top w:w="70" w:type="dxa"/>
              <w:left w:w="90" w:type="dxa"/>
              <w:bottom w:w="70" w:type="dxa"/>
              <w:right w:w="90" w:type="dxa"/>
            </w:tcMar>
            <w:vAlign w:val="center"/>
          </w:tcPr>
          <w:p w14:paraId="78F7E48C" w14:textId="77777777" w:rsidR="008F1D3A" w:rsidRPr="008F1D3A" w:rsidRDefault="008F1D3A" w:rsidP="00AB1D9A">
            <w:pPr>
              <w:spacing w:line="240" w:lineRule="auto"/>
              <w:rPr>
                <w:sz w:val="18"/>
                <w:szCs w:val="18"/>
              </w:rPr>
            </w:pPr>
            <w:r w:rsidRPr="008F1D3A">
              <w:rPr>
                <w:sz w:val="18"/>
                <w:szCs w:val="18"/>
              </w:rPr>
              <w:t>0.527</w:t>
            </w:r>
          </w:p>
        </w:tc>
        <w:tc>
          <w:tcPr>
            <w:tcW w:w="1701" w:type="dxa"/>
            <w:tcMar>
              <w:top w:w="70" w:type="dxa"/>
              <w:left w:w="90" w:type="dxa"/>
              <w:bottom w:w="70" w:type="dxa"/>
              <w:right w:w="90" w:type="dxa"/>
            </w:tcMar>
            <w:vAlign w:val="center"/>
          </w:tcPr>
          <w:p w14:paraId="5907BD61" w14:textId="77777777" w:rsidR="008F1D3A" w:rsidRPr="008F1D3A" w:rsidRDefault="008F1D3A" w:rsidP="00AB1D9A">
            <w:pPr>
              <w:spacing w:line="240" w:lineRule="auto"/>
              <w:rPr>
                <w:sz w:val="18"/>
                <w:szCs w:val="18"/>
              </w:rPr>
            </w:pPr>
            <w:r w:rsidRPr="008F1D3A">
              <w:rPr>
                <w:sz w:val="18"/>
                <w:szCs w:val="18"/>
              </w:rPr>
              <w:t>0.307</w:t>
            </w:r>
          </w:p>
        </w:tc>
        <w:tc>
          <w:tcPr>
            <w:tcW w:w="1842" w:type="dxa"/>
            <w:tcMar>
              <w:top w:w="70" w:type="dxa"/>
              <w:left w:w="90" w:type="dxa"/>
              <w:bottom w:w="70" w:type="dxa"/>
              <w:right w:w="90" w:type="dxa"/>
            </w:tcMar>
            <w:vAlign w:val="center"/>
          </w:tcPr>
          <w:p w14:paraId="18F90915" w14:textId="77777777" w:rsidR="008F1D3A" w:rsidRPr="008F1D3A" w:rsidRDefault="008F1D3A" w:rsidP="00AB1D9A">
            <w:pPr>
              <w:spacing w:line="240" w:lineRule="auto"/>
              <w:rPr>
                <w:sz w:val="18"/>
                <w:szCs w:val="18"/>
              </w:rPr>
            </w:pPr>
            <w:r w:rsidRPr="008F1D3A">
              <w:rPr>
                <w:sz w:val="18"/>
                <w:szCs w:val="18"/>
              </w:rPr>
              <w:t>0.805</w:t>
            </w:r>
          </w:p>
        </w:tc>
        <w:tc>
          <w:tcPr>
            <w:tcW w:w="3037" w:type="dxa"/>
            <w:tcMar>
              <w:top w:w="70" w:type="dxa"/>
              <w:left w:w="90" w:type="dxa"/>
              <w:bottom w:w="70" w:type="dxa"/>
              <w:right w:w="90" w:type="dxa"/>
            </w:tcMar>
            <w:vAlign w:val="center"/>
          </w:tcPr>
          <w:p w14:paraId="24DE321D" w14:textId="77777777" w:rsidR="008F1D3A" w:rsidRPr="008F1D3A" w:rsidRDefault="008F1D3A" w:rsidP="00AB1D9A">
            <w:pPr>
              <w:spacing w:line="240" w:lineRule="auto"/>
              <w:rPr>
                <w:sz w:val="18"/>
                <w:szCs w:val="18"/>
              </w:rPr>
            </w:pPr>
            <w:r w:rsidRPr="008F1D3A">
              <w:rPr>
                <w:sz w:val="18"/>
                <w:szCs w:val="18"/>
              </w:rPr>
              <w:t>0/50</w:t>
            </w:r>
          </w:p>
        </w:tc>
      </w:tr>
      <w:tr w:rsidR="008F1D3A" w:rsidRPr="008F1D3A" w14:paraId="154C5518" w14:textId="77777777" w:rsidTr="00D36F1C">
        <w:trPr>
          <w:jc w:val="center"/>
        </w:trPr>
        <w:tc>
          <w:tcPr>
            <w:tcW w:w="2223" w:type="dxa"/>
            <w:tcMar>
              <w:top w:w="70" w:type="dxa"/>
              <w:left w:w="90" w:type="dxa"/>
              <w:bottom w:w="70" w:type="dxa"/>
              <w:right w:w="90" w:type="dxa"/>
            </w:tcMar>
            <w:vAlign w:val="center"/>
          </w:tcPr>
          <w:p w14:paraId="45098FE1" w14:textId="77777777" w:rsidR="008F1D3A" w:rsidRPr="008F1D3A" w:rsidRDefault="008F1D3A" w:rsidP="00AB1D9A">
            <w:pPr>
              <w:spacing w:line="240" w:lineRule="auto"/>
              <w:rPr>
                <w:sz w:val="18"/>
                <w:szCs w:val="18"/>
              </w:rPr>
            </w:pPr>
            <w:r w:rsidRPr="008F1D3A">
              <w:rPr>
                <w:sz w:val="18"/>
                <w:szCs w:val="18"/>
              </w:rPr>
              <w:t>LDL-C (mmol/L)</w:t>
            </w:r>
          </w:p>
        </w:tc>
        <w:tc>
          <w:tcPr>
            <w:tcW w:w="1560" w:type="dxa"/>
            <w:tcMar>
              <w:top w:w="70" w:type="dxa"/>
              <w:left w:w="90" w:type="dxa"/>
              <w:bottom w:w="70" w:type="dxa"/>
              <w:right w:w="90" w:type="dxa"/>
            </w:tcMar>
            <w:vAlign w:val="center"/>
          </w:tcPr>
          <w:p w14:paraId="1AE19045" w14:textId="77777777" w:rsidR="008F1D3A" w:rsidRPr="008F1D3A" w:rsidRDefault="008F1D3A" w:rsidP="00AB1D9A">
            <w:pPr>
              <w:spacing w:line="240" w:lineRule="auto"/>
              <w:rPr>
                <w:sz w:val="18"/>
                <w:szCs w:val="18"/>
              </w:rPr>
            </w:pPr>
            <w:r w:rsidRPr="008F1D3A">
              <w:rPr>
                <w:sz w:val="18"/>
                <w:szCs w:val="18"/>
              </w:rPr>
              <w:t>0.820</w:t>
            </w:r>
          </w:p>
        </w:tc>
        <w:tc>
          <w:tcPr>
            <w:tcW w:w="1701" w:type="dxa"/>
            <w:tcMar>
              <w:top w:w="70" w:type="dxa"/>
              <w:left w:w="90" w:type="dxa"/>
              <w:bottom w:w="70" w:type="dxa"/>
              <w:right w:w="90" w:type="dxa"/>
            </w:tcMar>
            <w:vAlign w:val="center"/>
          </w:tcPr>
          <w:p w14:paraId="5A685F43" w14:textId="77777777" w:rsidR="008F1D3A" w:rsidRPr="008F1D3A" w:rsidRDefault="008F1D3A" w:rsidP="00AB1D9A">
            <w:pPr>
              <w:spacing w:line="240" w:lineRule="auto"/>
              <w:rPr>
                <w:sz w:val="18"/>
                <w:szCs w:val="18"/>
              </w:rPr>
            </w:pPr>
            <w:r w:rsidRPr="008F1D3A">
              <w:rPr>
                <w:sz w:val="18"/>
                <w:szCs w:val="18"/>
              </w:rPr>
              <w:t>0.581</w:t>
            </w:r>
          </w:p>
        </w:tc>
        <w:tc>
          <w:tcPr>
            <w:tcW w:w="1842" w:type="dxa"/>
            <w:tcMar>
              <w:top w:w="70" w:type="dxa"/>
              <w:left w:w="90" w:type="dxa"/>
              <w:bottom w:w="70" w:type="dxa"/>
              <w:right w:w="90" w:type="dxa"/>
            </w:tcMar>
            <w:vAlign w:val="center"/>
          </w:tcPr>
          <w:p w14:paraId="711B7005" w14:textId="77777777" w:rsidR="008F1D3A" w:rsidRPr="008F1D3A" w:rsidRDefault="008F1D3A" w:rsidP="00AB1D9A">
            <w:pPr>
              <w:spacing w:line="240" w:lineRule="auto"/>
              <w:rPr>
                <w:sz w:val="18"/>
                <w:szCs w:val="18"/>
              </w:rPr>
            </w:pPr>
            <w:r w:rsidRPr="008F1D3A">
              <w:rPr>
                <w:sz w:val="18"/>
                <w:szCs w:val="18"/>
              </w:rPr>
              <w:t>1.000</w:t>
            </w:r>
          </w:p>
        </w:tc>
        <w:tc>
          <w:tcPr>
            <w:tcW w:w="3037" w:type="dxa"/>
            <w:tcMar>
              <w:top w:w="70" w:type="dxa"/>
              <w:left w:w="90" w:type="dxa"/>
              <w:bottom w:w="70" w:type="dxa"/>
              <w:right w:w="90" w:type="dxa"/>
            </w:tcMar>
            <w:vAlign w:val="center"/>
          </w:tcPr>
          <w:p w14:paraId="44A5521F" w14:textId="77777777" w:rsidR="008F1D3A" w:rsidRPr="008F1D3A" w:rsidRDefault="008F1D3A" w:rsidP="00AB1D9A">
            <w:pPr>
              <w:spacing w:line="240" w:lineRule="auto"/>
              <w:rPr>
                <w:sz w:val="18"/>
                <w:szCs w:val="18"/>
              </w:rPr>
            </w:pPr>
            <w:r w:rsidRPr="008F1D3A">
              <w:rPr>
                <w:sz w:val="18"/>
                <w:szCs w:val="18"/>
              </w:rPr>
              <w:t>0/50</w:t>
            </w:r>
          </w:p>
        </w:tc>
      </w:tr>
      <w:tr w:rsidR="008F1D3A" w:rsidRPr="008F1D3A" w14:paraId="5B2564A5" w14:textId="77777777" w:rsidTr="00D36F1C">
        <w:trPr>
          <w:jc w:val="center"/>
        </w:trPr>
        <w:tc>
          <w:tcPr>
            <w:tcW w:w="2223" w:type="dxa"/>
            <w:tcMar>
              <w:top w:w="70" w:type="dxa"/>
              <w:left w:w="90" w:type="dxa"/>
              <w:bottom w:w="70" w:type="dxa"/>
              <w:right w:w="90" w:type="dxa"/>
            </w:tcMar>
            <w:vAlign w:val="center"/>
          </w:tcPr>
          <w:p w14:paraId="2C69276D" w14:textId="77777777" w:rsidR="008F1D3A" w:rsidRPr="008F1D3A" w:rsidRDefault="008F1D3A" w:rsidP="00AB1D9A">
            <w:pPr>
              <w:spacing w:line="240" w:lineRule="auto"/>
              <w:rPr>
                <w:sz w:val="18"/>
                <w:szCs w:val="18"/>
              </w:rPr>
            </w:pPr>
            <w:proofErr w:type="spellStart"/>
            <w:r w:rsidRPr="008F1D3A">
              <w:rPr>
                <w:sz w:val="18"/>
                <w:szCs w:val="18"/>
              </w:rPr>
              <w:t>sex</w:t>
            </w:r>
            <w:r w:rsidR="00937D6B">
              <w:rPr>
                <w:rFonts w:hint="eastAsia"/>
                <w:sz w:val="18"/>
                <w:szCs w:val="18"/>
                <w:lang w:eastAsia="zh-CN"/>
              </w:rPr>
              <w:t>_</w:t>
            </w:r>
            <w:r w:rsidRPr="008F1D3A">
              <w:rPr>
                <w:sz w:val="18"/>
                <w:szCs w:val="18"/>
              </w:rPr>
              <w:t>male</w:t>
            </w:r>
            <w:proofErr w:type="spellEnd"/>
          </w:p>
        </w:tc>
        <w:tc>
          <w:tcPr>
            <w:tcW w:w="1560" w:type="dxa"/>
            <w:tcMar>
              <w:top w:w="70" w:type="dxa"/>
              <w:left w:w="90" w:type="dxa"/>
              <w:bottom w:w="70" w:type="dxa"/>
              <w:right w:w="90" w:type="dxa"/>
            </w:tcMar>
            <w:vAlign w:val="center"/>
          </w:tcPr>
          <w:p w14:paraId="591A52CB" w14:textId="77777777" w:rsidR="008F1D3A" w:rsidRPr="008F1D3A" w:rsidRDefault="008F1D3A" w:rsidP="00AB1D9A">
            <w:pPr>
              <w:spacing w:line="240" w:lineRule="auto"/>
              <w:rPr>
                <w:sz w:val="18"/>
                <w:szCs w:val="18"/>
              </w:rPr>
            </w:pPr>
            <w:r w:rsidRPr="008F1D3A">
              <w:rPr>
                <w:sz w:val="18"/>
                <w:szCs w:val="18"/>
              </w:rPr>
              <w:t>0.062</w:t>
            </w:r>
          </w:p>
        </w:tc>
        <w:tc>
          <w:tcPr>
            <w:tcW w:w="1701" w:type="dxa"/>
            <w:tcMar>
              <w:top w:w="70" w:type="dxa"/>
              <w:left w:w="90" w:type="dxa"/>
              <w:bottom w:w="70" w:type="dxa"/>
              <w:right w:w="90" w:type="dxa"/>
            </w:tcMar>
            <w:vAlign w:val="center"/>
          </w:tcPr>
          <w:p w14:paraId="61E7198D" w14:textId="77777777" w:rsidR="008F1D3A" w:rsidRPr="008F1D3A" w:rsidRDefault="008F1D3A" w:rsidP="00AB1D9A">
            <w:pPr>
              <w:spacing w:line="240" w:lineRule="auto"/>
              <w:rPr>
                <w:sz w:val="18"/>
                <w:szCs w:val="18"/>
              </w:rPr>
            </w:pPr>
            <w:r w:rsidRPr="008F1D3A">
              <w:rPr>
                <w:sz w:val="18"/>
                <w:szCs w:val="18"/>
              </w:rPr>
              <w:t>0.052</w:t>
            </w:r>
          </w:p>
        </w:tc>
        <w:tc>
          <w:tcPr>
            <w:tcW w:w="1842" w:type="dxa"/>
            <w:tcMar>
              <w:top w:w="70" w:type="dxa"/>
              <w:left w:w="90" w:type="dxa"/>
              <w:bottom w:w="70" w:type="dxa"/>
              <w:right w:w="90" w:type="dxa"/>
            </w:tcMar>
            <w:vAlign w:val="center"/>
          </w:tcPr>
          <w:p w14:paraId="79CC0DF6" w14:textId="77777777" w:rsidR="008F1D3A" w:rsidRPr="008F1D3A" w:rsidRDefault="008F1D3A" w:rsidP="00AB1D9A">
            <w:pPr>
              <w:spacing w:line="240" w:lineRule="auto"/>
              <w:rPr>
                <w:sz w:val="18"/>
                <w:szCs w:val="18"/>
              </w:rPr>
            </w:pPr>
            <w:r w:rsidRPr="008F1D3A">
              <w:rPr>
                <w:sz w:val="18"/>
                <w:szCs w:val="18"/>
              </w:rPr>
              <w:t>0.075</w:t>
            </w:r>
          </w:p>
        </w:tc>
        <w:tc>
          <w:tcPr>
            <w:tcW w:w="3037" w:type="dxa"/>
            <w:tcMar>
              <w:top w:w="70" w:type="dxa"/>
              <w:left w:w="90" w:type="dxa"/>
              <w:bottom w:w="70" w:type="dxa"/>
              <w:right w:w="90" w:type="dxa"/>
            </w:tcMar>
            <w:vAlign w:val="center"/>
          </w:tcPr>
          <w:p w14:paraId="24408B1C" w14:textId="77777777" w:rsidR="008F1D3A" w:rsidRPr="008F1D3A" w:rsidRDefault="008F1D3A" w:rsidP="00AB1D9A">
            <w:pPr>
              <w:spacing w:line="240" w:lineRule="auto"/>
              <w:rPr>
                <w:sz w:val="18"/>
                <w:szCs w:val="18"/>
              </w:rPr>
            </w:pPr>
            <w:r w:rsidRPr="008F1D3A">
              <w:rPr>
                <w:sz w:val="18"/>
                <w:szCs w:val="18"/>
              </w:rPr>
              <w:t>0/50</w:t>
            </w:r>
          </w:p>
        </w:tc>
      </w:tr>
      <w:tr w:rsidR="008F1D3A" w:rsidRPr="008F1D3A" w14:paraId="067EBC76" w14:textId="77777777" w:rsidTr="00D36F1C">
        <w:trPr>
          <w:jc w:val="center"/>
        </w:trPr>
        <w:tc>
          <w:tcPr>
            <w:tcW w:w="2223" w:type="dxa"/>
            <w:tcMar>
              <w:top w:w="70" w:type="dxa"/>
              <w:left w:w="90" w:type="dxa"/>
              <w:bottom w:w="70" w:type="dxa"/>
              <w:right w:w="90" w:type="dxa"/>
            </w:tcMar>
            <w:vAlign w:val="center"/>
          </w:tcPr>
          <w:p w14:paraId="449305FA" w14:textId="77777777" w:rsidR="008F1D3A" w:rsidRPr="00937D6B" w:rsidRDefault="00937D6B" w:rsidP="00AB1D9A">
            <w:pPr>
              <w:spacing w:line="240" w:lineRule="auto"/>
              <w:rPr>
                <w:sz w:val="18"/>
                <w:szCs w:val="18"/>
                <w:lang w:eastAsia="zh-CN"/>
              </w:rPr>
            </w:pPr>
            <w:r w:rsidRPr="008F1D3A">
              <w:rPr>
                <w:sz w:val="18"/>
                <w:szCs w:val="18"/>
              </w:rPr>
              <w:t>S</w:t>
            </w:r>
            <w:r w:rsidR="008F1D3A" w:rsidRPr="008F1D3A">
              <w:rPr>
                <w:sz w:val="18"/>
                <w:szCs w:val="18"/>
              </w:rPr>
              <w:t>moking</w:t>
            </w:r>
          </w:p>
        </w:tc>
        <w:tc>
          <w:tcPr>
            <w:tcW w:w="1560" w:type="dxa"/>
            <w:tcMar>
              <w:top w:w="70" w:type="dxa"/>
              <w:left w:w="90" w:type="dxa"/>
              <w:bottom w:w="70" w:type="dxa"/>
              <w:right w:w="90" w:type="dxa"/>
            </w:tcMar>
            <w:vAlign w:val="center"/>
          </w:tcPr>
          <w:p w14:paraId="57592135" w14:textId="77777777" w:rsidR="008F1D3A" w:rsidRPr="008F1D3A" w:rsidRDefault="008F1D3A" w:rsidP="00AB1D9A">
            <w:pPr>
              <w:spacing w:line="240" w:lineRule="auto"/>
              <w:rPr>
                <w:sz w:val="18"/>
                <w:szCs w:val="18"/>
              </w:rPr>
            </w:pPr>
            <w:r w:rsidRPr="008F1D3A">
              <w:rPr>
                <w:sz w:val="18"/>
                <w:szCs w:val="18"/>
              </w:rPr>
              <w:t>0.353</w:t>
            </w:r>
          </w:p>
        </w:tc>
        <w:tc>
          <w:tcPr>
            <w:tcW w:w="1701" w:type="dxa"/>
            <w:tcMar>
              <w:top w:w="70" w:type="dxa"/>
              <w:left w:w="90" w:type="dxa"/>
              <w:bottom w:w="70" w:type="dxa"/>
              <w:right w:w="90" w:type="dxa"/>
            </w:tcMar>
            <w:vAlign w:val="center"/>
          </w:tcPr>
          <w:p w14:paraId="115BE2D8" w14:textId="77777777" w:rsidR="008F1D3A" w:rsidRPr="008F1D3A" w:rsidRDefault="008F1D3A" w:rsidP="00AB1D9A">
            <w:pPr>
              <w:spacing w:line="240" w:lineRule="auto"/>
              <w:rPr>
                <w:sz w:val="18"/>
                <w:szCs w:val="18"/>
              </w:rPr>
            </w:pPr>
            <w:r w:rsidRPr="008F1D3A">
              <w:rPr>
                <w:sz w:val="18"/>
                <w:szCs w:val="18"/>
              </w:rPr>
              <w:t>0.316</w:t>
            </w:r>
          </w:p>
        </w:tc>
        <w:tc>
          <w:tcPr>
            <w:tcW w:w="1842" w:type="dxa"/>
            <w:tcMar>
              <w:top w:w="70" w:type="dxa"/>
              <w:left w:w="90" w:type="dxa"/>
              <w:bottom w:w="70" w:type="dxa"/>
              <w:right w:w="90" w:type="dxa"/>
            </w:tcMar>
            <w:vAlign w:val="center"/>
          </w:tcPr>
          <w:p w14:paraId="0D1A443A" w14:textId="77777777" w:rsidR="008F1D3A" w:rsidRPr="008F1D3A" w:rsidRDefault="008F1D3A" w:rsidP="00AB1D9A">
            <w:pPr>
              <w:spacing w:line="240" w:lineRule="auto"/>
              <w:rPr>
                <w:sz w:val="18"/>
                <w:szCs w:val="18"/>
              </w:rPr>
            </w:pPr>
            <w:r w:rsidRPr="008F1D3A">
              <w:rPr>
                <w:sz w:val="18"/>
                <w:szCs w:val="18"/>
              </w:rPr>
              <w:t>0.371</w:t>
            </w:r>
          </w:p>
        </w:tc>
        <w:tc>
          <w:tcPr>
            <w:tcW w:w="3037" w:type="dxa"/>
            <w:tcMar>
              <w:top w:w="70" w:type="dxa"/>
              <w:left w:w="90" w:type="dxa"/>
              <w:bottom w:w="70" w:type="dxa"/>
              <w:right w:w="90" w:type="dxa"/>
            </w:tcMar>
            <w:vAlign w:val="center"/>
          </w:tcPr>
          <w:p w14:paraId="43B80AAF" w14:textId="77777777" w:rsidR="008F1D3A" w:rsidRPr="008F1D3A" w:rsidRDefault="008F1D3A" w:rsidP="00AB1D9A">
            <w:pPr>
              <w:spacing w:line="240" w:lineRule="auto"/>
              <w:rPr>
                <w:sz w:val="18"/>
                <w:szCs w:val="18"/>
              </w:rPr>
            </w:pPr>
            <w:r w:rsidRPr="008F1D3A">
              <w:rPr>
                <w:sz w:val="18"/>
                <w:szCs w:val="18"/>
              </w:rPr>
              <w:t>0/50</w:t>
            </w:r>
          </w:p>
        </w:tc>
      </w:tr>
    </w:tbl>
    <w:p w14:paraId="4710A906" w14:textId="77777777" w:rsidR="00B96B85" w:rsidRDefault="00B96B85" w:rsidP="00B96B85">
      <w:pPr>
        <w:jc w:val="both"/>
        <w:rPr>
          <w:lang w:eastAsia="zh-CN"/>
        </w:rPr>
      </w:pPr>
    </w:p>
    <w:p w14:paraId="653120D2" w14:textId="0ED5F8F2" w:rsidR="002778C9" w:rsidRPr="001C1CFA" w:rsidRDefault="00093123" w:rsidP="00B96B85">
      <w:pPr>
        <w:jc w:val="both"/>
        <w:rPr>
          <w:i/>
          <w:iCs/>
          <w:szCs w:val="24"/>
          <w:lang w:eastAsia="zh-CN"/>
        </w:rPr>
      </w:pPr>
      <w:r w:rsidRPr="00093123">
        <w:rPr>
          <w:i/>
          <w:iCs/>
          <w:szCs w:val="24"/>
          <w:lang w:eastAsia="zh-CN"/>
        </w:rPr>
        <w:t xml:space="preserve">Note: Schoenfeld-residual tests were performed separately in all 50 imputed datasets. P values were summarized using the median, minimum, maximum and number of datasets with P&lt;0.05, rather than combined using Rubin’s rules. ALBI, albumin–bilirubin; BMI, body mass index; LnCRP, natural logarithm of CRP; GRACE, </w:t>
      </w:r>
      <w:r w:rsidR="0082696E">
        <w:rPr>
          <w:rFonts w:eastAsia="宋体" w:hint="eastAsia"/>
          <w:i/>
          <w:iCs/>
          <w:szCs w:val="24"/>
          <w:lang w:eastAsia="zh-CN"/>
        </w:rPr>
        <w:t>G</w:t>
      </w:r>
      <w:r w:rsidRPr="00093123">
        <w:rPr>
          <w:i/>
          <w:iCs/>
          <w:szCs w:val="24"/>
          <w:lang w:eastAsia="zh-CN"/>
        </w:rPr>
        <w:t xml:space="preserve">lobal </w:t>
      </w:r>
      <w:r w:rsidR="0082696E">
        <w:rPr>
          <w:rFonts w:eastAsia="宋体" w:hint="eastAsia"/>
          <w:i/>
          <w:iCs/>
          <w:szCs w:val="24"/>
          <w:lang w:eastAsia="zh-CN"/>
        </w:rPr>
        <w:t>R</w:t>
      </w:r>
      <w:r w:rsidRPr="00093123">
        <w:rPr>
          <w:i/>
          <w:iCs/>
          <w:szCs w:val="24"/>
          <w:lang w:eastAsia="zh-CN"/>
        </w:rPr>
        <w:t xml:space="preserve">egistry of </w:t>
      </w:r>
      <w:r w:rsidR="0082696E">
        <w:rPr>
          <w:rFonts w:eastAsia="宋体" w:hint="eastAsia"/>
          <w:i/>
          <w:iCs/>
          <w:szCs w:val="24"/>
          <w:lang w:eastAsia="zh-CN"/>
        </w:rPr>
        <w:t>A</w:t>
      </w:r>
      <w:r w:rsidRPr="00093123">
        <w:rPr>
          <w:i/>
          <w:iCs/>
          <w:szCs w:val="24"/>
          <w:lang w:eastAsia="zh-CN"/>
        </w:rPr>
        <w:t xml:space="preserve">cute </w:t>
      </w:r>
      <w:r w:rsidR="0082696E">
        <w:rPr>
          <w:rFonts w:eastAsia="宋体" w:hint="eastAsia"/>
          <w:i/>
          <w:iCs/>
          <w:szCs w:val="24"/>
          <w:lang w:eastAsia="zh-CN"/>
        </w:rPr>
        <w:t>C</w:t>
      </w:r>
      <w:r w:rsidRPr="00093123">
        <w:rPr>
          <w:i/>
          <w:iCs/>
          <w:szCs w:val="24"/>
          <w:lang w:eastAsia="zh-CN"/>
        </w:rPr>
        <w:t xml:space="preserve">oronary </w:t>
      </w:r>
      <w:r w:rsidR="0082696E">
        <w:rPr>
          <w:rFonts w:eastAsia="宋体" w:hint="eastAsia"/>
          <w:i/>
          <w:iCs/>
          <w:szCs w:val="24"/>
          <w:lang w:eastAsia="zh-CN"/>
        </w:rPr>
        <w:t>E</w:t>
      </w:r>
      <w:r w:rsidRPr="00093123">
        <w:rPr>
          <w:i/>
          <w:iCs/>
          <w:szCs w:val="24"/>
          <w:lang w:eastAsia="zh-CN"/>
        </w:rPr>
        <w:t>vents; LDL-C, low-density lipoprotein cholesterol.</w:t>
      </w:r>
    </w:p>
    <w:p w14:paraId="28C509BB" w14:textId="77777777" w:rsidR="00907498" w:rsidRPr="00815FDD" w:rsidRDefault="00093123" w:rsidP="00093123">
      <w:pPr>
        <w:keepNext/>
        <w:spacing w:before="240" w:after="100"/>
        <w:rPr>
          <w:b/>
          <w:szCs w:val="24"/>
          <w:lang w:eastAsia="zh-CN"/>
        </w:rPr>
      </w:pPr>
      <w:r w:rsidRPr="00093123">
        <w:rPr>
          <w:b/>
          <w:szCs w:val="24"/>
        </w:rPr>
        <w:lastRenderedPageBreak/>
        <w:t>Supplementary Table S3</w:t>
      </w:r>
      <w:r w:rsidR="00815FDD">
        <w:rPr>
          <w:rFonts w:hint="eastAsia"/>
          <w:b/>
          <w:szCs w:val="24"/>
          <w:lang w:eastAsia="zh-CN"/>
        </w:rPr>
        <w:t>.</w:t>
      </w:r>
      <w:r w:rsidRPr="00093123">
        <w:rPr>
          <w:b/>
          <w:szCs w:val="24"/>
        </w:rPr>
        <w:t xml:space="preserve"> Variance inflation factor assessment</w:t>
      </w:r>
      <w:r w:rsidR="00815FDD">
        <w:rPr>
          <w:rFonts w:hint="eastAsia"/>
          <w:b/>
          <w:szCs w:val="24"/>
          <w:lang w:eastAsia="zh-CN"/>
        </w:rPr>
        <w:t>.</w:t>
      </w:r>
    </w:p>
    <w:tbl>
      <w:tblPr>
        <w:tblStyle w:val="aff1"/>
        <w:tblW w:w="0" w:type="auto"/>
        <w:jc w:val="center"/>
        <w:tblLayout w:type="fixed"/>
        <w:tblLook w:val="04A0" w:firstRow="1" w:lastRow="0" w:firstColumn="1" w:lastColumn="0" w:noHBand="0" w:noVBand="1"/>
      </w:tblPr>
      <w:tblGrid>
        <w:gridCol w:w="2295"/>
        <w:gridCol w:w="1124"/>
        <w:gridCol w:w="3554"/>
      </w:tblGrid>
      <w:tr w:rsidR="00093123" w14:paraId="3B1243E0" w14:textId="77777777" w:rsidTr="00D36F1C">
        <w:trPr>
          <w:tblHeader/>
          <w:jc w:val="center"/>
        </w:trPr>
        <w:tc>
          <w:tcPr>
            <w:tcW w:w="2295" w:type="dxa"/>
            <w:shd w:val="clear" w:color="auto" w:fill="D9EAF7"/>
            <w:tcMar>
              <w:top w:w="70" w:type="dxa"/>
              <w:left w:w="90" w:type="dxa"/>
              <w:bottom w:w="70" w:type="dxa"/>
              <w:right w:w="90" w:type="dxa"/>
            </w:tcMar>
            <w:vAlign w:val="center"/>
          </w:tcPr>
          <w:p w14:paraId="2A1324ED" w14:textId="77777777" w:rsidR="00093123" w:rsidRDefault="00093123" w:rsidP="00AB1D9A">
            <w:pPr>
              <w:spacing w:line="240" w:lineRule="auto"/>
            </w:pPr>
            <w:r>
              <w:rPr>
                <w:b/>
                <w:sz w:val="18"/>
              </w:rPr>
              <w:t>Variable</w:t>
            </w:r>
          </w:p>
        </w:tc>
        <w:tc>
          <w:tcPr>
            <w:tcW w:w="1124" w:type="dxa"/>
            <w:shd w:val="clear" w:color="auto" w:fill="D9EAF7"/>
            <w:tcMar>
              <w:top w:w="70" w:type="dxa"/>
              <w:left w:w="90" w:type="dxa"/>
              <w:bottom w:w="70" w:type="dxa"/>
              <w:right w:w="90" w:type="dxa"/>
            </w:tcMar>
            <w:vAlign w:val="center"/>
          </w:tcPr>
          <w:p w14:paraId="3B7C5158" w14:textId="77777777" w:rsidR="00093123" w:rsidRDefault="00093123" w:rsidP="00AB1D9A">
            <w:pPr>
              <w:spacing w:line="240" w:lineRule="auto"/>
            </w:pPr>
            <w:r>
              <w:rPr>
                <w:b/>
                <w:sz w:val="18"/>
              </w:rPr>
              <w:t>VIF</w:t>
            </w:r>
          </w:p>
        </w:tc>
        <w:tc>
          <w:tcPr>
            <w:tcW w:w="3554" w:type="dxa"/>
            <w:shd w:val="clear" w:color="auto" w:fill="D9EAF7"/>
            <w:tcMar>
              <w:top w:w="70" w:type="dxa"/>
              <w:left w:w="90" w:type="dxa"/>
              <w:bottom w:w="70" w:type="dxa"/>
              <w:right w:w="90" w:type="dxa"/>
            </w:tcMar>
            <w:vAlign w:val="center"/>
          </w:tcPr>
          <w:p w14:paraId="2B496E1E" w14:textId="77777777" w:rsidR="00093123" w:rsidRDefault="008E6F3B" w:rsidP="00AB1D9A">
            <w:pPr>
              <w:spacing w:line="240" w:lineRule="auto"/>
              <w:rPr>
                <w:lang w:eastAsia="zh-CN"/>
              </w:rPr>
            </w:pPr>
            <w:r>
              <w:rPr>
                <w:rFonts w:hint="eastAsia"/>
                <w:b/>
                <w:sz w:val="18"/>
                <w:lang w:eastAsia="zh-CN"/>
              </w:rPr>
              <w:t>A</w:t>
            </w:r>
            <w:r w:rsidRPr="008E6F3B">
              <w:rPr>
                <w:b/>
                <w:sz w:val="18"/>
              </w:rPr>
              <w:t>ssessment</w:t>
            </w:r>
          </w:p>
        </w:tc>
      </w:tr>
      <w:tr w:rsidR="00093123" w14:paraId="64FAA57E" w14:textId="77777777" w:rsidTr="00D36F1C">
        <w:trPr>
          <w:jc w:val="center"/>
        </w:trPr>
        <w:tc>
          <w:tcPr>
            <w:tcW w:w="2295" w:type="dxa"/>
            <w:tcMar>
              <w:top w:w="70" w:type="dxa"/>
              <w:left w:w="90" w:type="dxa"/>
              <w:bottom w:w="70" w:type="dxa"/>
              <w:right w:w="90" w:type="dxa"/>
            </w:tcMar>
            <w:vAlign w:val="center"/>
          </w:tcPr>
          <w:p w14:paraId="46C2AD16" w14:textId="77777777" w:rsidR="00093123" w:rsidRDefault="00093123" w:rsidP="00AB1D9A">
            <w:pPr>
              <w:spacing w:line="240" w:lineRule="auto"/>
            </w:pPr>
            <w:r>
              <w:rPr>
                <w:sz w:val="18"/>
              </w:rPr>
              <w:t>ALBI</w:t>
            </w:r>
          </w:p>
        </w:tc>
        <w:tc>
          <w:tcPr>
            <w:tcW w:w="1124" w:type="dxa"/>
            <w:tcMar>
              <w:top w:w="70" w:type="dxa"/>
              <w:left w:w="90" w:type="dxa"/>
              <w:bottom w:w="70" w:type="dxa"/>
              <w:right w:w="90" w:type="dxa"/>
            </w:tcMar>
            <w:vAlign w:val="center"/>
          </w:tcPr>
          <w:p w14:paraId="3576EE20" w14:textId="77777777" w:rsidR="00093123" w:rsidRDefault="00093123" w:rsidP="00AB1D9A">
            <w:pPr>
              <w:spacing w:line="240" w:lineRule="auto"/>
            </w:pPr>
            <w:r>
              <w:rPr>
                <w:sz w:val="18"/>
              </w:rPr>
              <w:t>1.30</w:t>
            </w:r>
          </w:p>
        </w:tc>
        <w:tc>
          <w:tcPr>
            <w:tcW w:w="3554" w:type="dxa"/>
            <w:tcMar>
              <w:top w:w="70" w:type="dxa"/>
              <w:left w:w="90" w:type="dxa"/>
              <w:bottom w:w="70" w:type="dxa"/>
              <w:right w:w="90" w:type="dxa"/>
            </w:tcMar>
            <w:vAlign w:val="center"/>
          </w:tcPr>
          <w:p w14:paraId="2E99FFE4" w14:textId="77777777" w:rsidR="00093123" w:rsidRDefault="00093123" w:rsidP="00AB1D9A">
            <w:pPr>
              <w:spacing w:line="240" w:lineRule="auto"/>
            </w:pPr>
            <w:r>
              <w:rPr>
                <w:sz w:val="18"/>
              </w:rPr>
              <w:t>No apparent multicollinearity (VIF&lt;5)</w:t>
            </w:r>
          </w:p>
        </w:tc>
      </w:tr>
      <w:tr w:rsidR="00093123" w14:paraId="7D149899" w14:textId="77777777" w:rsidTr="00D36F1C">
        <w:trPr>
          <w:jc w:val="center"/>
        </w:trPr>
        <w:tc>
          <w:tcPr>
            <w:tcW w:w="2295" w:type="dxa"/>
            <w:tcMar>
              <w:top w:w="70" w:type="dxa"/>
              <w:left w:w="90" w:type="dxa"/>
              <w:bottom w:w="70" w:type="dxa"/>
              <w:right w:w="90" w:type="dxa"/>
            </w:tcMar>
            <w:vAlign w:val="center"/>
          </w:tcPr>
          <w:p w14:paraId="7EABC08A" w14:textId="77777777" w:rsidR="00093123" w:rsidRDefault="00093123" w:rsidP="00AB1D9A">
            <w:pPr>
              <w:spacing w:line="240" w:lineRule="auto"/>
            </w:pPr>
            <w:r>
              <w:rPr>
                <w:sz w:val="18"/>
              </w:rPr>
              <w:t>Sex (male)</w:t>
            </w:r>
          </w:p>
        </w:tc>
        <w:tc>
          <w:tcPr>
            <w:tcW w:w="1124" w:type="dxa"/>
            <w:tcMar>
              <w:top w:w="70" w:type="dxa"/>
              <w:left w:w="90" w:type="dxa"/>
              <w:bottom w:w="70" w:type="dxa"/>
              <w:right w:w="90" w:type="dxa"/>
            </w:tcMar>
            <w:vAlign w:val="center"/>
          </w:tcPr>
          <w:p w14:paraId="1E06724F" w14:textId="77777777" w:rsidR="00093123" w:rsidRDefault="00093123" w:rsidP="00AB1D9A">
            <w:pPr>
              <w:spacing w:line="240" w:lineRule="auto"/>
            </w:pPr>
            <w:r>
              <w:rPr>
                <w:sz w:val="18"/>
              </w:rPr>
              <w:t>1.60</w:t>
            </w:r>
          </w:p>
        </w:tc>
        <w:tc>
          <w:tcPr>
            <w:tcW w:w="3554" w:type="dxa"/>
            <w:tcMar>
              <w:top w:w="70" w:type="dxa"/>
              <w:left w:w="90" w:type="dxa"/>
              <w:bottom w:w="70" w:type="dxa"/>
              <w:right w:w="90" w:type="dxa"/>
            </w:tcMar>
            <w:vAlign w:val="center"/>
          </w:tcPr>
          <w:p w14:paraId="785C040F" w14:textId="77777777" w:rsidR="00093123" w:rsidRDefault="00093123" w:rsidP="00AB1D9A">
            <w:pPr>
              <w:spacing w:line="240" w:lineRule="auto"/>
            </w:pPr>
            <w:r>
              <w:rPr>
                <w:sz w:val="18"/>
              </w:rPr>
              <w:t>No apparent multicollinearity (VIF&lt;5)</w:t>
            </w:r>
          </w:p>
        </w:tc>
      </w:tr>
      <w:tr w:rsidR="00093123" w14:paraId="1EF28121" w14:textId="77777777" w:rsidTr="00D36F1C">
        <w:trPr>
          <w:jc w:val="center"/>
        </w:trPr>
        <w:tc>
          <w:tcPr>
            <w:tcW w:w="2295" w:type="dxa"/>
            <w:tcMar>
              <w:top w:w="70" w:type="dxa"/>
              <w:left w:w="90" w:type="dxa"/>
              <w:bottom w:w="70" w:type="dxa"/>
              <w:right w:w="90" w:type="dxa"/>
            </w:tcMar>
            <w:vAlign w:val="center"/>
          </w:tcPr>
          <w:p w14:paraId="1A2F2E2E" w14:textId="77777777" w:rsidR="00093123" w:rsidRDefault="00093123" w:rsidP="00AB1D9A">
            <w:pPr>
              <w:spacing w:line="240" w:lineRule="auto"/>
            </w:pPr>
            <w:r>
              <w:rPr>
                <w:sz w:val="18"/>
              </w:rPr>
              <w:t>Hypertension</w:t>
            </w:r>
          </w:p>
        </w:tc>
        <w:tc>
          <w:tcPr>
            <w:tcW w:w="1124" w:type="dxa"/>
            <w:tcMar>
              <w:top w:w="70" w:type="dxa"/>
              <w:left w:w="90" w:type="dxa"/>
              <w:bottom w:w="70" w:type="dxa"/>
              <w:right w:w="90" w:type="dxa"/>
            </w:tcMar>
            <w:vAlign w:val="center"/>
          </w:tcPr>
          <w:p w14:paraId="1F0B5349" w14:textId="77777777" w:rsidR="00093123" w:rsidRDefault="00093123" w:rsidP="00AB1D9A">
            <w:pPr>
              <w:spacing w:line="240" w:lineRule="auto"/>
            </w:pPr>
            <w:r>
              <w:rPr>
                <w:sz w:val="18"/>
              </w:rPr>
              <w:t>1.17</w:t>
            </w:r>
          </w:p>
        </w:tc>
        <w:tc>
          <w:tcPr>
            <w:tcW w:w="3554" w:type="dxa"/>
            <w:tcMar>
              <w:top w:w="70" w:type="dxa"/>
              <w:left w:w="90" w:type="dxa"/>
              <w:bottom w:w="70" w:type="dxa"/>
              <w:right w:w="90" w:type="dxa"/>
            </w:tcMar>
            <w:vAlign w:val="center"/>
          </w:tcPr>
          <w:p w14:paraId="1086D052" w14:textId="77777777" w:rsidR="00093123" w:rsidRDefault="00093123" w:rsidP="00AB1D9A">
            <w:pPr>
              <w:spacing w:line="240" w:lineRule="auto"/>
            </w:pPr>
            <w:r>
              <w:rPr>
                <w:sz w:val="18"/>
              </w:rPr>
              <w:t>No apparent multicollinearity (VIF&lt;5)</w:t>
            </w:r>
          </w:p>
        </w:tc>
      </w:tr>
      <w:tr w:rsidR="00093123" w14:paraId="73E7B56F" w14:textId="77777777" w:rsidTr="00D36F1C">
        <w:trPr>
          <w:jc w:val="center"/>
        </w:trPr>
        <w:tc>
          <w:tcPr>
            <w:tcW w:w="2295" w:type="dxa"/>
            <w:tcMar>
              <w:top w:w="70" w:type="dxa"/>
              <w:left w:w="90" w:type="dxa"/>
              <w:bottom w:w="70" w:type="dxa"/>
              <w:right w:w="90" w:type="dxa"/>
            </w:tcMar>
            <w:vAlign w:val="center"/>
          </w:tcPr>
          <w:p w14:paraId="58509053" w14:textId="77777777" w:rsidR="00093123" w:rsidRDefault="00093123" w:rsidP="00AB1D9A">
            <w:pPr>
              <w:spacing w:line="240" w:lineRule="auto"/>
            </w:pPr>
            <w:r>
              <w:rPr>
                <w:sz w:val="18"/>
              </w:rPr>
              <w:t>Diabetes</w:t>
            </w:r>
          </w:p>
        </w:tc>
        <w:tc>
          <w:tcPr>
            <w:tcW w:w="1124" w:type="dxa"/>
            <w:tcMar>
              <w:top w:w="70" w:type="dxa"/>
              <w:left w:w="90" w:type="dxa"/>
              <w:bottom w:w="70" w:type="dxa"/>
              <w:right w:w="90" w:type="dxa"/>
            </w:tcMar>
            <w:vAlign w:val="center"/>
          </w:tcPr>
          <w:p w14:paraId="25BDA8FB" w14:textId="77777777" w:rsidR="00093123" w:rsidRDefault="00093123" w:rsidP="00AB1D9A">
            <w:pPr>
              <w:spacing w:line="240" w:lineRule="auto"/>
            </w:pPr>
            <w:r>
              <w:rPr>
                <w:sz w:val="18"/>
              </w:rPr>
              <w:t>1.10</w:t>
            </w:r>
          </w:p>
        </w:tc>
        <w:tc>
          <w:tcPr>
            <w:tcW w:w="3554" w:type="dxa"/>
            <w:tcMar>
              <w:top w:w="70" w:type="dxa"/>
              <w:left w:w="90" w:type="dxa"/>
              <w:bottom w:w="70" w:type="dxa"/>
              <w:right w:w="90" w:type="dxa"/>
            </w:tcMar>
            <w:vAlign w:val="center"/>
          </w:tcPr>
          <w:p w14:paraId="78085D14" w14:textId="77777777" w:rsidR="00093123" w:rsidRDefault="00093123" w:rsidP="00AB1D9A">
            <w:pPr>
              <w:spacing w:line="240" w:lineRule="auto"/>
            </w:pPr>
            <w:r>
              <w:rPr>
                <w:sz w:val="18"/>
              </w:rPr>
              <w:t>No apparent multicollinearity (VIF&lt;5)</w:t>
            </w:r>
          </w:p>
        </w:tc>
      </w:tr>
      <w:tr w:rsidR="00093123" w14:paraId="6B344B08" w14:textId="77777777" w:rsidTr="00D36F1C">
        <w:trPr>
          <w:jc w:val="center"/>
        </w:trPr>
        <w:tc>
          <w:tcPr>
            <w:tcW w:w="2295" w:type="dxa"/>
            <w:tcMar>
              <w:top w:w="70" w:type="dxa"/>
              <w:left w:w="90" w:type="dxa"/>
              <w:bottom w:w="70" w:type="dxa"/>
              <w:right w:w="90" w:type="dxa"/>
            </w:tcMar>
            <w:vAlign w:val="center"/>
          </w:tcPr>
          <w:p w14:paraId="1B285631" w14:textId="77777777" w:rsidR="00093123" w:rsidRDefault="00093123" w:rsidP="00AB1D9A">
            <w:pPr>
              <w:spacing w:line="240" w:lineRule="auto"/>
            </w:pPr>
            <w:r>
              <w:rPr>
                <w:sz w:val="18"/>
              </w:rPr>
              <w:t>Smoking</w:t>
            </w:r>
          </w:p>
        </w:tc>
        <w:tc>
          <w:tcPr>
            <w:tcW w:w="1124" w:type="dxa"/>
            <w:tcMar>
              <w:top w:w="70" w:type="dxa"/>
              <w:left w:w="90" w:type="dxa"/>
              <w:bottom w:w="70" w:type="dxa"/>
              <w:right w:w="90" w:type="dxa"/>
            </w:tcMar>
            <w:vAlign w:val="center"/>
          </w:tcPr>
          <w:p w14:paraId="757F5ACF" w14:textId="77777777" w:rsidR="00093123" w:rsidRDefault="00093123" w:rsidP="00AB1D9A">
            <w:pPr>
              <w:spacing w:line="240" w:lineRule="auto"/>
            </w:pPr>
            <w:r>
              <w:rPr>
                <w:sz w:val="18"/>
              </w:rPr>
              <w:t>1.41</w:t>
            </w:r>
          </w:p>
        </w:tc>
        <w:tc>
          <w:tcPr>
            <w:tcW w:w="3554" w:type="dxa"/>
            <w:tcMar>
              <w:top w:w="70" w:type="dxa"/>
              <w:left w:w="90" w:type="dxa"/>
              <w:bottom w:w="70" w:type="dxa"/>
              <w:right w:w="90" w:type="dxa"/>
            </w:tcMar>
            <w:vAlign w:val="center"/>
          </w:tcPr>
          <w:p w14:paraId="31CB9C34" w14:textId="77777777" w:rsidR="00093123" w:rsidRDefault="00093123" w:rsidP="00AB1D9A">
            <w:pPr>
              <w:spacing w:line="240" w:lineRule="auto"/>
            </w:pPr>
            <w:r>
              <w:rPr>
                <w:sz w:val="18"/>
              </w:rPr>
              <w:t>No apparent multicollinearity (VIF&lt;5)</w:t>
            </w:r>
          </w:p>
        </w:tc>
      </w:tr>
      <w:tr w:rsidR="00093123" w14:paraId="1432581B" w14:textId="77777777" w:rsidTr="00D36F1C">
        <w:trPr>
          <w:jc w:val="center"/>
        </w:trPr>
        <w:tc>
          <w:tcPr>
            <w:tcW w:w="2295" w:type="dxa"/>
            <w:tcMar>
              <w:top w:w="70" w:type="dxa"/>
              <w:left w:w="90" w:type="dxa"/>
              <w:bottom w:w="70" w:type="dxa"/>
              <w:right w:w="90" w:type="dxa"/>
            </w:tcMar>
            <w:vAlign w:val="center"/>
          </w:tcPr>
          <w:p w14:paraId="502F716F" w14:textId="77777777" w:rsidR="00093123" w:rsidRPr="008E6F3B" w:rsidRDefault="00093123" w:rsidP="00AB1D9A">
            <w:pPr>
              <w:spacing w:line="240" w:lineRule="auto"/>
              <w:rPr>
                <w:lang w:eastAsia="zh-CN"/>
              </w:rPr>
            </w:pPr>
            <w:r>
              <w:rPr>
                <w:sz w:val="18"/>
              </w:rPr>
              <w:t xml:space="preserve">Alcohol </w:t>
            </w:r>
            <w:r w:rsidR="008E6F3B" w:rsidRPr="00582A7A">
              <w:rPr>
                <w:sz w:val="18"/>
                <w:szCs w:val="18"/>
              </w:rPr>
              <w:t>consumption</w:t>
            </w:r>
          </w:p>
        </w:tc>
        <w:tc>
          <w:tcPr>
            <w:tcW w:w="1124" w:type="dxa"/>
            <w:tcMar>
              <w:top w:w="70" w:type="dxa"/>
              <w:left w:w="90" w:type="dxa"/>
              <w:bottom w:w="70" w:type="dxa"/>
              <w:right w:w="90" w:type="dxa"/>
            </w:tcMar>
            <w:vAlign w:val="center"/>
          </w:tcPr>
          <w:p w14:paraId="471F8F28" w14:textId="77777777" w:rsidR="00093123" w:rsidRDefault="00093123" w:rsidP="00AB1D9A">
            <w:pPr>
              <w:spacing w:line="240" w:lineRule="auto"/>
            </w:pPr>
            <w:r>
              <w:rPr>
                <w:sz w:val="18"/>
              </w:rPr>
              <w:t>1.18</w:t>
            </w:r>
          </w:p>
        </w:tc>
        <w:tc>
          <w:tcPr>
            <w:tcW w:w="3554" w:type="dxa"/>
            <w:tcMar>
              <w:top w:w="70" w:type="dxa"/>
              <w:left w:w="90" w:type="dxa"/>
              <w:bottom w:w="70" w:type="dxa"/>
              <w:right w:w="90" w:type="dxa"/>
            </w:tcMar>
            <w:vAlign w:val="center"/>
          </w:tcPr>
          <w:p w14:paraId="20C3D796" w14:textId="77777777" w:rsidR="00093123" w:rsidRDefault="00093123" w:rsidP="00AB1D9A">
            <w:pPr>
              <w:spacing w:line="240" w:lineRule="auto"/>
            </w:pPr>
            <w:r>
              <w:rPr>
                <w:sz w:val="18"/>
              </w:rPr>
              <w:t>No apparent multicollinearity (VIF&lt;5)</w:t>
            </w:r>
          </w:p>
        </w:tc>
      </w:tr>
      <w:tr w:rsidR="00093123" w14:paraId="6EA799B3" w14:textId="77777777" w:rsidTr="00D36F1C">
        <w:trPr>
          <w:jc w:val="center"/>
        </w:trPr>
        <w:tc>
          <w:tcPr>
            <w:tcW w:w="2295" w:type="dxa"/>
            <w:tcMar>
              <w:top w:w="70" w:type="dxa"/>
              <w:left w:w="90" w:type="dxa"/>
              <w:bottom w:w="70" w:type="dxa"/>
              <w:right w:w="90" w:type="dxa"/>
            </w:tcMar>
            <w:vAlign w:val="center"/>
          </w:tcPr>
          <w:p w14:paraId="6A6AC9A4" w14:textId="77777777" w:rsidR="00093123" w:rsidRDefault="00093123" w:rsidP="00AB1D9A">
            <w:pPr>
              <w:spacing w:line="240" w:lineRule="auto"/>
            </w:pPr>
            <w:r>
              <w:rPr>
                <w:sz w:val="18"/>
              </w:rPr>
              <w:t>Age</w:t>
            </w:r>
          </w:p>
        </w:tc>
        <w:tc>
          <w:tcPr>
            <w:tcW w:w="1124" w:type="dxa"/>
            <w:tcMar>
              <w:top w:w="70" w:type="dxa"/>
              <w:left w:w="90" w:type="dxa"/>
              <w:bottom w:w="70" w:type="dxa"/>
              <w:right w:w="90" w:type="dxa"/>
            </w:tcMar>
            <w:vAlign w:val="center"/>
          </w:tcPr>
          <w:p w14:paraId="1DC67D82" w14:textId="77777777" w:rsidR="00093123" w:rsidRDefault="00093123" w:rsidP="00AB1D9A">
            <w:pPr>
              <w:spacing w:line="240" w:lineRule="auto"/>
            </w:pPr>
            <w:r>
              <w:rPr>
                <w:sz w:val="18"/>
              </w:rPr>
              <w:t>2.42</w:t>
            </w:r>
          </w:p>
        </w:tc>
        <w:tc>
          <w:tcPr>
            <w:tcW w:w="3554" w:type="dxa"/>
            <w:tcMar>
              <w:top w:w="70" w:type="dxa"/>
              <w:left w:w="90" w:type="dxa"/>
              <w:bottom w:w="70" w:type="dxa"/>
              <w:right w:w="90" w:type="dxa"/>
            </w:tcMar>
            <w:vAlign w:val="center"/>
          </w:tcPr>
          <w:p w14:paraId="62C9B167" w14:textId="77777777" w:rsidR="00093123" w:rsidRDefault="00093123" w:rsidP="00AB1D9A">
            <w:pPr>
              <w:spacing w:line="240" w:lineRule="auto"/>
            </w:pPr>
            <w:r>
              <w:rPr>
                <w:sz w:val="18"/>
              </w:rPr>
              <w:t>No apparent multicollinearity (VIF&lt;5)</w:t>
            </w:r>
          </w:p>
        </w:tc>
      </w:tr>
      <w:tr w:rsidR="00093123" w14:paraId="2EC13B8E" w14:textId="77777777" w:rsidTr="00D36F1C">
        <w:trPr>
          <w:jc w:val="center"/>
        </w:trPr>
        <w:tc>
          <w:tcPr>
            <w:tcW w:w="2295" w:type="dxa"/>
            <w:tcMar>
              <w:top w:w="70" w:type="dxa"/>
              <w:left w:w="90" w:type="dxa"/>
              <w:bottom w:w="70" w:type="dxa"/>
              <w:right w:w="90" w:type="dxa"/>
            </w:tcMar>
            <w:vAlign w:val="center"/>
          </w:tcPr>
          <w:p w14:paraId="2EC06DB3" w14:textId="77777777" w:rsidR="00093123" w:rsidRDefault="00093123" w:rsidP="00AB1D9A">
            <w:pPr>
              <w:spacing w:line="240" w:lineRule="auto"/>
            </w:pPr>
            <w:proofErr w:type="spellStart"/>
            <w:r>
              <w:rPr>
                <w:sz w:val="18"/>
              </w:rPr>
              <w:t>LnCRP</w:t>
            </w:r>
            <w:proofErr w:type="spellEnd"/>
          </w:p>
        </w:tc>
        <w:tc>
          <w:tcPr>
            <w:tcW w:w="1124" w:type="dxa"/>
            <w:tcMar>
              <w:top w:w="70" w:type="dxa"/>
              <w:left w:w="90" w:type="dxa"/>
              <w:bottom w:w="70" w:type="dxa"/>
              <w:right w:w="90" w:type="dxa"/>
            </w:tcMar>
            <w:vAlign w:val="center"/>
          </w:tcPr>
          <w:p w14:paraId="273D47AB" w14:textId="77777777" w:rsidR="00093123" w:rsidRDefault="00093123" w:rsidP="00AB1D9A">
            <w:pPr>
              <w:spacing w:line="240" w:lineRule="auto"/>
            </w:pPr>
            <w:r>
              <w:rPr>
                <w:sz w:val="18"/>
              </w:rPr>
              <w:t>1.23</w:t>
            </w:r>
          </w:p>
        </w:tc>
        <w:tc>
          <w:tcPr>
            <w:tcW w:w="3554" w:type="dxa"/>
            <w:tcMar>
              <w:top w:w="70" w:type="dxa"/>
              <w:left w:w="90" w:type="dxa"/>
              <w:bottom w:w="70" w:type="dxa"/>
              <w:right w:w="90" w:type="dxa"/>
            </w:tcMar>
            <w:vAlign w:val="center"/>
          </w:tcPr>
          <w:p w14:paraId="74F32437" w14:textId="77777777" w:rsidR="00093123" w:rsidRDefault="00093123" w:rsidP="00AB1D9A">
            <w:pPr>
              <w:spacing w:line="240" w:lineRule="auto"/>
            </w:pPr>
            <w:r>
              <w:rPr>
                <w:sz w:val="18"/>
              </w:rPr>
              <w:t>No apparent multicollinearity (VIF&lt;5)</w:t>
            </w:r>
          </w:p>
        </w:tc>
      </w:tr>
      <w:tr w:rsidR="00093123" w14:paraId="0B278ED7" w14:textId="77777777" w:rsidTr="00D36F1C">
        <w:trPr>
          <w:jc w:val="center"/>
        </w:trPr>
        <w:tc>
          <w:tcPr>
            <w:tcW w:w="2295" w:type="dxa"/>
            <w:tcMar>
              <w:top w:w="70" w:type="dxa"/>
              <w:left w:w="90" w:type="dxa"/>
              <w:bottom w:w="70" w:type="dxa"/>
              <w:right w:w="90" w:type="dxa"/>
            </w:tcMar>
            <w:vAlign w:val="center"/>
          </w:tcPr>
          <w:p w14:paraId="46168DE1" w14:textId="77777777" w:rsidR="00093123" w:rsidRDefault="00093123" w:rsidP="00AB1D9A">
            <w:pPr>
              <w:spacing w:line="240" w:lineRule="auto"/>
            </w:pPr>
            <w:r w:rsidRPr="00093123">
              <w:rPr>
                <w:sz w:val="18"/>
              </w:rPr>
              <w:t>Fasting glucose</w:t>
            </w:r>
          </w:p>
        </w:tc>
        <w:tc>
          <w:tcPr>
            <w:tcW w:w="1124" w:type="dxa"/>
            <w:tcMar>
              <w:top w:w="70" w:type="dxa"/>
              <w:left w:w="90" w:type="dxa"/>
              <w:bottom w:w="70" w:type="dxa"/>
              <w:right w:w="90" w:type="dxa"/>
            </w:tcMar>
            <w:vAlign w:val="center"/>
          </w:tcPr>
          <w:p w14:paraId="6A4DBBAA" w14:textId="77777777" w:rsidR="00093123" w:rsidRDefault="00093123" w:rsidP="00AB1D9A">
            <w:pPr>
              <w:spacing w:line="240" w:lineRule="auto"/>
            </w:pPr>
            <w:r>
              <w:rPr>
                <w:sz w:val="18"/>
              </w:rPr>
              <w:t>1.05</w:t>
            </w:r>
          </w:p>
        </w:tc>
        <w:tc>
          <w:tcPr>
            <w:tcW w:w="3554" w:type="dxa"/>
            <w:tcMar>
              <w:top w:w="70" w:type="dxa"/>
              <w:left w:w="90" w:type="dxa"/>
              <w:bottom w:w="70" w:type="dxa"/>
              <w:right w:w="90" w:type="dxa"/>
            </w:tcMar>
            <w:vAlign w:val="center"/>
          </w:tcPr>
          <w:p w14:paraId="43255B2C" w14:textId="77777777" w:rsidR="00093123" w:rsidRDefault="00093123" w:rsidP="00AB1D9A">
            <w:pPr>
              <w:spacing w:line="240" w:lineRule="auto"/>
            </w:pPr>
            <w:r>
              <w:rPr>
                <w:sz w:val="18"/>
              </w:rPr>
              <w:t>No apparent multicollinearity (VIF&lt;5)</w:t>
            </w:r>
          </w:p>
        </w:tc>
      </w:tr>
      <w:tr w:rsidR="00093123" w14:paraId="43C6B1F6" w14:textId="77777777" w:rsidTr="00D36F1C">
        <w:trPr>
          <w:jc w:val="center"/>
        </w:trPr>
        <w:tc>
          <w:tcPr>
            <w:tcW w:w="2295" w:type="dxa"/>
            <w:tcMar>
              <w:top w:w="70" w:type="dxa"/>
              <w:left w:w="90" w:type="dxa"/>
              <w:bottom w:w="70" w:type="dxa"/>
              <w:right w:w="90" w:type="dxa"/>
            </w:tcMar>
            <w:vAlign w:val="center"/>
          </w:tcPr>
          <w:p w14:paraId="079F7825" w14:textId="77777777" w:rsidR="00093123" w:rsidRDefault="00093123" w:rsidP="00AB1D9A">
            <w:pPr>
              <w:spacing w:line="240" w:lineRule="auto"/>
            </w:pPr>
            <w:r>
              <w:rPr>
                <w:sz w:val="18"/>
              </w:rPr>
              <w:t>GRACE score</w:t>
            </w:r>
          </w:p>
        </w:tc>
        <w:tc>
          <w:tcPr>
            <w:tcW w:w="1124" w:type="dxa"/>
            <w:tcMar>
              <w:top w:w="70" w:type="dxa"/>
              <w:left w:w="90" w:type="dxa"/>
              <w:bottom w:w="70" w:type="dxa"/>
              <w:right w:w="90" w:type="dxa"/>
            </w:tcMar>
            <w:vAlign w:val="center"/>
          </w:tcPr>
          <w:p w14:paraId="0BD0D319" w14:textId="77777777" w:rsidR="00093123" w:rsidRDefault="00093123" w:rsidP="00AB1D9A">
            <w:pPr>
              <w:spacing w:line="240" w:lineRule="auto"/>
            </w:pPr>
            <w:r>
              <w:rPr>
                <w:sz w:val="18"/>
              </w:rPr>
              <w:t>2.73</w:t>
            </w:r>
          </w:p>
        </w:tc>
        <w:tc>
          <w:tcPr>
            <w:tcW w:w="3554" w:type="dxa"/>
            <w:tcMar>
              <w:top w:w="70" w:type="dxa"/>
              <w:left w:w="90" w:type="dxa"/>
              <w:bottom w:w="70" w:type="dxa"/>
              <w:right w:w="90" w:type="dxa"/>
            </w:tcMar>
            <w:vAlign w:val="center"/>
          </w:tcPr>
          <w:p w14:paraId="653F2DA3" w14:textId="77777777" w:rsidR="00093123" w:rsidRDefault="00093123" w:rsidP="00AB1D9A">
            <w:pPr>
              <w:spacing w:line="240" w:lineRule="auto"/>
            </w:pPr>
            <w:r>
              <w:rPr>
                <w:sz w:val="18"/>
              </w:rPr>
              <w:t>No apparent multicollinearity (VIF&lt;5)</w:t>
            </w:r>
          </w:p>
        </w:tc>
      </w:tr>
      <w:tr w:rsidR="00093123" w14:paraId="68CBAD51" w14:textId="77777777" w:rsidTr="00D36F1C">
        <w:trPr>
          <w:jc w:val="center"/>
        </w:trPr>
        <w:tc>
          <w:tcPr>
            <w:tcW w:w="2295" w:type="dxa"/>
            <w:tcMar>
              <w:top w:w="70" w:type="dxa"/>
              <w:left w:w="90" w:type="dxa"/>
              <w:bottom w:w="70" w:type="dxa"/>
              <w:right w:w="90" w:type="dxa"/>
            </w:tcMar>
            <w:vAlign w:val="center"/>
          </w:tcPr>
          <w:p w14:paraId="38A60BDA" w14:textId="77777777" w:rsidR="00093123" w:rsidRDefault="00093123" w:rsidP="00AB1D9A">
            <w:pPr>
              <w:spacing w:line="240" w:lineRule="auto"/>
            </w:pPr>
            <w:r>
              <w:rPr>
                <w:sz w:val="18"/>
              </w:rPr>
              <w:t>BMI</w:t>
            </w:r>
          </w:p>
        </w:tc>
        <w:tc>
          <w:tcPr>
            <w:tcW w:w="1124" w:type="dxa"/>
            <w:tcMar>
              <w:top w:w="70" w:type="dxa"/>
              <w:left w:w="90" w:type="dxa"/>
              <w:bottom w:w="70" w:type="dxa"/>
              <w:right w:w="90" w:type="dxa"/>
            </w:tcMar>
            <w:vAlign w:val="center"/>
          </w:tcPr>
          <w:p w14:paraId="552169BC" w14:textId="77777777" w:rsidR="00093123" w:rsidRDefault="00093123" w:rsidP="00AB1D9A">
            <w:pPr>
              <w:spacing w:line="240" w:lineRule="auto"/>
            </w:pPr>
            <w:r>
              <w:rPr>
                <w:sz w:val="18"/>
              </w:rPr>
              <w:t>1.17</w:t>
            </w:r>
          </w:p>
        </w:tc>
        <w:tc>
          <w:tcPr>
            <w:tcW w:w="3554" w:type="dxa"/>
            <w:tcMar>
              <w:top w:w="70" w:type="dxa"/>
              <w:left w:w="90" w:type="dxa"/>
              <w:bottom w:w="70" w:type="dxa"/>
              <w:right w:w="90" w:type="dxa"/>
            </w:tcMar>
            <w:vAlign w:val="center"/>
          </w:tcPr>
          <w:p w14:paraId="7DE22C55" w14:textId="77777777" w:rsidR="00093123" w:rsidRDefault="00093123" w:rsidP="00AB1D9A">
            <w:pPr>
              <w:spacing w:line="240" w:lineRule="auto"/>
            </w:pPr>
            <w:r>
              <w:rPr>
                <w:sz w:val="18"/>
              </w:rPr>
              <w:t>No apparent multicollinearity (VIF&lt;5)</w:t>
            </w:r>
          </w:p>
        </w:tc>
      </w:tr>
      <w:tr w:rsidR="00093123" w14:paraId="41326751" w14:textId="77777777" w:rsidTr="00D36F1C">
        <w:trPr>
          <w:jc w:val="center"/>
        </w:trPr>
        <w:tc>
          <w:tcPr>
            <w:tcW w:w="2295" w:type="dxa"/>
            <w:tcMar>
              <w:top w:w="70" w:type="dxa"/>
              <w:left w:w="90" w:type="dxa"/>
              <w:bottom w:w="70" w:type="dxa"/>
              <w:right w:w="90" w:type="dxa"/>
            </w:tcMar>
            <w:vAlign w:val="center"/>
          </w:tcPr>
          <w:p w14:paraId="68C4E0C1" w14:textId="77777777" w:rsidR="00093123" w:rsidRDefault="00093123" w:rsidP="00AB1D9A">
            <w:pPr>
              <w:spacing w:line="240" w:lineRule="auto"/>
            </w:pPr>
            <w:r>
              <w:rPr>
                <w:sz w:val="18"/>
              </w:rPr>
              <w:t>LDL-C</w:t>
            </w:r>
          </w:p>
        </w:tc>
        <w:tc>
          <w:tcPr>
            <w:tcW w:w="1124" w:type="dxa"/>
            <w:tcMar>
              <w:top w:w="70" w:type="dxa"/>
              <w:left w:w="90" w:type="dxa"/>
              <w:bottom w:w="70" w:type="dxa"/>
              <w:right w:w="90" w:type="dxa"/>
            </w:tcMar>
            <w:vAlign w:val="center"/>
          </w:tcPr>
          <w:p w14:paraId="63EF2E44" w14:textId="77777777" w:rsidR="00093123" w:rsidRDefault="00093123" w:rsidP="00AB1D9A">
            <w:pPr>
              <w:spacing w:line="240" w:lineRule="auto"/>
            </w:pPr>
            <w:r>
              <w:rPr>
                <w:sz w:val="18"/>
              </w:rPr>
              <w:t>1.07</w:t>
            </w:r>
          </w:p>
        </w:tc>
        <w:tc>
          <w:tcPr>
            <w:tcW w:w="3554" w:type="dxa"/>
            <w:tcMar>
              <w:top w:w="70" w:type="dxa"/>
              <w:left w:w="90" w:type="dxa"/>
              <w:bottom w:w="70" w:type="dxa"/>
              <w:right w:w="90" w:type="dxa"/>
            </w:tcMar>
            <w:vAlign w:val="center"/>
          </w:tcPr>
          <w:p w14:paraId="69CEE4F4" w14:textId="77777777" w:rsidR="00093123" w:rsidRDefault="00093123" w:rsidP="00AB1D9A">
            <w:pPr>
              <w:spacing w:line="240" w:lineRule="auto"/>
            </w:pPr>
            <w:r>
              <w:rPr>
                <w:sz w:val="18"/>
              </w:rPr>
              <w:t>No apparent multicollinearity (VIF&lt;5)</w:t>
            </w:r>
          </w:p>
        </w:tc>
      </w:tr>
      <w:tr w:rsidR="00093123" w14:paraId="42C74E38" w14:textId="77777777" w:rsidTr="00D36F1C">
        <w:trPr>
          <w:jc w:val="center"/>
        </w:trPr>
        <w:tc>
          <w:tcPr>
            <w:tcW w:w="2295" w:type="dxa"/>
            <w:tcMar>
              <w:top w:w="70" w:type="dxa"/>
              <w:left w:w="90" w:type="dxa"/>
              <w:bottom w:w="70" w:type="dxa"/>
              <w:right w:w="90" w:type="dxa"/>
            </w:tcMar>
            <w:vAlign w:val="center"/>
          </w:tcPr>
          <w:p w14:paraId="45B25FDF" w14:textId="77777777" w:rsidR="00093123" w:rsidRDefault="00093123" w:rsidP="00AB1D9A">
            <w:pPr>
              <w:spacing w:line="240" w:lineRule="auto"/>
            </w:pPr>
            <w:r>
              <w:rPr>
                <w:sz w:val="18"/>
              </w:rPr>
              <w:t>Creatinine</w:t>
            </w:r>
          </w:p>
        </w:tc>
        <w:tc>
          <w:tcPr>
            <w:tcW w:w="1124" w:type="dxa"/>
            <w:tcMar>
              <w:top w:w="70" w:type="dxa"/>
              <w:left w:w="90" w:type="dxa"/>
              <w:bottom w:w="70" w:type="dxa"/>
              <w:right w:w="90" w:type="dxa"/>
            </w:tcMar>
            <w:vAlign w:val="center"/>
          </w:tcPr>
          <w:p w14:paraId="6714D8DB" w14:textId="77777777" w:rsidR="00093123" w:rsidRDefault="00093123" w:rsidP="00AB1D9A">
            <w:pPr>
              <w:spacing w:line="240" w:lineRule="auto"/>
            </w:pPr>
            <w:r>
              <w:rPr>
                <w:sz w:val="18"/>
              </w:rPr>
              <w:t>1.29</w:t>
            </w:r>
          </w:p>
        </w:tc>
        <w:tc>
          <w:tcPr>
            <w:tcW w:w="3554" w:type="dxa"/>
            <w:tcMar>
              <w:top w:w="70" w:type="dxa"/>
              <w:left w:w="90" w:type="dxa"/>
              <w:bottom w:w="70" w:type="dxa"/>
              <w:right w:w="90" w:type="dxa"/>
            </w:tcMar>
            <w:vAlign w:val="center"/>
          </w:tcPr>
          <w:p w14:paraId="25D04A83" w14:textId="77777777" w:rsidR="00093123" w:rsidRDefault="00093123" w:rsidP="00AB1D9A">
            <w:pPr>
              <w:spacing w:line="240" w:lineRule="auto"/>
            </w:pPr>
            <w:r>
              <w:rPr>
                <w:sz w:val="18"/>
              </w:rPr>
              <w:t>No apparent multicollinearity (VIF&lt;5)</w:t>
            </w:r>
          </w:p>
        </w:tc>
      </w:tr>
    </w:tbl>
    <w:p w14:paraId="731090E2" w14:textId="77777777" w:rsidR="00B96B85" w:rsidRDefault="00B96B85" w:rsidP="00B96B85">
      <w:pPr>
        <w:jc w:val="both"/>
        <w:rPr>
          <w:sz w:val="18"/>
          <w:szCs w:val="18"/>
          <w:lang w:eastAsia="zh-CN"/>
        </w:rPr>
      </w:pPr>
    </w:p>
    <w:p w14:paraId="5D93266F" w14:textId="1BF53094" w:rsidR="00357CE1" w:rsidRPr="001C1CFA" w:rsidRDefault="00093123" w:rsidP="00B96B85">
      <w:pPr>
        <w:jc w:val="both"/>
        <w:rPr>
          <w:i/>
          <w:iCs/>
          <w:szCs w:val="24"/>
          <w:lang w:eastAsia="zh-CN"/>
        </w:rPr>
      </w:pPr>
      <w:r w:rsidRPr="00093123">
        <w:rPr>
          <w:i/>
          <w:iCs/>
          <w:szCs w:val="24"/>
          <w:lang w:eastAsia="zh-CN"/>
        </w:rPr>
        <w:t xml:space="preserve">Note: VIF values were calculated using the Model 3 covariates from the first imputed dataset as a prespecified diagnostic. The analysis included 681 patients. VIF&lt;5 was considered to indicate no substantial multicollinearity. ALBI, albumin–bilirubin; LnCRP, natural logarithm of CRP; GRACE, </w:t>
      </w:r>
      <w:r w:rsidR="0082696E">
        <w:rPr>
          <w:rFonts w:eastAsia="宋体" w:hint="eastAsia"/>
          <w:i/>
          <w:iCs/>
          <w:szCs w:val="24"/>
          <w:lang w:eastAsia="zh-CN"/>
        </w:rPr>
        <w:t>G</w:t>
      </w:r>
      <w:r w:rsidR="0082696E" w:rsidRPr="00093123">
        <w:rPr>
          <w:i/>
          <w:iCs/>
          <w:szCs w:val="24"/>
          <w:lang w:eastAsia="zh-CN"/>
        </w:rPr>
        <w:t xml:space="preserve">lobal </w:t>
      </w:r>
      <w:r w:rsidR="0082696E">
        <w:rPr>
          <w:rFonts w:eastAsia="宋体" w:hint="eastAsia"/>
          <w:i/>
          <w:iCs/>
          <w:szCs w:val="24"/>
          <w:lang w:eastAsia="zh-CN"/>
        </w:rPr>
        <w:t>R</w:t>
      </w:r>
      <w:r w:rsidR="0082696E" w:rsidRPr="00093123">
        <w:rPr>
          <w:i/>
          <w:iCs/>
          <w:szCs w:val="24"/>
          <w:lang w:eastAsia="zh-CN"/>
        </w:rPr>
        <w:t xml:space="preserve">egistry of </w:t>
      </w:r>
      <w:r w:rsidR="0082696E">
        <w:rPr>
          <w:rFonts w:eastAsia="宋体" w:hint="eastAsia"/>
          <w:i/>
          <w:iCs/>
          <w:szCs w:val="24"/>
          <w:lang w:eastAsia="zh-CN"/>
        </w:rPr>
        <w:t>A</w:t>
      </w:r>
      <w:r w:rsidR="0082696E" w:rsidRPr="00093123">
        <w:rPr>
          <w:i/>
          <w:iCs/>
          <w:szCs w:val="24"/>
          <w:lang w:eastAsia="zh-CN"/>
        </w:rPr>
        <w:t xml:space="preserve">cute </w:t>
      </w:r>
      <w:r w:rsidR="0082696E">
        <w:rPr>
          <w:rFonts w:eastAsia="宋体" w:hint="eastAsia"/>
          <w:i/>
          <w:iCs/>
          <w:szCs w:val="24"/>
          <w:lang w:eastAsia="zh-CN"/>
        </w:rPr>
        <w:t>C</w:t>
      </w:r>
      <w:r w:rsidR="0082696E" w:rsidRPr="00093123">
        <w:rPr>
          <w:i/>
          <w:iCs/>
          <w:szCs w:val="24"/>
          <w:lang w:eastAsia="zh-CN"/>
        </w:rPr>
        <w:t xml:space="preserve">oronary </w:t>
      </w:r>
      <w:r w:rsidR="0082696E">
        <w:rPr>
          <w:rFonts w:eastAsia="宋体" w:hint="eastAsia"/>
          <w:i/>
          <w:iCs/>
          <w:szCs w:val="24"/>
          <w:lang w:eastAsia="zh-CN"/>
        </w:rPr>
        <w:t>E</w:t>
      </w:r>
      <w:r w:rsidR="0082696E" w:rsidRPr="00093123">
        <w:rPr>
          <w:i/>
          <w:iCs/>
          <w:szCs w:val="24"/>
          <w:lang w:eastAsia="zh-CN"/>
        </w:rPr>
        <w:t>vents</w:t>
      </w:r>
      <w:r w:rsidRPr="00093123">
        <w:rPr>
          <w:i/>
          <w:iCs/>
          <w:szCs w:val="24"/>
          <w:lang w:eastAsia="zh-CN"/>
        </w:rPr>
        <w:t>; BMI, body mass index; LDL-C, low-density lipoprotein cholesterol.</w:t>
      </w:r>
    </w:p>
    <w:p w14:paraId="2DD721B5" w14:textId="77777777" w:rsidR="00A931F6" w:rsidRDefault="00000000">
      <w:r>
        <w:rPr>
          <w:b/>
        </w:rPr>
        <w:lastRenderedPageBreak/>
        <w:t>Supplementary Table S4. Positioning of the present study relative to related studies.</w:t>
      </w:r>
    </w:p>
    <w:tbl>
      <w:tblPr>
        <w:tblStyle w:val="aff1"/>
        <w:tblW w:w="0" w:type="auto"/>
        <w:tblInd w:w="1539" w:type="dxa"/>
        <w:tblLook w:val="04A0" w:firstRow="1" w:lastRow="0" w:firstColumn="1" w:lastColumn="0" w:noHBand="0" w:noVBand="1"/>
      </w:tblPr>
      <w:tblGrid>
        <w:gridCol w:w="1728"/>
        <w:gridCol w:w="2045"/>
        <w:gridCol w:w="2131"/>
        <w:gridCol w:w="1325"/>
        <w:gridCol w:w="2131"/>
      </w:tblGrid>
      <w:tr w:rsidR="00A931F6" w14:paraId="176C8B7F" w14:textId="77777777" w:rsidTr="00DD0D2E">
        <w:tc>
          <w:tcPr>
            <w:tcW w:w="1728" w:type="dxa"/>
            <w:shd w:val="clear" w:color="auto" w:fill="D9EAF7"/>
            <w:tcMar>
              <w:top w:w="90" w:type="dxa"/>
              <w:left w:w="90" w:type="dxa"/>
              <w:bottom w:w="90" w:type="dxa"/>
              <w:right w:w="90" w:type="dxa"/>
            </w:tcMar>
            <w:vAlign w:val="center"/>
          </w:tcPr>
          <w:p w14:paraId="3134F2C6" w14:textId="77777777" w:rsidR="00A931F6" w:rsidRDefault="00000000">
            <w:pPr>
              <w:spacing w:after="0" w:line="240" w:lineRule="auto"/>
            </w:pPr>
            <w:r>
              <w:rPr>
                <w:b/>
                <w:sz w:val="18"/>
              </w:rPr>
              <w:t>Study</w:t>
            </w:r>
          </w:p>
        </w:tc>
        <w:tc>
          <w:tcPr>
            <w:tcW w:w="2045" w:type="dxa"/>
            <w:shd w:val="clear" w:color="auto" w:fill="D9EAF7"/>
            <w:tcMar>
              <w:top w:w="90" w:type="dxa"/>
              <w:left w:w="90" w:type="dxa"/>
              <w:bottom w:w="90" w:type="dxa"/>
              <w:right w:w="90" w:type="dxa"/>
            </w:tcMar>
            <w:vAlign w:val="center"/>
          </w:tcPr>
          <w:p w14:paraId="57525D7C" w14:textId="77777777" w:rsidR="00A931F6" w:rsidRDefault="00000000">
            <w:pPr>
              <w:spacing w:after="0" w:line="240" w:lineRule="auto"/>
            </w:pPr>
            <w:r>
              <w:rPr>
                <w:b/>
                <w:sz w:val="18"/>
              </w:rPr>
              <w:t>Population and setting</w:t>
            </w:r>
          </w:p>
        </w:tc>
        <w:tc>
          <w:tcPr>
            <w:tcW w:w="2131" w:type="dxa"/>
            <w:shd w:val="clear" w:color="auto" w:fill="D9EAF7"/>
            <w:tcMar>
              <w:top w:w="90" w:type="dxa"/>
              <w:left w:w="90" w:type="dxa"/>
              <w:bottom w:w="90" w:type="dxa"/>
              <w:right w:w="90" w:type="dxa"/>
            </w:tcMar>
            <w:vAlign w:val="center"/>
          </w:tcPr>
          <w:p w14:paraId="0DD949CC" w14:textId="77777777" w:rsidR="00A931F6" w:rsidRDefault="00000000">
            <w:pPr>
              <w:spacing w:after="0" w:line="240" w:lineRule="auto"/>
            </w:pPr>
            <w:r>
              <w:rPr>
                <w:b/>
                <w:sz w:val="18"/>
              </w:rPr>
              <w:t>Exposure and outcome</w:t>
            </w:r>
          </w:p>
        </w:tc>
        <w:tc>
          <w:tcPr>
            <w:tcW w:w="1325" w:type="dxa"/>
            <w:shd w:val="clear" w:color="auto" w:fill="D9EAF7"/>
            <w:tcMar>
              <w:top w:w="90" w:type="dxa"/>
              <w:left w:w="90" w:type="dxa"/>
              <w:bottom w:w="90" w:type="dxa"/>
              <w:right w:w="90" w:type="dxa"/>
            </w:tcMar>
            <w:vAlign w:val="center"/>
          </w:tcPr>
          <w:p w14:paraId="63F0D23A" w14:textId="77777777" w:rsidR="00A931F6" w:rsidRDefault="00000000">
            <w:pPr>
              <w:spacing w:after="0" w:line="240" w:lineRule="auto"/>
            </w:pPr>
            <w:r>
              <w:rPr>
                <w:b/>
                <w:sz w:val="18"/>
              </w:rPr>
              <w:t>Follow-up</w:t>
            </w:r>
          </w:p>
        </w:tc>
        <w:tc>
          <w:tcPr>
            <w:tcW w:w="2131" w:type="dxa"/>
            <w:shd w:val="clear" w:color="auto" w:fill="D9EAF7"/>
            <w:tcMar>
              <w:top w:w="90" w:type="dxa"/>
              <w:left w:w="90" w:type="dxa"/>
              <w:bottom w:w="90" w:type="dxa"/>
              <w:right w:w="90" w:type="dxa"/>
            </w:tcMar>
            <w:vAlign w:val="center"/>
          </w:tcPr>
          <w:p w14:paraId="28BDE0F9" w14:textId="77777777" w:rsidR="00A931F6" w:rsidRDefault="00000000">
            <w:pPr>
              <w:spacing w:after="0" w:line="240" w:lineRule="auto"/>
            </w:pPr>
            <w:r>
              <w:rPr>
                <w:b/>
                <w:sz w:val="18"/>
              </w:rPr>
              <w:t>Relevance to the present study</w:t>
            </w:r>
          </w:p>
        </w:tc>
      </w:tr>
      <w:tr w:rsidR="00A931F6" w14:paraId="40924C24" w14:textId="77777777" w:rsidTr="00DD0D2E">
        <w:tc>
          <w:tcPr>
            <w:tcW w:w="1728" w:type="dxa"/>
            <w:tcMar>
              <w:top w:w="90" w:type="dxa"/>
              <w:left w:w="90" w:type="dxa"/>
              <w:bottom w:w="90" w:type="dxa"/>
              <w:right w:w="90" w:type="dxa"/>
            </w:tcMar>
            <w:vAlign w:val="center"/>
          </w:tcPr>
          <w:p w14:paraId="3A305536" w14:textId="2AA22C2C" w:rsidR="00A931F6" w:rsidRDefault="00000000">
            <w:pPr>
              <w:spacing w:after="0" w:line="240" w:lineRule="auto"/>
            </w:pPr>
            <w:r>
              <w:rPr>
                <w:sz w:val="18"/>
              </w:rPr>
              <w:t>Chen et al., 2023 [1</w:t>
            </w:r>
            <w:r w:rsidR="00616D48">
              <w:rPr>
                <w:rFonts w:eastAsia="宋体" w:hint="eastAsia"/>
                <w:sz w:val="18"/>
                <w:lang w:eastAsia="zh-CN"/>
              </w:rPr>
              <w:t>9</w:t>
            </w:r>
            <w:r>
              <w:rPr>
                <w:sz w:val="18"/>
              </w:rPr>
              <w:t>]</w:t>
            </w:r>
          </w:p>
        </w:tc>
        <w:tc>
          <w:tcPr>
            <w:tcW w:w="2045" w:type="dxa"/>
            <w:tcMar>
              <w:top w:w="90" w:type="dxa"/>
              <w:left w:w="90" w:type="dxa"/>
              <w:bottom w:w="90" w:type="dxa"/>
              <w:right w:w="90" w:type="dxa"/>
            </w:tcMar>
            <w:vAlign w:val="center"/>
          </w:tcPr>
          <w:p w14:paraId="6B41DCCB" w14:textId="77777777" w:rsidR="00A931F6" w:rsidRDefault="00000000">
            <w:pPr>
              <w:spacing w:after="0" w:line="240" w:lineRule="auto"/>
            </w:pPr>
            <w:r>
              <w:rPr>
                <w:sz w:val="18"/>
              </w:rPr>
              <w:t>418 Chinese patients with STEMI undergoing primary PCI</w:t>
            </w:r>
          </w:p>
        </w:tc>
        <w:tc>
          <w:tcPr>
            <w:tcW w:w="2131" w:type="dxa"/>
            <w:tcMar>
              <w:top w:w="90" w:type="dxa"/>
              <w:left w:w="90" w:type="dxa"/>
              <w:bottom w:w="90" w:type="dxa"/>
              <w:right w:w="90" w:type="dxa"/>
            </w:tcMar>
            <w:vAlign w:val="center"/>
          </w:tcPr>
          <w:p w14:paraId="58C05254" w14:textId="77777777" w:rsidR="00A931F6" w:rsidRDefault="00000000">
            <w:pPr>
              <w:spacing w:after="0" w:line="240" w:lineRule="auto"/>
            </w:pPr>
            <w:r>
              <w:rPr>
                <w:sz w:val="18"/>
              </w:rPr>
              <w:t>TB, DB and IDB; in-hospital adverse events</w:t>
            </w:r>
          </w:p>
        </w:tc>
        <w:tc>
          <w:tcPr>
            <w:tcW w:w="1325" w:type="dxa"/>
            <w:tcMar>
              <w:top w:w="90" w:type="dxa"/>
              <w:left w:w="90" w:type="dxa"/>
              <w:bottom w:w="90" w:type="dxa"/>
              <w:right w:w="90" w:type="dxa"/>
            </w:tcMar>
            <w:vAlign w:val="center"/>
          </w:tcPr>
          <w:p w14:paraId="652340A6" w14:textId="77777777" w:rsidR="00A931F6" w:rsidRDefault="00000000">
            <w:pPr>
              <w:spacing w:after="0" w:line="240" w:lineRule="auto"/>
            </w:pPr>
            <w:r>
              <w:rPr>
                <w:sz w:val="18"/>
              </w:rPr>
              <w:t>During hospitalization</w:t>
            </w:r>
          </w:p>
        </w:tc>
        <w:tc>
          <w:tcPr>
            <w:tcW w:w="2131" w:type="dxa"/>
            <w:tcMar>
              <w:top w:w="90" w:type="dxa"/>
              <w:left w:w="90" w:type="dxa"/>
              <w:bottom w:w="90" w:type="dxa"/>
              <w:right w:w="90" w:type="dxa"/>
            </w:tcMar>
            <w:vAlign w:val="center"/>
          </w:tcPr>
          <w:p w14:paraId="1473FBDF" w14:textId="77777777" w:rsidR="00A931F6" w:rsidRDefault="00000000">
            <w:pPr>
              <w:spacing w:after="0" w:line="240" w:lineRule="auto"/>
            </w:pPr>
            <w:r>
              <w:rPr>
                <w:sz w:val="18"/>
              </w:rPr>
              <w:t>Different infarction phenotype, exposure and endpoint; no long-term assessment</w:t>
            </w:r>
          </w:p>
        </w:tc>
      </w:tr>
      <w:tr w:rsidR="00A931F6" w14:paraId="0F8DA6AD" w14:textId="77777777" w:rsidTr="00DD0D2E">
        <w:tc>
          <w:tcPr>
            <w:tcW w:w="1728" w:type="dxa"/>
            <w:tcMar>
              <w:top w:w="90" w:type="dxa"/>
              <w:left w:w="90" w:type="dxa"/>
              <w:bottom w:w="90" w:type="dxa"/>
              <w:right w:w="90" w:type="dxa"/>
            </w:tcMar>
            <w:vAlign w:val="center"/>
          </w:tcPr>
          <w:p w14:paraId="477FC869" w14:textId="782D9932" w:rsidR="00A931F6" w:rsidRDefault="00000000">
            <w:pPr>
              <w:spacing w:after="0" w:line="240" w:lineRule="auto"/>
            </w:pPr>
            <w:r>
              <w:rPr>
                <w:sz w:val="18"/>
              </w:rPr>
              <w:t>Zhao et al., 2025 [</w:t>
            </w:r>
            <w:r w:rsidR="00616D48">
              <w:rPr>
                <w:rFonts w:eastAsia="宋体" w:hint="eastAsia"/>
                <w:sz w:val="18"/>
                <w:lang w:eastAsia="zh-CN"/>
              </w:rPr>
              <w:t>20</w:t>
            </w:r>
            <w:r>
              <w:rPr>
                <w:sz w:val="18"/>
              </w:rPr>
              <w:t>]</w:t>
            </w:r>
          </w:p>
        </w:tc>
        <w:tc>
          <w:tcPr>
            <w:tcW w:w="2045" w:type="dxa"/>
            <w:tcMar>
              <w:top w:w="90" w:type="dxa"/>
              <w:left w:w="90" w:type="dxa"/>
              <w:bottom w:w="90" w:type="dxa"/>
              <w:right w:w="90" w:type="dxa"/>
            </w:tcMar>
            <w:vAlign w:val="center"/>
          </w:tcPr>
          <w:p w14:paraId="0C383AFD" w14:textId="77777777" w:rsidR="00A931F6" w:rsidRDefault="00000000">
            <w:pPr>
              <w:spacing w:after="0" w:line="240" w:lineRule="auto"/>
            </w:pPr>
            <w:r>
              <w:rPr>
                <w:sz w:val="18"/>
              </w:rPr>
              <w:t>MIMIC-IV ICU patients undergoing PCI; 1,602-patient PCI subgroup</w:t>
            </w:r>
          </w:p>
        </w:tc>
        <w:tc>
          <w:tcPr>
            <w:tcW w:w="2131" w:type="dxa"/>
            <w:tcMar>
              <w:top w:w="90" w:type="dxa"/>
              <w:left w:w="90" w:type="dxa"/>
              <w:bottom w:w="90" w:type="dxa"/>
              <w:right w:w="90" w:type="dxa"/>
            </w:tcMar>
            <w:vAlign w:val="center"/>
          </w:tcPr>
          <w:p w14:paraId="643BC364" w14:textId="77777777" w:rsidR="00A931F6" w:rsidRDefault="00000000">
            <w:pPr>
              <w:spacing w:after="0" w:line="240" w:lineRule="auto"/>
            </w:pPr>
            <w:r>
              <w:rPr>
                <w:sz w:val="18"/>
              </w:rPr>
              <w:t>ALBI; ICU mortality and 28-day post-discharge mortality</w:t>
            </w:r>
          </w:p>
        </w:tc>
        <w:tc>
          <w:tcPr>
            <w:tcW w:w="1325" w:type="dxa"/>
            <w:tcMar>
              <w:top w:w="90" w:type="dxa"/>
              <w:left w:w="90" w:type="dxa"/>
              <w:bottom w:w="90" w:type="dxa"/>
              <w:right w:w="90" w:type="dxa"/>
            </w:tcMar>
            <w:vAlign w:val="center"/>
          </w:tcPr>
          <w:p w14:paraId="63C3B81B" w14:textId="77777777" w:rsidR="00A931F6" w:rsidRDefault="00000000">
            <w:pPr>
              <w:spacing w:after="0" w:line="240" w:lineRule="auto"/>
            </w:pPr>
            <w:r>
              <w:rPr>
                <w:sz w:val="18"/>
              </w:rPr>
              <w:t>Up to 28 days after ICU discharge</w:t>
            </w:r>
          </w:p>
        </w:tc>
        <w:tc>
          <w:tcPr>
            <w:tcW w:w="2131" w:type="dxa"/>
            <w:tcMar>
              <w:top w:w="90" w:type="dxa"/>
              <w:left w:w="90" w:type="dxa"/>
              <w:bottom w:w="90" w:type="dxa"/>
              <w:right w:w="90" w:type="dxa"/>
            </w:tcMar>
            <w:vAlign w:val="center"/>
          </w:tcPr>
          <w:p w14:paraId="667AC969" w14:textId="77777777" w:rsidR="00A931F6" w:rsidRDefault="00000000">
            <w:pPr>
              <w:spacing w:after="0" w:line="240" w:lineRule="auto"/>
            </w:pPr>
            <w:r>
              <w:rPr>
                <w:sz w:val="18"/>
              </w:rPr>
              <w:t>Not NSTEMI-specific; critically ill population and short-term mortality outcomes</w:t>
            </w:r>
          </w:p>
        </w:tc>
      </w:tr>
      <w:tr w:rsidR="00A931F6" w14:paraId="142502F4" w14:textId="77777777" w:rsidTr="00DD0D2E">
        <w:tc>
          <w:tcPr>
            <w:tcW w:w="1728" w:type="dxa"/>
            <w:tcMar>
              <w:top w:w="90" w:type="dxa"/>
              <w:left w:w="90" w:type="dxa"/>
              <w:bottom w:w="90" w:type="dxa"/>
              <w:right w:w="90" w:type="dxa"/>
            </w:tcMar>
            <w:vAlign w:val="center"/>
          </w:tcPr>
          <w:p w14:paraId="483FF30B" w14:textId="0902E66A" w:rsidR="00A931F6" w:rsidRDefault="00000000">
            <w:pPr>
              <w:spacing w:after="0" w:line="240" w:lineRule="auto"/>
            </w:pPr>
            <w:r>
              <w:rPr>
                <w:sz w:val="18"/>
              </w:rPr>
              <w:t>Chen et al., 2026 [</w:t>
            </w:r>
            <w:r w:rsidR="00616D48">
              <w:rPr>
                <w:rFonts w:eastAsia="宋体" w:hint="eastAsia"/>
                <w:sz w:val="18"/>
                <w:lang w:eastAsia="zh-CN"/>
              </w:rPr>
              <w:t>21</w:t>
            </w:r>
            <w:r>
              <w:rPr>
                <w:sz w:val="18"/>
              </w:rPr>
              <w:t>]</w:t>
            </w:r>
          </w:p>
        </w:tc>
        <w:tc>
          <w:tcPr>
            <w:tcW w:w="2045" w:type="dxa"/>
            <w:tcMar>
              <w:top w:w="90" w:type="dxa"/>
              <w:left w:w="90" w:type="dxa"/>
              <w:bottom w:w="90" w:type="dxa"/>
              <w:right w:w="90" w:type="dxa"/>
            </w:tcMar>
            <w:vAlign w:val="center"/>
          </w:tcPr>
          <w:p w14:paraId="585BCFAD" w14:textId="77777777" w:rsidR="00A931F6" w:rsidRDefault="00000000">
            <w:pPr>
              <w:spacing w:after="0" w:line="240" w:lineRule="auto"/>
            </w:pPr>
            <w:r>
              <w:rPr>
                <w:sz w:val="18"/>
              </w:rPr>
              <w:t>982 patients with NSTEMI from a single center in Hubei, China</w:t>
            </w:r>
          </w:p>
        </w:tc>
        <w:tc>
          <w:tcPr>
            <w:tcW w:w="2131" w:type="dxa"/>
            <w:tcMar>
              <w:top w:w="90" w:type="dxa"/>
              <w:left w:w="90" w:type="dxa"/>
              <w:bottom w:w="90" w:type="dxa"/>
              <w:right w:w="90" w:type="dxa"/>
            </w:tcMar>
            <w:vAlign w:val="center"/>
          </w:tcPr>
          <w:p w14:paraId="553B0227" w14:textId="77777777" w:rsidR="00A931F6" w:rsidRDefault="00000000">
            <w:pPr>
              <w:spacing w:after="0" w:line="240" w:lineRule="auto"/>
            </w:pPr>
            <w:r>
              <w:rPr>
                <w:sz w:val="18"/>
              </w:rPr>
              <w:t>ALBI; post-discharge all-cause mortality</w:t>
            </w:r>
          </w:p>
        </w:tc>
        <w:tc>
          <w:tcPr>
            <w:tcW w:w="1325" w:type="dxa"/>
            <w:tcMar>
              <w:top w:w="90" w:type="dxa"/>
              <w:left w:w="90" w:type="dxa"/>
              <w:bottom w:w="90" w:type="dxa"/>
              <w:right w:w="90" w:type="dxa"/>
            </w:tcMar>
            <w:vAlign w:val="center"/>
          </w:tcPr>
          <w:p w14:paraId="53CE77FF" w14:textId="77777777" w:rsidR="00A931F6" w:rsidRDefault="00000000">
            <w:pPr>
              <w:spacing w:after="0" w:line="240" w:lineRule="auto"/>
            </w:pPr>
            <w:r>
              <w:rPr>
                <w:sz w:val="18"/>
              </w:rPr>
              <w:t>Median 27 months</w:t>
            </w:r>
          </w:p>
        </w:tc>
        <w:tc>
          <w:tcPr>
            <w:tcW w:w="2131" w:type="dxa"/>
            <w:tcMar>
              <w:top w:w="90" w:type="dxa"/>
              <w:left w:w="90" w:type="dxa"/>
              <w:bottom w:w="90" w:type="dxa"/>
              <w:right w:w="90" w:type="dxa"/>
            </w:tcMar>
            <w:vAlign w:val="center"/>
          </w:tcPr>
          <w:p w14:paraId="32DE45B5" w14:textId="77777777" w:rsidR="00A931F6" w:rsidRDefault="00000000">
            <w:pPr>
              <w:spacing w:after="0" w:line="240" w:lineRule="auto"/>
            </w:pPr>
            <w:r>
              <w:rPr>
                <w:sz w:val="18"/>
              </w:rPr>
              <w:t>Closest comparator, but not centered on the same PCI-treated discharge-survivor population or composite MACEs</w:t>
            </w:r>
          </w:p>
        </w:tc>
      </w:tr>
      <w:tr w:rsidR="00A931F6" w14:paraId="4452BB6E" w14:textId="77777777" w:rsidTr="00DD0D2E">
        <w:tc>
          <w:tcPr>
            <w:tcW w:w="1728" w:type="dxa"/>
            <w:tcMar>
              <w:top w:w="90" w:type="dxa"/>
              <w:left w:w="90" w:type="dxa"/>
              <w:bottom w:w="90" w:type="dxa"/>
              <w:right w:w="90" w:type="dxa"/>
            </w:tcMar>
            <w:vAlign w:val="center"/>
          </w:tcPr>
          <w:p w14:paraId="6AEF0814" w14:textId="77777777" w:rsidR="00A931F6" w:rsidRDefault="00000000">
            <w:pPr>
              <w:spacing w:after="0" w:line="240" w:lineRule="auto"/>
            </w:pPr>
            <w:r>
              <w:rPr>
                <w:sz w:val="18"/>
              </w:rPr>
              <w:t>Present study</w:t>
            </w:r>
          </w:p>
        </w:tc>
        <w:tc>
          <w:tcPr>
            <w:tcW w:w="2045" w:type="dxa"/>
            <w:tcMar>
              <w:top w:w="90" w:type="dxa"/>
              <w:left w:w="90" w:type="dxa"/>
              <w:bottom w:w="90" w:type="dxa"/>
              <w:right w:w="90" w:type="dxa"/>
            </w:tcMar>
            <w:vAlign w:val="center"/>
          </w:tcPr>
          <w:p w14:paraId="6F15E55E" w14:textId="77777777" w:rsidR="00A931F6" w:rsidRDefault="00000000">
            <w:pPr>
              <w:spacing w:after="0" w:line="240" w:lineRule="auto"/>
            </w:pPr>
            <w:r>
              <w:rPr>
                <w:sz w:val="18"/>
              </w:rPr>
              <w:t>681 discharge survivors with NSTEMI treated with PCI at the Affiliated Hospital of Guangdong Medical University, China</w:t>
            </w:r>
          </w:p>
        </w:tc>
        <w:tc>
          <w:tcPr>
            <w:tcW w:w="2131" w:type="dxa"/>
            <w:tcMar>
              <w:top w:w="90" w:type="dxa"/>
              <w:left w:w="90" w:type="dxa"/>
              <w:bottom w:w="90" w:type="dxa"/>
              <w:right w:w="90" w:type="dxa"/>
            </w:tcMar>
            <w:vAlign w:val="center"/>
          </w:tcPr>
          <w:p w14:paraId="360D3BF6" w14:textId="77777777" w:rsidR="00A931F6" w:rsidRDefault="00000000">
            <w:pPr>
              <w:spacing w:after="0" w:line="240" w:lineRule="auto"/>
            </w:pPr>
            <w:r>
              <w:rPr>
                <w:sz w:val="18"/>
              </w:rPr>
              <w:t>Admission ALBI; long-term composite MACEs</w:t>
            </w:r>
          </w:p>
        </w:tc>
        <w:tc>
          <w:tcPr>
            <w:tcW w:w="1325" w:type="dxa"/>
            <w:tcMar>
              <w:top w:w="90" w:type="dxa"/>
              <w:left w:w="90" w:type="dxa"/>
              <w:bottom w:w="90" w:type="dxa"/>
              <w:right w:w="90" w:type="dxa"/>
            </w:tcMar>
            <w:vAlign w:val="center"/>
          </w:tcPr>
          <w:p w14:paraId="34C22D1A" w14:textId="77777777" w:rsidR="00A931F6" w:rsidRDefault="00000000">
            <w:pPr>
              <w:spacing w:after="0" w:line="240" w:lineRule="auto"/>
            </w:pPr>
            <w:r>
              <w:rPr>
                <w:sz w:val="18"/>
              </w:rPr>
              <w:t>Median 585 days</w:t>
            </w:r>
          </w:p>
        </w:tc>
        <w:tc>
          <w:tcPr>
            <w:tcW w:w="2131" w:type="dxa"/>
            <w:tcMar>
              <w:top w:w="90" w:type="dxa"/>
              <w:left w:w="90" w:type="dxa"/>
              <w:bottom w:w="90" w:type="dxa"/>
              <w:right w:w="90" w:type="dxa"/>
            </w:tcMar>
            <w:vAlign w:val="center"/>
          </w:tcPr>
          <w:p w14:paraId="18490508" w14:textId="77777777" w:rsidR="00A931F6" w:rsidRDefault="00000000">
            <w:pPr>
              <w:spacing w:after="0" w:line="240" w:lineRule="auto"/>
            </w:pPr>
            <w:r>
              <w:rPr>
                <w:sz w:val="18"/>
              </w:rPr>
              <w:t>Provides population- and endpoint-specific evidence complementary to prior mortality, ICU and procedural studies</w:t>
            </w:r>
          </w:p>
        </w:tc>
      </w:tr>
    </w:tbl>
    <w:p w14:paraId="3F9E89B0" w14:textId="77777777" w:rsidR="00DD0D2E" w:rsidRDefault="00DD0D2E">
      <w:pPr>
        <w:rPr>
          <w:rFonts w:eastAsia="宋体"/>
          <w:i/>
          <w:iCs/>
          <w:szCs w:val="24"/>
          <w:lang w:eastAsia="zh-CN"/>
        </w:rPr>
      </w:pPr>
    </w:p>
    <w:p w14:paraId="34ED354A" w14:textId="6CFE9F6F" w:rsidR="00A931F6" w:rsidRPr="005E7870" w:rsidRDefault="00000000">
      <w:pPr>
        <w:rPr>
          <w:rFonts w:eastAsia="宋体"/>
          <w:i/>
          <w:iCs/>
          <w:szCs w:val="24"/>
          <w:lang w:eastAsia="zh-CN"/>
        </w:rPr>
      </w:pPr>
      <w:r w:rsidRPr="00DD0D2E">
        <w:rPr>
          <w:i/>
          <w:iCs/>
          <w:szCs w:val="24"/>
        </w:rPr>
        <w:t>Note: Reference numbers correspond to the main manuscript. This comparison clarifies study positioning and does not imply direct comparability of effect estimates. STEMI, ST-segment elevation myocardial infarction</w:t>
      </w:r>
      <w:r w:rsidR="005E7870">
        <w:rPr>
          <w:rFonts w:eastAsia="宋体" w:hint="eastAsia"/>
          <w:i/>
          <w:iCs/>
          <w:szCs w:val="24"/>
          <w:lang w:eastAsia="zh-CN"/>
        </w:rPr>
        <w:t xml:space="preserve">; </w:t>
      </w:r>
      <w:r w:rsidR="005E7870" w:rsidRPr="00DD0D2E">
        <w:rPr>
          <w:i/>
          <w:iCs/>
          <w:szCs w:val="24"/>
        </w:rPr>
        <w:t>PCI, percutaneous coronary intervention</w:t>
      </w:r>
      <w:r w:rsidR="005E7870">
        <w:rPr>
          <w:rFonts w:eastAsia="宋体" w:hint="eastAsia"/>
          <w:i/>
          <w:iCs/>
          <w:szCs w:val="24"/>
          <w:lang w:eastAsia="zh-CN"/>
        </w:rPr>
        <w:t>;</w:t>
      </w:r>
      <w:r w:rsidR="005E7870" w:rsidRPr="00DD0D2E">
        <w:rPr>
          <w:i/>
          <w:iCs/>
          <w:szCs w:val="24"/>
        </w:rPr>
        <w:t xml:space="preserve"> TB, total bilirubin</w:t>
      </w:r>
      <w:r w:rsidR="005E7870">
        <w:rPr>
          <w:rFonts w:eastAsia="宋体" w:hint="eastAsia"/>
          <w:i/>
          <w:iCs/>
          <w:szCs w:val="24"/>
          <w:lang w:eastAsia="zh-CN"/>
        </w:rPr>
        <w:t xml:space="preserve">; </w:t>
      </w:r>
      <w:r w:rsidR="005E7870" w:rsidRPr="00DD0D2E">
        <w:rPr>
          <w:i/>
          <w:iCs/>
          <w:szCs w:val="24"/>
        </w:rPr>
        <w:t>DB, direct bilirubin; IDB, indirect bilirubin; ICU, intensive care unit;</w:t>
      </w:r>
      <w:r w:rsidR="005E7870" w:rsidRPr="005E7870">
        <w:rPr>
          <w:i/>
          <w:iCs/>
          <w:szCs w:val="24"/>
        </w:rPr>
        <w:t xml:space="preserve"> </w:t>
      </w:r>
      <w:r w:rsidR="005E7870" w:rsidRPr="00DD0D2E">
        <w:rPr>
          <w:i/>
          <w:iCs/>
          <w:szCs w:val="24"/>
        </w:rPr>
        <w:t>ALBI, albumin–bilirubin;</w:t>
      </w:r>
      <w:r w:rsidR="005E7870" w:rsidRPr="005E7870">
        <w:rPr>
          <w:i/>
          <w:iCs/>
          <w:szCs w:val="24"/>
        </w:rPr>
        <w:t xml:space="preserve"> </w:t>
      </w:r>
      <w:r w:rsidR="005E7870" w:rsidRPr="00DD0D2E">
        <w:rPr>
          <w:i/>
          <w:iCs/>
          <w:szCs w:val="24"/>
        </w:rPr>
        <w:t>NSTEMI, non-ST-segment elevation myocardial infarction</w:t>
      </w:r>
      <w:r w:rsidR="005E7870">
        <w:rPr>
          <w:rFonts w:eastAsia="宋体" w:hint="eastAsia"/>
          <w:i/>
          <w:iCs/>
          <w:szCs w:val="24"/>
          <w:lang w:eastAsia="zh-CN"/>
        </w:rPr>
        <w:t>;</w:t>
      </w:r>
      <w:r w:rsidR="005E7870" w:rsidRPr="00DD0D2E">
        <w:rPr>
          <w:i/>
          <w:iCs/>
          <w:szCs w:val="24"/>
        </w:rPr>
        <w:t xml:space="preserve"> MACE, major adverse cardiovascular event</w:t>
      </w:r>
      <w:r w:rsidR="005E7870">
        <w:rPr>
          <w:rFonts w:eastAsia="宋体" w:hint="eastAsia"/>
          <w:i/>
          <w:iCs/>
          <w:szCs w:val="24"/>
          <w:lang w:eastAsia="zh-CN"/>
        </w:rPr>
        <w:t>.</w:t>
      </w:r>
    </w:p>
    <w:p w14:paraId="1F43C392" w14:textId="77777777" w:rsidR="00DD0D2E" w:rsidRPr="005E7870" w:rsidRDefault="00DD0D2E">
      <w:pPr>
        <w:rPr>
          <w:rFonts w:eastAsia="宋体"/>
          <w:b/>
          <w:lang w:eastAsia="zh-CN"/>
        </w:rPr>
      </w:pPr>
    </w:p>
    <w:p w14:paraId="29495353" w14:textId="77777777" w:rsidR="00DD0D2E" w:rsidRDefault="00DD0D2E">
      <w:pPr>
        <w:rPr>
          <w:rFonts w:eastAsia="宋体"/>
          <w:b/>
          <w:lang w:eastAsia="zh-CN"/>
        </w:rPr>
      </w:pPr>
    </w:p>
    <w:p w14:paraId="3AEE4B77" w14:textId="3871EE67" w:rsidR="00A931F6" w:rsidRPr="00666ADF" w:rsidRDefault="00000000">
      <w:pPr>
        <w:rPr>
          <w:rFonts w:eastAsia="宋体"/>
          <w:lang w:eastAsia="zh-CN"/>
        </w:rPr>
      </w:pPr>
      <w:r>
        <w:rPr>
          <w:b/>
        </w:rPr>
        <w:lastRenderedPageBreak/>
        <w:t>Supplementary Table S5. Complete baseline characteristics, including all collected variables.</w:t>
      </w:r>
    </w:p>
    <w:tbl>
      <w:tblPr>
        <w:tblW w:w="0" w:type="auto"/>
        <w:jc w:val="center"/>
        <w:tblLayout w:type="fixed"/>
        <w:tblLook w:val="04A0" w:firstRow="1" w:lastRow="0" w:firstColumn="1" w:lastColumn="0" w:noHBand="0" w:noVBand="1"/>
      </w:tblPr>
      <w:tblGrid>
        <w:gridCol w:w="3806"/>
        <w:gridCol w:w="1985"/>
        <w:gridCol w:w="1984"/>
        <w:gridCol w:w="1985"/>
        <w:gridCol w:w="2098"/>
        <w:gridCol w:w="766"/>
      </w:tblGrid>
      <w:tr w:rsidR="002A76DF" w:rsidRPr="00582A7A" w14:paraId="1BA74E5E" w14:textId="77777777" w:rsidTr="00262C8D">
        <w:trPr>
          <w:tblHeader/>
          <w:jc w:val="center"/>
        </w:trPr>
        <w:tc>
          <w:tcPr>
            <w:tcW w:w="3806" w:type="dxa"/>
            <w:shd w:val="clear" w:color="auto" w:fill="D9EAF7"/>
            <w:tcMar>
              <w:top w:w="70" w:type="dxa"/>
              <w:left w:w="90" w:type="dxa"/>
              <w:bottom w:w="70" w:type="dxa"/>
              <w:right w:w="90" w:type="dxa"/>
            </w:tcMar>
            <w:vAlign w:val="center"/>
          </w:tcPr>
          <w:p w14:paraId="62D1E1A1" w14:textId="77777777" w:rsidR="00F720C3" w:rsidRPr="00582A7A" w:rsidRDefault="00000000" w:rsidP="003A2BCD">
            <w:pPr>
              <w:spacing w:after="0" w:line="240" w:lineRule="auto"/>
              <w:jc w:val="both"/>
              <w:rPr>
                <w:sz w:val="18"/>
                <w:szCs w:val="18"/>
              </w:rPr>
            </w:pPr>
            <w:r w:rsidRPr="00582A7A">
              <w:rPr>
                <w:b/>
                <w:sz w:val="18"/>
                <w:szCs w:val="18"/>
              </w:rPr>
              <w:t>Variable</w:t>
            </w:r>
          </w:p>
        </w:tc>
        <w:tc>
          <w:tcPr>
            <w:tcW w:w="1985" w:type="dxa"/>
            <w:shd w:val="clear" w:color="auto" w:fill="D9EAF7"/>
            <w:tcMar>
              <w:top w:w="70" w:type="dxa"/>
              <w:left w:w="90" w:type="dxa"/>
              <w:bottom w:w="70" w:type="dxa"/>
              <w:right w:w="90" w:type="dxa"/>
            </w:tcMar>
            <w:vAlign w:val="center"/>
          </w:tcPr>
          <w:p w14:paraId="28C9CFAE" w14:textId="77777777" w:rsidR="00F720C3" w:rsidRPr="00582A7A" w:rsidRDefault="00000000" w:rsidP="003A2BCD">
            <w:pPr>
              <w:spacing w:after="0" w:line="240" w:lineRule="auto"/>
              <w:jc w:val="both"/>
              <w:rPr>
                <w:sz w:val="18"/>
                <w:szCs w:val="18"/>
              </w:rPr>
            </w:pPr>
            <w:r w:rsidRPr="00582A7A">
              <w:rPr>
                <w:b/>
                <w:sz w:val="18"/>
                <w:szCs w:val="18"/>
              </w:rPr>
              <w:t>Overall (n=681)</w:t>
            </w:r>
          </w:p>
        </w:tc>
        <w:tc>
          <w:tcPr>
            <w:tcW w:w="1984" w:type="dxa"/>
            <w:shd w:val="clear" w:color="auto" w:fill="D9EAF7"/>
            <w:tcMar>
              <w:top w:w="70" w:type="dxa"/>
              <w:left w:w="90" w:type="dxa"/>
              <w:bottom w:w="70" w:type="dxa"/>
              <w:right w:w="90" w:type="dxa"/>
            </w:tcMar>
            <w:vAlign w:val="center"/>
          </w:tcPr>
          <w:p w14:paraId="61311928" w14:textId="77777777" w:rsidR="00F720C3" w:rsidRPr="00582A7A" w:rsidRDefault="00000000" w:rsidP="003A2BCD">
            <w:pPr>
              <w:spacing w:after="0" w:line="240" w:lineRule="auto"/>
              <w:jc w:val="both"/>
              <w:rPr>
                <w:sz w:val="18"/>
                <w:szCs w:val="18"/>
              </w:rPr>
            </w:pPr>
            <w:r w:rsidRPr="00582A7A">
              <w:rPr>
                <w:b/>
                <w:sz w:val="18"/>
                <w:szCs w:val="18"/>
              </w:rPr>
              <w:t>T1 (-3.65 to -2.81, n=227)</w:t>
            </w:r>
          </w:p>
        </w:tc>
        <w:tc>
          <w:tcPr>
            <w:tcW w:w="1985" w:type="dxa"/>
            <w:shd w:val="clear" w:color="auto" w:fill="D9EAF7"/>
            <w:tcMar>
              <w:top w:w="70" w:type="dxa"/>
              <w:left w:w="90" w:type="dxa"/>
              <w:bottom w:w="70" w:type="dxa"/>
              <w:right w:w="90" w:type="dxa"/>
            </w:tcMar>
            <w:vAlign w:val="center"/>
          </w:tcPr>
          <w:p w14:paraId="339EF04B" w14:textId="77777777" w:rsidR="00F720C3" w:rsidRPr="00582A7A" w:rsidRDefault="00000000" w:rsidP="003A2BCD">
            <w:pPr>
              <w:spacing w:after="0" w:line="240" w:lineRule="auto"/>
              <w:jc w:val="both"/>
              <w:rPr>
                <w:sz w:val="18"/>
                <w:szCs w:val="18"/>
              </w:rPr>
            </w:pPr>
            <w:r w:rsidRPr="00582A7A">
              <w:rPr>
                <w:b/>
                <w:sz w:val="18"/>
                <w:szCs w:val="18"/>
              </w:rPr>
              <w:t>T2 (-2.81 to -2.54, n=227)</w:t>
            </w:r>
          </w:p>
        </w:tc>
        <w:tc>
          <w:tcPr>
            <w:tcW w:w="2098" w:type="dxa"/>
            <w:shd w:val="clear" w:color="auto" w:fill="D9EAF7"/>
            <w:tcMar>
              <w:top w:w="70" w:type="dxa"/>
              <w:left w:w="90" w:type="dxa"/>
              <w:bottom w:w="70" w:type="dxa"/>
              <w:right w:w="90" w:type="dxa"/>
            </w:tcMar>
            <w:vAlign w:val="center"/>
          </w:tcPr>
          <w:p w14:paraId="73754223" w14:textId="77777777" w:rsidR="00F720C3" w:rsidRPr="00582A7A" w:rsidRDefault="00000000" w:rsidP="003A2BCD">
            <w:pPr>
              <w:spacing w:after="0" w:line="240" w:lineRule="auto"/>
              <w:jc w:val="both"/>
              <w:rPr>
                <w:sz w:val="18"/>
                <w:szCs w:val="18"/>
              </w:rPr>
            </w:pPr>
            <w:r w:rsidRPr="00582A7A">
              <w:rPr>
                <w:b/>
                <w:sz w:val="18"/>
                <w:szCs w:val="18"/>
              </w:rPr>
              <w:t>T3 (-2.53 to -1.33, n=227)</w:t>
            </w:r>
          </w:p>
        </w:tc>
        <w:tc>
          <w:tcPr>
            <w:tcW w:w="766" w:type="dxa"/>
            <w:shd w:val="clear" w:color="auto" w:fill="D9EAF7"/>
            <w:tcMar>
              <w:top w:w="70" w:type="dxa"/>
              <w:left w:w="90" w:type="dxa"/>
              <w:bottom w:w="70" w:type="dxa"/>
              <w:right w:w="90" w:type="dxa"/>
            </w:tcMar>
            <w:vAlign w:val="center"/>
          </w:tcPr>
          <w:p w14:paraId="74773132" w14:textId="77777777" w:rsidR="00F720C3" w:rsidRPr="00582A7A" w:rsidRDefault="00000000" w:rsidP="003A2BCD">
            <w:pPr>
              <w:spacing w:after="0" w:line="240" w:lineRule="auto"/>
              <w:jc w:val="both"/>
              <w:rPr>
                <w:sz w:val="18"/>
                <w:szCs w:val="18"/>
              </w:rPr>
            </w:pPr>
            <w:r w:rsidRPr="00582A7A">
              <w:rPr>
                <w:b/>
                <w:sz w:val="18"/>
                <w:szCs w:val="18"/>
              </w:rPr>
              <w:t>P value</w:t>
            </w:r>
          </w:p>
        </w:tc>
      </w:tr>
      <w:tr w:rsidR="002A76DF" w:rsidRPr="00582A7A" w14:paraId="3EB7B1CE" w14:textId="77777777" w:rsidTr="00262C8D">
        <w:trPr>
          <w:jc w:val="center"/>
        </w:trPr>
        <w:tc>
          <w:tcPr>
            <w:tcW w:w="3806" w:type="dxa"/>
            <w:shd w:val="clear" w:color="auto" w:fill="EEF5FA"/>
            <w:tcMar>
              <w:top w:w="70" w:type="dxa"/>
              <w:left w:w="90" w:type="dxa"/>
              <w:bottom w:w="70" w:type="dxa"/>
              <w:right w:w="90" w:type="dxa"/>
            </w:tcMar>
            <w:vAlign w:val="center"/>
          </w:tcPr>
          <w:p w14:paraId="7C7621B8" w14:textId="77777777" w:rsidR="00F720C3" w:rsidRPr="00582A7A" w:rsidRDefault="00000000" w:rsidP="003A2BCD">
            <w:pPr>
              <w:spacing w:after="0" w:line="240" w:lineRule="auto"/>
              <w:jc w:val="both"/>
              <w:rPr>
                <w:sz w:val="18"/>
                <w:szCs w:val="18"/>
              </w:rPr>
            </w:pPr>
            <w:r w:rsidRPr="00582A7A">
              <w:rPr>
                <w:b/>
                <w:sz w:val="18"/>
                <w:szCs w:val="18"/>
              </w:rPr>
              <w:t>Demographic characteristics</w:t>
            </w:r>
          </w:p>
        </w:tc>
        <w:tc>
          <w:tcPr>
            <w:tcW w:w="1985" w:type="dxa"/>
            <w:shd w:val="clear" w:color="auto" w:fill="EEF5FA"/>
            <w:tcMar>
              <w:top w:w="70" w:type="dxa"/>
              <w:left w:w="90" w:type="dxa"/>
              <w:bottom w:w="70" w:type="dxa"/>
              <w:right w:w="90" w:type="dxa"/>
            </w:tcMar>
            <w:vAlign w:val="center"/>
          </w:tcPr>
          <w:p w14:paraId="5AF88B2D" w14:textId="77777777" w:rsidR="00F720C3" w:rsidRPr="00582A7A" w:rsidRDefault="00F720C3" w:rsidP="003A2BCD">
            <w:pPr>
              <w:spacing w:after="0" w:line="240" w:lineRule="auto"/>
              <w:jc w:val="both"/>
              <w:rPr>
                <w:sz w:val="18"/>
                <w:szCs w:val="18"/>
              </w:rPr>
            </w:pPr>
          </w:p>
        </w:tc>
        <w:tc>
          <w:tcPr>
            <w:tcW w:w="1984" w:type="dxa"/>
            <w:shd w:val="clear" w:color="auto" w:fill="EEF5FA"/>
            <w:tcMar>
              <w:top w:w="70" w:type="dxa"/>
              <w:left w:w="90" w:type="dxa"/>
              <w:bottom w:w="70" w:type="dxa"/>
              <w:right w:w="90" w:type="dxa"/>
            </w:tcMar>
            <w:vAlign w:val="center"/>
          </w:tcPr>
          <w:p w14:paraId="0C001697" w14:textId="77777777" w:rsidR="00F720C3" w:rsidRPr="00582A7A" w:rsidRDefault="00F720C3" w:rsidP="003A2BCD">
            <w:pPr>
              <w:spacing w:after="0" w:line="240" w:lineRule="auto"/>
              <w:jc w:val="both"/>
              <w:rPr>
                <w:sz w:val="18"/>
                <w:szCs w:val="18"/>
              </w:rPr>
            </w:pPr>
          </w:p>
        </w:tc>
        <w:tc>
          <w:tcPr>
            <w:tcW w:w="1985" w:type="dxa"/>
            <w:shd w:val="clear" w:color="auto" w:fill="EEF5FA"/>
            <w:tcMar>
              <w:top w:w="70" w:type="dxa"/>
              <w:left w:w="90" w:type="dxa"/>
              <w:bottom w:w="70" w:type="dxa"/>
              <w:right w:w="90" w:type="dxa"/>
            </w:tcMar>
            <w:vAlign w:val="center"/>
          </w:tcPr>
          <w:p w14:paraId="7A6F5F24" w14:textId="77777777" w:rsidR="00F720C3" w:rsidRPr="00582A7A" w:rsidRDefault="00F720C3" w:rsidP="003A2BCD">
            <w:pPr>
              <w:spacing w:after="0" w:line="240" w:lineRule="auto"/>
              <w:jc w:val="both"/>
              <w:rPr>
                <w:sz w:val="18"/>
                <w:szCs w:val="18"/>
              </w:rPr>
            </w:pPr>
          </w:p>
        </w:tc>
        <w:tc>
          <w:tcPr>
            <w:tcW w:w="2098" w:type="dxa"/>
            <w:shd w:val="clear" w:color="auto" w:fill="EEF5FA"/>
            <w:tcMar>
              <w:top w:w="70" w:type="dxa"/>
              <w:left w:w="90" w:type="dxa"/>
              <w:bottom w:w="70" w:type="dxa"/>
              <w:right w:w="90" w:type="dxa"/>
            </w:tcMar>
            <w:vAlign w:val="center"/>
          </w:tcPr>
          <w:p w14:paraId="1DA1E270" w14:textId="77777777" w:rsidR="00F720C3" w:rsidRPr="00582A7A" w:rsidRDefault="00F720C3" w:rsidP="003A2BCD">
            <w:pPr>
              <w:spacing w:after="0" w:line="240" w:lineRule="auto"/>
              <w:jc w:val="both"/>
              <w:rPr>
                <w:sz w:val="18"/>
                <w:szCs w:val="18"/>
              </w:rPr>
            </w:pPr>
          </w:p>
        </w:tc>
        <w:tc>
          <w:tcPr>
            <w:tcW w:w="766" w:type="dxa"/>
            <w:shd w:val="clear" w:color="auto" w:fill="EEF5FA"/>
            <w:tcMar>
              <w:top w:w="70" w:type="dxa"/>
              <w:left w:w="90" w:type="dxa"/>
              <w:bottom w:w="70" w:type="dxa"/>
              <w:right w:w="90" w:type="dxa"/>
            </w:tcMar>
            <w:vAlign w:val="center"/>
          </w:tcPr>
          <w:p w14:paraId="6678ADFD" w14:textId="77777777" w:rsidR="00F720C3" w:rsidRPr="00582A7A" w:rsidRDefault="00F720C3" w:rsidP="003A2BCD">
            <w:pPr>
              <w:spacing w:after="0" w:line="240" w:lineRule="auto"/>
              <w:jc w:val="both"/>
              <w:rPr>
                <w:sz w:val="18"/>
                <w:szCs w:val="18"/>
              </w:rPr>
            </w:pPr>
          </w:p>
        </w:tc>
      </w:tr>
      <w:tr w:rsidR="002A76DF" w:rsidRPr="00582A7A" w14:paraId="2C96F86C" w14:textId="77777777" w:rsidTr="00262C8D">
        <w:trPr>
          <w:jc w:val="center"/>
        </w:trPr>
        <w:tc>
          <w:tcPr>
            <w:tcW w:w="3806" w:type="dxa"/>
            <w:tcMar>
              <w:top w:w="70" w:type="dxa"/>
              <w:left w:w="90" w:type="dxa"/>
              <w:bottom w:w="70" w:type="dxa"/>
              <w:right w:w="90" w:type="dxa"/>
            </w:tcMar>
            <w:vAlign w:val="center"/>
          </w:tcPr>
          <w:p w14:paraId="282CFF15" w14:textId="77777777" w:rsidR="00F720C3" w:rsidRPr="00582A7A" w:rsidRDefault="00000000" w:rsidP="003A2BCD">
            <w:pPr>
              <w:spacing w:after="0" w:line="240" w:lineRule="auto"/>
              <w:jc w:val="both"/>
              <w:rPr>
                <w:sz w:val="18"/>
                <w:szCs w:val="18"/>
              </w:rPr>
            </w:pPr>
            <w:r w:rsidRPr="00582A7A">
              <w:rPr>
                <w:sz w:val="18"/>
                <w:szCs w:val="18"/>
              </w:rPr>
              <w:t>Sex, male</w:t>
            </w:r>
          </w:p>
        </w:tc>
        <w:tc>
          <w:tcPr>
            <w:tcW w:w="1985" w:type="dxa"/>
            <w:tcMar>
              <w:top w:w="70" w:type="dxa"/>
              <w:left w:w="90" w:type="dxa"/>
              <w:bottom w:w="70" w:type="dxa"/>
              <w:right w:w="90" w:type="dxa"/>
            </w:tcMar>
            <w:vAlign w:val="center"/>
          </w:tcPr>
          <w:p w14:paraId="61429AE6" w14:textId="77777777" w:rsidR="00F720C3" w:rsidRPr="00582A7A" w:rsidRDefault="00000000" w:rsidP="003A2BCD">
            <w:pPr>
              <w:spacing w:after="0" w:line="240" w:lineRule="auto"/>
              <w:jc w:val="both"/>
              <w:rPr>
                <w:sz w:val="18"/>
                <w:szCs w:val="18"/>
              </w:rPr>
            </w:pPr>
            <w:r w:rsidRPr="00582A7A">
              <w:rPr>
                <w:sz w:val="18"/>
                <w:szCs w:val="18"/>
              </w:rPr>
              <w:t>520 (76.36)</w:t>
            </w:r>
          </w:p>
        </w:tc>
        <w:tc>
          <w:tcPr>
            <w:tcW w:w="1984" w:type="dxa"/>
            <w:tcMar>
              <w:top w:w="70" w:type="dxa"/>
              <w:left w:w="90" w:type="dxa"/>
              <w:bottom w:w="70" w:type="dxa"/>
              <w:right w:w="90" w:type="dxa"/>
            </w:tcMar>
            <w:vAlign w:val="center"/>
          </w:tcPr>
          <w:p w14:paraId="533D5454" w14:textId="77777777" w:rsidR="00F720C3" w:rsidRPr="00582A7A" w:rsidRDefault="00000000" w:rsidP="003A2BCD">
            <w:pPr>
              <w:spacing w:after="0" w:line="240" w:lineRule="auto"/>
              <w:jc w:val="both"/>
              <w:rPr>
                <w:sz w:val="18"/>
                <w:szCs w:val="18"/>
              </w:rPr>
            </w:pPr>
            <w:r w:rsidRPr="00582A7A">
              <w:rPr>
                <w:sz w:val="18"/>
                <w:szCs w:val="18"/>
              </w:rPr>
              <w:t>177 (77.97)</w:t>
            </w:r>
          </w:p>
        </w:tc>
        <w:tc>
          <w:tcPr>
            <w:tcW w:w="1985" w:type="dxa"/>
            <w:tcMar>
              <w:top w:w="70" w:type="dxa"/>
              <w:left w:w="90" w:type="dxa"/>
              <w:bottom w:w="70" w:type="dxa"/>
              <w:right w:w="90" w:type="dxa"/>
            </w:tcMar>
            <w:vAlign w:val="center"/>
          </w:tcPr>
          <w:p w14:paraId="72D8EE22" w14:textId="77777777" w:rsidR="00F720C3" w:rsidRPr="00582A7A" w:rsidRDefault="00000000" w:rsidP="003A2BCD">
            <w:pPr>
              <w:spacing w:after="0" w:line="240" w:lineRule="auto"/>
              <w:jc w:val="both"/>
              <w:rPr>
                <w:sz w:val="18"/>
                <w:szCs w:val="18"/>
              </w:rPr>
            </w:pPr>
            <w:r w:rsidRPr="00582A7A">
              <w:rPr>
                <w:sz w:val="18"/>
                <w:szCs w:val="18"/>
              </w:rPr>
              <w:t>178 (78.41)</w:t>
            </w:r>
          </w:p>
        </w:tc>
        <w:tc>
          <w:tcPr>
            <w:tcW w:w="2098" w:type="dxa"/>
            <w:tcMar>
              <w:top w:w="70" w:type="dxa"/>
              <w:left w:w="90" w:type="dxa"/>
              <w:bottom w:w="70" w:type="dxa"/>
              <w:right w:w="90" w:type="dxa"/>
            </w:tcMar>
            <w:vAlign w:val="center"/>
          </w:tcPr>
          <w:p w14:paraId="07348378" w14:textId="77777777" w:rsidR="00F720C3" w:rsidRPr="00582A7A" w:rsidRDefault="00000000" w:rsidP="003A2BCD">
            <w:pPr>
              <w:spacing w:after="0" w:line="240" w:lineRule="auto"/>
              <w:jc w:val="both"/>
              <w:rPr>
                <w:sz w:val="18"/>
                <w:szCs w:val="18"/>
              </w:rPr>
            </w:pPr>
            <w:r w:rsidRPr="00582A7A">
              <w:rPr>
                <w:sz w:val="18"/>
                <w:szCs w:val="18"/>
              </w:rPr>
              <w:t>165 (72.69)</w:t>
            </w:r>
          </w:p>
        </w:tc>
        <w:tc>
          <w:tcPr>
            <w:tcW w:w="766" w:type="dxa"/>
            <w:tcMar>
              <w:top w:w="70" w:type="dxa"/>
              <w:left w:w="90" w:type="dxa"/>
              <w:bottom w:w="70" w:type="dxa"/>
              <w:right w:w="90" w:type="dxa"/>
            </w:tcMar>
            <w:vAlign w:val="center"/>
          </w:tcPr>
          <w:p w14:paraId="04A4427A" w14:textId="77777777" w:rsidR="00F720C3" w:rsidRPr="00582A7A" w:rsidRDefault="00000000" w:rsidP="003A2BCD">
            <w:pPr>
              <w:spacing w:after="0" w:line="240" w:lineRule="auto"/>
              <w:jc w:val="both"/>
              <w:rPr>
                <w:sz w:val="18"/>
                <w:szCs w:val="18"/>
              </w:rPr>
            </w:pPr>
            <w:r w:rsidRPr="00582A7A">
              <w:rPr>
                <w:sz w:val="18"/>
                <w:szCs w:val="18"/>
              </w:rPr>
              <w:t>0.279</w:t>
            </w:r>
          </w:p>
        </w:tc>
      </w:tr>
      <w:tr w:rsidR="002A76DF" w:rsidRPr="00582A7A" w14:paraId="6D53CF51" w14:textId="77777777" w:rsidTr="00262C8D">
        <w:trPr>
          <w:jc w:val="center"/>
        </w:trPr>
        <w:tc>
          <w:tcPr>
            <w:tcW w:w="3806" w:type="dxa"/>
            <w:tcMar>
              <w:top w:w="70" w:type="dxa"/>
              <w:left w:w="90" w:type="dxa"/>
              <w:bottom w:w="70" w:type="dxa"/>
              <w:right w:w="90" w:type="dxa"/>
            </w:tcMar>
            <w:vAlign w:val="center"/>
          </w:tcPr>
          <w:p w14:paraId="36C50041" w14:textId="77777777" w:rsidR="00F720C3" w:rsidRPr="00582A7A" w:rsidRDefault="00000000" w:rsidP="003A2BCD">
            <w:pPr>
              <w:spacing w:after="0" w:line="240" w:lineRule="auto"/>
              <w:jc w:val="both"/>
              <w:rPr>
                <w:sz w:val="18"/>
                <w:szCs w:val="18"/>
              </w:rPr>
            </w:pPr>
            <w:r w:rsidRPr="00582A7A">
              <w:rPr>
                <w:sz w:val="18"/>
                <w:szCs w:val="18"/>
              </w:rPr>
              <w:t>Age (years)</w:t>
            </w:r>
          </w:p>
        </w:tc>
        <w:tc>
          <w:tcPr>
            <w:tcW w:w="1985" w:type="dxa"/>
            <w:tcMar>
              <w:top w:w="70" w:type="dxa"/>
              <w:left w:w="90" w:type="dxa"/>
              <w:bottom w:w="70" w:type="dxa"/>
              <w:right w:w="90" w:type="dxa"/>
            </w:tcMar>
            <w:vAlign w:val="center"/>
          </w:tcPr>
          <w:p w14:paraId="3EA7A038" w14:textId="77777777" w:rsidR="00F720C3" w:rsidRPr="00582A7A" w:rsidRDefault="00000000" w:rsidP="003A2BCD">
            <w:pPr>
              <w:spacing w:after="0" w:line="240" w:lineRule="auto"/>
              <w:jc w:val="both"/>
              <w:rPr>
                <w:sz w:val="18"/>
                <w:szCs w:val="18"/>
              </w:rPr>
            </w:pPr>
            <w:r w:rsidRPr="00582A7A">
              <w:rPr>
                <w:sz w:val="18"/>
                <w:szCs w:val="18"/>
              </w:rPr>
              <w:t>66.00 (57.00, 74.00)</w:t>
            </w:r>
          </w:p>
        </w:tc>
        <w:tc>
          <w:tcPr>
            <w:tcW w:w="1984" w:type="dxa"/>
            <w:tcMar>
              <w:top w:w="70" w:type="dxa"/>
              <w:left w:w="90" w:type="dxa"/>
              <w:bottom w:w="70" w:type="dxa"/>
              <w:right w:w="90" w:type="dxa"/>
            </w:tcMar>
            <w:vAlign w:val="center"/>
          </w:tcPr>
          <w:p w14:paraId="3FBA5FAF" w14:textId="77777777" w:rsidR="00F720C3" w:rsidRPr="00582A7A" w:rsidRDefault="00000000" w:rsidP="003A2BCD">
            <w:pPr>
              <w:spacing w:after="0" w:line="240" w:lineRule="auto"/>
              <w:jc w:val="both"/>
              <w:rPr>
                <w:sz w:val="18"/>
                <w:szCs w:val="18"/>
              </w:rPr>
            </w:pPr>
            <w:r w:rsidRPr="00582A7A">
              <w:rPr>
                <w:sz w:val="18"/>
                <w:szCs w:val="18"/>
              </w:rPr>
              <w:t>60.00 (52.00, 69.50)</w:t>
            </w:r>
          </w:p>
        </w:tc>
        <w:tc>
          <w:tcPr>
            <w:tcW w:w="1985" w:type="dxa"/>
            <w:tcMar>
              <w:top w:w="70" w:type="dxa"/>
              <w:left w:w="90" w:type="dxa"/>
              <w:bottom w:w="70" w:type="dxa"/>
              <w:right w:w="90" w:type="dxa"/>
            </w:tcMar>
            <w:vAlign w:val="center"/>
          </w:tcPr>
          <w:p w14:paraId="6BF58028" w14:textId="77777777" w:rsidR="00F720C3" w:rsidRPr="00582A7A" w:rsidRDefault="00000000" w:rsidP="003A2BCD">
            <w:pPr>
              <w:spacing w:after="0" w:line="240" w:lineRule="auto"/>
              <w:jc w:val="both"/>
              <w:rPr>
                <w:sz w:val="18"/>
                <w:szCs w:val="18"/>
              </w:rPr>
            </w:pPr>
            <w:r w:rsidRPr="00582A7A">
              <w:rPr>
                <w:sz w:val="18"/>
                <w:szCs w:val="18"/>
              </w:rPr>
              <w:t>65.00 (57.00, 73.00)</w:t>
            </w:r>
          </w:p>
        </w:tc>
        <w:tc>
          <w:tcPr>
            <w:tcW w:w="2098" w:type="dxa"/>
            <w:tcMar>
              <w:top w:w="70" w:type="dxa"/>
              <w:left w:w="90" w:type="dxa"/>
              <w:bottom w:w="70" w:type="dxa"/>
              <w:right w:w="90" w:type="dxa"/>
            </w:tcMar>
            <w:vAlign w:val="center"/>
          </w:tcPr>
          <w:p w14:paraId="44427897" w14:textId="77777777" w:rsidR="00F720C3" w:rsidRPr="00582A7A" w:rsidRDefault="00000000" w:rsidP="003A2BCD">
            <w:pPr>
              <w:spacing w:after="0" w:line="240" w:lineRule="auto"/>
              <w:jc w:val="both"/>
              <w:rPr>
                <w:sz w:val="18"/>
                <w:szCs w:val="18"/>
              </w:rPr>
            </w:pPr>
            <w:r w:rsidRPr="00582A7A">
              <w:rPr>
                <w:sz w:val="18"/>
                <w:szCs w:val="18"/>
              </w:rPr>
              <w:t>71.00 (63.00, 78.50)</w:t>
            </w:r>
          </w:p>
        </w:tc>
        <w:tc>
          <w:tcPr>
            <w:tcW w:w="766" w:type="dxa"/>
            <w:tcMar>
              <w:top w:w="70" w:type="dxa"/>
              <w:left w:w="90" w:type="dxa"/>
              <w:bottom w:w="70" w:type="dxa"/>
              <w:right w:w="90" w:type="dxa"/>
            </w:tcMar>
            <w:vAlign w:val="center"/>
          </w:tcPr>
          <w:p w14:paraId="45190EA6"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6618E5AF" w14:textId="77777777" w:rsidTr="00262C8D">
        <w:trPr>
          <w:jc w:val="center"/>
        </w:trPr>
        <w:tc>
          <w:tcPr>
            <w:tcW w:w="3806" w:type="dxa"/>
            <w:tcMar>
              <w:top w:w="70" w:type="dxa"/>
              <w:left w:w="90" w:type="dxa"/>
              <w:bottom w:w="70" w:type="dxa"/>
              <w:right w:w="90" w:type="dxa"/>
            </w:tcMar>
            <w:vAlign w:val="center"/>
          </w:tcPr>
          <w:p w14:paraId="43454E89" w14:textId="77777777" w:rsidR="00F720C3" w:rsidRPr="00582A7A" w:rsidRDefault="00000000" w:rsidP="003A2BCD">
            <w:pPr>
              <w:spacing w:after="0" w:line="240" w:lineRule="auto"/>
              <w:jc w:val="both"/>
              <w:rPr>
                <w:sz w:val="18"/>
                <w:szCs w:val="18"/>
              </w:rPr>
            </w:pPr>
            <w:r w:rsidRPr="00582A7A">
              <w:rPr>
                <w:sz w:val="18"/>
                <w:szCs w:val="18"/>
              </w:rPr>
              <w:t>Education level</w:t>
            </w:r>
          </w:p>
        </w:tc>
        <w:tc>
          <w:tcPr>
            <w:tcW w:w="1985" w:type="dxa"/>
            <w:tcMar>
              <w:top w:w="70" w:type="dxa"/>
              <w:left w:w="90" w:type="dxa"/>
              <w:bottom w:w="70" w:type="dxa"/>
              <w:right w:w="90" w:type="dxa"/>
            </w:tcMar>
            <w:vAlign w:val="center"/>
          </w:tcPr>
          <w:p w14:paraId="54E2BE34" w14:textId="77777777" w:rsidR="00F720C3" w:rsidRDefault="00000000" w:rsidP="003A2BCD">
            <w:pPr>
              <w:spacing w:after="0" w:line="240" w:lineRule="auto"/>
              <w:jc w:val="both"/>
              <w:rPr>
                <w:sz w:val="18"/>
                <w:szCs w:val="18"/>
                <w:lang w:eastAsia="zh-CN"/>
              </w:rPr>
            </w:pPr>
            <w:r w:rsidRPr="00582A7A">
              <w:rPr>
                <w:sz w:val="18"/>
                <w:szCs w:val="18"/>
              </w:rPr>
              <w:t>1: 678 (99.56%);</w:t>
            </w:r>
          </w:p>
          <w:p w14:paraId="19A7A1F7" w14:textId="77777777" w:rsidR="00F720C3" w:rsidRPr="00582A7A" w:rsidRDefault="00000000" w:rsidP="003A2BCD">
            <w:pPr>
              <w:spacing w:after="0" w:line="240" w:lineRule="auto"/>
              <w:jc w:val="both"/>
              <w:rPr>
                <w:sz w:val="18"/>
                <w:szCs w:val="18"/>
              </w:rPr>
            </w:pPr>
            <w:r w:rsidRPr="00582A7A">
              <w:rPr>
                <w:sz w:val="18"/>
                <w:szCs w:val="18"/>
              </w:rPr>
              <w:t>2: 3 (0.44%)</w:t>
            </w:r>
          </w:p>
        </w:tc>
        <w:tc>
          <w:tcPr>
            <w:tcW w:w="1984" w:type="dxa"/>
            <w:tcMar>
              <w:top w:w="70" w:type="dxa"/>
              <w:left w:w="90" w:type="dxa"/>
              <w:bottom w:w="70" w:type="dxa"/>
              <w:right w:w="90" w:type="dxa"/>
            </w:tcMar>
            <w:vAlign w:val="center"/>
          </w:tcPr>
          <w:p w14:paraId="4EFD48BC" w14:textId="77777777" w:rsidR="00F720C3" w:rsidRDefault="00000000" w:rsidP="003A2BCD">
            <w:pPr>
              <w:spacing w:after="0" w:line="240" w:lineRule="auto"/>
              <w:jc w:val="both"/>
              <w:rPr>
                <w:sz w:val="18"/>
                <w:szCs w:val="18"/>
                <w:lang w:eastAsia="zh-CN"/>
              </w:rPr>
            </w:pPr>
            <w:r w:rsidRPr="00582A7A">
              <w:rPr>
                <w:sz w:val="18"/>
                <w:szCs w:val="18"/>
              </w:rPr>
              <w:t>1: 225 (99.12%);</w:t>
            </w:r>
          </w:p>
          <w:p w14:paraId="65DC437D" w14:textId="77777777" w:rsidR="00F720C3" w:rsidRPr="00582A7A" w:rsidRDefault="00000000" w:rsidP="003A2BCD">
            <w:pPr>
              <w:spacing w:after="0" w:line="240" w:lineRule="auto"/>
              <w:jc w:val="both"/>
              <w:rPr>
                <w:sz w:val="18"/>
                <w:szCs w:val="18"/>
              </w:rPr>
            </w:pPr>
            <w:r w:rsidRPr="00582A7A">
              <w:rPr>
                <w:sz w:val="18"/>
                <w:szCs w:val="18"/>
              </w:rPr>
              <w:t>2: 2 (0.88%)</w:t>
            </w:r>
          </w:p>
        </w:tc>
        <w:tc>
          <w:tcPr>
            <w:tcW w:w="1985" w:type="dxa"/>
            <w:tcMar>
              <w:top w:w="70" w:type="dxa"/>
              <w:left w:w="90" w:type="dxa"/>
              <w:bottom w:w="70" w:type="dxa"/>
              <w:right w:w="90" w:type="dxa"/>
            </w:tcMar>
            <w:vAlign w:val="center"/>
          </w:tcPr>
          <w:p w14:paraId="4E160187" w14:textId="77777777" w:rsidR="00F720C3" w:rsidRDefault="00000000" w:rsidP="003A2BCD">
            <w:pPr>
              <w:spacing w:after="0" w:line="240" w:lineRule="auto"/>
              <w:jc w:val="both"/>
              <w:rPr>
                <w:sz w:val="18"/>
                <w:szCs w:val="18"/>
                <w:lang w:eastAsia="zh-CN"/>
              </w:rPr>
            </w:pPr>
            <w:r w:rsidRPr="00582A7A">
              <w:rPr>
                <w:sz w:val="18"/>
                <w:szCs w:val="18"/>
              </w:rPr>
              <w:t>1: 227 (100.00%);</w:t>
            </w:r>
          </w:p>
          <w:p w14:paraId="3D458032" w14:textId="77777777" w:rsidR="00F720C3" w:rsidRPr="00582A7A" w:rsidRDefault="00000000" w:rsidP="003A2BCD">
            <w:pPr>
              <w:spacing w:after="0" w:line="240" w:lineRule="auto"/>
              <w:jc w:val="both"/>
              <w:rPr>
                <w:sz w:val="18"/>
                <w:szCs w:val="18"/>
              </w:rPr>
            </w:pPr>
            <w:r w:rsidRPr="00582A7A">
              <w:rPr>
                <w:sz w:val="18"/>
                <w:szCs w:val="18"/>
              </w:rPr>
              <w:t>2: 0 (0.00%)</w:t>
            </w:r>
          </w:p>
        </w:tc>
        <w:tc>
          <w:tcPr>
            <w:tcW w:w="2098" w:type="dxa"/>
            <w:tcMar>
              <w:top w:w="70" w:type="dxa"/>
              <w:left w:w="90" w:type="dxa"/>
              <w:bottom w:w="70" w:type="dxa"/>
              <w:right w:w="90" w:type="dxa"/>
            </w:tcMar>
            <w:vAlign w:val="center"/>
          </w:tcPr>
          <w:p w14:paraId="2E53C413" w14:textId="77777777" w:rsidR="00F720C3" w:rsidRDefault="00000000" w:rsidP="003A2BCD">
            <w:pPr>
              <w:spacing w:after="0" w:line="240" w:lineRule="auto"/>
              <w:jc w:val="both"/>
              <w:rPr>
                <w:sz w:val="18"/>
                <w:szCs w:val="18"/>
                <w:lang w:eastAsia="zh-CN"/>
              </w:rPr>
            </w:pPr>
            <w:r w:rsidRPr="00582A7A">
              <w:rPr>
                <w:sz w:val="18"/>
                <w:szCs w:val="18"/>
              </w:rPr>
              <w:t>1: 226 (99.56%);</w:t>
            </w:r>
          </w:p>
          <w:p w14:paraId="5E95D26F" w14:textId="77777777" w:rsidR="00F720C3" w:rsidRPr="00582A7A" w:rsidRDefault="00000000" w:rsidP="003A2BCD">
            <w:pPr>
              <w:spacing w:after="0" w:line="240" w:lineRule="auto"/>
              <w:jc w:val="both"/>
              <w:rPr>
                <w:sz w:val="18"/>
                <w:szCs w:val="18"/>
              </w:rPr>
            </w:pPr>
            <w:r w:rsidRPr="00582A7A">
              <w:rPr>
                <w:sz w:val="18"/>
                <w:szCs w:val="18"/>
              </w:rPr>
              <w:t>2: 1 (0.44%)</w:t>
            </w:r>
          </w:p>
        </w:tc>
        <w:tc>
          <w:tcPr>
            <w:tcW w:w="766" w:type="dxa"/>
            <w:tcMar>
              <w:top w:w="70" w:type="dxa"/>
              <w:left w:w="90" w:type="dxa"/>
              <w:bottom w:w="70" w:type="dxa"/>
              <w:right w:w="90" w:type="dxa"/>
            </w:tcMar>
            <w:vAlign w:val="center"/>
          </w:tcPr>
          <w:p w14:paraId="34B6DBBE" w14:textId="77777777" w:rsidR="00F720C3" w:rsidRPr="00582A7A" w:rsidRDefault="00000000" w:rsidP="003A2BCD">
            <w:pPr>
              <w:spacing w:after="0" w:line="240" w:lineRule="auto"/>
              <w:jc w:val="both"/>
              <w:rPr>
                <w:sz w:val="18"/>
                <w:szCs w:val="18"/>
              </w:rPr>
            </w:pPr>
            <w:r w:rsidRPr="00582A7A">
              <w:rPr>
                <w:sz w:val="18"/>
                <w:szCs w:val="18"/>
              </w:rPr>
              <w:t>0.366</w:t>
            </w:r>
          </w:p>
        </w:tc>
      </w:tr>
      <w:tr w:rsidR="002A76DF" w:rsidRPr="00582A7A" w14:paraId="1BB082C9" w14:textId="77777777" w:rsidTr="00262C8D">
        <w:trPr>
          <w:jc w:val="center"/>
        </w:trPr>
        <w:tc>
          <w:tcPr>
            <w:tcW w:w="3806" w:type="dxa"/>
            <w:tcMar>
              <w:top w:w="70" w:type="dxa"/>
              <w:left w:w="90" w:type="dxa"/>
              <w:bottom w:w="70" w:type="dxa"/>
              <w:right w:w="90" w:type="dxa"/>
            </w:tcMar>
            <w:vAlign w:val="center"/>
          </w:tcPr>
          <w:p w14:paraId="6430465C" w14:textId="77777777" w:rsidR="00F720C3" w:rsidRPr="00582A7A" w:rsidRDefault="00000000" w:rsidP="003A2BCD">
            <w:pPr>
              <w:spacing w:after="0" w:line="240" w:lineRule="auto"/>
              <w:jc w:val="both"/>
              <w:rPr>
                <w:sz w:val="18"/>
                <w:szCs w:val="18"/>
              </w:rPr>
            </w:pPr>
            <w:r w:rsidRPr="00582A7A">
              <w:rPr>
                <w:sz w:val="18"/>
                <w:szCs w:val="18"/>
              </w:rPr>
              <w:t>Marital status</w:t>
            </w:r>
          </w:p>
        </w:tc>
        <w:tc>
          <w:tcPr>
            <w:tcW w:w="1985" w:type="dxa"/>
            <w:tcMar>
              <w:top w:w="70" w:type="dxa"/>
              <w:left w:w="90" w:type="dxa"/>
              <w:bottom w:w="70" w:type="dxa"/>
              <w:right w:w="90" w:type="dxa"/>
            </w:tcMar>
            <w:vAlign w:val="center"/>
          </w:tcPr>
          <w:p w14:paraId="2B0824D2" w14:textId="77777777" w:rsidR="00F720C3" w:rsidRDefault="00000000" w:rsidP="003A2BCD">
            <w:pPr>
              <w:spacing w:after="0" w:line="240" w:lineRule="auto"/>
              <w:jc w:val="both"/>
              <w:rPr>
                <w:sz w:val="18"/>
                <w:szCs w:val="18"/>
                <w:lang w:eastAsia="zh-CN"/>
              </w:rPr>
            </w:pPr>
            <w:r w:rsidRPr="00582A7A">
              <w:rPr>
                <w:sz w:val="18"/>
                <w:szCs w:val="18"/>
              </w:rPr>
              <w:t>1: 678 (99.56%);</w:t>
            </w:r>
          </w:p>
          <w:p w14:paraId="72794741" w14:textId="77777777" w:rsidR="00F720C3" w:rsidRPr="00582A7A" w:rsidRDefault="00000000" w:rsidP="003A2BCD">
            <w:pPr>
              <w:spacing w:after="0" w:line="240" w:lineRule="auto"/>
              <w:jc w:val="both"/>
              <w:rPr>
                <w:sz w:val="18"/>
                <w:szCs w:val="18"/>
              </w:rPr>
            </w:pPr>
            <w:r w:rsidRPr="00582A7A">
              <w:rPr>
                <w:sz w:val="18"/>
                <w:szCs w:val="18"/>
              </w:rPr>
              <w:t>2: 3 (0.44%)</w:t>
            </w:r>
          </w:p>
        </w:tc>
        <w:tc>
          <w:tcPr>
            <w:tcW w:w="1984" w:type="dxa"/>
            <w:tcMar>
              <w:top w:w="70" w:type="dxa"/>
              <w:left w:w="90" w:type="dxa"/>
              <w:bottom w:w="70" w:type="dxa"/>
              <w:right w:w="90" w:type="dxa"/>
            </w:tcMar>
            <w:vAlign w:val="center"/>
          </w:tcPr>
          <w:p w14:paraId="31AF86F2" w14:textId="77777777" w:rsidR="00F720C3" w:rsidRDefault="00000000" w:rsidP="003A2BCD">
            <w:pPr>
              <w:spacing w:after="0" w:line="240" w:lineRule="auto"/>
              <w:jc w:val="both"/>
              <w:rPr>
                <w:sz w:val="18"/>
                <w:szCs w:val="18"/>
                <w:lang w:eastAsia="zh-CN"/>
              </w:rPr>
            </w:pPr>
            <w:r w:rsidRPr="00582A7A">
              <w:rPr>
                <w:sz w:val="18"/>
                <w:szCs w:val="18"/>
              </w:rPr>
              <w:t>1: 227 (100.00%);</w:t>
            </w:r>
          </w:p>
          <w:p w14:paraId="35D8AEFB" w14:textId="77777777" w:rsidR="00F720C3" w:rsidRPr="00582A7A" w:rsidRDefault="00000000" w:rsidP="003A2BCD">
            <w:pPr>
              <w:spacing w:after="0" w:line="240" w:lineRule="auto"/>
              <w:jc w:val="both"/>
              <w:rPr>
                <w:sz w:val="18"/>
                <w:szCs w:val="18"/>
              </w:rPr>
            </w:pPr>
            <w:r w:rsidRPr="00582A7A">
              <w:rPr>
                <w:sz w:val="18"/>
                <w:szCs w:val="18"/>
              </w:rPr>
              <w:t>2: 0 (0.00%)</w:t>
            </w:r>
          </w:p>
        </w:tc>
        <w:tc>
          <w:tcPr>
            <w:tcW w:w="1985" w:type="dxa"/>
            <w:tcMar>
              <w:top w:w="70" w:type="dxa"/>
              <w:left w:w="90" w:type="dxa"/>
              <w:bottom w:w="70" w:type="dxa"/>
              <w:right w:w="90" w:type="dxa"/>
            </w:tcMar>
            <w:vAlign w:val="center"/>
          </w:tcPr>
          <w:p w14:paraId="54BDAE72" w14:textId="77777777" w:rsidR="00F720C3" w:rsidRDefault="00000000" w:rsidP="003A2BCD">
            <w:pPr>
              <w:spacing w:after="0" w:line="240" w:lineRule="auto"/>
              <w:jc w:val="both"/>
              <w:rPr>
                <w:sz w:val="18"/>
                <w:szCs w:val="18"/>
                <w:lang w:eastAsia="zh-CN"/>
              </w:rPr>
            </w:pPr>
            <w:r w:rsidRPr="00582A7A">
              <w:rPr>
                <w:sz w:val="18"/>
                <w:szCs w:val="18"/>
              </w:rPr>
              <w:t>1: 225 (99.12%);</w:t>
            </w:r>
          </w:p>
          <w:p w14:paraId="0BDA2E66" w14:textId="77777777" w:rsidR="00F720C3" w:rsidRPr="00582A7A" w:rsidRDefault="00000000" w:rsidP="003A2BCD">
            <w:pPr>
              <w:spacing w:after="0" w:line="240" w:lineRule="auto"/>
              <w:jc w:val="both"/>
              <w:rPr>
                <w:sz w:val="18"/>
                <w:szCs w:val="18"/>
              </w:rPr>
            </w:pPr>
            <w:r w:rsidRPr="00582A7A">
              <w:rPr>
                <w:sz w:val="18"/>
                <w:szCs w:val="18"/>
              </w:rPr>
              <w:t>2: 2 (0.88%)</w:t>
            </w:r>
          </w:p>
        </w:tc>
        <w:tc>
          <w:tcPr>
            <w:tcW w:w="2098" w:type="dxa"/>
            <w:tcMar>
              <w:top w:w="70" w:type="dxa"/>
              <w:left w:w="90" w:type="dxa"/>
              <w:bottom w:w="70" w:type="dxa"/>
              <w:right w:w="90" w:type="dxa"/>
            </w:tcMar>
            <w:vAlign w:val="center"/>
          </w:tcPr>
          <w:p w14:paraId="4C32B082" w14:textId="77777777" w:rsidR="00F720C3" w:rsidRDefault="00000000" w:rsidP="003A2BCD">
            <w:pPr>
              <w:spacing w:after="0" w:line="240" w:lineRule="auto"/>
              <w:jc w:val="both"/>
              <w:rPr>
                <w:sz w:val="18"/>
                <w:szCs w:val="18"/>
                <w:lang w:eastAsia="zh-CN"/>
              </w:rPr>
            </w:pPr>
            <w:r w:rsidRPr="00582A7A">
              <w:rPr>
                <w:sz w:val="18"/>
                <w:szCs w:val="18"/>
              </w:rPr>
              <w:t>1: 226 (99.56%);</w:t>
            </w:r>
          </w:p>
          <w:p w14:paraId="4FAA4092" w14:textId="77777777" w:rsidR="00F720C3" w:rsidRPr="00582A7A" w:rsidRDefault="00000000" w:rsidP="003A2BCD">
            <w:pPr>
              <w:spacing w:after="0" w:line="240" w:lineRule="auto"/>
              <w:jc w:val="both"/>
              <w:rPr>
                <w:sz w:val="18"/>
                <w:szCs w:val="18"/>
              </w:rPr>
            </w:pPr>
            <w:r w:rsidRPr="00582A7A">
              <w:rPr>
                <w:sz w:val="18"/>
                <w:szCs w:val="18"/>
              </w:rPr>
              <w:t>2: 1 (0.44%)</w:t>
            </w:r>
          </w:p>
        </w:tc>
        <w:tc>
          <w:tcPr>
            <w:tcW w:w="766" w:type="dxa"/>
            <w:tcMar>
              <w:top w:w="70" w:type="dxa"/>
              <w:left w:w="90" w:type="dxa"/>
              <w:bottom w:w="70" w:type="dxa"/>
              <w:right w:w="90" w:type="dxa"/>
            </w:tcMar>
            <w:vAlign w:val="center"/>
          </w:tcPr>
          <w:p w14:paraId="517BF69B" w14:textId="77777777" w:rsidR="00F720C3" w:rsidRPr="00582A7A" w:rsidRDefault="00000000" w:rsidP="003A2BCD">
            <w:pPr>
              <w:spacing w:after="0" w:line="240" w:lineRule="auto"/>
              <w:jc w:val="both"/>
              <w:rPr>
                <w:sz w:val="18"/>
                <w:szCs w:val="18"/>
              </w:rPr>
            </w:pPr>
            <w:r w:rsidRPr="00582A7A">
              <w:rPr>
                <w:sz w:val="18"/>
                <w:szCs w:val="18"/>
              </w:rPr>
              <w:t>0.366</w:t>
            </w:r>
          </w:p>
        </w:tc>
      </w:tr>
      <w:tr w:rsidR="002A76DF" w:rsidRPr="00582A7A" w14:paraId="4181A358" w14:textId="77777777" w:rsidTr="00262C8D">
        <w:trPr>
          <w:jc w:val="center"/>
        </w:trPr>
        <w:tc>
          <w:tcPr>
            <w:tcW w:w="3806" w:type="dxa"/>
            <w:shd w:val="clear" w:color="auto" w:fill="EEF5FA"/>
            <w:tcMar>
              <w:top w:w="70" w:type="dxa"/>
              <w:left w:w="90" w:type="dxa"/>
              <w:bottom w:w="70" w:type="dxa"/>
              <w:right w:w="90" w:type="dxa"/>
            </w:tcMar>
            <w:vAlign w:val="center"/>
          </w:tcPr>
          <w:p w14:paraId="5D9610C4" w14:textId="77777777" w:rsidR="00F720C3" w:rsidRPr="00582A7A" w:rsidRDefault="00000000" w:rsidP="003A2BCD">
            <w:pPr>
              <w:spacing w:after="0" w:line="240" w:lineRule="auto"/>
              <w:jc w:val="both"/>
              <w:rPr>
                <w:sz w:val="18"/>
                <w:szCs w:val="18"/>
              </w:rPr>
            </w:pPr>
            <w:r w:rsidRPr="00582A7A">
              <w:rPr>
                <w:b/>
                <w:sz w:val="18"/>
                <w:szCs w:val="18"/>
              </w:rPr>
              <w:t>Vital signs and anthropometric measurements</w:t>
            </w:r>
          </w:p>
        </w:tc>
        <w:tc>
          <w:tcPr>
            <w:tcW w:w="1985" w:type="dxa"/>
            <w:shd w:val="clear" w:color="auto" w:fill="EEF5FA"/>
            <w:tcMar>
              <w:top w:w="70" w:type="dxa"/>
              <w:left w:w="90" w:type="dxa"/>
              <w:bottom w:w="70" w:type="dxa"/>
              <w:right w:w="90" w:type="dxa"/>
            </w:tcMar>
            <w:vAlign w:val="center"/>
          </w:tcPr>
          <w:p w14:paraId="610E0E6F" w14:textId="77777777" w:rsidR="00F720C3" w:rsidRPr="00582A7A" w:rsidRDefault="00F720C3" w:rsidP="003A2BCD">
            <w:pPr>
              <w:spacing w:after="0" w:line="240" w:lineRule="auto"/>
              <w:jc w:val="both"/>
              <w:rPr>
                <w:sz w:val="18"/>
                <w:szCs w:val="18"/>
              </w:rPr>
            </w:pPr>
          </w:p>
        </w:tc>
        <w:tc>
          <w:tcPr>
            <w:tcW w:w="1984" w:type="dxa"/>
            <w:shd w:val="clear" w:color="auto" w:fill="EEF5FA"/>
            <w:tcMar>
              <w:top w:w="70" w:type="dxa"/>
              <w:left w:w="90" w:type="dxa"/>
              <w:bottom w:w="70" w:type="dxa"/>
              <w:right w:w="90" w:type="dxa"/>
            </w:tcMar>
            <w:vAlign w:val="center"/>
          </w:tcPr>
          <w:p w14:paraId="734CB35B" w14:textId="77777777" w:rsidR="00F720C3" w:rsidRPr="00582A7A" w:rsidRDefault="00F720C3" w:rsidP="003A2BCD">
            <w:pPr>
              <w:spacing w:after="0" w:line="240" w:lineRule="auto"/>
              <w:jc w:val="both"/>
              <w:rPr>
                <w:sz w:val="18"/>
                <w:szCs w:val="18"/>
              </w:rPr>
            </w:pPr>
          </w:p>
        </w:tc>
        <w:tc>
          <w:tcPr>
            <w:tcW w:w="1985" w:type="dxa"/>
            <w:shd w:val="clear" w:color="auto" w:fill="EEF5FA"/>
            <w:tcMar>
              <w:top w:w="70" w:type="dxa"/>
              <w:left w:w="90" w:type="dxa"/>
              <w:bottom w:w="70" w:type="dxa"/>
              <w:right w:w="90" w:type="dxa"/>
            </w:tcMar>
            <w:vAlign w:val="center"/>
          </w:tcPr>
          <w:p w14:paraId="60898DA3" w14:textId="77777777" w:rsidR="00F720C3" w:rsidRPr="00582A7A" w:rsidRDefault="00F720C3" w:rsidP="003A2BCD">
            <w:pPr>
              <w:spacing w:after="0" w:line="240" w:lineRule="auto"/>
              <w:jc w:val="both"/>
              <w:rPr>
                <w:sz w:val="18"/>
                <w:szCs w:val="18"/>
              </w:rPr>
            </w:pPr>
          </w:p>
        </w:tc>
        <w:tc>
          <w:tcPr>
            <w:tcW w:w="2098" w:type="dxa"/>
            <w:shd w:val="clear" w:color="auto" w:fill="EEF5FA"/>
            <w:tcMar>
              <w:top w:w="70" w:type="dxa"/>
              <w:left w:w="90" w:type="dxa"/>
              <w:bottom w:w="70" w:type="dxa"/>
              <w:right w:w="90" w:type="dxa"/>
            </w:tcMar>
            <w:vAlign w:val="center"/>
          </w:tcPr>
          <w:p w14:paraId="180B8F7E" w14:textId="77777777" w:rsidR="00F720C3" w:rsidRPr="00582A7A" w:rsidRDefault="00F720C3" w:rsidP="003A2BCD">
            <w:pPr>
              <w:spacing w:after="0" w:line="240" w:lineRule="auto"/>
              <w:jc w:val="both"/>
              <w:rPr>
                <w:sz w:val="18"/>
                <w:szCs w:val="18"/>
              </w:rPr>
            </w:pPr>
          </w:p>
        </w:tc>
        <w:tc>
          <w:tcPr>
            <w:tcW w:w="766" w:type="dxa"/>
            <w:shd w:val="clear" w:color="auto" w:fill="EEF5FA"/>
            <w:tcMar>
              <w:top w:w="70" w:type="dxa"/>
              <w:left w:w="90" w:type="dxa"/>
              <w:bottom w:w="70" w:type="dxa"/>
              <w:right w:w="90" w:type="dxa"/>
            </w:tcMar>
            <w:vAlign w:val="center"/>
          </w:tcPr>
          <w:p w14:paraId="0E8C901F" w14:textId="77777777" w:rsidR="00F720C3" w:rsidRPr="00582A7A" w:rsidRDefault="00F720C3" w:rsidP="003A2BCD">
            <w:pPr>
              <w:spacing w:after="0" w:line="240" w:lineRule="auto"/>
              <w:jc w:val="both"/>
              <w:rPr>
                <w:sz w:val="18"/>
                <w:szCs w:val="18"/>
              </w:rPr>
            </w:pPr>
          </w:p>
        </w:tc>
      </w:tr>
      <w:tr w:rsidR="002A76DF" w:rsidRPr="00582A7A" w14:paraId="32031F57" w14:textId="77777777" w:rsidTr="00262C8D">
        <w:trPr>
          <w:jc w:val="center"/>
        </w:trPr>
        <w:tc>
          <w:tcPr>
            <w:tcW w:w="3806" w:type="dxa"/>
            <w:tcMar>
              <w:top w:w="70" w:type="dxa"/>
              <w:left w:w="90" w:type="dxa"/>
              <w:bottom w:w="70" w:type="dxa"/>
              <w:right w:w="90" w:type="dxa"/>
            </w:tcMar>
            <w:vAlign w:val="center"/>
          </w:tcPr>
          <w:p w14:paraId="256435A5" w14:textId="77777777" w:rsidR="00F720C3" w:rsidRPr="00582A7A" w:rsidRDefault="00000000" w:rsidP="003A2BCD">
            <w:pPr>
              <w:spacing w:after="0" w:line="240" w:lineRule="auto"/>
              <w:jc w:val="both"/>
              <w:rPr>
                <w:sz w:val="18"/>
                <w:szCs w:val="18"/>
              </w:rPr>
            </w:pPr>
            <w:r w:rsidRPr="00582A7A">
              <w:rPr>
                <w:sz w:val="18"/>
                <w:szCs w:val="18"/>
              </w:rPr>
              <w:t>Heart rate (beats/min)</w:t>
            </w:r>
          </w:p>
        </w:tc>
        <w:tc>
          <w:tcPr>
            <w:tcW w:w="1985" w:type="dxa"/>
            <w:tcMar>
              <w:top w:w="70" w:type="dxa"/>
              <w:left w:w="90" w:type="dxa"/>
              <w:bottom w:w="70" w:type="dxa"/>
              <w:right w:w="90" w:type="dxa"/>
            </w:tcMar>
            <w:vAlign w:val="center"/>
          </w:tcPr>
          <w:p w14:paraId="106ACA25" w14:textId="77777777" w:rsidR="00F720C3" w:rsidRPr="00582A7A" w:rsidRDefault="00000000" w:rsidP="003A2BCD">
            <w:pPr>
              <w:spacing w:after="0" w:line="240" w:lineRule="auto"/>
              <w:jc w:val="both"/>
              <w:rPr>
                <w:sz w:val="18"/>
                <w:szCs w:val="18"/>
              </w:rPr>
            </w:pPr>
            <w:r w:rsidRPr="00582A7A">
              <w:rPr>
                <w:sz w:val="18"/>
                <w:szCs w:val="18"/>
              </w:rPr>
              <w:t>75.00 (66.00, 85.00)</w:t>
            </w:r>
          </w:p>
        </w:tc>
        <w:tc>
          <w:tcPr>
            <w:tcW w:w="1984" w:type="dxa"/>
            <w:tcMar>
              <w:top w:w="70" w:type="dxa"/>
              <w:left w:w="90" w:type="dxa"/>
              <w:bottom w:w="70" w:type="dxa"/>
              <w:right w:w="90" w:type="dxa"/>
            </w:tcMar>
            <w:vAlign w:val="center"/>
          </w:tcPr>
          <w:p w14:paraId="6BD9A0B1" w14:textId="77777777" w:rsidR="00F720C3" w:rsidRPr="00582A7A" w:rsidRDefault="00000000" w:rsidP="003A2BCD">
            <w:pPr>
              <w:spacing w:after="0" w:line="240" w:lineRule="auto"/>
              <w:jc w:val="both"/>
              <w:rPr>
                <w:sz w:val="18"/>
                <w:szCs w:val="18"/>
              </w:rPr>
            </w:pPr>
            <w:r w:rsidRPr="00582A7A">
              <w:rPr>
                <w:sz w:val="18"/>
                <w:szCs w:val="18"/>
              </w:rPr>
              <w:t>78.00 (69.50, 85.00)</w:t>
            </w:r>
          </w:p>
        </w:tc>
        <w:tc>
          <w:tcPr>
            <w:tcW w:w="1985" w:type="dxa"/>
            <w:tcMar>
              <w:top w:w="70" w:type="dxa"/>
              <w:left w:w="90" w:type="dxa"/>
              <w:bottom w:w="70" w:type="dxa"/>
              <w:right w:w="90" w:type="dxa"/>
            </w:tcMar>
            <w:vAlign w:val="center"/>
          </w:tcPr>
          <w:p w14:paraId="16F6896F" w14:textId="77777777" w:rsidR="00F720C3" w:rsidRPr="00582A7A" w:rsidRDefault="00000000" w:rsidP="003A2BCD">
            <w:pPr>
              <w:spacing w:after="0" w:line="240" w:lineRule="auto"/>
              <w:jc w:val="both"/>
              <w:rPr>
                <w:sz w:val="18"/>
                <w:szCs w:val="18"/>
              </w:rPr>
            </w:pPr>
            <w:r w:rsidRPr="00582A7A">
              <w:rPr>
                <w:sz w:val="18"/>
                <w:szCs w:val="18"/>
              </w:rPr>
              <w:t>74.00 (65.00, 83.00)</w:t>
            </w:r>
          </w:p>
        </w:tc>
        <w:tc>
          <w:tcPr>
            <w:tcW w:w="2098" w:type="dxa"/>
            <w:tcMar>
              <w:top w:w="70" w:type="dxa"/>
              <w:left w:w="90" w:type="dxa"/>
              <w:bottom w:w="70" w:type="dxa"/>
              <w:right w:w="90" w:type="dxa"/>
            </w:tcMar>
            <w:vAlign w:val="center"/>
          </w:tcPr>
          <w:p w14:paraId="0B0326CB" w14:textId="77777777" w:rsidR="00F720C3" w:rsidRPr="00582A7A" w:rsidRDefault="00000000" w:rsidP="003A2BCD">
            <w:pPr>
              <w:spacing w:after="0" w:line="240" w:lineRule="auto"/>
              <w:jc w:val="both"/>
              <w:rPr>
                <w:sz w:val="18"/>
                <w:szCs w:val="18"/>
              </w:rPr>
            </w:pPr>
            <w:r w:rsidRPr="00582A7A">
              <w:rPr>
                <w:sz w:val="18"/>
                <w:szCs w:val="18"/>
              </w:rPr>
              <w:t>75.00 (64.50, 89.00)</w:t>
            </w:r>
          </w:p>
        </w:tc>
        <w:tc>
          <w:tcPr>
            <w:tcW w:w="766" w:type="dxa"/>
            <w:tcMar>
              <w:top w:w="70" w:type="dxa"/>
              <w:left w:w="90" w:type="dxa"/>
              <w:bottom w:w="70" w:type="dxa"/>
              <w:right w:w="90" w:type="dxa"/>
            </w:tcMar>
            <w:vAlign w:val="center"/>
          </w:tcPr>
          <w:p w14:paraId="12F3E775" w14:textId="77777777" w:rsidR="00F720C3" w:rsidRPr="00582A7A" w:rsidRDefault="00000000" w:rsidP="003A2BCD">
            <w:pPr>
              <w:spacing w:after="0" w:line="240" w:lineRule="auto"/>
              <w:jc w:val="both"/>
              <w:rPr>
                <w:sz w:val="18"/>
                <w:szCs w:val="18"/>
              </w:rPr>
            </w:pPr>
            <w:r w:rsidRPr="00582A7A">
              <w:rPr>
                <w:sz w:val="18"/>
                <w:szCs w:val="18"/>
              </w:rPr>
              <w:t>0.026</w:t>
            </w:r>
          </w:p>
        </w:tc>
      </w:tr>
      <w:tr w:rsidR="002A76DF" w:rsidRPr="00582A7A" w14:paraId="3C194EFD" w14:textId="77777777" w:rsidTr="00262C8D">
        <w:trPr>
          <w:jc w:val="center"/>
        </w:trPr>
        <w:tc>
          <w:tcPr>
            <w:tcW w:w="3806" w:type="dxa"/>
            <w:tcMar>
              <w:top w:w="70" w:type="dxa"/>
              <w:left w:w="90" w:type="dxa"/>
              <w:bottom w:w="70" w:type="dxa"/>
              <w:right w:w="90" w:type="dxa"/>
            </w:tcMar>
            <w:vAlign w:val="center"/>
          </w:tcPr>
          <w:p w14:paraId="3CD60A0C" w14:textId="77777777" w:rsidR="00F720C3" w:rsidRPr="00582A7A" w:rsidRDefault="00000000" w:rsidP="003A2BCD">
            <w:pPr>
              <w:spacing w:after="0" w:line="240" w:lineRule="auto"/>
              <w:jc w:val="both"/>
              <w:rPr>
                <w:sz w:val="18"/>
                <w:szCs w:val="18"/>
              </w:rPr>
            </w:pPr>
            <w:r w:rsidRPr="00582A7A">
              <w:rPr>
                <w:sz w:val="18"/>
                <w:szCs w:val="18"/>
              </w:rPr>
              <w:t>Systolic blood pressure (mmHg)</w:t>
            </w:r>
          </w:p>
        </w:tc>
        <w:tc>
          <w:tcPr>
            <w:tcW w:w="1985" w:type="dxa"/>
            <w:tcMar>
              <w:top w:w="70" w:type="dxa"/>
              <w:left w:w="90" w:type="dxa"/>
              <w:bottom w:w="70" w:type="dxa"/>
              <w:right w:w="90" w:type="dxa"/>
            </w:tcMar>
            <w:vAlign w:val="center"/>
          </w:tcPr>
          <w:p w14:paraId="7A4C4619" w14:textId="77777777" w:rsidR="00F720C3" w:rsidRPr="00582A7A" w:rsidRDefault="00000000" w:rsidP="003A2BCD">
            <w:pPr>
              <w:spacing w:after="0" w:line="240" w:lineRule="auto"/>
              <w:jc w:val="both"/>
              <w:rPr>
                <w:sz w:val="18"/>
                <w:szCs w:val="18"/>
              </w:rPr>
            </w:pPr>
            <w:r w:rsidRPr="00582A7A">
              <w:rPr>
                <w:sz w:val="18"/>
                <w:szCs w:val="18"/>
              </w:rPr>
              <w:t>139.00 (123.00, 156.00)</w:t>
            </w:r>
          </w:p>
        </w:tc>
        <w:tc>
          <w:tcPr>
            <w:tcW w:w="1984" w:type="dxa"/>
            <w:tcMar>
              <w:top w:w="70" w:type="dxa"/>
              <w:left w:w="90" w:type="dxa"/>
              <w:bottom w:w="70" w:type="dxa"/>
              <w:right w:w="90" w:type="dxa"/>
            </w:tcMar>
            <w:vAlign w:val="center"/>
          </w:tcPr>
          <w:p w14:paraId="5B2A21D2" w14:textId="77777777" w:rsidR="00F720C3" w:rsidRPr="00582A7A" w:rsidRDefault="00000000" w:rsidP="003A2BCD">
            <w:pPr>
              <w:spacing w:after="0" w:line="240" w:lineRule="auto"/>
              <w:jc w:val="both"/>
              <w:rPr>
                <w:sz w:val="18"/>
                <w:szCs w:val="18"/>
              </w:rPr>
            </w:pPr>
            <w:r w:rsidRPr="00582A7A">
              <w:rPr>
                <w:sz w:val="18"/>
                <w:szCs w:val="18"/>
              </w:rPr>
              <w:t>144.00 (130.00, 159.00)</w:t>
            </w:r>
          </w:p>
        </w:tc>
        <w:tc>
          <w:tcPr>
            <w:tcW w:w="1985" w:type="dxa"/>
            <w:tcMar>
              <w:top w:w="70" w:type="dxa"/>
              <w:left w:w="90" w:type="dxa"/>
              <w:bottom w:w="70" w:type="dxa"/>
              <w:right w:w="90" w:type="dxa"/>
            </w:tcMar>
            <w:vAlign w:val="center"/>
          </w:tcPr>
          <w:p w14:paraId="7A604F20" w14:textId="77777777" w:rsidR="00F720C3" w:rsidRPr="00582A7A" w:rsidRDefault="00000000" w:rsidP="003A2BCD">
            <w:pPr>
              <w:spacing w:after="0" w:line="240" w:lineRule="auto"/>
              <w:jc w:val="both"/>
              <w:rPr>
                <w:sz w:val="18"/>
                <w:szCs w:val="18"/>
              </w:rPr>
            </w:pPr>
            <w:r w:rsidRPr="00582A7A">
              <w:rPr>
                <w:sz w:val="18"/>
                <w:szCs w:val="18"/>
              </w:rPr>
              <w:t>138.00 (123.50, 157.00)</w:t>
            </w:r>
          </w:p>
        </w:tc>
        <w:tc>
          <w:tcPr>
            <w:tcW w:w="2098" w:type="dxa"/>
            <w:tcMar>
              <w:top w:w="70" w:type="dxa"/>
              <w:left w:w="90" w:type="dxa"/>
              <w:bottom w:w="70" w:type="dxa"/>
              <w:right w:w="90" w:type="dxa"/>
            </w:tcMar>
            <w:vAlign w:val="center"/>
          </w:tcPr>
          <w:p w14:paraId="5BC876A9" w14:textId="77777777" w:rsidR="00F720C3" w:rsidRPr="00582A7A" w:rsidRDefault="00000000" w:rsidP="003A2BCD">
            <w:pPr>
              <w:spacing w:after="0" w:line="240" w:lineRule="auto"/>
              <w:jc w:val="both"/>
              <w:rPr>
                <w:sz w:val="18"/>
                <w:szCs w:val="18"/>
              </w:rPr>
            </w:pPr>
            <w:r w:rsidRPr="00582A7A">
              <w:rPr>
                <w:sz w:val="18"/>
                <w:szCs w:val="18"/>
              </w:rPr>
              <w:t>133.00 (117.00, 152.00)</w:t>
            </w:r>
          </w:p>
        </w:tc>
        <w:tc>
          <w:tcPr>
            <w:tcW w:w="766" w:type="dxa"/>
            <w:tcMar>
              <w:top w:w="70" w:type="dxa"/>
              <w:left w:w="90" w:type="dxa"/>
              <w:bottom w:w="70" w:type="dxa"/>
              <w:right w:w="90" w:type="dxa"/>
            </w:tcMar>
            <w:vAlign w:val="center"/>
          </w:tcPr>
          <w:p w14:paraId="347D0AEF"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3C91DDF8" w14:textId="77777777" w:rsidTr="00262C8D">
        <w:trPr>
          <w:jc w:val="center"/>
        </w:trPr>
        <w:tc>
          <w:tcPr>
            <w:tcW w:w="3806" w:type="dxa"/>
            <w:tcMar>
              <w:top w:w="70" w:type="dxa"/>
              <w:left w:w="90" w:type="dxa"/>
              <w:bottom w:w="70" w:type="dxa"/>
              <w:right w:w="90" w:type="dxa"/>
            </w:tcMar>
            <w:vAlign w:val="center"/>
          </w:tcPr>
          <w:p w14:paraId="31F8036C" w14:textId="77777777" w:rsidR="00F720C3" w:rsidRPr="00582A7A" w:rsidRDefault="00000000" w:rsidP="003A2BCD">
            <w:pPr>
              <w:spacing w:after="0" w:line="240" w:lineRule="auto"/>
              <w:jc w:val="both"/>
              <w:rPr>
                <w:sz w:val="18"/>
                <w:szCs w:val="18"/>
              </w:rPr>
            </w:pPr>
            <w:r w:rsidRPr="00582A7A">
              <w:rPr>
                <w:sz w:val="18"/>
                <w:szCs w:val="18"/>
              </w:rPr>
              <w:t>Diastolic blood pressure (mmHg)</w:t>
            </w:r>
          </w:p>
        </w:tc>
        <w:tc>
          <w:tcPr>
            <w:tcW w:w="1985" w:type="dxa"/>
            <w:tcMar>
              <w:top w:w="70" w:type="dxa"/>
              <w:left w:w="90" w:type="dxa"/>
              <w:bottom w:w="70" w:type="dxa"/>
              <w:right w:w="90" w:type="dxa"/>
            </w:tcMar>
            <w:vAlign w:val="center"/>
          </w:tcPr>
          <w:p w14:paraId="12A812F7" w14:textId="77777777" w:rsidR="00F720C3" w:rsidRPr="00582A7A" w:rsidRDefault="00000000" w:rsidP="003A2BCD">
            <w:pPr>
              <w:spacing w:after="0" w:line="240" w:lineRule="auto"/>
              <w:jc w:val="both"/>
              <w:rPr>
                <w:sz w:val="18"/>
                <w:szCs w:val="18"/>
              </w:rPr>
            </w:pPr>
            <w:r w:rsidRPr="00582A7A">
              <w:rPr>
                <w:sz w:val="18"/>
                <w:szCs w:val="18"/>
              </w:rPr>
              <w:t>81.00 (72.00, 91.00)</w:t>
            </w:r>
          </w:p>
        </w:tc>
        <w:tc>
          <w:tcPr>
            <w:tcW w:w="1984" w:type="dxa"/>
            <w:tcMar>
              <w:top w:w="70" w:type="dxa"/>
              <w:left w:w="90" w:type="dxa"/>
              <w:bottom w:w="70" w:type="dxa"/>
              <w:right w:w="90" w:type="dxa"/>
            </w:tcMar>
            <w:vAlign w:val="center"/>
          </w:tcPr>
          <w:p w14:paraId="54EC4135" w14:textId="77777777" w:rsidR="00F720C3" w:rsidRPr="00582A7A" w:rsidRDefault="00000000" w:rsidP="003A2BCD">
            <w:pPr>
              <w:spacing w:after="0" w:line="240" w:lineRule="auto"/>
              <w:jc w:val="both"/>
              <w:rPr>
                <w:sz w:val="18"/>
                <w:szCs w:val="18"/>
              </w:rPr>
            </w:pPr>
            <w:r w:rsidRPr="00582A7A">
              <w:rPr>
                <w:sz w:val="18"/>
                <w:szCs w:val="18"/>
              </w:rPr>
              <w:t>86.00 (75.50, 96.00)</w:t>
            </w:r>
          </w:p>
        </w:tc>
        <w:tc>
          <w:tcPr>
            <w:tcW w:w="1985" w:type="dxa"/>
            <w:tcMar>
              <w:top w:w="70" w:type="dxa"/>
              <w:left w:w="90" w:type="dxa"/>
              <w:bottom w:w="70" w:type="dxa"/>
              <w:right w:w="90" w:type="dxa"/>
            </w:tcMar>
            <w:vAlign w:val="center"/>
          </w:tcPr>
          <w:p w14:paraId="068E5FEE" w14:textId="77777777" w:rsidR="00F720C3" w:rsidRPr="00582A7A" w:rsidRDefault="00000000" w:rsidP="003A2BCD">
            <w:pPr>
              <w:spacing w:after="0" w:line="240" w:lineRule="auto"/>
              <w:jc w:val="both"/>
              <w:rPr>
                <w:sz w:val="18"/>
                <w:szCs w:val="18"/>
              </w:rPr>
            </w:pPr>
            <w:r w:rsidRPr="00582A7A">
              <w:rPr>
                <w:sz w:val="18"/>
                <w:szCs w:val="18"/>
              </w:rPr>
              <w:t>81.00 (72.00, 90.00)</w:t>
            </w:r>
          </w:p>
        </w:tc>
        <w:tc>
          <w:tcPr>
            <w:tcW w:w="2098" w:type="dxa"/>
            <w:tcMar>
              <w:top w:w="70" w:type="dxa"/>
              <w:left w:w="90" w:type="dxa"/>
              <w:bottom w:w="70" w:type="dxa"/>
              <w:right w:w="90" w:type="dxa"/>
            </w:tcMar>
            <w:vAlign w:val="center"/>
          </w:tcPr>
          <w:p w14:paraId="1F02E07D" w14:textId="77777777" w:rsidR="00F720C3" w:rsidRPr="00582A7A" w:rsidRDefault="00000000" w:rsidP="003A2BCD">
            <w:pPr>
              <w:spacing w:after="0" w:line="240" w:lineRule="auto"/>
              <w:jc w:val="both"/>
              <w:rPr>
                <w:sz w:val="18"/>
                <w:szCs w:val="18"/>
              </w:rPr>
            </w:pPr>
            <w:r w:rsidRPr="00582A7A">
              <w:rPr>
                <w:sz w:val="18"/>
                <w:szCs w:val="18"/>
              </w:rPr>
              <w:t>77.00 (69.00, 88.00)</w:t>
            </w:r>
          </w:p>
        </w:tc>
        <w:tc>
          <w:tcPr>
            <w:tcW w:w="766" w:type="dxa"/>
            <w:tcMar>
              <w:top w:w="70" w:type="dxa"/>
              <w:left w:w="90" w:type="dxa"/>
              <w:bottom w:w="70" w:type="dxa"/>
              <w:right w:w="90" w:type="dxa"/>
            </w:tcMar>
            <w:vAlign w:val="center"/>
          </w:tcPr>
          <w:p w14:paraId="4C6AE9A3"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7F3DDF15" w14:textId="77777777" w:rsidTr="00262C8D">
        <w:trPr>
          <w:jc w:val="center"/>
        </w:trPr>
        <w:tc>
          <w:tcPr>
            <w:tcW w:w="3806" w:type="dxa"/>
            <w:tcMar>
              <w:top w:w="70" w:type="dxa"/>
              <w:left w:w="90" w:type="dxa"/>
              <w:bottom w:w="70" w:type="dxa"/>
              <w:right w:w="90" w:type="dxa"/>
            </w:tcMar>
            <w:vAlign w:val="center"/>
          </w:tcPr>
          <w:p w14:paraId="42FD3F12" w14:textId="77777777" w:rsidR="00F720C3" w:rsidRPr="00582A7A" w:rsidRDefault="00000000" w:rsidP="003A2BCD">
            <w:pPr>
              <w:spacing w:after="0" w:line="240" w:lineRule="auto"/>
              <w:jc w:val="both"/>
              <w:rPr>
                <w:sz w:val="18"/>
                <w:szCs w:val="18"/>
              </w:rPr>
            </w:pPr>
            <w:r w:rsidRPr="00582A7A">
              <w:rPr>
                <w:sz w:val="18"/>
                <w:szCs w:val="18"/>
              </w:rPr>
              <w:t>Height (cm)</w:t>
            </w:r>
          </w:p>
        </w:tc>
        <w:tc>
          <w:tcPr>
            <w:tcW w:w="1985" w:type="dxa"/>
            <w:tcMar>
              <w:top w:w="70" w:type="dxa"/>
              <w:left w:w="90" w:type="dxa"/>
              <w:bottom w:w="70" w:type="dxa"/>
              <w:right w:w="90" w:type="dxa"/>
            </w:tcMar>
            <w:vAlign w:val="center"/>
          </w:tcPr>
          <w:p w14:paraId="0869766D" w14:textId="77777777" w:rsidR="00F720C3" w:rsidRPr="00582A7A" w:rsidRDefault="00000000" w:rsidP="003A2BCD">
            <w:pPr>
              <w:spacing w:after="0" w:line="240" w:lineRule="auto"/>
              <w:jc w:val="both"/>
              <w:rPr>
                <w:sz w:val="18"/>
                <w:szCs w:val="18"/>
              </w:rPr>
            </w:pPr>
            <w:r w:rsidRPr="00582A7A">
              <w:rPr>
                <w:sz w:val="18"/>
                <w:szCs w:val="18"/>
              </w:rPr>
              <w:t>165.00 (159.88, 170.00)</w:t>
            </w:r>
          </w:p>
        </w:tc>
        <w:tc>
          <w:tcPr>
            <w:tcW w:w="1984" w:type="dxa"/>
            <w:tcMar>
              <w:top w:w="70" w:type="dxa"/>
              <w:left w:w="90" w:type="dxa"/>
              <w:bottom w:w="70" w:type="dxa"/>
              <w:right w:w="90" w:type="dxa"/>
            </w:tcMar>
            <w:vAlign w:val="center"/>
          </w:tcPr>
          <w:p w14:paraId="50F0E1C1" w14:textId="77777777" w:rsidR="00F720C3" w:rsidRPr="00582A7A" w:rsidRDefault="00000000" w:rsidP="003A2BCD">
            <w:pPr>
              <w:spacing w:after="0" w:line="240" w:lineRule="auto"/>
              <w:jc w:val="both"/>
              <w:rPr>
                <w:sz w:val="18"/>
                <w:szCs w:val="18"/>
              </w:rPr>
            </w:pPr>
            <w:r w:rsidRPr="00582A7A">
              <w:rPr>
                <w:sz w:val="18"/>
                <w:szCs w:val="18"/>
              </w:rPr>
              <w:t>165.44 (160.29, 170.06)</w:t>
            </w:r>
          </w:p>
        </w:tc>
        <w:tc>
          <w:tcPr>
            <w:tcW w:w="1985" w:type="dxa"/>
            <w:tcMar>
              <w:top w:w="70" w:type="dxa"/>
              <w:left w:w="90" w:type="dxa"/>
              <w:bottom w:w="70" w:type="dxa"/>
              <w:right w:w="90" w:type="dxa"/>
            </w:tcMar>
            <w:vAlign w:val="center"/>
          </w:tcPr>
          <w:p w14:paraId="44117EC2" w14:textId="77777777" w:rsidR="00F720C3" w:rsidRPr="00582A7A" w:rsidRDefault="00000000" w:rsidP="003A2BCD">
            <w:pPr>
              <w:spacing w:after="0" w:line="240" w:lineRule="auto"/>
              <w:jc w:val="both"/>
              <w:rPr>
                <w:sz w:val="18"/>
                <w:szCs w:val="18"/>
              </w:rPr>
            </w:pPr>
            <w:r w:rsidRPr="00582A7A">
              <w:rPr>
                <w:sz w:val="18"/>
                <w:szCs w:val="18"/>
              </w:rPr>
              <w:t>165.22 (159.91, 170.00)</w:t>
            </w:r>
          </w:p>
        </w:tc>
        <w:tc>
          <w:tcPr>
            <w:tcW w:w="2098" w:type="dxa"/>
            <w:tcMar>
              <w:top w:w="70" w:type="dxa"/>
              <w:left w:w="90" w:type="dxa"/>
              <w:bottom w:w="70" w:type="dxa"/>
              <w:right w:w="90" w:type="dxa"/>
            </w:tcMar>
            <w:vAlign w:val="center"/>
          </w:tcPr>
          <w:p w14:paraId="6E38A38D" w14:textId="77777777" w:rsidR="00F720C3" w:rsidRPr="00582A7A" w:rsidRDefault="00000000" w:rsidP="003A2BCD">
            <w:pPr>
              <w:spacing w:after="0" w:line="240" w:lineRule="auto"/>
              <w:jc w:val="both"/>
              <w:rPr>
                <w:sz w:val="18"/>
                <w:szCs w:val="18"/>
              </w:rPr>
            </w:pPr>
            <w:r w:rsidRPr="00582A7A">
              <w:rPr>
                <w:sz w:val="18"/>
                <w:szCs w:val="18"/>
              </w:rPr>
              <w:t>163.26 (158.06, 168.82)</w:t>
            </w:r>
          </w:p>
        </w:tc>
        <w:tc>
          <w:tcPr>
            <w:tcW w:w="766" w:type="dxa"/>
            <w:tcMar>
              <w:top w:w="70" w:type="dxa"/>
              <w:left w:w="90" w:type="dxa"/>
              <w:bottom w:w="70" w:type="dxa"/>
              <w:right w:w="90" w:type="dxa"/>
            </w:tcMar>
            <w:vAlign w:val="center"/>
          </w:tcPr>
          <w:p w14:paraId="0DE75894" w14:textId="77777777" w:rsidR="00F720C3" w:rsidRPr="00582A7A" w:rsidRDefault="00000000" w:rsidP="003A2BCD">
            <w:pPr>
              <w:spacing w:after="0" w:line="240" w:lineRule="auto"/>
              <w:jc w:val="both"/>
              <w:rPr>
                <w:sz w:val="18"/>
                <w:szCs w:val="18"/>
              </w:rPr>
            </w:pPr>
            <w:r w:rsidRPr="00582A7A">
              <w:rPr>
                <w:sz w:val="18"/>
                <w:szCs w:val="18"/>
              </w:rPr>
              <w:t>0.013</w:t>
            </w:r>
          </w:p>
        </w:tc>
      </w:tr>
      <w:tr w:rsidR="002A76DF" w:rsidRPr="00582A7A" w14:paraId="4BD3D17E" w14:textId="77777777" w:rsidTr="00262C8D">
        <w:trPr>
          <w:jc w:val="center"/>
        </w:trPr>
        <w:tc>
          <w:tcPr>
            <w:tcW w:w="3806" w:type="dxa"/>
            <w:tcMar>
              <w:top w:w="70" w:type="dxa"/>
              <w:left w:w="90" w:type="dxa"/>
              <w:bottom w:w="70" w:type="dxa"/>
              <w:right w:w="90" w:type="dxa"/>
            </w:tcMar>
            <w:vAlign w:val="center"/>
          </w:tcPr>
          <w:p w14:paraId="03A4271D" w14:textId="77777777" w:rsidR="00F720C3" w:rsidRPr="00582A7A" w:rsidRDefault="00000000" w:rsidP="003A2BCD">
            <w:pPr>
              <w:spacing w:after="0" w:line="240" w:lineRule="auto"/>
              <w:jc w:val="both"/>
              <w:rPr>
                <w:sz w:val="18"/>
                <w:szCs w:val="18"/>
              </w:rPr>
            </w:pPr>
            <w:r w:rsidRPr="00582A7A">
              <w:rPr>
                <w:sz w:val="18"/>
                <w:szCs w:val="18"/>
              </w:rPr>
              <w:t>Weight (kg)</w:t>
            </w:r>
          </w:p>
        </w:tc>
        <w:tc>
          <w:tcPr>
            <w:tcW w:w="1985" w:type="dxa"/>
            <w:tcMar>
              <w:top w:w="70" w:type="dxa"/>
              <w:left w:w="90" w:type="dxa"/>
              <w:bottom w:w="70" w:type="dxa"/>
              <w:right w:w="90" w:type="dxa"/>
            </w:tcMar>
            <w:vAlign w:val="center"/>
          </w:tcPr>
          <w:p w14:paraId="4B7D2806" w14:textId="77777777" w:rsidR="00F720C3" w:rsidRPr="00582A7A" w:rsidRDefault="00000000" w:rsidP="003A2BCD">
            <w:pPr>
              <w:spacing w:after="0" w:line="240" w:lineRule="auto"/>
              <w:jc w:val="both"/>
              <w:rPr>
                <w:sz w:val="18"/>
                <w:szCs w:val="18"/>
              </w:rPr>
            </w:pPr>
            <w:r w:rsidRPr="00582A7A">
              <w:rPr>
                <w:sz w:val="18"/>
                <w:szCs w:val="18"/>
              </w:rPr>
              <w:t>63.87 (55.00, 70.36)</w:t>
            </w:r>
          </w:p>
        </w:tc>
        <w:tc>
          <w:tcPr>
            <w:tcW w:w="1984" w:type="dxa"/>
            <w:tcMar>
              <w:top w:w="70" w:type="dxa"/>
              <w:left w:w="90" w:type="dxa"/>
              <w:bottom w:w="70" w:type="dxa"/>
              <w:right w:w="90" w:type="dxa"/>
            </w:tcMar>
            <w:vAlign w:val="center"/>
          </w:tcPr>
          <w:p w14:paraId="1B7559A1" w14:textId="77777777" w:rsidR="00F720C3" w:rsidRPr="00582A7A" w:rsidRDefault="00000000" w:rsidP="003A2BCD">
            <w:pPr>
              <w:spacing w:after="0" w:line="240" w:lineRule="auto"/>
              <w:jc w:val="both"/>
              <w:rPr>
                <w:sz w:val="18"/>
                <w:szCs w:val="18"/>
              </w:rPr>
            </w:pPr>
            <w:r w:rsidRPr="00582A7A">
              <w:rPr>
                <w:sz w:val="18"/>
                <w:szCs w:val="18"/>
              </w:rPr>
              <w:t>67.01 (59.98, 74.28)</w:t>
            </w:r>
          </w:p>
        </w:tc>
        <w:tc>
          <w:tcPr>
            <w:tcW w:w="1985" w:type="dxa"/>
            <w:tcMar>
              <w:top w:w="70" w:type="dxa"/>
              <w:left w:w="90" w:type="dxa"/>
              <w:bottom w:w="70" w:type="dxa"/>
              <w:right w:w="90" w:type="dxa"/>
            </w:tcMar>
            <w:vAlign w:val="center"/>
          </w:tcPr>
          <w:p w14:paraId="7FFC3B18" w14:textId="77777777" w:rsidR="00F720C3" w:rsidRPr="00582A7A" w:rsidRDefault="00000000" w:rsidP="003A2BCD">
            <w:pPr>
              <w:spacing w:after="0" w:line="240" w:lineRule="auto"/>
              <w:jc w:val="both"/>
              <w:rPr>
                <w:sz w:val="18"/>
                <w:szCs w:val="18"/>
              </w:rPr>
            </w:pPr>
            <w:r w:rsidRPr="00582A7A">
              <w:rPr>
                <w:sz w:val="18"/>
                <w:szCs w:val="18"/>
              </w:rPr>
              <w:t>64.07 (55.53, 70.44)</w:t>
            </w:r>
          </w:p>
        </w:tc>
        <w:tc>
          <w:tcPr>
            <w:tcW w:w="2098" w:type="dxa"/>
            <w:tcMar>
              <w:top w:w="70" w:type="dxa"/>
              <w:left w:w="90" w:type="dxa"/>
              <w:bottom w:w="70" w:type="dxa"/>
              <w:right w:w="90" w:type="dxa"/>
            </w:tcMar>
            <w:vAlign w:val="center"/>
          </w:tcPr>
          <w:p w14:paraId="0A73FE1C" w14:textId="77777777" w:rsidR="00F720C3" w:rsidRPr="00582A7A" w:rsidRDefault="00000000" w:rsidP="003A2BCD">
            <w:pPr>
              <w:spacing w:after="0" w:line="240" w:lineRule="auto"/>
              <w:jc w:val="both"/>
              <w:rPr>
                <w:sz w:val="18"/>
                <w:szCs w:val="18"/>
              </w:rPr>
            </w:pPr>
            <w:r w:rsidRPr="00582A7A">
              <w:rPr>
                <w:sz w:val="18"/>
                <w:szCs w:val="18"/>
              </w:rPr>
              <w:t>60.05 (52.54, 67.70)</w:t>
            </w:r>
          </w:p>
        </w:tc>
        <w:tc>
          <w:tcPr>
            <w:tcW w:w="766" w:type="dxa"/>
            <w:tcMar>
              <w:top w:w="70" w:type="dxa"/>
              <w:left w:w="90" w:type="dxa"/>
              <w:bottom w:w="70" w:type="dxa"/>
              <w:right w:w="90" w:type="dxa"/>
            </w:tcMar>
            <w:vAlign w:val="center"/>
          </w:tcPr>
          <w:p w14:paraId="1EE82B5A"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2B9728EE" w14:textId="77777777" w:rsidTr="00262C8D">
        <w:trPr>
          <w:jc w:val="center"/>
        </w:trPr>
        <w:tc>
          <w:tcPr>
            <w:tcW w:w="3806" w:type="dxa"/>
            <w:tcMar>
              <w:top w:w="70" w:type="dxa"/>
              <w:left w:w="90" w:type="dxa"/>
              <w:bottom w:w="70" w:type="dxa"/>
              <w:right w:w="90" w:type="dxa"/>
            </w:tcMar>
            <w:vAlign w:val="center"/>
          </w:tcPr>
          <w:p w14:paraId="1818B8A6" w14:textId="77777777" w:rsidR="00F720C3" w:rsidRPr="00582A7A" w:rsidRDefault="00000000" w:rsidP="003A2BCD">
            <w:pPr>
              <w:spacing w:after="0" w:line="240" w:lineRule="auto"/>
              <w:jc w:val="both"/>
              <w:rPr>
                <w:sz w:val="18"/>
                <w:szCs w:val="18"/>
              </w:rPr>
            </w:pPr>
            <w:r w:rsidRPr="00582A7A">
              <w:rPr>
                <w:sz w:val="18"/>
                <w:szCs w:val="18"/>
              </w:rPr>
              <w:t>BMI</w:t>
            </w:r>
          </w:p>
        </w:tc>
        <w:tc>
          <w:tcPr>
            <w:tcW w:w="1985" w:type="dxa"/>
            <w:tcMar>
              <w:top w:w="70" w:type="dxa"/>
              <w:left w:w="90" w:type="dxa"/>
              <w:bottom w:w="70" w:type="dxa"/>
              <w:right w:w="90" w:type="dxa"/>
            </w:tcMar>
            <w:vAlign w:val="center"/>
          </w:tcPr>
          <w:p w14:paraId="07708509" w14:textId="77777777" w:rsidR="00F720C3" w:rsidRPr="00582A7A" w:rsidRDefault="00000000" w:rsidP="003A2BCD">
            <w:pPr>
              <w:spacing w:after="0" w:line="240" w:lineRule="auto"/>
              <w:jc w:val="both"/>
              <w:rPr>
                <w:sz w:val="18"/>
                <w:szCs w:val="18"/>
              </w:rPr>
            </w:pPr>
            <w:r w:rsidRPr="00582A7A">
              <w:rPr>
                <w:sz w:val="18"/>
                <w:szCs w:val="18"/>
              </w:rPr>
              <w:t>23.45 (21.18, 25.87)</w:t>
            </w:r>
          </w:p>
        </w:tc>
        <w:tc>
          <w:tcPr>
            <w:tcW w:w="1984" w:type="dxa"/>
            <w:tcMar>
              <w:top w:w="70" w:type="dxa"/>
              <w:left w:w="90" w:type="dxa"/>
              <w:bottom w:w="70" w:type="dxa"/>
              <w:right w:w="90" w:type="dxa"/>
            </w:tcMar>
            <w:vAlign w:val="center"/>
          </w:tcPr>
          <w:p w14:paraId="02AC5DC0" w14:textId="77777777" w:rsidR="00F720C3" w:rsidRPr="00582A7A" w:rsidRDefault="00000000" w:rsidP="003A2BCD">
            <w:pPr>
              <w:spacing w:after="0" w:line="240" w:lineRule="auto"/>
              <w:jc w:val="both"/>
              <w:rPr>
                <w:sz w:val="18"/>
                <w:szCs w:val="18"/>
              </w:rPr>
            </w:pPr>
            <w:r w:rsidRPr="00582A7A">
              <w:rPr>
                <w:sz w:val="18"/>
                <w:szCs w:val="18"/>
              </w:rPr>
              <w:t>24.52 (22.41, 26.62)</w:t>
            </w:r>
          </w:p>
        </w:tc>
        <w:tc>
          <w:tcPr>
            <w:tcW w:w="1985" w:type="dxa"/>
            <w:tcMar>
              <w:top w:w="70" w:type="dxa"/>
              <w:left w:w="90" w:type="dxa"/>
              <w:bottom w:w="70" w:type="dxa"/>
              <w:right w:w="90" w:type="dxa"/>
            </w:tcMar>
            <w:vAlign w:val="center"/>
          </w:tcPr>
          <w:p w14:paraId="29953A0F" w14:textId="77777777" w:rsidR="00F720C3" w:rsidRPr="00582A7A" w:rsidRDefault="00000000" w:rsidP="003A2BCD">
            <w:pPr>
              <w:spacing w:after="0" w:line="240" w:lineRule="auto"/>
              <w:jc w:val="both"/>
              <w:rPr>
                <w:sz w:val="18"/>
                <w:szCs w:val="18"/>
              </w:rPr>
            </w:pPr>
            <w:r w:rsidRPr="00582A7A">
              <w:rPr>
                <w:sz w:val="18"/>
                <w:szCs w:val="18"/>
              </w:rPr>
              <w:t>23.26 (21.11, 25.71)</w:t>
            </w:r>
          </w:p>
        </w:tc>
        <w:tc>
          <w:tcPr>
            <w:tcW w:w="2098" w:type="dxa"/>
            <w:tcMar>
              <w:top w:w="70" w:type="dxa"/>
              <w:left w:w="90" w:type="dxa"/>
              <w:bottom w:w="70" w:type="dxa"/>
              <w:right w:w="90" w:type="dxa"/>
            </w:tcMar>
            <w:vAlign w:val="center"/>
          </w:tcPr>
          <w:p w14:paraId="5CE12AD7" w14:textId="77777777" w:rsidR="00F720C3" w:rsidRPr="00582A7A" w:rsidRDefault="00000000" w:rsidP="003A2BCD">
            <w:pPr>
              <w:spacing w:after="0" w:line="240" w:lineRule="auto"/>
              <w:jc w:val="both"/>
              <w:rPr>
                <w:sz w:val="18"/>
                <w:szCs w:val="18"/>
              </w:rPr>
            </w:pPr>
            <w:r w:rsidRPr="00582A7A">
              <w:rPr>
                <w:sz w:val="18"/>
                <w:szCs w:val="18"/>
              </w:rPr>
              <w:t>22.58 (20.33, 25.02)</w:t>
            </w:r>
          </w:p>
        </w:tc>
        <w:tc>
          <w:tcPr>
            <w:tcW w:w="766" w:type="dxa"/>
            <w:tcMar>
              <w:top w:w="70" w:type="dxa"/>
              <w:left w:w="90" w:type="dxa"/>
              <w:bottom w:w="70" w:type="dxa"/>
              <w:right w:w="90" w:type="dxa"/>
            </w:tcMar>
            <w:vAlign w:val="center"/>
          </w:tcPr>
          <w:p w14:paraId="45355F55"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67B330E3" w14:textId="77777777" w:rsidTr="00262C8D">
        <w:trPr>
          <w:jc w:val="center"/>
        </w:trPr>
        <w:tc>
          <w:tcPr>
            <w:tcW w:w="3806" w:type="dxa"/>
            <w:shd w:val="clear" w:color="auto" w:fill="EEF5FA"/>
            <w:tcMar>
              <w:top w:w="70" w:type="dxa"/>
              <w:left w:w="90" w:type="dxa"/>
              <w:bottom w:w="70" w:type="dxa"/>
              <w:right w:w="90" w:type="dxa"/>
            </w:tcMar>
            <w:vAlign w:val="center"/>
          </w:tcPr>
          <w:p w14:paraId="6109FF43" w14:textId="77777777" w:rsidR="00F720C3" w:rsidRPr="00582A7A" w:rsidRDefault="00000000" w:rsidP="003A2BCD">
            <w:pPr>
              <w:spacing w:after="0" w:line="240" w:lineRule="auto"/>
              <w:jc w:val="both"/>
              <w:rPr>
                <w:sz w:val="18"/>
                <w:szCs w:val="18"/>
              </w:rPr>
            </w:pPr>
            <w:r w:rsidRPr="00582A7A">
              <w:rPr>
                <w:b/>
                <w:sz w:val="18"/>
                <w:szCs w:val="18"/>
              </w:rPr>
              <w:t>Medical history</w:t>
            </w:r>
          </w:p>
        </w:tc>
        <w:tc>
          <w:tcPr>
            <w:tcW w:w="1985" w:type="dxa"/>
            <w:shd w:val="clear" w:color="auto" w:fill="EEF5FA"/>
            <w:tcMar>
              <w:top w:w="70" w:type="dxa"/>
              <w:left w:w="90" w:type="dxa"/>
              <w:bottom w:w="70" w:type="dxa"/>
              <w:right w:w="90" w:type="dxa"/>
            </w:tcMar>
            <w:vAlign w:val="center"/>
          </w:tcPr>
          <w:p w14:paraId="57928E25" w14:textId="77777777" w:rsidR="00F720C3" w:rsidRPr="00582A7A" w:rsidRDefault="00F720C3" w:rsidP="003A2BCD">
            <w:pPr>
              <w:spacing w:after="0" w:line="240" w:lineRule="auto"/>
              <w:jc w:val="both"/>
              <w:rPr>
                <w:sz w:val="18"/>
                <w:szCs w:val="18"/>
              </w:rPr>
            </w:pPr>
          </w:p>
        </w:tc>
        <w:tc>
          <w:tcPr>
            <w:tcW w:w="1984" w:type="dxa"/>
            <w:shd w:val="clear" w:color="auto" w:fill="EEF5FA"/>
            <w:tcMar>
              <w:top w:w="70" w:type="dxa"/>
              <w:left w:w="90" w:type="dxa"/>
              <w:bottom w:w="70" w:type="dxa"/>
              <w:right w:w="90" w:type="dxa"/>
            </w:tcMar>
            <w:vAlign w:val="center"/>
          </w:tcPr>
          <w:p w14:paraId="2C64155B" w14:textId="77777777" w:rsidR="00F720C3" w:rsidRPr="00582A7A" w:rsidRDefault="00F720C3" w:rsidP="003A2BCD">
            <w:pPr>
              <w:spacing w:after="0" w:line="240" w:lineRule="auto"/>
              <w:jc w:val="both"/>
              <w:rPr>
                <w:sz w:val="18"/>
                <w:szCs w:val="18"/>
              </w:rPr>
            </w:pPr>
          </w:p>
        </w:tc>
        <w:tc>
          <w:tcPr>
            <w:tcW w:w="1985" w:type="dxa"/>
            <w:shd w:val="clear" w:color="auto" w:fill="EEF5FA"/>
            <w:tcMar>
              <w:top w:w="70" w:type="dxa"/>
              <w:left w:w="90" w:type="dxa"/>
              <w:bottom w:w="70" w:type="dxa"/>
              <w:right w:w="90" w:type="dxa"/>
            </w:tcMar>
            <w:vAlign w:val="center"/>
          </w:tcPr>
          <w:p w14:paraId="16941DD3" w14:textId="77777777" w:rsidR="00F720C3" w:rsidRPr="00582A7A" w:rsidRDefault="00F720C3" w:rsidP="003A2BCD">
            <w:pPr>
              <w:spacing w:after="0" w:line="240" w:lineRule="auto"/>
              <w:jc w:val="both"/>
              <w:rPr>
                <w:sz w:val="18"/>
                <w:szCs w:val="18"/>
              </w:rPr>
            </w:pPr>
          </w:p>
        </w:tc>
        <w:tc>
          <w:tcPr>
            <w:tcW w:w="2098" w:type="dxa"/>
            <w:shd w:val="clear" w:color="auto" w:fill="EEF5FA"/>
            <w:tcMar>
              <w:top w:w="70" w:type="dxa"/>
              <w:left w:w="90" w:type="dxa"/>
              <w:bottom w:w="70" w:type="dxa"/>
              <w:right w:w="90" w:type="dxa"/>
            </w:tcMar>
            <w:vAlign w:val="center"/>
          </w:tcPr>
          <w:p w14:paraId="4B48F25B" w14:textId="77777777" w:rsidR="00F720C3" w:rsidRPr="00582A7A" w:rsidRDefault="00F720C3" w:rsidP="003A2BCD">
            <w:pPr>
              <w:spacing w:after="0" w:line="240" w:lineRule="auto"/>
              <w:jc w:val="both"/>
              <w:rPr>
                <w:sz w:val="18"/>
                <w:szCs w:val="18"/>
              </w:rPr>
            </w:pPr>
          </w:p>
        </w:tc>
        <w:tc>
          <w:tcPr>
            <w:tcW w:w="766" w:type="dxa"/>
            <w:shd w:val="clear" w:color="auto" w:fill="EEF5FA"/>
            <w:tcMar>
              <w:top w:w="70" w:type="dxa"/>
              <w:left w:w="90" w:type="dxa"/>
              <w:bottom w:w="70" w:type="dxa"/>
              <w:right w:w="90" w:type="dxa"/>
            </w:tcMar>
            <w:vAlign w:val="center"/>
          </w:tcPr>
          <w:p w14:paraId="48866A92" w14:textId="77777777" w:rsidR="00F720C3" w:rsidRPr="00582A7A" w:rsidRDefault="00F720C3" w:rsidP="003A2BCD">
            <w:pPr>
              <w:spacing w:after="0" w:line="240" w:lineRule="auto"/>
              <w:jc w:val="both"/>
              <w:rPr>
                <w:sz w:val="18"/>
                <w:szCs w:val="18"/>
              </w:rPr>
            </w:pPr>
          </w:p>
        </w:tc>
      </w:tr>
      <w:tr w:rsidR="002A76DF" w:rsidRPr="00582A7A" w14:paraId="3B21872B" w14:textId="77777777" w:rsidTr="00262C8D">
        <w:trPr>
          <w:jc w:val="center"/>
        </w:trPr>
        <w:tc>
          <w:tcPr>
            <w:tcW w:w="3806" w:type="dxa"/>
            <w:tcMar>
              <w:top w:w="70" w:type="dxa"/>
              <w:left w:w="90" w:type="dxa"/>
              <w:bottom w:w="70" w:type="dxa"/>
              <w:right w:w="90" w:type="dxa"/>
            </w:tcMar>
            <w:vAlign w:val="center"/>
          </w:tcPr>
          <w:p w14:paraId="60676A1A" w14:textId="77777777" w:rsidR="00F720C3" w:rsidRPr="00582A7A" w:rsidRDefault="00000000" w:rsidP="003A2BCD">
            <w:pPr>
              <w:spacing w:after="0" w:line="240" w:lineRule="auto"/>
              <w:jc w:val="both"/>
              <w:rPr>
                <w:sz w:val="18"/>
                <w:szCs w:val="18"/>
              </w:rPr>
            </w:pPr>
            <w:r w:rsidRPr="00582A7A">
              <w:rPr>
                <w:sz w:val="18"/>
                <w:szCs w:val="18"/>
              </w:rPr>
              <w:t>Hypertension, yes</w:t>
            </w:r>
          </w:p>
        </w:tc>
        <w:tc>
          <w:tcPr>
            <w:tcW w:w="1985" w:type="dxa"/>
            <w:tcMar>
              <w:top w:w="70" w:type="dxa"/>
              <w:left w:w="90" w:type="dxa"/>
              <w:bottom w:w="70" w:type="dxa"/>
              <w:right w:w="90" w:type="dxa"/>
            </w:tcMar>
            <w:vAlign w:val="center"/>
          </w:tcPr>
          <w:p w14:paraId="7A5E4806" w14:textId="77777777" w:rsidR="00F720C3" w:rsidRPr="00582A7A" w:rsidRDefault="00000000" w:rsidP="003A2BCD">
            <w:pPr>
              <w:spacing w:after="0" w:line="240" w:lineRule="auto"/>
              <w:jc w:val="both"/>
              <w:rPr>
                <w:sz w:val="18"/>
                <w:szCs w:val="18"/>
              </w:rPr>
            </w:pPr>
            <w:r w:rsidRPr="00582A7A">
              <w:rPr>
                <w:sz w:val="18"/>
                <w:szCs w:val="18"/>
              </w:rPr>
              <w:t>345 (50.70%)</w:t>
            </w:r>
          </w:p>
        </w:tc>
        <w:tc>
          <w:tcPr>
            <w:tcW w:w="1984" w:type="dxa"/>
            <w:tcMar>
              <w:top w:w="70" w:type="dxa"/>
              <w:left w:w="90" w:type="dxa"/>
              <w:bottom w:w="70" w:type="dxa"/>
              <w:right w:w="90" w:type="dxa"/>
            </w:tcMar>
            <w:vAlign w:val="center"/>
          </w:tcPr>
          <w:p w14:paraId="0DFE138E" w14:textId="77777777" w:rsidR="00F720C3" w:rsidRPr="00582A7A" w:rsidRDefault="00000000" w:rsidP="003A2BCD">
            <w:pPr>
              <w:spacing w:after="0" w:line="240" w:lineRule="auto"/>
              <w:jc w:val="both"/>
              <w:rPr>
                <w:sz w:val="18"/>
                <w:szCs w:val="18"/>
              </w:rPr>
            </w:pPr>
            <w:r w:rsidRPr="00582A7A">
              <w:rPr>
                <w:sz w:val="18"/>
                <w:szCs w:val="18"/>
              </w:rPr>
              <w:t>124 (54.74%)</w:t>
            </w:r>
          </w:p>
        </w:tc>
        <w:tc>
          <w:tcPr>
            <w:tcW w:w="1985" w:type="dxa"/>
            <w:tcMar>
              <w:top w:w="70" w:type="dxa"/>
              <w:left w:w="90" w:type="dxa"/>
              <w:bottom w:w="70" w:type="dxa"/>
              <w:right w:w="90" w:type="dxa"/>
            </w:tcMar>
            <w:vAlign w:val="center"/>
          </w:tcPr>
          <w:p w14:paraId="6740EE59" w14:textId="77777777" w:rsidR="00F720C3" w:rsidRPr="00582A7A" w:rsidRDefault="00000000" w:rsidP="003A2BCD">
            <w:pPr>
              <w:spacing w:after="0" w:line="240" w:lineRule="auto"/>
              <w:jc w:val="both"/>
              <w:rPr>
                <w:sz w:val="18"/>
                <w:szCs w:val="18"/>
              </w:rPr>
            </w:pPr>
            <w:r w:rsidRPr="00582A7A">
              <w:rPr>
                <w:sz w:val="18"/>
                <w:szCs w:val="18"/>
              </w:rPr>
              <w:t>108 (47.77%)</w:t>
            </w:r>
          </w:p>
        </w:tc>
        <w:tc>
          <w:tcPr>
            <w:tcW w:w="2098" w:type="dxa"/>
            <w:tcMar>
              <w:top w:w="70" w:type="dxa"/>
              <w:left w:w="90" w:type="dxa"/>
              <w:bottom w:w="70" w:type="dxa"/>
              <w:right w:w="90" w:type="dxa"/>
            </w:tcMar>
            <w:vAlign w:val="center"/>
          </w:tcPr>
          <w:p w14:paraId="4104BC46" w14:textId="77777777" w:rsidR="00F720C3" w:rsidRPr="00582A7A" w:rsidRDefault="00000000" w:rsidP="003A2BCD">
            <w:pPr>
              <w:spacing w:after="0" w:line="240" w:lineRule="auto"/>
              <w:jc w:val="both"/>
              <w:rPr>
                <w:sz w:val="18"/>
                <w:szCs w:val="18"/>
              </w:rPr>
            </w:pPr>
            <w:r w:rsidRPr="00582A7A">
              <w:rPr>
                <w:sz w:val="18"/>
                <w:szCs w:val="18"/>
              </w:rPr>
              <w:t>113 (49.58%)</w:t>
            </w:r>
          </w:p>
        </w:tc>
        <w:tc>
          <w:tcPr>
            <w:tcW w:w="766" w:type="dxa"/>
            <w:tcMar>
              <w:top w:w="70" w:type="dxa"/>
              <w:left w:w="90" w:type="dxa"/>
              <w:bottom w:w="70" w:type="dxa"/>
              <w:right w:w="90" w:type="dxa"/>
            </w:tcMar>
            <w:vAlign w:val="center"/>
          </w:tcPr>
          <w:p w14:paraId="6DB7B181" w14:textId="77777777" w:rsidR="00F720C3" w:rsidRPr="00582A7A" w:rsidRDefault="00000000" w:rsidP="003A2BCD">
            <w:pPr>
              <w:spacing w:after="0" w:line="240" w:lineRule="auto"/>
              <w:jc w:val="both"/>
              <w:rPr>
                <w:sz w:val="18"/>
                <w:szCs w:val="18"/>
              </w:rPr>
            </w:pPr>
            <w:r w:rsidRPr="00582A7A">
              <w:rPr>
                <w:sz w:val="18"/>
                <w:szCs w:val="18"/>
              </w:rPr>
              <w:t>0.312</w:t>
            </w:r>
          </w:p>
        </w:tc>
      </w:tr>
      <w:tr w:rsidR="002A76DF" w:rsidRPr="00582A7A" w14:paraId="133A3869" w14:textId="77777777" w:rsidTr="00262C8D">
        <w:trPr>
          <w:jc w:val="center"/>
        </w:trPr>
        <w:tc>
          <w:tcPr>
            <w:tcW w:w="3806" w:type="dxa"/>
            <w:tcMar>
              <w:top w:w="70" w:type="dxa"/>
              <w:left w:w="90" w:type="dxa"/>
              <w:bottom w:w="70" w:type="dxa"/>
              <w:right w:w="90" w:type="dxa"/>
            </w:tcMar>
            <w:vAlign w:val="center"/>
          </w:tcPr>
          <w:p w14:paraId="104B4647" w14:textId="77777777" w:rsidR="00F720C3" w:rsidRPr="00582A7A" w:rsidRDefault="00000000" w:rsidP="003A2BCD">
            <w:pPr>
              <w:spacing w:after="0" w:line="240" w:lineRule="auto"/>
              <w:jc w:val="both"/>
              <w:rPr>
                <w:sz w:val="18"/>
                <w:szCs w:val="18"/>
              </w:rPr>
            </w:pPr>
            <w:r w:rsidRPr="00582A7A">
              <w:rPr>
                <w:sz w:val="18"/>
                <w:szCs w:val="18"/>
              </w:rPr>
              <w:t>Diabetes, yes</w:t>
            </w:r>
          </w:p>
        </w:tc>
        <w:tc>
          <w:tcPr>
            <w:tcW w:w="1985" w:type="dxa"/>
            <w:tcMar>
              <w:top w:w="70" w:type="dxa"/>
              <w:left w:w="90" w:type="dxa"/>
              <w:bottom w:w="70" w:type="dxa"/>
              <w:right w:w="90" w:type="dxa"/>
            </w:tcMar>
            <w:vAlign w:val="center"/>
          </w:tcPr>
          <w:p w14:paraId="32D3DA79" w14:textId="77777777" w:rsidR="00F720C3" w:rsidRPr="00582A7A" w:rsidRDefault="00000000" w:rsidP="003A2BCD">
            <w:pPr>
              <w:spacing w:after="0" w:line="240" w:lineRule="auto"/>
              <w:jc w:val="both"/>
              <w:rPr>
                <w:sz w:val="18"/>
                <w:szCs w:val="18"/>
              </w:rPr>
            </w:pPr>
            <w:r w:rsidRPr="00582A7A">
              <w:rPr>
                <w:sz w:val="18"/>
                <w:szCs w:val="18"/>
              </w:rPr>
              <w:t>171 (25.11%)</w:t>
            </w:r>
          </w:p>
        </w:tc>
        <w:tc>
          <w:tcPr>
            <w:tcW w:w="1984" w:type="dxa"/>
            <w:tcMar>
              <w:top w:w="70" w:type="dxa"/>
              <w:left w:w="90" w:type="dxa"/>
              <w:bottom w:w="70" w:type="dxa"/>
              <w:right w:w="90" w:type="dxa"/>
            </w:tcMar>
            <w:vAlign w:val="center"/>
          </w:tcPr>
          <w:p w14:paraId="04713525" w14:textId="77777777" w:rsidR="00F720C3" w:rsidRPr="00582A7A" w:rsidRDefault="00000000" w:rsidP="003A2BCD">
            <w:pPr>
              <w:spacing w:after="0" w:line="240" w:lineRule="auto"/>
              <w:jc w:val="both"/>
              <w:rPr>
                <w:sz w:val="18"/>
                <w:szCs w:val="18"/>
              </w:rPr>
            </w:pPr>
            <w:r w:rsidRPr="00582A7A">
              <w:rPr>
                <w:sz w:val="18"/>
                <w:szCs w:val="18"/>
              </w:rPr>
              <w:t>63 (27.95%)</w:t>
            </w:r>
          </w:p>
        </w:tc>
        <w:tc>
          <w:tcPr>
            <w:tcW w:w="1985" w:type="dxa"/>
            <w:tcMar>
              <w:top w:w="70" w:type="dxa"/>
              <w:left w:w="90" w:type="dxa"/>
              <w:bottom w:w="70" w:type="dxa"/>
              <w:right w:w="90" w:type="dxa"/>
            </w:tcMar>
            <w:vAlign w:val="center"/>
          </w:tcPr>
          <w:p w14:paraId="0610701C" w14:textId="77777777" w:rsidR="00F720C3" w:rsidRPr="00582A7A" w:rsidRDefault="00000000" w:rsidP="003A2BCD">
            <w:pPr>
              <w:spacing w:after="0" w:line="240" w:lineRule="auto"/>
              <w:jc w:val="both"/>
              <w:rPr>
                <w:sz w:val="18"/>
                <w:szCs w:val="18"/>
              </w:rPr>
            </w:pPr>
            <w:r w:rsidRPr="00582A7A">
              <w:rPr>
                <w:sz w:val="18"/>
                <w:szCs w:val="18"/>
              </w:rPr>
              <w:t>45 (19.89%)</w:t>
            </w:r>
          </w:p>
        </w:tc>
        <w:tc>
          <w:tcPr>
            <w:tcW w:w="2098" w:type="dxa"/>
            <w:tcMar>
              <w:top w:w="70" w:type="dxa"/>
              <w:left w:w="90" w:type="dxa"/>
              <w:bottom w:w="70" w:type="dxa"/>
              <w:right w:w="90" w:type="dxa"/>
            </w:tcMar>
            <w:vAlign w:val="center"/>
          </w:tcPr>
          <w:p w14:paraId="3FA9A755" w14:textId="77777777" w:rsidR="00F720C3" w:rsidRPr="00582A7A" w:rsidRDefault="00000000" w:rsidP="003A2BCD">
            <w:pPr>
              <w:spacing w:after="0" w:line="240" w:lineRule="auto"/>
              <w:jc w:val="both"/>
              <w:rPr>
                <w:sz w:val="18"/>
                <w:szCs w:val="18"/>
              </w:rPr>
            </w:pPr>
            <w:r w:rsidRPr="00582A7A">
              <w:rPr>
                <w:sz w:val="18"/>
                <w:szCs w:val="18"/>
              </w:rPr>
              <w:t>62 (27.51%)</w:t>
            </w:r>
          </w:p>
        </w:tc>
        <w:tc>
          <w:tcPr>
            <w:tcW w:w="766" w:type="dxa"/>
            <w:tcMar>
              <w:top w:w="70" w:type="dxa"/>
              <w:left w:w="90" w:type="dxa"/>
              <w:bottom w:w="70" w:type="dxa"/>
              <w:right w:w="90" w:type="dxa"/>
            </w:tcMar>
            <w:vAlign w:val="center"/>
          </w:tcPr>
          <w:p w14:paraId="6A853474" w14:textId="77777777" w:rsidR="00F720C3" w:rsidRPr="00582A7A" w:rsidRDefault="00000000" w:rsidP="003A2BCD">
            <w:pPr>
              <w:spacing w:after="0" w:line="240" w:lineRule="auto"/>
              <w:jc w:val="both"/>
              <w:rPr>
                <w:sz w:val="18"/>
                <w:szCs w:val="18"/>
              </w:rPr>
            </w:pPr>
            <w:r w:rsidRPr="00582A7A">
              <w:rPr>
                <w:sz w:val="18"/>
                <w:szCs w:val="18"/>
              </w:rPr>
              <w:t>0.086</w:t>
            </w:r>
          </w:p>
        </w:tc>
      </w:tr>
      <w:tr w:rsidR="002A76DF" w:rsidRPr="00582A7A" w14:paraId="124FE0D2" w14:textId="77777777" w:rsidTr="00262C8D">
        <w:trPr>
          <w:jc w:val="center"/>
        </w:trPr>
        <w:tc>
          <w:tcPr>
            <w:tcW w:w="3806" w:type="dxa"/>
            <w:tcMar>
              <w:top w:w="70" w:type="dxa"/>
              <w:left w:w="90" w:type="dxa"/>
              <w:bottom w:w="70" w:type="dxa"/>
              <w:right w:w="90" w:type="dxa"/>
            </w:tcMar>
            <w:vAlign w:val="center"/>
          </w:tcPr>
          <w:p w14:paraId="3B92C7B2" w14:textId="77777777" w:rsidR="00F720C3" w:rsidRPr="00582A7A" w:rsidRDefault="00000000" w:rsidP="003A2BCD">
            <w:pPr>
              <w:spacing w:after="0" w:line="240" w:lineRule="auto"/>
              <w:jc w:val="both"/>
              <w:rPr>
                <w:sz w:val="18"/>
                <w:szCs w:val="18"/>
              </w:rPr>
            </w:pPr>
            <w:r w:rsidRPr="00582A7A">
              <w:rPr>
                <w:sz w:val="18"/>
                <w:szCs w:val="18"/>
              </w:rPr>
              <w:t>Hyperlipidemia, yes</w:t>
            </w:r>
          </w:p>
        </w:tc>
        <w:tc>
          <w:tcPr>
            <w:tcW w:w="1985" w:type="dxa"/>
            <w:tcMar>
              <w:top w:w="70" w:type="dxa"/>
              <w:left w:w="90" w:type="dxa"/>
              <w:bottom w:w="70" w:type="dxa"/>
              <w:right w:w="90" w:type="dxa"/>
            </w:tcMar>
            <w:vAlign w:val="center"/>
          </w:tcPr>
          <w:p w14:paraId="0903D04F" w14:textId="77777777" w:rsidR="00F720C3" w:rsidRPr="00582A7A" w:rsidRDefault="00000000" w:rsidP="003A2BCD">
            <w:pPr>
              <w:spacing w:after="0" w:line="240" w:lineRule="auto"/>
              <w:jc w:val="both"/>
              <w:rPr>
                <w:sz w:val="18"/>
                <w:szCs w:val="18"/>
              </w:rPr>
            </w:pPr>
            <w:r w:rsidRPr="00582A7A">
              <w:rPr>
                <w:sz w:val="18"/>
                <w:szCs w:val="18"/>
              </w:rPr>
              <w:t>16 (2.53%)</w:t>
            </w:r>
          </w:p>
        </w:tc>
        <w:tc>
          <w:tcPr>
            <w:tcW w:w="1984" w:type="dxa"/>
            <w:tcMar>
              <w:top w:w="70" w:type="dxa"/>
              <w:left w:w="90" w:type="dxa"/>
              <w:bottom w:w="70" w:type="dxa"/>
              <w:right w:w="90" w:type="dxa"/>
            </w:tcMar>
            <w:vAlign w:val="center"/>
          </w:tcPr>
          <w:p w14:paraId="725B159A" w14:textId="77777777" w:rsidR="00F720C3" w:rsidRPr="00582A7A" w:rsidRDefault="00000000" w:rsidP="003A2BCD">
            <w:pPr>
              <w:spacing w:after="0" w:line="240" w:lineRule="auto"/>
              <w:jc w:val="both"/>
              <w:rPr>
                <w:sz w:val="18"/>
                <w:szCs w:val="18"/>
              </w:rPr>
            </w:pPr>
            <w:r w:rsidRPr="00582A7A">
              <w:rPr>
                <w:sz w:val="18"/>
                <w:szCs w:val="18"/>
              </w:rPr>
              <w:t>6 (2.86%)</w:t>
            </w:r>
          </w:p>
        </w:tc>
        <w:tc>
          <w:tcPr>
            <w:tcW w:w="1985" w:type="dxa"/>
            <w:tcMar>
              <w:top w:w="70" w:type="dxa"/>
              <w:left w:w="90" w:type="dxa"/>
              <w:bottom w:w="70" w:type="dxa"/>
              <w:right w:w="90" w:type="dxa"/>
            </w:tcMar>
            <w:vAlign w:val="center"/>
          </w:tcPr>
          <w:p w14:paraId="2B58A9E9" w14:textId="77777777" w:rsidR="00F720C3" w:rsidRPr="00582A7A" w:rsidRDefault="00000000" w:rsidP="003A2BCD">
            <w:pPr>
              <w:spacing w:after="0" w:line="240" w:lineRule="auto"/>
              <w:jc w:val="both"/>
              <w:rPr>
                <w:sz w:val="18"/>
                <w:szCs w:val="18"/>
              </w:rPr>
            </w:pPr>
            <w:r w:rsidRPr="00582A7A">
              <w:rPr>
                <w:sz w:val="18"/>
                <w:szCs w:val="18"/>
              </w:rPr>
              <w:t>5 (2.33%)</w:t>
            </w:r>
          </w:p>
        </w:tc>
        <w:tc>
          <w:tcPr>
            <w:tcW w:w="2098" w:type="dxa"/>
            <w:tcMar>
              <w:top w:w="70" w:type="dxa"/>
              <w:left w:w="90" w:type="dxa"/>
              <w:bottom w:w="70" w:type="dxa"/>
              <w:right w:w="90" w:type="dxa"/>
            </w:tcMar>
            <w:vAlign w:val="center"/>
          </w:tcPr>
          <w:p w14:paraId="037B17F4" w14:textId="77777777" w:rsidR="00F720C3" w:rsidRPr="00582A7A" w:rsidRDefault="00000000" w:rsidP="003A2BCD">
            <w:pPr>
              <w:spacing w:after="0" w:line="240" w:lineRule="auto"/>
              <w:jc w:val="both"/>
              <w:rPr>
                <w:sz w:val="18"/>
                <w:szCs w:val="18"/>
              </w:rPr>
            </w:pPr>
            <w:r w:rsidRPr="00582A7A">
              <w:rPr>
                <w:sz w:val="18"/>
                <w:szCs w:val="18"/>
              </w:rPr>
              <w:t>5 (2.42%)</w:t>
            </w:r>
          </w:p>
        </w:tc>
        <w:tc>
          <w:tcPr>
            <w:tcW w:w="766" w:type="dxa"/>
            <w:tcMar>
              <w:top w:w="70" w:type="dxa"/>
              <w:left w:w="90" w:type="dxa"/>
              <w:bottom w:w="70" w:type="dxa"/>
              <w:right w:w="90" w:type="dxa"/>
            </w:tcMar>
            <w:vAlign w:val="center"/>
          </w:tcPr>
          <w:p w14:paraId="2452A9FC" w14:textId="77777777" w:rsidR="00F720C3" w:rsidRPr="00582A7A" w:rsidRDefault="00000000" w:rsidP="003A2BCD">
            <w:pPr>
              <w:spacing w:after="0" w:line="240" w:lineRule="auto"/>
              <w:jc w:val="both"/>
              <w:rPr>
                <w:sz w:val="18"/>
                <w:szCs w:val="18"/>
              </w:rPr>
            </w:pPr>
            <w:r w:rsidRPr="00582A7A">
              <w:rPr>
                <w:sz w:val="18"/>
                <w:szCs w:val="18"/>
              </w:rPr>
              <w:t>0.933</w:t>
            </w:r>
          </w:p>
        </w:tc>
      </w:tr>
      <w:tr w:rsidR="002A76DF" w:rsidRPr="00582A7A" w14:paraId="3C540EB8" w14:textId="77777777" w:rsidTr="00262C8D">
        <w:trPr>
          <w:jc w:val="center"/>
        </w:trPr>
        <w:tc>
          <w:tcPr>
            <w:tcW w:w="3806" w:type="dxa"/>
            <w:tcMar>
              <w:top w:w="70" w:type="dxa"/>
              <w:left w:w="90" w:type="dxa"/>
              <w:bottom w:w="70" w:type="dxa"/>
              <w:right w:w="90" w:type="dxa"/>
            </w:tcMar>
            <w:vAlign w:val="center"/>
          </w:tcPr>
          <w:p w14:paraId="1D709B94" w14:textId="77777777" w:rsidR="00F720C3" w:rsidRPr="00582A7A" w:rsidRDefault="00000000" w:rsidP="003A2BCD">
            <w:pPr>
              <w:spacing w:after="0" w:line="240" w:lineRule="auto"/>
              <w:jc w:val="both"/>
              <w:rPr>
                <w:sz w:val="18"/>
                <w:szCs w:val="18"/>
              </w:rPr>
            </w:pPr>
            <w:r>
              <w:rPr>
                <w:rFonts w:hint="eastAsia"/>
                <w:sz w:val="18"/>
                <w:szCs w:val="18"/>
                <w:lang w:eastAsia="zh-CN"/>
              </w:rPr>
              <w:t>S</w:t>
            </w:r>
            <w:r w:rsidRPr="00582A7A">
              <w:rPr>
                <w:sz w:val="18"/>
                <w:szCs w:val="18"/>
              </w:rPr>
              <w:t>troke, yes</w:t>
            </w:r>
          </w:p>
        </w:tc>
        <w:tc>
          <w:tcPr>
            <w:tcW w:w="1985" w:type="dxa"/>
            <w:tcMar>
              <w:top w:w="70" w:type="dxa"/>
              <w:left w:w="90" w:type="dxa"/>
              <w:bottom w:w="70" w:type="dxa"/>
              <w:right w:w="90" w:type="dxa"/>
            </w:tcMar>
            <w:vAlign w:val="center"/>
          </w:tcPr>
          <w:p w14:paraId="040D3497" w14:textId="77777777" w:rsidR="00F720C3" w:rsidRPr="00582A7A" w:rsidRDefault="00000000" w:rsidP="003A2BCD">
            <w:pPr>
              <w:spacing w:after="0" w:line="240" w:lineRule="auto"/>
              <w:jc w:val="both"/>
              <w:rPr>
                <w:sz w:val="18"/>
                <w:szCs w:val="18"/>
              </w:rPr>
            </w:pPr>
            <w:r w:rsidRPr="00582A7A">
              <w:rPr>
                <w:sz w:val="18"/>
                <w:szCs w:val="18"/>
              </w:rPr>
              <w:t>57 (9.02%)</w:t>
            </w:r>
          </w:p>
        </w:tc>
        <w:tc>
          <w:tcPr>
            <w:tcW w:w="1984" w:type="dxa"/>
            <w:tcMar>
              <w:top w:w="70" w:type="dxa"/>
              <w:left w:w="90" w:type="dxa"/>
              <w:bottom w:w="70" w:type="dxa"/>
              <w:right w:w="90" w:type="dxa"/>
            </w:tcMar>
            <w:vAlign w:val="center"/>
          </w:tcPr>
          <w:p w14:paraId="09A744B3" w14:textId="77777777" w:rsidR="00F720C3" w:rsidRPr="00582A7A" w:rsidRDefault="00000000" w:rsidP="003A2BCD">
            <w:pPr>
              <w:spacing w:after="0" w:line="240" w:lineRule="auto"/>
              <w:jc w:val="both"/>
              <w:rPr>
                <w:sz w:val="18"/>
                <w:szCs w:val="18"/>
              </w:rPr>
            </w:pPr>
            <w:r w:rsidRPr="00582A7A">
              <w:rPr>
                <w:sz w:val="18"/>
                <w:szCs w:val="18"/>
              </w:rPr>
              <w:t>17 (8.10%)</w:t>
            </w:r>
          </w:p>
        </w:tc>
        <w:tc>
          <w:tcPr>
            <w:tcW w:w="1985" w:type="dxa"/>
            <w:tcMar>
              <w:top w:w="70" w:type="dxa"/>
              <w:left w:w="90" w:type="dxa"/>
              <w:bottom w:w="70" w:type="dxa"/>
              <w:right w:w="90" w:type="dxa"/>
            </w:tcMar>
            <w:vAlign w:val="center"/>
          </w:tcPr>
          <w:p w14:paraId="71033136" w14:textId="77777777" w:rsidR="00F720C3" w:rsidRPr="00582A7A" w:rsidRDefault="00000000" w:rsidP="003A2BCD">
            <w:pPr>
              <w:spacing w:after="0" w:line="240" w:lineRule="auto"/>
              <w:jc w:val="both"/>
              <w:rPr>
                <w:sz w:val="18"/>
                <w:szCs w:val="18"/>
              </w:rPr>
            </w:pPr>
            <w:r w:rsidRPr="00582A7A">
              <w:rPr>
                <w:sz w:val="18"/>
                <w:szCs w:val="18"/>
              </w:rPr>
              <w:t>14 (6.51%)</w:t>
            </w:r>
          </w:p>
        </w:tc>
        <w:tc>
          <w:tcPr>
            <w:tcW w:w="2098" w:type="dxa"/>
            <w:tcMar>
              <w:top w:w="70" w:type="dxa"/>
              <w:left w:w="90" w:type="dxa"/>
              <w:bottom w:w="70" w:type="dxa"/>
              <w:right w:w="90" w:type="dxa"/>
            </w:tcMar>
            <w:vAlign w:val="center"/>
          </w:tcPr>
          <w:p w14:paraId="2283C893" w14:textId="77777777" w:rsidR="00F720C3" w:rsidRPr="00582A7A" w:rsidRDefault="00000000" w:rsidP="003A2BCD">
            <w:pPr>
              <w:spacing w:after="0" w:line="240" w:lineRule="auto"/>
              <w:jc w:val="both"/>
              <w:rPr>
                <w:sz w:val="18"/>
                <w:szCs w:val="18"/>
              </w:rPr>
            </w:pPr>
            <w:r w:rsidRPr="00582A7A">
              <w:rPr>
                <w:sz w:val="18"/>
                <w:szCs w:val="18"/>
              </w:rPr>
              <w:t>26 (12.56%)</w:t>
            </w:r>
          </w:p>
        </w:tc>
        <w:tc>
          <w:tcPr>
            <w:tcW w:w="766" w:type="dxa"/>
            <w:tcMar>
              <w:top w:w="70" w:type="dxa"/>
              <w:left w:w="90" w:type="dxa"/>
              <w:bottom w:w="70" w:type="dxa"/>
              <w:right w:w="90" w:type="dxa"/>
            </w:tcMar>
            <w:vAlign w:val="center"/>
          </w:tcPr>
          <w:p w14:paraId="34B26EDE" w14:textId="77777777" w:rsidR="00F720C3" w:rsidRPr="00582A7A" w:rsidRDefault="00000000" w:rsidP="003A2BCD">
            <w:pPr>
              <w:spacing w:after="0" w:line="240" w:lineRule="auto"/>
              <w:jc w:val="both"/>
              <w:rPr>
                <w:sz w:val="18"/>
                <w:szCs w:val="18"/>
              </w:rPr>
            </w:pPr>
            <w:r w:rsidRPr="00582A7A">
              <w:rPr>
                <w:sz w:val="18"/>
                <w:szCs w:val="18"/>
              </w:rPr>
              <w:t>0.081</w:t>
            </w:r>
          </w:p>
        </w:tc>
      </w:tr>
      <w:tr w:rsidR="002A76DF" w:rsidRPr="00582A7A" w14:paraId="4B7E3F5D" w14:textId="77777777" w:rsidTr="00262C8D">
        <w:trPr>
          <w:jc w:val="center"/>
        </w:trPr>
        <w:tc>
          <w:tcPr>
            <w:tcW w:w="3806" w:type="dxa"/>
            <w:tcMar>
              <w:top w:w="70" w:type="dxa"/>
              <w:left w:w="90" w:type="dxa"/>
              <w:bottom w:w="70" w:type="dxa"/>
              <w:right w:w="90" w:type="dxa"/>
            </w:tcMar>
            <w:vAlign w:val="center"/>
          </w:tcPr>
          <w:p w14:paraId="7FC57B09" w14:textId="77777777" w:rsidR="00F720C3" w:rsidRPr="00582A7A" w:rsidRDefault="00000000" w:rsidP="003A2BCD">
            <w:pPr>
              <w:spacing w:after="0" w:line="240" w:lineRule="auto"/>
              <w:jc w:val="both"/>
              <w:rPr>
                <w:sz w:val="18"/>
                <w:szCs w:val="18"/>
              </w:rPr>
            </w:pPr>
            <w:r>
              <w:rPr>
                <w:rFonts w:hint="eastAsia"/>
                <w:sz w:val="18"/>
                <w:szCs w:val="18"/>
                <w:lang w:eastAsia="zh-CN"/>
              </w:rPr>
              <w:t>CKD</w:t>
            </w:r>
            <w:r w:rsidRPr="00582A7A">
              <w:rPr>
                <w:sz w:val="18"/>
                <w:szCs w:val="18"/>
              </w:rPr>
              <w:t>, yes</w:t>
            </w:r>
          </w:p>
        </w:tc>
        <w:tc>
          <w:tcPr>
            <w:tcW w:w="1985" w:type="dxa"/>
            <w:tcMar>
              <w:top w:w="70" w:type="dxa"/>
              <w:left w:w="90" w:type="dxa"/>
              <w:bottom w:w="70" w:type="dxa"/>
              <w:right w:w="90" w:type="dxa"/>
            </w:tcMar>
            <w:vAlign w:val="center"/>
          </w:tcPr>
          <w:p w14:paraId="560E1270" w14:textId="77777777" w:rsidR="00F720C3" w:rsidRPr="00582A7A" w:rsidRDefault="00000000" w:rsidP="003A2BCD">
            <w:pPr>
              <w:spacing w:after="0" w:line="240" w:lineRule="auto"/>
              <w:jc w:val="both"/>
              <w:rPr>
                <w:sz w:val="18"/>
                <w:szCs w:val="18"/>
              </w:rPr>
            </w:pPr>
            <w:r w:rsidRPr="00582A7A">
              <w:rPr>
                <w:sz w:val="18"/>
                <w:szCs w:val="18"/>
              </w:rPr>
              <w:t>1 (0.16%)</w:t>
            </w:r>
          </w:p>
        </w:tc>
        <w:tc>
          <w:tcPr>
            <w:tcW w:w="1984" w:type="dxa"/>
            <w:tcMar>
              <w:top w:w="70" w:type="dxa"/>
              <w:left w:w="90" w:type="dxa"/>
              <w:bottom w:w="70" w:type="dxa"/>
              <w:right w:w="90" w:type="dxa"/>
            </w:tcMar>
            <w:vAlign w:val="center"/>
          </w:tcPr>
          <w:p w14:paraId="74E62A6D" w14:textId="77777777" w:rsidR="00F720C3" w:rsidRPr="00582A7A" w:rsidRDefault="00000000" w:rsidP="003A2BCD">
            <w:pPr>
              <w:spacing w:after="0" w:line="240" w:lineRule="auto"/>
              <w:jc w:val="both"/>
              <w:rPr>
                <w:sz w:val="18"/>
                <w:szCs w:val="18"/>
              </w:rPr>
            </w:pPr>
            <w:r w:rsidRPr="00582A7A">
              <w:rPr>
                <w:sz w:val="18"/>
                <w:szCs w:val="18"/>
              </w:rPr>
              <w:t>0 (0.00%)</w:t>
            </w:r>
          </w:p>
        </w:tc>
        <w:tc>
          <w:tcPr>
            <w:tcW w:w="1985" w:type="dxa"/>
            <w:tcMar>
              <w:top w:w="70" w:type="dxa"/>
              <w:left w:w="90" w:type="dxa"/>
              <w:bottom w:w="70" w:type="dxa"/>
              <w:right w:w="90" w:type="dxa"/>
            </w:tcMar>
            <w:vAlign w:val="center"/>
          </w:tcPr>
          <w:p w14:paraId="3CF68C56" w14:textId="77777777" w:rsidR="00F720C3" w:rsidRPr="00582A7A" w:rsidRDefault="00000000" w:rsidP="003A2BCD">
            <w:pPr>
              <w:spacing w:after="0" w:line="240" w:lineRule="auto"/>
              <w:jc w:val="both"/>
              <w:rPr>
                <w:sz w:val="18"/>
                <w:szCs w:val="18"/>
              </w:rPr>
            </w:pPr>
            <w:r w:rsidRPr="00582A7A">
              <w:rPr>
                <w:sz w:val="18"/>
                <w:szCs w:val="18"/>
              </w:rPr>
              <w:t>1 (0.47%)</w:t>
            </w:r>
          </w:p>
        </w:tc>
        <w:tc>
          <w:tcPr>
            <w:tcW w:w="2098" w:type="dxa"/>
            <w:tcMar>
              <w:top w:w="70" w:type="dxa"/>
              <w:left w:w="90" w:type="dxa"/>
              <w:bottom w:w="70" w:type="dxa"/>
              <w:right w:w="90" w:type="dxa"/>
            </w:tcMar>
            <w:vAlign w:val="center"/>
          </w:tcPr>
          <w:p w14:paraId="59729914" w14:textId="77777777" w:rsidR="00F720C3" w:rsidRPr="00582A7A" w:rsidRDefault="00000000" w:rsidP="003A2BCD">
            <w:pPr>
              <w:spacing w:after="0" w:line="240" w:lineRule="auto"/>
              <w:jc w:val="both"/>
              <w:rPr>
                <w:sz w:val="18"/>
                <w:szCs w:val="18"/>
              </w:rPr>
            </w:pPr>
            <w:r w:rsidRPr="00582A7A">
              <w:rPr>
                <w:sz w:val="18"/>
                <w:szCs w:val="18"/>
              </w:rPr>
              <w:t>0 (0.00%)</w:t>
            </w:r>
          </w:p>
        </w:tc>
        <w:tc>
          <w:tcPr>
            <w:tcW w:w="766" w:type="dxa"/>
            <w:tcMar>
              <w:top w:w="70" w:type="dxa"/>
              <w:left w:w="90" w:type="dxa"/>
              <w:bottom w:w="70" w:type="dxa"/>
              <w:right w:w="90" w:type="dxa"/>
            </w:tcMar>
            <w:vAlign w:val="center"/>
          </w:tcPr>
          <w:p w14:paraId="1C678C4E" w14:textId="77777777" w:rsidR="00F720C3" w:rsidRPr="00582A7A" w:rsidRDefault="00000000" w:rsidP="003A2BCD">
            <w:pPr>
              <w:spacing w:after="0" w:line="240" w:lineRule="auto"/>
              <w:jc w:val="both"/>
              <w:rPr>
                <w:sz w:val="18"/>
                <w:szCs w:val="18"/>
              </w:rPr>
            </w:pPr>
            <w:r w:rsidRPr="00582A7A">
              <w:rPr>
                <w:sz w:val="18"/>
                <w:szCs w:val="18"/>
              </w:rPr>
              <w:t>0.379</w:t>
            </w:r>
          </w:p>
        </w:tc>
      </w:tr>
      <w:tr w:rsidR="002A76DF" w:rsidRPr="00582A7A" w14:paraId="769E8C00" w14:textId="77777777" w:rsidTr="00262C8D">
        <w:trPr>
          <w:jc w:val="center"/>
        </w:trPr>
        <w:tc>
          <w:tcPr>
            <w:tcW w:w="3806" w:type="dxa"/>
            <w:tcMar>
              <w:top w:w="70" w:type="dxa"/>
              <w:left w:w="90" w:type="dxa"/>
              <w:bottom w:w="70" w:type="dxa"/>
              <w:right w:w="90" w:type="dxa"/>
            </w:tcMar>
            <w:vAlign w:val="center"/>
          </w:tcPr>
          <w:p w14:paraId="4551A103" w14:textId="77777777" w:rsidR="00F720C3" w:rsidRPr="00582A7A" w:rsidRDefault="00000000" w:rsidP="003A2BCD">
            <w:pPr>
              <w:spacing w:after="0" w:line="240" w:lineRule="auto"/>
              <w:jc w:val="both"/>
              <w:rPr>
                <w:sz w:val="18"/>
                <w:szCs w:val="18"/>
              </w:rPr>
            </w:pPr>
            <w:r>
              <w:rPr>
                <w:rFonts w:hint="eastAsia"/>
                <w:sz w:val="18"/>
                <w:szCs w:val="18"/>
                <w:lang w:eastAsia="zh-CN"/>
              </w:rPr>
              <w:t>COPD</w:t>
            </w:r>
            <w:r w:rsidRPr="00582A7A">
              <w:rPr>
                <w:sz w:val="18"/>
                <w:szCs w:val="18"/>
              </w:rPr>
              <w:t>, yes</w:t>
            </w:r>
          </w:p>
        </w:tc>
        <w:tc>
          <w:tcPr>
            <w:tcW w:w="1985" w:type="dxa"/>
            <w:tcMar>
              <w:top w:w="70" w:type="dxa"/>
              <w:left w:w="90" w:type="dxa"/>
              <w:bottom w:w="70" w:type="dxa"/>
              <w:right w:w="90" w:type="dxa"/>
            </w:tcMar>
            <w:vAlign w:val="center"/>
          </w:tcPr>
          <w:p w14:paraId="679ABBD7" w14:textId="77777777" w:rsidR="00F720C3" w:rsidRPr="00582A7A" w:rsidRDefault="00000000" w:rsidP="003A2BCD">
            <w:pPr>
              <w:spacing w:after="0" w:line="240" w:lineRule="auto"/>
              <w:jc w:val="both"/>
              <w:rPr>
                <w:sz w:val="18"/>
                <w:szCs w:val="18"/>
              </w:rPr>
            </w:pPr>
            <w:r w:rsidRPr="00582A7A">
              <w:rPr>
                <w:sz w:val="18"/>
                <w:szCs w:val="18"/>
              </w:rPr>
              <w:t>7 (1.11%)</w:t>
            </w:r>
          </w:p>
        </w:tc>
        <w:tc>
          <w:tcPr>
            <w:tcW w:w="1984" w:type="dxa"/>
            <w:tcMar>
              <w:top w:w="70" w:type="dxa"/>
              <w:left w:w="90" w:type="dxa"/>
              <w:bottom w:w="70" w:type="dxa"/>
              <w:right w:w="90" w:type="dxa"/>
            </w:tcMar>
            <w:vAlign w:val="center"/>
          </w:tcPr>
          <w:p w14:paraId="36251972" w14:textId="77777777" w:rsidR="00F720C3" w:rsidRPr="00582A7A" w:rsidRDefault="00000000" w:rsidP="003A2BCD">
            <w:pPr>
              <w:spacing w:after="0" w:line="240" w:lineRule="auto"/>
              <w:jc w:val="both"/>
              <w:rPr>
                <w:sz w:val="18"/>
                <w:szCs w:val="18"/>
              </w:rPr>
            </w:pPr>
            <w:r w:rsidRPr="00582A7A">
              <w:rPr>
                <w:sz w:val="18"/>
                <w:szCs w:val="18"/>
              </w:rPr>
              <w:t>2 (0.95%)</w:t>
            </w:r>
          </w:p>
        </w:tc>
        <w:tc>
          <w:tcPr>
            <w:tcW w:w="1985" w:type="dxa"/>
            <w:tcMar>
              <w:top w:w="70" w:type="dxa"/>
              <w:left w:w="90" w:type="dxa"/>
              <w:bottom w:w="70" w:type="dxa"/>
              <w:right w:w="90" w:type="dxa"/>
            </w:tcMar>
            <w:vAlign w:val="center"/>
          </w:tcPr>
          <w:p w14:paraId="484E0B4C" w14:textId="77777777" w:rsidR="00F720C3" w:rsidRPr="00582A7A" w:rsidRDefault="00000000" w:rsidP="003A2BCD">
            <w:pPr>
              <w:spacing w:after="0" w:line="240" w:lineRule="auto"/>
              <w:jc w:val="both"/>
              <w:rPr>
                <w:sz w:val="18"/>
                <w:szCs w:val="18"/>
              </w:rPr>
            </w:pPr>
            <w:r w:rsidRPr="00582A7A">
              <w:rPr>
                <w:sz w:val="18"/>
                <w:szCs w:val="18"/>
              </w:rPr>
              <w:t>2 (0.93%)</w:t>
            </w:r>
          </w:p>
        </w:tc>
        <w:tc>
          <w:tcPr>
            <w:tcW w:w="2098" w:type="dxa"/>
            <w:tcMar>
              <w:top w:w="70" w:type="dxa"/>
              <w:left w:w="90" w:type="dxa"/>
              <w:bottom w:w="70" w:type="dxa"/>
              <w:right w:w="90" w:type="dxa"/>
            </w:tcMar>
            <w:vAlign w:val="center"/>
          </w:tcPr>
          <w:p w14:paraId="75143720" w14:textId="77777777" w:rsidR="00F720C3" w:rsidRPr="00582A7A" w:rsidRDefault="00000000" w:rsidP="003A2BCD">
            <w:pPr>
              <w:spacing w:after="0" w:line="240" w:lineRule="auto"/>
              <w:jc w:val="both"/>
              <w:rPr>
                <w:sz w:val="18"/>
                <w:szCs w:val="18"/>
              </w:rPr>
            </w:pPr>
            <w:r w:rsidRPr="00582A7A">
              <w:rPr>
                <w:sz w:val="18"/>
                <w:szCs w:val="18"/>
              </w:rPr>
              <w:t>3 (1.45%)</w:t>
            </w:r>
          </w:p>
        </w:tc>
        <w:tc>
          <w:tcPr>
            <w:tcW w:w="766" w:type="dxa"/>
            <w:tcMar>
              <w:top w:w="70" w:type="dxa"/>
              <w:left w:w="90" w:type="dxa"/>
              <w:bottom w:w="70" w:type="dxa"/>
              <w:right w:w="90" w:type="dxa"/>
            </w:tcMar>
            <w:vAlign w:val="center"/>
          </w:tcPr>
          <w:p w14:paraId="2393C2A2" w14:textId="77777777" w:rsidR="00F720C3" w:rsidRPr="00582A7A" w:rsidRDefault="00000000" w:rsidP="003A2BCD">
            <w:pPr>
              <w:spacing w:after="0" w:line="240" w:lineRule="auto"/>
              <w:jc w:val="both"/>
              <w:rPr>
                <w:sz w:val="18"/>
                <w:szCs w:val="18"/>
              </w:rPr>
            </w:pPr>
            <w:r w:rsidRPr="00582A7A">
              <w:rPr>
                <w:sz w:val="18"/>
                <w:szCs w:val="18"/>
              </w:rPr>
              <w:t>0.849</w:t>
            </w:r>
          </w:p>
        </w:tc>
      </w:tr>
      <w:tr w:rsidR="002A76DF" w:rsidRPr="00582A7A" w14:paraId="0F6C9A3F" w14:textId="77777777" w:rsidTr="00262C8D">
        <w:trPr>
          <w:jc w:val="center"/>
        </w:trPr>
        <w:tc>
          <w:tcPr>
            <w:tcW w:w="3806" w:type="dxa"/>
            <w:tcMar>
              <w:top w:w="70" w:type="dxa"/>
              <w:left w:w="90" w:type="dxa"/>
              <w:bottom w:w="70" w:type="dxa"/>
              <w:right w:w="90" w:type="dxa"/>
            </w:tcMar>
            <w:vAlign w:val="center"/>
          </w:tcPr>
          <w:p w14:paraId="3B6DE352" w14:textId="77777777" w:rsidR="00F720C3" w:rsidRPr="00582A7A" w:rsidRDefault="00000000" w:rsidP="003A2BCD">
            <w:pPr>
              <w:spacing w:after="0" w:line="240" w:lineRule="auto"/>
              <w:jc w:val="both"/>
              <w:rPr>
                <w:sz w:val="18"/>
                <w:szCs w:val="18"/>
              </w:rPr>
            </w:pPr>
            <w:r>
              <w:rPr>
                <w:rFonts w:hint="eastAsia"/>
                <w:sz w:val="18"/>
                <w:szCs w:val="18"/>
                <w:lang w:eastAsia="zh-CN"/>
              </w:rPr>
              <w:t>M</w:t>
            </w:r>
            <w:r w:rsidRPr="00582A7A">
              <w:rPr>
                <w:sz w:val="18"/>
                <w:szCs w:val="18"/>
              </w:rPr>
              <w:t>alignancy, yes</w:t>
            </w:r>
          </w:p>
        </w:tc>
        <w:tc>
          <w:tcPr>
            <w:tcW w:w="1985" w:type="dxa"/>
            <w:tcMar>
              <w:top w:w="70" w:type="dxa"/>
              <w:left w:w="90" w:type="dxa"/>
              <w:bottom w:w="70" w:type="dxa"/>
              <w:right w:w="90" w:type="dxa"/>
            </w:tcMar>
            <w:vAlign w:val="center"/>
          </w:tcPr>
          <w:p w14:paraId="01B69C6E" w14:textId="77777777" w:rsidR="00F720C3" w:rsidRPr="00582A7A" w:rsidRDefault="00000000" w:rsidP="003A2BCD">
            <w:pPr>
              <w:spacing w:after="0" w:line="240" w:lineRule="auto"/>
              <w:jc w:val="both"/>
              <w:rPr>
                <w:sz w:val="18"/>
                <w:szCs w:val="18"/>
              </w:rPr>
            </w:pPr>
            <w:r w:rsidRPr="00582A7A">
              <w:rPr>
                <w:sz w:val="18"/>
                <w:szCs w:val="18"/>
              </w:rPr>
              <w:t>0.0: 632 (100.00%)</w:t>
            </w:r>
          </w:p>
        </w:tc>
        <w:tc>
          <w:tcPr>
            <w:tcW w:w="1984" w:type="dxa"/>
            <w:tcMar>
              <w:top w:w="70" w:type="dxa"/>
              <w:left w:w="90" w:type="dxa"/>
              <w:bottom w:w="70" w:type="dxa"/>
              <w:right w:w="90" w:type="dxa"/>
            </w:tcMar>
            <w:vAlign w:val="center"/>
          </w:tcPr>
          <w:p w14:paraId="559BE10E" w14:textId="77777777" w:rsidR="00F720C3" w:rsidRPr="00582A7A" w:rsidRDefault="00000000" w:rsidP="003A2BCD">
            <w:pPr>
              <w:spacing w:after="0" w:line="240" w:lineRule="auto"/>
              <w:jc w:val="both"/>
              <w:rPr>
                <w:sz w:val="18"/>
                <w:szCs w:val="18"/>
              </w:rPr>
            </w:pPr>
            <w:r w:rsidRPr="00582A7A">
              <w:rPr>
                <w:sz w:val="18"/>
                <w:szCs w:val="18"/>
              </w:rPr>
              <w:t>0.0: 210 (100.00%)</w:t>
            </w:r>
          </w:p>
        </w:tc>
        <w:tc>
          <w:tcPr>
            <w:tcW w:w="1985" w:type="dxa"/>
            <w:tcMar>
              <w:top w:w="70" w:type="dxa"/>
              <w:left w:w="90" w:type="dxa"/>
              <w:bottom w:w="70" w:type="dxa"/>
              <w:right w:w="90" w:type="dxa"/>
            </w:tcMar>
            <w:vAlign w:val="center"/>
          </w:tcPr>
          <w:p w14:paraId="5815BFA9" w14:textId="77777777" w:rsidR="00F720C3" w:rsidRPr="00582A7A" w:rsidRDefault="00000000" w:rsidP="003A2BCD">
            <w:pPr>
              <w:spacing w:after="0" w:line="240" w:lineRule="auto"/>
              <w:jc w:val="both"/>
              <w:rPr>
                <w:sz w:val="18"/>
                <w:szCs w:val="18"/>
              </w:rPr>
            </w:pPr>
            <w:r w:rsidRPr="00582A7A">
              <w:rPr>
                <w:sz w:val="18"/>
                <w:szCs w:val="18"/>
              </w:rPr>
              <w:t>0.0: 215 (100.00%)</w:t>
            </w:r>
          </w:p>
        </w:tc>
        <w:tc>
          <w:tcPr>
            <w:tcW w:w="2098" w:type="dxa"/>
            <w:tcMar>
              <w:top w:w="70" w:type="dxa"/>
              <w:left w:w="90" w:type="dxa"/>
              <w:bottom w:w="70" w:type="dxa"/>
              <w:right w:w="90" w:type="dxa"/>
            </w:tcMar>
            <w:vAlign w:val="center"/>
          </w:tcPr>
          <w:p w14:paraId="5566A49D" w14:textId="77777777" w:rsidR="00F720C3" w:rsidRPr="00582A7A" w:rsidRDefault="00000000" w:rsidP="003A2BCD">
            <w:pPr>
              <w:spacing w:after="0" w:line="240" w:lineRule="auto"/>
              <w:jc w:val="both"/>
              <w:rPr>
                <w:sz w:val="18"/>
                <w:szCs w:val="18"/>
              </w:rPr>
            </w:pPr>
            <w:r w:rsidRPr="00582A7A">
              <w:rPr>
                <w:sz w:val="18"/>
                <w:szCs w:val="18"/>
              </w:rPr>
              <w:t>0.0: 207 (100.00%)</w:t>
            </w:r>
          </w:p>
        </w:tc>
        <w:tc>
          <w:tcPr>
            <w:tcW w:w="766" w:type="dxa"/>
            <w:tcMar>
              <w:top w:w="70" w:type="dxa"/>
              <w:left w:w="90" w:type="dxa"/>
              <w:bottom w:w="70" w:type="dxa"/>
              <w:right w:w="90" w:type="dxa"/>
            </w:tcMar>
            <w:vAlign w:val="center"/>
          </w:tcPr>
          <w:p w14:paraId="5DC5FC4A" w14:textId="77777777" w:rsidR="00F720C3" w:rsidRPr="00582A7A" w:rsidRDefault="00000000" w:rsidP="003A2BCD">
            <w:pPr>
              <w:spacing w:after="0" w:line="240" w:lineRule="auto"/>
              <w:jc w:val="both"/>
              <w:rPr>
                <w:sz w:val="18"/>
                <w:szCs w:val="18"/>
              </w:rPr>
            </w:pPr>
            <w:r w:rsidRPr="00582A7A">
              <w:rPr>
                <w:sz w:val="18"/>
                <w:szCs w:val="18"/>
              </w:rPr>
              <w:t>-</w:t>
            </w:r>
          </w:p>
        </w:tc>
      </w:tr>
      <w:tr w:rsidR="002A76DF" w:rsidRPr="00582A7A" w14:paraId="10D2ADBC" w14:textId="77777777" w:rsidTr="00262C8D">
        <w:trPr>
          <w:jc w:val="center"/>
        </w:trPr>
        <w:tc>
          <w:tcPr>
            <w:tcW w:w="3806" w:type="dxa"/>
            <w:tcMar>
              <w:top w:w="70" w:type="dxa"/>
              <w:left w:w="90" w:type="dxa"/>
              <w:bottom w:w="70" w:type="dxa"/>
              <w:right w:w="90" w:type="dxa"/>
            </w:tcMar>
            <w:vAlign w:val="center"/>
          </w:tcPr>
          <w:p w14:paraId="546623EC" w14:textId="77777777" w:rsidR="00F720C3" w:rsidRPr="00582A7A" w:rsidRDefault="00000000" w:rsidP="003A2BCD">
            <w:pPr>
              <w:spacing w:after="0" w:line="240" w:lineRule="auto"/>
              <w:jc w:val="both"/>
              <w:rPr>
                <w:sz w:val="18"/>
                <w:szCs w:val="18"/>
              </w:rPr>
            </w:pPr>
            <w:r w:rsidRPr="00582A7A">
              <w:rPr>
                <w:sz w:val="18"/>
                <w:szCs w:val="18"/>
              </w:rPr>
              <w:t>Autoimmune disease or gout, yes</w:t>
            </w:r>
          </w:p>
        </w:tc>
        <w:tc>
          <w:tcPr>
            <w:tcW w:w="1985" w:type="dxa"/>
            <w:tcMar>
              <w:top w:w="70" w:type="dxa"/>
              <w:left w:w="90" w:type="dxa"/>
              <w:bottom w:w="70" w:type="dxa"/>
              <w:right w:w="90" w:type="dxa"/>
            </w:tcMar>
            <w:vAlign w:val="center"/>
          </w:tcPr>
          <w:p w14:paraId="6D7D080C" w14:textId="77777777" w:rsidR="00F720C3" w:rsidRPr="00582A7A" w:rsidRDefault="00000000" w:rsidP="003A2BCD">
            <w:pPr>
              <w:spacing w:after="0" w:line="240" w:lineRule="auto"/>
              <w:jc w:val="both"/>
              <w:rPr>
                <w:sz w:val="18"/>
                <w:szCs w:val="18"/>
              </w:rPr>
            </w:pPr>
            <w:r w:rsidRPr="00582A7A">
              <w:rPr>
                <w:sz w:val="18"/>
                <w:szCs w:val="18"/>
              </w:rPr>
              <w:t>20 (3.16%)</w:t>
            </w:r>
          </w:p>
        </w:tc>
        <w:tc>
          <w:tcPr>
            <w:tcW w:w="1984" w:type="dxa"/>
            <w:tcMar>
              <w:top w:w="70" w:type="dxa"/>
              <w:left w:w="90" w:type="dxa"/>
              <w:bottom w:w="70" w:type="dxa"/>
              <w:right w:w="90" w:type="dxa"/>
            </w:tcMar>
            <w:vAlign w:val="center"/>
          </w:tcPr>
          <w:p w14:paraId="70AAA31A" w14:textId="77777777" w:rsidR="00F720C3" w:rsidRPr="00582A7A" w:rsidRDefault="00000000" w:rsidP="003A2BCD">
            <w:pPr>
              <w:spacing w:after="0" w:line="240" w:lineRule="auto"/>
              <w:jc w:val="both"/>
              <w:rPr>
                <w:sz w:val="18"/>
                <w:szCs w:val="18"/>
              </w:rPr>
            </w:pPr>
            <w:r w:rsidRPr="00582A7A">
              <w:rPr>
                <w:sz w:val="18"/>
                <w:szCs w:val="18"/>
              </w:rPr>
              <w:t>8 (3.81%)</w:t>
            </w:r>
          </w:p>
        </w:tc>
        <w:tc>
          <w:tcPr>
            <w:tcW w:w="1985" w:type="dxa"/>
            <w:tcMar>
              <w:top w:w="70" w:type="dxa"/>
              <w:left w:w="90" w:type="dxa"/>
              <w:bottom w:w="70" w:type="dxa"/>
              <w:right w:w="90" w:type="dxa"/>
            </w:tcMar>
            <w:vAlign w:val="center"/>
          </w:tcPr>
          <w:p w14:paraId="5D400844" w14:textId="77777777" w:rsidR="00F720C3" w:rsidRPr="00582A7A" w:rsidRDefault="00000000" w:rsidP="003A2BCD">
            <w:pPr>
              <w:spacing w:after="0" w:line="240" w:lineRule="auto"/>
              <w:jc w:val="both"/>
              <w:rPr>
                <w:sz w:val="18"/>
                <w:szCs w:val="18"/>
              </w:rPr>
            </w:pPr>
            <w:r w:rsidRPr="00582A7A">
              <w:rPr>
                <w:sz w:val="18"/>
                <w:szCs w:val="18"/>
              </w:rPr>
              <w:t>6 (2.79%)</w:t>
            </w:r>
          </w:p>
        </w:tc>
        <w:tc>
          <w:tcPr>
            <w:tcW w:w="2098" w:type="dxa"/>
            <w:tcMar>
              <w:top w:w="70" w:type="dxa"/>
              <w:left w:w="90" w:type="dxa"/>
              <w:bottom w:w="70" w:type="dxa"/>
              <w:right w:w="90" w:type="dxa"/>
            </w:tcMar>
            <w:vAlign w:val="center"/>
          </w:tcPr>
          <w:p w14:paraId="7C8A013A" w14:textId="77777777" w:rsidR="00F720C3" w:rsidRPr="00582A7A" w:rsidRDefault="00000000" w:rsidP="003A2BCD">
            <w:pPr>
              <w:spacing w:after="0" w:line="240" w:lineRule="auto"/>
              <w:jc w:val="both"/>
              <w:rPr>
                <w:sz w:val="18"/>
                <w:szCs w:val="18"/>
              </w:rPr>
            </w:pPr>
            <w:r w:rsidRPr="00582A7A">
              <w:rPr>
                <w:sz w:val="18"/>
                <w:szCs w:val="18"/>
              </w:rPr>
              <w:t>6 (2.90%)</w:t>
            </w:r>
          </w:p>
        </w:tc>
        <w:tc>
          <w:tcPr>
            <w:tcW w:w="766" w:type="dxa"/>
            <w:tcMar>
              <w:top w:w="70" w:type="dxa"/>
              <w:left w:w="90" w:type="dxa"/>
              <w:bottom w:w="70" w:type="dxa"/>
              <w:right w:w="90" w:type="dxa"/>
            </w:tcMar>
            <w:vAlign w:val="center"/>
          </w:tcPr>
          <w:p w14:paraId="555DF6D2" w14:textId="77777777" w:rsidR="00F720C3" w:rsidRPr="00582A7A" w:rsidRDefault="00000000" w:rsidP="003A2BCD">
            <w:pPr>
              <w:spacing w:after="0" w:line="240" w:lineRule="auto"/>
              <w:jc w:val="both"/>
              <w:rPr>
                <w:sz w:val="18"/>
                <w:szCs w:val="18"/>
              </w:rPr>
            </w:pPr>
            <w:r w:rsidRPr="00582A7A">
              <w:rPr>
                <w:sz w:val="18"/>
                <w:szCs w:val="18"/>
              </w:rPr>
              <w:t>0.806</w:t>
            </w:r>
          </w:p>
        </w:tc>
      </w:tr>
      <w:tr w:rsidR="002A76DF" w:rsidRPr="00582A7A" w14:paraId="3DC0E8D0" w14:textId="77777777" w:rsidTr="00262C8D">
        <w:trPr>
          <w:jc w:val="center"/>
        </w:trPr>
        <w:tc>
          <w:tcPr>
            <w:tcW w:w="3806" w:type="dxa"/>
            <w:tcMar>
              <w:top w:w="70" w:type="dxa"/>
              <w:left w:w="90" w:type="dxa"/>
              <w:bottom w:w="70" w:type="dxa"/>
              <w:right w:w="90" w:type="dxa"/>
            </w:tcMar>
            <w:vAlign w:val="center"/>
          </w:tcPr>
          <w:p w14:paraId="7D5FB7CC" w14:textId="77777777" w:rsidR="00F720C3" w:rsidRPr="00582A7A" w:rsidRDefault="00000000" w:rsidP="003A2BCD">
            <w:pPr>
              <w:spacing w:after="0" w:line="240" w:lineRule="auto"/>
              <w:jc w:val="both"/>
              <w:rPr>
                <w:sz w:val="18"/>
                <w:szCs w:val="18"/>
              </w:rPr>
            </w:pPr>
            <w:r>
              <w:rPr>
                <w:rFonts w:hint="eastAsia"/>
                <w:sz w:val="18"/>
                <w:szCs w:val="18"/>
                <w:lang w:eastAsia="zh-CN"/>
              </w:rPr>
              <w:t>AF</w:t>
            </w:r>
            <w:r w:rsidRPr="00582A7A">
              <w:rPr>
                <w:sz w:val="18"/>
                <w:szCs w:val="18"/>
              </w:rPr>
              <w:t>, yes</w:t>
            </w:r>
          </w:p>
        </w:tc>
        <w:tc>
          <w:tcPr>
            <w:tcW w:w="1985" w:type="dxa"/>
            <w:tcMar>
              <w:top w:w="70" w:type="dxa"/>
              <w:left w:w="90" w:type="dxa"/>
              <w:bottom w:w="70" w:type="dxa"/>
              <w:right w:w="90" w:type="dxa"/>
            </w:tcMar>
            <w:vAlign w:val="center"/>
          </w:tcPr>
          <w:p w14:paraId="5C1AF748" w14:textId="77777777" w:rsidR="00F720C3" w:rsidRPr="00582A7A" w:rsidRDefault="00000000" w:rsidP="003A2BCD">
            <w:pPr>
              <w:spacing w:after="0" w:line="240" w:lineRule="auto"/>
              <w:jc w:val="both"/>
              <w:rPr>
                <w:sz w:val="18"/>
                <w:szCs w:val="18"/>
              </w:rPr>
            </w:pPr>
            <w:r w:rsidRPr="00582A7A">
              <w:rPr>
                <w:sz w:val="18"/>
                <w:szCs w:val="18"/>
              </w:rPr>
              <w:t>5 (0.79%)</w:t>
            </w:r>
          </w:p>
        </w:tc>
        <w:tc>
          <w:tcPr>
            <w:tcW w:w="1984" w:type="dxa"/>
            <w:tcMar>
              <w:top w:w="70" w:type="dxa"/>
              <w:left w:w="90" w:type="dxa"/>
              <w:bottom w:w="70" w:type="dxa"/>
              <w:right w:w="90" w:type="dxa"/>
            </w:tcMar>
            <w:vAlign w:val="center"/>
          </w:tcPr>
          <w:p w14:paraId="118D6DD6" w14:textId="77777777" w:rsidR="00F720C3" w:rsidRPr="00582A7A" w:rsidRDefault="00000000" w:rsidP="003A2BCD">
            <w:pPr>
              <w:spacing w:after="0" w:line="240" w:lineRule="auto"/>
              <w:jc w:val="both"/>
              <w:rPr>
                <w:sz w:val="18"/>
                <w:szCs w:val="18"/>
              </w:rPr>
            </w:pPr>
            <w:r w:rsidRPr="00582A7A">
              <w:rPr>
                <w:sz w:val="18"/>
                <w:szCs w:val="18"/>
              </w:rPr>
              <w:t>0 (0.00%)</w:t>
            </w:r>
          </w:p>
        </w:tc>
        <w:tc>
          <w:tcPr>
            <w:tcW w:w="1985" w:type="dxa"/>
            <w:tcMar>
              <w:top w:w="70" w:type="dxa"/>
              <w:left w:w="90" w:type="dxa"/>
              <w:bottom w:w="70" w:type="dxa"/>
              <w:right w:w="90" w:type="dxa"/>
            </w:tcMar>
            <w:vAlign w:val="center"/>
          </w:tcPr>
          <w:p w14:paraId="79BB54B3" w14:textId="77777777" w:rsidR="00F720C3" w:rsidRPr="00582A7A" w:rsidRDefault="00000000" w:rsidP="003A2BCD">
            <w:pPr>
              <w:spacing w:after="0" w:line="240" w:lineRule="auto"/>
              <w:jc w:val="both"/>
              <w:rPr>
                <w:sz w:val="18"/>
                <w:szCs w:val="18"/>
              </w:rPr>
            </w:pPr>
            <w:r w:rsidRPr="00582A7A">
              <w:rPr>
                <w:sz w:val="18"/>
                <w:szCs w:val="18"/>
              </w:rPr>
              <w:t>1 (0.47%)</w:t>
            </w:r>
          </w:p>
        </w:tc>
        <w:tc>
          <w:tcPr>
            <w:tcW w:w="2098" w:type="dxa"/>
            <w:tcMar>
              <w:top w:w="70" w:type="dxa"/>
              <w:left w:w="90" w:type="dxa"/>
              <w:bottom w:w="70" w:type="dxa"/>
              <w:right w:w="90" w:type="dxa"/>
            </w:tcMar>
            <w:vAlign w:val="center"/>
          </w:tcPr>
          <w:p w14:paraId="22AD4C71" w14:textId="77777777" w:rsidR="00F720C3" w:rsidRPr="00582A7A" w:rsidRDefault="00000000" w:rsidP="003A2BCD">
            <w:pPr>
              <w:spacing w:after="0" w:line="240" w:lineRule="auto"/>
              <w:jc w:val="both"/>
              <w:rPr>
                <w:sz w:val="18"/>
                <w:szCs w:val="18"/>
              </w:rPr>
            </w:pPr>
            <w:r w:rsidRPr="00582A7A">
              <w:rPr>
                <w:sz w:val="18"/>
                <w:szCs w:val="18"/>
              </w:rPr>
              <w:t>4 (1.93%)</w:t>
            </w:r>
          </w:p>
        </w:tc>
        <w:tc>
          <w:tcPr>
            <w:tcW w:w="766" w:type="dxa"/>
            <w:tcMar>
              <w:top w:w="70" w:type="dxa"/>
              <w:left w:w="90" w:type="dxa"/>
              <w:bottom w:w="70" w:type="dxa"/>
              <w:right w:w="90" w:type="dxa"/>
            </w:tcMar>
            <w:vAlign w:val="center"/>
          </w:tcPr>
          <w:p w14:paraId="6D5A56CD" w14:textId="77777777" w:rsidR="00F720C3" w:rsidRPr="00582A7A" w:rsidRDefault="00000000" w:rsidP="003A2BCD">
            <w:pPr>
              <w:spacing w:after="0" w:line="240" w:lineRule="auto"/>
              <w:jc w:val="both"/>
              <w:rPr>
                <w:sz w:val="18"/>
                <w:szCs w:val="18"/>
              </w:rPr>
            </w:pPr>
            <w:r w:rsidRPr="00582A7A">
              <w:rPr>
                <w:sz w:val="18"/>
                <w:szCs w:val="18"/>
              </w:rPr>
              <w:t>0.067</w:t>
            </w:r>
          </w:p>
        </w:tc>
      </w:tr>
      <w:tr w:rsidR="002A76DF" w:rsidRPr="00582A7A" w14:paraId="3A395622" w14:textId="77777777" w:rsidTr="00262C8D">
        <w:trPr>
          <w:jc w:val="center"/>
        </w:trPr>
        <w:tc>
          <w:tcPr>
            <w:tcW w:w="3806" w:type="dxa"/>
            <w:tcMar>
              <w:top w:w="70" w:type="dxa"/>
              <w:left w:w="90" w:type="dxa"/>
              <w:bottom w:w="70" w:type="dxa"/>
              <w:right w:w="90" w:type="dxa"/>
            </w:tcMar>
            <w:vAlign w:val="center"/>
          </w:tcPr>
          <w:p w14:paraId="2CB05499" w14:textId="77777777" w:rsidR="00F720C3" w:rsidRPr="00582A7A" w:rsidRDefault="00000000" w:rsidP="003A2BCD">
            <w:pPr>
              <w:spacing w:after="0" w:line="240" w:lineRule="auto"/>
              <w:jc w:val="both"/>
              <w:rPr>
                <w:sz w:val="18"/>
                <w:szCs w:val="18"/>
              </w:rPr>
            </w:pPr>
            <w:r w:rsidRPr="00582A7A">
              <w:rPr>
                <w:sz w:val="18"/>
                <w:szCs w:val="18"/>
              </w:rPr>
              <w:lastRenderedPageBreak/>
              <w:t>Smoking, yes</w:t>
            </w:r>
          </w:p>
        </w:tc>
        <w:tc>
          <w:tcPr>
            <w:tcW w:w="1985" w:type="dxa"/>
            <w:tcMar>
              <w:top w:w="70" w:type="dxa"/>
              <w:left w:w="90" w:type="dxa"/>
              <w:bottom w:w="70" w:type="dxa"/>
              <w:right w:w="90" w:type="dxa"/>
            </w:tcMar>
            <w:vAlign w:val="center"/>
          </w:tcPr>
          <w:p w14:paraId="03AA2DAE" w14:textId="77777777" w:rsidR="00F720C3" w:rsidRPr="00582A7A" w:rsidRDefault="00000000" w:rsidP="003A2BCD">
            <w:pPr>
              <w:spacing w:after="0" w:line="240" w:lineRule="auto"/>
              <w:jc w:val="both"/>
              <w:rPr>
                <w:sz w:val="18"/>
                <w:szCs w:val="18"/>
              </w:rPr>
            </w:pPr>
            <w:r w:rsidRPr="00582A7A">
              <w:rPr>
                <w:sz w:val="18"/>
                <w:szCs w:val="18"/>
              </w:rPr>
              <w:t>317 (46.55%)</w:t>
            </w:r>
          </w:p>
        </w:tc>
        <w:tc>
          <w:tcPr>
            <w:tcW w:w="1984" w:type="dxa"/>
            <w:tcMar>
              <w:top w:w="70" w:type="dxa"/>
              <w:left w:w="90" w:type="dxa"/>
              <w:bottom w:w="70" w:type="dxa"/>
              <w:right w:w="90" w:type="dxa"/>
            </w:tcMar>
            <w:vAlign w:val="center"/>
          </w:tcPr>
          <w:p w14:paraId="32A71340" w14:textId="77777777" w:rsidR="00F720C3" w:rsidRPr="00582A7A" w:rsidRDefault="00000000" w:rsidP="003A2BCD">
            <w:pPr>
              <w:spacing w:after="0" w:line="240" w:lineRule="auto"/>
              <w:jc w:val="both"/>
              <w:rPr>
                <w:sz w:val="18"/>
                <w:szCs w:val="18"/>
              </w:rPr>
            </w:pPr>
            <w:r w:rsidRPr="00582A7A">
              <w:rPr>
                <w:sz w:val="18"/>
                <w:szCs w:val="18"/>
              </w:rPr>
              <w:t>108 (47.58%)</w:t>
            </w:r>
          </w:p>
        </w:tc>
        <w:tc>
          <w:tcPr>
            <w:tcW w:w="1985" w:type="dxa"/>
            <w:tcMar>
              <w:top w:w="70" w:type="dxa"/>
              <w:left w:w="90" w:type="dxa"/>
              <w:bottom w:w="70" w:type="dxa"/>
              <w:right w:w="90" w:type="dxa"/>
            </w:tcMar>
            <w:vAlign w:val="center"/>
          </w:tcPr>
          <w:p w14:paraId="4E9A4A14" w14:textId="77777777" w:rsidR="00F720C3" w:rsidRPr="00582A7A" w:rsidRDefault="00000000" w:rsidP="003A2BCD">
            <w:pPr>
              <w:spacing w:after="0" w:line="240" w:lineRule="auto"/>
              <w:jc w:val="both"/>
              <w:rPr>
                <w:sz w:val="18"/>
                <w:szCs w:val="18"/>
              </w:rPr>
            </w:pPr>
            <w:r w:rsidRPr="00582A7A">
              <w:rPr>
                <w:sz w:val="18"/>
                <w:szCs w:val="18"/>
              </w:rPr>
              <w:t>120 (52.86%)</w:t>
            </w:r>
          </w:p>
        </w:tc>
        <w:tc>
          <w:tcPr>
            <w:tcW w:w="2098" w:type="dxa"/>
            <w:tcMar>
              <w:top w:w="70" w:type="dxa"/>
              <w:left w:w="90" w:type="dxa"/>
              <w:bottom w:w="70" w:type="dxa"/>
              <w:right w:w="90" w:type="dxa"/>
            </w:tcMar>
            <w:vAlign w:val="center"/>
          </w:tcPr>
          <w:p w14:paraId="1018B437" w14:textId="77777777" w:rsidR="00F720C3" w:rsidRPr="00582A7A" w:rsidRDefault="00000000" w:rsidP="003A2BCD">
            <w:pPr>
              <w:spacing w:after="0" w:line="240" w:lineRule="auto"/>
              <w:jc w:val="both"/>
              <w:rPr>
                <w:sz w:val="18"/>
                <w:szCs w:val="18"/>
              </w:rPr>
            </w:pPr>
            <w:r w:rsidRPr="00582A7A">
              <w:rPr>
                <w:sz w:val="18"/>
                <w:szCs w:val="18"/>
              </w:rPr>
              <w:t>89 (39.21%)</w:t>
            </w:r>
          </w:p>
        </w:tc>
        <w:tc>
          <w:tcPr>
            <w:tcW w:w="766" w:type="dxa"/>
            <w:tcMar>
              <w:top w:w="70" w:type="dxa"/>
              <w:left w:w="90" w:type="dxa"/>
              <w:bottom w:w="70" w:type="dxa"/>
              <w:right w:w="90" w:type="dxa"/>
            </w:tcMar>
            <w:vAlign w:val="center"/>
          </w:tcPr>
          <w:p w14:paraId="1EC65861" w14:textId="77777777" w:rsidR="00F720C3" w:rsidRPr="00582A7A" w:rsidRDefault="00000000" w:rsidP="003A2BCD">
            <w:pPr>
              <w:spacing w:after="0" w:line="240" w:lineRule="auto"/>
              <w:jc w:val="both"/>
              <w:rPr>
                <w:sz w:val="18"/>
                <w:szCs w:val="18"/>
              </w:rPr>
            </w:pPr>
            <w:r w:rsidRPr="00582A7A">
              <w:rPr>
                <w:sz w:val="18"/>
                <w:szCs w:val="18"/>
              </w:rPr>
              <w:t>0.013</w:t>
            </w:r>
          </w:p>
        </w:tc>
      </w:tr>
      <w:tr w:rsidR="002A76DF" w:rsidRPr="00582A7A" w14:paraId="25FBA704" w14:textId="77777777" w:rsidTr="00262C8D">
        <w:trPr>
          <w:jc w:val="center"/>
        </w:trPr>
        <w:tc>
          <w:tcPr>
            <w:tcW w:w="3806" w:type="dxa"/>
            <w:tcMar>
              <w:top w:w="70" w:type="dxa"/>
              <w:left w:w="90" w:type="dxa"/>
              <w:bottom w:w="70" w:type="dxa"/>
              <w:right w:w="90" w:type="dxa"/>
            </w:tcMar>
            <w:vAlign w:val="center"/>
          </w:tcPr>
          <w:p w14:paraId="44AA2879" w14:textId="77777777" w:rsidR="00F720C3" w:rsidRPr="00582A7A" w:rsidRDefault="00000000" w:rsidP="003A2BCD">
            <w:pPr>
              <w:spacing w:after="0" w:line="240" w:lineRule="auto"/>
              <w:jc w:val="both"/>
              <w:rPr>
                <w:sz w:val="18"/>
                <w:szCs w:val="18"/>
                <w:highlight w:val="yellow"/>
              </w:rPr>
            </w:pPr>
            <w:r w:rsidRPr="00582A7A">
              <w:rPr>
                <w:sz w:val="18"/>
                <w:szCs w:val="18"/>
              </w:rPr>
              <w:t>Alcohol consumption, yes</w:t>
            </w:r>
          </w:p>
        </w:tc>
        <w:tc>
          <w:tcPr>
            <w:tcW w:w="1985" w:type="dxa"/>
            <w:tcMar>
              <w:top w:w="70" w:type="dxa"/>
              <w:left w:w="90" w:type="dxa"/>
              <w:bottom w:w="70" w:type="dxa"/>
              <w:right w:w="90" w:type="dxa"/>
            </w:tcMar>
            <w:vAlign w:val="center"/>
          </w:tcPr>
          <w:p w14:paraId="4EDF86CB" w14:textId="77777777" w:rsidR="00F720C3" w:rsidRPr="00582A7A" w:rsidRDefault="00000000" w:rsidP="003A2BCD">
            <w:pPr>
              <w:spacing w:after="0" w:line="240" w:lineRule="auto"/>
              <w:jc w:val="both"/>
              <w:rPr>
                <w:sz w:val="18"/>
                <w:szCs w:val="18"/>
              </w:rPr>
            </w:pPr>
            <w:r w:rsidRPr="00582A7A">
              <w:rPr>
                <w:sz w:val="18"/>
                <w:szCs w:val="18"/>
              </w:rPr>
              <w:t>135 (19.82%)</w:t>
            </w:r>
          </w:p>
        </w:tc>
        <w:tc>
          <w:tcPr>
            <w:tcW w:w="1984" w:type="dxa"/>
            <w:tcMar>
              <w:top w:w="70" w:type="dxa"/>
              <w:left w:w="90" w:type="dxa"/>
              <w:bottom w:w="70" w:type="dxa"/>
              <w:right w:w="90" w:type="dxa"/>
            </w:tcMar>
            <w:vAlign w:val="center"/>
          </w:tcPr>
          <w:p w14:paraId="7042F59B" w14:textId="77777777" w:rsidR="00F720C3" w:rsidRPr="00582A7A" w:rsidRDefault="00000000" w:rsidP="003A2BCD">
            <w:pPr>
              <w:spacing w:after="0" w:line="240" w:lineRule="auto"/>
              <w:jc w:val="both"/>
              <w:rPr>
                <w:sz w:val="18"/>
                <w:szCs w:val="18"/>
              </w:rPr>
            </w:pPr>
            <w:r w:rsidRPr="00582A7A">
              <w:rPr>
                <w:sz w:val="18"/>
                <w:szCs w:val="18"/>
              </w:rPr>
              <w:t>56 (24.67%)</w:t>
            </w:r>
          </w:p>
        </w:tc>
        <w:tc>
          <w:tcPr>
            <w:tcW w:w="1985" w:type="dxa"/>
            <w:tcMar>
              <w:top w:w="70" w:type="dxa"/>
              <w:left w:w="90" w:type="dxa"/>
              <w:bottom w:w="70" w:type="dxa"/>
              <w:right w:w="90" w:type="dxa"/>
            </w:tcMar>
            <w:vAlign w:val="center"/>
          </w:tcPr>
          <w:p w14:paraId="53D52FAC" w14:textId="77777777" w:rsidR="00F720C3" w:rsidRPr="00582A7A" w:rsidRDefault="00000000" w:rsidP="003A2BCD">
            <w:pPr>
              <w:spacing w:after="0" w:line="240" w:lineRule="auto"/>
              <w:jc w:val="both"/>
              <w:rPr>
                <w:sz w:val="18"/>
                <w:szCs w:val="18"/>
              </w:rPr>
            </w:pPr>
            <w:r w:rsidRPr="00582A7A">
              <w:rPr>
                <w:sz w:val="18"/>
                <w:szCs w:val="18"/>
              </w:rPr>
              <w:t>48 (21.15%)</w:t>
            </w:r>
          </w:p>
        </w:tc>
        <w:tc>
          <w:tcPr>
            <w:tcW w:w="2098" w:type="dxa"/>
            <w:tcMar>
              <w:top w:w="70" w:type="dxa"/>
              <w:left w:w="90" w:type="dxa"/>
              <w:bottom w:w="70" w:type="dxa"/>
              <w:right w:w="90" w:type="dxa"/>
            </w:tcMar>
            <w:vAlign w:val="center"/>
          </w:tcPr>
          <w:p w14:paraId="3492B6C5" w14:textId="77777777" w:rsidR="00F720C3" w:rsidRPr="00582A7A" w:rsidRDefault="00000000" w:rsidP="003A2BCD">
            <w:pPr>
              <w:spacing w:after="0" w:line="240" w:lineRule="auto"/>
              <w:jc w:val="both"/>
              <w:rPr>
                <w:sz w:val="18"/>
                <w:szCs w:val="18"/>
              </w:rPr>
            </w:pPr>
            <w:r w:rsidRPr="00582A7A">
              <w:rPr>
                <w:sz w:val="18"/>
                <w:szCs w:val="18"/>
              </w:rPr>
              <w:t>31 (13.66%)</w:t>
            </w:r>
          </w:p>
        </w:tc>
        <w:tc>
          <w:tcPr>
            <w:tcW w:w="766" w:type="dxa"/>
            <w:tcMar>
              <w:top w:w="70" w:type="dxa"/>
              <w:left w:w="90" w:type="dxa"/>
              <w:bottom w:w="70" w:type="dxa"/>
              <w:right w:w="90" w:type="dxa"/>
            </w:tcMar>
            <w:vAlign w:val="center"/>
          </w:tcPr>
          <w:p w14:paraId="7B7A82DF" w14:textId="77777777" w:rsidR="00F720C3" w:rsidRPr="00582A7A" w:rsidRDefault="00000000" w:rsidP="003A2BCD">
            <w:pPr>
              <w:spacing w:after="0" w:line="240" w:lineRule="auto"/>
              <w:jc w:val="both"/>
              <w:rPr>
                <w:sz w:val="18"/>
                <w:szCs w:val="18"/>
              </w:rPr>
            </w:pPr>
            <w:r w:rsidRPr="00582A7A">
              <w:rPr>
                <w:sz w:val="18"/>
                <w:szCs w:val="18"/>
              </w:rPr>
              <w:t>0.011</w:t>
            </w:r>
          </w:p>
        </w:tc>
      </w:tr>
      <w:tr w:rsidR="002A76DF" w:rsidRPr="00582A7A" w14:paraId="0EA08A1A" w14:textId="77777777" w:rsidTr="00262C8D">
        <w:trPr>
          <w:jc w:val="center"/>
        </w:trPr>
        <w:tc>
          <w:tcPr>
            <w:tcW w:w="3806" w:type="dxa"/>
            <w:tcMar>
              <w:top w:w="70" w:type="dxa"/>
              <w:left w:w="90" w:type="dxa"/>
              <w:bottom w:w="70" w:type="dxa"/>
              <w:right w:w="90" w:type="dxa"/>
            </w:tcMar>
            <w:vAlign w:val="center"/>
          </w:tcPr>
          <w:p w14:paraId="4242FDA0" w14:textId="77777777" w:rsidR="00F720C3" w:rsidRPr="00582A7A" w:rsidRDefault="00000000" w:rsidP="003A2BCD">
            <w:pPr>
              <w:spacing w:after="0" w:line="240" w:lineRule="auto"/>
              <w:jc w:val="both"/>
              <w:rPr>
                <w:sz w:val="18"/>
                <w:szCs w:val="18"/>
              </w:rPr>
            </w:pPr>
            <w:r w:rsidRPr="00582A7A">
              <w:rPr>
                <w:sz w:val="18"/>
                <w:szCs w:val="18"/>
              </w:rPr>
              <w:t>Family history, yes</w:t>
            </w:r>
          </w:p>
        </w:tc>
        <w:tc>
          <w:tcPr>
            <w:tcW w:w="1985" w:type="dxa"/>
            <w:tcMar>
              <w:top w:w="70" w:type="dxa"/>
              <w:left w:w="90" w:type="dxa"/>
              <w:bottom w:w="70" w:type="dxa"/>
              <w:right w:w="90" w:type="dxa"/>
            </w:tcMar>
            <w:vAlign w:val="center"/>
          </w:tcPr>
          <w:p w14:paraId="1F08AD4E" w14:textId="77777777" w:rsidR="00F720C3" w:rsidRPr="00582A7A" w:rsidRDefault="00000000" w:rsidP="003A2BCD">
            <w:pPr>
              <w:spacing w:after="0" w:line="240" w:lineRule="auto"/>
              <w:jc w:val="both"/>
              <w:rPr>
                <w:sz w:val="18"/>
                <w:szCs w:val="18"/>
              </w:rPr>
            </w:pPr>
            <w:r w:rsidRPr="00582A7A">
              <w:rPr>
                <w:sz w:val="18"/>
                <w:szCs w:val="18"/>
              </w:rPr>
              <w:t>1 (0.15%)</w:t>
            </w:r>
          </w:p>
        </w:tc>
        <w:tc>
          <w:tcPr>
            <w:tcW w:w="1984" w:type="dxa"/>
            <w:tcMar>
              <w:top w:w="70" w:type="dxa"/>
              <w:left w:w="90" w:type="dxa"/>
              <w:bottom w:w="70" w:type="dxa"/>
              <w:right w:w="90" w:type="dxa"/>
            </w:tcMar>
            <w:vAlign w:val="center"/>
          </w:tcPr>
          <w:p w14:paraId="2AED5C6F" w14:textId="77777777" w:rsidR="00F720C3" w:rsidRPr="00582A7A" w:rsidRDefault="00000000" w:rsidP="003A2BCD">
            <w:pPr>
              <w:spacing w:after="0" w:line="240" w:lineRule="auto"/>
              <w:jc w:val="both"/>
              <w:rPr>
                <w:sz w:val="18"/>
                <w:szCs w:val="18"/>
              </w:rPr>
            </w:pPr>
            <w:r w:rsidRPr="00582A7A">
              <w:rPr>
                <w:sz w:val="18"/>
                <w:szCs w:val="18"/>
              </w:rPr>
              <w:t>0 (0.00%)</w:t>
            </w:r>
          </w:p>
        </w:tc>
        <w:tc>
          <w:tcPr>
            <w:tcW w:w="1985" w:type="dxa"/>
            <w:tcMar>
              <w:top w:w="70" w:type="dxa"/>
              <w:left w:w="90" w:type="dxa"/>
              <w:bottom w:w="70" w:type="dxa"/>
              <w:right w:w="90" w:type="dxa"/>
            </w:tcMar>
            <w:vAlign w:val="center"/>
          </w:tcPr>
          <w:p w14:paraId="6EFFD2A8" w14:textId="77777777" w:rsidR="00F720C3" w:rsidRPr="00582A7A" w:rsidRDefault="00000000" w:rsidP="003A2BCD">
            <w:pPr>
              <w:spacing w:after="0" w:line="240" w:lineRule="auto"/>
              <w:jc w:val="both"/>
              <w:rPr>
                <w:sz w:val="18"/>
                <w:szCs w:val="18"/>
              </w:rPr>
            </w:pPr>
            <w:r w:rsidRPr="00582A7A">
              <w:rPr>
                <w:sz w:val="18"/>
                <w:szCs w:val="18"/>
              </w:rPr>
              <w:t>0 (0.00%)</w:t>
            </w:r>
          </w:p>
        </w:tc>
        <w:tc>
          <w:tcPr>
            <w:tcW w:w="2098" w:type="dxa"/>
            <w:tcMar>
              <w:top w:w="70" w:type="dxa"/>
              <w:left w:w="90" w:type="dxa"/>
              <w:bottom w:w="70" w:type="dxa"/>
              <w:right w:w="90" w:type="dxa"/>
            </w:tcMar>
            <w:vAlign w:val="center"/>
          </w:tcPr>
          <w:p w14:paraId="67416A0B" w14:textId="77777777" w:rsidR="00F720C3" w:rsidRPr="00582A7A" w:rsidRDefault="00000000" w:rsidP="003A2BCD">
            <w:pPr>
              <w:spacing w:after="0" w:line="240" w:lineRule="auto"/>
              <w:jc w:val="both"/>
              <w:rPr>
                <w:sz w:val="18"/>
                <w:szCs w:val="18"/>
              </w:rPr>
            </w:pPr>
            <w:r w:rsidRPr="00582A7A">
              <w:rPr>
                <w:sz w:val="18"/>
                <w:szCs w:val="18"/>
              </w:rPr>
              <w:t>1 (0.44%)</w:t>
            </w:r>
          </w:p>
        </w:tc>
        <w:tc>
          <w:tcPr>
            <w:tcW w:w="766" w:type="dxa"/>
            <w:tcMar>
              <w:top w:w="70" w:type="dxa"/>
              <w:left w:w="90" w:type="dxa"/>
              <w:bottom w:w="70" w:type="dxa"/>
              <w:right w:w="90" w:type="dxa"/>
            </w:tcMar>
            <w:vAlign w:val="center"/>
          </w:tcPr>
          <w:p w14:paraId="538E214E" w14:textId="77777777" w:rsidR="00F720C3" w:rsidRPr="00582A7A" w:rsidRDefault="00000000" w:rsidP="003A2BCD">
            <w:pPr>
              <w:spacing w:after="0" w:line="240" w:lineRule="auto"/>
              <w:jc w:val="both"/>
              <w:rPr>
                <w:sz w:val="18"/>
                <w:szCs w:val="18"/>
              </w:rPr>
            </w:pPr>
            <w:r w:rsidRPr="00582A7A">
              <w:rPr>
                <w:sz w:val="18"/>
                <w:szCs w:val="18"/>
              </w:rPr>
              <w:t>0.367</w:t>
            </w:r>
          </w:p>
        </w:tc>
      </w:tr>
      <w:tr w:rsidR="002A76DF" w:rsidRPr="00582A7A" w14:paraId="51B57F19" w14:textId="77777777" w:rsidTr="00262C8D">
        <w:trPr>
          <w:jc w:val="center"/>
        </w:trPr>
        <w:tc>
          <w:tcPr>
            <w:tcW w:w="3806" w:type="dxa"/>
            <w:shd w:val="clear" w:color="auto" w:fill="EEF5FA"/>
            <w:tcMar>
              <w:top w:w="70" w:type="dxa"/>
              <w:left w:w="90" w:type="dxa"/>
              <w:bottom w:w="70" w:type="dxa"/>
              <w:right w:w="90" w:type="dxa"/>
            </w:tcMar>
            <w:vAlign w:val="center"/>
          </w:tcPr>
          <w:p w14:paraId="3FDEB5FA" w14:textId="77777777" w:rsidR="00F720C3" w:rsidRPr="00582A7A" w:rsidRDefault="00000000" w:rsidP="003A2BCD">
            <w:pPr>
              <w:spacing w:after="0" w:line="240" w:lineRule="auto"/>
              <w:jc w:val="both"/>
              <w:rPr>
                <w:sz w:val="18"/>
                <w:szCs w:val="18"/>
              </w:rPr>
            </w:pPr>
            <w:r w:rsidRPr="00582A7A">
              <w:rPr>
                <w:b/>
                <w:sz w:val="18"/>
                <w:szCs w:val="18"/>
              </w:rPr>
              <w:t>Echocardiography</w:t>
            </w:r>
          </w:p>
        </w:tc>
        <w:tc>
          <w:tcPr>
            <w:tcW w:w="1985" w:type="dxa"/>
            <w:shd w:val="clear" w:color="auto" w:fill="EEF5FA"/>
            <w:tcMar>
              <w:top w:w="70" w:type="dxa"/>
              <w:left w:w="90" w:type="dxa"/>
              <w:bottom w:w="70" w:type="dxa"/>
              <w:right w:w="90" w:type="dxa"/>
            </w:tcMar>
            <w:vAlign w:val="center"/>
          </w:tcPr>
          <w:p w14:paraId="5DF809F1" w14:textId="77777777" w:rsidR="00F720C3" w:rsidRPr="00582A7A" w:rsidRDefault="00F720C3" w:rsidP="003A2BCD">
            <w:pPr>
              <w:spacing w:after="0" w:line="240" w:lineRule="auto"/>
              <w:jc w:val="both"/>
              <w:rPr>
                <w:sz w:val="18"/>
                <w:szCs w:val="18"/>
              </w:rPr>
            </w:pPr>
          </w:p>
        </w:tc>
        <w:tc>
          <w:tcPr>
            <w:tcW w:w="1984" w:type="dxa"/>
            <w:shd w:val="clear" w:color="auto" w:fill="EEF5FA"/>
            <w:tcMar>
              <w:top w:w="70" w:type="dxa"/>
              <w:left w:w="90" w:type="dxa"/>
              <w:bottom w:w="70" w:type="dxa"/>
              <w:right w:w="90" w:type="dxa"/>
            </w:tcMar>
            <w:vAlign w:val="center"/>
          </w:tcPr>
          <w:p w14:paraId="0FA23F64" w14:textId="77777777" w:rsidR="00F720C3" w:rsidRPr="00582A7A" w:rsidRDefault="00F720C3" w:rsidP="003A2BCD">
            <w:pPr>
              <w:spacing w:after="0" w:line="240" w:lineRule="auto"/>
              <w:jc w:val="both"/>
              <w:rPr>
                <w:sz w:val="18"/>
                <w:szCs w:val="18"/>
              </w:rPr>
            </w:pPr>
          </w:p>
        </w:tc>
        <w:tc>
          <w:tcPr>
            <w:tcW w:w="1985" w:type="dxa"/>
            <w:shd w:val="clear" w:color="auto" w:fill="EEF5FA"/>
            <w:tcMar>
              <w:top w:w="70" w:type="dxa"/>
              <w:left w:w="90" w:type="dxa"/>
              <w:bottom w:w="70" w:type="dxa"/>
              <w:right w:w="90" w:type="dxa"/>
            </w:tcMar>
            <w:vAlign w:val="center"/>
          </w:tcPr>
          <w:p w14:paraId="5E6694D3" w14:textId="77777777" w:rsidR="00F720C3" w:rsidRPr="00582A7A" w:rsidRDefault="00F720C3" w:rsidP="003A2BCD">
            <w:pPr>
              <w:spacing w:after="0" w:line="240" w:lineRule="auto"/>
              <w:jc w:val="both"/>
              <w:rPr>
                <w:sz w:val="18"/>
                <w:szCs w:val="18"/>
              </w:rPr>
            </w:pPr>
          </w:p>
        </w:tc>
        <w:tc>
          <w:tcPr>
            <w:tcW w:w="2098" w:type="dxa"/>
            <w:shd w:val="clear" w:color="auto" w:fill="EEF5FA"/>
            <w:tcMar>
              <w:top w:w="70" w:type="dxa"/>
              <w:left w:w="90" w:type="dxa"/>
              <w:bottom w:w="70" w:type="dxa"/>
              <w:right w:w="90" w:type="dxa"/>
            </w:tcMar>
            <w:vAlign w:val="center"/>
          </w:tcPr>
          <w:p w14:paraId="20685705" w14:textId="77777777" w:rsidR="00F720C3" w:rsidRPr="00582A7A" w:rsidRDefault="00F720C3" w:rsidP="003A2BCD">
            <w:pPr>
              <w:spacing w:after="0" w:line="240" w:lineRule="auto"/>
              <w:jc w:val="both"/>
              <w:rPr>
                <w:sz w:val="18"/>
                <w:szCs w:val="18"/>
              </w:rPr>
            </w:pPr>
          </w:p>
        </w:tc>
        <w:tc>
          <w:tcPr>
            <w:tcW w:w="766" w:type="dxa"/>
            <w:shd w:val="clear" w:color="auto" w:fill="EEF5FA"/>
            <w:tcMar>
              <w:top w:w="70" w:type="dxa"/>
              <w:left w:w="90" w:type="dxa"/>
              <w:bottom w:w="70" w:type="dxa"/>
              <w:right w:w="90" w:type="dxa"/>
            </w:tcMar>
            <w:vAlign w:val="center"/>
          </w:tcPr>
          <w:p w14:paraId="5DDF11AA" w14:textId="77777777" w:rsidR="00F720C3" w:rsidRPr="00582A7A" w:rsidRDefault="00F720C3" w:rsidP="003A2BCD">
            <w:pPr>
              <w:spacing w:after="0" w:line="240" w:lineRule="auto"/>
              <w:jc w:val="both"/>
              <w:rPr>
                <w:sz w:val="18"/>
                <w:szCs w:val="18"/>
              </w:rPr>
            </w:pPr>
          </w:p>
        </w:tc>
      </w:tr>
      <w:tr w:rsidR="002A76DF" w:rsidRPr="00582A7A" w14:paraId="00C96E80" w14:textId="77777777" w:rsidTr="00262C8D">
        <w:trPr>
          <w:jc w:val="center"/>
        </w:trPr>
        <w:tc>
          <w:tcPr>
            <w:tcW w:w="3806" w:type="dxa"/>
            <w:tcMar>
              <w:top w:w="70" w:type="dxa"/>
              <w:left w:w="90" w:type="dxa"/>
              <w:bottom w:w="70" w:type="dxa"/>
              <w:right w:w="90" w:type="dxa"/>
            </w:tcMar>
            <w:vAlign w:val="center"/>
          </w:tcPr>
          <w:p w14:paraId="3AD9C1D7" w14:textId="77777777" w:rsidR="00F720C3" w:rsidRPr="00582A7A" w:rsidRDefault="00000000" w:rsidP="003A2BCD">
            <w:pPr>
              <w:spacing w:after="0" w:line="240" w:lineRule="auto"/>
              <w:jc w:val="both"/>
              <w:rPr>
                <w:sz w:val="18"/>
                <w:szCs w:val="18"/>
              </w:rPr>
            </w:pPr>
            <w:r w:rsidRPr="00582A7A">
              <w:rPr>
                <w:sz w:val="18"/>
                <w:szCs w:val="18"/>
              </w:rPr>
              <w:t>L</w:t>
            </w:r>
            <w:r>
              <w:rPr>
                <w:rFonts w:hint="eastAsia"/>
                <w:sz w:val="18"/>
                <w:szCs w:val="18"/>
                <w:lang w:eastAsia="zh-CN"/>
              </w:rPr>
              <w:t>VEF</w:t>
            </w:r>
            <w:r w:rsidRPr="00582A7A">
              <w:rPr>
                <w:sz w:val="18"/>
                <w:szCs w:val="18"/>
              </w:rPr>
              <w:t xml:space="preserve"> (%)</w:t>
            </w:r>
          </w:p>
        </w:tc>
        <w:tc>
          <w:tcPr>
            <w:tcW w:w="1985" w:type="dxa"/>
            <w:tcMar>
              <w:top w:w="70" w:type="dxa"/>
              <w:left w:w="90" w:type="dxa"/>
              <w:bottom w:w="70" w:type="dxa"/>
              <w:right w:w="90" w:type="dxa"/>
            </w:tcMar>
            <w:vAlign w:val="center"/>
          </w:tcPr>
          <w:p w14:paraId="4EEE3430" w14:textId="77777777" w:rsidR="00F720C3" w:rsidRPr="00582A7A" w:rsidRDefault="00000000" w:rsidP="003A2BCD">
            <w:pPr>
              <w:spacing w:after="0" w:line="240" w:lineRule="auto"/>
              <w:jc w:val="both"/>
              <w:rPr>
                <w:sz w:val="18"/>
                <w:szCs w:val="18"/>
              </w:rPr>
            </w:pPr>
            <w:r w:rsidRPr="00582A7A">
              <w:rPr>
                <w:sz w:val="18"/>
                <w:szCs w:val="18"/>
              </w:rPr>
              <w:t>56.00 (50.00, 60.00)</w:t>
            </w:r>
          </w:p>
        </w:tc>
        <w:tc>
          <w:tcPr>
            <w:tcW w:w="1984" w:type="dxa"/>
            <w:tcMar>
              <w:top w:w="70" w:type="dxa"/>
              <w:left w:w="90" w:type="dxa"/>
              <w:bottom w:w="70" w:type="dxa"/>
              <w:right w:w="90" w:type="dxa"/>
            </w:tcMar>
            <w:vAlign w:val="center"/>
          </w:tcPr>
          <w:p w14:paraId="23550289" w14:textId="77777777" w:rsidR="00F720C3" w:rsidRPr="00582A7A" w:rsidRDefault="00000000" w:rsidP="003A2BCD">
            <w:pPr>
              <w:spacing w:after="0" w:line="240" w:lineRule="auto"/>
              <w:jc w:val="both"/>
              <w:rPr>
                <w:sz w:val="18"/>
                <w:szCs w:val="18"/>
              </w:rPr>
            </w:pPr>
            <w:r w:rsidRPr="00582A7A">
              <w:rPr>
                <w:sz w:val="18"/>
                <w:szCs w:val="18"/>
              </w:rPr>
              <w:t>56.00 (53.00, 60.00)</w:t>
            </w:r>
          </w:p>
        </w:tc>
        <w:tc>
          <w:tcPr>
            <w:tcW w:w="1985" w:type="dxa"/>
            <w:tcMar>
              <w:top w:w="70" w:type="dxa"/>
              <w:left w:w="90" w:type="dxa"/>
              <w:bottom w:w="70" w:type="dxa"/>
              <w:right w:w="90" w:type="dxa"/>
            </w:tcMar>
            <w:vAlign w:val="center"/>
          </w:tcPr>
          <w:p w14:paraId="0F4F073B" w14:textId="77777777" w:rsidR="00F720C3" w:rsidRPr="00582A7A" w:rsidRDefault="00000000" w:rsidP="003A2BCD">
            <w:pPr>
              <w:spacing w:after="0" w:line="240" w:lineRule="auto"/>
              <w:jc w:val="both"/>
              <w:rPr>
                <w:sz w:val="18"/>
                <w:szCs w:val="18"/>
              </w:rPr>
            </w:pPr>
            <w:r w:rsidRPr="00582A7A">
              <w:rPr>
                <w:sz w:val="18"/>
                <w:szCs w:val="18"/>
              </w:rPr>
              <w:t>57.00 (51.00, 60.00)</w:t>
            </w:r>
          </w:p>
        </w:tc>
        <w:tc>
          <w:tcPr>
            <w:tcW w:w="2098" w:type="dxa"/>
            <w:tcMar>
              <w:top w:w="70" w:type="dxa"/>
              <w:left w:w="90" w:type="dxa"/>
              <w:bottom w:w="70" w:type="dxa"/>
              <w:right w:w="90" w:type="dxa"/>
            </w:tcMar>
            <w:vAlign w:val="center"/>
          </w:tcPr>
          <w:p w14:paraId="65D52485" w14:textId="77777777" w:rsidR="00F720C3" w:rsidRPr="00582A7A" w:rsidRDefault="00000000" w:rsidP="003A2BCD">
            <w:pPr>
              <w:spacing w:after="0" w:line="240" w:lineRule="auto"/>
              <w:jc w:val="both"/>
              <w:rPr>
                <w:sz w:val="18"/>
                <w:szCs w:val="18"/>
              </w:rPr>
            </w:pPr>
            <w:r w:rsidRPr="00582A7A">
              <w:rPr>
                <w:sz w:val="18"/>
                <w:szCs w:val="18"/>
              </w:rPr>
              <w:t>55.00 (46.00, 59.00)</w:t>
            </w:r>
          </w:p>
        </w:tc>
        <w:tc>
          <w:tcPr>
            <w:tcW w:w="766" w:type="dxa"/>
            <w:tcMar>
              <w:top w:w="70" w:type="dxa"/>
              <w:left w:w="90" w:type="dxa"/>
              <w:bottom w:w="70" w:type="dxa"/>
              <w:right w:w="90" w:type="dxa"/>
            </w:tcMar>
            <w:vAlign w:val="center"/>
          </w:tcPr>
          <w:p w14:paraId="3CE6E419"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737CD79B" w14:textId="77777777" w:rsidTr="00262C8D">
        <w:trPr>
          <w:jc w:val="center"/>
        </w:trPr>
        <w:tc>
          <w:tcPr>
            <w:tcW w:w="3806" w:type="dxa"/>
            <w:tcMar>
              <w:top w:w="70" w:type="dxa"/>
              <w:left w:w="90" w:type="dxa"/>
              <w:bottom w:w="70" w:type="dxa"/>
              <w:right w:w="90" w:type="dxa"/>
            </w:tcMar>
            <w:vAlign w:val="center"/>
          </w:tcPr>
          <w:p w14:paraId="4AA0C8B1" w14:textId="77777777" w:rsidR="00F720C3" w:rsidRPr="00582A7A" w:rsidRDefault="00000000" w:rsidP="003A2BCD">
            <w:pPr>
              <w:spacing w:after="0" w:line="240" w:lineRule="auto"/>
              <w:jc w:val="both"/>
              <w:rPr>
                <w:sz w:val="18"/>
                <w:szCs w:val="18"/>
              </w:rPr>
            </w:pPr>
            <w:r w:rsidRPr="003923A1">
              <w:rPr>
                <w:rFonts w:hint="eastAsia"/>
                <w:sz w:val="18"/>
                <w:szCs w:val="18"/>
                <w:lang w:eastAsia="zh-CN"/>
              </w:rPr>
              <w:t>LVEDD</w:t>
            </w:r>
            <w:r w:rsidRPr="003923A1">
              <w:rPr>
                <w:sz w:val="18"/>
                <w:szCs w:val="18"/>
                <w:lang w:eastAsia="zh-CN"/>
              </w:rPr>
              <w:t xml:space="preserve"> (mm</w:t>
            </w:r>
            <w:r w:rsidRPr="00582A7A">
              <w:rPr>
                <w:sz w:val="18"/>
                <w:szCs w:val="18"/>
              </w:rPr>
              <w:t>)</w:t>
            </w:r>
          </w:p>
        </w:tc>
        <w:tc>
          <w:tcPr>
            <w:tcW w:w="1985" w:type="dxa"/>
            <w:tcMar>
              <w:top w:w="70" w:type="dxa"/>
              <w:left w:w="90" w:type="dxa"/>
              <w:bottom w:w="70" w:type="dxa"/>
              <w:right w:w="90" w:type="dxa"/>
            </w:tcMar>
            <w:vAlign w:val="center"/>
          </w:tcPr>
          <w:p w14:paraId="153FFDE1" w14:textId="77777777" w:rsidR="00F720C3" w:rsidRPr="00582A7A" w:rsidRDefault="00000000" w:rsidP="003A2BCD">
            <w:pPr>
              <w:spacing w:after="0" w:line="240" w:lineRule="auto"/>
              <w:jc w:val="both"/>
              <w:rPr>
                <w:sz w:val="18"/>
                <w:szCs w:val="18"/>
              </w:rPr>
            </w:pPr>
            <w:r w:rsidRPr="00582A7A">
              <w:rPr>
                <w:sz w:val="18"/>
                <w:szCs w:val="18"/>
              </w:rPr>
              <w:t>4.50 (4.20, 4.90)</w:t>
            </w:r>
          </w:p>
        </w:tc>
        <w:tc>
          <w:tcPr>
            <w:tcW w:w="1984" w:type="dxa"/>
            <w:tcMar>
              <w:top w:w="70" w:type="dxa"/>
              <w:left w:w="90" w:type="dxa"/>
              <w:bottom w:w="70" w:type="dxa"/>
              <w:right w:w="90" w:type="dxa"/>
            </w:tcMar>
            <w:vAlign w:val="center"/>
          </w:tcPr>
          <w:p w14:paraId="52FB5BEE" w14:textId="77777777" w:rsidR="00F720C3" w:rsidRPr="00582A7A" w:rsidRDefault="00000000" w:rsidP="003A2BCD">
            <w:pPr>
              <w:spacing w:after="0" w:line="240" w:lineRule="auto"/>
              <w:jc w:val="both"/>
              <w:rPr>
                <w:sz w:val="18"/>
                <w:szCs w:val="18"/>
              </w:rPr>
            </w:pPr>
            <w:r w:rsidRPr="00582A7A">
              <w:rPr>
                <w:sz w:val="18"/>
                <w:szCs w:val="18"/>
              </w:rPr>
              <w:t>4.40 (4.10, 4.80)</w:t>
            </w:r>
          </w:p>
        </w:tc>
        <w:tc>
          <w:tcPr>
            <w:tcW w:w="1985" w:type="dxa"/>
            <w:tcMar>
              <w:top w:w="70" w:type="dxa"/>
              <w:left w:w="90" w:type="dxa"/>
              <w:bottom w:w="70" w:type="dxa"/>
              <w:right w:w="90" w:type="dxa"/>
            </w:tcMar>
            <w:vAlign w:val="center"/>
          </w:tcPr>
          <w:p w14:paraId="1002A656" w14:textId="77777777" w:rsidR="00F720C3" w:rsidRPr="00582A7A" w:rsidRDefault="00000000" w:rsidP="003A2BCD">
            <w:pPr>
              <w:spacing w:after="0" w:line="240" w:lineRule="auto"/>
              <w:jc w:val="both"/>
              <w:rPr>
                <w:sz w:val="18"/>
                <w:szCs w:val="18"/>
              </w:rPr>
            </w:pPr>
            <w:r w:rsidRPr="00582A7A">
              <w:rPr>
                <w:sz w:val="18"/>
                <w:szCs w:val="18"/>
              </w:rPr>
              <w:t>4.50 (4.20, 4.90)</w:t>
            </w:r>
          </w:p>
        </w:tc>
        <w:tc>
          <w:tcPr>
            <w:tcW w:w="2098" w:type="dxa"/>
            <w:tcMar>
              <w:top w:w="70" w:type="dxa"/>
              <w:left w:w="90" w:type="dxa"/>
              <w:bottom w:w="70" w:type="dxa"/>
              <w:right w:w="90" w:type="dxa"/>
            </w:tcMar>
            <w:vAlign w:val="center"/>
          </w:tcPr>
          <w:p w14:paraId="50B3E1CC" w14:textId="77777777" w:rsidR="00F720C3" w:rsidRPr="00582A7A" w:rsidRDefault="00000000" w:rsidP="003A2BCD">
            <w:pPr>
              <w:spacing w:after="0" w:line="240" w:lineRule="auto"/>
              <w:jc w:val="both"/>
              <w:rPr>
                <w:sz w:val="18"/>
                <w:szCs w:val="18"/>
              </w:rPr>
            </w:pPr>
            <w:r w:rsidRPr="00582A7A">
              <w:rPr>
                <w:sz w:val="18"/>
                <w:szCs w:val="18"/>
              </w:rPr>
              <w:t>4.60 (4.20, 5.00)</w:t>
            </w:r>
          </w:p>
        </w:tc>
        <w:tc>
          <w:tcPr>
            <w:tcW w:w="766" w:type="dxa"/>
            <w:tcMar>
              <w:top w:w="70" w:type="dxa"/>
              <w:left w:w="90" w:type="dxa"/>
              <w:bottom w:w="70" w:type="dxa"/>
              <w:right w:w="90" w:type="dxa"/>
            </w:tcMar>
            <w:vAlign w:val="center"/>
          </w:tcPr>
          <w:p w14:paraId="1FEA1D90" w14:textId="77777777" w:rsidR="00F720C3" w:rsidRPr="00582A7A" w:rsidRDefault="00000000" w:rsidP="003A2BCD">
            <w:pPr>
              <w:spacing w:after="0" w:line="240" w:lineRule="auto"/>
              <w:jc w:val="both"/>
              <w:rPr>
                <w:sz w:val="18"/>
                <w:szCs w:val="18"/>
              </w:rPr>
            </w:pPr>
            <w:r w:rsidRPr="00582A7A">
              <w:rPr>
                <w:sz w:val="18"/>
                <w:szCs w:val="18"/>
              </w:rPr>
              <w:t>0.012</w:t>
            </w:r>
          </w:p>
        </w:tc>
      </w:tr>
      <w:tr w:rsidR="002A76DF" w:rsidRPr="00582A7A" w14:paraId="0D945EE3" w14:textId="77777777" w:rsidTr="00262C8D">
        <w:trPr>
          <w:jc w:val="center"/>
        </w:trPr>
        <w:tc>
          <w:tcPr>
            <w:tcW w:w="3806" w:type="dxa"/>
            <w:shd w:val="clear" w:color="auto" w:fill="EEF5FA"/>
            <w:tcMar>
              <w:top w:w="70" w:type="dxa"/>
              <w:left w:w="90" w:type="dxa"/>
              <w:bottom w:w="70" w:type="dxa"/>
              <w:right w:w="90" w:type="dxa"/>
            </w:tcMar>
            <w:vAlign w:val="center"/>
          </w:tcPr>
          <w:p w14:paraId="17683B4A" w14:textId="77777777" w:rsidR="00F720C3" w:rsidRPr="00582A7A" w:rsidRDefault="00000000" w:rsidP="003A2BCD">
            <w:pPr>
              <w:spacing w:after="0" w:line="240" w:lineRule="auto"/>
              <w:jc w:val="both"/>
              <w:rPr>
                <w:sz w:val="18"/>
                <w:szCs w:val="18"/>
              </w:rPr>
            </w:pPr>
            <w:r w:rsidRPr="00582A7A">
              <w:rPr>
                <w:b/>
                <w:sz w:val="18"/>
                <w:szCs w:val="18"/>
              </w:rPr>
              <w:t>Clinical severity</w:t>
            </w:r>
          </w:p>
        </w:tc>
        <w:tc>
          <w:tcPr>
            <w:tcW w:w="1985" w:type="dxa"/>
            <w:shd w:val="clear" w:color="auto" w:fill="EEF5FA"/>
            <w:tcMar>
              <w:top w:w="70" w:type="dxa"/>
              <w:left w:w="90" w:type="dxa"/>
              <w:bottom w:w="70" w:type="dxa"/>
              <w:right w:w="90" w:type="dxa"/>
            </w:tcMar>
            <w:vAlign w:val="center"/>
          </w:tcPr>
          <w:p w14:paraId="14B7419B" w14:textId="77777777" w:rsidR="00F720C3" w:rsidRPr="00582A7A" w:rsidRDefault="00F720C3" w:rsidP="003A2BCD">
            <w:pPr>
              <w:spacing w:after="0" w:line="240" w:lineRule="auto"/>
              <w:jc w:val="both"/>
              <w:rPr>
                <w:sz w:val="18"/>
                <w:szCs w:val="18"/>
              </w:rPr>
            </w:pPr>
          </w:p>
        </w:tc>
        <w:tc>
          <w:tcPr>
            <w:tcW w:w="1984" w:type="dxa"/>
            <w:shd w:val="clear" w:color="auto" w:fill="EEF5FA"/>
            <w:tcMar>
              <w:top w:w="70" w:type="dxa"/>
              <w:left w:w="90" w:type="dxa"/>
              <w:bottom w:w="70" w:type="dxa"/>
              <w:right w:w="90" w:type="dxa"/>
            </w:tcMar>
            <w:vAlign w:val="center"/>
          </w:tcPr>
          <w:p w14:paraId="555C81DE" w14:textId="77777777" w:rsidR="00F720C3" w:rsidRPr="00582A7A" w:rsidRDefault="00F720C3" w:rsidP="003A2BCD">
            <w:pPr>
              <w:spacing w:after="0" w:line="240" w:lineRule="auto"/>
              <w:jc w:val="both"/>
              <w:rPr>
                <w:sz w:val="18"/>
                <w:szCs w:val="18"/>
              </w:rPr>
            </w:pPr>
          </w:p>
        </w:tc>
        <w:tc>
          <w:tcPr>
            <w:tcW w:w="1985" w:type="dxa"/>
            <w:shd w:val="clear" w:color="auto" w:fill="EEF5FA"/>
            <w:tcMar>
              <w:top w:w="70" w:type="dxa"/>
              <w:left w:w="90" w:type="dxa"/>
              <w:bottom w:w="70" w:type="dxa"/>
              <w:right w:w="90" w:type="dxa"/>
            </w:tcMar>
            <w:vAlign w:val="center"/>
          </w:tcPr>
          <w:p w14:paraId="58EF0214" w14:textId="77777777" w:rsidR="00F720C3" w:rsidRPr="00582A7A" w:rsidRDefault="00F720C3" w:rsidP="003A2BCD">
            <w:pPr>
              <w:spacing w:after="0" w:line="240" w:lineRule="auto"/>
              <w:jc w:val="both"/>
              <w:rPr>
                <w:sz w:val="18"/>
                <w:szCs w:val="18"/>
              </w:rPr>
            </w:pPr>
          </w:p>
        </w:tc>
        <w:tc>
          <w:tcPr>
            <w:tcW w:w="2098" w:type="dxa"/>
            <w:shd w:val="clear" w:color="auto" w:fill="EEF5FA"/>
            <w:tcMar>
              <w:top w:w="70" w:type="dxa"/>
              <w:left w:w="90" w:type="dxa"/>
              <w:bottom w:w="70" w:type="dxa"/>
              <w:right w:w="90" w:type="dxa"/>
            </w:tcMar>
            <w:vAlign w:val="center"/>
          </w:tcPr>
          <w:p w14:paraId="642FB0B3" w14:textId="77777777" w:rsidR="00F720C3" w:rsidRPr="00582A7A" w:rsidRDefault="00F720C3" w:rsidP="003A2BCD">
            <w:pPr>
              <w:spacing w:after="0" w:line="240" w:lineRule="auto"/>
              <w:jc w:val="both"/>
              <w:rPr>
                <w:sz w:val="18"/>
                <w:szCs w:val="18"/>
              </w:rPr>
            </w:pPr>
          </w:p>
        </w:tc>
        <w:tc>
          <w:tcPr>
            <w:tcW w:w="766" w:type="dxa"/>
            <w:shd w:val="clear" w:color="auto" w:fill="EEF5FA"/>
            <w:tcMar>
              <w:top w:w="70" w:type="dxa"/>
              <w:left w:w="90" w:type="dxa"/>
              <w:bottom w:w="70" w:type="dxa"/>
              <w:right w:w="90" w:type="dxa"/>
            </w:tcMar>
            <w:vAlign w:val="center"/>
          </w:tcPr>
          <w:p w14:paraId="149AB166" w14:textId="77777777" w:rsidR="00F720C3" w:rsidRPr="00582A7A" w:rsidRDefault="00F720C3" w:rsidP="003A2BCD">
            <w:pPr>
              <w:spacing w:after="0" w:line="240" w:lineRule="auto"/>
              <w:jc w:val="both"/>
              <w:rPr>
                <w:sz w:val="18"/>
                <w:szCs w:val="18"/>
              </w:rPr>
            </w:pPr>
          </w:p>
        </w:tc>
      </w:tr>
      <w:tr w:rsidR="002A76DF" w:rsidRPr="00582A7A" w14:paraId="38A8EEF1" w14:textId="77777777" w:rsidTr="00262C8D">
        <w:trPr>
          <w:jc w:val="center"/>
        </w:trPr>
        <w:tc>
          <w:tcPr>
            <w:tcW w:w="3806" w:type="dxa"/>
            <w:tcMar>
              <w:top w:w="70" w:type="dxa"/>
              <w:left w:w="90" w:type="dxa"/>
              <w:bottom w:w="70" w:type="dxa"/>
              <w:right w:w="90" w:type="dxa"/>
            </w:tcMar>
            <w:vAlign w:val="center"/>
          </w:tcPr>
          <w:p w14:paraId="1008F339" w14:textId="77777777" w:rsidR="00F720C3" w:rsidRPr="00582A7A" w:rsidRDefault="00000000" w:rsidP="003A2BCD">
            <w:pPr>
              <w:spacing w:after="0" w:line="240" w:lineRule="auto"/>
              <w:jc w:val="both"/>
              <w:rPr>
                <w:sz w:val="18"/>
                <w:szCs w:val="18"/>
              </w:rPr>
            </w:pPr>
            <w:r w:rsidRPr="00582A7A">
              <w:rPr>
                <w:sz w:val="18"/>
                <w:szCs w:val="18"/>
              </w:rPr>
              <w:t>Killip class</w:t>
            </w:r>
          </w:p>
        </w:tc>
        <w:tc>
          <w:tcPr>
            <w:tcW w:w="1985" w:type="dxa"/>
            <w:tcMar>
              <w:top w:w="70" w:type="dxa"/>
              <w:left w:w="90" w:type="dxa"/>
              <w:bottom w:w="70" w:type="dxa"/>
              <w:right w:w="90" w:type="dxa"/>
            </w:tcMar>
            <w:vAlign w:val="center"/>
          </w:tcPr>
          <w:p w14:paraId="4267937F" w14:textId="77777777" w:rsidR="00F720C3" w:rsidRDefault="00000000" w:rsidP="003A2BCD">
            <w:pPr>
              <w:spacing w:after="0" w:line="240" w:lineRule="auto"/>
              <w:jc w:val="both"/>
              <w:rPr>
                <w:sz w:val="18"/>
                <w:szCs w:val="18"/>
                <w:lang w:eastAsia="zh-CN"/>
              </w:rPr>
            </w:pPr>
            <w:r w:rsidRPr="00582A7A">
              <w:rPr>
                <w:sz w:val="18"/>
                <w:szCs w:val="18"/>
              </w:rPr>
              <w:t>I: 382 (56.09%);</w:t>
            </w:r>
          </w:p>
          <w:p w14:paraId="1A92350C" w14:textId="77777777" w:rsidR="00F720C3" w:rsidRDefault="00000000" w:rsidP="003A2BCD">
            <w:pPr>
              <w:spacing w:after="0" w:line="240" w:lineRule="auto"/>
              <w:jc w:val="both"/>
              <w:rPr>
                <w:sz w:val="18"/>
                <w:szCs w:val="18"/>
                <w:lang w:eastAsia="zh-CN"/>
              </w:rPr>
            </w:pPr>
            <w:r w:rsidRPr="00582A7A">
              <w:rPr>
                <w:sz w:val="18"/>
                <w:szCs w:val="18"/>
              </w:rPr>
              <w:t>II: 227 (33.33%);</w:t>
            </w:r>
          </w:p>
          <w:p w14:paraId="7609D2E4" w14:textId="77777777" w:rsidR="00F720C3" w:rsidRDefault="00000000" w:rsidP="003A2BCD">
            <w:pPr>
              <w:spacing w:after="0" w:line="240" w:lineRule="auto"/>
              <w:jc w:val="both"/>
              <w:rPr>
                <w:sz w:val="18"/>
                <w:szCs w:val="18"/>
                <w:lang w:eastAsia="zh-CN"/>
              </w:rPr>
            </w:pPr>
            <w:r w:rsidRPr="00582A7A">
              <w:rPr>
                <w:sz w:val="18"/>
                <w:szCs w:val="18"/>
              </w:rPr>
              <w:t>III: 39 (5.73%);</w:t>
            </w:r>
          </w:p>
          <w:p w14:paraId="71EC643E" w14:textId="77777777" w:rsidR="00F720C3" w:rsidRPr="00582A7A" w:rsidRDefault="00000000" w:rsidP="003A2BCD">
            <w:pPr>
              <w:spacing w:after="0" w:line="240" w:lineRule="auto"/>
              <w:jc w:val="both"/>
              <w:rPr>
                <w:sz w:val="18"/>
                <w:szCs w:val="18"/>
              </w:rPr>
            </w:pPr>
            <w:r w:rsidRPr="00582A7A">
              <w:rPr>
                <w:sz w:val="18"/>
                <w:szCs w:val="18"/>
              </w:rPr>
              <w:t>IV: 33 (4.85%)</w:t>
            </w:r>
          </w:p>
        </w:tc>
        <w:tc>
          <w:tcPr>
            <w:tcW w:w="1984" w:type="dxa"/>
            <w:tcMar>
              <w:top w:w="70" w:type="dxa"/>
              <w:left w:w="90" w:type="dxa"/>
              <w:bottom w:w="70" w:type="dxa"/>
              <w:right w:w="90" w:type="dxa"/>
            </w:tcMar>
            <w:vAlign w:val="center"/>
          </w:tcPr>
          <w:p w14:paraId="14CEA2A0" w14:textId="77777777" w:rsidR="00F720C3" w:rsidRDefault="00000000" w:rsidP="003A2BCD">
            <w:pPr>
              <w:spacing w:after="0" w:line="240" w:lineRule="auto"/>
              <w:jc w:val="both"/>
              <w:rPr>
                <w:sz w:val="18"/>
                <w:szCs w:val="18"/>
                <w:lang w:eastAsia="zh-CN"/>
              </w:rPr>
            </w:pPr>
            <w:r w:rsidRPr="00582A7A">
              <w:rPr>
                <w:sz w:val="18"/>
                <w:szCs w:val="18"/>
              </w:rPr>
              <w:t>I: 152 (66.96%);</w:t>
            </w:r>
          </w:p>
          <w:p w14:paraId="56419097" w14:textId="77777777" w:rsidR="00F720C3" w:rsidRDefault="00000000" w:rsidP="003A2BCD">
            <w:pPr>
              <w:spacing w:after="0" w:line="240" w:lineRule="auto"/>
              <w:jc w:val="both"/>
              <w:rPr>
                <w:sz w:val="18"/>
                <w:szCs w:val="18"/>
                <w:lang w:eastAsia="zh-CN"/>
              </w:rPr>
            </w:pPr>
            <w:r w:rsidRPr="00582A7A">
              <w:rPr>
                <w:sz w:val="18"/>
                <w:szCs w:val="18"/>
              </w:rPr>
              <w:t>II: 59 (25.99%);</w:t>
            </w:r>
          </w:p>
          <w:p w14:paraId="2C54E119" w14:textId="77777777" w:rsidR="00F720C3" w:rsidRDefault="00000000" w:rsidP="003A2BCD">
            <w:pPr>
              <w:spacing w:after="0" w:line="240" w:lineRule="auto"/>
              <w:jc w:val="both"/>
              <w:rPr>
                <w:sz w:val="18"/>
                <w:szCs w:val="18"/>
                <w:lang w:eastAsia="zh-CN"/>
              </w:rPr>
            </w:pPr>
            <w:r w:rsidRPr="00582A7A">
              <w:rPr>
                <w:sz w:val="18"/>
                <w:szCs w:val="18"/>
              </w:rPr>
              <w:t>III: 11 (4.85%);</w:t>
            </w:r>
          </w:p>
          <w:p w14:paraId="4F4C59AB" w14:textId="77777777" w:rsidR="00F720C3" w:rsidRPr="00582A7A" w:rsidRDefault="00000000" w:rsidP="003A2BCD">
            <w:pPr>
              <w:spacing w:after="0" w:line="240" w:lineRule="auto"/>
              <w:jc w:val="both"/>
              <w:rPr>
                <w:sz w:val="18"/>
                <w:szCs w:val="18"/>
              </w:rPr>
            </w:pPr>
            <w:r w:rsidRPr="00582A7A">
              <w:rPr>
                <w:sz w:val="18"/>
                <w:szCs w:val="18"/>
              </w:rPr>
              <w:t>IV: 5 (2.20%)</w:t>
            </w:r>
          </w:p>
        </w:tc>
        <w:tc>
          <w:tcPr>
            <w:tcW w:w="1985" w:type="dxa"/>
            <w:tcMar>
              <w:top w:w="70" w:type="dxa"/>
              <w:left w:w="90" w:type="dxa"/>
              <w:bottom w:w="70" w:type="dxa"/>
              <w:right w:w="90" w:type="dxa"/>
            </w:tcMar>
            <w:vAlign w:val="center"/>
          </w:tcPr>
          <w:p w14:paraId="3F18C9F1" w14:textId="77777777" w:rsidR="00F720C3" w:rsidRDefault="00000000" w:rsidP="003A2BCD">
            <w:pPr>
              <w:spacing w:after="0" w:line="240" w:lineRule="auto"/>
              <w:jc w:val="both"/>
              <w:rPr>
                <w:sz w:val="18"/>
                <w:szCs w:val="18"/>
                <w:lang w:eastAsia="zh-CN"/>
              </w:rPr>
            </w:pPr>
            <w:r w:rsidRPr="00582A7A">
              <w:rPr>
                <w:sz w:val="18"/>
                <w:szCs w:val="18"/>
              </w:rPr>
              <w:t>I: 139 (61.23%);</w:t>
            </w:r>
          </w:p>
          <w:p w14:paraId="3507EDB4" w14:textId="77777777" w:rsidR="00F720C3" w:rsidRDefault="00000000" w:rsidP="003A2BCD">
            <w:pPr>
              <w:spacing w:after="0" w:line="240" w:lineRule="auto"/>
              <w:jc w:val="both"/>
              <w:rPr>
                <w:sz w:val="18"/>
                <w:szCs w:val="18"/>
                <w:lang w:eastAsia="zh-CN"/>
              </w:rPr>
            </w:pPr>
            <w:r w:rsidRPr="00582A7A">
              <w:rPr>
                <w:sz w:val="18"/>
                <w:szCs w:val="18"/>
              </w:rPr>
              <w:t>II: 75 (33.04%);</w:t>
            </w:r>
          </w:p>
          <w:p w14:paraId="0C36F35A" w14:textId="77777777" w:rsidR="00F720C3" w:rsidRDefault="00000000" w:rsidP="003A2BCD">
            <w:pPr>
              <w:spacing w:after="0" w:line="240" w:lineRule="auto"/>
              <w:jc w:val="both"/>
              <w:rPr>
                <w:sz w:val="18"/>
                <w:szCs w:val="18"/>
                <w:lang w:eastAsia="zh-CN"/>
              </w:rPr>
            </w:pPr>
            <w:r w:rsidRPr="00582A7A">
              <w:rPr>
                <w:sz w:val="18"/>
                <w:szCs w:val="18"/>
              </w:rPr>
              <w:t>III: 5 (2.20%);</w:t>
            </w:r>
          </w:p>
          <w:p w14:paraId="332278D2" w14:textId="77777777" w:rsidR="00F720C3" w:rsidRPr="00582A7A" w:rsidRDefault="00000000" w:rsidP="003A2BCD">
            <w:pPr>
              <w:spacing w:after="0" w:line="240" w:lineRule="auto"/>
              <w:jc w:val="both"/>
              <w:rPr>
                <w:sz w:val="18"/>
                <w:szCs w:val="18"/>
              </w:rPr>
            </w:pPr>
            <w:r w:rsidRPr="00582A7A">
              <w:rPr>
                <w:sz w:val="18"/>
                <w:szCs w:val="18"/>
              </w:rPr>
              <w:t>IV: 8 (3.52%)</w:t>
            </w:r>
          </w:p>
        </w:tc>
        <w:tc>
          <w:tcPr>
            <w:tcW w:w="2098" w:type="dxa"/>
            <w:tcMar>
              <w:top w:w="70" w:type="dxa"/>
              <w:left w:w="90" w:type="dxa"/>
              <w:bottom w:w="70" w:type="dxa"/>
              <w:right w:w="90" w:type="dxa"/>
            </w:tcMar>
            <w:vAlign w:val="center"/>
          </w:tcPr>
          <w:p w14:paraId="4C81E1D0" w14:textId="77777777" w:rsidR="00F720C3" w:rsidRDefault="00000000" w:rsidP="003A2BCD">
            <w:pPr>
              <w:spacing w:after="0" w:line="240" w:lineRule="auto"/>
              <w:jc w:val="both"/>
              <w:rPr>
                <w:sz w:val="18"/>
                <w:szCs w:val="18"/>
                <w:lang w:eastAsia="zh-CN"/>
              </w:rPr>
            </w:pPr>
            <w:r w:rsidRPr="00582A7A">
              <w:rPr>
                <w:sz w:val="18"/>
                <w:szCs w:val="18"/>
              </w:rPr>
              <w:t>I: 91 (40.09%);</w:t>
            </w:r>
          </w:p>
          <w:p w14:paraId="2DC0B404" w14:textId="77777777" w:rsidR="00F720C3" w:rsidRDefault="00000000" w:rsidP="003A2BCD">
            <w:pPr>
              <w:spacing w:after="0" w:line="240" w:lineRule="auto"/>
              <w:jc w:val="both"/>
              <w:rPr>
                <w:sz w:val="18"/>
                <w:szCs w:val="18"/>
                <w:lang w:eastAsia="zh-CN"/>
              </w:rPr>
            </w:pPr>
            <w:r w:rsidRPr="00582A7A">
              <w:rPr>
                <w:sz w:val="18"/>
                <w:szCs w:val="18"/>
              </w:rPr>
              <w:t>II: 93 (40.97%);</w:t>
            </w:r>
          </w:p>
          <w:p w14:paraId="54C6D3EB" w14:textId="77777777" w:rsidR="00F720C3" w:rsidRDefault="00000000" w:rsidP="003A2BCD">
            <w:pPr>
              <w:spacing w:after="0" w:line="240" w:lineRule="auto"/>
              <w:jc w:val="both"/>
              <w:rPr>
                <w:sz w:val="18"/>
                <w:szCs w:val="18"/>
                <w:lang w:eastAsia="zh-CN"/>
              </w:rPr>
            </w:pPr>
            <w:r w:rsidRPr="00582A7A">
              <w:rPr>
                <w:sz w:val="18"/>
                <w:szCs w:val="18"/>
              </w:rPr>
              <w:t>III: 23 (10.13%);</w:t>
            </w:r>
          </w:p>
          <w:p w14:paraId="6ABCCFBC" w14:textId="77777777" w:rsidR="00F720C3" w:rsidRPr="00582A7A" w:rsidRDefault="00000000" w:rsidP="003A2BCD">
            <w:pPr>
              <w:spacing w:after="0" w:line="240" w:lineRule="auto"/>
              <w:jc w:val="both"/>
              <w:rPr>
                <w:sz w:val="18"/>
                <w:szCs w:val="18"/>
              </w:rPr>
            </w:pPr>
            <w:r w:rsidRPr="00582A7A">
              <w:rPr>
                <w:sz w:val="18"/>
                <w:szCs w:val="18"/>
              </w:rPr>
              <w:t>IV: 20 (8.81%)</w:t>
            </w:r>
          </w:p>
        </w:tc>
        <w:tc>
          <w:tcPr>
            <w:tcW w:w="766" w:type="dxa"/>
            <w:tcMar>
              <w:top w:w="70" w:type="dxa"/>
              <w:left w:w="90" w:type="dxa"/>
              <w:bottom w:w="70" w:type="dxa"/>
              <w:right w:w="90" w:type="dxa"/>
            </w:tcMar>
            <w:vAlign w:val="center"/>
          </w:tcPr>
          <w:p w14:paraId="687A58AE"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5C558E36" w14:textId="77777777" w:rsidTr="00262C8D">
        <w:trPr>
          <w:jc w:val="center"/>
        </w:trPr>
        <w:tc>
          <w:tcPr>
            <w:tcW w:w="3806" w:type="dxa"/>
            <w:tcMar>
              <w:top w:w="70" w:type="dxa"/>
              <w:left w:w="90" w:type="dxa"/>
              <w:bottom w:w="70" w:type="dxa"/>
              <w:right w:w="90" w:type="dxa"/>
            </w:tcMar>
            <w:vAlign w:val="center"/>
          </w:tcPr>
          <w:p w14:paraId="43E36453" w14:textId="77777777" w:rsidR="00F720C3" w:rsidRPr="00582A7A" w:rsidRDefault="00000000" w:rsidP="003A2BCD">
            <w:pPr>
              <w:spacing w:after="0" w:line="240" w:lineRule="auto"/>
              <w:jc w:val="both"/>
              <w:rPr>
                <w:sz w:val="18"/>
                <w:szCs w:val="18"/>
              </w:rPr>
            </w:pPr>
            <w:r w:rsidRPr="00582A7A">
              <w:rPr>
                <w:sz w:val="18"/>
                <w:szCs w:val="18"/>
              </w:rPr>
              <w:t>GRACE score</w:t>
            </w:r>
          </w:p>
        </w:tc>
        <w:tc>
          <w:tcPr>
            <w:tcW w:w="1985" w:type="dxa"/>
            <w:tcMar>
              <w:top w:w="70" w:type="dxa"/>
              <w:left w:w="90" w:type="dxa"/>
              <w:bottom w:w="70" w:type="dxa"/>
              <w:right w:w="90" w:type="dxa"/>
            </w:tcMar>
            <w:vAlign w:val="center"/>
          </w:tcPr>
          <w:p w14:paraId="058C96A7" w14:textId="77777777" w:rsidR="00F720C3" w:rsidRPr="00582A7A" w:rsidRDefault="00000000" w:rsidP="003A2BCD">
            <w:pPr>
              <w:spacing w:after="0" w:line="240" w:lineRule="auto"/>
              <w:jc w:val="both"/>
              <w:rPr>
                <w:sz w:val="18"/>
                <w:szCs w:val="18"/>
              </w:rPr>
            </w:pPr>
            <w:r w:rsidRPr="00582A7A">
              <w:rPr>
                <w:sz w:val="18"/>
                <w:szCs w:val="18"/>
              </w:rPr>
              <w:t>152.00(129.00,</w:t>
            </w:r>
            <w:r>
              <w:rPr>
                <w:rFonts w:hint="eastAsia"/>
                <w:sz w:val="18"/>
                <w:szCs w:val="18"/>
                <w:lang w:eastAsia="zh-CN"/>
              </w:rPr>
              <w:t xml:space="preserve"> </w:t>
            </w:r>
            <w:r w:rsidRPr="00582A7A">
              <w:rPr>
                <w:sz w:val="18"/>
                <w:szCs w:val="18"/>
              </w:rPr>
              <w:t>178.00)</w:t>
            </w:r>
          </w:p>
        </w:tc>
        <w:tc>
          <w:tcPr>
            <w:tcW w:w="1984" w:type="dxa"/>
            <w:tcMar>
              <w:top w:w="70" w:type="dxa"/>
              <w:left w:w="90" w:type="dxa"/>
              <w:bottom w:w="70" w:type="dxa"/>
              <w:right w:w="90" w:type="dxa"/>
            </w:tcMar>
            <w:vAlign w:val="center"/>
          </w:tcPr>
          <w:p w14:paraId="7D7C379E" w14:textId="77777777" w:rsidR="00F720C3" w:rsidRPr="00582A7A" w:rsidRDefault="00000000" w:rsidP="003A2BCD">
            <w:pPr>
              <w:spacing w:after="0" w:line="240" w:lineRule="auto"/>
              <w:jc w:val="both"/>
              <w:rPr>
                <w:sz w:val="18"/>
                <w:szCs w:val="18"/>
              </w:rPr>
            </w:pPr>
            <w:r w:rsidRPr="00582A7A">
              <w:rPr>
                <w:sz w:val="18"/>
                <w:szCs w:val="18"/>
              </w:rPr>
              <w:t>140.00(117.00,</w:t>
            </w:r>
            <w:r>
              <w:rPr>
                <w:rFonts w:hint="eastAsia"/>
                <w:sz w:val="18"/>
                <w:szCs w:val="18"/>
                <w:lang w:eastAsia="zh-CN"/>
              </w:rPr>
              <w:t xml:space="preserve"> </w:t>
            </w:r>
            <w:r w:rsidRPr="00582A7A">
              <w:rPr>
                <w:sz w:val="18"/>
                <w:szCs w:val="18"/>
              </w:rPr>
              <w:t>160.00)</w:t>
            </w:r>
          </w:p>
        </w:tc>
        <w:tc>
          <w:tcPr>
            <w:tcW w:w="1985" w:type="dxa"/>
            <w:tcMar>
              <w:top w:w="70" w:type="dxa"/>
              <w:left w:w="90" w:type="dxa"/>
              <w:bottom w:w="70" w:type="dxa"/>
              <w:right w:w="90" w:type="dxa"/>
            </w:tcMar>
            <w:vAlign w:val="center"/>
          </w:tcPr>
          <w:p w14:paraId="216E9605" w14:textId="77777777" w:rsidR="00F720C3" w:rsidRPr="00582A7A" w:rsidRDefault="00000000" w:rsidP="003A2BCD">
            <w:pPr>
              <w:spacing w:after="0" w:line="240" w:lineRule="auto"/>
              <w:jc w:val="both"/>
              <w:rPr>
                <w:sz w:val="18"/>
                <w:szCs w:val="18"/>
              </w:rPr>
            </w:pPr>
            <w:r w:rsidRPr="00582A7A">
              <w:rPr>
                <w:sz w:val="18"/>
                <w:szCs w:val="18"/>
              </w:rPr>
              <w:t>146.00(127.00,</w:t>
            </w:r>
            <w:r>
              <w:rPr>
                <w:rFonts w:hint="eastAsia"/>
                <w:sz w:val="18"/>
                <w:szCs w:val="18"/>
                <w:lang w:eastAsia="zh-CN"/>
              </w:rPr>
              <w:t xml:space="preserve"> </w:t>
            </w:r>
            <w:r w:rsidRPr="00582A7A">
              <w:rPr>
                <w:sz w:val="18"/>
                <w:szCs w:val="18"/>
              </w:rPr>
              <w:t>168.00)</w:t>
            </w:r>
          </w:p>
        </w:tc>
        <w:tc>
          <w:tcPr>
            <w:tcW w:w="2098" w:type="dxa"/>
            <w:tcMar>
              <w:top w:w="70" w:type="dxa"/>
              <w:left w:w="90" w:type="dxa"/>
              <w:bottom w:w="70" w:type="dxa"/>
              <w:right w:w="90" w:type="dxa"/>
            </w:tcMar>
            <w:vAlign w:val="center"/>
          </w:tcPr>
          <w:p w14:paraId="2A7E0DC4" w14:textId="77777777" w:rsidR="00F720C3" w:rsidRPr="00582A7A" w:rsidRDefault="00000000" w:rsidP="003A2BCD">
            <w:pPr>
              <w:spacing w:after="0" w:line="240" w:lineRule="auto"/>
              <w:jc w:val="both"/>
              <w:rPr>
                <w:sz w:val="18"/>
                <w:szCs w:val="18"/>
              </w:rPr>
            </w:pPr>
            <w:r w:rsidRPr="00582A7A">
              <w:rPr>
                <w:sz w:val="18"/>
                <w:szCs w:val="18"/>
              </w:rPr>
              <w:t>171.00(150.00,</w:t>
            </w:r>
            <w:r>
              <w:rPr>
                <w:rFonts w:hint="eastAsia"/>
                <w:sz w:val="18"/>
                <w:szCs w:val="18"/>
                <w:lang w:eastAsia="zh-CN"/>
              </w:rPr>
              <w:t xml:space="preserve"> </w:t>
            </w:r>
            <w:r w:rsidRPr="00582A7A">
              <w:rPr>
                <w:sz w:val="18"/>
                <w:szCs w:val="18"/>
              </w:rPr>
              <w:t>189.50)</w:t>
            </w:r>
          </w:p>
        </w:tc>
        <w:tc>
          <w:tcPr>
            <w:tcW w:w="766" w:type="dxa"/>
            <w:tcMar>
              <w:top w:w="70" w:type="dxa"/>
              <w:left w:w="90" w:type="dxa"/>
              <w:bottom w:w="70" w:type="dxa"/>
              <w:right w:w="90" w:type="dxa"/>
            </w:tcMar>
            <w:vAlign w:val="center"/>
          </w:tcPr>
          <w:p w14:paraId="40E2EAC6"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789E32F3" w14:textId="77777777" w:rsidTr="00262C8D">
        <w:trPr>
          <w:jc w:val="center"/>
        </w:trPr>
        <w:tc>
          <w:tcPr>
            <w:tcW w:w="3806" w:type="dxa"/>
            <w:shd w:val="clear" w:color="auto" w:fill="EEF5FA"/>
            <w:tcMar>
              <w:top w:w="70" w:type="dxa"/>
              <w:left w:w="90" w:type="dxa"/>
              <w:bottom w:w="70" w:type="dxa"/>
              <w:right w:w="90" w:type="dxa"/>
            </w:tcMar>
            <w:vAlign w:val="center"/>
          </w:tcPr>
          <w:p w14:paraId="593D971D" w14:textId="77777777" w:rsidR="00F720C3" w:rsidRPr="00582A7A" w:rsidRDefault="00000000" w:rsidP="003A2BCD">
            <w:pPr>
              <w:spacing w:after="0" w:line="240" w:lineRule="auto"/>
              <w:jc w:val="both"/>
              <w:rPr>
                <w:sz w:val="18"/>
                <w:szCs w:val="18"/>
              </w:rPr>
            </w:pPr>
            <w:r w:rsidRPr="00582A7A">
              <w:rPr>
                <w:b/>
                <w:sz w:val="18"/>
                <w:szCs w:val="18"/>
              </w:rPr>
              <w:t>Laboratory tests</w:t>
            </w:r>
          </w:p>
        </w:tc>
        <w:tc>
          <w:tcPr>
            <w:tcW w:w="1985" w:type="dxa"/>
            <w:shd w:val="clear" w:color="auto" w:fill="EEF5FA"/>
            <w:tcMar>
              <w:top w:w="70" w:type="dxa"/>
              <w:left w:w="90" w:type="dxa"/>
              <w:bottom w:w="70" w:type="dxa"/>
              <w:right w:w="90" w:type="dxa"/>
            </w:tcMar>
            <w:vAlign w:val="center"/>
          </w:tcPr>
          <w:p w14:paraId="2ADB2A26" w14:textId="77777777" w:rsidR="00F720C3" w:rsidRPr="00582A7A" w:rsidRDefault="00F720C3" w:rsidP="003A2BCD">
            <w:pPr>
              <w:spacing w:after="0" w:line="240" w:lineRule="auto"/>
              <w:jc w:val="both"/>
              <w:rPr>
                <w:sz w:val="18"/>
                <w:szCs w:val="18"/>
              </w:rPr>
            </w:pPr>
          </w:p>
        </w:tc>
        <w:tc>
          <w:tcPr>
            <w:tcW w:w="1984" w:type="dxa"/>
            <w:shd w:val="clear" w:color="auto" w:fill="EEF5FA"/>
            <w:tcMar>
              <w:top w:w="70" w:type="dxa"/>
              <w:left w:w="90" w:type="dxa"/>
              <w:bottom w:w="70" w:type="dxa"/>
              <w:right w:w="90" w:type="dxa"/>
            </w:tcMar>
            <w:vAlign w:val="center"/>
          </w:tcPr>
          <w:p w14:paraId="34ECBBE3" w14:textId="77777777" w:rsidR="00F720C3" w:rsidRPr="00582A7A" w:rsidRDefault="00F720C3" w:rsidP="003A2BCD">
            <w:pPr>
              <w:spacing w:after="0" w:line="240" w:lineRule="auto"/>
              <w:jc w:val="both"/>
              <w:rPr>
                <w:sz w:val="18"/>
                <w:szCs w:val="18"/>
              </w:rPr>
            </w:pPr>
          </w:p>
        </w:tc>
        <w:tc>
          <w:tcPr>
            <w:tcW w:w="1985" w:type="dxa"/>
            <w:shd w:val="clear" w:color="auto" w:fill="EEF5FA"/>
            <w:tcMar>
              <w:top w:w="70" w:type="dxa"/>
              <w:left w:w="90" w:type="dxa"/>
              <w:bottom w:w="70" w:type="dxa"/>
              <w:right w:w="90" w:type="dxa"/>
            </w:tcMar>
            <w:vAlign w:val="center"/>
          </w:tcPr>
          <w:p w14:paraId="78F0C343" w14:textId="77777777" w:rsidR="00F720C3" w:rsidRPr="00582A7A" w:rsidRDefault="00F720C3" w:rsidP="003A2BCD">
            <w:pPr>
              <w:spacing w:after="0" w:line="240" w:lineRule="auto"/>
              <w:jc w:val="both"/>
              <w:rPr>
                <w:sz w:val="18"/>
                <w:szCs w:val="18"/>
              </w:rPr>
            </w:pPr>
          </w:p>
        </w:tc>
        <w:tc>
          <w:tcPr>
            <w:tcW w:w="2098" w:type="dxa"/>
            <w:shd w:val="clear" w:color="auto" w:fill="EEF5FA"/>
            <w:tcMar>
              <w:top w:w="70" w:type="dxa"/>
              <w:left w:w="90" w:type="dxa"/>
              <w:bottom w:w="70" w:type="dxa"/>
              <w:right w:w="90" w:type="dxa"/>
            </w:tcMar>
            <w:vAlign w:val="center"/>
          </w:tcPr>
          <w:p w14:paraId="477FCC56" w14:textId="77777777" w:rsidR="00F720C3" w:rsidRPr="00582A7A" w:rsidRDefault="00F720C3" w:rsidP="003A2BCD">
            <w:pPr>
              <w:spacing w:after="0" w:line="240" w:lineRule="auto"/>
              <w:jc w:val="both"/>
              <w:rPr>
                <w:sz w:val="18"/>
                <w:szCs w:val="18"/>
              </w:rPr>
            </w:pPr>
          </w:p>
        </w:tc>
        <w:tc>
          <w:tcPr>
            <w:tcW w:w="766" w:type="dxa"/>
            <w:shd w:val="clear" w:color="auto" w:fill="EEF5FA"/>
            <w:tcMar>
              <w:top w:w="70" w:type="dxa"/>
              <w:left w:w="90" w:type="dxa"/>
              <w:bottom w:w="70" w:type="dxa"/>
              <w:right w:w="90" w:type="dxa"/>
            </w:tcMar>
            <w:vAlign w:val="center"/>
          </w:tcPr>
          <w:p w14:paraId="0CCEE7C5" w14:textId="77777777" w:rsidR="00F720C3" w:rsidRPr="00582A7A" w:rsidRDefault="00F720C3" w:rsidP="003A2BCD">
            <w:pPr>
              <w:spacing w:after="0" w:line="240" w:lineRule="auto"/>
              <w:jc w:val="both"/>
              <w:rPr>
                <w:sz w:val="18"/>
                <w:szCs w:val="18"/>
              </w:rPr>
            </w:pPr>
          </w:p>
        </w:tc>
      </w:tr>
      <w:tr w:rsidR="002A76DF" w:rsidRPr="00582A7A" w14:paraId="761E35E9" w14:textId="77777777" w:rsidTr="00262C8D">
        <w:trPr>
          <w:jc w:val="center"/>
        </w:trPr>
        <w:tc>
          <w:tcPr>
            <w:tcW w:w="3806" w:type="dxa"/>
            <w:tcMar>
              <w:top w:w="70" w:type="dxa"/>
              <w:left w:w="90" w:type="dxa"/>
              <w:bottom w:w="70" w:type="dxa"/>
              <w:right w:w="90" w:type="dxa"/>
            </w:tcMar>
            <w:vAlign w:val="center"/>
          </w:tcPr>
          <w:p w14:paraId="681591EE" w14:textId="77777777" w:rsidR="00F720C3" w:rsidRPr="00582A7A" w:rsidRDefault="00000000" w:rsidP="003A2BCD">
            <w:pPr>
              <w:spacing w:after="0" w:line="240" w:lineRule="auto"/>
              <w:jc w:val="both"/>
              <w:rPr>
                <w:sz w:val="18"/>
                <w:szCs w:val="18"/>
              </w:rPr>
            </w:pPr>
            <w:r w:rsidRPr="00582A7A">
              <w:rPr>
                <w:sz w:val="18"/>
                <w:szCs w:val="18"/>
              </w:rPr>
              <w:t>CRP (mg/L)</w:t>
            </w:r>
          </w:p>
        </w:tc>
        <w:tc>
          <w:tcPr>
            <w:tcW w:w="1985" w:type="dxa"/>
            <w:tcMar>
              <w:top w:w="70" w:type="dxa"/>
              <w:left w:w="90" w:type="dxa"/>
              <w:bottom w:w="70" w:type="dxa"/>
              <w:right w:w="90" w:type="dxa"/>
            </w:tcMar>
            <w:vAlign w:val="center"/>
          </w:tcPr>
          <w:p w14:paraId="1E8C48D4" w14:textId="77777777" w:rsidR="00F720C3" w:rsidRPr="00582A7A" w:rsidRDefault="00000000" w:rsidP="003A2BCD">
            <w:pPr>
              <w:spacing w:after="0" w:line="240" w:lineRule="auto"/>
              <w:jc w:val="both"/>
              <w:rPr>
                <w:sz w:val="18"/>
                <w:szCs w:val="18"/>
              </w:rPr>
            </w:pPr>
            <w:r w:rsidRPr="00582A7A">
              <w:rPr>
                <w:sz w:val="18"/>
                <w:szCs w:val="18"/>
              </w:rPr>
              <w:t>7.11 (2.48, 28.12)</w:t>
            </w:r>
          </w:p>
        </w:tc>
        <w:tc>
          <w:tcPr>
            <w:tcW w:w="1984" w:type="dxa"/>
            <w:tcMar>
              <w:top w:w="70" w:type="dxa"/>
              <w:left w:w="90" w:type="dxa"/>
              <w:bottom w:w="70" w:type="dxa"/>
              <w:right w:w="90" w:type="dxa"/>
            </w:tcMar>
            <w:vAlign w:val="center"/>
          </w:tcPr>
          <w:p w14:paraId="06D2C00A" w14:textId="77777777" w:rsidR="00F720C3" w:rsidRPr="00582A7A" w:rsidRDefault="00000000" w:rsidP="003A2BCD">
            <w:pPr>
              <w:spacing w:after="0" w:line="240" w:lineRule="auto"/>
              <w:jc w:val="both"/>
              <w:rPr>
                <w:sz w:val="18"/>
                <w:szCs w:val="18"/>
              </w:rPr>
            </w:pPr>
            <w:r w:rsidRPr="00582A7A">
              <w:rPr>
                <w:sz w:val="18"/>
                <w:szCs w:val="18"/>
              </w:rPr>
              <w:t>5.32 (2.30, 12.04)</w:t>
            </w:r>
          </w:p>
        </w:tc>
        <w:tc>
          <w:tcPr>
            <w:tcW w:w="1985" w:type="dxa"/>
            <w:tcMar>
              <w:top w:w="70" w:type="dxa"/>
              <w:left w:w="90" w:type="dxa"/>
              <w:bottom w:w="70" w:type="dxa"/>
              <w:right w:w="90" w:type="dxa"/>
            </w:tcMar>
            <w:vAlign w:val="center"/>
          </w:tcPr>
          <w:p w14:paraId="5E1DFCFF" w14:textId="77777777" w:rsidR="00F720C3" w:rsidRPr="00582A7A" w:rsidRDefault="00000000" w:rsidP="003A2BCD">
            <w:pPr>
              <w:spacing w:after="0" w:line="240" w:lineRule="auto"/>
              <w:jc w:val="both"/>
              <w:rPr>
                <w:sz w:val="18"/>
                <w:szCs w:val="18"/>
              </w:rPr>
            </w:pPr>
            <w:r w:rsidRPr="00582A7A">
              <w:rPr>
                <w:sz w:val="18"/>
                <w:szCs w:val="18"/>
              </w:rPr>
              <w:t>5.72 (1.88, 15.41)</w:t>
            </w:r>
          </w:p>
        </w:tc>
        <w:tc>
          <w:tcPr>
            <w:tcW w:w="2098" w:type="dxa"/>
            <w:tcMar>
              <w:top w:w="70" w:type="dxa"/>
              <w:left w:w="90" w:type="dxa"/>
              <w:bottom w:w="70" w:type="dxa"/>
              <w:right w:w="90" w:type="dxa"/>
            </w:tcMar>
            <w:vAlign w:val="center"/>
          </w:tcPr>
          <w:p w14:paraId="3F7FB9C6" w14:textId="77777777" w:rsidR="00F720C3" w:rsidRPr="00582A7A" w:rsidRDefault="00000000" w:rsidP="003A2BCD">
            <w:pPr>
              <w:spacing w:after="0" w:line="240" w:lineRule="auto"/>
              <w:jc w:val="both"/>
              <w:rPr>
                <w:sz w:val="18"/>
                <w:szCs w:val="18"/>
              </w:rPr>
            </w:pPr>
            <w:r w:rsidRPr="00582A7A">
              <w:rPr>
                <w:sz w:val="18"/>
                <w:szCs w:val="18"/>
              </w:rPr>
              <w:t>14.80 (5.00, 67.28)</w:t>
            </w:r>
          </w:p>
        </w:tc>
        <w:tc>
          <w:tcPr>
            <w:tcW w:w="766" w:type="dxa"/>
            <w:tcMar>
              <w:top w:w="70" w:type="dxa"/>
              <w:left w:w="90" w:type="dxa"/>
              <w:bottom w:w="70" w:type="dxa"/>
              <w:right w:w="90" w:type="dxa"/>
            </w:tcMar>
            <w:vAlign w:val="center"/>
          </w:tcPr>
          <w:p w14:paraId="2206B36E"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187681B0" w14:textId="77777777" w:rsidTr="00262C8D">
        <w:trPr>
          <w:jc w:val="center"/>
        </w:trPr>
        <w:tc>
          <w:tcPr>
            <w:tcW w:w="3806" w:type="dxa"/>
            <w:tcMar>
              <w:top w:w="70" w:type="dxa"/>
              <w:left w:w="90" w:type="dxa"/>
              <w:bottom w:w="70" w:type="dxa"/>
              <w:right w:w="90" w:type="dxa"/>
            </w:tcMar>
            <w:vAlign w:val="center"/>
          </w:tcPr>
          <w:p w14:paraId="00071945" w14:textId="77777777" w:rsidR="00F720C3" w:rsidRPr="00582A7A" w:rsidRDefault="00000000" w:rsidP="003A2BCD">
            <w:pPr>
              <w:spacing w:after="0" w:line="240" w:lineRule="auto"/>
              <w:jc w:val="both"/>
              <w:rPr>
                <w:sz w:val="18"/>
                <w:szCs w:val="18"/>
              </w:rPr>
            </w:pPr>
            <w:r w:rsidRPr="00582A7A">
              <w:rPr>
                <w:sz w:val="18"/>
                <w:szCs w:val="18"/>
              </w:rPr>
              <w:t>White blood cell count (10⁹/L)</w:t>
            </w:r>
          </w:p>
        </w:tc>
        <w:tc>
          <w:tcPr>
            <w:tcW w:w="1985" w:type="dxa"/>
            <w:tcMar>
              <w:top w:w="70" w:type="dxa"/>
              <w:left w:w="90" w:type="dxa"/>
              <w:bottom w:w="70" w:type="dxa"/>
              <w:right w:w="90" w:type="dxa"/>
            </w:tcMar>
            <w:vAlign w:val="center"/>
          </w:tcPr>
          <w:p w14:paraId="2B6115A7" w14:textId="77777777" w:rsidR="00F720C3" w:rsidRPr="00582A7A" w:rsidRDefault="00000000" w:rsidP="003A2BCD">
            <w:pPr>
              <w:spacing w:after="0" w:line="240" w:lineRule="auto"/>
              <w:jc w:val="both"/>
              <w:rPr>
                <w:sz w:val="18"/>
                <w:szCs w:val="18"/>
              </w:rPr>
            </w:pPr>
            <w:r w:rsidRPr="00582A7A">
              <w:rPr>
                <w:sz w:val="18"/>
                <w:szCs w:val="18"/>
              </w:rPr>
              <w:t>8.98 (7.26, 10.87)</w:t>
            </w:r>
          </w:p>
        </w:tc>
        <w:tc>
          <w:tcPr>
            <w:tcW w:w="1984" w:type="dxa"/>
            <w:tcMar>
              <w:top w:w="70" w:type="dxa"/>
              <w:left w:w="90" w:type="dxa"/>
              <w:bottom w:w="70" w:type="dxa"/>
              <w:right w:w="90" w:type="dxa"/>
            </w:tcMar>
            <w:vAlign w:val="center"/>
          </w:tcPr>
          <w:p w14:paraId="46887A3E" w14:textId="77777777" w:rsidR="00F720C3" w:rsidRPr="00582A7A" w:rsidRDefault="00000000" w:rsidP="003A2BCD">
            <w:pPr>
              <w:spacing w:after="0" w:line="240" w:lineRule="auto"/>
              <w:jc w:val="both"/>
              <w:rPr>
                <w:sz w:val="18"/>
                <w:szCs w:val="18"/>
              </w:rPr>
            </w:pPr>
            <w:r w:rsidRPr="00582A7A">
              <w:rPr>
                <w:sz w:val="18"/>
                <w:szCs w:val="18"/>
              </w:rPr>
              <w:t>8.90 (7.36, 10.81)</w:t>
            </w:r>
          </w:p>
        </w:tc>
        <w:tc>
          <w:tcPr>
            <w:tcW w:w="1985" w:type="dxa"/>
            <w:tcMar>
              <w:top w:w="70" w:type="dxa"/>
              <w:left w:w="90" w:type="dxa"/>
              <w:bottom w:w="70" w:type="dxa"/>
              <w:right w:w="90" w:type="dxa"/>
            </w:tcMar>
            <w:vAlign w:val="center"/>
          </w:tcPr>
          <w:p w14:paraId="7CC66414" w14:textId="77777777" w:rsidR="00F720C3" w:rsidRPr="00582A7A" w:rsidRDefault="00000000" w:rsidP="003A2BCD">
            <w:pPr>
              <w:spacing w:after="0" w:line="240" w:lineRule="auto"/>
              <w:jc w:val="both"/>
              <w:rPr>
                <w:sz w:val="18"/>
                <w:szCs w:val="18"/>
              </w:rPr>
            </w:pPr>
            <w:r w:rsidRPr="00582A7A">
              <w:rPr>
                <w:sz w:val="18"/>
                <w:szCs w:val="18"/>
              </w:rPr>
              <w:t>8.76 (7.40, 10.89)</w:t>
            </w:r>
          </w:p>
        </w:tc>
        <w:tc>
          <w:tcPr>
            <w:tcW w:w="2098" w:type="dxa"/>
            <w:tcMar>
              <w:top w:w="70" w:type="dxa"/>
              <w:left w:w="90" w:type="dxa"/>
              <w:bottom w:w="70" w:type="dxa"/>
              <w:right w:w="90" w:type="dxa"/>
            </w:tcMar>
            <w:vAlign w:val="center"/>
          </w:tcPr>
          <w:p w14:paraId="61FA3F03" w14:textId="77777777" w:rsidR="00F720C3" w:rsidRPr="00582A7A" w:rsidRDefault="00000000" w:rsidP="003A2BCD">
            <w:pPr>
              <w:spacing w:after="0" w:line="240" w:lineRule="auto"/>
              <w:jc w:val="both"/>
              <w:rPr>
                <w:sz w:val="18"/>
                <w:szCs w:val="18"/>
              </w:rPr>
            </w:pPr>
            <w:r w:rsidRPr="00582A7A">
              <w:rPr>
                <w:sz w:val="18"/>
                <w:szCs w:val="18"/>
              </w:rPr>
              <w:t>9.23 (7.19, 10.79)</w:t>
            </w:r>
          </w:p>
        </w:tc>
        <w:tc>
          <w:tcPr>
            <w:tcW w:w="766" w:type="dxa"/>
            <w:tcMar>
              <w:top w:w="70" w:type="dxa"/>
              <w:left w:w="90" w:type="dxa"/>
              <w:bottom w:w="70" w:type="dxa"/>
              <w:right w:w="90" w:type="dxa"/>
            </w:tcMar>
            <w:vAlign w:val="center"/>
          </w:tcPr>
          <w:p w14:paraId="585037B8" w14:textId="77777777" w:rsidR="00F720C3" w:rsidRPr="00582A7A" w:rsidRDefault="00000000" w:rsidP="003A2BCD">
            <w:pPr>
              <w:spacing w:after="0" w:line="240" w:lineRule="auto"/>
              <w:jc w:val="both"/>
              <w:rPr>
                <w:sz w:val="18"/>
                <w:szCs w:val="18"/>
              </w:rPr>
            </w:pPr>
            <w:r w:rsidRPr="00582A7A">
              <w:rPr>
                <w:sz w:val="18"/>
                <w:szCs w:val="18"/>
              </w:rPr>
              <w:t>0.739</w:t>
            </w:r>
          </w:p>
        </w:tc>
      </w:tr>
      <w:tr w:rsidR="002A76DF" w:rsidRPr="00582A7A" w14:paraId="5EF4C7BB" w14:textId="77777777" w:rsidTr="00262C8D">
        <w:trPr>
          <w:jc w:val="center"/>
        </w:trPr>
        <w:tc>
          <w:tcPr>
            <w:tcW w:w="3806" w:type="dxa"/>
            <w:tcMar>
              <w:top w:w="70" w:type="dxa"/>
              <w:left w:w="90" w:type="dxa"/>
              <w:bottom w:w="70" w:type="dxa"/>
              <w:right w:w="90" w:type="dxa"/>
            </w:tcMar>
            <w:vAlign w:val="center"/>
          </w:tcPr>
          <w:p w14:paraId="1559E95F" w14:textId="77777777" w:rsidR="00F720C3" w:rsidRPr="00582A7A" w:rsidRDefault="00000000" w:rsidP="003A2BCD">
            <w:pPr>
              <w:spacing w:after="0" w:line="240" w:lineRule="auto"/>
              <w:jc w:val="both"/>
              <w:rPr>
                <w:sz w:val="18"/>
                <w:szCs w:val="18"/>
              </w:rPr>
            </w:pPr>
            <w:r w:rsidRPr="00582A7A">
              <w:rPr>
                <w:sz w:val="18"/>
                <w:szCs w:val="18"/>
              </w:rPr>
              <w:t>Neutrophil count (10⁹/L)</w:t>
            </w:r>
          </w:p>
        </w:tc>
        <w:tc>
          <w:tcPr>
            <w:tcW w:w="1985" w:type="dxa"/>
            <w:tcMar>
              <w:top w:w="70" w:type="dxa"/>
              <w:left w:w="90" w:type="dxa"/>
              <w:bottom w:w="70" w:type="dxa"/>
              <w:right w:w="90" w:type="dxa"/>
            </w:tcMar>
            <w:vAlign w:val="center"/>
          </w:tcPr>
          <w:p w14:paraId="355AB056" w14:textId="77777777" w:rsidR="00F720C3" w:rsidRPr="00582A7A" w:rsidRDefault="00000000" w:rsidP="003A2BCD">
            <w:pPr>
              <w:spacing w:after="0" w:line="240" w:lineRule="auto"/>
              <w:jc w:val="both"/>
              <w:rPr>
                <w:sz w:val="18"/>
                <w:szCs w:val="18"/>
              </w:rPr>
            </w:pPr>
            <w:r w:rsidRPr="00582A7A">
              <w:rPr>
                <w:sz w:val="18"/>
                <w:szCs w:val="18"/>
              </w:rPr>
              <w:t>6.24 (4.73, 8.09)</w:t>
            </w:r>
          </w:p>
        </w:tc>
        <w:tc>
          <w:tcPr>
            <w:tcW w:w="1984" w:type="dxa"/>
            <w:tcMar>
              <w:top w:w="70" w:type="dxa"/>
              <w:left w:w="90" w:type="dxa"/>
              <w:bottom w:w="70" w:type="dxa"/>
              <w:right w:w="90" w:type="dxa"/>
            </w:tcMar>
            <w:vAlign w:val="center"/>
          </w:tcPr>
          <w:p w14:paraId="732BB060" w14:textId="77777777" w:rsidR="00F720C3" w:rsidRPr="00582A7A" w:rsidRDefault="00000000" w:rsidP="003A2BCD">
            <w:pPr>
              <w:spacing w:after="0" w:line="240" w:lineRule="auto"/>
              <w:jc w:val="both"/>
              <w:rPr>
                <w:sz w:val="18"/>
                <w:szCs w:val="18"/>
              </w:rPr>
            </w:pPr>
            <w:r w:rsidRPr="00582A7A">
              <w:rPr>
                <w:sz w:val="18"/>
                <w:szCs w:val="18"/>
              </w:rPr>
              <w:t>6.01 (4.76, 7.75)</w:t>
            </w:r>
          </w:p>
        </w:tc>
        <w:tc>
          <w:tcPr>
            <w:tcW w:w="1985" w:type="dxa"/>
            <w:tcMar>
              <w:top w:w="70" w:type="dxa"/>
              <w:left w:w="90" w:type="dxa"/>
              <w:bottom w:w="70" w:type="dxa"/>
              <w:right w:w="90" w:type="dxa"/>
            </w:tcMar>
            <w:vAlign w:val="center"/>
          </w:tcPr>
          <w:p w14:paraId="6E1A4A9C" w14:textId="77777777" w:rsidR="00F720C3" w:rsidRPr="00582A7A" w:rsidRDefault="00000000" w:rsidP="003A2BCD">
            <w:pPr>
              <w:spacing w:after="0" w:line="240" w:lineRule="auto"/>
              <w:jc w:val="both"/>
              <w:rPr>
                <w:sz w:val="18"/>
                <w:szCs w:val="18"/>
              </w:rPr>
            </w:pPr>
            <w:r w:rsidRPr="00582A7A">
              <w:rPr>
                <w:sz w:val="18"/>
                <w:szCs w:val="18"/>
              </w:rPr>
              <w:t>6.13 (4.61, 8.19)</w:t>
            </w:r>
          </w:p>
        </w:tc>
        <w:tc>
          <w:tcPr>
            <w:tcW w:w="2098" w:type="dxa"/>
            <w:tcMar>
              <w:top w:w="70" w:type="dxa"/>
              <w:left w:w="90" w:type="dxa"/>
              <w:bottom w:w="70" w:type="dxa"/>
              <w:right w:w="90" w:type="dxa"/>
            </w:tcMar>
            <w:vAlign w:val="center"/>
          </w:tcPr>
          <w:p w14:paraId="01AD26B5" w14:textId="77777777" w:rsidR="00F720C3" w:rsidRPr="00582A7A" w:rsidRDefault="00000000" w:rsidP="003A2BCD">
            <w:pPr>
              <w:spacing w:after="0" w:line="240" w:lineRule="auto"/>
              <w:jc w:val="both"/>
              <w:rPr>
                <w:sz w:val="18"/>
                <w:szCs w:val="18"/>
              </w:rPr>
            </w:pPr>
            <w:r w:rsidRPr="00582A7A">
              <w:rPr>
                <w:sz w:val="18"/>
                <w:szCs w:val="18"/>
              </w:rPr>
              <w:t>6.65 (4.86, 8.19)</w:t>
            </w:r>
          </w:p>
        </w:tc>
        <w:tc>
          <w:tcPr>
            <w:tcW w:w="766" w:type="dxa"/>
            <w:tcMar>
              <w:top w:w="70" w:type="dxa"/>
              <w:left w:w="90" w:type="dxa"/>
              <w:bottom w:w="70" w:type="dxa"/>
              <w:right w:w="90" w:type="dxa"/>
            </w:tcMar>
            <w:vAlign w:val="center"/>
          </w:tcPr>
          <w:p w14:paraId="6AB28DBF" w14:textId="77777777" w:rsidR="00F720C3" w:rsidRPr="00582A7A" w:rsidRDefault="00000000" w:rsidP="003A2BCD">
            <w:pPr>
              <w:spacing w:after="0" w:line="240" w:lineRule="auto"/>
              <w:jc w:val="both"/>
              <w:rPr>
                <w:sz w:val="18"/>
                <w:szCs w:val="18"/>
              </w:rPr>
            </w:pPr>
            <w:r w:rsidRPr="00582A7A">
              <w:rPr>
                <w:sz w:val="18"/>
                <w:szCs w:val="18"/>
              </w:rPr>
              <w:t>0.232</w:t>
            </w:r>
          </w:p>
        </w:tc>
      </w:tr>
      <w:tr w:rsidR="002A76DF" w:rsidRPr="00582A7A" w14:paraId="31A5A9AA" w14:textId="77777777" w:rsidTr="00262C8D">
        <w:trPr>
          <w:jc w:val="center"/>
        </w:trPr>
        <w:tc>
          <w:tcPr>
            <w:tcW w:w="3806" w:type="dxa"/>
            <w:tcMar>
              <w:top w:w="70" w:type="dxa"/>
              <w:left w:w="90" w:type="dxa"/>
              <w:bottom w:w="70" w:type="dxa"/>
              <w:right w:w="90" w:type="dxa"/>
            </w:tcMar>
            <w:vAlign w:val="center"/>
          </w:tcPr>
          <w:p w14:paraId="6F9F3EA0" w14:textId="77777777" w:rsidR="00F720C3" w:rsidRPr="00582A7A" w:rsidRDefault="00000000" w:rsidP="003A2BCD">
            <w:pPr>
              <w:spacing w:after="0" w:line="240" w:lineRule="auto"/>
              <w:jc w:val="both"/>
              <w:rPr>
                <w:sz w:val="18"/>
                <w:szCs w:val="18"/>
              </w:rPr>
            </w:pPr>
            <w:r w:rsidRPr="00582A7A">
              <w:rPr>
                <w:sz w:val="18"/>
                <w:szCs w:val="18"/>
              </w:rPr>
              <w:t>Lymphocyte count (10⁹/L)</w:t>
            </w:r>
          </w:p>
        </w:tc>
        <w:tc>
          <w:tcPr>
            <w:tcW w:w="1985" w:type="dxa"/>
            <w:tcMar>
              <w:top w:w="70" w:type="dxa"/>
              <w:left w:w="90" w:type="dxa"/>
              <w:bottom w:w="70" w:type="dxa"/>
              <w:right w:w="90" w:type="dxa"/>
            </w:tcMar>
            <w:vAlign w:val="center"/>
          </w:tcPr>
          <w:p w14:paraId="4B327D54" w14:textId="77777777" w:rsidR="00F720C3" w:rsidRPr="00582A7A" w:rsidRDefault="00000000" w:rsidP="003A2BCD">
            <w:pPr>
              <w:spacing w:after="0" w:line="240" w:lineRule="auto"/>
              <w:jc w:val="both"/>
              <w:rPr>
                <w:sz w:val="18"/>
                <w:szCs w:val="18"/>
              </w:rPr>
            </w:pPr>
            <w:r w:rsidRPr="00582A7A">
              <w:rPr>
                <w:sz w:val="18"/>
                <w:szCs w:val="18"/>
              </w:rPr>
              <w:t>1.67 (1.21, 2.23)</w:t>
            </w:r>
          </w:p>
        </w:tc>
        <w:tc>
          <w:tcPr>
            <w:tcW w:w="1984" w:type="dxa"/>
            <w:tcMar>
              <w:top w:w="70" w:type="dxa"/>
              <w:left w:w="90" w:type="dxa"/>
              <w:bottom w:w="70" w:type="dxa"/>
              <w:right w:w="90" w:type="dxa"/>
            </w:tcMar>
            <w:vAlign w:val="center"/>
          </w:tcPr>
          <w:p w14:paraId="6AFEED6F" w14:textId="77777777" w:rsidR="00F720C3" w:rsidRPr="00582A7A" w:rsidRDefault="00000000" w:rsidP="003A2BCD">
            <w:pPr>
              <w:spacing w:after="0" w:line="240" w:lineRule="auto"/>
              <w:jc w:val="both"/>
              <w:rPr>
                <w:sz w:val="18"/>
                <w:szCs w:val="18"/>
              </w:rPr>
            </w:pPr>
            <w:r w:rsidRPr="00582A7A">
              <w:rPr>
                <w:sz w:val="18"/>
                <w:szCs w:val="18"/>
              </w:rPr>
              <w:t>1.85 (1.44, 2.44)</w:t>
            </w:r>
          </w:p>
        </w:tc>
        <w:tc>
          <w:tcPr>
            <w:tcW w:w="1985" w:type="dxa"/>
            <w:tcMar>
              <w:top w:w="70" w:type="dxa"/>
              <w:left w:w="90" w:type="dxa"/>
              <w:bottom w:w="70" w:type="dxa"/>
              <w:right w:w="90" w:type="dxa"/>
            </w:tcMar>
            <w:vAlign w:val="center"/>
          </w:tcPr>
          <w:p w14:paraId="50E7A712" w14:textId="77777777" w:rsidR="00F720C3" w:rsidRPr="00582A7A" w:rsidRDefault="00000000" w:rsidP="003A2BCD">
            <w:pPr>
              <w:spacing w:after="0" w:line="240" w:lineRule="auto"/>
              <w:jc w:val="both"/>
              <w:rPr>
                <w:sz w:val="18"/>
                <w:szCs w:val="18"/>
              </w:rPr>
            </w:pPr>
            <w:r w:rsidRPr="00582A7A">
              <w:rPr>
                <w:sz w:val="18"/>
                <w:szCs w:val="18"/>
              </w:rPr>
              <w:t>1.67 (1.19, 2.25)</w:t>
            </w:r>
          </w:p>
        </w:tc>
        <w:tc>
          <w:tcPr>
            <w:tcW w:w="2098" w:type="dxa"/>
            <w:tcMar>
              <w:top w:w="70" w:type="dxa"/>
              <w:left w:w="90" w:type="dxa"/>
              <w:bottom w:w="70" w:type="dxa"/>
              <w:right w:w="90" w:type="dxa"/>
            </w:tcMar>
            <w:vAlign w:val="center"/>
          </w:tcPr>
          <w:p w14:paraId="62013F2B" w14:textId="77777777" w:rsidR="00F720C3" w:rsidRPr="00582A7A" w:rsidRDefault="00000000" w:rsidP="003A2BCD">
            <w:pPr>
              <w:spacing w:after="0" w:line="240" w:lineRule="auto"/>
              <w:jc w:val="both"/>
              <w:rPr>
                <w:sz w:val="18"/>
                <w:szCs w:val="18"/>
              </w:rPr>
            </w:pPr>
            <w:r w:rsidRPr="00582A7A">
              <w:rPr>
                <w:sz w:val="18"/>
                <w:szCs w:val="18"/>
              </w:rPr>
              <w:t>1.41 (1.01, 2.00)</w:t>
            </w:r>
          </w:p>
        </w:tc>
        <w:tc>
          <w:tcPr>
            <w:tcW w:w="766" w:type="dxa"/>
            <w:tcMar>
              <w:top w:w="70" w:type="dxa"/>
              <w:left w:w="90" w:type="dxa"/>
              <w:bottom w:w="70" w:type="dxa"/>
              <w:right w:w="90" w:type="dxa"/>
            </w:tcMar>
            <w:vAlign w:val="center"/>
          </w:tcPr>
          <w:p w14:paraId="64E14875"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55CE088E" w14:textId="77777777" w:rsidTr="00262C8D">
        <w:trPr>
          <w:jc w:val="center"/>
        </w:trPr>
        <w:tc>
          <w:tcPr>
            <w:tcW w:w="3806" w:type="dxa"/>
            <w:tcMar>
              <w:top w:w="70" w:type="dxa"/>
              <w:left w:w="90" w:type="dxa"/>
              <w:bottom w:w="70" w:type="dxa"/>
              <w:right w:w="90" w:type="dxa"/>
            </w:tcMar>
            <w:vAlign w:val="center"/>
          </w:tcPr>
          <w:p w14:paraId="3B6AAD95" w14:textId="77777777" w:rsidR="00F720C3" w:rsidRPr="00582A7A" w:rsidRDefault="00000000" w:rsidP="003A2BCD">
            <w:pPr>
              <w:spacing w:after="0" w:line="240" w:lineRule="auto"/>
              <w:jc w:val="both"/>
              <w:rPr>
                <w:sz w:val="18"/>
                <w:szCs w:val="18"/>
              </w:rPr>
            </w:pPr>
            <w:r w:rsidRPr="00582A7A">
              <w:rPr>
                <w:sz w:val="18"/>
                <w:szCs w:val="18"/>
              </w:rPr>
              <w:t>Monocyte count (10⁹/L)</w:t>
            </w:r>
          </w:p>
        </w:tc>
        <w:tc>
          <w:tcPr>
            <w:tcW w:w="1985" w:type="dxa"/>
            <w:tcMar>
              <w:top w:w="70" w:type="dxa"/>
              <w:left w:w="90" w:type="dxa"/>
              <w:bottom w:w="70" w:type="dxa"/>
              <w:right w:w="90" w:type="dxa"/>
            </w:tcMar>
            <w:vAlign w:val="center"/>
          </w:tcPr>
          <w:p w14:paraId="06920A45" w14:textId="77777777" w:rsidR="00F720C3" w:rsidRPr="00582A7A" w:rsidRDefault="00000000" w:rsidP="003A2BCD">
            <w:pPr>
              <w:spacing w:after="0" w:line="240" w:lineRule="auto"/>
              <w:jc w:val="both"/>
              <w:rPr>
                <w:sz w:val="18"/>
                <w:szCs w:val="18"/>
              </w:rPr>
            </w:pPr>
            <w:r w:rsidRPr="00582A7A">
              <w:rPr>
                <w:sz w:val="18"/>
                <w:szCs w:val="18"/>
              </w:rPr>
              <w:t>0.64 (0.47, 0.82)</w:t>
            </w:r>
          </w:p>
        </w:tc>
        <w:tc>
          <w:tcPr>
            <w:tcW w:w="1984" w:type="dxa"/>
            <w:tcMar>
              <w:top w:w="70" w:type="dxa"/>
              <w:left w:w="90" w:type="dxa"/>
              <w:bottom w:w="70" w:type="dxa"/>
              <w:right w:w="90" w:type="dxa"/>
            </w:tcMar>
            <w:vAlign w:val="center"/>
          </w:tcPr>
          <w:p w14:paraId="2BA0A414" w14:textId="77777777" w:rsidR="00F720C3" w:rsidRPr="00582A7A" w:rsidRDefault="00000000" w:rsidP="003A2BCD">
            <w:pPr>
              <w:spacing w:after="0" w:line="240" w:lineRule="auto"/>
              <w:jc w:val="both"/>
              <w:rPr>
                <w:sz w:val="18"/>
                <w:szCs w:val="18"/>
              </w:rPr>
            </w:pPr>
            <w:r w:rsidRPr="00582A7A">
              <w:rPr>
                <w:sz w:val="18"/>
                <w:szCs w:val="18"/>
              </w:rPr>
              <w:t>0.64 (0.45, 0.80)</w:t>
            </w:r>
          </w:p>
        </w:tc>
        <w:tc>
          <w:tcPr>
            <w:tcW w:w="1985" w:type="dxa"/>
            <w:tcMar>
              <w:top w:w="70" w:type="dxa"/>
              <w:left w:w="90" w:type="dxa"/>
              <w:bottom w:w="70" w:type="dxa"/>
              <w:right w:w="90" w:type="dxa"/>
            </w:tcMar>
            <w:vAlign w:val="center"/>
          </w:tcPr>
          <w:p w14:paraId="4CC350C8" w14:textId="77777777" w:rsidR="00F720C3" w:rsidRPr="00582A7A" w:rsidRDefault="00000000" w:rsidP="003A2BCD">
            <w:pPr>
              <w:spacing w:after="0" w:line="240" w:lineRule="auto"/>
              <w:jc w:val="both"/>
              <w:rPr>
                <w:sz w:val="18"/>
                <w:szCs w:val="18"/>
              </w:rPr>
            </w:pPr>
            <w:r w:rsidRPr="00582A7A">
              <w:rPr>
                <w:sz w:val="18"/>
                <w:szCs w:val="18"/>
              </w:rPr>
              <w:t>0.63 (0.47, 0.82)</w:t>
            </w:r>
          </w:p>
        </w:tc>
        <w:tc>
          <w:tcPr>
            <w:tcW w:w="2098" w:type="dxa"/>
            <w:tcMar>
              <w:top w:w="70" w:type="dxa"/>
              <w:left w:w="90" w:type="dxa"/>
              <w:bottom w:w="70" w:type="dxa"/>
              <w:right w:w="90" w:type="dxa"/>
            </w:tcMar>
            <w:vAlign w:val="center"/>
          </w:tcPr>
          <w:p w14:paraId="7BFEE75D" w14:textId="77777777" w:rsidR="00F720C3" w:rsidRPr="00582A7A" w:rsidRDefault="00000000" w:rsidP="003A2BCD">
            <w:pPr>
              <w:spacing w:after="0" w:line="240" w:lineRule="auto"/>
              <w:jc w:val="both"/>
              <w:rPr>
                <w:sz w:val="18"/>
                <w:szCs w:val="18"/>
              </w:rPr>
            </w:pPr>
            <w:r w:rsidRPr="00582A7A">
              <w:rPr>
                <w:sz w:val="18"/>
                <w:szCs w:val="18"/>
              </w:rPr>
              <w:t>0.68 (0.48, 0.86)</w:t>
            </w:r>
          </w:p>
        </w:tc>
        <w:tc>
          <w:tcPr>
            <w:tcW w:w="766" w:type="dxa"/>
            <w:tcMar>
              <w:top w:w="70" w:type="dxa"/>
              <w:left w:w="90" w:type="dxa"/>
              <w:bottom w:w="70" w:type="dxa"/>
              <w:right w:w="90" w:type="dxa"/>
            </w:tcMar>
            <w:vAlign w:val="center"/>
          </w:tcPr>
          <w:p w14:paraId="7CFECB66" w14:textId="77777777" w:rsidR="00F720C3" w:rsidRPr="00582A7A" w:rsidRDefault="00000000" w:rsidP="003A2BCD">
            <w:pPr>
              <w:spacing w:after="0" w:line="240" w:lineRule="auto"/>
              <w:jc w:val="both"/>
              <w:rPr>
                <w:sz w:val="18"/>
                <w:szCs w:val="18"/>
              </w:rPr>
            </w:pPr>
            <w:r w:rsidRPr="00582A7A">
              <w:rPr>
                <w:sz w:val="18"/>
                <w:szCs w:val="18"/>
              </w:rPr>
              <w:t>0.308</w:t>
            </w:r>
          </w:p>
        </w:tc>
      </w:tr>
      <w:tr w:rsidR="002A76DF" w:rsidRPr="00582A7A" w14:paraId="5602FCDE" w14:textId="77777777" w:rsidTr="00262C8D">
        <w:trPr>
          <w:jc w:val="center"/>
        </w:trPr>
        <w:tc>
          <w:tcPr>
            <w:tcW w:w="3806" w:type="dxa"/>
            <w:tcMar>
              <w:top w:w="70" w:type="dxa"/>
              <w:left w:w="90" w:type="dxa"/>
              <w:bottom w:w="70" w:type="dxa"/>
              <w:right w:w="90" w:type="dxa"/>
            </w:tcMar>
            <w:vAlign w:val="center"/>
          </w:tcPr>
          <w:p w14:paraId="5C2B1D34" w14:textId="77777777" w:rsidR="00F720C3" w:rsidRPr="00582A7A" w:rsidRDefault="00000000" w:rsidP="003A2BCD">
            <w:pPr>
              <w:spacing w:after="0" w:line="240" w:lineRule="auto"/>
              <w:jc w:val="both"/>
              <w:rPr>
                <w:sz w:val="18"/>
                <w:szCs w:val="18"/>
              </w:rPr>
            </w:pPr>
            <w:r w:rsidRPr="00582A7A">
              <w:rPr>
                <w:sz w:val="18"/>
                <w:szCs w:val="18"/>
              </w:rPr>
              <w:t>Red blood cell count (10¹²/L)</w:t>
            </w:r>
          </w:p>
        </w:tc>
        <w:tc>
          <w:tcPr>
            <w:tcW w:w="1985" w:type="dxa"/>
            <w:tcMar>
              <w:top w:w="70" w:type="dxa"/>
              <w:left w:w="90" w:type="dxa"/>
              <w:bottom w:w="70" w:type="dxa"/>
              <w:right w:w="90" w:type="dxa"/>
            </w:tcMar>
            <w:vAlign w:val="center"/>
          </w:tcPr>
          <w:p w14:paraId="7D0C4A20" w14:textId="77777777" w:rsidR="00F720C3" w:rsidRPr="00582A7A" w:rsidRDefault="00000000" w:rsidP="003A2BCD">
            <w:pPr>
              <w:spacing w:after="0" w:line="240" w:lineRule="auto"/>
              <w:jc w:val="both"/>
              <w:rPr>
                <w:sz w:val="18"/>
                <w:szCs w:val="18"/>
              </w:rPr>
            </w:pPr>
            <w:r w:rsidRPr="00582A7A">
              <w:rPr>
                <w:sz w:val="18"/>
                <w:szCs w:val="18"/>
              </w:rPr>
              <w:t>4.65 (4.24, 5.07)</w:t>
            </w:r>
          </w:p>
        </w:tc>
        <w:tc>
          <w:tcPr>
            <w:tcW w:w="1984" w:type="dxa"/>
            <w:tcMar>
              <w:top w:w="70" w:type="dxa"/>
              <w:left w:w="90" w:type="dxa"/>
              <w:bottom w:w="70" w:type="dxa"/>
              <w:right w:w="90" w:type="dxa"/>
            </w:tcMar>
            <w:vAlign w:val="center"/>
          </w:tcPr>
          <w:p w14:paraId="5B849F97" w14:textId="77777777" w:rsidR="00F720C3" w:rsidRPr="00582A7A" w:rsidRDefault="00000000" w:rsidP="003A2BCD">
            <w:pPr>
              <w:spacing w:after="0" w:line="240" w:lineRule="auto"/>
              <w:jc w:val="both"/>
              <w:rPr>
                <w:sz w:val="18"/>
                <w:szCs w:val="18"/>
              </w:rPr>
            </w:pPr>
            <w:r w:rsidRPr="00582A7A">
              <w:rPr>
                <w:sz w:val="18"/>
                <w:szCs w:val="18"/>
              </w:rPr>
              <w:t>4.85 (4.46, 5.34)</w:t>
            </w:r>
          </w:p>
        </w:tc>
        <w:tc>
          <w:tcPr>
            <w:tcW w:w="1985" w:type="dxa"/>
            <w:tcMar>
              <w:top w:w="70" w:type="dxa"/>
              <w:left w:w="90" w:type="dxa"/>
              <w:bottom w:w="70" w:type="dxa"/>
              <w:right w:w="90" w:type="dxa"/>
            </w:tcMar>
            <w:vAlign w:val="center"/>
          </w:tcPr>
          <w:p w14:paraId="09EB4857" w14:textId="77777777" w:rsidR="00F720C3" w:rsidRPr="00582A7A" w:rsidRDefault="00000000" w:rsidP="003A2BCD">
            <w:pPr>
              <w:spacing w:after="0" w:line="240" w:lineRule="auto"/>
              <w:jc w:val="both"/>
              <w:rPr>
                <w:sz w:val="18"/>
                <w:szCs w:val="18"/>
              </w:rPr>
            </w:pPr>
            <w:r w:rsidRPr="00582A7A">
              <w:rPr>
                <w:sz w:val="18"/>
                <w:szCs w:val="18"/>
              </w:rPr>
              <w:t>4.75 (4.35, 5.12)</w:t>
            </w:r>
          </w:p>
        </w:tc>
        <w:tc>
          <w:tcPr>
            <w:tcW w:w="2098" w:type="dxa"/>
            <w:tcMar>
              <w:top w:w="70" w:type="dxa"/>
              <w:left w:w="90" w:type="dxa"/>
              <w:bottom w:w="70" w:type="dxa"/>
              <w:right w:w="90" w:type="dxa"/>
            </w:tcMar>
            <w:vAlign w:val="center"/>
          </w:tcPr>
          <w:p w14:paraId="2242D4F9" w14:textId="77777777" w:rsidR="00F720C3" w:rsidRPr="00582A7A" w:rsidRDefault="00000000" w:rsidP="003A2BCD">
            <w:pPr>
              <w:spacing w:after="0" w:line="240" w:lineRule="auto"/>
              <w:jc w:val="both"/>
              <w:rPr>
                <w:sz w:val="18"/>
                <w:szCs w:val="18"/>
              </w:rPr>
            </w:pPr>
            <w:r w:rsidRPr="00582A7A">
              <w:rPr>
                <w:sz w:val="18"/>
                <w:szCs w:val="18"/>
              </w:rPr>
              <w:t>4.40 (3.99, 4.82)</w:t>
            </w:r>
          </w:p>
        </w:tc>
        <w:tc>
          <w:tcPr>
            <w:tcW w:w="766" w:type="dxa"/>
            <w:tcMar>
              <w:top w:w="70" w:type="dxa"/>
              <w:left w:w="90" w:type="dxa"/>
              <w:bottom w:w="70" w:type="dxa"/>
              <w:right w:w="90" w:type="dxa"/>
            </w:tcMar>
            <w:vAlign w:val="center"/>
          </w:tcPr>
          <w:p w14:paraId="78F1241A"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4E046E06" w14:textId="77777777" w:rsidTr="00262C8D">
        <w:trPr>
          <w:jc w:val="center"/>
        </w:trPr>
        <w:tc>
          <w:tcPr>
            <w:tcW w:w="3806" w:type="dxa"/>
            <w:tcMar>
              <w:top w:w="70" w:type="dxa"/>
              <w:left w:w="90" w:type="dxa"/>
              <w:bottom w:w="70" w:type="dxa"/>
              <w:right w:w="90" w:type="dxa"/>
            </w:tcMar>
            <w:vAlign w:val="center"/>
          </w:tcPr>
          <w:p w14:paraId="4BABC191" w14:textId="77777777" w:rsidR="00F720C3" w:rsidRPr="00582A7A" w:rsidRDefault="00000000" w:rsidP="003A2BCD">
            <w:pPr>
              <w:spacing w:after="0" w:line="240" w:lineRule="auto"/>
              <w:jc w:val="both"/>
              <w:rPr>
                <w:sz w:val="18"/>
                <w:szCs w:val="18"/>
              </w:rPr>
            </w:pPr>
            <w:r w:rsidRPr="00582A7A">
              <w:rPr>
                <w:sz w:val="18"/>
                <w:szCs w:val="18"/>
              </w:rPr>
              <w:t>Hemoglobin (g/L)</w:t>
            </w:r>
          </w:p>
        </w:tc>
        <w:tc>
          <w:tcPr>
            <w:tcW w:w="1985" w:type="dxa"/>
            <w:tcMar>
              <w:top w:w="70" w:type="dxa"/>
              <w:left w:w="90" w:type="dxa"/>
              <w:bottom w:w="70" w:type="dxa"/>
              <w:right w:w="90" w:type="dxa"/>
            </w:tcMar>
            <w:vAlign w:val="center"/>
          </w:tcPr>
          <w:p w14:paraId="172DA741" w14:textId="77777777" w:rsidR="00F720C3" w:rsidRPr="00582A7A" w:rsidRDefault="00000000" w:rsidP="003A2BCD">
            <w:pPr>
              <w:spacing w:after="0" w:line="240" w:lineRule="auto"/>
              <w:jc w:val="both"/>
              <w:rPr>
                <w:sz w:val="18"/>
                <w:szCs w:val="18"/>
              </w:rPr>
            </w:pPr>
            <w:r w:rsidRPr="00582A7A">
              <w:rPr>
                <w:sz w:val="18"/>
                <w:szCs w:val="18"/>
              </w:rPr>
              <w:t>137.00 (124.00, 150.00)</w:t>
            </w:r>
          </w:p>
        </w:tc>
        <w:tc>
          <w:tcPr>
            <w:tcW w:w="1984" w:type="dxa"/>
            <w:tcMar>
              <w:top w:w="70" w:type="dxa"/>
              <w:left w:w="90" w:type="dxa"/>
              <w:bottom w:w="70" w:type="dxa"/>
              <w:right w:w="90" w:type="dxa"/>
            </w:tcMar>
            <w:vAlign w:val="center"/>
          </w:tcPr>
          <w:p w14:paraId="4D761858" w14:textId="77777777" w:rsidR="00F720C3" w:rsidRPr="00582A7A" w:rsidRDefault="00000000" w:rsidP="003A2BCD">
            <w:pPr>
              <w:spacing w:after="0" w:line="240" w:lineRule="auto"/>
              <w:jc w:val="both"/>
              <w:rPr>
                <w:sz w:val="18"/>
                <w:szCs w:val="18"/>
              </w:rPr>
            </w:pPr>
            <w:r w:rsidRPr="00582A7A">
              <w:rPr>
                <w:sz w:val="18"/>
                <w:szCs w:val="18"/>
              </w:rPr>
              <w:t>144.00 (129.50, 154.00)</w:t>
            </w:r>
          </w:p>
        </w:tc>
        <w:tc>
          <w:tcPr>
            <w:tcW w:w="1985" w:type="dxa"/>
            <w:tcMar>
              <w:top w:w="70" w:type="dxa"/>
              <w:left w:w="90" w:type="dxa"/>
              <w:bottom w:w="70" w:type="dxa"/>
              <w:right w:w="90" w:type="dxa"/>
            </w:tcMar>
            <w:vAlign w:val="center"/>
          </w:tcPr>
          <w:p w14:paraId="4690B67E" w14:textId="77777777" w:rsidR="00F720C3" w:rsidRPr="00582A7A" w:rsidRDefault="00000000" w:rsidP="003A2BCD">
            <w:pPr>
              <w:spacing w:after="0" w:line="240" w:lineRule="auto"/>
              <w:jc w:val="both"/>
              <w:rPr>
                <w:sz w:val="18"/>
                <w:szCs w:val="18"/>
              </w:rPr>
            </w:pPr>
            <w:r w:rsidRPr="00582A7A">
              <w:rPr>
                <w:sz w:val="18"/>
                <w:szCs w:val="18"/>
              </w:rPr>
              <w:t>139.00 (126.00, 151.00)</w:t>
            </w:r>
          </w:p>
        </w:tc>
        <w:tc>
          <w:tcPr>
            <w:tcW w:w="2098" w:type="dxa"/>
            <w:tcMar>
              <w:top w:w="70" w:type="dxa"/>
              <w:left w:w="90" w:type="dxa"/>
              <w:bottom w:w="70" w:type="dxa"/>
              <w:right w:w="90" w:type="dxa"/>
            </w:tcMar>
            <w:vAlign w:val="center"/>
          </w:tcPr>
          <w:p w14:paraId="38B5E766" w14:textId="77777777" w:rsidR="00F720C3" w:rsidRPr="00582A7A" w:rsidRDefault="00000000" w:rsidP="003A2BCD">
            <w:pPr>
              <w:spacing w:after="0" w:line="240" w:lineRule="auto"/>
              <w:jc w:val="both"/>
              <w:rPr>
                <w:sz w:val="18"/>
                <w:szCs w:val="18"/>
              </w:rPr>
            </w:pPr>
            <w:r w:rsidRPr="00582A7A">
              <w:rPr>
                <w:sz w:val="18"/>
                <w:szCs w:val="18"/>
              </w:rPr>
              <w:t>130.00 (117.00, 143.00)</w:t>
            </w:r>
          </w:p>
        </w:tc>
        <w:tc>
          <w:tcPr>
            <w:tcW w:w="766" w:type="dxa"/>
            <w:tcMar>
              <w:top w:w="70" w:type="dxa"/>
              <w:left w:w="90" w:type="dxa"/>
              <w:bottom w:w="70" w:type="dxa"/>
              <w:right w:w="90" w:type="dxa"/>
            </w:tcMar>
            <w:vAlign w:val="center"/>
          </w:tcPr>
          <w:p w14:paraId="357B15E9"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2298C5D0" w14:textId="77777777" w:rsidTr="00262C8D">
        <w:trPr>
          <w:jc w:val="center"/>
        </w:trPr>
        <w:tc>
          <w:tcPr>
            <w:tcW w:w="3806" w:type="dxa"/>
            <w:tcMar>
              <w:top w:w="70" w:type="dxa"/>
              <w:left w:w="90" w:type="dxa"/>
              <w:bottom w:w="70" w:type="dxa"/>
              <w:right w:w="90" w:type="dxa"/>
            </w:tcMar>
            <w:vAlign w:val="center"/>
          </w:tcPr>
          <w:p w14:paraId="1AFDC8FA" w14:textId="77777777" w:rsidR="00F720C3" w:rsidRPr="00582A7A" w:rsidRDefault="00000000" w:rsidP="003A2BCD">
            <w:pPr>
              <w:spacing w:after="0" w:line="240" w:lineRule="auto"/>
              <w:jc w:val="both"/>
              <w:rPr>
                <w:sz w:val="18"/>
                <w:szCs w:val="18"/>
              </w:rPr>
            </w:pPr>
            <w:r w:rsidRPr="00582A7A">
              <w:rPr>
                <w:sz w:val="18"/>
                <w:szCs w:val="18"/>
              </w:rPr>
              <w:t>Red cell distribution width (%)</w:t>
            </w:r>
          </w:p>
        </w:tc>
        <w:tc>
          <w:tcPr>
            <w:tcW w:w="1985" w:type="dxa"/>
            <w:tcMar>
              <w:top w:w="70" w:type="dxa"/>
              <w:left w:w="90" w:type="dxa"/>
              <w:bottom w:w="70" w:type="dxa"/>
              <w:right w:w="90" w:type="dxa"/>
            </w:tcMar>
            <w:vAlign w:val="center"/>
          </w:tcPr>
          <w:p w14:paraId="1513EEC6" w14:textId="77777777" w:rsidR="00F720C3" w:rsidRPr="00582A7A" w:rsidRDefault="00000000" w:rsidP="003A2BCD">
            <w:pPr>
              <w:spacing w:after="0" w:line="240" w:lineRule="auto"/>
              <w:jc w:val="both"/>
              <w:rPr>
                <w:sz w:val="18"/>
                <w:szCs w:val="18"/>
              </w:rPr>
            </w:pPr>
            <w:r w:rsidRPr="00582A7A">
              <w:rPr>
                <w:sz w:val="18"/>
                <w:szCs w:val="18"/>
              </w:rPr>
              <w:t>13.00 (12.40, 13.70)</w:t>
            </w:r>
          </w:p>
        </w:tc>
        <w:tc>
          <w:tcPr>
            <w:tcW w:w="1984" w:type="dxa"/>
            <w:tcMar>
              <w:top w:w="70" w:type="dxa"/>
              <w:left w:w="90" w:type="dxa"/>
              <w:bottom w:w="70" w:type="dxa"/>
              <w:right w:w="90" w:type="dxa"/>
            </w:tcMar>
            <w:vAlign w:val="center"/>
          </w:tcPr>
          <w:p w14:paraId="38BBCE23" w14:textId="77777777" w:rsidR="00F720C3" w:rsidRPr="00582A7A" w:rsidRDefault="00000000" w:rsidP="003A2BCD">
            <w:pPr>
              <w:spacing w:after="0" w:line="240" w:lineRule="auto"/>
              <w:jc w:val="both"/>
              <w:rPr>
                <w:sz w:val="18"/>
                <w:szCs w:val="18"/>
              </w:rPr>
            </w:pPr>
            <w:r w:rsidRPr="00582A7A">
              <w:rPr>
                <w:sz w:val="18"/>
                <w:szCs w:val="18"/>
              </w:rPr>
              <w:t>13.00 (12.30, 13.60)</w:t>
            </w:r>
          </w:p>
        </w:tc>
        <w:tc>
          <w:tcPr>
            <w:tcW w:w="1985" w:type="dxa"/>
            <w:tcMar>
              <w:top w:w="70" w:type="dxa"/>
              <w:left w:w="90" w:type="dxa"/>
              <w:bottom w:w="70" w:type="dxa"/>
              <w:right w:w="90" w:type="dxa"/>
            </w:tcMar>
            <w:vAlign w:val="center"/>
          </w:tcPr>
          <w:p w14:paraId="17DFF500" w14:textId="77777777" w:rsidR="00F720C3" w:rsidRPr="00582A7A" w:rsidRDefault="00000000" w:rsidP="003A2BCD">
            <w:pPr>
              <w:spacing w:after="0" w:line="240" w:lineRule="auto"/>
              <w:jc w:val="both"/>
              <w:rPr>
                <w:sz w:val="18"/>
                <w:szCs w:val="18"/>
              </w:rPr>
            </w:pPr>
            <w:r w:rsidRPr="00582A7A">
              <w:rPr>
                <w:sz w:val="18"/>
                <w:szCs w:val="18"/>
              </w:rPr>
              <w:t>13.00 (12.50, 13.67)</w:t>
            </w:r>
          </w:p>
        </w:tc>
        <w:tc>
          <w:tcPr>
            <w:tcW w:w="2098" w:type="dxa"/>
            <w:tcMar>
              <w:top w:w="70" w:type="dxa"/>
              <w:left w:w="90" w:type="dxa"/>
              <w:bottom w:w="70" w:type="dxa"/>
              <w:right w:w="90" w:type="dxa"/>
            </w:tcMar>
            <w:vAlign w:val="center"/>
          </w:tcPr>
          <w:p w14:paraId="05C6C424" w14:textId="77777777" w:rsidR="00F720C3" w:rsidRPr="00582A7A" w:rsidRDefault="00000000" w:rsidP="003A2BCD">
            <w:pPr>
              <w:spacing w:after="0" w:line="240" w:lineRule="auto"/>
              <w:jc w:val="both"/>
              <w:rPr>
                <w:sz w:val="18"/>
                <w:szCs w:val="18"/>
              </w:rPr>
            </w:pPr>
            <w:r w:rsidRPr="00582A7A">
              <w:rPr>
                <w:sz w:val="18"/>
                <w:szCs w:val="18"/>
              </w:rPr>
              <w:t>13.10 (12.50, 13.90)</w:t>
            </w:r>
          </w:p>
        </w:tc>
        <w:tc>
          <w:tcPr>
            <w:tcW w:w="766" w:type="dxa"/>
            <w:tcMar>
              <w:top w:w="70" w:type="dxa"/>
              <w:left w:w="90" w:type="dxa"/>
              <w:bottom w:w="70" w:type="dxa"/>
              <w:right w:w="90" w:type="dxa"/>
            </w:tcMar>
            <w:vAlign w:val="center"/>
          </w:tcPr>
          <w:p w14:paraId="355F42F7" w14:textId="77777777" w:rsidR="00F720C3" w:rsidRPr="00582A7A" w:rsidRDefault="00000000" w:rsidP="003A2BCD">
            <w:pPr>
              <w:spacing w:after="0" w:line="240" w:lineRule="auto"/>
              <w:jc w:val="both"/>
              <w:rPr>
                <w:sz w:val="18"/>
                <w:szCs w:val="18"/>
              </w:rPr>
            </w:pPr>
            <w:r w:rsidRPr="00582A7A">
              <w:rPr>
                <w:sz w:val="18"/>
                <w:szCs w:val="18"/>
              </w:rPr>
              <w:t>0.067</w:t>
            </w:r>
          </w:p>
        </w:tc>
      </w:tr>
      <w:tr w:rsidR="002A76DF" w:rsidRPr="00582A7A" w14:paraId="0BC923D0" w14:textId="77777777" w:rsidTr="00262C8D">
        <w:trPr>
          <w:jc w:val="center"/>
        </w:trPr>
        <w:tc>
          <w:tcPr>
            <w:tcW w:w="3806" w:type="dxa"/>
            <w:tcMar>
              <w:top w:w="70" w:type="dxa"/>
              <w:left w:w="90" w:type="dxa"/>
              <w:bottom w:w="70" w:type="dxa"/>
              <w:right w:w="90" w:type="dxa"/>
            </w:tcMar>
            <w:vAlign w:val="center"/>
          </w:tcPr>
          <w:p w14:paraId="59E98C5C" w14:textId="77777777" w:rsidR="00F720C3" w:rsidRPr="00582A7A" w:rsidRDefault="00000000" w:rsidP="003A2BCD">
            <w:pPr>
              <w:spacing w:after="0" w:line="240" w:lineRule="auto"/>
              <w:jc w:val="both"/>
              <w:rPr>
                <w:sz w:val="18"/>
                <w:szCs w:val="18"/>
              </w:rPr>
            </w:pPr>
            <w:r w:rsidRPr="00582A7A">
              <w:rPr>
                <w:sz w:val="18"/>
                <w:szCs w:val="18"/>
              </w:rPr>
              <w:t>Platelet count (10⁹/L)</w:t>
            </w:r>
          </w:p>
        </w:tc>
        <w:tc>
          <w:tcPr>
            <w:tcW w:w="1985" w:type="dxa"/>
            <w:tcMar>
              <w:top w:w="70" w:type="dxa"/>
              <w:left w:w="90" w:type="dxa"/>
              <w:bottom w:w="70" w:type="dxa"/>
              <w:right w:w="90" w:type="dxa"/>
            </w:tcMar>
            <w:vAlign w:val="center"/>
          </w:tcPr>
          <w:p w14:paraId="6FBA906B" w14:textId="77777777" w:rsidR="00F720C3" w:rsidRPr="00582A7A" w:rsidRDefault="00000000" w:rsidP="003A2BCD">
            <w:pPr>
              <w:spacing w:after="0" w:line="240" w:lineRule="auto"/>
              <w:jc w:val="both"/>
              <w:rPr>
                <w:sz w:val="18"/>
                <w:szCs w:val="18"/>
              </w:rPr>
            </w:pPr>
            <w:r w:rsidRPr="00582A7A">
              <w:rPr>
                <w:sz w:val="18"/>
                <w:szCs w:val="18"/>
              </w:rPr>
              <w:t>235.00 (197.00, 274.00)</w:t>
            </w:r>
          </w:p>
        </w:tc>
        <w:tc>
          <w:tcPr>
            <w:tcW w:w="1984" w:type="dxa"/>
            <w:tcMar>
              <w:top w:w="70" w:type="dxa"/>
              <w:left w:w="90" w:type="dxa"/>
              <w:bottom w:w="70" w:type="dxa"/>
              <w:right w:w="90" w:type="dxa"/>
            </w:tcMar>
            <w:vAlign w:val="center"/>
          </w:tcPr>
          <w:p w14:paraId="63434165" w14:textId="77777777" w:rsidR="00F720C3" w:rsidRPr="00582A7A" w:rsidRDefault="00000000" w:rsidP="003A2BCD">
            <w:pPr>
              <w:spacing w:after="0" w:line="240" w:lineRule="auto"/>
              <w:jc w:val="both"/>
              <w:rPr>
                <w:sz w:val="18"/>
                <w:szCs w:val="18"/>
              </w:rPr>
            </w:pPr>
            <w:r w:rsidRPr="00582A7A">
              <w:rPr>
                <w:sz w:val="18"/>
                <w:szCs w:val="18"/>
              </w:rPr>
              <w:t>252.00 (219.50, 287.50)</w:t>
            </w:r>
          </w:p>
        </w:tc>
        <w:tc>
          <w:tcPr>
            <w:tcW w:w="1985" w:type="dxa"/>
            <w:tcMar>
              <w:top w:w="70" w:type="dxa"/>
              <w:left w:w="90" w:type="dxa"/>
              <w:bottom w:w="70" w:type="dxa"/>
              <w:right w:w="90" w:type="dxa"/>
            </w:tcMar>
            <w:vAlign w:val="center"/>
          </w:tcPr>
          <w:p w14:paraId="2630A885" w14:textId="77777777" w:rsidR="00F720C3" w:rsidRPr="00582A7A" w:rsidRDefault="00000000" w:rsidP="003A2BCD">
            <w:pPr>
              <w:spacing w:after="0" w:line="240" w:lineRule="auto"/>
              <w:jc w:val="both"/>
              <w:rPr>
                <w:sz w:val="18"/>
                <w:szCs w:val="18"/>
              </w:rPr>
            </w:pPr>
            <w:r w:rsidRPr="00582A7A">
              <w:rPr>
                <w:sz w:val="18"/>
                <w:szCs w:val="18"/>
              </w:rPr>
              <w:t>233.50 (202.00, 267.75)</w:t>
            </w:r>
          </w:p>
        </w:tc>
        <w:tc>
          <w:tcPr>
            <w:tcW w:w="2098" w:type="dxa"/>
            <w:tcMar>
              <w:top w:w="70" w:type="dxa"/>
              <w:left w:w="90" w:type="dxa"/>
              <w:bottom w:w="70" w:type="dxa"/>
              <w:right w:w="90" w:type="dxa"/>
            </w:tcMar>
            <w:vAlign w:val="center"/>
          </w:tcPr>
          <w:p w14:paraId="33BDAE37" w14:textId="77777777" w:rsidR="00F720C3" w:rsidRPr="00582A7A" w:rsidRDefault="00000000" w:rsidP="003A2BCD">
            <w:pPr>
              <w:spacing w:after="0" w:line="240" w:lineRule="auto"/>
              <w:jc w:val="both"/>
              <w:rPr>
                <w:sz w:val="18"/>
                <w:szCs w:val="18"/>
              </w:rPr>
            </w:pPr>
            <w:r w:rsidRPr="00582A7A">
              <w:rPr>
                <w:sz w:val="18"/>
                <w:szCs w:val="18"/>
              </w:rPr>
              <w:t>221.00 (178.00, 270.50)</w:t>
            </w:r>
          </w:p>
        </w:tc>
        <w:tc>
          <w:tcPr>
            <w:tcW w:w="766" w:type="dxa"/>
            <w:tcMar>
              <w:top w:w="70" w:type="dxa"/>
              <w:left w:w="90" w:type="dxa"/>
              <w:bottom w:w="70" w:type="dxa"/>
              <w:right w:w="90" w:type="dxa"/>
            </w:tcMar>
            <w:vAlign w:val="center"/>
          </w:tcPr>
          <w:p w14:paraId="0ED13ACB"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292BE4D9" w14:textId="77777777" w:rsidTr="00262C8D">
        <w:trPr>
          <w:jc w:val="center"/>
        </w:trPr>
        <w:tc>
          <w:tcPr>
            <w:tcW w:w="3806" w:type="dxa"/>
            <w:tcMar>
              <w:top w:w="70" w:type="dxa"/>
              <w:left w:w="90" w:type="dxa"/>
              <w:bottom w:w="70" w:type="dxa"/>
              <w:right w:w="90" w:type="dxa"/>
            </w:tcMar>
            <w:vAlign w:val="center"/>
          </w:tcPr>
          <w:p w14:paraId="3E6FA087" w14:textId="77777777" w:rsidR="00F720C3" w:rsidRPr="00582A7A" w:rsidRDefault="00000000" w:rsidP="003A2BCD">
            <w:pPr>
              <w:spacing w:after="0" w:line="240" w:lineRule="auto"/>
              <w:jc w:val="both"/>
              <w:rPr>
                <w:sz w:val="18"/>
                <w:szCs w:val="18"/>
              </w:rPr>
            </w:pPr>
            <w:r w:rsidRPr="00582A7A">
              <w:rPr>
                <w:sz w:val="18"/>
                <w:szCs w:val="18"/>
              </w:rPr>
              <w:t>Prothrombin time (s)</w:t>
            </w:r>
          </w:p>
        </w:tc>
        <w:tc>
          <w:tcPr>
            <w:tcW w:w="1985" w:type="dxa"/>
            <w:tcMar>
              <w:top w:w="70" w:type="dxa"/>
              <w:left w:w="90" w:type="dxa"/>
              <w:bottom w:w="70" w:type="dxa"/>
              <w:right w:w="90" w:type="dxa"/>
            </w:tcMar>
            <w:vAlign w:val="center"/>
          </w:tcPr>
          <w:p w14:paraId="5B6E3D33" w14:textId="77777777" w:rsidR="00F720C3" w:rsidRPr="00582A7A" w:rsidRDefault="00000000" w:rsidP="003A2BCD">
            <w:pPr>
              <w:spacing w:after="0" w:line="240" w:lineRule="auto"/>
              <w:jc w:val="both"/>
              <w:rPr>
                <w:sz w:val="18"/>
                <w:szCs w:val="18"/>
              </w:rPr>
            </w:pPr>
            <w:r w:rsidRPr="00582A7A">
              <w:rPr>
                <w:sz w:val="18"/>
                <w:szCs w:val="18"/>
              </w:rPr>
              <w:t>13.20 (12.80, 13.80)</w:t>
            </w:r>
          </w:p>
        </w:tc>
        <w:tc>
          <w:tcPr>
            <w:tcW w:w="1984" w:type="dxa"/>
            <w:tcMar>
              <w:top w:w="70" w:type="dxa"/>
              <w:left w:w="90" w:type="dxa"/>
              <w:bottom w:w="70" w:type="dxa"/>
              <w:right w:w="90" w:type="dxa"/>
            </w:tcMar>
            <w:vAlign w:val="center"/>
          </w:tcPr>
          <w:p w14:paraId="2F2EA56B" w14:textId="77777777" w:rsidR="00F720C3" w:rsidRPr="00582A7A" w:rsidRDefault="00000000" w:rsidP="003A2BCD">
            <w:pPr>
              <w:spacing w:after="0" w:line="240" w:lineRule="auto"/>
              <w:jc w:val="both"/>
              <w:rPr>
                <w:sz w:val="18"/>
                <w:szCs w:val="18"/>
              </w:rPr>
            </w:pPr>
            <w:r w:rsidRPr="00582A7A">
              <w:rPr>
                <w:sz w:val="18"/>
                <w:szCs w:val="18"/>
              </w:rPr>
              <w:t>13.00 (12.50, 13.38)</w:t>
            </w:r>
          </w:p>
        </w:tc>
        <w:tc>
          <w:tcPr>
            <w:tcW w:w="1985" w:type="dxa"/>
            <w:tcMar>
              <w:top w:w="70" w:type="dxa"/>
              <w:left w:w="90" w:type="dxa"/>
              <w:bottom w:w="70" w:type="dxa"/>
              <w:right w:w="90" w:type="dxa"/>
            </w:tcMar>
            <w:vAlign w:val="center"/>
          </w:tcPr>
          <w:p w14:paraId="2B8CD62F" w14:textId="77777777" w:rsidR="00F720C3" w:rsidRPr="00582A7A" w:rsidRDefault="00000000" w:rsidP="003A2BCD">
            <w:pPr>
              <w:spacing w:after="0" w:line="240" w:lineRule="auto"/>
              <w:jc w:val="both"/>
              <w:rPr>
                <w:sz w:val="18"/>
                <w:szCs w:val="18"/>
              </w:rPr>
            </w:pPr>
            <w:r w:rsidRPr="00582A7A">
              <w:rPr>
                <w:sz w:val="18"/>
                <w:szCs w:val="18"/>
              </w:rPr>
              <w:t>13.20 (12.80, 13.80)</w:t>
            </w:r>
          </w:p>
        </w:tc>
        <w:tc>
          <w:tcPr>
            <w:tcW w:w="2098" w:type="dxa"/>
            <w:tcMar>
              <w:top w:w="70" w:type="dxa"/>
              <w:left w:w="90" w:type="dxa"/>
              <w:bottom w:w="70" w:type="dxa"/>
              <w:right w:w="90" w:type="dxa"/>
            </w:tcMar>
            <w:vAlign w:val="center"/>
          </w:tcPr>
          <w:p w14:paraId="55019A85" w14:textId="77777777" w:rsidR="00F720C3" w:rsidRPr="00582A7A" w:rsidRDefault="00000000" w:rsidP="003A2BCD">
            <w:pPr>
              <w:spacing w:after="0" w:line="240" w:lineRule="auto"/>
              <w:jc w:val="both"/>
              <w:rPr>
                <w:sz w:val="18"/>
                <w:szCs w:val="18"/>
              </w:rPr>
            </w:pPr>
            <w:r w:rsidRPr="00582A7A">
              <w:rPr>
                <w:sz w:val="18"/>
                <w:szCs w:val="18"/>
              </w:rPr>
              <w:t>13.60 (13.10, 14.30)</w:t>
            </w:r>
          </w:p>
        </w:tc>
        <w:tc>
          <w:tcPr>
            <w:tcW w:w="766" w:type="dxa"/>
            <w:tcMar>
              <w:top w:w="70" w:type="dxa"/>
              <w:left w:w="90" w:type="dxa"/>
              <w:bottom w:w="70" w:type="dxa"/>
              <w:right w:w="90" w:type="dxa"/>
            </w:tcMar>
            <w:vAlign w:val="center"/>
          </w:tcPr>
          <w:p w14:paraId="3991CB2A"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420A5BC3" w14:textId="77777777" w:rsidTr="00262C8D">
        <w:trPr>
          <w:jc w:val="center"/>
        </w:trPr>
        <w:tc>
          <w:tcPr>
            <w:tcW w:w="3806" w:type="dxa"/>
            <w:tcMar>
              <w:top w:w="70" w:type="dxa"/>
              <w:left w:w="90" w:type="dxa"/>
              <w:bottom w:w="70" w:type="dxa"/>
              <w:right w:w="90" w:type="dxa"/>
            </w:tcMar>
            <w:vAlign w:val="center"/>
          </w:tcPr>
          <w:p w14:paraId="13F72377" w14:textId="77777777" w:rsidR="00F720C3" w:rsidRPr="00582A7A" w:rsidRDefault="00000000" w:rsidP="003A2BCD">
            <w:pPr>
              <w:spacing w:after="0" w:line="240" w:lineRule="auto"/>
              <w:jc w:val="both"/>
              <w:rPr>
                <w:sz w:val="18"/>
                <w:szCs w:val="18"/>
              </w:rPr>
            </w:pPr>
            <w:r w:rsidRPr="00582A7A">
              <w:rPr>
                <w:sz w:val="18"/>
                <w:szCs w:val="18"/>
              </w:rPr>
              <w:t>Fibrinogen (g/L)</w:t>
            </w:r>
          </w:p>
        </w:tc>
        <w:tc>
          <w:tcPr>
            <w:tcW w:w="1985" w:type="dxa"/>
            <w:tcMar>
              <w:top w:w="70" w:type="dxa"/>
              <w:left w:w="90" w:type="dxa"/>
              <w:bottom w:w="70" w:type="dxa"/>
              <w:right w:w="90" w:type="dxa"/>
            </w:tcMar>
            <w:vAlign w:val="center"/>
          </w:tcPr>
          <w:p w14:paraId="0B183C6A" w14:textId="77777777" w:rsidR="00F720C3" w:rsidRPr="00582A7A" w:rsidRDefault="00000000" w:rsidP="003A2BCD">
            <w:pPr>
              <w:spacing w:after="0" w:line="240" w:lineRule="auto"/>
              <w:jc w:val="both"/>
              <w:rPr>
                <w:sz w:val="18"/>
                <w:szCs w:val="18"/>
              </w:rPr>
            </w:pPr>
            <w:r w:rsidRPr="00582A7A">
              <w:rPr>
                <w:sz w:val="18"/>
                <w:szCs w:val="18"/>
              </w:rPr>
              <w:t>3.98 (3.34, 4.60)</w:t>
            </w:r>
          </w:p>
        </w:tc>
        <w:tc>
          <w:tcPr>
            <w:tcW w:w="1984" w:type="dxa"/>
            <w:tcMar>
              <w:top w:w="70" w:type="dxa"/>
              <w:left w:w="90" w:type="dxa"/>
              <w:bottom w:w="70" w:type="dxa"/>
              <w:right w:w="90" w:type="dxa"/>
            </w:tcMar>
            <w:vAlign w:val="center"/>
          </w:tcPr>
          <w:p w14:paraId="3BD25A1E" w14:textId="77777777" w:rsidR="00F720C3" w:rsidRPr="00582A7A" w:rsidRDefault="00000000" w:rsidP="003A2BCD">
            <w:pPr>
              <w:spacing w:after="0" w:line="240" w:lineRule="auto"/>
              <w:jc w:val="both"/>
              <w:rPr>
                <w:sz w:val="18"/>
                <w:szCs w:val="18"/>
              </w:rPr>
            </w:pPr>
            <w:r w:rsidRPr="00582A7A">
              <w:rPr>
                <w:sz w:val="18"/>
                <w:szCs w:val="18"/>
              </w:rPr>
              <w:t>3.95 (3.31, 4.38)</w:t>
            </w:r>
          </w:p>
        </w:tc>
        <w:tc>
          <w:tcPr>
            <w:tcW w:w="1985" w:type="dxa"/>
            <w:tcMar>
              <w:top w:w="70" w:type="dxa"/>
              <w:left w:w="90" w:type="dxa"/>
              <w:bottom w:w="70" w:type="dxa"/>
              <w:right w:w="90" w:type="dxa"/>
            </w:tcMar>
            <w:vAlign w:val="center"/>
          </w:tcPr>
          <w:p w14:paraId="0FD7FFCD" w14:textId="77777777" w:rsidR="00F720C3" w:rsidRPr="00582A7A" w:rsidRDefault="00000000" w:rsidP="003A2BCD">
            <w:pPr>
              <w:spacing w:after="0" w:line="240" w:lineRule="auto"/>
              <w:jc w:val="both"/>
              <w:rPr>
                <w:sz w:val="18"/>
                <w:szCs w:val="18"/>
              </w:rPr>
            </w:pPr>
            <w:r w:rsidRPr="00582A7A">
              <w:rPr>
                <w:sz w:val="18"/>
                <w:szCs w:val="18"/>
              </w:rPr>
              <w:t>3.88 (3.32, 4.43)</w:t>
            </w:r>
          </w:p>
        </w:tc>
        <w:tc>
          <w:tcPr>
            <w:tcW w:w="2098" w:type="dxa"/>
            <w:tcMar>
              <w:top w:w="70" w:type="dxa"/>
              <w:left w:w="90" w:type="dxa"/>
              <w:bottom w:w="70" w:type="dxa"/>
              <w:right w:w="90" w:type="dxa"/>
            </w:tcMar>
            <w:vAlign w:val="center"/>
          </w:tcPr>
          <w:p w14:paraId="6C7D1936" w14:textId="77777777" w:rsidR="00F720C3" w:rsidRPr="00582A7A" w:rsidRDefault="00000000" w:rsidP="003A2BCD">
            <w:pPr>
              <w:spacing w:after="0" w:line="240" w:lineRule="auto"/>
              <w:jc w:val="both"/>
              <w:rPr>
                <w:sz w:val="18"/>
                <w:szCs w:val="18"/>
              </w:rPr>
            </w:pPr>
            <w:r w:rsidRPr="00582A7A">
              <w:rPr>
                <w:sz w:val="18"/>
                <w:szCs w:val="18"/>
              </w:rPr>
              <w:t>4.18 (3.50, 4.94)</w:t>
            </w:r>
          </w:p>
        </w:tc>
        <w:tc>
          <w:tcPr>
            <w:tcW w:w="766" w:type="dxa"/>
            <w:tcMar>
              <w:top w:w="70" w:type="dxa"/>
              <w:left w:w="90" w:type="dxa"/>
              <w:bottom w:w="70" w:type="dxa"/>
              <w:right w:w="90" w:type="dxa"/>
            </w:tcMar>
            <w:vAlign w:val="center"/>
          </w:tcPr>
          <w:p w14:paraId="163D203C"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59700362" w14:textId="77777777" w:rsidTr="00262C8D">
        <w:trPr>
          <w:jc w:val="center"/>
        </w:trPr>
        <w:tc>
          <w:tcPr>
            <w:tcW w:w="3806" w:type="dxa"/>
            <w:tcMar>
              <w:top w:w="70" w:type="dxa"/>
              <w:left w:w="90" w:type="dxa"/>
              <w:bottom w:w="70" w:type="dxa"/>
              <w:right w:w="90" w:type="dxa"/>
            </w:tcMar>
            <w:vAlign w:val="center"/>
          </w:tcPr>
          <w:p w14:paraId="226F29FF" w14:textId="77777777" w:rsidR="00F720C3" w:rsidRPr="00582A7A" w:rsidRDefault="00000000" w:rsidP="003A2BCD">
            <w:pPr>
              <w:spacing w:after="0" w:line="240" w:lineRule="auto"/>
              <w:jc w:val="both"/>
              <w:rPr>
                <w:sz w:val="18"/>
                <w:szCs w:val="18"/>
              </w:rPr>
            </w:pPr>
            <w:r w:rsidRPr="00582A7A">
              <w:rPr>
                <w:sz w:val="18"/>
                <w:szCs w:val="18"/>
              </w:rPr>
              <w:t>Glycated hemoglobin (%)</w:t>
            </w:r>
          </w:p>
        </w:tc>
        <w:tc>
          <w:tcPr>
            <w:tcW w:w="1985" w:type="dxa"/>
            <w:tcMar>
              <w:top w:w="70" w:type="dxa"/>
              <w:left w:w="90" w:type="dxa"/>
              <w:bottom w:w="70" w:type="dxa"/>
              <w:right w:w="90" w:type="dxa"/>
            </w:tcMar>
            <w:vAlign w:val="center"/>
          </w:tcPr>
          <w:p w14:paraId="1DAAF388" w14:textId="77777777" w:rsidR="00F720C3" w:rsidRPr="00582A7A" w:rsidRDefault="00000000" w:rsidP="003A2BCD">
            <w:pPr>
              <w:spacing w:after="0" w:line="240" w:lineRule="auto"/>
              <w:jc w:val="both"/>
              <w:rPr>
                <w:sz w:val="18"/>
                <w:szCs w:val="18"/>
              </w:rPr>
            </w:pPr>
            <w:r w:rsidRPr="00582A7A">
              <w:rPr>
                <w:sz w:val="18"/>
                <w:szCs w:val="18"/>
              </w:rPr>
              <w:t>6.10 (5.80, 6.90)</w:t>
            </w:r>
          </w:p>
        </w:tc>
        <w:tc>
          <w:tcPr>
            <w:tcW w:w="1984" w:type="dxa"/>
            <w:tcMar>
              <w:top w:w="70" w:type="dxa"/>
              <w:left w:w="90" w:type="dxa"/>
              <w:bottom w:w="70" w:type="dxa"/>
              <w:right w:w="90" w:type="dxa"/>
            </w:tcMar>
            <w:vAlign w:val="center"/>
          </w:tcPr>
          <w:p w14:paraId="424D5E5B" w14:textId="77777777" w:rsidR="00F720C3" w:rsidRPr="00582A7A" w:rsidRDefault="00000000" w:rsidP="003A2BCD">
            <w:pPr>
              <w:spacing w:after="0" w:line="240" w:lineRule="auto"/>
              <w:jc w:val="both"/>
              <w:rPr>
                <w:sz w:val="18"/>
                <w:szCs w:val="18"/>
              </w:rPr>
            </w:pPr>
            <w:r w:rsidRPr="00582A7A">
              <w:rPr>
                <w:sz w:val="18"/>
                <w:szCs w:val="18"/>
              </w:rPr>
              <w:t>6.15 (5.80, 6.98)</w:t>
            </w:r>
          </w:p>
        </w:tc>
        <w:tc>
          <w:tcPr>
            <w:tcW w:w="1985" w:type="dxa"/>
            <w:tcMar>
              <w:top w:w="70" w:type="dxa"/>
              <w:left w:w="90" w:type="dxa"/>
              <w:bottom w:w="70" w:type="dxa"/>
              <w:right w:w="90" w:type="dxa"/>
            </w:tcMar>
            <w:vAlign w:val="center"/>
          </w:tcPr>
          <w:p w14:paraId="2D299A82" w14:textId="77777777" w:rsidR="00F720C3" w:rsidRPr="00582A7A" w:rsidRDefault="00000000" w:rsidP="003A2BCD">
            <w:pPr>
              <w:spacing w:after="0" w:line="240" w:lineRule="auto"/>
              <w:jc w:val="both"/>
              <w:rPr>
                <w:sz w:val="18"/>
                <w:szCs w:val="18"/>
              </w:rPr>
            </w:pPr>
            <w:r w:rsidRPr="00582A7A">
              <w:rPr>
                <w:sz w:val="18"/>
                <w:szCs w:val="18"/>
              </w:rPr>
              <w:t>6.10 (5.80, 6.70)</w:t>
            </w:r>
          </w:p>
        </w:tc>
        <w:tc>
          <w:tcPr>
            <w:tcW w:w="2098" w:type="dxa"/>
            <w:tcMar>
              <w:top w:w="70" w:type="dxa"/>
              <w:left w:w="90" w:type="dxa"/>
              <w:bottom w:w="70" w:type="dxa"/>
              <w:right w:w="90" w:type="dxa"/>
            </w:tcMar>
            <w:vAlign w:val="center"/>
          </w:tcPr>
          <w:p w14:paraId="301931B6" w14:textId="77777777" w:rsidR="00F720C3" w:rsidRPr="00582A7A" w:rsidRDefault="00000000" w:rsidP="003A2BCD">
            <w:pPr>
              <w:spacing w:after="0" w:line="240" w:lineRule="auto"/>
              <w:jc w:val="both"/>
              <w:rPr>
                <w:sz w:val="18"/>
                <w:szCs w:val="18"/>
              </w:rPr>
            </w:pPr>
            <w:r w:rsidRPr="00582A7A">
              <w:rPr>
                <w:sz w:val="18"/>
                <w:szCs w:val="18"/>
              </w:rPr>
              <w:t>6.10 (5.70, 7.00)</w:t>
            </w:r>
          </w:p>
        </w:tc>
        <w:tc>
          <w:tcPr>
            <w:tcW w:w="766" w:type="dxa"/>
            <w:tcMar>
              <w:top w:w="70" w:type="dxa"/>
              <w:left w:w="90" w:type="dxa"/>
              <w:bottom w:w="70" w:type="dxa"/>
              <w:right w:w="90" w:type="dxa"/>
            </w:tcMar>
            <w:vAlign w:val="center"/>
          </w:tcPr>
          <w:p w14:paraId="5194EDB4" w14:textId="77777777" w:rsidR="00F720C3" w:rsidRPr="00582A7A" w:rsidRDefault="00000000" w:rsidP="003A2BCD">
            <w:pPr>
              <w:spacing w:after="0" w:line="240" w:lineRule="auto"/>
              <w:jc w:val="both"/>
              <w:rPr>
                <w:sz w:val="18"/>
                <w:szCs w:val="18"/>
              </w:rPr>
            </w:pPr>
            <w:r w:rsidRPr="00582A7A">
              <w:rPr>
                <w:sz w:val="18"/>
                <w:szCs w:val="18"/>
              </w:rPr>
              <w:t>0.832</w:t>
            </w:r>
          </w:p>
        </w:tc>
      </w:tr>
      <w:tr w:rsidR="002A76DF" w:rsidRPr="00582A7A" w14:paraId="4360E5CC" w14:textId="77777777" w:rsidTr="00262C8D">
        <w:trPr>
          <w:jc w:val="center"/>
        </w:trPr>
        <w:tc>
          <w:tcPr>
            <w:tcW w:w="3806" w:type="dxa"/>
            <w:tcMar>
              <w:top w:w="70" w:type="dxa"/>
              <w:left w:w="90" w:type="dxa"/>
              <w:bottom w:w="70" w:type="dxa"/>
              <w:right w:w="90" w:type="dxa"/>
            </w:tcMar>
            <w:vAlign w:val="center"/>
          </w:tcPr>
          <w:p w14:paraId="393E9D25" w14:textId="77777777" w:rsidR="00F720C3" w:rsidRPr="00582A7A" w:rsidRDefault="00000000" w:rsidP="003A2BCD">
            <w:pPr>
              <w:spacing w:after="0" w:line="240" w:lineRule="auto"/>
              <w:jc w:val="both"/>
              <w:rPr>
                <w:sz w:val="18"/>
                <w:szCs w:val="18"/>
              </w:rPr>
            </w:pPr>
            <w:r w:rsidRPr="00582A7A">
              <w:rPr>
                <w:sz w:val="18"/>
                <w:szCs w:val="18"/>
              </w:rPr>
              <w:t>Urine protein</w:t>
            </w:r>
          </w:p>
        </w:tc>
        <w:tc>
          <w:tcPr>
            <w:tcW w:w="1985" w:type="dxa"/>
            <w:tcMar>
              <w:top w:w="70" w:type="dxa"/>
              <w:left w:w="90" w:type="dxa"/>
              <w:bottom w:w="70" w:type="dxa"/>
              <w:right w:w="90" w:type="dxa"/>
            </w:tcMar>
            <w:vAlign w:val="center"/>
          </w:tcPr>
          <w:p w14:paraId="321F666A" w14:textId="77777777" w:rsidR="00F720C3" w:rsidRDefault="00000000" w:rsidP="003A2BCD">
            <w:pPr>
              <w:spacing w:after="0" w:line="240" w:lineRule="auto"/>
              <w:jc w:val="both"/>
              <w:rPr>
                <w:sz w:val="18"/>
                <w:szCs w:val="18"/>
                <w:lang w:eastAsia="zh-CN"/>
              </w:rPr>
            </w:pPr>
            <w:r w:rsidRPr="00582A7A">
              <w:rPr>
                <w:sz w:val="18"/>
                <w:szCs w:val="18"/>
              </w:rPr>
              <w:t>0: 515 (75.62%);</w:t>
            </w:r>
          </w:p>
          <w:p w14:paraId="79A8BF67" w14:textId="77777777" w:rsidR="00F720C3" w:rsidRDefault="00000000" w:rsidP="003A2BCD">
            <w:pPr>
              <w:spacing w:after="0" w:line="240" w:lineRule="auto"/>
              <w:jc w:val="both"/>
              <w:rPr>
                <w:sz w:val="18"/>
                <w:szCs w:val="18"/>
                <w:lang w:eastAsia="zh-CN"/>
              </w:rPr>
            </w:pPr>
            <w:r w:rsidRPr="00582A7A">
              <w:rPr>
                <w:sz w:val="18"/>
                <w:szCs w:val="18"/>
              </w:rPr>
              <w:lastRenderedPageBreak/>
              <w:t>1: 93 (13.66%);</w:t>
            </w:r>
          </w:p>
          <w:p w14:paraId="59C3DCE2" w14:textId="77777777" w:rsidR="00F720C3" w:rsidRPr="00582A7A" w:rsidRDefault="00000000" w:rsidP="003A2BCD">
            <w:pPr>
              <w:spacing w:after="0" w:line="240" w:lineRule="auto"/>
              <w:jc w:val="both"/>
              <w:rPr>
                <w:sz w:val="18"/>
                <w:szCs w:val="18"/>
              </w:rPr>
            </w:pPr>
            <w:r w:rsidRPr="00582A7A">
              <w:rPr>
                <w:sz w:val="18"/>
                <w:szCs w:val="18"/>
              </w:rPr>
              <w:t>3: 73 (10.72%)</w:t>
            </w:r>
          </w:p>
        </w:tc>
        <w:tc>
          <w:tcPr>
            <w:tcW w:w="1984" w:type="dxa"/>
            <w:tcMar>
              <w:top w:w="70" w:type="dxa"/>
              <w:left w:w="90" w:type="dxa"/>
              <w:bottom w:w="70" w:type="dxa"/>
              <w:right w:w="90" w:type="dxa"/>
            </w:tcMar>
            <w:vAlign w:val="center"/>
          </w:tcPr>
          <w:p w14:paraId="49FDBDB7" w14:textId="77777777" w:rsidR="00F720C3" w:rsidRDefault="00000000" w:rsidP="003A2BCD">
            <w:pPr>
              <w:spacing w:after="0" w:line="240" w:lineRule="auto"/>
              <w:jc w:val="both"/>
              <w:rPr>
                <w:sz w:val="18"/>
                <w:szCs w:val="18"/>
                <w:lang w:eastAsia="zh-CN"/>
              </w:rPr>
            </w:pPr>
            <w:r w:rsidRPr="00582A7A">
              <w:rPr>
                <w:sz w:val="18"/>
                <w:szCs w:val="18"/>
              </w:rPr>
              <w:lastRenderedPageBreak/>
              <w:t>0: 182 (80.18%);</w:t>
            </w:r>
          </w:p>
          <w:p w14:paraId="2663F9BD" w14:textId="77777777" w:rsidR="00F720C3" w:rsidRDefault="00000000" w:rsidP="003A2BCD">
            <w:pPr>
              <w:spacing w:after="0" w:line="240" w:lineRule="auto"/>
              <w:jc w:val="both"/>
              <w:rPr>
                <w:sz w:val="18"/>
                <w:szCs w:val="18"/>
                <w:lang w:eastAsia="zh-CN"/>
              </w:rPr>
            </w:pPr>
            <w:r w:rsidRPr="00582A7A">
              <w:rPr>
                <w:sz w:val="18"/>
                <w:szCs w:val="18"/>
              </w:rPr>
              <w:lastRenderedPageBreak/>
              <w:t>1: 21 (9.25%);</w:t>
            </w:r>
          </w:p>
          <w:p w14:paraId="64707C7C" w14:textId="77777777" w:rsidR="00F720C3" w:rsidRPr="00582A7A" w:rsidRDefault="00000000" w:rsidP="003A2BCD">
            <w:pPr>
              <w:spacing w:after="0" w:line="240" w:lineRule="auto"/>
              <w:jc w:val="both"/>
              <w:rPr>
                <w:sz w:val="18"/>
                <w:szCs w:val="18"/>
              </w:rPr>
            </w:pPr>
            <w:r w:rsidRPr="00582A7A">
              <w:rPr>
                <w:sz w:val="18"/>
                <w:szCs w:val="18"/>
              </w:rPr>
              <w:t>3: 24 (10.57%)</w:t>
            </w:r>
          </w:p>
        </w:tc>
        <w:tc>
          <w:tcPr>
            <w:tcW w:w="1985" w:type="dxa"/>
            <w:tcMar>
              <w:top w:w="70" w:type="dxa"/>
              <w:left w:w="90" w:type="dxa"/>
              <w:bottom w:w="70" w:type="dxa"/>
              <w:right w:w="90" w:type="dxa"/>
            </w:tcMar>
            <w:vAlign w:val="center"/>
          </w:tcPr>
          <w:p w14:paraId="4A647D0F" w14:textId="77777777" w:rsidR="00F720C3" w:rsidRDefault="00000000" w:rsidP="003A2BCD">
            <w:pPr>
              <w:spacing w:after="0" w:line="240" w:lineRule="auto"/>
              <w:jc w:val="both"/>
              <w:rPr>
                <w:sz w:val="18"/>
                <w:szCs w:val="18"/>
                <w:lang w:eastAsia="zh-CN"/>
              </w:rPr>
            </w:pPr>
            <w:r w:rsidRPr="00582A7A">
              <w:rPr>
                <w:sz w:val="18"/>
                <w:szCs w:val="18"/>
              </w:rPr>
              <w:lastRenderedPageBreak/>
              <w:t>0: 177 (77.97%);</w:t>
            </w:r>
          </w:p>
          <w:p w14:paraId="0C1E8464" w14:textId="77777777" w:rsidR="00F720C3" w:rsidRDefault="00000000" w:rsidP="003A2BCD">
            <w:pPr>
              <w:spacing w:after="0" w:line="240" w:lineRule="auto"/>
              <w:jc w:val="both"/>
              <w:rPr>
                <w:sz w:val="18"/>
                <w:szCs w:val="18"/>
                <w:lang w:eastAsia="zh-CN"/>
              </w:rPr>
            </w:pPr>
            <w:r w:rsidRPr="00582A7A">
              <w:rPr>
                <w:sz w:val="18"/>
                <w:szCs w:val="18"/>
              </w:rPr>
              <w:lastRenderedPageBreak/>
              <w:t>1: 23 (10.13%);</w:t>
            </w:r>
          </w:p>
          <w:p w14:paraId="09C99EF0" w14:textId="77777777" w:rsidR="00F720C3" w:rsidRPr="00582A7A" w:rsidRDefault="00000000" w:rsidP="003A2BCD">
            <w:pPr>
              <w:spacing w:after="0" w:line="240" w:lineRule="auto"/>
              <w:jc w:val="both"/>
              <w:rPr>
                <w:sz w:val="18"/>
                <w:szCs w:val="18"/>
              </w:rPr>
            </w:pPr>
            <w:r w:rsidRPr="00582A7A">
              <w:rPr>
                <w:sz w:val="18"/>
                <w:szCs w:val="18"/>
              </w:rPr>
              <w:t>3: 27 (11.89%)</w:t>
            </w:r>
          </w:p>
        </w:tc>
        <w:tc>
          <w:tcPr>
            <w:tcW w:w="2098" w:type="dxa"/>
            <w:tcMar>
              <w:top w:w="70" w:type="dxa"/>
              <w:left w:w="90" w:type="dxa"/>
              <w:bottom w:w="70" w:type="dxa"/>
              <w:right w:w="90" w:type="dxa"/>
            </w:tcMar>
            <w:vAlign w:val="center"/>
          </w:tcPr>
          <w:p w14:paraId="16E30FEB" w14:textId="77777777" w:rsidR="00F720C3" w:rsidRDefault="00000000" w:rsidP="003A2BCD">
            <w:pPr>
              <w:spacing w:after="0" w:line="240" w:lineRule="auto"/>
              <w:jc w:val="both"/>
              <w:rPr>
                <w:sz w:val="18"/>
                <w:szCs w:val="18"/>
                <w:lang w:eastAsia="zh-CN"/>
              </w:rPr>
            </w:pPr>
            <w:r w:rsidRPr="00582A7A">
              <w:rPr>
                <w:sz w:val="18"/>
                <w:szCs w:val="18"/>
              </w:rPr>
              <w:lastRenderedPageBreak/>
              <w:t>0: 156 (68.72%);</w:t>
            </w:r>
          </w:p>
          <w:p w14:paraId="1FE65CBA" w14:textId="77777777" w:rsidR="00F720C3" w:rsidRDefault="00000000" w:rsidP="003A2BCD">
            <w:pPr>
              <w:spacing w:after="0" w:line="240" w:lineRule="auto"/>
              <w:jc w:val="both"/>
              <w:rPr>
                <w:sz w:val="18"/>
                <w:szCs w:val="18"/>
                <w:lang w:eastAsia="zh-CN"/>
              </w:rPr>
            </w:pPr>
            <w:r w:rsidRPr="00582A7A">
              <w:rPr>
                <w:sz w:val="18"/>
                <w:szCs w:val="18"/>
              </w:rPr>
              <w:lastRenderedPageBreak/>
              <w:t>1: 49 (21.59%);</w:t>
            </w:r>
          </w:p>
          <w:p w14:paraId="63800171" w14:textId="77777777" w:rsidR="00F720C3" w:rsidRPr="00582A7A" w:rsidRDefault="00000000" w:rsidP="003A2BCD">
            <w:pPr>
              <w:spacing w:after="0" w:line="240" w:lineRule="auto"/>
              <w:jc w:val="both"/>
              <w:rPr>
                <w:sz w:val="18"/>
                <w:szCs w:val="18"/>
              </w:rPr>
            </w:pPr>
            <w:r w:rsidRPr="00582A7A">
              <w:rPr>
                <w:sz w:val="18"/>
                <w:szCs w:val="18"/>
              </w:rPr>
              <w:t>3: 22 (9.69%)</w:t>
            </w:r>
          </w:p>
        </w:tc>
        <w:tc>
          <w:tcPr>
            <w:tcW w:w="766" w:type="dxa"/>
            <w:tcMar>
              <w:top w:w="70" w:type="dxa"/>
              <w:left w:w="90" w:type="dxa"/>
              <w:bottom w:w="70" w:type="dxa"/>
              <w:right w:w="90" w:type="dxa"/>
            </w:tcMar>
            <w:vAlign w:val="center"/>
          </w:tcPr>
          <w:p w14:paraId="40C43CE5" w14:textId="77777777" w:rsidR="00F720C3" w:rsidRPr="00582A7A" w:rsidRDefault="00000000" w:rsidP="003A2BCD">
            <w:pPr>
              <w:spacing w:after="0" w:line="240" w:lineRule="auto"/>
              <w:jc w:val="both"/>
              <w:rPr>
                <w:sz w:val="18"/>
                <w:szCs w:val="18"/>
              </w:rPr>
            </w:pPr>
            <w:r w:rsidRPr="00582A7A">
              <w:rPr>
                <w:sz w:val="18"/>
                <w:szCs w:val="18"/>
              </w:rPr>
              <w:lastRenderedPageBreak/>
              <w:t>0.001</w:t>
            </w:r>
          </w:p>
        </w:tc>
      </w:tr>
      <w:tr w:rsidR="002A76DF" w:rsidRPr="00582A7A" w14:paraId="0C3837E7" w14:textId="77777777" w:rsidTr="00262C8D">
        <w:trPr>
          <w:jc w:val="center"/>
        </w:trPr>
        <w:tc>
          <w:tcPr>
            <w:tcW w:w="3806" w:type="dxa"/>
            <w:tcMar>
              <w:top w:w="70" w:type="dxa"/>
              <w:left w:w="90" w:type="dxa"/>
              <w:bottom w:w="70" w:type="dxa"/>
              <w:right w:w="90" w:type="dxa"/>
            </w:tcMar>
            <w:vAlign w:val="center"/>
          </w:tcPr>
          <w:p w14:paraId="775C9D52" w14:textId="77777777" w:rsidR="00F720C3" w:rsidRPr="00582A7A" w:rsidRDefault="00000000" w:rsidP="003A2BCD">
            <w:pPr>
              <w:spacing w:after="0" w:line="240" w:lineRule="auto"/>
              <w:jc w:val="both"/>
              <w:rPr>
                <w:sz w:val="18"/>
                <w:szCs w:val="18"/>
              </w:rPr>
            </w:pPr>
            <w:r w:rsidRPr="00582A7A">
              <w:rPr>
                <w:sz w:val="18"/>
                <w:szCs w:val="18"/>
              </w:rPr>
              <w:t>NT-</w:t>
            </w:r>
            <w:proofErr w:type="spellStart"/>
            <w:r w:rsidRPr="00582A7A">
              <w:rPr>
                <w:sz w:val="18"/>
                <w:szCs w:val="18"/>
              </w:rPr>
              <w:t>proBNP</w:t>
            </w:r>
            <w:proofErr w:type="spellEnd"/>
            <w:r w:rsidRPr="00582A7A">
              <w:rPr>
                <w:sz w:val="18"/>
                <w:szCs w:val="18"/>
              </w:rPr>
              <w:t xml:space="preserve"> (</w:t>
            </w:r>
            <w:proofErr w:type="spellStart"/>
            <w:r w:rsidRPr="00582A7A">
              <w:rPr>
                <w:sz w:val="18"/>
                <w:szCs w:val="18"/>
              </w:rPr>
              <w:t>pg</w:t>
            </w:r>
            <w:proofErr w:type="spellEnd"/>
            <w:r w:rsidRPr="00582A7A">
              <w:rPr>
                <w:sz w:val="18"/>
                <w:szCs w:val="18"/>
              </w:rPr>
              <w:t>/mL)</w:t>
            </w:r>
          </w:p>
        </w:tc>
        <w:tc>
          <w:tcPr>
            <w:tcW w:w="1985" w:type="dxa"/>
            <w:tcMar>
              <w:top w:w="70" w:type="dxa"/>
              <w:left w:w="90" w:type="dxa"/>
              <w:bottom w:w="70" w:type="dxa"/>
              <w:right w:w="90" w:type="dxa"/>
            </w:tcMar>
            <w:vAlign w:val="center"/>
          </w:tcPr>
          <w:p w14:paraId="370C474E" w14:textId="77777777" w:rsidR="00F720C3" w:rsidRPr="00582A7A" w:rsidRDefault="00000000" w:rsidP="003A2BCD">
            <w:pPr>
              <w:spacing w:after="0" w:line="240" w:lineRule="auto"/>
              <w:jc w:val="both"/>
              <w:rPr>
                <w:sz w:val="18"/>
                <w:szCs w:val="18"/>
              </w:rPr>
            </w:pPr>
            <w:r w:rsidRPr="00582A7A">
              <w:rPr>
                <w:sz w:val="18"/>
                <w:szCs w:val="18"/>
              </w:rPr>
              <w:t>915.10(349.00, 2160.75)</w:t>
            </w:r>
          </w:p>
        </w:tc>
        <w:tc>
          <w:tcPr>
            <w:tcW w:w="1984" w:type="dxa"/>
            <w:tcMar>
              <w:top w:w="70" w:type="dxa"/>
              <w:left w:w="90" w:type="dxa"/>
              <w:bottom w:w="70" w:type="dxa"/>
              <w:right w:w="90" w:type="dxa"/>
            </w:tcMar>
            <w:vAlign w:val="center"/>
          </w:tcPr>
          <w:p w14:paraId="6D184031" w14:textId="77777777" w:rsidR="00F720C3" w:rsidRPr="00582A7A" w:rsidRDefault="00000000" w:rsidP="003A2BCD">
            <w:pPr>
              <w:spacing w:after="0" w:line="240" w:lineRule="auto"/>
              <w:jc w:val="both"/>
              <w:rPr>
                <w:sz w:val="18"/>
                <w:szCs w:val="18"/>
              </w:rPr>
            </w:pPr>
            <w:r w:rsidRPr="00582A7A">
              <w:rPr>
                <w:sz w:val="18"/>
                <w:szCs w:val="18"/>
              </w:rPr>
              <w:t>439.50(243.75, 1098.25)</w:t>
            </w:r>
          </w:p>
        </w:tc>
        <w:tc>
          <w:tcPr>
            <w:tcW w:w="1985" w:type="dxa"/>
            <w:tcMar>
              <w:top w:w="70" w:type="dxa"/>
              <w:left w:w="90" w:type="dxa"/>
              <w:bottom w:w="70" w:type="dxa"/>
              <w:right w:w="90" w:type="dxa"/>
            </w:tcMar>
            <w:vAlign w:val="center"/>
          </w:tcPr>
          <w:p w14:paraId="5663953B" w14:textId="77777777" w:rsidR="00F720C3" w:rsidRPr="00582A7A" w:rsidRDefault="00000000" w:rsidP="003A2BCD">
            <w:pPr>
              <w:spacing w:after="0" w:line="240" w:lineRule="auto"/>
              <w:jc w:val="both"/>
              <w:rPr>
                <w:sz w:val="18"/>
                <w:szCs w:val="18"/>
              </w:rPr>
            </w:pPr>
            <w:r w:rsidRPr="00582A7A">
              <w:rPr>
                <w:sz w:val="18"/>
                <w:szCs w:val="18"/>
              </w:rPr>
              <w:t>730.00(287.25, 1691.00)</w:t>
            </w:r>
          </w:p>
        </w:tc>
        <w:tc>
          <w:tcPr>
            <w:tcW w:w="2098" w:type="dxa"/>
            <w:tcMar>
              <w:top w:w="70" w:type="dxa"/>
              <w:left w:w="90" w:type="dxa"/>
              <w:bottom w:w="70" w:type="dxa"/>
              <w:right w:w="90" w:type="dxa"/>
            </w:tcMar>
            <w:vAlign w:val="center"/>
          </w:tcPr>
          <w:p w14:paraId="4560D4F8" w14:textId="77777777" w:rsidR="00F720C3" w:rsidRPr="00582A7A" w:rsidRDefault="00000000" w:rsidP="003A2BCD">
            <w:pPr>
              <w:spacing w:after="0" w:line="240" w:lineRule="auto"/>
              <w:jc w:val="both"/>
              <w:rPr>
                <w:sz w:val="18"/>
                <w:szCs w:val="18"/>
              </w:rPr>
            </w:pPr>
            <w:r w:rsidRPr="00582A7A">
              <w:rPr>
                <w:sz w:val="18"/>
                <w:szCs w:val="18"/>
              </w:rPr>
              <w:t>1842.50(865.72,</w:t>
            </w:r>
            <w:r>
              <w:rPr>
                <w:rFonts w:hint="eastAsia"/>
                <w:sz w:val="18"/>
                <w:szCs w:val="18"/>
                <w:lang w:eastAsia="zh-CN"/>
              </w:rPr>
              <w:t xml:space="preserve"> </w:t>
            </w:r>
            <w:r w:rsidRPr="00582A7A">
              <w:rPr>
                <w:sz w:val="18"/>
                <w:szCs w:val="18"/>
              </w:rPr>
              <w:t>4399.0</w:t>
            </w:r>
            <w:r>
              <w:rPr>
                <w:rFonts w:hint="eastAsia"/>
                <w:sz w:val="18"/>
                <w:szCs w:val="18"/>
                <w:lang w:eastAsia="zh-CN"/>
              </w:rPr>
              <w:t>0</w:t>
            </w:r>
            <w:r w:rsidRPr="00582A7A">
              <w:rPr>
                <w:sz w:val="18"/>
                <w:szCs w:val="18"/>
              </w:rPr>
              <w:t>)</w:t>
            </w:r>
          </w:p>
        </w:tc>
        <w:tc>
          <w:tcPr>
            <w:tcW w:w="766" w:type="dxa"/>
            <w:tcMar>
              <w:top w:w="70" w:type="dxa"/>
              <w:left w:w="90" w:type="dxa"/>
              <w:bottom w:w="70" w:type="dxa"/>
              <w:right w:w="90" w:type="dxa"/>
            </w:tcMar>
            <w:vAlign w:val="center"/>
          </w:tcPr>
          <w:p w14:paraId="2ED71472"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69A951F8" w14:textId="77777777" w:rsidTr="00262C8D">
        <w:trPr>
          <w:jc w:val="center"/>
        </w:trPr>
        <w:tc>
          <w:tcPr>
            <w:tcW w:w="3806" w:type="dxa"/>
            <w:tcMar>
              <w:top w:w="70" w:type="dxa"/>
              <w:left w:w="90" w:type="dxa"/>
              <w:bottom w:w="70" w:type="dxa"/>
              <w:right w:w="90" w:type="dxa"/>
            </w:tcMar>
            <w:vAlign w:val="center"/>
          </w:tcPr>
          <w:p w14:paraId="63C54E44" w14:textId="77777777" w:rsidR="00F720C3" w:rsidRPr="00582A7A" w:rsidRDefault="00000000" w:rsidP="003A2BCD">
            <w:pPr>
              <w:spacing w:after="0" w:line="240" w:lineRule="auto"/>
              <w:jc w:val="both"/>
              <w:rPr>
                <w:sz w:val="18"/>
                <w:szCs w:val="18"/>
              </w:rPr>
            </w:pPr>
            <w:proofErr w:type="spellStart"/>
            <w:r w:rsidRPr="00FB75FB">
              <w:rPr>
                <w:sz w:val="18"/>
                <w:szCs w:val="18"/>
              </w:rPr>
              <w:t>hs-cTnT</w:t>
            </w:r>
            <w:proofErr w:type="spellEnd"/>
            <w:r w:rsidRPr="00582A7A">
              <w:rPr>
                <w:sz w:val="18"/>
                <w:szCs w:val="18"/>
              </w:rPr>
              <w:t xml:space="preserve"> (ng/mL)</w:t>
            </w:r>
          </w:p>
        </w:tc>
        <w:tc>
          <w:tcPr>
            <w:tcW w:w="1985" w:type="dxa"/>
            <w:tcMar>
              <w:top w:w="70" w:type="dxa"/>
              <w:left w:w="90" w:type="dxa"/>
              <w:bottom w:w="70" w:type="dxa"/>
              <w:right w:w="90" w:type="dxa"/>
            </w:tcMar>
            <w:vAlign w:val="center"/>
          </w:tcPr>
          <w:p w14:paraId="23586D22" w14:textId="77777777" w:rsidR="00F720C3" w:rsidRPr="00582A7A" w:rsidRDefault="00000000" w:rsidP="003A2BCD">
            <w:pPr>
              <w:spacing w:after="0" w:line="240" w:lineRule="auto"/>
              <w:jc w:val="both"/>
              <w:rPr>
                <w:sz w:val="18"/>
                <w:szCs w:val="18"/>
              </w:rPr>
            </w:pPr>
            <w:r w:rsidRPr="00582A7A">
              <w:rPr>
                <w:sz w:val="18"/>
                <w:szCs w:val="18"/>
              </w:rPr>
              <w:t>0.47 (0.20, 1.12)</w:t>
            </w:r>
          </w:p>
        </w:tc>
        <w:tc>
          <w:tcPr>
            <w:tcW w:w="1984" w:type="dxa"/>
            <w:tcMar>
              <w:top w:w="70" w:type="dxa"/>
              <w:left w:w="90" w:type="dxa"/>
              <w:bottom w:w="70" w:type="dxa"/>
              <w:right w:w="90" w:type="dxa"/>
            </w:tcMar>
            <w:vAlign w:val="center"/>
          </w:tcPr>
          <w:p w14:paraId="125F7072" w14:textId="77777777" w:rsidR="00F720C3" w:rsidRPr="00582A7A" w:rsidRDefault="00000000" w:rsidP="003A2BCD">
            <w:pPr>
              <w:spacing w:after="0" w:line="240" w:lineRule="auto"/>
              <w:jc w:val="both"/>
              <w:rPr>
                <w:sz w:val="18"/>
                <w:szCs w:val="18"/>
              </w:rPr>
            </w:pPr>
            <w:r w:rsidRPr="00582A7A">
              <w:rPr>
                <w:sz w:val="18"/>
                <w:szCs w:val="18"/>
              </w:rPr>
              <w:t>0.29 (0.17, 0.73)</w:t>
            </w:r>
          </w:p>
        </w:tc>
        <w:tc>
          <w:tcPr>
            <w:tcW w:w="1985" w:type="dxa"/>
            <w:tcMar>
              <w:top w:w="70" w:type="dxa"/>
              <w:left w:w="90" w:type="dxa"/>
              <w:bottom w:w="70" w:type="dxa"/>
              <w:right w:w="90" w:type="dxa"/>
            </w:tcMar>
            <w:vAlign w:val="center"/>
          </w:tcPr>
          <w:p w14:paraId="726976A4" w14:textId="77777777" w:rsidR="00F720C3" w:rsidRPr="00582A7A" w:rsidRDefault="00000000" w:rsidP="003A2BCD">
            <w:pPr>
              <w:spacing w:after="0" w:line="240" w:lineRule="auto"/>
              <w:jc w:val="both"/>
              <w:rPr>
                <w:sz w:val="18"/>
                <w:szCs w:val="18"/>
              </w:rPr>
            </w:pPr>
            <w:r w:rsidRPr="00582A7A">
              <w:rPr>
                <w:sz w:val="18"/>
                <w:szCs w:val="18"/>
              </w:rPr>
              <w:t>0.50 (0.20, 1.13)</w:t>
            </w:r>
          </w:p>
        </w:tc>
        <w:tc>
          <w:tcPr>
            <w:tcW w:w="2098" w:type="dxa"/>
            <w:tcMar>
              <w:top w:w="70" w:type="dxa"/>
              <w:left w:w="90" w:type="dxa"/>
              <w:bottom w:w="70" w:type="dxa"/>
              <w:right w:w="90" w:type="dxa"/>
            </w:tcMar>
            <w:vAlign w:val="center"/>
          </w:tcPr>
          <w:p w14:paraId="52F95861" w14:textId="77777777" w:rsidR="00F720C3" w:rsidRPr="00582A7A" w:rsidRDefault="00000000" w:rsidP="003A2BCD">
            <w:pPr>
              <w:spacing w:after="0" w:line="240" w:lineRule="auto"/>
              <w:jc w:val="both"/>
              <w:rPr>
                <w:sz w:val="18"/>
                <w:szCs w:val="18"/>
              </w:rPr>
            </w:pPr>
            <w:r w:rsidRPr="00582A7A">
              <w:rPr>
                <w:sz w:val="18"/>
                <w:szCs w:val="18"/>
              </w:rPr>
              <w:t>0.70 (0.26, 1.66)</w:t>
            </w:r>
          </w:p>
        </w:tc>
        <w:tc>
          <w:tcPr>
            <w:tcW w:w="766" w:type="dxa"/>
            <w:tcMar>
              <w:top w:w="70" w:type="dxa"/>
              <w:left w:w="90" w:type="dxa"/>
              <w:bottom w:w="70" w:type="dxa"/>
              <w:right w:w="90" w:type="dxa"/>
            </w:tcMar>
            <w:vAlign w:val="center"/>
          </w:tcPr>
          <w:p w14:paraId="42C0632B"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1304BE0B" w14:textId="77777777" w:rsidTr="00262C8D">
        <w:trPr>
          <w:jc w:val="center"/>
        </w:trPr>
        <w:tc>
          <w:tcPr>
            <w:tcW w:w="3806" w:type="dxa"/>
            <w:tcMar>
              <w:top w:w="70" w:type="dxa"/>
              <w:left w:w="90" w:type="dxa"/>
              <w:bottom w:w="70" w:type="dxa"/>
              <w:right w:w="90" w:type="dxa"/>
            </w:tcMar>
            <w:vAlign w:val="center"/>
          </w:tcPr>
          <w:p w14:paraId="1FBA7FC5" w14:textId="77777777" w:rsidR="00F720C3" w:rsidRPr="00582A7A" w:rsidRDefault="00000000" w:rsidP="003A2BCD">
            <w:pPr>
              <w:spacing w:after="0" w:line="240" w:lineRule="auto"/>
              <w:jc w:val="both"/>
              <w:rPr>
                <w:sz w:val="18"/>
                <w:szCs w:val="18"/>
              </w:rPr>
            </w:pPr>
            <w:r w:rsidRPr="00582A7A">
              <w:rPr>
                <w:sz w:val="18"/>
                <w:szCs w:val="18"/>
              </w:rPr>
              <w:t>CK-MB (ng/mL)</w:t>
            </w:r>
          </w:p>
        </w:tc>
        <w:tc>
          <w:tcPr>
            <w:tcW w:w="1985" w:type="dxa"/>
            <w:tcMar>
              <w:top w:w="70" w:type="dxa"/>
              <w:left w:w="90" w:type="dxa"/>
              <w:bottom w:w="70" w:type="dxa"/>
              <w:right w:w="90" w:type="dxa"/>
            </w:tcMar>
            <w:vAlign w:val="center"/>
          </w:tcPr>
          <w:p w14:paraId="50C478E4" w14:textId="77777777" w:rsidR="00F720C3" w:rsidRPr="00582A7A" w:rsidRDefault="00000000" w:rsidP="003A2BCD">
            <w:pPr>
              <w:spacing w:after="0" w:line="240" w:lineRule="auto"/>
              <w:jc w:val="both"/>
              <w:rPr>
                <w:sz w:val="18"/>
                <w:szCs w:val="18"/>
              </w:rPr>
            </w:pPr>
            <w:r w:rsidRPr="00582A7A">
              <w:rPr>
                <w:sz w:val="18"/>
                <w:szCs w:val="18"/>
              </w:rPr>
              <w:t>14.00 (5.00, 43.42)</w:t>
            </w:r>
          </w:p>
        </w:tc>
        <w:tc>
          <w:tcPr>
            <w:tcW w:w="1984" w:type="dxa"/>
            <w:tcMar>
              <w:top w:w="70" w:type="dxa"/>
              <w:left w:w="90" w:type="dxa"/>
              <w:bottom w:w="70" w:type="dxa"/>
              <w:right w:w="90" w:type="dxa"/>
            </w:tcMar>
            <w:vAlign w:val="center"/>
          </w:tcPr>
          <w:p w14:paraId="1C5E91E1" w14:textId="77777777" w:rsidR="00F720C3" w:rsidRPr="00582A7A" w:rsidRDefault="00000000" w:rsidP="003A2BCD">
            <w:pPr>
              <w:spacing w:after="0" w:line="240" w:lineRule="auto"/>
              <w:jc w:val="both"/>
              <w:rPr>
                <w:sz w:val="18"/>
                <w:szCs w:val="18"/>
              </w:rPr>
            </w:pPr>
            <w:r w:rsidRPr="00582A7A">
              <w:rPr>
                <w:sz w:val="18"/>
                <w:szCs w:val="18"/>
              </w:rPr>
              <w:t>13.35 (4.90, 32.40)</w:t>
            </w:r>
          </w:p>
        </w:tc>
        <w:tc>
          <w:tcPr>
            <w:tcW w:w="1985" w:type="dxa"/>
            <w:tcMar>
              <w:top w:w="70" w:type="dxa"/>
              <w:left w:w="90" w:type="dxa"/>
              <w:bottom w:w="70" w:type="dxa"/>
              <w:right w:w="90" w:type="dxa"/>
            </w:tcMar>
            <w:vAlign w:val="center"/>
          </w:tcPr>
          <w:p w14:paraId="730F306A" w14:textId="77777777" w:rsidR="00F720C3" w:rsidRPr="00582A7A" w:rsidRDefault="00000000" w:rsidP="003A2BCD">
            <w:pPr>
              <w:spacing w:after="0" w:line="240" w:lineRule="auto"/>
              <w:jc w:val="both"/>
              <w:rPr>
                <w:sz w:val="18"/>
                <w:szCs w:val="18"/>
              </w:rPr>
            </w:pPr>
            <w:r w:rsidRPr="00582A7A">
              <w:rPr>
                <w:sz w:val="18"/>
                <w:szCs w:val="18"/>
              </w:rPr>
              <w:t>14.85 (5.68, 52.78)</w:t>
            </w:r>
          </w:p>
        </w:tc>
        <w:tc>
          <w:tcPr>
            <w:tcW w:w="2098" w:type="dxa"/>
            <w:tcMar>
              <w:top w:w="70" w:type="dxa"/>
              <w:left w:w="90" w:type="dxa"/>
              <w:bottom w:w="70" w:type="dxa"/>
              <w:right w:w="90" w:type="dxa"/>
            </w:tcMar>
            <w:vAlign w:val="center"/>
          </w:tcPr>
          <w:p w14:paraId="28C13DE2" w14:textId="77777777" w:rsidR="00F720C3" w:rsidRPr="00582A7A" w:rsidRDefault="00000000" w:rsidP="003A2BCD">
            <w:pPr>
              <w:spacing w:after="0" w:line="240" w:lineRule="auto"/>
              <w:jc w:val="both"/>
              <w:rPr>
                <w:sz w:val="18"/>
                <w:szCs w:val="18"/>
              </w:rPr>
            </w:pPr>
            <w:r w:rsidRPr="00582A7A">
              <w:rPr>
                <w:sz w:val="18"/>
                <w:szCs w:val="18"/>
              </w:rPr>
              <w:t>13.55 (4.72, 50.40)</w:t>
            </w:r>
          </w:p>
        </w:tc>
        <w:tc>
          <w:tcPr>
            <w:tcW w:w="766" w:type="dxa"/>
            <w:tcMar>
              <w:top w:w="70" w:type="dxa"/>
              <w:left w:w="90" w:type="dxa"/>
              <w:bottom w:w="70" w:type="dxa"/>
              <w:right w:w="90" w:type="dxa"/>
            </w:tcMar>
            <w:vAlign w:val="center"/>
          </w:tcPr>
          <w:p w14:paraId="186FC5D2" w14:textId="77777777" w:rsidR="00F720C3" w:rsidRPr="00582A7A" w:rsidRDefault="00000000" w:rsidP="003A2BCD">
            <w:pPr>
              <w:spacing w:after="0" w:line="240" w:lineRule="auto"/>
              <w:jc w:val="both"/>
              <w:rPr>
                <w:sz w:val="18"/>
                <w:szCs w:val="18"/>
              </w:rPr>
            </w:pPr>
            <w:r w:rsidRPr="00582A7A">
              <w:rPr>
                <w:sz w:val="18"/>
                <w:szCs w:val="18"/>
              </w:rPr>
              <w:t>0.441</w:t>
            </w:r>
          </w:p>
        </w:tc>
      </w:tr>
      <w:tr w:rsidR="002A76DF" w:rsidRPr="00582A7A" w14:paraId="581625C6" w14:textId="77777777" w:rsidTr="00262C8D">
        <w:trPr>
          <w:jc w:val="center"/>
        </w:trPr>
        <w:tc>
          <w:tcPr>
            <w:tcW w:w="3806" w:type="dxa"/>
            <w:tcMar>
              <w:top w:w="70" w:type="dxa"/>
              <w:left w:w="90" w:type="dxa"/>
              <w:bottom w:w="70" w:type="dxa"/>
              <w:right w:w="90" w:type="dxa"/>
            </w:tcMar>
            <w:vAlign w:val="center"/>
          </w:tcPr>
          <w:p w14:paraId="37FB5AAD" w14:textId="77777777" w:rsidR="00F720C3" w:rsidRPr="00582A7A" w:rsidRDefault="00000000" w:rsidP="003A2BCD">
            <w:pPr>
              <w:spacing w:after="0" w:line="240" w:lineRule="auto"/>
              <w:rPr>
                <w:sz w:val="18"/>
                <w:szCs w:val="18"/>
              </w:rPr>
            </w:pPr>
            <w:r w:rsidRPr="00582A7A">
              <w:rPr>
                <w:sz w:val="18"/>
                <w:szCs w:val="18"/>
              </w:rPr>
              <w:t>Creatine kinase</w:t>
            </w:r>
          </w:p>
        </w:tc>
        <w:tc>
          <w:tcPr>
            <w:tcW w:w="1985" w:type="dxa"/>
            <w:tcMar>
              <w:top w:w="70" w:type="dxa"/>
              <w:left w:w="90" w:type="dxa"/>
              <w:bottom w:w="70" w:type="dxa"/>
              <w:right w:w="90" w:type="dxa"/>
            </w:tcMar>
            <w:vAlign w:val="center"/>
          </w:tcPr>
          <w:p w14:paraId="40D27EE8" w14:textId="77777777" w:rsidR="00F720C3" w:rsidRDefault="00000000" w:rsidP="003A2BCD">
            <w:pPr>
              <w:spacing w:after="0" w:line="240" w:lineRule="auto"/>
              <w:rPr>
                <w:sz w:val="18"/>
                <w:szCs w:val="18"/>
                <w:lang w:eastAsia="zh-CN"/>
              </w:rPr>
            </w:pPr>
            <w:r w:rsidRPr="00582A7A">
              <w:rPr>
                <w:sz w:val="18"/>
                <w:szCs w:val="18"/>
              </w:rPr>
              <w:t>10.8: 1 (33.33%);</w:t>
            </w:r>
          </w:p>
          <w:p w14:paraId="665B5EE0" w14:textId="77777777" w:rsidR="00F720C3" w:rsidRPr="00582A7A" w:rsidRDefault="00000000" w:rsidP="003A2BCD">
            <w:pPr>
              <w:spacing w:after="0" w:line="240" w:lineRule="auto"/>
              <w:rPr>
                <w:sz w:val="18"/>
                <w:szCs w:val="18"/>
              </w:rPr>
            </w:pPr>
            <w:r w:rsidRPr="00582A7A">
              <w:rPr>
                <w:sz w:val="18"/>
                <w:szCs w:val="18"/>
              </w:rPr>
              <w:t>303.0: 1 (33.33%); 315.0: 1 (33.33%)</w:t>
            </w:r>
          </w:p>
        </w:tc>
        <w:tc>
          <w:tcPr>
            <w:tcW w:w="1984" w:type="dxa"/>
            <w:tcMar>
              <w:top w:w="70" w:type="dxa"/>
              <w:left w:w="90" w:type="dxa"/>
              <w:bottom w:w="70" w:type="dxa"/>
              <w:right w:w="90" w:type="dxa"/>
            </w:tcMar>
            <w:vAlign w:val="center"/>
          </w:tcPr>
          <w:p w14:paraId="5A5393FC" w14:textId="77777777" w:rsidR="00F720C3" w:rsidRDefault="00000000" w:rsidP="003A2BCD">
            <w:pPr>
              <w:spacing w:after="0" w:line="240" w:lineRule="auto"/>
              <w:rPr>
                <w:sz w:val="18"/>
                <w:szCs w:val="18"/>
                <w:lang w:eastAsia="zh-CN"/>
              </w:rPr>
            </w:pPr>
            <w:r w:rsidRPr="00582A7A">
              <w:rPr>
                <w:sz w:val="18"/>
                <w:szCs w:val="18"/>
              </w:rPr>
              <w:t>10.8: 0 (0.00%);</w:t>
            </w:r>
          </w:p>
          <w:p w14:paraId="536117DE" w14:textId="77777777" w:rsidR="00F720C3" w:rsidRDefault="00000000" w:rsidP="003A2BCD">
            <w:pPr>
              <w:spacing w:after="0" w:line="240" w:lineRule="auto"/>
              <w:rPr>
                <w:sz w:val="18"/>
                <w:szCs w:val="18"/>
                <w:lang w:eastAsia="zh-CN"/>
              </w:rPr>
            </w:pPr>
            <w:r w:rsidRPr="00582A7A">
              <w:rPr>
                <w:sz w:val="18"/>
                <w:szCs w:val="18"/>
              </w:rPr>
              <w:t>303.0: 0 (0.00%);</w:t>
            </w:r>
          </w:p>
          <w:p w14:paraId="4EDD7A03" w14:textId="77777777" w:rsidR="00F720C3" w:rsidRPr="00582A7A" w:rsidRDefault="00000000" w:rsidP="003A2BCD">
            <w:pPr>
              <w:spacing w:after="0" w:line="240" w:lineRule="auto"/>
              <w:rPr>
                <w:sz w:val="18"/>
                <w:szCs w:val="18"/>
              </w:rPr>
            </w:pPr>
            <w:r w:rsidRPr="00582A7A">
              <w:rPr>
                <w:sz w:val="18"/>
                <w:szCs w:val="18"/>
              </w:rPr>
              <w:t>315.0: 0 (0.00%)</w:t>
            </w:r>
          </w:p>
        </w:tc>
        <w:tc>
          <w:tcPr>
            <w:tcW w:w="1985" w:type="dxa"/>
            <w:tcMar>
              <w:top w:w="70" w:type="dxa"/>
              <w:left w:w="90" w:type="dxa"/>
              <w:bottom w:w="70" w:type="dxa"/>
              <w:right w:w="90" w:type="dxa"/>
            </w:tcMar>
            <w:vAlign w:val="center"/>
          </w:tcPr>
          <w:p w14:paraId="219EA12E" w14:textId="77777777" w:rsidR="00F720C3" w:rsidRDefault="00000000" w:rsidP="003A2BCD">
            <w:pPr>
              <w:spacing w:after="0" w:line="240" w:lineRule="auto"/>
              <w:rPr>
                <w:sz w:val="18"/>
                <w:szCs w:val="18"/>
                <w:lang w:eastAsia="zh-CN"/>
              </w:rPr>
            </w:pPr>
            <w:r w:rsidRPr="00582A7A">
              <w:rPr>
                <w:sz w:val="18"/>
                <w:szCs w:val="18"/>
              </w:rPr>
              <w:t>10.8: 1 (50.00%);</w:t>
            </w:r>
          </w:p>
          <w:p w14:paraId="5D9A1E40" w14:textId="77777777" w:rsidR="00F720C3" w:rsidRPr="00582A7A" w:rsidRDefault="00000000" w:rsidP="003A2BCD">
            <w:pPr>
              <w:spacing w:after="0" w:line="240" w:lineRule="auto"/>
              <w:rPr>
                <w:sz w:val="18"/>
                <w:szCs w:val="18"/>
              </w:rPr>
            </w:pPr>
            <w:r w:rsidRPr="00582A7A">
              <w:rPr>
                <w:sz w:val="18"/>
                <w:szCs w:val="18"/>
              </w:rPr>
              <w:t>303.0: 1 (50.00%); 315.0: 0 (0.00%)</w:t>
            </w:r>
          </w:p>
        </w:tc>
        <w:tc>
          <w:tcPr>
            <w:tcW w:w="2098" w:type="dxa"/>
            <w:tcMar>
              <w:top w:w="70" w:type="dxa"/>
              <w:left w:w="90" w:type="dxa"/>
              <w:bottom w:w="70" w:type="dxa"/>
              <w:right w:w="90" w:type="dxa"/>
            </w:tcMar>
            <w:vAlign w:val="center"/>
          </w:tcPr>
          <w:p w14:paraId="7C877475" w14:textId="77777777" w:rsidR="00F720C3" w:rsidRDefault="00000000" w:rsidP="003A2BCD">
            <w:pPr>
              <w:spacing w:after="0" w:line="240" w:lineRule="auto"/>
              <w:rPr>
                <w:sz w:val="18"/>
                <w:szCs w:val="18"/>
                <w:lang w:eastAsia="zh-CN"/>
              </w:rPr>
            </w:pPr>
            <w:r w:rsidRPr="00582A7A">
              <w:rPr>
                <w:sz w:val="18"/>
                <w:szCs w:val="18"/>
              </w:rPr>
              <w:t>10.8: 0 (0.00%);</w:t>
            </w:r>
          </w:p>
          <w:p w14:paraId="738BAC54" w14:textId="77777777" w:rsidR="00F720C3" w:rsidRDefault="00000000" w:rsidP="003A2BCD">
            <w:pPr>
              <w:spacing w:after="0" w:line="240" w:lineRule="auto"/>
              <w:rPr>
                <w:sz w:val="18"/>
                <w:szCs w:val="18"/>
                <w:lang w:eastAsia="zh-CN"/>
              </w:rPr>
            </w:pPr>
            <w:r w:rsidRPr="00582A7A">
              <w:rPr>
                <w:sz w:val="18"/>
                <w:szCs w:val="18"/>
              </w:rPr>
              <w:t>303.0: 0 (0.00%);</w:t>
            </w:r>
          </w:p>
          <w:p w14:paraId="505F0E39" w14:textId="77777777" w:rsidR="00F720C3" w:rsidRPr="00582A7A" w:rsidRDefault="00000000" w:rsidP="003A2BCD">
            <w:pPr>
              <w:spacing w:after="0" w:line="240" w:lineRule="auto"/>
              <w:rPr>
                <w:sz w:val="18"/>
                <w:szCs w:val="18"/>
              </w:rPr>
            </w:pPr>
            <w:r w:rsidRPr="00582A7A">
              <w:rPr>
                <w:sz w:val="18"/>
                <w:szCs w:val="18"/>
              </w:rPr>
              <w:t>315.0: 1 (100.00%)</w:t>
            </w:r>
          </w:p>
        </w:tc>
        <w:tc>
          <w:tcPr>
            <w:tcW w:w="766" w:type="dxa"/>
            <w:tcMar>
              <w:top w:w="70" w:type="dxa"/>
              <w:left w:w="90" w:type="dxa"/>
              <w:bottom w:w="70" w:type="dxa"/>
              <w:right w:w="90" w:type="dxa"/>
            </w:tcMar>
            <w:vAlign w:val="center"/>
          </w:tcPr>
          <w:p w14:paraId="69B17659" w14:textId="77777777" w:rsidR="00F720C3" w:rsidRPr="00582A7A" w:rsidRDefault="00000000" w:rsidP="003A2BCD">
            <w:pPr>
              <w:spacing w:after="0" w:line="240" w:lineRule="auto"/>
              <w:rPr>
                <w:sz w:val="18"/>
                <w:szCs w:val="18"/>
              </w:rPr>
            </w:pPr>
            <w:r w:rsidRPr="00582A7A">
              <w:rPr>
                <w:sz w:val="18"/>
                <w:szCs w:val="18"/>
              </w:rPr>
              <w:t>0.223</w:t>
            </w:r>
          </w:p>
        </w:tc>
      </w:tr>
      <w:tr w:rsidR="002A76DF" w:rsidRPr="00582A7A" w14:paraId="6068B1CB" w14:textId="77777777" w:rsidTr="00262C8D">
        <w:trPr>
          <w:jc w:val="center"/>
        </w:trPr>
        <w:tc>
          <w:tcPr>
            <w:tcW w:w="3806" w:type="dxa"/>
            <w:tcMar>
              <w:top w:w="70" w:type="dxa"/>
              <w:left w:w="90" w:type="dxa"/>
              <w:bottom w:w="70" w:type="dxa"/>
              <w:right w:w="90" w:type="dxa"/>
            </w:tcMar>
            <w:vAlign w:val="center"/>
          </w:tcPr>
          <w:p w14:paraId="64B3F6EB" w14:textId="77777777" w:rsidR="00F720C3" w:rsidRPr="00582A7A" w:rsidRDefault="00000000" w:rsidP="003A2BCD">
            <w:pPr>
              <w:spacing w:after="0" w:line="240" w:lineRule="auto"/>
              <w:jc w:val="both"/>
              <w:rPr>
                <w:sz w:val="18"/>
                <w:szCs w:val="18"/>
              </w:rPr>
            </w:pPr>
            <w:r w:rsidRPr="00582A7A">
              <w:rPr>
                <w:sz w:val="18"/>
                <w:szCs w:val="18"/>
              </w:rPr>
              <w:t>Total bilirubin (</w:t>
            </w:r>
            <w:proofErr w:type="spellStart"/>
            <w:r w:rsidRPr="00582A7A">
              <w:rPr>
                <w:sz w:val="18"/>
                <w:szCs w:val="18"/>
              </w:rPr>
              <w:t>μmol</w:t>
            </w:r>
            <w:proofErr w:type="spellEnd"/>
            <w:r w:rsidRPr="00582A7A">
              <w:rPr>
                <w:sz w:val="18"/>
                <w:szCs w:val="18"/>
              </w:rPr>
              <w:t>/L)</w:t>
            </w:r>
          </w:p>
        </w:tc>
        <w:tc>
          <w:tcPr>
            <w:tcW w:w="1985" w:type="dxa"/>
            <w:tcMar>
              <w:top w:w="70" w:type="dxa"/>
              <w:left w:w="90" w:type="dxa"/>
              <w:bottom w:w="70" w:type="dxa"/>
              <w:right w:w="90" w:type="dxa"/>
            </w:tcMar>
            <w:vAlign w:val="center"/>
          </w:tcPr>
          <w:p w14:paraId="671474FA" w14:textId="77777777" w:rsidR="00F720C3" w:rsidRPr="00582A7A" w:rsidRDefault="00000000" w:rsidP="003A2BCD">
            <w:pPr>
              <w:spacing w:after="0" w:line="240" w:lineRule="auto"/>
              <w:jc w:val="both"/>
              <w:rPr>
                <w:sz w:val="18"/>
                <w:szCs w:val="18"/>
              </w:rPr>
            </w:pPr>
            <w:r w:rsidRPr="00582A7A">
              <w:rPr>
                <w:sz w:val="18"/>
                <w:szCs w:val="18"/>
              </w:rPr>
              <w:t>12.20 (8.90, 16.80)</w:t>
            </w:r>
          </w:p>
        </w:tc>
        <w:tc>
          <w:tcPr>
            <w:tcW w:w="1984" w:type="dxa"/>
            <w:tcMar>
              <w:top w:w="70" w:type="dxa"/>
              <w:left w:w="90" w:type="dxa"/>
              <w:bottom w:w="70" w:type="dxa"/>
              <w:right w:w="90" w:type="dxa"/>
            </w:tcMar>
            <w:vAlign w:val="center"/>
          </w:tcPr>
          <w:p w14:paraId="16D89255" w14:textId="77777777" w:rsidR="00F720C3" w:rsidRPr="00582A7A" w:rsidRDefault="00000000" w:rsidP="003A2BCD">
            <w:pPr>
              <w:spacing w:after="0" w:line="240" w:lineRule="auto"/>
              <w:jc w:val="both"/>
              <w:rPr>
                <w:sz w:val="18"/>
                <w:szCs w:val="18"/>
              </w:rPr>
            </w:pPr>
            <w:r w:rsidRPr="00582A7A">
              <w:rPr>
                <w:sz w:val="18"/>
                <w:szCs w:val="18"/>
              </w:rPr>
              <w:t>10.70 (7.40, 14.10)</w:t>
            </w:r>
          </w:p>
        </w:tc>
        <w:tc>
          <w:tcPr>
            <w:tcW w:w="1985" w:type="dxa"/>
            <w:tcMar>
              <w:top w:w="70" w:type="dxa"/>
              <w:left w:w="90" w:type="dxa"/>
              <w:bottom w:w="70" w:type="dxa"/>
              <w:right w:w="90" w:type="dxa"/>
            </w:tcMar>
            <w:vAlign w:val="center"/>
          </w:tcPr>
          <w:p w14:paraId="0D7295DB" w14:textId="77777777" w:rsidR="00F720C3" w:rsidRPr="00582A7A" w:rsidRDefault="00000000" w:rsidP="003A2BCD">
            <w:pPr>
              <w:spacing w:after="0" w:line="240" w:lineRule="auto"/>
              <w:jc w:val="both"/>
              <w:rPr>
                <w:sz w:val="18"/>
                <w:szCs w:val="18"/>
              </w:rPr>
            </w:pPr>
            <w:r w:rsidRPr="00582A7A">
              <w:rPr>
                <w:sz w:val="18"/>
                <w:szCs w:val="18"/>
              </w:rPr>
              <w:t>12.60 (9.40, 16.55)</w:t>
            </w:r>
          </w:p>
        </w:tc>
        <w:tc>
          <w:tcPr>
            <w:tcW w:w="2098" w:type="dxa"/>
            <w:tcMar>
              <w:top w:w="70" w:type="dxa"/>
              <w:left w:w="90" w:type="dxa"/>
              <w:bottom w:w="70" w:type="dxa"/>
              <w:right w:w="90" w:type="dxa"/>
            </w:tcMar>
            <w:vAlign w:val="center"/>
          </w:tcPr>
          <w:p w14:paraId="7FEBB744" w14:textId="77777777" w:rsidR="00F720C3" w:rsidRPr="00582A7A" w:rsidRDefault="00000000" w:rsidP="003A2BCD">
            <w:pPr>
              <w:spacing w:after="0" w:line="240" w:lineRule="auto"/>
              <w:jc w:val="both"/>
              <w:rPr>
                <w:sz w:val="18"/>
                <w:szCs w:val="18"/>
              </w:rPr>
            </w:pPr>
            <w:r w:rsidRPr="00582A7A">
              <w:rPr>
                <w:sz w:val="18"/>
                <w:szCs w:val="18"/>
              </w:rPr>
              <w:t>14.20 (10.40, 19.00)</w:t>
            </w:r>
          </w:p>
        </w:tc>
        <w:tc>
          <w:tcPr>
            <w:tcW w:w="766" w:type="dxa"/>
            <w:tcMar>
              <w:top w:w="70" w:type="dxa"/>
              <w:left w:w="90" w:type="dxa"/>
              <w:bottom w:w="70" w:type="dxa"/>
              <w:right w:w="90" w:type="dxa"/>
            </w:tcMar>
            <w:vAlign w:val="center"/>
          </w:tcPr>
          <w:p w14:paraId="10E29B33"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7060747D" w14:textId="77777777" w:rsidTr="00262C8D">
        <w:trPr>
          <w:jc w:val="center"/>
        </w:trPr>
        <w:tc>
          <w:tcPr>
            <w:tcW w:w="3806" w:type="dxa"/>
            <w:tcMar>
              <w:top w:w="70" w:type="dxa"/>
              <w:left w:w="90" w:type="dxa"/>
              <w:bottom w:w="70" w:type="dxa"/>
              <w:right w:w="90" w:type="dxa"/>
            </w:tcMar>
            <w:vAlign w:val="center"/>
          </w:tcPr>
          <w:p w14:paraId="2B79906A" w14:textId="77777777" w:rsidR="00F720C3" w:rsidRPr="00582A7A" w:rsidRDefault="00000000" w:rsidP="003A2BCD">
            <w:pPr>
              <w:spacing w:after="0" w:line="240" w:lineRule="auto"/>
              <w:jc w:val="both"/>
              <w:rPr>
                <w:sz w:val="18"/>
                <w:szCs w:val="18"/>
              </w:rPr>
            </w:pPr>
            <w:r w:rsidRPr="00582A7A">
              <w:rPr>
                <w:sz w:val="18"/>
                <w:szCs w:val="18"/>
              </w:rPr>
              <w:t>Direct bilirubin (</w:t>
            </w:r>
            <w:proofErr w:type="spellStart"/>
            <w:r w:rsidRPr="00582A7A">
              <w:rPr>
                <w:sz w:val="18"/>
                <w:szCs w:val="18"/>
              </w:rPr>
              <w:t>μmol</w:t>
            </w:r>
            <w:proofErr w:type="spellEnd"/>
            <w:r w:rsidRPr="00582A7A">
              <w:rPr>
                <w:sz w:val="18"/>
                <w:szCs w:val="18"/>
              </w:rPr>
              <w:t>/L)</w:t>
            </w:r>
          </w:p>
        </w:tc>
        <w:tc>
          <w:tcPr>
            <w:tcW w:w="1985" w:type="dxa"/>
            <w:tcMar>
              <w:top w:w="70" w:type="dxa"/>
              <w:left w:w="90" w:type="dxa"/>
              <w:bottom w:w="70" w:type="dxa"/>
              <w:right w:w="90" w:type="dxa"/>
            </w:tcMar>
            <w:vAlign w:val="center"/>
          </w:tcPr>
          <w:p w14:paraId="71A5F9E9" w14:textId="77777777" w:rsidR="00F720C3" w:rsidRPr="00582A7A" w:rsidRDefault="00000000" w:rsidP="003A2BCD">
            <w:pPr>
              <w:spacing w:after="0" w:line="240" w:lineRule="auto"/>
              <w:jc w:val="both"/>
              <w:rPr>
                <w:sz w:val="18"/>
                <w:szCs w:val="18"/>
              </w:rPr>
            </w:pPr>
            <w:r w:rsidRPr="00582A7A">
              <w:rPr>
                <w:sz w:val="18"/>
                <w:szCs w:val="18"/>
              </w:rPr>
              <w:t>3.20 (2.40, 4.50)</w:t>
            </w:r>
          </w:p>
        </w:tc>
        <w:tc>
          <w:tcPr>
            <w:tcW w:w="1984" w:type="dxa"/>
            <w:tcMar>
              <w:top w:w="70" w:type="dxa"/>
              <w:left w:w="90" w:type="dxa"/>
              <w:bottom w:w="70" w:type="dxa"/>
              <w:right w:w="90" w:type="dxa"/>
            </w:tcMar>
            <w:vAlign w:val="center"/>
          </w:tcPr>
          <w:p w14:paraId="077163D2" w14:textId="77777777" w:rsidR="00F720C3" w:rsidRPr="00582A7A" w:rsidRDefault="00000000" w:rsidP="003A2BCD">
            <w:pPr>
              <w:spacing w:after="0" w:line="240" w:lineRule="auto"/>
              <w:jc w:val="both"/>
              <w:rPr>
                <w:sz w:val="18"/>
                <w:szCs w:val="18"/>
              </w:rPr>
            </w:pPr>
            <w:r w:rsidRPr="00582A7A">
              <w:rPr>
                <w:sz w:val="18"/>
                <w:szCs w:val="18"/>
              </w:rPr>
              <w:t>2.90 (2.00, 3.80)</w:t>
            </w:r>
          </w:p>
        </w:tc>
        <w:tc>
          <w:tcPr>
            <w:tcW w:w="1985" w:type="dxa"/>
            <w:tcMar>
              <w:top w:w="70" w:type="dxa"/>
              <w:left w:w="90" w:type="dxa"/>
              <w:bottom w:w="70" w:type="dxa"/>
              <w:right w:w="90" w:type="dxa"/>
            </w:tcMar>
            <w:vAlign w:val="center"/>
          </w:tcPr>
          <w:p w14:paraId="240F32A7" w14:textId="77777777" w:rsidR="00F720C3" w:rsidRPr="00582A7A" w:rsidRDefault="00000000" w:rsidP="003A2BCD">
            <w:pPr>
              <w:spacing w:after="0" w:line="240" w:lineRule="auto"/>
              <w:jc w:val="both"/>
              <w:rPr>
                <w:sz w:val="18"/>
                <w:szCs w:val="18"/>
              </w:rPr>
            </w:pPr>
            <w:r w:rsidRPr="00582A7A">
              <w:rPr>
                <w:sz w:val="18"/>
                <w:szCs w:val="18"/>
              </w:rPr>
              <w:t>3.20 (2.40, 4.20)</w:t>
            </w:r>
          </w:p>
        </w:tc>
        <w:tc>
          <w:tcPr>
            <w:tcW w:w="2098" w:type="dxa"/>
            <w:tcMar>
              <w:top w:w="70" w:type="dxa"/>
              <w:left w:w="90" w:type="dxa"/>
              <w:bottom w:w="70" w:type="dxa"/>
              <w:right w:w="90" w:type="dxa"/>
            </w:tcMar>
            <w:vAlign w:val="center"/>
          </w:tcPr>
          <w:p w14:paraId="7616EF74" w14:textId="77777777" w:rsidR="00F720C3" w:rsidRPr="00582A7A" w:rsidRDefault="00000000" w:rsidP="003A2BCD">
            <w:pPr>
              <w:spacing w:after="0" w:line="240" w:lineRule="auto"/>
              <w:jc w:val="both"/>
              <w:rPr>
                <w:sz w:val="18"/>
                <w:szCs w:val="18"/>
              </w:rPr>
            </w:pPr>
            <w:r w:rsidRPr="00582A7A">
              <w:rPr>
                <w:sz w:val="18"/>
                <w:szCs w:val="18"/>
              </w:rPr>
              <w:t>3.70 (2.80, 5.70)</w:t>
            </w:r>
          </w:p>
        </w:tc>
        <w:tc>
          <w:tcPr>
            <w:tcW w:w="766" w:type="dxa"/>
            <w:tcMar>
              <w:top w:w="70" w:type="dxa"/>
              <w:left w:w="90" w:type="dxa"/>
              <w:bottom w:w="70" w:type="dxa"/>
              <w:right w:w="90" w:type="dxa"/>
            </w:tcMar>
            <w:vAlign w:val="center"/>
          </w:tcPr>
          <w:p w14:paraId="68ED3D95"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06CDFB75" w14:textId="77777777" w:rsidTr="00262C8D">
        <w:trPr>
          <w:jc w:val="center"/>
        </w:trPr>
        <w:tc>
          <w:tcPr>
            <w:tcW w:w="3806" w:type="dxa"/>
            <w:tcMar>
              <w:top w:w="70" w:type="dxa"/>
              <w:left w:w="90" w:type="dxa"/>
              <w:bottom w:w="70" w:type="dxa"/>
              <w:right w:w="90" w:type="dxa"/>
            </w:tcMar>
            <w:vAlign w:val="center"/>
          </w:tcPr>
          <w:p w14:paraId="3F61C6D0" w14:textId="77777777" w:rsidR="00F720C3" w:rsidRPr="00582A7A" w:rsidRDefault="00000000" w:rsidP="003A2BCD">
            <w:pPr>
              <w:spacing w:after="0" w:line="240" w:lineRule="auto"/>
              <w:jc w:val="both"/>
              <w:rPr>
                <w:sz w:val="18"/>
                <w:szCs w:val="18"/>
              </w:rPr>
            </w:pPr>
            <w:r w:rsidRPr="00582A7A">
              <w:rPr>
                <w:sz w:val="18"/>
                <w:szCs w:val="18"/>
              </w:rPr>
              <w:t>Indirect bilirubin (</w:t>
            </w:r>
            <w:proofErr w:type="spellStart"/>
            <w:r w:rsidRPr="00582A7A">
              <w:rPr>
                <w:sz w:val="18"/>
                <w:szCs w:val="18"/>
              </w:rPr>
              <w:t>μmol</w:t>
            </w:r>
            <w:proofErr w:type="spellEnd"/>
            <w:r w:rsidRPr="00582A7A">
              <w:rPr>
                <w:sz w:val="18"/>
                <w:szCs w:val="18"/>
              </w:rPr>
              <w:t>/L)</w:t>
            </w:r>
          </w:p>
        </w:tc>
        <w:tc>
          <w:tcPr>
            <w:tcW w:w="1985" w:type="dxa"/>
            <w:tcMar>
              <w:top w:w="70" w:type="dxa"/>
              <w:left w:w="90" w:type="dxa"/>
              <w:bottom w:w="70" w:type="dxa"/>
              <w:right w:w="90" w:type="dxa"/>
            </w:tcMar>
            <w:vAlign w:val="center"/>
          </w:tcPr>
          <w:p w14:paraId="2514E684" w14:textId="77777777" w:rsidR="00F720C3" w:rsidRPr="00582A7A" w:rsidRDefault="00000000" w:rsidP="003A2BCD">
            <w:pPr>
              <w:spacing w:after="0" w:line="240" w:lineRule="auto"/>
              <w:jc w:val="both"/>
              <w:rPr>
                <w:sz w:val="18"/>
                <w:szCs w:val="18"/>
              </w:rPr>
            </w:pPr>
            <w:r w:rsidRPr="00582A7A">
              <w:rPr>
                <w:sz w:val="18"/>
                <w:szCs w:val="18"/>
              </w:rPr>
              <w:t>8.90 (6.00, 12.40)</w:t>
            </w:r>
          </w:p>
        </w:tc>
        <w:tc>
          <w:tcPr>
            <w:tcW w:w="1984" w:type="dxa"/>
            <w:tcMar>
              <w:top w:w="70" w:type="dxa"/>
              <w:left w:w="90" w:type="dxa"/>
              <w:bottom w:w="70" w:type="dxa"/>
              <w:right w:w="90" w:type="dxa"/>
            </w:tcMar>
            <w:vAlign w:val="center"/>
          </w:tcPr>
          <w:p w14:paraId="2DDC1E56" w14:textId="77777777" w:rsidR="00F720C3" w:rsidRPr="00582A7A" w:rsidRDefault="00000000" w:rsidP="003A2BCD">
            <w:pPr>
              <w:spacing w:after="0" w:line="240" w:lineRule="auto"/>
              <w:jc w:val="both"/>
              <w:rPr>
                <w:sz w:val="18"/>
                <w:szCs w:val="18"/>
              </w:rPr>
            </w:pPr>
            <w:r w:rsidRPr="00582A7A">
              <w:rPr>
                <w:sz w:val="18"/>
                <w:szCs w:val="18"/>
              </w:rPr>
              <w:t>7.50 (4.85, 10.40)</w:t>
            </w:r>
          </w:p>
        </w:tc>
        <w:tc>
          <w:tcPr>
            <w:tcW w:w="1985" w:type="dxa"/>
            <w:tcMar>
              <w:top w:w="70" w:type="dxa"/>
              <w:left w:w="90" w:type="dxa"/>
              <w:bottom w:w="70" w:type="dxa"/>
              <w:right w:w="90" w:type="dxa"/>
            </w:tcMar>
            <w:vAlign w:val="center"/>
          </w:tcPr>
          <w:p w14:paraId="70848E8C" w14:textId="77777777" w:rsidR="00F720C3" w:rsidRPr="00582A7A" w:rsidRDefault="00000000" w:rsidP="003A2BCD">
            <w:pPr>
              <w:spacing w:after="0" w:line="240" w:lineRule="auto"/>
              <w:jc w:val="both"/>
              <w:rPr>
                <w:sz w:val="18"/>
                <w:szCs w:val="18"/>
              </w:rPr>
            </w:pPr>
            <w:r w:rsidRPr="00582A7A">
              <w:rPr>
                <w:sz w:val="18"/>
                <w:szCs w:val="18"/>
              </w:rPr>
              <w:t>9.25 (6.52, 12.18)</w:t>
            </w:r>
          </w:p>
        </w:tc>
        <w:tc>
          <w:tcPr>
            <w:tcW w:w="2098" w:type="dxa"/>
            <w:tcMar>
              <w:top w:w="70" w:type="dxa"/>
              <w:left w:w="90" w:type="dxa"/>
              <w:bottom w:w="70" w:type="dxa"/>
              <w:right w:w="90" w:type="dxa"/>
            </w:tcMar>
            <w:vAlign w:val="center"/>
          </w:tcPr>
          <w:p w14:paraId="285D91BD" w14:textId="77777777" w:rsidR="00F720C3" w:rsidRPr="00582A7A" w:rsidRDefault="00000000" w:rsidP="003A2BCD">
            <w:pPr>
              <w:spacing w:after="0" w:line="240" w:lineRule="auto"/>
              <w:jc w:val="both"/>
              <w:rPr>
                <w:sz w:val="18"/>
                <w:szCs w:val="18"/>
              </w:rPr>
            </w:pPr>
            <w:r w:rsidRPr="00582A7A">
              <w:rPr>
                <w:sz w:val="18"/>
                <w:szCs w:val="18"/>
              </w:rPr>
              <w:t>10.25 (6.73, 13.70)</w:t>
            </w:r>
          </w:p>
        </w:tc>
        <w:tc>
          <w:tcPr>
            <w:tcW w:w="766" w:type="dxa"/>
            <w:tcMar>
              <w:top w:w="70" w:type="dxa"/>
              <w:left w:w="90" w:type="dxa"/>
              <w:bottom w:w="70" w:type="dxa"/>
              <w:right w:w="90" w:type="dxa"/>
            </w:tcMar>
            <w:vAlign w:val="center"/>
          </w:tcPr>
          <w:p w14:paraId="28ACC352"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4C59D9C4" w14:textId="77777777" w:rsidTr="00262C8D">
        <w:trPr>
          <w:jc w:val="center"/>
        </w:trPr>
        <w:tc>
          <w:tcPr>
            <w:tcW w:w="3806" w:type="dxa"/>
            <w:tcMar>
              <w:top w:w="70" w:type="dxa"/>
              <w:left w:w="90" w:type="dxa"/>
              <w:bottom w:w="70" w:type="dxa"/>
              <w:right w:w="90" w:type="dxa"/>
            </w:tcMar>
            <w:vAlign w:val="center"/>
          </w:tcPr>
          <w:p w14:paraId="273462BD" w14:textId="77777777" w:rsidR="00F720C3" w:rsidRPr="00582A7A" w:rsidRDefault="00000000" w:rsidP="003A2BCD">
            <w:pPr>
              <w:spacing w:after="0" w:line="240" w:lineRule="auto"/>
              <w:jc w:val="both"/>
              <w:rPr>
                <w:sz w:val="18"/>
                <w:szCs w:val="18"/>
              </w:rPr>
            </w:pPr>
            <w:r w:rsidRPr="00582A7A">
              <w:rPr>
                <w:sz w:val="18"/>
                <w:szCs w:val="18"/>
              </w:rPr>
              <w:t>Total protein (g/L)</w:t>
            </w:r>
          </w:p>
        </w:tc>
        <w:tc>
          <w:tcPr>
            <w:tcW w:w="1985" w:type="dxa"/>
            <w:tcMar>
              <w:top w:w="70" w:type="dxa"/>
              <w:left w:w="90" w:type="dxa"/>
              <w:bottom w:w="70" w:type="dxa"/>
              <w:right w:w="90" w:type="dxa"/>
            </w:tcMar>
            <w:vAlign w:val="center"/>
          </w:tcPr>
          <w:p w14:paraId="1FBCBF15" w14:textId="77777777" w:rsidR="00F720C3" w:rsidRPr="00582A7A" w:rsidRDefault="00000000" w:rsidP="003A2BCD">
            <w:pPr>
              <w:spacing w:after="0" w:line="240" w:lineRule="auto"/>
              <w:jc w:val="both"/>
              <w:rPr>
                <w:sz w:val="18"/>
                <w:szCs w:val="18"/>
              </w:rPr>
            </w:pPr>
            <w:r w:rsidRPr="00582A7A">
              <w:rPr>
                <w:sz w:val="18"/>
                <w:szCs w:val="18"/>
              </w:rPr>
              <w:t>66.10 (62.10, 69.90)</w:t>
            </w:r>
          </w:p>
        </w:tc>
        <w:tc>
          <w:tcPr>
            <w:tcW w:w="1984" w:type="dxa"/>
            <w:tcMar>
              <w:top w:w="70" w:type="dxa"/>
              <w:left w:w="90" w:type="dxa"/>
              <w:bottom w:w="70" w:type="dxa"/>
              <w:right w:w="90" w:type="dxa"/>
            </w:tcMar>
            <w:vAlign w:val="center"/>
          </w:tcPr>
          <w:p w14:paraId="26FB5AFA" w14:textId="77777777" w:rsidR="00F720C3" w:rsidRPr="00582A7A" w:rsidRDefault="00000000" w:rsidP="003A2BCD">
            <w:pPr>
              <w:spacing w:after="0" w:line="240" w:lineRule="auto"/>
              <w:jc w:val="both"/>
              <w:rPr>
                <w:sz w:val="18"/>
                <w:szCs w:val="18"/>
              </w:rPr>
            </w:pPr>
            <w:r w:rsidRPr="00582A7A">
              <w:rPr>
                <w:sz w:val="18"/>
                <w:szCs w:val="18"/>
              </w:rPr>
              <w:t>69.80 (66.60, 73.55)</w:t>
            </w:r>
          </w:p>
        </w:tc>
        <w:tc>
          <w:tcPr>
            <w:tcW w:w="1985" w:type="dxa"/>
            <w:tcMar>
              <w:top w:w="70" w:type="dxa"/>
              <w:left w:w="90" w:type="dxa"/>
              <w:bottom w:w="70" w:type="dxa"/>
              <w:right w:w="90" w:type="dxa"/>
            </w:tcMar>
            <w:vAlign w:val="center"/>
          </w:tcPr>
          <w:p w14:paraId="13DDF434" w14:textId="77777777" w:rsidR="00F720C3" w:rsidRPr="00582A7A" w:rsidRDefault="00000000" w:rsidP="003A2BCD">
            <w:pPr>
              <w:spacing w:after="0" w:line="240" w:lineRule="auto"/>
              <w:jc w:val="both"/>
              <w:rPr>
                <w:sz w:val="18"/>
                <w:szCs w:val="18"/>
              </w:rPr>
            </w:pPr>
            <w:r w:rsidRPr="00582A7A">
              <w:rPr>
                <w:sz w:val="18"/>
                <w:szCs w:val="18"/>
              </w:rPr>
              <w:t>66.10 (62.70, 69.00)</w:t>
            </w:r>
          </w:p>
        </w:tc>
        <w:tc>
          <w:tcPr>
            <w:tcW w:w="2098" w:type="dxa"/>
            <w:tcMar>
              <w:top w:w="70" w:type="dxa"/>
              <w:left w:w="90" w:type="dxa"/>
              <w:bottom w:w="70" w:type="dxa"/>
              <w:right w:w="90" w:type="dxa"/>
            </w:tcMar>
            <w:vAlign w:val="center"/>
          </w:tcPr>
          <w:p w14:paraId="44EE1807" w14:textId="77777777" w:rsidR="00F720C3" w:rsidRPr="00582A7A" w:rsidRDefault="00000000" w:rsidP="003A2BCD">
            <w:pPr>
              <w:spacing w:after="0" w:line="240" w:lineRule="auto"/>
              <w:jc w:val="both"/>
              <w:rPr>
                <w:sz w:val="18"/>
                <w:szCs w:val="18"/>
              </w:rPr>
            </w:pPr>
            <w:r w:rsidRPr="00582A7A">
              <w:rPr>
                <w:sz w:val="18"/>
                <w:szCs w:val="18"/>
              </w:rPr>
              <w:t>61.80 (58.70, 65.20)</w:t>
            </w:r>
          </w:p>
        </w:tc>
        <w:tc>
          <w:tcPr>
            <w:tcW w:w="766" w:type="dxa"/>
            <w:tcMar>
              <w:top w:w="70" w:type="dxa"/>
              <w:left w:w="90" w:type="dxa"/>
              <w:bottom w:w="70" w:type="dxa"/>
              <w:right w:w="90" w:type="dxa"/>
            </w:tcMar>
            <w:vAlign w:val="center"/>
          </w:tcPr>
          <w:p w14:paraId="7D1C93AA"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133BC354" w14:textId="77777777" w:rsidTr="00262C8D">
        <w:trPr>
          <w:jc w:val="center"/>
        </w:trPr>
        <w:tc>
          <w:tcPr>
            <w:tcW w:w="3806" w:type="dxa"/>
            <w:tcMar>
              <w:top w:w="70" w:type="dxa"/>
              <w:left w:w="90" w:type="dxa"/>
              <w:bottom w:w="70" w:type="dxa"/>
              <w:right w:w="90" w:type="dxa"/>
            </w:tcMar>
            <w:vAlign w:val="center"/>
          </w:tcPr>
          <w:p w14:paraId="2E041B88" w14:textId="77777777" w:rsidR="00F720C3" w:rsidRPr="00582A7A" w:rsidRDefault="00000000" w:rsidP="003A2BCD">
            <w:pPr>
              <w:spacing w:after="0" w:line="240" w:lineRule="auto"/>
              <w:jc w:val="both"/>
              <w:rPr>
                <w:sz w:val="18"/>
                <w:szCs w:val="18"/>
              </w:rPr>
            </w:pPr>
            <w:r w:rsidRPr="00582A7A">
              <w:rPr>
                <w:sz w:val="18"/>
                <w:szCs w:val="18"/>
              </w:rPr>
              <w:t>Albumin (g/L)</w:t>
            </w:r>
          </w:p>
        </w:tc>
        <w:tc>
          <w:tcPr>
            <w:tcW w:w="1985" w:type="dxa"/>
            <w:tcMar>
              <w:top w:w="70" w:type="dxa"/>
              <w:left w:w="90" w:type="dxa"/>
              <w:bottom w:w="70" w:type="dxa"/>
              <w:right w:w="90" w:type="dxa"/>
            </w:tcMar>
            <w:vAlign w:val="center"/>
          </w:tcPr>
          <w:p w14:paraId="6EA0F663" w14:textId="77777777" w:rsidR="00F720C3" w:rsidRPr="00582A7A" w:rsidRDefault="00000000" w:rsidP="003A2BCD">
            <w:pPr>
              <w:spacing w:after="0" w:line="240" w:lineRule="auto"/>
              <w:jc w:val="both"/>
              <w:rPr>
                <w:sz w:val="18"/>
                <w:szCs w:val="18"/>
              </w:rPr>
            </w:pPr>
            <w:r w:rsidRPr="00582A7A">
              <w:rPr>
                <w:sz w:val="18"/>
                <w:szCs w:val="18"/>
              </w:rPr>
              <w:t>39.90 (37.30, 42.10)</w:t>
            </w:r>
          </w:p>
        </w:tc>
        <w:tc>
          <w:tcPr>
            <w:tcW w:w="1984" w:type="dxa"/>
            <w:tcMar>
              <w:top w:w="70" w:type="dxa"/>
              <w:left w:w="90" w:type="dxa"/>
              <w:bottom w:w="70" w:type="dxa"/>
              <w:right w:w="90" w:type="dxa"/>
            </w:tcMar>
            <w:vAlign w:val="center"/>
          </w:tcPr>
          <w:p w14:paraId="301926D5" w14:textId="77777777" w:rsidR="00F720C3" w:rsidRPr="00582A7A" w:rsidRDefault="00000000" w:rsidP="003A2BCD">
            <w:pPr>
              <w:spacing w:after="0" w:line="240" w:lineRule="auto"/>
              <w:jc w:val="both"/>
              <w:rPr>
                <w:sz w:val="18"/>
                <w:szCs w:val="18"/>
              </w:rPr>
            </w:pPr>
            <w:r w:rsidRPr="00582A7A">
              <w:rPr>
                <w:sz w:val="18"/>
                <w:szCs w:val="18"/>
              </w:rPr>
              <w:t>43.00 (41.60, 44.50)</w:t>
            </w:r>
          </w:p>
        </w:tc>
        <w:tc>
          <w:tcPr>
            <w:tcW w:w="1985" w:type="dxa"/>
            <w:tcMar>
              <w:top w:w="70" w:type="dxa"/>
              <w:left w:w="90" w:type="dxa"/>
              <w:bottom w:w="70" w:type="dxa"/>
              <w:right w:w="90" w:type="dxa"/>
            </w:tcMar>
            <w:vAlign w:val="center"/>
          </w:tcPr>
          <w:p w14:paraId="4FF37E63" w14:textId="77777777" w:rsidR="00F720C3" w:rsidRPr="00582A7A" w:rsidRDefault="00000000" w:rsidP="003A2BCD">
            <w:pPr>
              <w:spacing w:after="0" w:line="240" w:lineRule="auto"/>
              <w:jc w:val="both"/>
              <w:rPr>
                <w:sz w:val="18"/>
                <w:szCs w:val="18"/>
              </w:rPr>
            </w:pPr>
            <w:r w:rsidRPr="00582A7A">
              <w:rPr>
                <w:sz w:val="18"/>
                <w:szCs w:val="18"/>
              </w:rPr>
              <w:t>39.80 (38.80, 40.85)</w:t>
            </w:r>
          </w:p>
        </w:tc>
        <w:tc>
          <w:tcPr>
            <w:tcW w:w="2098" w:type="dxa"/>
            <w:tcMar>
              <w:top w:w="70" w:type="dxa"/>
              <w:left w:w="90" w:type="dxa"/>
              <w:bottom w:w="70" w:type="dxa"/>
              <w:right w:w="90" w:type="dxa"/>
            </w:tcMar>
            <w:vAlign w:val="center"/>
          </w:tcPr>
          <w:p w14:paraId="4B4480F8" w14:textId="77777777" w:rsidR="00F720C3" w:rsidRPr="00582A7A" w:rsidRDefault="00000000" w:rsidP="003A2BCD">
            <w:pPr>
              <w:spacing w:after="0" w:line="240" w:lineRule="auto"/>
              <w:jc w:val="both"/>
              <w:rPr>
                <w:sz w:val="18"/>
                <w:szCs w:val="18"/>
              </w:rPr>
            </w:pPr>
            <w:r w:rsidRPr="00582A7A">
              <w:rPr>
                <w:sz w:val="18"/>
                <w:szCs w:val="18"/>
              </w:rPr>
              <w:t>36.30 (34.00, 37.70)</w:t>
            </w:r>
          </w:p>
        </w:tc>
        <w:tc>
          <w:tcPr>
            <w:tcW w:w="766" w:type="dxa"/>
            <w:tcMar>
              <w:top w:w="70" w:type="dxa"/>
              <w:left w:w="90" w:type="dxa"/>
              <w:bottom w:w="70" w:type="dxa"/>
              <w:right w:w="90" w:type="dxa"/>
            </w:tcMar>
            <w:vAlign w:val="center"/>
          </w:tcPr>
          <w:p w14:paraId="1E147E3E"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3F127D4D" w14:textId="77777777" w:rsidTr="00262C8D">
        <w:trPr>
          <w:jc w:val="center"/>
        </w:trPr>
        <w:tc>
          <w:tcPr>
            <w:tcW w:w="3806" w:type="dxa"/>
            <w:tcMar>
              <w:top w:w="70" w:type="dxa"/>
              <w:left w:w="90" w:type="dxa"/>
              <w:bottom w:w="70" w:type="dxa"/>
              <w:right w:w="90" w:type="dxa"/>
            </w:tcMar>
            <w:vAlign w:val="center"/>
          </w:tcPr>
          <w:p w14:paraId="76C126D5" w14:textId="77777777" w:rsidR="00F720C3" w:rsidRPr="00582A7A" w:rsidRDefault="00000000" w:rsidP="003A2BCD">
            <w:pPr>
              <w:spacing w:after="0" w:line="240" w:lineRule="auto"/>
              <w:jc w:val="both"/>
              <w:rPr>
                <w:sz w:val="18"/>
                <w:szCs w:val="18"/>
              </w:rPr>
            </w:pPr>
            <w:r w:rsidRPr="00582A7A">
              <w:rPr>
                <w:sz w:val="18"/>
                <w:szCs w:val="18"/>
              </w:rPr>
              <w:t>Globulin (g/L)</w:t>
            </w:r>
          </w:p>
        </w:tc>
        <w:tc>
          <w:tcPr>
            <w:tcW w:w="1985" w:type="dxa"/>
            <w:tcMar>
              <w:top w:w="70" w:type="dxa"/>
              <w:left w:w="90" w:type="dxa"/>
              <w:bottom w:w="70" w:type="dxa"/>
              <w:right w:w="90" w:type="dxa"/>
            </w:tcMar>
            <w:vAlign w:val="center"/>
          </w:tcPr>
          <w:p w14:paraId="6AFBB7DB" w14:textId="77777777" w:rsidR="00F720C3" w:rsidRPr="00582A7A" w:rsidRDefault="00000000" w:rsidP="003A2BCD">
            <w:pPr>
              <w:spacing w:after="0" w:line="240" w:lineRule="auto"/>
              <w:jc w:val="both"/>
              <w:rPr>
                <w:sz w:val="18"/>
                <w:szCs w:val="18"/>
              </w:rPr>
            </w:pPr>
            <w:r w:rsidRPr="00582A7A">
              <w:rPr>
                <w:sz w:val="18"/>
                <w:szCs w:val="18"/>
              </w:rPr>
              <w:t>26.20 (23.50, 29.30)</w:t>
            </w:r>
          </w:p>
        </w:tc>
        <w:tc>
          <w:tcPr>
            <w:tcW w:w="1984" w:type="dxa"/>
            <w:tcMar>
              <w:top w:w="70" w:type="dxa"/>
              <w:left w:w="90" w:type="dxa"/>
              <w:bottom w:w="70" w:type="dxa"/>
              <w:right w:w="90" w:type="dxa"/>
            </w:tcMar>
            <w:vAlign w:val="center"/>
          </w:tcPr>
          <w:p w14:paraId="55C93DC6" w14:textId="77777777" w:rsidR="00F720C3" w:rsidRPr="00582A7A" w:rsidRDefault="00000000" w:rsidP="003A2BCD">
            <w:pPr>
              <w:spacing w:after="0" w:line="240" w:lineRule="auto"/>
              <w:jc w:val="both"/>
              <w:rPr>
                <w:sz w:val="18"/>
                <w:szCs w:val="18"/>
              </w:rPr>
            </w:pPr>
            <w:r w:rsidRPr="00582A7A">
              <w:rPr>
                <w:sz w:val="18"/>
                <w:szCs w:val="18"/>
              </w:rPr>
              <w:t>26.70 (24.00, 29.55)</w:t>
            </w:r>
          </w:p>
        </w:tc>
        <w:tc>
          <w:tcPr>
            <w:tcW w:w="1985" w:type="dxa"/>
            <w:tcMar>
              <w:top w:w="70" w:type="dxa"/>
              <w:left w:w="90" w:type="dxa"/>
              <w:bottom w:w="70" w:type="dxa"/>
              <w:right w:w="90" w:type="dxa"/>
            </w:tcMar>
            <w:vAlign w:val="center"/>
          </w:tcPr>
          <w:p w14:paraId="2453C074" w14:textId="77777777" w:rsidR="00F720C3" w:rsidRPr="00582A7A" w:rsidRDefault="00000000" w:rsidP="003A2BCD">
            <w:pPr>
              <w:spacing w:after="0" w:line="240" w:lineRule="auto"/>
              <w:jc w:val="both"/>
              <w:rPr>
                <w:sz w:val="18"/>
                <w:szCs w:val="18"/>
              </w:rPr>
            </w:pPr>
            <w:r w:rsidRPr="00582A7A">
              <w:rPr>
                <w:sz w:val="18"/>
                <w:szCs w:val="18"/>
              </w:rPr>
              <w:t>26.10 (23.45, 29.05)</w:t>
            </w:r>
          </w:p>
        </w:tc>
        <w:tc>
          <w:tcPr>
            <w:tcW w:w="2098" w:type="dxa"/>
            <w:tcMar>
              <w:top w:w="70" w:type="dxa"/>
              <w:left w:w="90" w:type="dxa"/>
              <w:bottom w:w="70" w:type="dxa"/>
              <w:right w:w="90" w:type="dxa"/>
            </w:tcMar>
            <w:vAlign w:val="center"/>
          </w:tcPr>
          <w:p w14:paraId="3C0AEEB8" w14:textId="77777777" w:rsidR="00F720C3" w:rsidRPr="00582A7A" w:rsidRDefault="00000000" w:rsidP="003A2BCD">
            <w:pPr>
              <w:spacing w:after="0" w:line="240" w:lineRule="auto"/>
              <w:jc w:val="both"/>
              <w:rPr>
                <w:sz w:val="18"/>
                <w:szCs w:val="18"/>
              </w:rPr>
            </w:pPr>
            <w:r w:rsidRPr="00582A7A">
              <w:rPr>
                <w:sz w:val="18"/>
                <w:szCs w:val="18"/>
              </w:rPr>
              <w:t>25.50 (23.20, 29.05)</w:t>
            </w:r>
          </w:p>
        </w:tc>
        <w:tc>
          <w:tcPr>
            <w:tcW w:w="766" w:type="dxa"/>
            <w:tcMar>
              <w:top w:w="70" w:type="dxa"/>
              <w:left w:w="90" w:type="dxa"/>
              <w:bottom w:w="70" w:type="dxa"/>
              <w:right w:w="90" w:type="dxa"/>
            </w:tcMar>
            <w:vAlign w:val="center"/>
          </w:tcPr>
          <w:p w14:paraId="0A74D4C0" w14:textId="77777777" w:rsidR="00F720C3" w:rsidRPr="00582A7A" w:rsidRDefault="00000000" w:rsidP="003A2BCD">
            <w:pPr>
              <w:spacing w:after="0" w:line="240" w:lineRule="auto"/>
              <w:jc w:val="both"/>
              <w:rPr>
                <w:sz w:val="18"/>
                <w:szCs w:val="18"/>
              </w:rPr>
            </w:pPr>
            <w:r w:rsidRPr="00582A7A">
              <w:rPr>
                <w:sz w:val="18"/>
                <w:szCs w:val="18"/>
              </w:rPr>
              <w:t>0.049</w:t>
            </w:r>
          </w:p>
        </w:tc>
      </w:tr>
      <w:tr w:rsidR="002A76DF" w:rsidRPr="00582A7A" w14:paraId="21F8713F" w14:textId="77777777" w:rsidTr="00262C8D">
        <w:trPr>
          <w:jc w:val="center"/>
        </w:trPr>
        <w:tc>
          <w:tcPr>
            <w:tcW w:w="3806" w:type="dxa"/>
            <w:tcMar>
              <w:top w:w="70" w:type="dxa"/>
              <w:left w:w="90" w:type="dxa"/>
              <w:bottom w:w="70" w:type="dxa"/>
              <w:right w:w="90" w:type="dxa"/>
            </w:tcMar>
            <w:vAlign w:val="center"/>
          </w:tcPr>
          <w:p w14:paraId="435DCB9D" w14:textId="77777777" w:rsidR="00F720C3" w:rsidRPr="00582A7A" w:rsidRDefault="00000000" w:rsidP="003A2BCD">
            <w:pPr>
              <w:spacing w:after="0" w:line="240" w:lineRule="auto"/>
              <w:jc w:val="both"/>
              <w:rPr>
                <w:sz w:val="18"/>
                <w:szCs w:val="18"/>
              </w:rPr>
            </w:pPr>
            <w:r w:rsidRPr="00582A7A">
              <w:rPr>
                <w:sz w:val="18"/>
                <w:szCs w:val="18"/>
              </w:rPr>
              <w:t>Urea (mmol/L)</w:t>
            </w:r>
          </w:p>
        </w:tc>
        <w:tc>
          <w:tcPr>
            <w:tcW w:w="1985" w:type="dxa"/>
            <w:tcMar>
              <w:top w:w="70" w:type="dxa"/>
              <w:left w:w="90" w:type="dxa"/>
              <w:bottom w:w="70" w:type="dxa"/>
              <w:right w:w="90" w:type="dxa"/>
            </w:tcMar>
            <w:vAlign w:val="center"/>
          </w:tcPr>
          <w:p w14:paraId="00591B4F" w14:textId="77777777" w:rsidR="00F720C3" w:rsidRPr="00582A7A" w:rsidRDefault="00000000" w:rsidP="003A2BCD">
            <w:pPr>
              <w:spacing w:after="0" w:line="240" w:lineRule="auto"/>
              <w:jc w:val="both"/>
              <w:rPr>
                <w:sz w:val="18"/>
                <w:szCs w:val="18"/>
              </w:rPr>
            </w:pPr>
            <w:r w:rsidRPr="00582A7A">
              <w:rPr>
                <w:sz w:val="18"/>
                <w:szCs w:val="18"/>
              </w:rPr>
              <w:t>5.10 (4.09, 6.34)</w:t>
            </w:r>
          </w:p>
        </w:tc>
        <w:tc>
          <w:tcPr>
            <w:tcW w:w="1984" w:type="dxa"/>
            <w:tcMar>
              <w:top w:w="70" w:type="dxa"/>
              <w:left w:w="90" w:type="dxa"/>
              <w:bottom w:w="70" w:type="dxa"/>
              <w:right w:w="90" w:type="dxa"/>
            </w:tcMar>
            <w:vAlign w:val="center"/>
          </w:tcPr>
          <w:p w14:paraId="75794DEF" w14:textId="77777777" w:rsidR="00F720C3" w:rsidRPr="00582A7A" w:rsidRDefault="00000000" w:rsidP="003A2BCD">
            <w:pPr>
              <w:spacing w:after="0" w:line="240" w:lineRule="auto"/>
              <w:jc w:val="both"/>
              <w:rPr>
                <w:sz w:val="18"/>
                <w:szCs w:val="18"/>
              </w:rPr>
            </w:pPr>
            <w:r w:rsidRPr="00582A7A">
              <w:rPr>
                <w:sz w:val="18"/>
                <w:szCs w:val="18"/>
              </w:rPr>
              <w:t>5.09 (3.97, 6.25)</w:t>
            </w:r>
          </w:p>
        </w:tc>
        <w:tc>
          <w:tcPr>
            <w:tcW w:w="1985" w:type="dxa"/>
            <w:tcMar>
              <w:top w:w="70" w:type="dxa"/>
              <w:left w:w="90" w:type="dxa"/>
              <w:bottom w:w="70" w:type="dxa"/>
              <w:right w:w="90" w:type="dxa"/>
            </w:tcMar>
            <w:vAlign w:val="center"/>
          </w:tcPr>
          <w:p w14:paraId="49AFB86B" w14:textId="77777777" w:rsidR="00F720C3" w:rsidRPr="00582A7A" w:rsidRDefault="00000000" w:rsidP="003A2BCD">
            <w:pPr>
              <w:spacing w:after="0" w:line="240" w:lineRule="auto"/>
              <w:jc w:val="both"/>
              <w:rPr>
                <w:sz w:val="18"/>
                <w:szCs w:val="18"/>
              </w:rPr>
            </w:pPr>
            <w:r w:rsidRPr="00582A7A">
              <w:rPr>
                <w:sz w:val="18"/>
                <w:szCs w:val="18"/>
              </w:rPr>
              <w:t>4.96 (4.16, 6.02)</w:t>
            </w:r>
          </w:p>
        </w:tc>
        <w:tc>
          <w:tcPr>
            <w:tcW w:w="2098" w:type="dxa"/>
            <w:tcMar>
              <w:top w:w="70" w:type="dxa"/>
              <w:left w:w="90" w:type="dxa"/>
              <w:bottom w:w="70" w:type="dxa"/>
              <w:right w:w="90" w:type="dxa"/>
            </w:tcMar>
            <w:vAlign w:val="center"/>
          </w:tcPr>
          <w:p w14:paraId="7542CCFD" w14:textId="77777777" w:rsidR="00F720C3" w:rsidRPr="00582A7A" w:rsidRDefault="00000000" w:rsidP="003A2BCD">
            <w:pPr>
              <w:spacing w:after="0" w:line="240" w:lineRule="auto"/>
              <w:jc w:val="both"/>
              <w:rPr>
                <w:sz w:val="18"/>
                <w:szCs w:val="18"/>
              </w:rPr>
            </w:pPr>
            <w:r w:rsidRPr="00582A7A">
              <w:rPr>
                <w:sz w:val="18"/>
                <w:szCs w:val="18"/>
              </w:rPr>
              <w:t>5.31 (4.09, 7.07)</w:t>
            </w:r>
          </w:p>
        </w:tc>
        <w:tc>
          <w:tcPr>
            <w:tcW w:w="766" w:type="dxa"/>
            <w:tcMar>
              <w:top w:w="70" w:type="dxa"/>
              <w:left w:w="90" w:type="dxa"/>
              <w:bottom w:w="70" w:type="dxa"/>
              <w:right w:w="90" w:type="dxa"/>
            </w:tcMar>
            <w:vAlign w:val="center"/>
          </w:tcPr>
          <w:p w14:paraId="1EBF0A3C" w14:textId="77777777" w:rsidR="00F720C3" w:rsidRPr="00582A7A" w:rsidRDefault="00000000" w:rsidP="003A2BCD">
            <w:pPr>
              <w:spacing w:after="0" w:line="240" w:lineRule="auto"/>
              <w:jc w:val="both"/>
              <w:rPr>
                <w:sz w:val="18"/>
                <w:szCs w:val="18"/>
              </w:rPr>
            </w:pPr>
            <w:r w:rsidRPr="00582A7A">
              <w:rPr>
                <w:sz w:val="18"/>
                <w:szCs w:val="18"/>
              </w:rPr>
              <w:t>0.080</w:t>
            </w:r>
          </w:p>
        </w:tc>
      </w:tr>
      <w:tr w:rsidR="002A76DF" w:rsidRPr="00582A7A" w14:paraId="667FCD63" w14:textId="77777777" w:rsidTr="00262C8D">
        <w:trPr>
          <w:jc w:val="center"/>
        </w:trPr>
        <w:tc>
          <w:tcPr>
            <w:tcW w:w="3806" w:type="dxa"/>
            <w:tcMar>
              <w:top w:w="70" w:type="dxa"/>
              <w:left w:w="90" w:type="dxa"/>
              <w:bottom w:w="70" w:type="dxa"/>
              <w:right w:w="90" w:type="dxa"/>
            </w:tcMar>
            <w:vAlign w:val="center"/>
          </w:tcPr>
          <w:p w14:paraId="531D425F" w14:textId="77777777" w:rsidR="00F720C3" w:rsidRPr="00582A7A" w:rsidRDefault="00000000" w:rsidP="003A2BCD">
            <w:pPr>
              <w:spacing w:after="0" w:line="240" w:lineRule="auto"/>
              <w:jc w:val="both"/>
              <w:rPr>
                <w:sz w:val="18"/>
                <w:szCs w:val="18"/>
              </w:rPr>
            </w:pPr>
            <w:r w:rsidRPr="00582A7A">
              <w:rPr>
                <w:sz w:val="18"/>
                <w:szCs w:val="18"/>
              </w:rPr>
              <w:t>Uric acid (</w:t>
            </w:r>
            <w:proofErr w:type="spellStart"/>
            <w:r w:rsidRPr="00582A7A">
              <w:rPr>
                <w:sz w:val="18"/>
                <w:szCs w:val="18"/>
              </w:rPr>
              <w:t>μmol</w:t>
            </w:r>
            <w:proofErr w:type="spellEnd"/>
            <w:r w:rsidRPr="00582A7A">
              <w:rPr>
                <w:sz w:val="18"/>
                <w:szCs w:val="18"/>
              </w:rPr>
              <w:t>/L)</w:t>
            </w:r>
          </w:p>
        </w:tc>
        <w:tc>
          <w:tcPr>
            <w:tcW w:w="1985" w:type="dxa"/>
            <w:tcMar>
              <w:top w:w="70" w:type="dxa"/>
              <w:left w:w="90" w:type="dxa"/>
              <w:bottom w:w="70" w:type="dxa"/>
              <w:right w:w="90" w:type="dxa"/>
            </w:tcMar>
            <w:vAlign w:val="center"/>
          </w:tcPr>
          <w:p w14:paraId="2488111A" w14:textId="77777777" w:rsidR="00F720C3" w:rsidRPr="00582A7A" w:rsidRDefault="00000000" w:rsidP="003A2BCD">
            <w:pPr>
              <w:spacing w:after="0" w:line="240" w:lineRule="auto"/>
              <w:jc w:val="both"/>
              <w:rPr>
                <w:sz w:val="18"/>
                <w:szCs w:val="18"/>
              </w:rPr>
            </w:pPr>
            <w:r w:rsidRPr="00582A7A">
              <w:rPr>
                <w:sz w:val="18"/>
                <w:szCs w:val="18"/>
              </w:rPr>
              <w:t>361.20 (296.75, 424.22)</w:t>
            </w:r>
          </w:p>
        </w:tc>
        <w:tc>
          <w:tcPr>
            <w:tcW w:w="1984" w:type="dxa"/>
            <w:tcMar>
              <w:top w:w="70" w:type="dxa"/>
              <w:left w:w="90" w:type="dxa"/>
              <w:bottom w:w="70" w:type="dxa"/>
              <w:right w:w="90" w:type="dxa"/>
            </w:tcMar>
            <w:vAlign w:val="center"/>
          </w:tcPr>
          <w:p w14:paraId="1304DD14" w14:textId="77777777" w:rsidR="00F720C3" w:rsidRPr="00582A7A" w:rsidRDefault="00000000" w:rsidP="003A2BCD">
            <w:pPr>
              <w:spacing w:after="0" w:line="240" w:lineRule="auto"/>
              <w:jc w:val="both"/>
              <w:rPr>
                <w:sz w:val="18"/>
                <w:szCs w:val="18"/>
              </w:rPr>
            </w:pPr>
            <w:r w:rsidRPr="00582A7A">
              <w:rPr>
                <w:sz w:val="18"/>
                <w:szCs w:val="18"/>
              </w:rPr>
              <w:t>372.60 (304.75, 426.85)</w:t>
            </w:r>
          </w:p>
        </w:tc>
        <w:tc>
          <w:tcPr>
            <w:tcW w:w="1985" w:type="dxa"/>
            <w:tcMar>
              <w:top w:w="70" w:type="dxa"/>
              <w:left w:w="90" w:type="dxa"/>
              <w:bottom w:w="70" w:type="dxa"/>
              <w:right w:w="90" w:type="dxa"/>
            </w:tcMar>
            <w:vAlign w:val="center"/>
          </w:tcPr>
          <w:p w14:paraId="3CA1F872" w14:textId="77777777" w:rsidR="00F720C3" w:rsidRPr="00582A7A" w:rsidRDefault="00000000" w:rsidP="003A2BCD">
            <w:pPr>
              <w:spacing w:after="0" w:line="240" w:lineRule="auto"/>
              <w:jc w:val="both"/>
              <w:rPr>
                <w:sz w:val="18"/>
                <w:szCs w:val="18"/>
              </w:rPr>
            </w:pPr>
            <w:r w:rsidRPr="00582A7A">
              <w:rPr>
                <w:sz w:val="18"/>
                <w:szCs w:val="18"/>
              </w:rPr>
              <w:t>356.35 (286.33, 418.47)</w:t>
            </w:r>
          </w:p>
        </w:tc>
        <w:tc>
          <w:tcPr>
            <w:tcW w:w="2098" w:type="dxa"/>
            <w:tcMar>
              <w:top w:w="70" w:type="dxa"/>
              <w:left w:w="90" w:type="dxa"/>
              <w:bottom w:w="70" w:type="dxa"/>
              <w:right w:w="90" w:type="dxa"/>
            </w:tcMar>
            <w:vAlign w:val="center"/>
          </w:tcPr>
          <w:p w14:paraId="2CC4FF63" w14:textId="77777777" w:rsidR="00F720C3" w:rsidRPr="00582A7A" w:rsidRDefault="00000000" w:rsidP="003A2BCD">
            <w:pPr>
              <w:spacing w:after="0" w:line="240" w:lineRule="auto"/>
              <w:jc w:val="both"/>
              <w:rPr>
                <w:sz w:val="18"/>
                <w:szCs w:val="18"/>
              </w:rPr>
            </w:pPr>
            <w:r w:rsidRPr="00582A7A">
              <w:rPr>
                <w:sz w:val="18"/>
                <w:szCs w:val="18"/>
              </w:rPr>
              <w:t>356.00 (289.40, 425.50)</w:t>
            </w:r>
          </w:p>
        </w:tc>
        <w:tc>
          <w:tcPr>
            <w:tcW w:w="766" w:type="dxa"/>
            <w:tcMar>
              <w:top w:w="70" w:type="dxa"/>
              <w:left w:w="90" w:type="dxa"/>
              <w:bottom w:w="70" w:type="dxa"/>
              <w:right w:w="90" w:type="dxa"/>
            </w:tcMar>
            <w:vAlign w:val="center"/>
          </w:tcPr>
          <w:p w14:paraId="1C8647DE" w14:textId="77777777" w:rsidR="00F720C3" w:rsidRPr="00582A7A" w:rsidRDefault="00000000" w:rsidP="003A2BCD">
            <w:pPr>
              <w:spacing w:after="0" w:line="240" w:lineRule="auto"/>
              <w:jc w:val="both"/>
              <w:rPr>
                <w:sz w:val="18"/>
                <w:szCs w:val="18"/>
              </w:rPr>
            </w:pPr>
            <w:r w:rsidRPr="00582A7A">
              <w:rPr>
                <w:sz w:val="18"/>
                <w:szCs w:val="18"/>
              </w:rPr>
              <w:t>0.197</w:t>
            </w:r>
          </w:p>
        </w:tc>
      </w:tr>
      <w:tr w:rsidR="002A76DF" w:rsidRPr="00582A7A" w14:paraId="0B059980" w14:textId="77777777" w:rsidTr="00262C8D">
        <w:trPr>
          <w:jc w:val="center"/>
        </w:trPr>
        <w:tc>
          <w:tcPr>
            <w:tcW w:w="3806" w:type="dxa"/>
            <w:tcMar>
              <w:top w:w="70" w:type="dxa"/>
              <w:left w:w="90" w:type="dxa"/>
              <w:bottom w:w="70" w:type="dxa"/>
              <w:right w:w="90" w:type="dxa"/>
            </w:tcMar>
            <w:vAlign w:val="center"/>
          </w:tcPr>
          <w:p w14:paraId="4FF74294" w14:textId="77777777" w:rsidR="00F720C3" w:rsidRPr="00582A7A" w:rsidRDefault="00000000" w:rsidP="003A2BCD">
            <w:pPr>
              <w:spacing w:after="0" w:line="240" w:lineRule="auto"/>
              <w:jc w:val="both"/>
              <w:rPr>
                <w:sz w:val="18"/>
                <w:szCs w:val="18"/>
              </w:rPr>
            </w:pPr>
            <w:r w:rsidRPr="00582A7A">
              <w:rPr>
                <w:sz w:val="18"/>
                <w:szCs w:val="18"/>
              </w:rPr>
              <w:t>Fasting glucose (mmol/L)</w:t>
            </w:r>
          </w:p>
        </w:tc>
        <w:tc>
          <w:tcPr>
            <w:tcW w:w="1985" w:type="dxa"/>
            <w:tcMar>
              <w:top w:w="70" w:type="dxa"/>
              <w:left w:w="90" w:type="dxa"/>
              <w:bottom w:w="70" w:type="dxa"/>
              <w:right w:w="90" w:type="dxa"/>
            </w:tcMar>
            <w:vAlign w:val="center"/>
          </w:tcPr>
          <w:p w14:paraId="5BC20C05" w14:textId="77777777" w:rsidR="00F720C3" w:rsidRPr="00582A7A" w:rsidRDefault="00000000" w:rsidP="003A2BCD">
            <w:pPr>
              <w:spacing w:after="0" w:line="240" w:lineRule="auto"/>
              <w:jc w:val="both"/>
              <w:rPr>
                <w:sz w:val="18"/>
                <w:szCs w:val="18"/>
              </w:rPr>
            </w:pPr>
            <w:r w:rsidRPr="00582A7A">
              <w:rPr>
                <w:sz w:val="18"/>
                <w:szCs w:val="18"/>
              </w:rPr>
              <w:t>5.60 (4.80, 7.47)</w:t>
            </w:r>
          </w:p>
        </w:tc>
        <w:tc>
          <w:tcPr>
            <w:tcW w:w="1984" w:type="dxa"/>
            <w:tcMar>
              <w:top w:w="70" w:type="dxa"/>
              <w:left w:w="90" w:type="dxa"/>
              <w:bottom w:w="70" w:type="dxa"/>
              <w:right w:w="90" w:type="dxa"/>
            </w:tcMar>
            <w:vAlign w:val="center"/>
          </w:tcPr>
          <w:p w14:paraId="3E53F701" w14:textId="77777777" w:rsidR="00F720C3" w:rsidRPr="00582A7A" w:rsidRDefault="00000000" w:rsidP="003A2BCD">
            <w:pPr>
              <w:spacing w:after="0" w:line="240" w:lineRule="auto"/>
              <w:jc w:val="both"/>
              <w:rPr>
                <w:sz w:val="18"/>
                <w:szCs w:val="18"/>
              </w:rPr>
            </w:pPr>
            <w:r w:rsidRPr="00582A7A">
              <w:rPr>
                <w:sz w:val="18"/>
                <w:szCs w:val="18"/>
              </w:rPr>
              <w:t>5.64 (4.78, 7.46)</w:t>
            </w:r>
          </w:p>
        </w:tc>
        <w:tc>
          <w:tcPr>
            <w:tcW w:w="1985" w:type="dxa"/>
            <w:tcMar>
              <w:top w:w="70" w:type="dxa"/>
              <w:left w:w="90" w:type="dxa"/>
              <w:bottom w:w="70" w:type="dxa"/>
              <w:right w:w="90" w:type="dxa"/>
            </w:tcMar>
            <w:vAlign w:val="center"/>
          </w:tcPr>
          <w:p w14:paraId="3637BD60" w14:textId="77777777" w:rsidR="00F720C3" w:rsidRPr="00582A7A" w:rsidRDefault="00000000" w:rsidP="003A2BCD">
            <w:pPr>
              <w:spacing w:after="0" w:line="240" w:lineRule="auto"/>
              <w:jc w:val="both"/>
              <w:rPr>
                <w:sz w:val="18"/>
                <w:szCs w:val="18"/>
              </w:rPr>
            </w:pPr>
            <w:r w:rsidRPr="00582A7A">
              <w:rPr>
                <w:sz w:val="18"/>
                <w:szCs w:val="18"/>
              </w:rPr>
              <w:t>5.44 (4.61, 6.89)</w:t>
            </w:r>
          </w:p>
        </w:tc>
        <w:tc>
          <w:tcPr>
            <w:tcW w:w="2098" w:type="dxa"/>
            <w:tcMar>
              <w:top w:w="70" w:type="dxa"/>
              <w:left w:w="90" w:type="dxa"/>
              <w:bottom w:w="70" w:type="dxa"/>
              <w:right w:w="90" w:type="dxa"/>
            </w:tcMar>
            <w:vAlign w:val="center"/>
          </w:tcPr>
          <w:p w14:paraId="1368E7D1" w14:textId="77777777" w:rsidR="00F720C3" w:rsidRPr="00582A7A" w:rsidRDefault="00000000" w:rsidP="003A2BCD">
            <w:pPr>
              <w:spacing w:after="0" w:line="240" w:lineRule="auto"/>
              <w:jc w:val="both"/>
              <w:rPr>
                <w:sz w:val="18"/>
                <w:szCs w:val="18"/>
              </w:rPr>
            </w:pPr>
            <w:r w:rsidRPr="00582A7A">
              <w:rPr>
                <w:sz w:val="18"/>
                <w:szCs w:val="18"/>
              </w:rPr>
              <w:t>5.68 (4.91, 7.61)</w:t>
            </w:r>
          </w:p>
        </w:tc>
        <w:tc>
          <w:tcPr>
            <w:tcW w:w="766" w:type="dxa"/>
            <w:tcMar>
              <w:top w:w="70" w:type="dxa"/>
              <w:left w:w="90" w:type="dxa"/>
              <w:bottom w:w="70" w:type="dxa"/>
              <w:right w:w="90" w:type="dxa"/>
            </w:tcMar>
            <w:vAlign w:val="center"/>
          </w:tcPr>
          <w:p w14:paraId="3A91EB88" w14:textId="77777777" w:rsidR="00F720C3" w:rsidRPr="00582A7A" w:rsidRDefault="00000000" w:rsidP="003A2BCD">
            <w:pPr>
              <w:spacing w:after="0" w:line="240" w:lineRule="auto"/>
              <w:jc w:val="both"/>
              <w:rPr>
                <w:sz w:val="18"/>
                <w:szCs w:val="18"/>
              </w:rPr>
            </w:pPr>
            <w:r w:rsidRPr="00582A7A">
              <w:rPr>
                <w:sz w:val="18"/>
                <w:szCs w:val="18"/>
              </w:rPr>
              <w:t>0.203</w:t>
            </w:r>
          </w:p>
        </w:tc>
      </w:tr>
      <w:tr w:rsidR="002A76DF" w:rsidRPr="00582A7A" w14:paraId="4A863B95" w14:textId="77777777" w:rsidTr="00262C8D">
        <w:trPr>
          <w:jc w:val="center"/>
        </w:trPr>
        <w:tc>
          <w:tcPr>
            <w:tcW w:w="3806" w:type="dxa"/>
            <w:tcMar>
              <w:top w:w="70" w:type="dxa"/>
              <w:left w:w="90" w:type="dxa"/>
              <w:bottom w:w="70" w:type="dxa"/>
              <w:right w:w="90" w:type="dxa"/>
            </w:tcMar>
            <w:vAlign w:val="center"/>
          </w:tcPr>
          <w:p w14:paraId="70DE75D9" w14:textId="77777777" w:rsidR="00F720C3" w:rsidRPr="00582A7A" w:rsidRDefault="00000000" w:rsidP="003A2BCD">
            <w:pPr>
              <w:spacing w:after="0" w:line="240" w:lineRule="auto"/>
              <w:jc w:val="both"/>
              <w:rPr>
                <w:sz w:val="18"/>
                <w:szCs w:val="18"/>
              </w:rPr>
            </w:pPr>
            <w:r w:rsidRPr="00582A7A">
              <w:rPr>
                <w:sz w:val="18"/>
                <w:szCs w:val="18"/>
              </w:rPr>
              <w:t>Total cholesterol (mmol/L)</w:t>
            </w:r>
          </w:p>
        </w:tc>
        <w:tc>
          <w:tcPr>
            <w:tcW w:w="1985" w:type="dxa"/>
            <w:tcMar>
              <w:top w:w="70" w:type="dxa"/>
              <w:left w:w="90" w:type="dxa"/>
              <w:bottom w:w="70" w:type="dxa"/>
              <w:right w:w="90" w:type="dxa"/>
            </w:tcMar>
            <w:vAlign w:val="center"/>
          </w:tcPr>
          <w:p w14:paraId="215C086F" w14:textId="77777777" w:rsidR="00F720C3" w:rsidRPr="00582A7A" w:rsidRDefault="00000000" w:rsidP="003A2BCD">
            <w:pPr>
              <w:spacing w:after="0" w:line="240" w:lineRule="auto"/>
              <w:jc w:val="both"/>
              <w:rPr>
                <w:sz w:val="18"/>
                <w:szCs w:val="18"/>
              </w:rPr>
            </w:pPr>
            <w:r w:rsidRPr="00582A7A">
              <w:rPr>
                <w:sz w:val="18"/>
                <w:szCs w:val="18"/>
              </w:rPr>
              <w:t>4.97 (4.16, 5.88)</w:t>
            </w:r>
          </w:p>
        </w:tc>
        <w:tc>
          <w:tcPr>
            <w:tcW w:w="1984" w:type="dxa"/>
            <w:tcMar>
              <w:top w:w="70" w:type="dxa"/>
              <w:left w:w="90" w:type="dxa"/>
              <w:bottom w:w="70" w:type="dxa"/>
              <w:right w:w="90" w:type="dxa"/>
            </w:tcMar>
            <w:vAlign w:val="center"/>
          </w:tcPr>
          <w:p w14:paraId="62BC54E0" w14:textId="77777777" w:rsidR="00F720C3" w:rsidRPr="00582A7A" w:rsidRDefault="00000000" w:rsidP="003A2BCD">
            <w:pPr>
              <w:spacing w:after="0" w:line="240" w:lineRule="auto"/>
              <w:jc w:val="both"/>
              <w:rPr>
                <w:sz w:val="18"/>
                <w:szCs w:val="18"/>
              </w:rPr>
            </w:pPr>
            <w:r w:rsidRPr="00582A7A">
              <w:rPr>
                <w:sz w:val="18"/>
                <w:szCs w:val="18"/>
              </w:rPr>
              <w:t>5.22 (4.33, 6.20)</w:t>
            </w:r>
          </w:p>
        </w:tc>
        <w:tc>
          <w:tcPr>
            <w:tcW w:w="1985" w:type="dxa"/>
            <w:tcMar>
              <w:top w:w="70" w:type="dxa"/>
              <w:left w:w="90" w:type="dxa"/>
              <w:bottom w:w="70" w:type="dxa"/>
              <w:right w:w="90" w:type="dxa"/>
            </w:tcMar>
            <w:vAlign w:val="center"/>
          </w:tcPr>
          <w:p w14:paraId="6E110B4F" w14:textId="77777777" w:rsidR="00F720C3" w:rsidRPr="00582A7A" w:rsidRDefault="00000000" w:rsidP="003A2BCD">
            <w:pPr>
              <w:spacing w:after="0" w:line="240" w:lineRule="auto"/>
              <w:jc w:val="both"/>
              <w:rPr>
                <w:sz w:val="18"/>
                <w:szCs w:val="18"/>
              </w:rPr>
            </w:pPr>
            <w:r w:rsidRPr="00582A7A">
              <w:rPr>
                <w:sz w:val="18"/>
                <w:szCs w:val="18"/>
              </w:rPr>
              <w:t>5.09 (4.32, 5.74)</w:t>
            </w:r>
          </w:p>
        </w:tc>
        <w:tc>
          <w:tcPr>
            <w:tcW w:w="2098" w:type="dxa"/>
            <w:tcMar>
              <w:top w:w="70" w:type="dxa"/>
              <w:left w:w="90" w:type="dxa"/>
              <w:bottom w:w="70" w:type="dxa"/>
              <w:right w:w="90" w:type="dxa"/>
            </w:tcMar>
            <w:vAlign w:val="center"/>
          </w:tcPr>
          <w:p w14:paraId="1EEBD228" w14:textId="77777777" w:rsidR="00F720C3" w:rsidRPr="00582A7A" w:rsidRDefault="00000000" w:rsidP="003A2BCD">
            <w:pPr>
              <w:spacing w:after="0" w:line="240" w:lineRule="auto"/>
              <w:jc w:val="both"/>
              <w:rPr>
                <w:sz w:val="18"/>
                <w:szCs w:val="18"/>
              </w:rPr>
            </w:pPr>
            <w:r w:rsidRPr="00582A7A">
              <w:rPr>
                <w:sz w:val="18"/>
                <w:szCs w:val="18"/>
              </w:rPr>
              <w:t>4.65 (3.82, 5.56)</w:t>
            </w:r>
          </w:p>
        </w:tc>
        <w:tc>
          <w:tcPr>
            <w:tcW w:w="766" w:type="dxa"/>
            <w:tcMar>
              <w:top w:w="70" w:type="dxa"/>
              <w:left w:w="90" w:type="dxa"/>
              <w:bottom w:w="70" w:type="dxa"/>
              <w:right w:w="90" w:type="dxa"/>
            </w:tcMar>
            <w:vAlign w:val="center"/>
          </w:tcPr>
          <w:p w14:paraId="57EA1721"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72E2E4A5" w14:textId="77777777" w:rsidTr="00262C8D">
        <w:trPr>
          <w:jc w:val="center"/>
        </w:trPr>
        <w:tc>
          <w:tcPr>
            <w:tcW w:w="3806" w:type="dxa"/>
            <w:tcMar>
              <w:top w:w="70" w:type="dxa"/>
              <w:left w:w="90" w:type="dxa"/>
              <w:bottom w:w="70" w:type="dxa"/>
              <w:right w:w="90" w:type="dxa"/>
            </w:tcMar>
            <w:vAlign w:val="center"/>
          </w:tcPr>
          <w:p w14:paraId="1AA8A0DE" w14:textId="77777777" w:rsidR="00F720C3" w:rsidRPr="00582A7A" w:rsidRDefault="00000000" w:rsidP="003A2BCD">
            <w:pPr>
              <w:spacing w:after="0" w:line="240" w:lineRule="auto"/>
              <w:jc w:val="both"/>
              <w:rPr>
                <w:sz w:val="18"/>
                <w:szCs w:val="18"/>
              </w:rPr>
            </w:pPr>
            <w:r w:rsidRPr="00582A7A">
              <w:rPr>
                <w:sz w:val="18"/>
                <w:szCs w:val="18"/>
              </w:rPr>
              <w:t>Triglycerides (mmol/L)</w:t>
            </w:r>
          </w:p>
        </w:tc>
        <w:tc>
          <w:tcPr>
            <w:tcW w:w="1985" w:type="dxa"/>
            <w:tcMar>
              <w:top w:w="70" w:type="dxa"/>
              <w:left w:w="90" w:type="dxa"/>
              <w:bottom w:w="70" w:type="dxa"/>
              <w:right w:w="90" w:type="dxa"/>
            </w:tcMar>
            <w:vAlign w:val="center"/>
          </w:tcPr>
          <w:p w14:paraId="5230210A" w14:textId="77777777" w:rsidR="00F720C3" w:rsidRPr="00582A7A" w:rsidRDefault="00000000" w:rsidP="003A2BCD">
            <w:pPr>
              <w:spacing w:after="0" w:line="240" w:lineRule="auto"/>
              <w:jc w:val="both"/>
              <w:rPr>
                <w:sz w:val="18"/>
                <w:szCs w:val="18"/>
              </w:rPr>
            </w:pPr>
            <w:r w:rsidRPr="00582A7A">
              <w:rPr>
                <w:sz w:val="18"/>
                <w:szCs w:val="18"/>
              </w:rPr>
              <w:t>1.40 (1.00, 1.97)</w:t>
            </w:r>
          </w:p>
        </w:tc>
        <w:tc>
          <w:tcPr>
            <w:tcW w:w="1984" w:type="dxa"/>
            <w:tcMar>
              <w:top w:w="70" w:type="dxa"/>
              <w:left w:w="90" w:type="dxa"/>
              <w:bottom w:w="70" w:type="dxa"/>
              <w:right w:w="90" w:type="dxa"/>
            </w:tcMar>
            <w:vAlign w:val="center"/>
          </w:tcPr>
          <w:p w14:paraId="1B7065E9" w14:textId="77777777" w:rsidR="00F720C3" w:rsidRPr="00582A7A" w:rsidRDefault="00000000" w:rsidP="003A2BCD">
            <w:pPr>
              <w:spacing w:after="0" w:line="240" w:lineRule="auto"/>
              <w:jc w:val="both"/>
              <w:rPr>
                <w:sz w:val="18"/>
                <w:szCs w:val="18"/>
              </w:rPr>
            </w:pPr>
            <w:r w:rsidRPr="00582A7A">
              <w:rPr>
                <w:sz w:val="18"/>
                <w:szCs w:val="18"/>
              </w:rPr>
              <w:t>1.70 (1.20, 2.55)</w:t>
            </w:r>
          </w:p>
        </w:tc>
        <w:tc>
          <w:tcPr>
            <w:tcW w:w="1985" w:type="dxa"/>
            <w:tcMar>
              <w:top w:w="70" w:type="dxa"/>
              <w:left w:w="90" w:type="dxa"/>
              <w:bottom w:w="70" w:type="dxa"/>
              <w:right w:w="90" w:type="dxa"/>
            </w:tcMar>
            <w:vAlign w:val="center"/>
          </w:tcPr>
          <w:p w14:paraId="420256FD" w14:textId="77777777" w:rsidR="00F720C3" w:rsidRPr="00582A7A" w:rsidRDefault="00000000" w:rsidP="003A2BCD">
            <w:pPr>
              <w:spacing w:after="0" w:line="240" w:lineRule="auto"/>
              <w:jc w:val="both"/>
              <w:rPr>
                <w:sz w:val="18"/>
                <w:szCs w:val="18"/>
              </w:rPr>
            </w:pPr>
            <w:r w:rsidRPr="00582A7A">
              <w:rPr>
                <w:sz w:val="18"/>
                <w:szCs w:val="18"/>
              </w:rPr>
              <w:t>1.43 (1.03, 1.86)</w:t>
            </w:r>
          </w:p>
        </w:tc>
        <w:tc>
          <w:tcPr>
            <w:tcW w:w="2098" w:type="dxa"/>
            <w:tcMar>
              <w:top w:w="70" w:type="dxa"/>
              <w:left w:w="90" w:type="dxa"/>
              <w:bottom w:w="70" w:type="dxa"/>
              <w:right w:w="90" w:type="dxa"/>
            </w:tcMar>
            <w:vAlign w:val="center"/>
          </w:tcPr>
          <w:p w14:paraId="6ECFFC5A" w14:textId="77777777" w:rsidR="00F720C3" w:rsidRPr="00582A7A" w:rsidRDefault="00000000" w:rsidP="003A2BCD">
            <w:pPr>
              <w:spacing w:after="0" w:line="240" w:lineRule="auto"/>
              <w:jc w:val="both"/>
              <w:rPr>
                <w:sz w:val="18"/>
                <w:szCs w:val="18"/>
              </w:rPr>
            </w:pPr>
            <w:r w:rsidRPr="00582A7A">
              <w:rPr>
                <w:sz w:val="18"/>
                <w:szCs w:val="18"/>
              </w:rPr>
              <w:t>1.17 (0.89, 1.63)</w:t>
            </w:r>
          </w:p>
        </w:tc>
        <w:tc>
          <w:tcPr>
            <w:tcW w:w="766" w:type="dxa"/>
            <w:tcMar>
              <w:top w:w="70" w:type="dxa"/>
              <w:left w:w="90" w:type="dxa"/>
              <w:bottom w:w="70" w:type="dxa"/>
              <w:right w:w="90" w:type="dxa"/>
            </w:tcMar>
            <w:vAlign w:val="center"/>
          </w:tcPr>
          <w:p w14:paraId="3C10FDBC"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7F138CDA" w14:textId="77777777" w:rsidTr="00262C8D">
        <w:trPr>
          <w:jc w:val="center"/>
        </w:trPr>
        <w:tc>
          <w:tcPr>
            <w:tcW w:w="3806" w:type="dxa"/>
            <w:tcMar>
              <w:top w:w="70" w:type="dxa"/>
              <w:left w:w="90" w:type="dxa"/>
              <w:bottom w:w="70" w:type="dxa"/>
              <w:right w:w="90" w:type="dxa"/>
            </w:tcMar>
            <w:vAlign w:val="center"/>
          </w:tcPr>
          <w:p w14:paraId="056A757F" w14:textId="77777777" w:rsidR="00F720C3" w:rsidRPr="00582A7A" w:rsidRDefault="00000000" w:rsidP="003A2BCD">
            <w:pPr>
              <w:spacing w:after="0" w:line="240" w:lineRule="auto"/>
              <w:jc w:val="both"/>
              <w:rPr>
                <w:sz w:val="18"/>
                <w:szCs w:val="18"/>
              </w:rPr>
            </w:pPr>
            <w:r w:rsidRPr="00582A7A">
              <w:rPr>
                <w:sz w:val="18"/>
                <w:szCs w:val="18"/>
              </w:rPr>
              <w:t>HDL-C (mmol/L)</w:t>
            </w:r>
          </w:p>
        </w:tc>
        <w:tc>
          <w:tcPr>
            <w:tcW w:w="1985" w:type="dxa"/>
            <w:tcMar>
              <w:top w:w="70" w:type="dxa"/>
              <w:left w:w="90" w:type="dxa"/>
              <w:bottom w:w="70" w:type="dxa"/>
              <w:right w:w="90" w:type="dxa"/>
            </w:tcMar>
            <w:vAlign w:val="center"/>
          </w:tcPr>
          <w:p w14:paraId="602A3DCF" w14:textId="77777777" w:rsidR="00F720C3" w:rsidRPr="00582A7A" w:rsidRDefault="00000000" w:rsidP="003A2BCD">
            <w:pPr>
              <w:spacing w:after="0" w:line="240" w:lineRule="auto"/>
              <w:jc w:val="both"/>
              <w:rPr>
                <w:sz w:val="18"/>
                <w:szCs w:val="18"/>
              </w:rPr>
            </w:pPr>
            <w:r w:rsidRPr="00582A7A">
              <w:rPr>
                <w:sz w:val="18"/>
                <w:szCs w:val="18"/>
              </w:rPr>
              <w:t>1.02 (0.86, 1.22)</w:t>
            </w:r>
          </w:p>
        </w:tc>
        <w:tc>
          <w:tcPr>
            <w:tcW w:w="1984" w:type="dxa"/>
            <w:tcMar>
              <w:top w:w="70" w:type="dxa"/>
              <w:left w:w="90" w:type="dxa"/>
              <w:bottom w:w="70" w:type="dxa"/>
              <w:right w:w="90" w:type="dxa"/>
            </w:tcMar>
            <w:vAlign w:val="center"/>
          </w:tcPr>
          <w:p w14:paraId="4F9222A3" w14:textId="77777777" w:rsidR="00F720C3" w:rsidRPr="00582A7A" w:rsidRDefault="00000000" w:rsidP="003A2BCD">
            <w:pPr>
              <w:spacing w:after="0" w:line="240" w:lineRule="auto"/>
              <w:jc w:val="both"/>
              <w:rPr>
                <w:sz w:val="18"/>
                <w:szCs w:val="18"/>
              </w:rPr>
            </w:pPr>
            <w:r w:rsidRPr="00582A7A">
              <w:rPr>
                <w:sz w:val="18"/>
                <w:szCs w:val="18"/>
              </w:rPr>
              <w:t>1.02 (0.86, 1.23)</w:t>
            </w:r>
          </w:p>
        </w:tc>
        <w:tc>
          <w:tcPr>
            <w:tcW w:w="1985" w:type="dxa"/>
            <w:tcMar>
              <w:top w:w="70" w:type="dxa"/>
              <w:left w:w="90" w:type="dxa"/>
              <w:bottom w:w="70" w:type="dxa"/>
              <w:right w:w="90" w:type="dxa"/>
            </w:tcMar>
            <w:vAlign w:val="center"/>
          </w:tcPr>
          <w:p w14:paraId="3447AB65" w14:textId="77777777" w:rsidR="00F720C3" w:rsidRPr="00582A7A" w:rsidRDefault="00000000" w:rsidP="003A2BCD">
            <w:pPr>
              <w:spacing w:after="0" w:line="240" w:lineRule="auto"/>
              <w:jc w:val="both"/>
              <w:rPr>
                <w:sz w:val="18"/>
                <w:szCs w:val="18"/>
              </w:rPr>
            </w:pPr>
            <w:r w:rsidRPr="00582A7A">
              <w:rPr>
                <w:sz w:val="18"/>
                <w:szCs w:val="18"/>
              </w:rPr>
              <w:t>1.03 (0.88, 1.22)</w:t>
            </w:r>
          </w:p>
        </w:tc>
        <w:tc>
          <w:tcPr>
            <w:tcW w:w="2098" w:type="dxa"/>
            <w:tcMar>
              <w:top w:w="70" w:type="dxa"/>
              <w:left w:w="90" w:type="dxa"/>
              <w:bottom w:w="70" w:type="dxa"/>
              <w:right w:w="90" w:type="dxa"/>
            </w:tcMar>
            <w:vAlign w:val="center"/>
          </w:tcPr>
          <w:p w14:paraId="3C8715E9" w14:textId="77777777" w:rsidR="00F720C3" w:rsidRPr="00582A7A" w:rsidRDefault="00000000" w:rsidP="003A2BCD">
            <w:pPr>
              <w:spacing w:after="0" w:line="240" w:lineRule="auto"/>
              <w:jc w:val="both"/>
              <w:rPr>
                <w:sz w:val="18"/>
                <w:szCs w:val="18"/>
              </w:rPr>
            </w:pPr>
            <w:r w:rsidRPr="00582A7A">
              <w:rPr>
                <w:sz w:val="18"/>
                <w:szCs w:val="18"/>
              </w:rPr>
              <w:t>1.01 (0.86, 1.22)</w:t>
            </w:r>
          </w:p>
        </w:tc>
        <w:tc>
          <w:tcPr>
            <w:tcW w:w="766" w:type="dxa"/>
            <w:tcMar>
              <w:top w:w="70" w:type="dxa"/>
              <w:left w:w="90" w:type="dxa"/>
              <w:bottom w:w="70" w:type="dxa"/>
              <w:right w:w="90" w:type="dxa"/>
            </w:tcMar>
            <w:vAlign w:val="center"/>
          </w:tcPr>
          <w:p w14:paraId="25606BC8" w14:textId="77777777" w:rsidR="00F720C3" w:rsidRPr="00582A7A" w:rsidRDefault="00000000" w:rsidP="003A2BCD">
            <w:pPr>
              <w:spacing w:after="0" w:line="240" w:lineRule="auto"/>
              <w:jc w:val="both"/>
              <w:rPr>
                <w:sz w:val="18"/>
                <w:szCs w:val="18"/>
              </w:rPr>
            </w:pPr>
            <w:r w:rsidRPr="00582A7A">
              <w:rPr>
                <w:sz w:val="18"/>
                <w:szCs w:val="18"/>
              </w:rPr>
              <w:t>0.701</w:t>
            </w:r>
          </w:p>
        </w:tc>
      </w:tr>
      <w:tr w:rsidR="002A76DF" w:rsidRPr="00582A7A" w14:paraId="5848E155" w14:textId="77777777" w:rsidTr="00262C8D">
        <w:trPr>
          <w:jc w:val="center"/>
        </w:trPr>
        <w:tc>
          <w:tcPr>
            <w:tcW w:w="3806" w:type="dxa"/>
            <w:tcMar>
              <w:top w:w="70" w:type="dxa"/>
              <w:left w:w="90" w:type="dxa"/>
              <w:bottom w:w="70" w:type="dxa"/>
              <w:right w:w="90" w:type="dxa"/>
            </w:tcMar>
            <w:vAlign w:val="center"/>
          </w:tcPr>
          <w:p w14:paraId="2C0F860D" w14:textId="77777777" w:rsidR="00F720C3" w:rsidRPr="00582A7A" w:rsidRDefault="00000000" w:rsidP="003A2BCD">
            <w:pPr>
              <w:spacing w:after="0" w:line="240" w:lineRule="auto"/>
              <w:jc w:val="both"/>
              <w:rPr>
                <w:sz w:val="18"/>
                <w:szCs w:val="18"/>
              </w:rPr>
            </w:pPr>
            <w:r w:rsidRPr="00582A7A">
              <w:rPr>
                <w:sz w:val="18"/>
                <w:szCs w:val="18"/>
              </w:rPr>
              <w:t>LDL-C (mmol/L)</w:t>
            </w:r>
          </w:p>
        </w:tc>
        <w:tc>
          <w:tcPr>
            <w:tcW w:w="1985" w:type="dxa"/>
            <w:tcMar>
              <w:top w:w="70" w:type="dxa"/>
              <w:left w:w="90" w:type="dxa"/>
              <w:bottom w:w="70" w:type="dxa"/>
              <w:right w:w="90" w:type="dxa"/>
            </w:tcMar>
            <w:vAlign w:val="center"/>
          </w:tcPr>
          <w:p w14:paraId="6A966821" w14:textId="77777777" w:rsidR="00F720C3" w:rsidRPr="00582A7A" w:rsidRDefault="00000000" w:rsidP="003A2BCD">
            <w:pPr>
              <w:spacing w:after="0" w:line="240" w:lineRule="auto"/>
              <w:jc w:val="both"/>
              <w:rPr>
                <w:sz w:val="18"/>
                <w:szCs w:val="18"/>
              </w:rPr>
            </w:pPr>
            <w:r w:rsidRPr="00582A7A">
              <w:rPr>
                <w:sz w:val="18"/>
                <w:szCs w:val="18"/>
              </w:rPr>
              <w:t>3.25 (2.48, 4.03)</w:t>
            </w:r>
          </w:p>
        </w:tc>
        <w:tc>
          <w:tcPr>
            <w:tcW w:w="1984" w:type="dxa"/>
            <w:tcMar>
              <w:top w:w="70" w:type="dxa"/>
              <w:left w:w="90" w:type="dxa"/>
              <w:bottom w:w="70" w:type="dxa"/>
              <w:right w:w="90" w:type="dxa"/>
            </w:tcMar>
            <w:vAlign w:val="center"/>
          </w:tcPr>
          <w:p w14:paraId="272597CD" w14:textId="77777777" w:rsidR="00F720C3" w:rsidRPr="00582A7A" w:rsidRDefault="00000000" w:rsidP="003A2BCD">
            <w:pPr>
              <w:spacing w:after="0" w:line="240" w:lineRule="auto"/>
              <w:jc w:val="both"/>
              <w:rPr>
                <w:sz w:val="18"/>
                <w:szCs w:val="18"/>
              </w:rPr>
            </w:pPr>
            <w:r w:rsidRPr="00582A7A">
              <w:rPr>
                <w:sz w:val="18"/>
                <w:szCs w:val="18"/>
              </w:rPr>
              <w:t>3.38 (2.47, 4.16)</w:t>
            </w:r>
          </w:p>
        </w:tc>
        <w:tc>
          <w:tcPr>
            <w:tcW w:w="1985" w:type="dxa"/>
            <w:tcMar>
              <w:top w:w="70" w:type="dxa"/>
              <w:left w:w="90" w:type="dxa"/>
              <w:bottom w:w="70" w:type="dxa"/>
              <w:right w:w="90" w:type="dxa"/>
            </w:tcMar>
            <w:vAlign w:val="center"/>
          </w:tcPr>
          <w:p w14:paraId="683D56D5" w14:textId="77777777" w:rsidR="00F720C3" w:rsidRPr="00582A7A" w:rsidRDefault="00000000" w:rsidP="003A2BCD">
            <w:pPr>
              <w:spacing w:after="0" w:line="240" w:lineRule="auto"/>
              <w:jc w:val="both"/>
              <w:rPr>
                <w:sz w:val="18"/>
                <w:szCs w:val="18"/>
              </w:rPr>
            </w:pPr>
            <w:r w:rsidRPr="00582A7A">
              <w:rPr>
                <w:sz w:val="18"/>
                <w:szCs w:val="18"/>
              </w:rPr>
              <w:t>3.35 (2.73, 4.05)</w:t>
            </w:r>
          </w:p>
        </w:tc>
        <w:tc>
          <w:tcPr>
            <w:tcW w:w="2098" w:type="dxa"/>
            <w:tcMar>
              <w:top w:w="70" w:type="dxa"/>
              <w:left w:w="90" w:type="dxa"/>
              <w:bottom w:w="70" w:type="dxa"/>
              <w:right w:w="90" w:type="dxa"/>
            </w:tcMar>
            <w:vAlign w:val="center"/>
          </w:tcPr>
          <w:p w14:paraId="14390E89" w14:textId="77777777" w:rsidR="00F720C3" w:rsidRPr="00582A7A" w:rsidRDefault="00000000" w:rsidP="003A2BCD">
            <w:pPr>
              <w:spacing w:after="0" w:line="240" w:lineRule="auto"/>
              <w:jc w:val="both"/>
              <w:rPr>
                <w:sz w:val="18"/>
                <w:szCs w:val="18"/>
              </w:rPr>
            </w:pPr>
            <w:r w:rsidRPr="00582A7A">
              <w:rPr>
                <w:sz w:val="18"/>
                <w:szCs w:val="18"/>
              </w:rPr>
              <w:t>2.93 (2.30, 3.78)</w:t>
            </w:r>
          </w:p>
        </w:tc>
        <w:tc>
          <w:tcPr>
            <w:tcW w:w="766" w:type="dxa"/>
            <w:tcMar>
              <w:top w:w="70" w:type="dxa"/>
              <w:left w:w="90" w:type="dxa"/>
              <w:bottom w:w="70" w:type="dxa"/>
              <w:right w:w="90" w:type="dxa"/>
            </w:tcMar>
            <w:vAlign w:val="center"/>
          </w:tcPr>
          <w:p w14:paraId="6BEF597C" w14:textId="77777777" w:rsidR="00F720C3" w:rsidRPr="00582A7A" w:rsidRDefault="00000000" w:rsidP="003A2BCD">
            <w:pPr>
              <w:spacing w:after="0" w:line="240" w:lineRule="auto"/>
              <w:jc w:val="both"/>
              <w:rPr>
                <w:sz w:val="18"/>
                <w:szCs w:val="18"/>
              </w:rPr>
            </w:pPr>
            <w:r w:rsidRPr="00582A7A">
              <w:rPr>
                <w:sz w:val="18"/>
                <w:szCs w:val="18"/>
              </w:rPr>
              <w:t>0.003</w:t>
            </w:r>
          </w:p>
        </w:tc>
      </w:tr>
      <w:tr w:rsidR="002A76DF" w:rsidRPr="00582A7A" w14:paraId="212D718C" w14:textId="77777777" w:rsidTr="00262C8D">
        <w:trPr>
          <w:jc w:val="center"/>
        </w:trPr>
        <w:tc>
          <w:tcPr>
            <w:tcW w:w="3806" w:type="dxa"/>
            <w:tcMar>
              <w:top w:w="70" w:type="dxa"/>
              <w:left w:w="90" w:type="dxa"/>
              <w:bottom w:w="70" w:type="dxa"/>
              <w:right w:w="90" w:type="dxa"/>
            </w:tcMar>
            <w:vAlign w:val="center"/>
          </w:tcPr>
          <w:p w14:paraId="7EF95A4F" w14:textId="77777777" w:rsidR="00F720C3" w:rsidRPr="00582A7A" w:rsidRDefault="00000000" w:rsidP="003A2BCD">
            <w:pPr>
              <w:spacing w:after="0" w:line="240" w:lineRule="auto"/>
              <w:jc w:val="both"/>
              <w:rPr>
                <w:sz w:val="18"/>
                <w:szCs w:val="18"/>
              </w:rPr>
            </w:pPr>
            <w:r w:rsidRPr="00582A7A">
              <w:rPr>
                <w:sz w:val="18"/>
                <w:szCs w:val="18"/>
              </w:rPr>
              <w:t>Apolipoprotein A1 (g/L)</w:t>
            </w:r>
          </w:p>
        </w:tc>
        <w:tc>
          <w:tcPr>
            <w:tcW w:w="1985" w:type="dxa"/>
            <w:tcMar>
              <w:top w:w="70" w:type="dxa"/>
              <w:left w:w="90" w:type="dxa"/>
              <w:bottom w:w="70" w:type="dxa"/>
              <w:right w:w="90" w:type="dxa"/>
            </w:tcMar>
            <w:vAlign w:val="center"/>
          </w:tcPr>
          <w:p w14:paraId="3F0A8023" w14:textId="77777777" w:rsidR="00F720C3" w:rsidRPr="00582A7A" w:rsidRDefault="00000000" w:rsidP="003A2BCD">
            <w:pPr>
              <w:spacing w:after="0" w:line="240" w:lineRule="auto"/>
              <w:jc w:val="both"/>
              <w:rPr>
                <w:sz w:val="18"/>
                <w:szCs w:val="18"/>
              </w:rPr>
            </w:pPr>
            <w:r w:rsidRPr="00582A7A">
              <w:rPr>
                <w:sz w:val="18"/>
                <w:szCs w:val="18"/>
              </w:rPr>
              <w:t>1.25 (1.12, 1.39)</w:t>
            </w:r>
          </w:p>
        </w:tc>
        <w:tc>
          <w:tcPr>
            <w:tcW w:w="1984" w:type="dxa"/>
            <w:tcMar>
              <w:top w:w="70" w:type="dxa"/>
              <w:left w:w="90" w:type="dxa"/>
              <w:bottom w:w="70" w:type="dxa"/>
              <w:right w:w="90" w:type="dxa"/>
            </w:tcMar>
            <w:vAlign w:val="center"/>
          </w:tcPr>
          <w:p w14:paraId="10E286E0" w14:textId="77777777" w:rsidR="00F720C3" w:rsidRPr="00582A7A" w:rsidRDefault="00000000" w:rsidP="003A2BCD">
            <w:pPr>
              <w:spacing w:after="0" w:line="240" w:lineRule="auto"/>
              <w:jc w:val="both"/>
              <w:rPr>
                <w:sz w:val="18"/>
                <w:szCs w:val="18"/>
              </w:rPr>
            </w:pPr>
            <w:r w:rsidRPr="00582A7A">
              <w:rPr>
                <w:sz w:val="18"/>
                <w:szCs w:val="18"/>
              </w:rPr>
              <w:t>1.30 (1.19, 1.42)</w:t>
            </w:r>
          </w:p>
        </w:tc>
        <w:tc>
          <w:tcPr>
            <w:tcW w:w="1985" w:type="dxa"/>
            <w:tcMar>
              <w:top w:w="70" w:type="dxa"/>
              <w:left w:w="90" w:type="dxa"/>
              <w:bottom w:w="70" w:type="dxa"/>
              <w:right w:w="90" w:type="dxa"/>
            </w:tcMar>
            <w:vAlign w:val="center"/>
          </w:tcPr>
          <w:p w14:paraId="5D5CEFC7" w14:textId="77777777" w:rsidR="00F720C3" w:rsidRPr="00582A7A" w:rsidRDefault="00000000" w:rsidP="003A2BCD">
            <w:pPr>
              <w:spacing w:after="0" w:line="240" w:lineRule="auto"/>
              <w:jc w:val="both"/>
              <w:rPr>
                <w:sz w:val="18"/>
                <w:szCs w:val="18"/>
              </w:rPr>
            </w:pPr>
            <w:r w:rsidRPr="00582A7A">
              <w:rPr>
                <w:sz w:val="18"/>
                <w:szCs w:val="18"/>
              </w:rPr>
              <w:t>1.26 (1.12, 1.39)</w:t>
            </w:r>
          </w:p>
        </w:tc>
        <w:tc>
          <w:tcPr>
            <w:tcW w:w="2098" w:type="dxa"/>
            <w:tcMar>
              <w:top w:w="70" w:type="dxa"/>
              <w:left w:w="90" w:type="dxa"/>
              <w:bottom w:w="70" w:type="dxa"/>
              <w:right w:w="90" w:type="dxa"/>
            </w:tcMar>
            <w:vAlign w:val="center"/>
          </w:tcPr>
          <w:p w14:paraId="51678C2B" w14:textId="77777777" w:rsidR="00F720C3" w:rsidRPr="00582A7A" w:rsidRDefault="00000000" w:rsidP="003A2BCD">
            <w:pPr>
              <w:spacing w:after="0" w:line="240" w:lineRule="auto"/>
              <w:jc w:val="both"/>
              <w:rPr>
                <w:sz w:val="18"/>
                <w:szCs w:val="18"/>
              </w:rPr>
            </w:pPr>
            <w:r w:rsidRPr="00582A7A">
              <w:rPr>
                <w:sz w:val="18"/>
                <w:szCs w:val="18"/>
              </w:rPr>
              <w:t>1.17 (1.05, 1.34)</w:t>
            </w:r>
          </w:p>
        </w:tc>
        <w:tc>
          <w:tcPr>
            <w:tcW w:w="766" w:type="dxa"/>
            <w:tcMar>
              <w:top w:w="70" w:type="dxa"/>
              <w:left w:w="90" w:type="dxa"/>
              <w:bottom w:w="70" w:type="dxa"/>
              <w:right w:w="90" w:type="dxa"/>
            </w:tcMar>
            <w:vAlign w:val="center"/>
          </w:tcPr>
          <w:p w14:paraId="0C793686"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10C513F8" w14:textId="77777777" w:rsidTr="00262C8D">
        <w:trPr>
          <w:jc w:val="center"/>
        </w:trPr>
        <w:tc>
          <w:tcPr>
            <w:tcW w:w="3806" w:type="dxa"/>
            <w:tcMar>
              <w:top w:w="70" w:type="dxa"/>
              <w:left w:w="90" w:type="dxa"/>
              <w:bottom w:w="70" w:type="dxa"/>
              <w:right w:w="90" w:type="dxa"/>
            </w:tcMar>
            <w:vAlign w:val="center"/>
          </w:tcPr>
          <w:p w14:paraId="6769CA8B" w14:textId="77777777" w:rsidR="00F720C3" w:rsidRPr="00582A7A" w:rsidRDefault="00000000" w:rsidP="003A2BCD">
            <w:pPr>
              <w:spacing w:after="0" w:line="240" w:lineRule="auto"/>
              <w:jc w:val="both"/>
              <w:rPr>
                <w:sz w:val="18"/>
                <w:szCs w:val="18"/>
              </w:rPr>
            </w:pPr>
            <w:r w:rsidRPr="00582A7A">
              <w:rPr>
                <w:sz w:val="18"/>
                <w:szCs w:val="18"/>
              </w:rPr>
              <w:t>Apolipoprotein B (g/L)</w:t>
            </w:r>
          </w:p>
        </w:tc>
        <w:tc>
          <w:tcPr>
            <w:tcW w:w="1985" w:type="dxa"/>
            <w:tcMar>
              <w:top w:w="70" w:type="dxa"/>
              <w:left w:w="90" w:type="dxa"/>
              <w:bottom w:w="70" w:type="dxa"/>
              <w:right w:w="90" w:type="dxa"/>
            </w:tcMar>
            <w:vAlign w:val="center"/>
          </w:tcPr>
          <w:p w14:paraId="608C29A9" w14:textId="77777777" w:rsidR="00F720C3" w:rsidRPr="00582A7A" w:rsidRDefault="00000000" w:rsidP="003A2BCD">
            <w:pPr>
              <w:spacing w:after="0" w:line="240" w:lineRule="auto"/>
              <w:jc w:val="both"/>
              <w:rPr>
                <w:sz w:val="18"/>
                <w:szCs w:val="18"/>
              </w:rPr>
            </w:pPr>
            <w:r w:rsidRPr="00582A7A">
              <w:rPr>
                <w:sz w:val="18"/>
                <w:szCs w:val="18"/>
              </w:rPr>
              <w:t>1.10 (0.94, 1.28)</w:t>
            </w:r>
          </w:p>
        </w:tc>
        <w:tc>
          <w:tcPr>
            <w:tcW w:w="1984" w:type="dxa"/>
            <w:tcMar>
              <w:top w:w="70" w:type="dxa"/>
              <w:left w:w="90" w:type="dxa"/>
              <w:bottom w:w="70" w:type="dxa"/>
              <w:right w:w="90" w:type="dxa"/>
            </w:tcMar>
            <w:vAlign w:val="center"/>
          </w:tcPr>
          <w:p w14:paraId="7C271933" w14:textId="77777777" w:rsidR="00F720C3" w:rsidRPr="00582A7A" w:rsidRDefault="00000000" w:rsidP="003A2BCD">
            <w:pPr>
              <w:spacing w:after="0" w:line="240" w:lineRule="auto"/>
              <w:jc w:val="both"/>
              <w:rPr>
                <w:sz w:val="18"/>
                <w:szCs w:val="18"/>
              </w:rPr>
            </w:pPr>
            <w:r w:rsidRPr="00582A7A">
              <w:rPr>
                <w:sz w:val="18"/>
                <w:szCs w:val="18"/>
              </w:rPr>
              <w:t>1.16 (0.95, 1.33)</w:t>
            </w:r>
          </w:p>
        </w:tc>
        <w:tc>
          <w:tcPr>
            <w:tcW w:w="1985" w:type="dxa"/>
            <w:tcMar>
              <w:top w:w="70" w:type="dxa"/>
              <w:left w:w="90" w:type="dxa"/>
              <w:bottom w:w="70" w:type="dxa"/>
              <w:right w:w="90" w:type="dxa"/>
            </w:tcMar>
            <w:vAlign w:val="center"/>
          </w:tcPr>
          <w:p w14:paraId="02FEAD72" w14:textId="77777777" w:rsidR="00F720C3" w:rsidRPr="00582A7A" w:rsidRDefault="00000000" w:rsidP="003A2BCD">
            <w:pPr>
              <w:spacing w:after="0" w:line="240" w:lineRule="auto"/>
              <w:jc w:val="both"/>
              <w:rPr>
                <w:sz w:val="18"/>
                <w:szCs w:val="18"/>
              </w:rPr>
            </w:pPr>
            <w:r w:rsidRPr="00582A7A">
              <w:rPr>
                <w:sz w:val="18"/>
                <w:szCs w:val="18"/>
              </w:rPr>
              <w:t>1.13 (0.97, 1.26)</w:t>
            </w:r>
          </w:p>
        </w:tc>
        <w:tc>
          <w:tcPr>
            <w:tcW w:w="2098" w:type="dxa"/>
            <w:tcMar>
              <w:top w:w="70" w:type="dxa"/>
              <w:left w:w="90" w:type="dxa"/>
              <w:bottom w:w="70" w:type="dxa"/>
              <w:right w:w="90" w:type="dxa"/>
            </w:tcMar>
            <w:vAlign w:val="center"/>
          </w:tcPr>
          <w:p w14:paraId="7F50A1E3" w14:textId="77777777" w:rsidR="00F720C3" w:rsidRPr="00582A7A" w:rsidRDefault="00000000" w:rsidP="003A2BCD">
            <w:pPr>
              <w:spacing w:after="0" w:line="240" w:lineRule="auto"/>
              <w:jc w:val="both"/>
              <w:rPr>
                <w:sz w:val="18"/>
                <w:szCs w:val="18"/>
              </w:rPr>
            </w:pPr>
            <w:r w:rsidRPr="00582A7A">
              <w:rPr>
                <w:sz w:val="18"/>
                <w:szCs w:val="18"/>
              </w:rPr>
              <w:t>1.06 (0.91, 1.21)</w:t>
            </w:r>
          </w:p>
        </w:tc>
        <w:tc>
          <w:tcPr>
            <w:tcW w:w="766" w:type="dxa"/>
            <w:tcMar>
              <w:top w:w="70" w:type="dxa"/>
              <w:left w:w="90" w:type="dxa"/>
              <w:bottom w:w="70" w:type="dxa"/>
              <w:right w:w="90" w:type="dxa"/>
            </w:tcMar>
            <w:vAlign w:val="center"/>
          </w:tcPr>
          <w:p w14:paraId="535F7980" w14:textId="77777777" w:rsidR="00F720C3" w:rsidRPr="00582A7A" w:rsidRDefault="00000000" w:rsidP="003A2BCD">
            <w:pPr>
              <w:spacing w:after="0" w:line="240" w:lineRule="auto"/>
              <w:jc w:val="both"/>
              <w:rPr>
                <w:sz w:val="18"/>
                <w:szCs w:val="18"/>
              </w:rPr>
            </w:pPr>
            <w:r w:rsidRPr="00582A7A">
              <w:rPr>
                <w:sz w:val="18"/>
                <w:szCs w:val="18"/>
              </w:rPr>
              <w:t>0.003</w:t>
            </w:r>
          </w:p>
        </w:tc>
      </w:tr>
      <w:tr w:rsidR="002A76DF" w:rsidRPr="00582A7A" w14:paraId="31E5A4B1" w14:textId="77777777" w:rsidTr="00262C8D">
        <w:trPr>
          <w:jc w:val="center"/>
        </w:trPr>
        <w:tc>
          <w:tcPr>
            <w:tcW w:w="3806" w:type="dxa"/>
            <w:tcMar>
              <w:top w:w="70" w:type="dxa"/>
              <w:left w:w="90" w:type="dxa"/>
              <w:bottom w:w="70" w:type="dxa"/>
              <w:right w:w="90" w:type="dxa"/>
            </w:tcMar>
            <w:vAlign w:val="center"/>
          </w:tcPr>
          <w:p w14:paraId="739BDD38" w14:textId="77777777" w:rsidR="00F720C3" w:rsidRPr="00582A7A" w:rsidRDefault="00000000" w:rsidP="003A2BCD">
            <w:pPr>
              <w:spacing w:after="0" w:line="240" w:lineRule="auto"/>
              <w:jc w:val="both"/>
              <w:rPr>
                <w:sz w:val="18"/>
                <w:szCs w:val="18"/>
              </w:rPr>
            </w:pPr>
            <w:r w:rsidRPr="00582A7A">
              <w:rPr>
                <w:sz w:val="18"/>
                <w:szCs w:val="18"/>
              </w:rPr>
              <w:t>eGFR</w:t>
            </w:r>
          </w:p>
        </w:tc>
        <w:tc>
          <w:tcPr>
            <w:tcW w:w="1985" w:type="dxa"/>
            <w:tcMar>
              <w:top w:w="70" w:type="dxa"/>
              <w:left w:w="90" w:type="dxa"/>
              <w:bottom w:w="70" w:type="dxa"/>
              <w:right w:w="90" w:type="dxa"/>
            </w:tcMar>
            <w:vAlign w:val="center"/>
          </w:tcPr>
          <w:p w14:paraId="3D829C2A" w14:textId="77777777" w:rsidR="00F720C3" w:rsidRPr="00582A7A" w:rsidRDefault="00000000" w:rsidP="003A2BCD">
            <w:pPr>
              <w:spacing w:after="0" w:line="240" w:lineRule="auto"/>
              <w:jc w:val="both"/>
              <w:rPr>
                <w:sz w:val="18"/>
                <w:szCs w:val="18"/>
              </w:rPr>
            </w:pPr>
            <w:r w:rsidRPr="00582A7A">
              <w:rPr>
                <w:sz w:val="18"/>
                <w:szCs w:val="18"/>
              </w:rPr>
              <w:t>85.78 (67.81, 96.78)</w:t>
            </w:r>
          </w:p>
        </w:tc>
        <w:tc>
          <w:tcPr>
            <w:tcW w:w="1984" w:type="dxa"/>
            <w:tcMar>
              <w:top w:w="70" w:type="dxa"/>
              <w:left w:w="90" w:type="dxa"/>
              <w:bottom w:w="70" w:type="dxa"/>
              <w:right w:w="90" w:type="dxa"/>
            </w:tcMar>
            <w:vAlign w:val="center"/>
          </w:tcPr>
          <w:p w14:paraId="56ADC39C" w14:textId="77777777" w:rsidR="00F720C3" w:rsidRPr="00582A7A" w:rsidRDefault="00000000" w:rsidP="003A2BCD">
            <w:pPr>
              <w:spacing w:after="0" w:line="240" w:lineRule="auto"/>
              <w:jc w:val="both"/>
              <w:rPr>
                <w:sz w:val="18"/>
                <w:szCs w:val="18"/>
              </w:rPr>
            </w:pPr>
            <w:r w:rsidRPr="00582A7A">
              <w:rPr>
                <w:sz w:val="18"/>
                <w:szCs w:val="18"/>
              </w:rPr>
              <w:t>90.49 (71.75, 99.79)</w:t>
            </w:r>
          </w:p>
        </w:tc>
        <w:tc>
          <w:tcPr>
            <w:tcW w:w="1985" w:type="dxa"/>
            <w:tcMar>
              <w:top w:w="70" w:type="dxa"/>
              <w:left w:w="90" w:type="dxa"/>
              <w:bottom w:w="70" w:type="dxa"/>
              <w:right w:w="90" w:type="dxa"/>
            </w:tcMar>
            <w:vAlign w:val="center"/>
          </w:tcPr>
          <w:p w14:paraId="63361508" w14:textId="77777777" w:rsidR="00F720C3" w:rsidRPr="00582A7A" w:rsidRDefault="00000000" w:rsidP="003A2BCD">
            <w:pPr>
              <w:spacing w:after="0" w:line="240" w:lineRule="auto"/>
              <w:jc w:val="both"/>
              <w:rPr>
                <w:sz w:val="18"/>
                <w:szCs w:val="18"/>
              </w:rPr>
            </w:pPr>
            <w:r w:rsidRPr="00582A7A">
              <w:rPr>
                <w:sz w:val="18"/>
                <w:szCs w:val="18"/>
              </w:rPr>
              <w:t>86.16 (70.72, 97.66)</w:t>
            </w:r>
          </w:p>
        </w:tc>
        <w:tc>
          <w:tcPr>
            <w:tcW w:w="2098" w:type="dxa"/>
            <w:tcMar>
              <w:top w:w="70" w:type="dxa"/>
              <w:left w:w="90" w:type="dxa"/>
              <w:bottom w:w="70" w:type="dxa"/>
              <w:right w:w="90" w:type="dxa"/>
            </w:tcMar>
            <w:vAlign w:val="center"/>
          </w:tcPr>
          <w:p w14:paraId="2CD1BA2F" w14:textId="77777777" w:rsidR="00F720C3" w:rsidRPr="00582A7A" w:rsidRDefault="00000000" w:rsidP="003A2BCD">
            <w:pPr>
              <w:spacing w:after="0" w:line="240" w:lineRule="auto"/>
              <w:jc w:val="both"/>
              <w:rPr>
                <w:sz w:val="18"/>
                <w:szCs w:val="18"/>
              </w:rPr>
            </w:pPr>
            <w:r w:rsidRPr="00582A7A">
              <w:rPr>
                <w:sz w:val="18"/>
                <w:szCs w:val="18"/>
              </w:rPr>
              <w:t>77.56 (59.93, 92.91)</w:t>
            </w:r>
          </w:p>
        </w:tc>
        <w:tc>
          <w:tcPr>
            <w:tcW w:w="766" w:type="dxa"/>
            <w:tcMar>
              <w:top w:w="70" w:type="dxa"/>
              <w:left w:w="90" w:type="dxa"/>
              <w:bottom w:w="70" w:type="dxa"/>
              <w:right w:w="90" w:type="dxa"/>
            </w:tcMar>
            <w:vAlign w:val="center"/>
          </w:tcPr>
          <w:p w14:paraId="04E07498"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1DA529DC" w14:textId="77777777" w:rsidTr="00262C8D">
        <w:trPr>
          <w:jc w:val="center"/>
        </w:trPr>
        <w:tc>
          <w:tcPr>
            <w:tcW w:w="3806" w:type="dxa"/>
            <w:tcMar>
              <w:top w:w="70" w:type="dxa"/>
              <w:left w:w="90" w:type="dxa"/>
              <w:bottom w:w="70" w:type="dxa"/>
              <w:right w:w="90" w:type="dxa"/>
            </w:tcMar>
            <w:vAlign w:val="center"/>
          </w:tcPr>
          <w:p w14:paraId="51EBD9FD" w14:textId="77777777" w:rsidR="00F720C3" w:rsidRPr="00582A7A" w:rsidRDefault="00000000" w:rsidP="003A2BCD">
            <w:pPr>
              <w:spacing w:after="0" w:line="240" w:lineRule="auto"/>
              <w:jc w:val="both"/>
              <w:rPr>
                <w:sz w:val="18"/>
                <w:szCs w:val="18"/>
              </w:rPr>
            </w:pPr>
            <w:r w:rsidRPr="00582A7A">
              <w:rPr>
                <w:sz w:val="18"/>
                <w:szCs w:val="18"/>
              </w:rPr>
              <w:t>BUN/Cr</w:t>
            </w:r>
          </w:p>
        </w:tc>
        <w:tc>
          <w:tcPr>
            <w:tcW w:w="1985" w:type="dxa"/>
            <w:tcMar>
              <w:top w:w="70" w:type="dxa"/>
              <w:left w:w="90" w:type="dxa"/>
              <w:bottom w:w="70" w:type="dxa"/>
              <w:right w:w="90" w:type="dxa"/>
            </w:tcMar>
            <w:vAlign w:val="center"/>
          </w:tcPr>
          <w:p w14:paraId="6016A7E2" w14:textId="77777777" w:rsidR="00F720C3" w:rsidRPr="00582A7A" w:rsidRDefault="00000000" w:rsidP="003A2BCD">
            <w:pPr>
              <w:spacing w:after="0" w:line="240" w:lineRule="auto"/>
              <w:jc w:val="both"/>
              <w:rPr>
                <w:sz w:val="18"/>
                <w:szCs w:val="18"/>
              </w:rPr>
            </w:pPr>
            <w:r w:rsidRPr="00582A7A">
              <w:rPr>
                <w:sz w:val="18"/>
                <w:szCs w:val="18"/>
              </w:rPr>
              <w:t>14.73 (12.27, 18.42)</w:t>
            </w:r>
          </w:p>
        </w:tc>
        <w:tc>
          <w:tcPr>
            <w:tcW w:w="1984" w:type="dxa"/>
            <w:tcMar>
              <w:top w:w="70" w:type="dxa"/>
              <w:left w:w="90" w:type="dxa"/>
              <w:bottom w:w="70" w:type="dxa"/>
              <w:right w:w="90" w:type="dxa"/>
            </w:tcMar>
            <w:vAlign w:val="center"/>
          </w:tcPr>
          <w:p w14:paraId="6033754C" w14:textId="77777777" w:rsidR="00F720C3" w:rsidRPr="00582A7A" w:rsidRDefault="00000000" w:rsidP="003A2BCD">
            <w:pPr>
              <w:spacing w:after="0" w:line="240" w:lineRule="auto"/>
              <w:jc w:val="both"/>
              <w:rPr>
                <w:sz w:val="18"/>
                <w:szCs w:val="18"/>
              </w:rPr>
            </w:pPr>
            <w:r w:rsidRPr="00582A7A">
              <w:rPr>
                <w:sz w:val="18"/>
                <w:szCs w:val="18"/>
              </w:rPr>
              <w:t>14.70 (12.38, 18.71)</w:t>
            </w:r>
          </w:p>
        </w:tc>
        <w:tc>
          <w:tcPr>
            <w:tcW w:w="1985" w:type="dxa"/>
            <w:tcMar>
              <w:top w:w="70" w:type="dxa"/>
              <w:left w:w="90" w:type="dxa"/>
              <w:bottom w:w="70" w:type="dxa"/>
              <w:right w:w="90" w:type="dxa"/>
            </w:tcMar>
            <w:vAlign w:val="center"/>
          </w:tcPr>
          <w:p w14:paraId="3127C98A" w14:textId="77777777" w:rsidR="00F720C3" w:rsidRPr="00582A7A" w:rsidRDefault="00000000" w:rsidP="003A2BCD">
            <w:pPr>
              <w:spacing w:after="0" w:line="240" w:lineRule="auto"/>
              <w:jc w:val="both"/>
              <w:rPr>
                <w:sz w:val="18"/>
                <w:szCs w:val="18"/>
              </w:rPr>
            </w:pPr>
            <w:r w:rsidRPr="00582A7A">
              <w:rPr>
                <w:sz w:val="18"/>
                <w:szCs w:val="18"/>
              </w:rPr>
              <w:t>14.59 (12.22, 17.79)</w:t>
            </w:r>
          </w:p>
        </w:tc>
        <w:tc>
          <w:tcPr>
            <w:tcW w:w="2098" w:type="dxa"/>
            <w:tcMar>
              <w:top w:w="70" w:type="dxa"/>
              <w:left w:w="90" w:type="dxa"/>
              <w:bottom w:w="70" w:type="dxa"/>
              <w:right w:w="90" w:type="dxa"/>
            </w:tcMar>
            <w:vAlign w:val="center"/>
          </w:tcPr>
          <w:p w14:paraId="5E6B804F" w14:textId="77777777" w:rsidR="00F720C3" w:rsidRPr="00582A7A" w:rsidRDefault="00000000" w:rsidP="003A2BCD">
            <w:pPr>
              <w:spacing w:after="0" w:line="240" w:lineRule="auto"/>
              <w:jc w:val="both"/>
              <w:rPr>
                <w:sz w:val="18"/>
                <w:szCs w:val="18"/>
              </w:rPr>
            </w:pPr>
            <w:r w:rsidRPr="00582A7A">
              <w:rPr>
                <w:sz w:val="18"/>
                <w:szCs w:val="18"/>
              </w:rPr>
              <w:t>15.04 (12.25, 18.75)</w:t>
            </w:r>
          </w:p>
        </w:tc>
        <w:tc>
          <w:tcPr>
            <w:tcW w:w="766" w:type="dxa"/>
            <w:tcMar>
              <w:top w:w="70" w:type="dxa"/>
              <w:left w:w="90" w:type="dxa"/>
              <w:bottom w:w="70" w:type="dxa"/>
              <w:right w:w="90" w:type="dxa"/>
            </w:tcMar>
            <w:vAlign w:val="center"/>
          </w:tcPr>
          <w:p w14:paraId="5D2633FC" w14:textId="77777777" w:rsidR="00F720C3" w:rsidRPr="00582A7A" w:rsidRDefault="00000000" w:rsidP="003A2BCD">
            <w:pPr>
              <w:spacing w:after="0" w:line="240" w:lineRule="auto"/>
              <w:jc w:val="both"/>
              <w:rPr>
                <w:sz w:val="18"/>
                <w:szCs w:val="18"/>
              </w:rPr>
            </w:pPr>
            <w:r w:rsidRPr="00582A7A">
              <w:rPr>
                <w:sz w:val="18"/>
                <w:szCs w:val="18"/>
              </w:rPr>
              <w:t>0.740</w:t>
            </w:r>
          </w:p>
        </w:tc>
      </w:tr>
      <w:tr w:rsidR="002A76DF" w:rsidRPr="00582A7A" w14:paraId="34684210" w14:textId="77777777" w:rsidTr="00262C8D">
        <w:trPr>
          <w:jc w:val="center"/>
        </w:trPr>
        <w:tc>
          <w:tcPr>
            <w:tcW w:w="3806" w:type="dxa"/>
            <w:tcMar>
              <w:top w:w="70" w:type="dxa"/>
              <w:left w:w="90" w:type="dxa"/>
              <w:bottom w:w="70" w:type="dxa"/>
              <w:right w:w="90" w:type="dxa"/>
            </w:tcMar>
            <w:vAlign w:val="center"/>
          </w:tcPr>
          <w:p w14:paraId="64439232" w14:textId="77777777" w:rsidR="00F720C3" w:rsidRPr="00582A7A" w:rsidRDefault="00000000" w:rsidP="003A2BCD">
            <w:pPr>
              <w:spacing w:after="0" w:line="240" w:lineRule="auto"/>
              <w:jc w:val="both"/>
              <w:rPr>
                <w:sz w:val="18"/>
                <w:szCs w:val="18"/>
              </w:rPr>
            </w:pPr>
            <w:r w:rsidRPr="00582A7A">
              <w:rPr>
                <w:sz w:val="18"/>
                <w:szCs w:val="18"/>
              </w:rPr>
              <w:t>ALBI</w:t>
            </w:r>
          </w:p>
        </w:tc>
        <w:tc>
          <w:tcPr>
            <w:tcW w:w="1985" w:type="dxa"/>
            <w:tcMar>
              <w:top w:w="70" w:type="dxa"/>
              <w:left w:w="90" w:type="dxa"/>
              <w:bottom w:w="70" w:type="dxa"/>
              <w:right w:w="90" w:type="dxa"/>
            </w:tcMar>
            <w:vAlign w:val="center"/>
          </w:tcPr>
          <w:p w14:paraId="0F4C67A0" w14:textId="77777777" w:rsidR="00F720C3" w:rsidRPr="00582A7A" w:rsidRDefault="00000000" w:rsidP="003A2BCD">
            <w:pPr>
              <w:spacing w:after="0" w:line="240" w:lineRule="auto"/>
              <w:jc w:val="both"/>
              <w:rPr>
                <w:sz w:val="18"/>
                <w:szCs w:val="18"/>
              </w:rPr>
            </w:pPr>
            <w:r w:rsidRPr="00582A7A">
              <w:rPr>
                <w:sz w:val="18"/>
                <w:szCs w:val="18"/>
              </w:rPr>
              <w:t>-2.67 (-2.90, -2.47)</w:t>
            </w:r>
          </w:p>
        </w:tc>
        <w:tc>
          <w:tcPr>
            <w:tcW w:w="1984" w:type="dxa"/>
            <w:tcMar>
              <w:top w:w="70" w:type="dxa"/>
              <w:left w:w="90" w:type="dxa"/>
              <w:bottom w:w="70" w:type="dxa"/>
              <w:right w:w="90" w:type="dxa"/>
            </w:tcMar>
            <w:vAlign w:val="center"/>
          </w:tcPr>
          <w:p w14:paraId="01302857" w14:textId="77777777" w:rsidR="00F720C3" w:rsidRPr="00582A7A" w:rsidRDefault="00000000" w:rsidP="003A2BCD">
            <w:pPr>
              <w:spacing w:after="0" w:line="240" w:lineRule="auto"/>
              <w:jc w:val="both"/>
              <w:rPr>
                <w:sz w:val="18"/>
                <w:szCs w:val="18"/>
              </w:rPr>
            </w:pPr>
            <w:r w:rsidRPr="00582A7A">
              <w:rPr>
                <w:sz w:val="18"/>
                <w:szCs w:val="18"/>
              </w:rPr>
              <w:t>-2.98 (-3.08, -2.90)</w:t>
            </w:r>
          </w:p>
        </w:tc>
        <w:tc>
          <w:tcPr>
            <w:tcW w:w="1985" w:type="dxa"/>
            <w:tcMar>
              <w:top w:w="70" w:type="dxa"/>
              <w:left w:w="90" w:type="dxa"/>
              <w:bottom w:w="70" w:type="dxa"/>
              <w:right w:w="90" w:type="dxa"/>
            </w:tcMar>
            <w:vAlign w:val="center"/>
          </w:tcPr>
          <w:p w14:paraId="2F884276" w14:textId="77777777" w:rsidR="00F720C3" w:rsidRPr="00582A7A" w:rsidRDefault="00000000" w:rsidP="003A2BCD">
            <w:pPr>
              <w:spacing w:after="0" w:line="240" w:lineRule="auto"/>
              <w:jc w:val="both"/>
              <w:rPr>
                <w:sz w:val="18"/>
                <w:szCs w:val="18"/>
              </w:rPr>
            </w:pPr>
            <w:r w:rsidRPr="00582A7A">
              <w:rPr>
                <w:sz w:val="18"/>
                <w:szCs w:val="18"/>
              </w:rPr>
              <w:t>-2.67 (-2.73, -2.60)</w:t>
            </w:r>
          </w:p>
        </w:tc>
        <w:tc>
          <w:tcPr>
            <w:tcW w:w="2098" w:type="dxa"/>
            <w:tcMar>
              <w:top w:w="70" w:type="dxa"/>
              <w:left w:w="90" w:type="dxa"/>
              <w:bottom w:w="70" w:type="dxa"/>
              <w:right w:w="90" w:type="dxa"/>
            </w:tcMar>
            <w:vAlign w:val="center"/>
          </w:tcPr>
          <w:p w14:paraId="196A6CD5" w14:textId="77777777" w:rsidR="00F720C3" w:rsidRPr="00582A7A" w:rsidRDefault="00000000" w:rsidP="003A2BCD">
            <w:pPr>
              <w:spacing w:after="0" w:line="240" w:lineRule="auto"/>
              <w:jc w:val="both"/>
              <w:rPr>
                <w:sz w:val="18"/>
                <w:szCs w:val="18"/>
              </w:rPr>
            </w:pPr>
            <w:r w:rsidRPr="00582A7A">
              <w:rPr>
                <w:sz w:val="18"/>
                <w:szCs w:val="18"/>
              </w:rPr>
              <w:t>-2.35 (-2.47, -2.18)</w:t>
            </w:r>
          </w:p>
        </w:tc>
        <w:tc>
          <w:tcPr>
            <w:tcW w:w="766" w:type="dxa"/>
            <w:tcMar>
              <w:top w:w="70" w:type="dxa"/>
              <w:left w:w="90" w:type="dxa"/>
              <w:bottom w:w="70" w:type="dxa"/>
              <w:right w:w="90" w:type="dxa"/>
            </w:tcMar>
            <w:vAlign w:val="center"/>
          </w:tcPr>
          <w:p w14:paraId="22DDDCB1"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33646326" w14:textId="77777777" w:rsidTr="00262C8D">
        <w:trPr>
          <w:jc w:val="center"/>
        </w:trPr>
        <w:tc>
          <w:tcPr>
            <w:tcW w:w="3806" w:type="dxa"/>
            <w:tcMar>
              <w:top w:w="70" w:type="dxa"/>
              <w:left w:w="90" w:type="dxa"/>
              <w:bottom w:w="70" w:type="dxa"/>
              <w:right w:w="90" w:type="dxa"/>
            </w:tcMar>
            <w:vAlign w:val="center"/>
          </w:tcPr>
          <w:p w14:paraId="1EBB3426" w14:textId="77777777" w:rsidR="00F720C3" w:rsidRPr="00582A7A" w:rsidRDefault="00000000" w:rsidP="003A2BCD">
            <w:pPr>
              <w:spacing w:after="0" w:line="240" w:lineRule="auto"/>
              <w:jc w:val="both"/>
              <w:rPr>
                <w:sz w:val="18"/>
                <w:szCs w:val="18"/>
              </w:rPr>
            </w:pPr>
            <w:proofErr w:type="spellStart"/>
            <w:r w:rsidRPr="00582A7A">
              <w:rPr>
                <w:sz w:val="18"/>
                <w:szCs w:val="18"/>
              </w:rPr>
              <w:lastRenderedPageBreak/>
              <w:t>LnCRP</w:t>
            </w:r>
            <w:proofErr w:type="spellEnd"/>
          </w:p>
        </w:tc>
        <w:tc>
          <w:tcPr>
            <w:tcW w:w="1985" w:type="dxa"/>
            <w:tcMar>
              <w:top w:w="70" w:type="dxa"/>
              <w:left w:w="90" w:type="dxa"/>
              <w:bottom w:w="70" w:type="dxa"/>
              <w:right w:w="90" w:type="dxa"/>
            </w:tcMar>
            <w:vAlign w:val="center"/>
          </w:tcPr>
          <w:p w14:paraId="0ECC46D9" w14:textId="77777777" w:rsidR="00F720C3" w:rsidRPr="00582A7A" w:rsidRDefault="00000000" w:rsidP="003A2BCD">
            <w:pPr>
              <w:spacing w:after="0" w:line="240" w:lineRule="auto"/>
              <w:jc w:val="both"/>
              <w:rPr>
                <w:sz w:val="18"/>
                <w:szCs w:val="18"/>
              </w:rPr>
            </w:pPr>
            <w:r w:rsidRPr="00582A7A">
              <w:rPr>
                <w:sz w:val="18"/>
                <w:szCs w:val="18"/>
              </w:rPr>
              <w:t>1.91 (0.88, 3.18)</w:t>
            </w:r>
          </w:p>
        </w:tc>
        <w:tc>
          <w:tcPr>
            <w:tcW w:w="1984" w:type="dxa"/>
            <w:tcMar>
              <w:top w:w="70" w:type="dxa"/>
              <w:left w:w="90" w:type="dxa"/>
              <w:bottom w:w="70" w:type="dxa"/>
              <w:right w:w="90" w:type="dxa"/>
            </w:tcMar>
            <w:vAlign w:val="center"/>
          </w:tcPr>
          <w:p w14:paraId="4DC6B508" w14:textId="77777777" w:rsidR="00F720C3" w:rsidRPr="00582A7A" w:rsidRDefault="00000000" w:rsidP="003A2BCD">
            <w:pPr>
              <w:spacing w:after="0" w:line="240" w:lineRule="auto"/>
              <w:jc w:val="both"/>
              <w:rPr>
                <w:sz w:val="18"/>
                <w:szCs w:val="18"/>
              </w:rPr>
            </w:pPr>
            <w:r w:rsidRPr="00582A7A">
              <w:rPr>
                <w:sz w:val="18"/>
                <w:szCs w:val="18"/>
              </w:rPr>
              <w:t>1.64 (0.73, 2.53)</w:t>
            </w:r>
          </w:p>
        </w:tc>
        <w:tc>
          <w:tcPr>
            <w:tcW w:w="1985" w:type="dxa"/>
            <w:tcMar>
              <w:top w:w="70" w:type="dxa"/>
              <w:left w:w="90" w:type="dxa"/>
              <w:bottom w:w="70" w:type="dxa"/>
              <w:right w:w="90" w:type="dxa"/>
            </w:tcMar>
            <w:vAlign w:val="center"/>
          </w:tcPr>
          <w:p w14:paraId="5B1BCCF5" w14:textId="77777777" w:rsidR="00F720C3" w:rsidRPr="00582A7A" w:rsidRDefault="00000000" w:rsidP="003A2BCD">
            <w:pPr>
              <w:spacing w:after="0" w:line="240" w:lineRule="auto"/>
              <w:jc w:val="both"/>
              <w:rPr>
                <w:sz w:val="18"/>
                <w:szCs w:val="18"/>
              </w:rPr>
            </w:pPr>
            <w:r w:rsidRPr="00582A7A">
              <w:rPr>
                <w:sz w:val="18"/>
                <w:szCs w:val="18"/>
              </w:rPr>
              <w:t>1.75 (0.70, 2.76)</w:t>
            </w:r>
          </w:p>
        </w:tc>
        <w:tc>
          <w:tcPr>
            <w:tcW w:w="2098" w:type="dxa"/>
            <w:tcMar>
              <w:top w:w="70" w:type="dxa"/>
              <w:left w:w="90" w:type="dxa"/>
              <w:bottom w:w="70" w:type="dxa"/>
              <w:right w:w="90" w:type="dxa"/>
            </w:tcMar>
            <w:vAlign w:val="center"/>
          </w:tcPr>
          <w:p w14:paraId="5492BB74" w14:textId="77777777" w:rsidR="00F720C3" w:rsidRPr="00582A7A" w:rsidRDefault="00000000" w:rsidP="003A2BCD">
            <w:pPr>
              <w:spacing w:after="0" w:line="240" w:lineRule="auto"/>
              <w:jc w:val="both"/>
              <w:rPr>
                <w:sz w:val="18"/>
                <w:szCs w:val="18"/>
              </w:rPr>
            </w:pPr>
            <w:r w:rsidRPr="00582A7A">
              <w:rPr>
                <w:sz w:val="18"/>
                <w:szCs w:val="18"/>
              </w:rPr>
              <w:t>2.54 (1.38, 4.09)</w:t>
            </w:r>
          </w:p>
        </w:tc>
        <w:tc>
          <w:tcPr>
            <w:tcW w:w="766" w:type="dxa"/>
            <w:tcMar>
              <w:top w:w="70" w:type="dxa"/>
              <w:left w:w="90" w:type="dxa"/>
              <w:bottom w:w="70" w:type="dxa"/>
              <w:right w:w="90" w:type="dxa"/>
            </w:tcMar>
            <w:vAlign w:val="center"/>
          </w:tcPr>
          <w:p w14:paraId="1C2E32ED"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4682B748" w14:textId="77777777" w:rsidTr="00262C8D">
        <w:trPr>
          <w:jc w:val="center"/>
        </w:trPr>
        <w:tc>
          <w:tcPr>
            <w:tcW w:w="3806" w:type="dxa"/>
            <w:shd w:val="clear" w:color="auto" w:fill="EEF5FA"/>
            <w:tcMar>
              <w:top w:w="70" w:type="dxa"/>
              <w:left w:w="90" w:type="dxa"/>
              <w:bottom w:w="70" w:type="dxa"/>
              <w:right w:w="90" w:type="dxa"/>
            </w:tcMar>
            <w:vAlign w:val="center"/>
          </w:tcPr>
          <w:p w14:paraId="2D3C735C" w14:textId="77777777" w:rsidR="00F720C3" w:rsidRPr="00582A7A" w:rsidRDefault="00000000" w:rsidP="003A2BCD">
            <w:pPr>
              <w:spacing w:after="0" w:line="240" w:lineRule="auto"/>
              <w:jc w:val="both"/>
              <w:rPr>
                <w:sz w:val="18"/>
                <w:szCs w:val="18"/>
              </w:rPr>
            </w:pPr>
            <w:r w:rsidRPr="00582A7A">
              <w:rPr>
                <w:b/>
                <w:sz w:val="18"/>
                <w:szCs w:val="18"/>
              </w:rPr>
              <w:t>Medications during hospitalization</w:t>
            </w:r>
          </w:p>
        </w:tc>
        <w:tc>
          <w:tcPr>
            <w:tcW w:w="1985" w:type="dxa"/>
            <w:shd w:val="clear" w:color="auto" w:fill="EEF5FA"/>
            <w:tcMar>
              <w:top w:w="70" w:type="dxa"/>
              <w:left w:w="90" w:type="dxa"/>
              <w:bottom w:w="70" w:type="dxa"/>
              <w:right w:w="90" w:type="dxa"/>
            </w:tcMar>
            <w:vAlign w:val="center"/>
          </w:tcPr>
          <w:p w14:paraId="03226000" w14:textId="77777777" w:rsidR="00F720C3" w:rsidRPr="00582A7A" w:rsidRDefault="00F720C3" w:rsidP="003A2BCD">
            <w:pPr>
              <w:spacing w:after="0" w:line="240" w:lineRule="auto"/>
              <w:jc w:val="both"/>
              <w:rPr>
                <w:sz w:val="18"/>
                <w:szCs w:val="18"/>
              </w:rPr>
            </w:pPr>
          </w:p>
        </w:tc>
        <w:tc>
          <w:tcPr>
            <w:tcW w:w="1984" w:type="dxa"/>
            <w:shd w:val="clear" w:color="auto" w:fill="EEF5FA"/>
            <w:tcMar>
              <w:top w:w="70" w:type="dxa"/>
              <w:left w:w="90" w:type="dxa"/>
              <w:bottom w:w="70" w:type="dxa"/>
              <w:right w:w="90" w:type="dxa"/>
            </w:tcMar>
            <w:vAlign w:val="center"/>
          </w:tcPr>
          <w:p w14:paraId="58C98FBA" w14:textId="77777777" w:rsidR="00F720C3" w:rsidRPr="00582A7A" w:rsidRDefault="00F720C3" w:rsidP="003A2BCD">
            <w:pPr>
              <w:spacing w:after="0" w:line="240" w:lineRule="auto"/>
              <w:jc w:val="both"/>
              <w:rPr>
                <w:sz w:val="18"/>
                <w:szCs w:val="18"/>
              </w:rPr>
            </w:pPr>
          </w:p>
        </w:tc>
        <w:tc>
          <w:tcPr>
            <w:tcW w:w="1985" w:type="dxa"/>
            <w:shd w:val="clear" w:color="auto" w:fill="EEF5FA"/>
            <w:tcMar>
              <w:top w:w="70" w:type="dxa"/>
              <w:left w:w="90" w:type="dxa"/>
              <w:bottom w:w="70" w:type="dxa"/>
              <w:right w:w="90" w:type="dxa"/>
            </w:tcMar>
            <w:vAlign w:val="center"/>
          </w:tcPr>
          <w:p w14:paraId="479BC776" w14:textId="77777777" w:rsidR="00F720C3" w:rsidRPr="00582A7A" w:rsidRDefault="00F720C3" w:rsidP="003A2BCD">
            <w:pPr>
              <w:spacing w:after="0" w:line="240" w:lineRule="auto"/>
              <w:jc w:val="both"/>
              <w:rPr>
                <w:sz w:val="18"/>
                <w:szCs w:val="18"/>
              </w:rPr>
            </w:pPr>
          </w:p>
        </w:tc>
        <w:tc>
          <w:tcPr>
            <w:tcW w:w="2098" w:type="dxa"/>
            <w:shd w:val="clear" w:color="auto" w:fill="EEF5FA"/>
            <w:tcMar>
              <w:top w:w="70" w:type="dxa"/>
              <w:left w:w="90" w:type="dxa"/>
              <w:bottom w:w="70" w:type="dxa"/>
              <w:right w:w="90" w:type="dxa"/>
            </w:tcMar>
            <w:vAlign w:val="center"/>
          </w:tcPr>
          <w:p w14:paraId="3E3FD222" w14:textId="77777777" w:rsidR="00F720C3" w:rsidRPr="00582A7A" w:rsidRDefault="00F720C3" w:rsidP="003A2BCD">
            <w:pPr>
              <w:spacing w:after="0" w:line="240" w:lineRule="auto"/>
              <w:jc w:val="both"/>
              <w:rPr>
                <w:sz w:val="18"/>
                <w:szCs w:val="18"/>
              </w:rPr>
            </w:pPr>
          </w:p>
        </w:tc>
        <w:tc>
          <w:tcPr>
            <w:tcW w:w="766" w:type="dxa"/>
            <w:shd w:val="clear" w:color="auto" w:fill="EEF5FA"/>
            <w:tcMar>
              <w:top w:w="70" w:type="dxa"/>
              <w:left w:w="90" w:type="dxa"/>
              <w:bottom w:w="70" w:type="dxa"/>
              <w:right w:w="90" w:type="dxa"/>
            </w:tcMar>
            <w:vAlign w:val="center"/>
          </w:tcPr>
          <w:p w14:paraId="316D3B25" w14:textId="77777777" w:rsidR="00F720C3" w:rsidRPr="00582A7A" w:rsidRDefault="00F720C3" w:rsidP="003A2BCD">
            <w:pPr>
              <w:spacing w:after="0" w:line="240" w:lineRule="auto"/>
              <w:jc w:val="both"/>
              <w:rPr>
                <w:sz w:val="18"/>
                <w:szCs w:val="18"/>
              </w:rPr>
            </w:pPr>
          </w:p>
        </w:tc>
      </w:tr>
      <w:tr w:rsidR="002A76DF" w:rsidRPr="00582A7A" w14:paraId="357B6612" w14:textId="77777777" w:rsidTr="00262C8D">
        <w:trPr>
          <w:jc w:val="center"/>
        </w:trPr>
        <w:tc>
          <w:tcPr>
            <w:tcW w:w="3806" w:type="dxa"/>
            <w:tcMar>
              <w:top w:w="70" w:type="dxa"/>
              <w:left w:w="90" w:type="dxa"/>
              <w:bottom w:w="70" w:type="dxa"/>
              <w:right w:w="90" w:type="dxa"/>
            </w:tcMar>
            <w:vAlign w:val="center"/>
          </w:tcPr>
          <w:p w14:paraId="1FBE31E1" w14:textId="77777777" w:rsidR="00F720C3" w:rsidRPr="00582A7A" w:rsidRDefault="00000000" w:rsidP="003A2BCD">
            <w:pPr>
              <w:spacing w:after="0" w:line="240" w:lineRule="auto"/>
              <w:jc w:val="both"/>
              <w:rPr>
                <w:sz w:val="18"/>
                <w:szCs w:val="18"/>
              </w:rPr>
            </w:pPr>
            <w:r w:rsidRPr="00582A7A">
              <w:rPr>
                <w:sz w:val="18"/>
                <w:szCs w:val="18"/>
              </w:rPr>
              <w:t>Antiplatelet therapy, yes</w:t>
            </w:r>
          </w:p>
        </w:tc>
        <w:tc>
          <w:tcPr>
            <w:tcW w:w="1985" w:type="dxa"/>
            <w:tcMar>
              <w:top w:w="70" w:type="dxa"/>
              <w:left w:w="90" w:type="dxa"/>
              <w:bottom w:w="70" w:type="dxa"/>
              <w:right w:w="90" w:type="dxa"/>
            </w:tcMar>
            <w:vAlign w:val="center"/>
          </w:tcPr>
          <w:p w14:paraId="5E8C4DB8" w14:textId="77777777" w:rsidR="00F720C3" w:rsidRPr="00582A7A" w:rsidRDefault="00000000" w:rsidP="003A2BCD">
            <w:pPr>
              <w:spacing w:after="0" w:line="240" w:lineRule="auto"/>
              <w:jc w:val="both"/>
              <w:rPr>
                <w:sz w:val="18"/>
                <w:szCs w:val="18"/>
              </w:rPr>
            </w:pPr>
            <w:r w:rsidRPr="00582A7A">
              <w:rPr>
                <w:sz w:val="18"/>
                <w:szCs w:val="18"/>
              </w:rPr>
              <w:t>677 (99.41%)</w:t>
            </w:r>
          </w:p>
        </w:tc>
        <w:tc>
          <w:tcPr>
            <w:tcW w:w="1984" w:type="dxa"/>
            <w:tcMar>
              <w:top w:w="70" w:type="dxa"/>
              <w:left w:w="90" w:type="dxa"/>
              <w:bottom w:w="70" w:type="dxa"/>
              <w:right w:w="90" w:type="dxa"/>
            </w:tcMar>
            <w:vAlign w:val="center"/>
          </w:tcPr>
          <w:p w14:paraId="478E6289" w14:textId="77777777" w:rsidR="00F720C3" w:rsidRPr="00582A7A" w:rsidRDefault="00000000" w:rsidP="003A2BCD">
            <w:pPr>
              <w:spacing w:after="0" w:line="240" w:lineRule="auto"/>
              <w:jc w:val="both"/>
              <w:rPr>
                <w:sz w:val="18"/>
                <w:szCs w:val="18"/>
              </w:rPr>
            </w:pPr>
            <w:r w:rsidRPr="00582A7A">
              <w:rPr>
                <w:sz w:val="18"/>
                <w:szCs w:val="18"/>
              </w:rPr>
              <w:t>226 (99.56%)</w:t>
            </w:r>
          </w:p>
        </w:tc>
        <w:tc>
          <w:tcPr>
            <w:tcW w:w="1985" w:type="dxa"/>
            <w:tcMar>
              <w:top w:w="70" w:type="dxa"/>
              <w:left w:w="90" w:type="dxa"/>
              <w:bottom w:w="70" w:type="dxa"/>
              <w:right w:w="90" w:type="dxa"/>
            </w:tcMar>
            <w:vAlign w:val="center"/>
          </w:tcPr>
          <w:p w14:paraId="3C6701AE" w14:textId="77777777" w:rsidR="00F720C3" w:rsidRPr="00582A7A" w:rsidRDefault="00000000" w:rsidP="003A2BCD">
            <w:pPr>
              <w:spacing w:after="0" w:line="240" w:lineRule="auto"/>
              <w:jc w:val="both"/>
              <w:rPr>
                <w:sz w:val="18"/>
                <w:szCs w:val="18"/>
              </w:rPr>
            </w:pPr>
            <w:r w:rsidRPr="00582A7A">
              <w:rPr>
                <w:sz w:val="18"/>
                <w:szCs w:val="18"/>
              </w:rPr>
              <w:t>226 (99.56%)</w:t>
            </w:r>
          </w:p>
        </w:tc>
        <w:tc>
          <w:tcPr>
            <w:tcW w:w="2098" w:type="dxa"/>
            <w:tcMar>
              <w:top w:w="70" w:type="dxa"/>
              <w:left w:w="90" w:type="dxa"/>
              <w:bottom w:w="70" w:type="dxa"/>
              <w:right w:w="90" w:type="dxa"/>
            </w:tcMar>
            <w:vAlign w:val="center"/>
          </w:tcPr>
          <w:p w14:paraId="56B836DE" w14:textId="77777777" w:rsidR="00F720C3" w:rsidRPr="00582A7A" w:rsidRDefault="00000000" w:rsidP="003A2BCD">
            <w:pPr>
              <w:spacing w:after="0" w:line="240" w:lineRule="auto"/>
              <w:jc w:val="both"/>
              <w:rPr>
                <w:sz w:val="18"/>
                <w:szCs w:val="18"/>
              </w:rPr>
            </w:pPr>
            <w:r w:rsidRPr="00582A7A">
              <w:rPr>
                <w:sz w:val="18"/>
                <w:szCs w:val="18"/>
              </w:rPr>
              <w:t>225 (99.12%)</w:t>
            </w:r>
          </w:p>
        </w:tc>
        <w:tc>
          <w:tcPr>
            <w:tcW w:w="766" w:type="dxa"/>
            <w:tcMar>
              <w:top w:w="70" w:type="dxa"/>
              <w:left w:w="90" w:type="dxa"/>
              <w:bottom w:w="70" w:type="dxa"/>
              <w:right w:w="90" w:type="dxa"/>
            </w:tcMar>
            <w:vAlign w:val="center"/>
          </w:tcPr>
          <w:p w14:paraId="741DC780" w14:textId="77777777" w:rsidR="00F720C3" w:rsidRPr="00582A7A" w:rsidRDefault="00000000" w:rsidP="003A2BCD">
            <w:pPr>
              <w:spacing w:after="0" w:line="240" w:lineRule="auto"/>
              <w:jc w:val="both"/>
              <w:rPr>
                <w:sz w:val="18"/>
                <w:szCs w:val="18"/>
              </w:rPr>
            </w:pPr>
            <w:r w:rsidRPr="00582A7A">
              <w:rPr>
                <w:sz w:val="18"/>
                <w:szCs w:val="18"/>
              </w:rPr>
              <w:t>0.778</w:t>
            </w:r>
          </w:p>
        </w:tc>
      </w:tr>
      <w:tr w:rsidR="002A76DF" w:rsidRPr="00582A7A" w14:paraId="31F5CBAD" w14:textId="77777777" w:rsidTr="00262C8D">
        <w:trPr>
          <w:jc w:val="center"/>
        </w:trPr>
        <w:tc>
          <w:tcPr>
            <w:tcW w:w="3806" w:type="dxa"/>
            <w:tcMar>
              <w:top w:w="70" w:type="dxa"/>
              <w:left w:w="90" w:type="dxa"/>
              <w:bottom w:w="70" w:type="dxa"/>
              <w:right w:w="90" w:type="dxa"/>
            </w:tcMar>
            <w:vAlign w:val="center"/>
          </w:tcPr>
          <w:p w14:paraId="5A07A205" w14:textId="77777777" w:rsidR="00F720C3" w:rsidRPr="00582A7A" w:rsidRDefault="00000000" w:rsidP="003A2BCD">
            <w:pPr>
              <w:spacing w:after="0" w:line="240" w:lineRule="auto"/>
              <w:jc w:val="both"/>
              <w:rPr>
                <w:sz w:val="18"/>
                <w:szCs w:val="18"/>
              </w:rPr>
            </w:pPr>
            <w:r w:rsidRPr="00582A7A">
              <w:rPr>
                <w:sz w:val="18"/>
                <w:szCs w:val="18"/>
              </w:rPr>
              <w:t>Statin therapy, yes</w:t>
            </w:r>
          </w:p>
        </w:tc>
        <w:tc>
          <w:tcPr>
            <w:tcW w:w="1985" w:type="dxa"/>
            <w:tcMar>
              <w:top w:w="70" w:type="dxa"/>
              <w:left w:w="90" w:type="dxa"/>
              <w:bottom w:w="70" w:type="dxa"/>
              <w:right w:w="90" w:type="dxa"/>
            </w:tcMar>
            <w:vAlign w:val="center"/>
          </w:tcPr>
          <w:p w14:paraId="71DF7FB7" w14:textId="77777777" w:rsidR="00F720C3" w:rsidRPr="00582A7A" w:rsidRDefault="00000000" w:rsidP="003A2BCD">
            <w:pPr>
              <w:spacing w:after="0" w:line="240" w:lineRule="auto"/>
              <w:jc w:val="both"/>
              <w:rPr>
                <w:sz w:val="18"/>
                <w:szCs w:val="18"/>
              </w:rPr>
            </w:pPr>
            <w:r w:rsidRPr="00582A7A">
              <w:rPr>
                <w:sz w:val="18"/>
                <w:szCs w:val="18"/>
              </w:rPr>
              <w:t>680 (99.85%)</w:t>
            </w:r>
          </w:p>
        </w:tc>
        <w:tc>
          <w:tcPr>
            <w:tcW w:w="1984" w:type="dxa"/>
            <w:tcMar>
              <w:top w:w="70" w:type="dxa"/>
              <w:left w:w="90" w:type="dxa"/>
              <w:bottom w:w="70" w:type="dxa"/>
              <w:right w:w="90" w:type="dxa"/>
            </w:tcMar>
            <w:vAlign w:val="center"/>
          </w:tcPr>
          <w:p w14:paraId="263390E2" w14:textId="77777777" w:rsidR="00F720C3" w:rsidRPr="00582A7A" w:rsidRDefault="00000000" w:rsidP="003A2BCD">
            <w:pPr>
              <w:spacing w:after="0" w:line="240" w:lineRule="auto"/>
              <w:jc w:val="both"/>
              <w:rPr>
                <w:sz w:val="18"/>
                <w:szCs w:val="18"/>
              </w:rPr>
            </w:pPr>
            <w:r w:rsidRPr="00582A7A">
              <w:rPr>
                <w:sz w:val="18"/>
                <w:szCs w:val="18"/>
              </w:rPr>
              <w:t>227 (100.00%)</w:t>
            </w:r>
          </w:p>
        </w:tc>
        <w:tc>
          <w:tcPr>
            <w:tcW w:w="1985" w:type="dxa"/>
            <w:tcMar>
              <w:top w:w="70" w:type="dxa"/>
              <w:left w:w="90" w:type="dxa"/>
              <w:bottom w:w="70" w:type="dxa"/>
              <w:right w:w="90" w:type="dxa"/>
            </w:tcMar>
            <w:vAlign w:val="center"/>
          </w:tcPr>
          <w:p w14:paraId="2349FC41" w14:textId="77777777" w:rsidR="00F720C3" w:rsidRPr="00582A7A" w:rsidRDefault="00000000" w:rsidP="003A2BCD">
            <w:pPr>
              <w:spacing w:after="0" w:line="240" w:lineRule="auto"/>
              <w:jc w:val="both"/>
              <w:rPr>
                <w:sz w:val="18"/>
                <w:szCs w:val="18"/>
              </w:rPr>
            </w:pPr>
            <w:r w:rsidRPr="00582A7A">
              <w:rPr>
                <w:sz w:val="18"/>
                <w:szCs w:val="18"/>
              </w:rPr>
              <w:t>227 (100.00%)</w:t>
            </w:r>
          </w:p>
        </w:tc>
        <w:tc>
          <w:tcPr>
            <w:tcW w:w="2098" w:type="dxa"/>
            <w:tcMar>
              <w:top w:w="70" w:type="dxa"/>
              <w:left w:w="90" w:type="dxa"/>
              <w:bottom w:w="70" w:type="dxa"/>
              <w:right w:w="90" w:type="dxa"/>
            </w:tcMar>
            <w:vAlign w:val="center"/>
          </w:tcPr>
          <w:p w14:paraId="685F0E65" w14:textId="77777777" w:rsidR="00F720C3" w:rsidRPr="00582A7A" w:rsidRDefault="00000000" w:rsidP="003A2BCD">
            <w:pPr>
              <w:spacing w:after="0" w:line="240" w:lineRule="auto"/>
              <w:jc w:val="both"/>
              <w:rPr>
                <w:sz w:val="18"/>
                <w:szCs w:val="18"/>
              </w:rPr>
            </w:pPr>
            <w:r w:rsidRPr="00582A7A">
              <w:rPr>
                <w:sz w:val="18"/>
                <w:szCs w:val="18"/>
              </w:rPr>
              <w:t>226 (99.56%)</w:t>
            </w:r>
          </w:p>
        </w:tc>
        <w:tc>
          <w:tcPr>
            <w:tcW w:w="766" w:type="dxa"/>
            <w:tcMar>
              <w:top w:w="70" w:type="dxa"/>
              <w:left w:w="90" w:type="dxa"/>
              <w:bottom w:w="70" w:type="dxa"/>
              <w:right w:w="90" w:type="dxa"/>
            </w:tcMar>
            <w:vAlign w:val="center"/>
          </w:tcPr>
          <w:p w14:paraId="21B82F28" w14:textId="77777777" w:rsidR="00F720C3" w:rsidRPr="00582A7A" w:rsidRDefault="00000000" w:rsidP="003A2BCD">
            <w:pPr>
              <w:spacing w:after="0" w:line="240" w:lineRule="auto"/>
              <w:jc w:val="both"/>
              <w:rPr>
                <w:sz w:val="18"/>
                <w:szCs w:val="18"/>
              </w:rPr>
            </w:pPr>
            <w:r w:rsidRPr="00582A7A">
              <w:rPr>
                <w:sz w:val="18"/>
                <w:szCs w:val="18"/>
              </w:rPr>
              <w:t>0.367</w:t>
            </w:r>
          </w:p>
        </w:tc>
      </w:tr>
      <w:tr w:rsidR="002A76DF" w:rsidRPr="00582A7A" w14:paraId="365AF299" w14:textId="77777777" w:rsidTr="00262C8D">
        <w:trPr>
          <w:jc w:val="center"/>
        </w:trPr>
        <w:tc>
          <w:tcPr>
            <w:tcW w:w="3806" w:type="dxa"/>
            <w:tcMar>
              <w:top w:w="70" w:type="dxa"/>
              <w:left w:w="90" w:type="dxa"/>
              <w:bottom w:w="70" w:type="dxa"/>
              <w:right w:w="90" w:type="dxa"/>
            </w:tcMar>
            <w:vAlign w:val="center"/>
          </w:tcPr>
          <w:p w14:paraId="3D9383E4" w14:textId="77777777" w:rsidR="00F720C3" w:rsidRPr="00582A7A" w:rsidRDefault="00000000" w:rsidP="003A2BCD">
            <w:pPr>
              <w:spacing w:after="0" w:line="240" w:lineRule="auto"/>
              <w:jc w:val="both"/>
              <w:rPr>
                <w:sz w:val="18"/>
                <w:szCs w:val="18"/>
              </w:rPr>
            </w:pPr>
            <w:r w:rsidRPr="00582A7A">
              <w:rPr>
                <w:sz w:val="18"/>
                <w:szCs w:val="18"/>
              </w:rPr>
              <w:t>Anticoagulant therapy, yes</w:t>
            </w:r>
          </w:p>
        </w:tc>
        <w:tc>
          <w:tcPr>
            <w:tcW w:w="1985" w:type="dxa"/>
            <w:tcMar>
              <w:top w:w="70" w:type="dxa"/>
              <w:left w:w="90" w:type="dxa"/>
              <w:bottom w:w="70" w:type="dxa"/>
              <w:right w:w="90" w:type="dxa"/>
            </w:tcMar>
            <w:vAlign w:val="center"/>
          </w:tcPr>
          <w:p w14:paraId="5F3785B6" w14:textId="77777777" w:rsidR="00F720C3" w:rsidRPr="00582A7A" w:rsidRDefault="00000000" w:rsidP="003A2BCD">
            <w:pPr>
              <w:spacing w:after="0" w:line="240" w:lineRule="auto"/>
              <w:jc w:val="both"/>
              <w:rPr>
                <w:sz w:val="18"/>
                <w:szCs w:val="18"/>
              </w:rPr>
            </w:pPr>
            <w:r w:rsidRPr="00582A7A">
              <w:rPr>
                <w:sz w:val="18"/>
                <w:szCs w:val="18"/>
              </w:rPr>
              <w:t>627 (92.07%)</w:t>
            </w:r>
          </w:p>
        </w:tc>
        <w:tc>
          <w:tcPr>
            <w:tcW w:w="1984" w:type="dxa"/>
            <w:tcMar>
              <w:top w:w="70" w:type="dxa"/>
              <w:left w:w="90" w:type="dxa"/>
              <w:bottom w:w="70" w:type="dxa"/>
              <w:right w:w="90" w:type="dxa"/>
            </w:tcMar>
            <w:vAlign w:val="center"/>
          </w:tcPr>
          <w:p w14:paraId="701186AF" w14:textId="77777777" w:rsidR="00F720C3" w:rsidRPr="00582A7A" w:rsidRDefault="00000000" w:rsidP="003A2BCD">
            <w:pPr>
              <w:spacing w:after="0" w:line="240" w:lineRule="auto"/>
              <w:jc w:val="both"/>
              <w:rPr>
                <w:sz w:val="18"/>
                <w:szCs w:val="18"/>
              </w:rPr>
            </w:pPr>
            <w:r w:rsidRPr="00582A7A">
              <w:rPr>
                <w:sz w:val="18"/>
                <w:szCs w:val="18"/>
              </w:rPr>
              <w:t>205 (90.31%)</w:t>
            </w:r>
          </w:p>
        </w:tc>
        <w:tc>
          <w:tcPr>
            <w:tcW w:w="1985" w:type="dxa"/>
            <w:tcMar>
              <w:top w:w="70" w:type="dxa"/>
              <w:left w:w="90" w:type="dxa"/>
              <w:bottom w:w="70" w:type="dxa"/>
              <w:right w:w="90" w:type="dxa"/>
            </w:tcMar>
            <w:vAlign w:val="center"/>
          </w:tcPr>
          <w:p w14:paraId="6B68D32B" w14:textId="77777777" w:rsidR="00F720C3" w:rsidRPr="00582A7A" w:rsidRDefault="00000000" w:rsidP="003A2BCD">
            <w:pPr>
              <w:spacing w:after="0" w:line="240" w:lineRule="auto"/>
              <w:jc w:val="both"/>
              <w:rPr>
                <w:sz w:val="18"/>
                <w:szCs w:val="18"/>
              </w:rPr>
            </w:pPr>
            <w:r w:rsidRPr="00582A7A">
              <w:rPr>
                <w:sz w:val="18"/>
                <w:szCs w:val="18"/>
              </w:rPr>
              <w:t>209 (92.07%)</w:t>
            </w:r>
          </w:p>
        </w:tc>
        <w:tc>
          <w:tcPr>
            <w:tcW w:w="2098" w:type="dxa"/>
            <w:tcMar>
              <w:top w:w="70" w:type="dxa"/>
              <w:left w:w="90" w:type="dxa"/>
              <w:bottom w:w="70" w:type="dxa"/>
              <w:right w:w="90" w:type="dxa"/>
            </w:tcMar>
            <w:vAlign w:val="center"/>
          </w:tcPr>
          <w:p w14:paraId="2F7A1288" w14:textId="77777777" w:rsidR="00F720C3" w:rsidRPr="00582A7A" w:rsidRDefault="00000000" w:rsidP="003A2BCD">
            <w:pPr>
              <w:spacing w:after="0" w:line="240" w:lineRule="auto"/>
              <w:jc w:val="both"/>
              <w:rPr>
                <w:sz w:val="18"/>
                <w:szCs w:val="18"/>
              </w:rPr>
            </w:pPr>
            <w:r w:rsidRPr="00582A7A">
              <w:rPr>
                <w:sz w:val="18"/>
                <w:szCs w:val="18"/>
              </w:rPr>
              <w:t>213 (93.83%)</w:t>
            </w:r>
          </w:p>
        </w:tc>
        <w:tc>
          <w:tcPr>
            <w:tcW w:w="766" w:type="dxa"/>
            <w:tcMar>
              <w:top w:w="70" w:type="dxa"/>
              <w:left w:w="90" w:type="dxa"/>
              <w:bottom w:w="70" w:type="dxa"/>
              <w:right w:w="90" w:type="dxa"/>
            </w:tcMar>
            <w:vAlign w:val="center"/>
          </w:tcPr>
          <w:p w14:paraId="7925B342" w14:textId="77777777" w:rsidR="00F720C3" w:rsidRPr="00582A7A" w:rsidRDefault="00000000" w:rsidP="003A2BCD">
            <w:pPr>
              <w:spacing w:after="0" w:line="240" w:lineRule="auto"/>
              <w:jc w:val="both"/>
              <w:rPr>
                <w:sz w:val="18"/>
                <w:szCs w:val="18"/>
              </w:rPr>
            </w:pPr>
            <w:r w:rsidRPr="00582A7A">
              <w:rPr>
                <w:sz w:val="18"/>
                <w:szCs w:val="18"/>
              </w:rPr>
              <w:t>0.381</w:t>
            </w:r>
          </w:p>
        </w:tc>
      </w:tr>
      <w:tr w:rsidR="002A76DF" w:rsidRPr="00582A7A" w14:paraId="5034E9BF" w14:textId="77777777" w:rsidTr="00262C8D">
        <w:trPr>
          <w:jc w:val="center"/>
        </w:trPr>
        <w:tc>
          <w:tcPr>
            <w:tcW w:w="3806" w:type="dxa"/>
            <w:tcMar>
              <w:top w:w="70" w:type="dxa"/>
              <w:left w:w="90" w:type="dxa"/>
              <w:bottom w:w="70" w:type="dxa"/>
              <w:right w:w="90" w:type="dxa"/>
            </w:tcMar>
            <w:vAlign w:val="center"/>
          </w:tcPr>
          <w:p w14:paraId="5A19A8BA" w14:textId="77777777" w:rsidR="00F720C3" w:rsidRPr="00582A7A" w:rsidRDefault="00000000" w:rsidP="003A2BCD">
            <w:pPr>
              <w:spacing w:after="0" w:line="240" w:lineRule="auto"/>
              <w:jc w:val="both"/>
              <w:rPr>
                <w:sz w:val="18"/>
                <w:szCs w:val="18"/>
              </w:rPr>
            </w:pPr>
            <w:r w:rsidRPr="00582A7A">
              <w:rPr>
                <w:sz w:val="18"/>
                <w:szCs w:val="18"/>
              </w:rPr>
              <w:t>Nitrate therapy, yes</w:t>
            </w:r>
          </w:p>
        </w:tc>
        <w:tc>
          <w:tcPr>
            <w:tcW w:w="1985" w:type="dxa"/>
            <w:tcMar>
              <w:top w:w="70" w:type="dxa"/>
              <w:left w:w="90" w:type="dxa"/>
              <w:bottom w:w="70" w:type="dxa"/>
              <w:right w:w="90" w:type="dxa"/>
            </w:tcMar>
            <w:vAlign w:val="center"/>
          </w:tcPr>
          <w:p w14:paraId="256ADCE9" w14:textId="77777777" w:rsidR="00F720C3" w:rsidRPr="00582A7A" w:rsidRDefault="00000000" w:rsidP="003A2BCD">
            <w:pPr>
              <w:spacing w:after="0" w:line="240" w:lineRule="auto"/>
              <w:jc w:val="both"/>
              <w:rPr>
                <w:sz w:val="18"/>
                <w:szCs w:val="18"/>
              </w:rPr>
            </w:pPr>
            <w:r w:rsidRPr="00582A7A">
              <w:rPr>
                <w:sz w:val="18"/>
                <w:szCs w:val="18"/>
              </w:rPr>
              <w:t>610 (89.57%)</w:t>
            </w:r>
          </w:p>
        </w:tc>
        <w:tc>
          <w:tcPr>
            <w:tcW w:w="1984" w:type="dxa"/>
            <w:tcMar>
              <w:top w:w="70" w:type="dxa"/>
              <w:left w:w="90" w:type="dxa"/>
              <w:bottom w:w="70" w:type="dxa"/>
              <w:right w:w="90" w:type="dxa"/>
            </w:tcMar>
            <w:vAlign w:val="center"/>
          </w:tcPr>
          <w:p w14:paraId="0FA99B5B" w14:textId="77777777" w:rsidR="00F720C3" w:rsidRPr="00582A7A" w:rsidRDefault="00000000" w:rsidP="003A2BCD">
            <w:pPr>
              <w:spacing w:after="0" w:line="240" w:lineRule="auto"/>
              <w:jc w:val="both"/>
              <w:rPr>
                <w:sz w:val="18"/>
                <w:szCs w:val="18"/>
              </w:rPr>
            </w:pPr>
            <w:r w:rsidRPr="00582A7A">
              <w:rPr>
                <w:sz w:val="18"/>
                <w:szCs w:val="18"/>
              </w:rPr>
              <w:t>205 (90.31%)</w:t>
            </w:r>
          </w:p>
        </w:tc>
        <w:tc>
          <w:tcPr>
            <w:tcW w:w="1985" w:type="dxa"/>
            <w:tcMar>
              <w:top w:w="70" w:type="dxa"/>
              <w:left w:w="90" w:type="dxa"/>
              <w:bottom w:w="70" w:type="dxa"/>
              <w:right w:w="90" w:type="dxa"/>
            </w:tcMar>
            <w:vAlign w:val="center"/>
          </w:tcPr>
          <w:p w14:paraId="78B9BB2F" w14:textId="77777777" w:rsidR="00F720C3" w:rsidRPr="00582A7A" w:rsidRDefault="00000000" w:rsidP="003A2BCD">
            <w:pPr>
              <w:spacing w:after="0" w:line="240" w:lineRule="auto"/>
              <w:jc w:val="both"/>
              <w:rPr>
                <w:sz w:val="18"/>
                <w:szCs w:val="18"/>
              </w:rPr>
            </w:pPr>
            <w:r w:rsidRPr="00582A7A">
              <w:rPr>
                <w:sz w:val="18"/>
                <w:szCs w:val="18"/>
              </w:rPr>
              <w:t>203 (89.43%)</w:t>
            </w:r>
          </w:p>
        </w:tc>
        <w:tc>
          <w:tcPr>
            <w:tcW w:w="2098" w:type="dxa"/>
            <w:tcMar>
              <w:top w:w="70" w:type="dxa"/>
              <w:left w:w="90" w:type="dxa"/>
              <w:bottom w:w="70" w:type="dxa"/>
              <w:right w:w="90" w:type="dxa"/>
            </w:tcMar>
            <w:vAlign w:val="center"/>
          </w:tcPr>
          <w:p w14:paraId="084F0512" w14:textId="77777777" w:rsidR="00F720C3" w:rsidRPr="00582A7A" w:rsidRDefault="00000000" w:rsidP="003A2BCD">
            <w:pPr>
              <w:spacing w:after="0" w:line="240" w:lineRule="auto"/>
              <w:jc w:val="both"/>
              <w:rPr>
                <w:sz w:val="18"/>
                <w:szCs w:val="18"/>
              </w:rPr>
            </w:pPr>
            <w:r w:rsidRPr="00582A7A">
              <w:rPr>
                <w:sz w:val="18"/>
                <w:szCs w:val="18"/>
              </w:rPr>
              <w:t>202 (88.99%)</w:t>
            </w:r>
          </w:p>
        </w:tc>
        <w:tc>
          <w:tcPr>
            <w:tcW w:w="766" w:type="dxa"/>
            <w:tcMar>
              <w:top w:w="70" w:type="dxa"/>
              <w:left w:w="90" w:type="dxa"/>
              <w:bottom w:w="70" w:type="dxa"/>
              <w:right w:w="90" w:type="dxa"/>
            </w:tcMar>
            <w:vAlign w:val="center"/>
          </w:tcPr>
          <w:p w14:paraId="5A8234EA" w14:textId="77777777" w:rsidR="00F720C3" w:rsidRPr="00582A7A" w:rsidRDefault="00000000" w:rsidP="003A2BCD">
            <w:pPr>
              <w:spacing w:after="0" w:line="240" w:lineRule="auto"/>
              <w:jc w:val="both"/>
              <w:rPr>
                <w:sz w:val="18"/>
                <w:szCs w:val="18"/>
              </w:rPr>
            </w:pPr>
            <w:r w:rsidRPr="00582A7A">
              <w:rPr>
                <w:sz w:val="18"/>
                <w:szCs w:val="18"/>
              </w:rPr>
              <w:t>0.896</w:t>
            </w:r>
          </w:p>
        </w:tc>
      </w:tr>
      <w:tr w:rsidR="002A76DF" w:rsidRPr="00582A7A" w14:paraId="00F14EC4" w14:textId="77777777" w:rsidTr="00262C8D">
        <w:trPr>
          <w:jc w:val="center"/>
        </w:trPr>
        <w:tc>
          <w:tcPr>
            <w:tcW w:w="3806" w:type="dxa"/>
            <w:tcMar>
              <w:top w:w="70" w:type="dxa"/>
              <w:left w:w="90" w:type="dxa"/>
              <w:bottom w:w="70" w:type="dxa"/>
              <w:right w:w="90" w:type="dxa"/>
            </w:tcMar>
            <w:vAlign w:val="center"/>
          </w:tcPr>
          <w:p w14:paraId="18F81E14" w14:textId="77777777" w:rsidR="00F720C3" w:rsidRPr="00582A7A" w:rsidRDefault="00000000" w:rsidP="003A2BCD">
            <w:pPr>
              <w:spacing w:after="0" w:line="240" w:lineRule="auto"/>
              <w:jc w:val="both"/>
              <w:rPr>
                <w:sz w:val="18"/>
                <w:szCs w:val="18"/>
              </w:rPr>
            </w:pPr>
            <w:r w:rsidRPr="00582A7A">
              <w:rPr>
                <w:sz w:val="18"/>
                <w:szCs w:val="18"/>
              </w:rPr>
              <w:t>Beta-blocker therapy, yes</w:t>
            </w:r>
          </w:p>
        </w:tc>
        <w:tc>
          <w:tcPr>
            <w:tcW w:w="1985" w:type="dxa"/>
            <w:tcMar>
              <w:top w:w="70" w:type="dxa"/>
              <w:left w:w="90" w:type="dxa"/>
              <w:bottom w:w="70" w:type="dxa"/>
              <w:right w:w="90" w:type="dxa"/>
            </w:tcMar>
            <w:vAlign w:val="center"/>
          </w:tcPr>
          <w:p w14:paraId="01A6A901" w14:textId="77777777" w:rsidR="00F720C3" w:rsidRPr="00582A7A" w:rsidRDefault="00000000" w:rsidP="003A2BCD">
            <w:pPr>
              <w:spacing w:after="0" w:line="240" w:lineRule="auto"/>
              <w:jc w:val="both"/>
              <w:rPr>
                <w:sz w:val="18"/>
                <w:szCs w:val="18"/>
              </w:rPr>
            </w:pPr>
            <w:r w:rsidRPr="00582A7A">
              <w:rPr>
                <w:sz w:val="18"/>
                <w:szCs w:val="18"/>
              </w:rPr>
              <w:t>430 (63.14%)</w:t>
            </w:r>
          </w:p>
        </w:tc>
        <w:tc>
          <w:tcPr>
            <w:tcW w:w="1984" w:type="dxa"/>
            <w:tcMar>
              <w:top w:w="70" w:type="dxa"/>
              <w:left w:w="90" w:type="dxa"/>
              <w:bottom w:w="70" w:type="dxa"/>
              <w:right w:w="90" w:type="dxa"/>
            </w:tcMar>
            <w:vAlign w:val="center"/>
          </w:tcPr>
          <w:p w14:paraId="71AE46A1" w14:textId="77777777" w:rsidR="00F720C3" w:rsidRPr="00582A7A" w:rsidRDefault="00000000" w:rsidP="003A2BCD">
            <w:pPr>
              <w:spacing w:after="0" w:line="240" w:lineRule="auto"/>
              <w:jc w:val="both"/>
              <w:rPr>
                <w:sz w:val="18"/>
                <w:szCs w:val="18"/>
              </w:rPr>
            </w:pPr>
            <w:r w:rsidRPr="00582A7A">
              <w:rPr>
                <w:sz w:val="18"/>
                <w:szCs w:val="18"/>
              </w:rPr>
              <w:t>153 (67.40%)</w:t>
            </w:r>
          </w:p>
        </w:tc>
        <w:tc>
          <w:tcPr>
            <w:tcW w:w="1985" w:type="dxa"/>
            <w:tcMar>
              <w:top w:w="70" w:type="dxa"/>
              <w:left w:w="90" w:type="dxa"/>
              <w:bottom w:w="70" w:type="dxa"/>
              <w:right w:w="90" w:type="dxa"/>
            </w:tcMar>
            <w:vAlign w:val="center"/>
          </w:tcPr>
          <w:p w14:paraId="45D88254" w14:textId="77777777" w:rsidR="00F720C3" w:rsidRPr="00582A7A" w:rsidRDefault="00000000" w:rsidP="003A2BCD">
            <w:pPr>
              <w:spacing w:after="0" w:line="240" w:lineRule="auto"/>
              <w:jc w:val="both"/>
              <w:rPr>
                <w:sz w:val="18"/>
                <w:szCs w:val="18"/>
              </w:rPr>
            </w:pPr>
            <w:r w:rsidRPr="00582A7A">
              <w:rPr>
                <w:sz w:val="18"/>
                <w:szCs w:val="18"/>
              </w:rPr>
              <w:t>138 (60.79%)</w:t>
            </w:r>
          </w:p>
        </w:tc>
        <w:tc>
          <w:tcPr>
            <w:tcW w:w="2098" w:type="dxa"/>
            <w:tcMar>
              <w:top w:w="70" w:type="dxa"/>
              <w:left w:w="90" w:type="dxa"/>
              <w:bottom w:w="70" w:type="dxa"/>
              <w:right w:w="90" w:type="dxa"/>
            </w:tcMar>
            <w:vAlign w:val="center"/>
          </w:tcPr>
          <w:p w14:paraId="1E0CAEDA" w14:textId="77777777" w:rsidR="00F720C3" w:rsidRPr="00582A7A" w:rsidRDefault="00000000" w:rsidP="003A2BCD">
            <w:pPr>
              <w:spacing w:after="0" w:line="240" w:lineRule="auto"/>
              <w:jc w:val="both"/>
              <w:rPr>
                <w:sz w:val="18"/>
                <w:szCs w:val="18"/>
              </w:rPr>
            </w:pPr>
            <w:r w:rsidRPr="00582A7A">
              <w:rPr>
                <w:sz w:val="18"/>
                <w:szCs w:val="18"/>
              </w:rPr>
              <w:t>139 (61.23%)</w:t>
            </w:r>
          </w:p>
        </w:tc>
        <w:tc>
          <w:tcPr>
            <w:tcW w:w="766" w:type="dxa"/>
            <w:tcMar>
              <w:top w:w="70" w:type="dxa"/>
              <w:left w:w="90" w:type="dxa"/>
              <w:bottom w:w="70" w:type="dxa"/>
              <w:right w:w="90" w:type="dxa"/>
            </w:tcMar>
            <w:vAlign w:val="center"/>
          </w:tcPr>
          <w:p w14:paraId="679CAEF8" w14:textId="77777777" w:rsidR="00F720C3" w:rsidRPr="00582A7A" w:rsidRDefault="00000000" w:rsidP="003A2BCD">
            <w:pPr>
              <w:spacing w:after="0" w:line="240" w:lineRule="auto"/>
              <w:jc w:val="both"/>
              <w:rPr>
                <w:sz w:val="18"/>
                <w:szCs w:val="18"/>
              </w:rPr>
            </w:pPr>
            <w:r w:rsidRPr="00582A7A">
              <w:rPr>
                <w:sz w:val="18"/>
                <w:szCs w:val="18"/>
              </w:rPr>
              <w:t>0.264</w:t>
            </w:r>
          </w:p>
        </w:tc>
      </w:tr>
      <w:tr w:rsidR="002A76DF" w:rsidRPr="00582A7A" w14:paraId="16412F18" w14:textId="77777777" w:rsidTr="00262C8D">
        <w:trPr>
          <w:jc w:val="center"/>
        </w:trPr>
        <w:tc>
          <w:tcPr>
            <w:tcW w:w="3806" w:type="dxa"/>
            <w:tcMar>
              <w:top w:w="70" w:type="dxa"/>
              <w:left w:w="90" w:type="dxa"/>
              <w:bottom w:w="70" w:type="dxa"/>
              <w:right w:w="90" w:type="dxa"/>
            </w:tcMar>
            <w:vAlign w:val="center"/>
          </w:tcPr>
          <w:p w14:paraId="4467738B" w14:textId="77777777" w:rsidR="00F720C3" w:rsidRPr="00582A7A" w:rsidRDefault="00000000" w:rsidP="003A2BCD">
            <w:pPr>
              <w:spacing w:after="0" w:line="240" w:lineRule="auto"/>
              <w:jc w:val="both"/>
              <w:rPr>
                <w:sz w:val="18"/>
                <w:szCs w:val="18"/>
              </w:rPr>
            </w:pPr>
            <w:r w:rsidRPr="00582A7A">
              <w:rPr>
                <w:sz w:val="18"/>
                <w:szCs w:val="18"/>
              </w:rPr>
              <w:t>ACEI/ARB therapy, yes</w:t>
            </w:r>
          </w:p>
        </w:tc>
        <w:tc>
          <w:tcPr>
            <w:tcW w:w="1985" w:type="dxa"/>
            <w:tcMar>
              <w:top w:w="70" w:type="dxa"/>
              <w:left w:w="90" w:type="dxa"/>
              <w:bottom w:w="70" w:type="dxa"/>
              <w:right w:w="90" w:type="dxa"/>
            </w:tcMar>
            <w:vAlign w:val="center"/>
          </w:tcPr>
          <w:p w14:paraId="4FC87A22" w14:textId="77777777" w:rsidR="00F720C3" w:rsidRPr="00582A7A" w:rsidRDefault="00000000" w:rsidP="003A2BCD">
            <w:pPr>
              <w:spacing w:after="0" w:line="240" w:lineRule="auto"/>
              <w:jc w:val="both"/>
              <w:rPr>
                <w:sz w:val="18"/>
                <w:szCs w:val="18"/>
              </w:rPr>
            </w:pPr>
            <w:r w:rsidRPr="00582A7A">
              <w:rPr>
                <w:sz w:val="18"/>
                <w:szCs w:val="18"/>
              </w:rPr>
              <w:t>339 (49.78%)</w:t>
            </w:r>
          </w:p>
        </w:tc>
        <w:tc>
          <w:tcPr>
            <w:tcW w:w="1984" w:type="dxa"/>
            <w:tcMar>
              <w:top w:w="70" w:type="dxa"/>
              <w:left w:w="90" w:type="dxa"/>
              <w:bottom w:w="70" w:type="dxa"/>
              <w:right w:w="90" w:type="dxa"/>
            </w:tcMar>
            <w:vAlign w:val="center"/>
          </w:tcPr>
          <w:p w14:paraId="5902391A" w14:textId="77777777" w:rsidR="00F720C3" w:rsidRPr="00582A7A" w:rsidRDefault="00000000" w:rsidP="003A2BCD">
            <w:pPr>
              <w:spacing w:after="0" w:line="240" w:lineRule="auto"/>
              <w:jc w:val="both"/>
              <w:rPr>
                <w:sz w:val="18"/>
                <w:szCs w:val="18"/>
              </w:rPr>
            </w:pPr>
            <w:r w:rsidRPr="00582A7A">
              <w:rPr>
                <w:sz w:val="18"/>
                <w:szCs w:val="18"/>
              </w:rPr>
              <w:t>116 (51.10%)</w:t>
            </w:r>
          </w:p>
        </w:tc>
        <w:tc>
          <w:tcPr>
            <w:tcW w:w="1985" w:type="dxa"/>
            <w:tcMar>
              <w:top w:w="70" w:type="dxa"/>
              <w:left w:w="90" w:type="dxa"/>
              <w:bottom w:w="70" w:type="dxa"/>
              <w:right w:w="90" w:type="dxa"/>
            </w:tcMar>
            <w:vAlign w:val="center"/>
          </w:tcPr>
          <w:p w14:paraId="4555709D" w14:textId="77777777" w:rsidR="00F720C3" w:rsidRPr="00582A7A" w:rsidRDefault="00000000" w:rsidP="003A2BCD">
            <w:pPr>
              <w:spacing w:after="0" w:line="240" w:lineRule="auto"/>
              <w:jc w:val="both"/>
              <w:rPr>
                <w:sz w:val="18"/>
                <w:szCs w:val="18"/>
              </w:rPr>
            </w:pPr>
            <w:r w:rsidRPr="00582A7A">
              <w:rPr>
                <w:sz w:val="18"/>
                <w:szCs w:val="18"/>
              </w:rPr>
              <w:t>111 (48.90%)</w:t>
            </w:r>
          </w:p>
        </w:tc>
        <w:tc>
          <w:tcPr>
            <w:tcW w:w="2098" w:type="dxa"/>
            <w:tcMar>
              <w:top w:w="70" w:type="dxa"/>
              <w:left w:w="90" w:type="dxa"/>
              <w:bottom w:w="70" w:type="dxa"/>
              <w:right w:w="90" w:type="dxa"/>
            </w:tcMar>
            <w:vAlign w:val="center"/>
          </w:tcPr>
          <w:p w14:paraId="79CE0C86" w14:textId="77777777" w:rsidR="00F720C3" w:rsidRPr="00582A7A" w:rsidRDefault="00000000" w:rsidP="003A2BCD">
            <w:pPr>
              <w:spacing w:after="0" w:line="240" w:lineRule="auto"/>
              <w:jc w:val="both"/>
              <w:rPr>
                <w:sz w:val="18"/>
                <w:szCs w:val="18"/>
              </w:rPr>
            </w:pPr>
            <w:r w:rsidRPr="00582A7A">
              <w:rPr>
                <w:sz w:val="18"/>
                <w:szCs w:val="18"/>
              </w:rPr>
              <w:t>112 (49.34%)</w:t>
            </w:r>
          </w:p>
        </w:tc>
        <w:tc>
          <w:tcPr>
            <w:tcW w:w="766" w:type="dxa"/>
            <w:tcMar>
              <w:top w:w="70" w:type="dxa"/>
              <w:left w:w="90" w:type="dxa"/>
              <w:bottom w:w="70" w:type="dxa"/>
              <w:right w:w="90" w:type="dxa"/>
            </w:tcMar>
            <w:vAlign w:val="center"/>
          </w:tcPr>
          <w:p w14:paraId="70C37A8C" w14:textId="77777777" w:rsidR="00F720C3" w:rsidRPr="00582A7A" w:rsidRDefault="00000000" w:rsidP="003A2BCD">
            <w:pPr>
              <w:spacing w:after="0" w:line="240" w:lineRule="auto"/>
              <w:jc w:val="both"/>
              <w:rPr>
                <w:sz w:val="18"/>
                <w:szCs w:val="18"/>
              </w:rPr>
            </w:pPr>
            <w:r w:rsidRPr="00582A7A">
              <w:rPr>
                <w:sz w:val="18"/>
                <w:szCs w:val="18"/>
              </w:rPr>
              <w:t>0.884</w:t>
            </w:r>
          </w:p>
        </w:tc>
      </w:tr>
      <w:tr w:rsidR="002A76DF" w:rsidRPr="00582A7A" w14:paraId="1EA9FEA2" w14:textId="77777777" w:rsidTr="00262C8D">
        <w:trPr>
          <w:jc w:val="center"/>
        </w:trPr>
        <w:tc>
          <w:tcPr>
            <w:tcW w:w="3806" w:type="dxa"/>
            <w:tcMar>
              <w:top w:w="70" w:type="dxa"/>
              <w:left w:w="90" w:type="dxa"/>
              <w:bottom w:w="70" w:type="dxa"/>
              <w:right w:w="90" w:type="dxa"/>
            </w:tcMar>
            <w:vAlign w:val="center"/>
          </w:tcPr>
          <w:p w14:paraId="5DB8644A" w14:textId="77777777" w:rsidR="00F720C3" w:rsidRPr="00582A7A" w:rsidRDefault="00000000" w:rsidP="003A2BCD">
            <w:pPr>
              <w:spacing w:after="0" w:line="240" w:lineRule="auto"/>
              <w:jc w:val="both"/>
              <w:rPr>
                <w:sz w:val="18"/>
                <w:szCs w:val="18"/>
              </w:rPr>
            </w:pPr>
            <w:r w:rsidRPr="00582A7A">
              <w:rPr>
                <w:sz w:val="18"/>
                <w:szCs w:val="18"/>
              </w:rPr>
              <w:t>Furosemide, yes</w:t>
            </w:r>
          </w:p>
        </w:tc>
        <w:tc>
          <w:tcPr>
            <w:tcW w:w="1985" w:type="dxa"/>
            <w:tcMar>
              <w:top w:w="70" w:type="dxa"/>
              <w:left w:w="90" w:type="dxa"/>
              <w:bottom w:w="70" w:type="dxa"/>
              <w:right w:w="90" w:type="dxa"/>
            </w:tcMar>
            <w:vAlign w:val="center"/>
          </w:tcPr>
          <w:p w14:paraId="05EC4A0C" w14:textId="77777777" w:rsidR="00F720C3" w:rsidRPr="00582A7A" w:rsidRDefault="00000000" w:rsidP="003A2BCD">
            <w:pPr>
              <w:spacing w:after="0" w:line="240" w:lineRule="auto"/>
              <w:jc w:val="both"/>
              <w:rPr>
                <w:sz w:val="18"/>
                <w:szCs w:val="18"/>
              </w:rPr>
            </w:pPr>
            <w:r w:rsidRPr="00582A7A">
              <w:rPr>
                <w:sz w:val="18"/>
                <w:szCs w:val="18"/>
              </w:rPr>
              <w:t>209 (30.69%)</w:t>
            </w:r>
          </w:p>
        </w:tc>
        <w:tc>
          <w:tcPr>
            <w:tcW w:w="1984" w:type="dxa"/>
            <w:tcMar>
              <w:top w:w="70" w:type="dxa"/>
              <w:left w:w="90" w:type="dxa"/>
              <w:bottom w:w="70" w:type="dxa"/>
              <w:right w:w="90" w:type="dxa"/>
            </w:tcMar>
            <w:vAlign w:val="center"/>
          </w:tcPr>
          <w:p w14:paraId="54E155B2" w14:textId="77777777" w:rsidR="00F720C3" w:rsidRPr="00582A7A" w:rsidRDefault="00000000" w:rsidP="003A2BCD">
            <w:pPr>
              <w:spacing w:after="0" w:line="240" w:lineRule="auto"/>
              <w:jc w:val="both"/>
              <w:rPr>
                <w:sz w:val="18"/>
                <w:szCs w:val="18"/>
              </w:rPr>
            </w:pPr>
            <w:r w:rsidRPr="00582A7A">
              <w:rPr>
                <w:sz w:val="18"/>
                <w:szCs w:val="18"/>
              </w:rPr>
              <w:t>35 (15.42%)</w:t>
            </w:r>
          </w:p>
        </w:tc>
        <w:tc>
          <w:tcPr>
            <w:tcW w:w="1985" w:type="dxa"/>
            <w:tcMar>
              <w:top w:w="70" w:type="dxa"/>
              <w:left w:w="90" w:type="dxa"/>
              <w:bottom w:w="70" w:type="dxa"/>
              <w:right w:w="90" w:type="dxa"/>
            </w:tcMar>
            <w:vAlign w:val="center"/>
          </w:tcPr>
          <w:p w14:paraId="63A1755D" w14:textId="77777777" w:rsidR="00F720C3" w:rsidRPr="00582A7A" w:rsidRDefault="00000000" w:rsidP="003A2BCD">
            <w:pPr>
              <w:spacing w:after="0" w:line="240" w:lineRule="auto"/>
              <w:jc w:val="both"/>
              <w:rPr>
                <w:sz w:val="18"/>
                <w:szCs w:val="18"/>
              </w:rPr>
            </w:pPr>
            <w:r w:rsidRPr="00582A7A">
              <w:rPr>
                <w:sz w:val="18"/>
                <w:szCs w:val="18"/>
              </w:rPr>
              <w:t>62 (27.31%)</w:t>
            </w:r>
          </w:p>
        </w:tc>
        <w:tc>
          <w:tcPr>
            <w:tcW w:w="2098" w:type="dxa"/>
            <w:tcMar>
              <w:top w:w="70" w:type="dxa"/>
              <w:left w:w="90" w:type="dxa"/>
              <w:bottom w:w="70" w:type="dxa"/>
              <w:right w:w="90" w:type="dxa"/>
            </w:tcMar>
            <w:vAlign w:val="center"/>
          </w:tcPr>
          <w:p w14:paraId="4420599C" w14:textId="77777777" w:rsidR="00F720C3" w:rsidRPr="00582A7A" w:rsidRDefault="00000000" w:rsidP="003A2BCD">
            <w:pPr>
              <w:spacing w:after="0" w:line="240" w:lineRule="auto"/>
              <w:jc w:val="both"/>
              <w:rPr>
                <w:sz w:val="18"/>
                <w:szCs w:val="18"/>
              </w:rPr>
            </w:pPr>
            <w:r w:rsidRPr="00582A7A">
              <w:rPr>
                <w:sz w:val="18"/>
                <w:szCs w:val="18"/>
              </w:rPr>
              <w:t>112 (49.34%)</w:t>
            </w:r>
          </w:p>
        </w:tc>
        <w:tc>
          <w:tcPr>
            <w:tcW w:w="766" w:type="dxa"/>
            <w:tcMar>
              <w:top w:w="70" w:type="dxa"/>
              <w:left w:w="90" w:type="dxa"/>
              <w:bottom w:w="70" w:type="dxa"/>
              <w:right w:w="90" w:type="dxa"/>
            </w:tcMar>
            <w:vAlign w:val="center"/>
          </w:tcPr>
          <w:p w14:paraId="281A93EF"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756D3B1F" w14:textId="77777777" w:rsidTr="00262C8D">
        <w:trPr>
          <w:jc w:val="center"/>
        </w:trPr>
        <w:tc>
          <w:tcPr>
            <w:tcW w:w="3806" w:type="dxa"/>
            <w:tcMar>
              <w:top w:w="70" w:type="dxa"/>
              <w:left w:w="90" w:type="dxa"/>
              <w:bottom w:w="70" w:type="dxa"/>
              <w:right w:w="90" w:type="dxa"/>
            </w:tcMar>
            <w:vAlign w:val="center"/>
          </w:tcPr>
          <w:p w14:paraId="7A9A5946" w14:textId="77777777" w:rsidR="00F720C3" w:rsidRPr="00582A7A" w:rsidRDefault="00000000" w:rsidP="003A2BCD">
            <w:pPr>
              <w:spacing w:after="0" w:line="240" w:lineRule="auto"/>
              <w:jc w:val="both"/>
              <w:rPr>
                <w:sz w:val="18"/>
                <w:szCs w:val="18"/>
              </w:rPr>
            </w:pPr>
            <w:r w:rsidRPr="00582A7A">
              <w:rPr>
                <w:sz w:val="18"/>
                <w:szCs w:val="18"/>
              </w:rPr>
              <w:t>Spironolactone, yes</w:t>
            </w:r>
          </w:p>
        </w:tc>
        <w:tc>
          <w:tcPr>
            <w:tcW w:w="1985" w:type="dxa"/>
            <w:tcMar>
              <w:top w:w="70" w:type="dxa"/>
              <w:left w:w="90" w:type="dxa"/>
              <w:bottom w:w="70" w:type="dxa"/>
              <w:right w:w="90" w:type="dxa"/>
            </w:tcMar>
            <w:vAlign w:val="center"/>
          </w:tcPr>
          <w:p w14:paraId="0E5FDD20" w14:textId="77777777" w:rsidR="00F720C3" w:rsidRPr="00582A7A" w:rsidRDefault="00000000" w:rsidP="003A2BCD">
            <w:pPr>
              <w:spacing w:after="0" w:line="240" w:lineRule="auto"/>
              <w:jc w:val="both"/>
              <w:rPr>
                <w:sz w:val="18"/>
                <w:szCs w:val="18"/>
              </w:rPr>
            </w:pPr>
            <w:r w:rsidRPr="00582A7A">
              <w:rPr>
                <w:sz w:val="18"/>
                <w:szCs w:val="18"/>
              </w:rPr>
              <w:t>255 (37.44%)</w:t>
            </w:r>
          </w:p>
        </w:tc>
        <w:tc>
          <w:tcPr>
            <w:tcW w:w="1984" w:type="dxa"/>
            <w:tcMar>
              <w:top w:w="70" w:type="dxa"/>
              <w:left w:w="90" w:type="dxa"/>
              <w:bottom w:w="70" w:type="dxa"/>
              <w:right w:w="90" w:type="dxa"/>
            </w:tcMar>
            <w:vAlign w:val="center"/>
          </w:tcPr>
          <w:p w14:paraId="0EB2D07F" w14:textId="77777777" w:rsidR="00F720C3" w:rsidRPr="00582A7A" w:rsidRDefault="00000000" w:rsidP="003A2BCD">
            <w:pPr>
              <w:spacing w:after="0" w:line="240" w:lineRule="auto"/>
              <w:jc w:val="both"/>
              <w:rPr>
                <w:sz w:val="18"/>
                <w:szCs w:val="18"/>
              </w:rPr>
            </w:pPr>
            <w:r w:rsidRPr="00582A7A">
              <w:rPr>
                <w:sz w:val="18"/>
                <w:szCs w:val="18"/>
              </w:rPr>
              <w:t>55 (24.23%)</w:t>
            </w:r>
          </w:p>
        </w:tc>
        <w:tc>
          <w:tcPr>
            <w:tcW w:w="1985" w:type="dxa"/>
            <w:tcMar>
              <w:top w:w="70" w:type="dxa"/>
              <w:left w:w="90" w:type="dxa"/>
              <w:bottom w:w="70" w:type="dxa"/>
              <w:right w:w="90" w:type="dxa"/>
            </w:tcMar>
            <w:vAlign w:val="center"/>
          </w:tcPr>
          <w:p w14:paraId="7CF550A1" w14:textId="77777777" w:rsidR="00F720C3" w:rsidRPr="00582A7A" w:rsidRDefault="00000000" w:rsidP="003A2BCD">
            <w:pPr>
              <w:spacing w:after="0" w:line="240" w:lineRule="auto"/>
              <w:jc w:val="both"/>
              <w:rPr>
                <w:sz w:val="18"/>
                <w:szCs w:val="18"/>
              </w:rPr>
            </w:pPr>
            <w:r w:rsidRPr="00582A7A">
              <w:rPr>
                <w:sz w:val="18"/>
                <w:szCs w:val="18"/>
              </w:rPr>
              <w:t>82 (36.12%)</w:t>
            </w:r>
          </w:p>
        </w:tc>
        <w:tc>
          <w:tcPr>
            <w:tcW w:w="2098" w:type="dxa"/>
            <w:tcMar>
              <w:top w:w="70" w:type="dxa"/>
              <w:left w:w="90" w:type="dxa"/>
              <w:bottom w:w="70" w:type="dxa"/>
              <w:right w:w="90" w:type="dxa"/>
            </w:tcMar>
            <w:vAlign w:val="center"/>
          </w:tcPr>
          <w:p w14:paraId="6A232F0A" w14:textId="77777777" w:rsidR="00F720C3" w:rsidRPr="00582A7A" w:rsidRDefault="00000000" w:rsidP="003A2BCD">
            <w:pPr>
              <w:spacing w:after="0" w:line="240" w:lineRule="auto"/>
              <w:jc w:val="both"/>
              <w:rPr>
                <w:sz w:val="18"/>
                <w:szCs w:val="18"/>
              </w:rPr>
            </w:pPr>
            <w:r w:rsidRPr="00582A7A">
              <w:rPr>
                <w:sz w:val="18"/>
                <w:szCs w:val="18"/>
              </w:rPr>
              <w:t>118 (51.98%)</w:t>
            </w:r>
          </w:p>
        </w:tc>
        <w:tc>
          <w:tcPr>
            <w:tcW w:w="766" w:type="dxa"/>
            <w:tcMar>
              <w:top w:w="70" w:type="dxa"/>
              <w:left w:w="90" w:type="dxa"/>
              <w:bottom w:w="70" w:type="dxa"/>
              <w:right w:w="90" w:type="dxa"/>
            </w:tcMar>
            <w:vAlign w:val="center"/>
          </w:tcPr>
          <w:p w14:paraId="62D08AE4"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3E11A0B7" w14:textId="77777777" w:rsidTr="00262C8D">
        <w:trPr>
          <w:jc w:val="center"/>
        </w:trPr>
        <w:tc>
          <w:tcPr>
            <w:tcW w:w="3806" w:type="dxa"/>
            <w:tcMar>
              <w:top w:w="70" w:type="dxa"/>
              <w:left w:w="90" w:type="dxa"/>
              <w:bottom w:w="70" w:type="dxa"/>
              <w:right w:w="90" w:type="dxa"/>
            </w:tcMar>
            <w:vAlign w:val="center"/>
          </w:tcPr>
          <w:p w14:paraId="7A81FC7C" w14:textId="77777777" w:rsidR="00F720C3" w:rsidRPr="00582A7A" w:rsidRDefault="00000000" w:rsidP="003A2BCD">
            <w:pPr>
              <w:spacing w:after="0" w:line="240" w:lineRule="auto"/>
              <w:jc w:val="both"/>
              <w:rPr>
                <w:sz w:val="18"/>
                <w:szCs w:val="18"/>
              </w:rPr>
            </w:pPr>
            <w:r w:rsidRPr="00582A7A">
              <w:rPr>
                <w:sz w:val="18"/>
                <w:szCs w:val="18"/>
              </w:rPr>
              <w:t>Dapagliflozin, yes</w:t>
            </w:r>
          </w:p>
        </w:tc>
        <w:tc>
          <w:tcPr>
            <w:tcW w:w="1985" w:type="dxa"/>
            <w:tcMar>
              <w:top w:w="70" w:type="dxa"/>
              <w:left w:w="90" w:type="dxa"/>
              <w:bottom w:w="70" w:type="dxa"/>
              <w:right w:w="90" w:type="dxa"/>
            </w:tcMar>
            <w:vAlign w:val="center"/>
          </w:tcPr>
          <w:p w14:paraId="67C0145C" w14:textId="77777777" w:rsidR="00F720C3" w:rsidRPr="00582A7A" w:rsidRDefault="00000000" w:rsidP="003A2BCD">
            <w:pPr>
              <w:spacing w:after="0" w:line="240" w:lineRule="auto"/>
              <w:jc w:val="both"/>
              <w:rPr>
                <w:sz w:val="18"/>
                <w:szCs w:val="18"/>
              </w:rPr>
            </w:pPr>
            <w:r w:rsidRPr="00582A7A">
              <w:rPr>
                <w:sz w:val="18"/>
                <w:szCs w:val="18"/>
              </w:rPr>
              <w:t>247 (36.27%)</w:t>
            </w:r>
          </w:p>
        </w:tc>
        <w:tc>
          <w:tcPr>
            <w:tcW w:w="1984" w:type="dxa"/>
            <w:tcMar>
              <w:top w:w="70" w:type="dxa"/>
              <w:left w:w="90" w:type="dxa"/>
              <w:bottom w:w="70" w:type="dxa"/>
              <w:right w:w="90" w:type="dxa"/>
            </w:tcMar>
            <w:vAlign w:val="center"/>
          </w:tcPr>
          <w:p w14:paraId="4ED9FC3E" w14:textId="77777777" w:rsidR="00F720C3" w:rsidRPr="00582A7A" w:rsidRDefault="00000000" w:rsidP="003A2BCD">
            <w:pPr>
              <w:spacing w:after="0" w:line="240" w:lineRule="auto"/>
              <w:jc w:val="both"/>
              <w:rPr>
                <w:sz w:val="18"/>
                <w:szCs w:val="18"/>
              </w:rPr>
            </w:pPr>
            <w:r w:rsidRPr="00582A7A">
              <w:rPr>
                <w:sz w:val="18"/>
                <w:szCs w:val="18"/>
              </w:rPr>
              <w:t>77 (33.92%)</w:t>
            </w:r>
          </w:p>
        </w:tc>
        <w:tc>
          <w:tcPr>
            <w:tcW w:w="1985" w:type="dxa"/>
            <w:tcMar>
              <w:top w:w="70" w:type="dxa"/>
              <w:left w:w="90" w:type="dxa"/>
              <w:bottom w:w="70" w:type="dxa"/>
              <w:right w:w="90" w:type="dxa"/>
            </w:tcMar>
            <w:vAlign w:val="center"/>
          </w:tcPr>
          <w:p w14:paraId="1BAEA2CE" w14:textId="77777777" w:rsidR="00F720C3" w:rsidRPr="00582A7A" w:rsidRDefault="00000000" w:rsidP="003A2BCD">
            <w:pPr>
              <w:spacing w:after="0" w:line="240" w:lineRule="auto"/>
              <w:jc w:val="both"/>
              <w:rPr>
                <w:sz w:val="18"/>
                <w:szCs w:val="18"/>
              </w:rPr>
            </w:pPr>
            <w:r w:rsidRPr="00582A7A">
              <w:rPr>
                <w:sz w:val="18"/>
                <w:szCs w:val="18"/>
              </w:rPr>
              <w:t>81 (35.68%)</w:t>
            </w:r>
          </w:p>
        </w:tc>
        <w:tc>
          <w:tcPr>
            <w:tcW w:w="2098" w:type="dxa"/>
            <w:tcMar>
              <w:top w:w="70" w:type="dxa"/>
              <w:left w:w="90" w:type="dxa"/>
              <w:bottom w:w="70" w:type="dxa"/>
              <w:right w:w="90" w:type="dxa"/>
            </w:tcMar>
            <w:vAlign w:val="center"/>
          </w:tcPr>
          <w:p w14:paraId="15A868DE" w14:textId="77777777" w:rsidR="00F720C3" w:rsidRPr="00582A7A" w:rsidRDefault="00000000" w:rsidP="003A2BCD">
            <w:pPr>
              <w:spacing w:after="0" w:line="240" w:lineRule="auto"/>
              <w:jc w:val="both"/>
              <w:rPr>
                <w:sz w:val="18"/>
                <w:szCs w:val="18"/>
              </w:rPr>
            </w:pPr>
            <w:r w:rsidRPr="00582A7A">
              <w:rPr>
                <w:sz w:val="18"/>
                <w:szCs w:val="18"/>
              </w:rPr>
              <w:t>89 (39.21%)</w:t>
            </w:r>
          </w:p>
        </w:tc>
        <w:tc>
          <w:tcPr>
            <w:tcW w:w="766" w:type="dxa"/>
            <w:tcMar>
              <w:top w:w="70" w:type="dxa"/>
              <w:left w:w="90" w:type="dxa"/>
              <w:bottom w:w="70" w:type="dxa"/>
              <w:right w:w="90" w:type="dxa"/>
            </w:tcMar>
            <w:vAlign w:val="center"/>
          </w:tcPr>
          <w:p w14:paraId="78CBD0AE" w14:textId="77777777" w:rsidR="00F720C3" w:rsidRPr="00582A7A" w:rsidRDefault="00000000" w:rsidP="003A2BCD">
            <w:pPr>
              <w:spacing w:after="0" w:line="240" w:lineRule="auto"/>
              <w:jc w:val="both"/>
              <w:rPr>
                <w:sz w:val="18"/>
                <w:szCs w:val="18"/>
              </w:rPr>
            </w:pPr>
            <w:r w:rsidRPr="00582A7A">
              <w:rPr>
                <w:sz w:val="18"/>
                <w:szCs w:val="18"/>
              </w:rPr>
              <w:t>0.491</w:t>
            </w:r>
          </w:p>
        </w:tc>
      </w:tr>
      <w:tr w:rsidR="002A76DF" w:rsidRPr="00582A7A" w14:paraId="7EB0BA05" w14:textId="77777777" w:rsidTr="00262C8D">
        <w:trPr>
          <w:jc w:val="center"/>
        </w:trPr>
        <w:tc>
          <w:tcPr>
            <w:tcW w:w="3806" w:type="dxa"/>
            <w:shd w:val="clear" w:color="auto" w:fill="EEF5FA"/>
            <w:tcMar>
              <w:top w:w="70" w:type="dxa"/>
              <w:left w:w="90" w:type="dxa"/>
              <w:bottom w:w="70" w:type="dxa"/>
              <w:right w:w="90" w:type="dxa"/>
            </w:tcMar>
            <w:vAlign w:val="center"/>
          </w:tcPr>
          <w:p w14:paraId="454F6FE9" w14:textId="77777777" w:rsidR="00F720C3" w:rsidRPr="00582A7A" w:rsidRDefault="00000000" w:rsidP="003A2BCD">
            <w:pPr>
              <w:spacing w:after="0" w:line="240" w:lineRule="auto"/>
              <w:jc w:val="both"/>
              <w:rPr>
                <w:sz w:val="18"/>
                <w:szCs w:val="18"/>
              </w:rPr>
            </w:pPr>
            <w:r w:rsidRPr="00582A7A">
              <w:rPr>
                <w:b/>
                <w:sz w:val="18"/>
                <w:szCs w:val="18"/>
              </w:rPr>
              <w:t>Interventional treatment and coronary anatomy</w:t>
            </w:r>
          </w:p>
        </w:tc>
        <w:tc>
          <w:tcPr>
            <w:tcW w:w="1985" w:type="dxa"/>
            <w:shd w:val="clear" w:color="auto" w:fill="EEF5FA"/>
            <w:tcMar>
              <w:top w:w="70" w:type="dxa"/>
              <w:left w:w="90" w:type="dxa"/>
              <w:bottom w:w="70" w:type="dxa"/>
              <w:right w:w="90" w:type="dxa"/>
            </w:tcMar>
            <w:vAlign w:val="center"/>
          </w:tcPr>
          <w:p w14:paraId="138518E9" w14:textId="77777777" w:rsidR="00F720C3" w:rsidRPr="00582A7A" w:rsidRDefault="00F720C3" w:rsidP="003A2BCD">
            <w:pPr>
              <w:spacing w:after="0" w:line="240" w:lineRule="auto"/>
              <w:jc w:val="both"/>
              <w:rPr>
                <w:sz w:val="18"/>
                <w:szCs w:val="18"/>
              </w:rPr>
            </w:pPr>
          </w:p>
        </w:tc>
        <w:tc>
          <w:tcPr>
            <w:tcW w:w="1984" w:type="dxa"/>
            <w:shd w:val="clear" w:color="auto" w:fill="EEF5FA"/>
            <w:tcMar>
              <w:top w:w="70" w:type="dxa"/>
              <w:left w:w="90" w:type="dxa"/>
              <w:bottom w:w="70" w:type="dxa"/>
              <w:right w:w="90" w:type="dxa"/>
            </w:tcMar>
            <w:vAlign w:val="center"/>
          </w:tcPr>
          <w:p w14:paraId="74195F42" w14:textId="77777777" w:rsidR="00F720C3" w:rsidRPr="00582A7A" w:rsidRDefault="00F720C3" w:rsidP="003A2BCD">
            <w:pPr>
              <w:spacing w:after="0" w:line="240" w:lineRule="auto"/>
              <w:jc w:val="both"/>
              <w:rPr>
                <w:sz w:val="18"/>
                <w:szCs w:val="18"/>
              </w:rPr>
            </w:pPr>
          </w:p>
        </w:tc>
        <w:tc>
          <w:tcPr>
            <w:tcW w:w="1985" w:type="dxa"/>
            <w:shd w:val="clear" w:color="auto" w:fill="EEF5FA"/>
            <w:tcMar>
              <w:top w:w="70" w:type="dxa"/>
              <w:left w:w="90" w:type="dxa"/>
              <w:bottom w:w="70" w:type="dxa"/>
              <w:right w:w="90" w:type="dxa"/>
            </w:tcMar>
            <w:vAlign w:val="center"/>
          </w:tcPr>
          <w:p w14:paraId="0C686529" w14:textId="77777777" w:rsidR="00F720C3" w:rsidRPr="00582A7A" w:rsidRDefault="00F720C3" w:rsidP="003A2BCD">
            <w:pPr>
              <w:spacing w:after="0" w:line="240" w:lineRule="auto"/>
              <w:jc w:val="both"/>
              <w:rPr>
                <w:sz w:val="18"/>
                <w:szCs w:val="18"/>
              </w:rPr>
            </w:pPr>
          </w:p>
        </w:tc>
        <w:tc>
          <w:tcPr>
            <w:tcW w:w="2098" w:type="dxa"/>
            <w:shd w:val="clear" w:color="auto" w:fill="EEF5FA"/>
            <w:tcMar>
              <w:top w:w="70" w:type="dxa"/>
              <w:left w:w="90" w:type="dxa"/>
              <w:bottom w:w="70" w:type="dxa"/>
              <w:right w:w="90" w:type="dxa"/>
            </w:tcMar>
            <w:vAlign w:val="center"/>
          </w:tcPr>
          <w:p w14:paraId="1BFD84E1" w14:textId="77777777" w:rsidR="00F720C3" w:rsidRPr="00582A7A" w:rsidRDefault="00F720C3" w:rsidP="003A2BCD">
            <w:pPr>
              <w:spacing w:after="0" w:line="240" w:lineRule="auto"/>
              <w:jc w:val="both"/>
              <w:rPr>
                <w:sz w:val="18"/>
                <w:szCs w:val="18"/>
              </w:rPr>
            </w:pPr>
          </w:p>
        </w:tc>
        <w:tc>
          <w:tcPr>
            <w:tcW w:w="766" w:type="dxa"/>
            <w:shd w:val="clear" w:color="auto" w:fill="EEF5FA"/>
            <w:tcMar>
              <w:top w:w="70" w:type="dxa"/>
              <w:left w:w="90" w:type="dxa"/>
              <w:bottom w:w="70" w:type="dxa"/>
              <w:right w:w="90" w:type="dxa"/>
            </w:tcMar>
            <w:vAlign w:val="center"/>
          </w:tcPr>
          <w:p w14:paraId="67DF5AF1" w14:textId="77777777" w:rsidR="00F720C3" w:rsidRPr="00582A7A" w:rsidRDefault="00F720C3" w:rsidP="003A2BCD">
            <w:pPr>
              <w:spacing w:after="0" w:line="240" w:lineRule="auto"/>
              <w:jc w:val="both"/>
              <w:rPr>
                <w:sz w:val="18"/>
                <w:szCs w:val="18"/>
              </w:rPr>
            </w:pPr>
          </w:p>
        </w:tc>
      </w:tr>
      <w:tr w:rsidR="002A76DF" w:rsidRPr="00582A7A" w14:paraId="7E924D6D" w14:textId="77777777" w:rsidTr="00262C8D">
        <w:trPr>
          <w:jc w:val="center"/>
        </w:trPr>
        <w:tc>
          <w:tcPr>
            <w:tcW w:w="3806" w:type="dxa"/>
            <w:tcMar>
              <w:top w:w="70" w:type="dxa"/>
              <w:left w:w="90" w:type="dxa"/>
              <w:bottom w:w="70" w:type="dxa"/>
              <w:right w:w="90" w:type="dxa"/>
            </w:tcMar>
            <w:vAlign w:val="center"/>
          </w:tcPr>
          <w:p w14:paraId="5CDD564A" w14:textId="77777777" w:rsidR="00F720C3" w:rsidRPr="00582A7A" w:rsidRDefault="00000000" w:rsidP="003A2BCD">
            <w:pPr>
              <w:spacing w:after="0" w:line="240" w:lineRule="auto"/>
              <w:jc w:val="both"/>
              <w:rPr>
                <w:sz w:val="18"/>
                <w:szCs w:val="18"/>
              </w:rPr>
            </w:pPr>
            <w:r w:rsidRPr="00582A7A">
              <w:rPr>
                <w:sz w:val="18"/>
                <w:szCs w:val="18"/>
              </w:rPr>
              <w:t>In-hospital PCI, yes</w:t>
            </w:r>
          </w:p>
        </w:tc>
        <w:tc>
          <w:tcPr>
            <w:tcW w:w="1985" w:type="dxa"/>
            <w:tcMar>
              <w:top w:w="70" w:type="dxa"/>
              <w:left w:w="90" w:type="dxa"/>
              <w:bottom w:w="70" w:type="dxa"/>
              <w:right w:w="90" w:type="dxa"/>
            </w:tcMar>
            <w:vAlign w:val="center"/>
          </w:tcPr>
          <w:p w14:paraId="3244341E" w14:textId="77777777" w:rsidR="00F720C3" w:rsidRPr="00582A7A" w:rsidRDefault="00000000" w:rsidP="003A2BCD">
            <w:pPr>
              <w:spacing w:after="0" w:line="240" w:lineRule="auto"/>
              <w:jc w:val="both"/>
              <w:rPr>
                <w:sz w:val="18"/>
                <w:szCs w:val="18"/>
              </w:rPr>
            </w:pPr>
            <w:r w:rsidRPr="00582A7A">
              <w:rPr>
                <w:sz w:val="18"/>
                <w:szCs w:val="18"/>
              </w:rPr>
              <w:t>681 (100.00%)</w:t>
            </w:r>
          </w:p>
        </w:tc>
        <w:tc>
          <w:tcPr>
            <w:tcW w:w="1984" w:type="dxa"/>
            <w:tcMar>
              <w:top w:w="70" w:type="dxa"/>
              <w:left w:w="90" w:type="dxa"/>
              <w:bottom w:w="70" w:type="dxa"/>
              <w:right w:w="90" w:type="dxa"/>
            </w:tcMar>
            <w:vAlign w:val="center"/>
          </w:tcPr>
          <w:p w14:paraId="7D903790" w14:textId="77777777" w:rsidR="00F720C3" w:rsidRPr="00582A7A" w:rsidRDefault="00000000" w:rsidP="003A2BCD">
            <w:pPr>
              <w:spacing w:after="0" w:line="240" w:lineRule="auto"/>
              <w:jc w:val="both"/>
              <w:rPr>
                <w:sz w:val="18"/>
                <w:szCs w:val="18"/>
              </w:rPr>
            </w:pPr>
            <w:r w:rsidRPr="00582A7A">
              <w:rPr>
                <w:sz w:val="18"/>
                <w:szCs w:val="18"/>
              </w:rPr>
              <w:t>227 (100.00%)</w:t>
            </w:r>
          </w:p>
        </w:tc>
        <w:tc>
          <w:tcPr>
            <w:tcW w:w="1985" w:type="dxa"/>
            <w:tcMar>
              <w:top w:w="70" w:type="dxa"/>
              <w:left w:w="90" w:type="dxa"/>
              <w:bottom w:w="70" w:type="dxa"/>
              <w:right w:w="90" w:type="dxa"/>
            </w:tcMar>
            <w:vAlign w:val="center"/>
          </w:tcPr>
          <w:p w14:paraId="20B09942" w14:textId="77777777" w:rsidR="00F720C3" w:rsidRPr="00582A7A" w:rsidRDefault="00000000" w:rsidP="003A2BCD">
            <w:pPr>
              <w:spacing w:after="0" w:line="240" w:lineRule="auto"/>
              <w:jc w:val="both"/>
              <w:rPr>
                <w:sz w:val="18"/>
                <w:szCs w:val="18"/>
              </w:rPr>
            </w:pPr>
            <w:r w:rsidRPr="00582A7A">
              <w:rPr>
                <w:sz w:val="18"/>
                <w:szCs w:val="18"/>
              </w:rPr>
              <w:t>227 (100.00%)</w:t>
            </w:r>
          </w:p>
        </w:tc>
        <w:tc>
          <w:tcPr>
            <w:tcW w:w="2098" w:type="dxa"/>
            <w:tcMar>
              <w:top w:w="70" w:type="dxa"/>
              <w:left w:w="90" w:type="dxa"/>
              <w:bottom w:w="70" w:type="dxa"/>
              <w:right w:w="90" w:type="dxa"/>
            </w:tcMar>
            <w:vAlign w:val="center"/>
          </w:tcPr>
          <w:p w14:paraId="31F43BE4" w14:textId="77777777" w:rsidR="00F720C3" w:rsidRPr="00582A7A" w:rsidRDefault="00000000" w:rsidP="003A2BCD">
            <w:pPr>
              <w:spacing w:after="0" w:line="240" w:lineRule="auto"/>
              <w:jc w:val="both"/>
              <w:rPr>
                <w:sz w:val="18"/>
                <w:szCs w:val="18"/>
              </w:rPr>
            </w:pPr>
            <w:r w:rsidRPr="00582A7A">
              <w:rPr>
                <w:sz w:val="18"/>
                <w:szCs w:val="18"/>
              </w:rPr>
              <w:t>227 (100.00%)</w:t>
            </w:r>
          </w:p>
        </w:tc>
        <w:tc>
          <w:tcPr>
            <w:tcW w:w="766" w:type="dxa"/>
            <w:tcMar>
              <w:top w:w="70" w:type="dxa"/>
              <w:left w:w="90" w:type="dxa"/>
              <w:bottom w:w="70" w:type="dxa"/>
              <w:right w:w="90" w:type="dxa"/>
            </w:tcMar>
            <w:vAlign w:val="center"/>
          </w:tcPr>
          <w:p w14:paraId="01AA552D" w14:textId="77777777" w:rsidR="00F720C3" w:rsidRPr="00582A7A" w:rsidRDefault="00000000" w:rsidP="003A2BCD">
            <w:pPr>
              <w:spacing w:after="0" w:line="240" w:lineRule="auto"/>
              <w:jc w:val="both"/>
              <w:rPr>
                <w:sz w:val="18"/>
                <w:szCs w:val="18"/>
              </w:rPr>
            </w:pPr>
            <w:r w:rsidRPr="00582A7A">
              <w:rPr>
                <w:sz w:val="18"/>
                <w:szCs w:val="18"/>
              </w:rPr>
              <w:t>-</w:t>
            </w:r>
          </w:p>
        </w:tc>
      </w:tr>
      <w:tr w:rsidR="002A76DF" w:rsidRPr="00582A7A" w14:paraId="091BB2EC" w14:textId="77777777" w:rsidTr="00262C8D">
        <w:trPr>
          <w:jc w:val="center"/>
        </w:trPr>
        <w:tc>
          <w:tcPr>
            <w:tcW w:w="3806" w:type="dxa"/>
            <w:tcMar>
              <w:top w:w="70" w:type="dxa"/>
              <w:left w:w="90" w:type="dxa"/>
              <w:bottom w:w="70" w:type="dxa"/>
              <w:right w:w="90" w:type="dxa"/>
            </w:tcMar>
            <w:vAlign w:val="center"/>
          </w:tcPr>
          <w:p w14:paraId="4DB143A3" w14:textId="77777777" w:rsidR="00F720C3" w:rsidRPr="00582A7A" w:rsidRDefault="00000000" w:rsidP="003A2BCD">
            <w:pPr>
              <w:spacing w:after="0" w:line="240" w:lineRule="auto"/>
              <w:jc w:val="both"/>
              <w:rPr>
                <w:sz w:val="18"/>
                <w:szCs w:val="18"/>
              </w:rPr>
            </w:pPr>
            <w:r w:rsidRPr="00582A7A">
              <w:rPr>
                <w:sz w:val="18"/>
                <w:szCs w:val="18"/>
              </w:rPr>
              <w:t>Single-vessel disease, yes</w:t>
            </w:r>
          </w:p>
        </w:tc>
        <w:tc>
          <w:tcPr>
            <w:tcW w:w="1985" w:type="dxa"/>
            <w:tcMar>
              <w:top w:w="70" w:type="dxa"/>
              <w:left w:w="90" w:type="dxa"/>
              <w:bottom w:w="70" w:type="dxa"/>
              <w:right w:w="90" w:type="dxa"/>
            </w:tcMar>
            <w:vAlign w:val="center"/>
          </w:tcPr>
          <w:p w14:paraId="247C9EF4" w14:textId="77777777" w:rsidR="00F720C3" w:rsidRPr="00582A7A" w:rsidRDefault="00000000" w:rsidP="003A2BCD">
            <w:pPr>
              <w:spacing w:after="0" w:line="240" w:lineRule="auto"/>
              <w:jc w:val="both"/>
              <w:rPr>
                <w:sz w:val="18"/>
                <w:szCs w:val="18"/>
              </w:rPr>
            </w:pPr>
            <w:r w:rsidRPr="00582A7A">
              <w:rPr>
                <w:sz w:val="18"/>
                <w:szCs w:val="18"/>
              </w:rPr>
              <w:t>226 (33.19%)</w:t>
            </w:r>
          </w:p>
        </w:tc>
        <w:tc>
          <w:tcPr>
            <w:tcW w:w="1984" w:type="dxa"/>
            <w:tcMar>
              <w:top w:w="70" w:type="dxa"/>
              <w:left w:w="90" w:type="dxa"/>
              <w:bottom w:w="70" w:type="dxa"/>
              <w:right w:w="90" w:type="dxa"/>
            </w:tcMar>
            <w:vAlign w:val="center"/>
          </w:tcPr>
          <w:p w14:paraId="5BEACF34" w14:textId="77777777" w:rsidR="00F720C3" w:rsidRPr="00582A7A" w:rsidRDefault="00000000" w:rsidP="003A2BCD">
            <w:pPr>
              <w:spacing w:after="0" w:line="240" w:lineRule="auto"/>
              <w:jc w:val="both"/>
              <w:rPr>
                <w:sz w:val="18"/>
                <w:szCs w:val="18"/>
              </w:rPr>
            </w:pPr>
            <w:r w:rsidRPr="00582A7A">
              <w:rPr>
                <w:sz w:val="18"/>
                <w:szCs w:val="18"/>
              </w:rPr>
              <w:t>88 (38.77%)</w:t>
            </w:r>
          </w:p>
        </w:tc>
        <w:tc>
          <w:tcPr>
            <w:tcW w:w="1985" w:type="dxa"/>
            <w:tcMar>
              <w:top w:w="70" w:type="dxa"/>
              <w:left w:w="90" w:type="dxa"/>
              <w:bottom w:w="70" w:type="dxa"/>
              <w:right w:w="90" w:type="dxa"/>
            </w:tcMar>
            <w:vAlign w:val="center"/>
          </w:tcPr>
          <w:p w14:paraId="5A1BF28D" w14:textId="77777777" w:rsidR="00F720C3" w:rsidRPr="00582A7A" w:rsidRDefault="00000000" w:rsidP="003A2BCD">
            <w:pPr>
              <w:spacing w:after="0" w:line="240" w:lineRule="auto"/>
              <w:jc w:val="both"/>
              <w:rPr>
                <w:sz w:val="18"/>
                <w:szCs w:val="18"/>
              </w:rPr>
            </w:pPr>
            <w:r w:rsidRPr="00582A7A">
              <w:rPr>
                <w:sz w:val="18"/>
                <w:szCs w:val="18"/>
              </w:rPr>
              <w:t>75 (33.04%)</w:t>
            </w:r>
          </w:p>
        </w:tc>
        <w:tc>
          <w:tcPr>
            <w:tcW w:w="2098" w:type="dxa"/>
            <w:tcMar>
              <w:top w:w="70" w:type="dxa"/>
              <w:left w:w="90" w:type="dxa"/>
              <w:bottom w:w="70" w:type="dxa"/>
              <w:right w:w="90" w:type="dxa"/>
            </w:tcMar>
            <w:vAlign w:val="center"/>
          </w:tcPr>
          <w:p w14:paraId="7D35044E" w14:textId="77777777" w:rsidR="00F720C3" w:rsidRPr="00582A7A" w:rsidRDefault="00000000" w:rsidP="003A2BCD">
            <w:pPr>
              <w:spacing w:after="0" w:line="240" w:lineRule="auto"/>
              <w:jc w:val="both"/>
              <w:rPr>
                <w:sz w:val="18"/>
                <w:szCs w:val="18"/>
              </w:rPr>
            </w:pPr>
            <w:r w:rsidRPr="00582A7A">
              <w:rPr>
                <w:sz w:val="18"/>
                <w:szCs w:val="18"/>
              </w:rPr>
              <w:t>63 (27.75%)</w:t>
            </w:r>
          </w:p>
        </w:tc>
        <w:tc>
          <w:tcPr>
            <w:tcW w:w="766" w:type="dxa"/>
            <w:tcMar>
              <w:top w:w="70" w:type="dxa"/>
              <w:left w:w="90" w:type="dxa"/>
              <w:bottom w:w="70" w:type="dxa"/>
              <w:right w:w="90" w:type="dxa"/>
            </w:tcMar>
            <w:vAlign w:val="center"/>
          </w:tcPr>
          <w:p w14:paraId="75F3128D" w14:textId="77777777" w:rsidR="00F720C3" w:rsidRPr="00582A7A" w:rsidRDefault="00000000" w:rsidP="003A2BCD">
            <w:pPr>
              <w:spacing w:after="0" w:line="240" w:lineRule="auto"/>
              <w:jc w:val="both"/>
              <w:rPr>
                <w:sz w:val="18"/>
                <w:szCs w:val="18"/>
              </w:rPr>
            </w:pPr>
            <w:r w:rsidRPr="00582A7A">
              <w:rPr>
                <w:sz w:val="18"/>
                <w:szCs w:val="18"/>
              </w:rPr>
              <w:t>0.045</w:t>
            </w:r>
          </w:p>
        </w:tc>
      </w:tr>
      <w:tr w:rsidR="002A76DF" w:rsidRPr="00582A7A" w14:paraId="1BD02CD1" w14:textId="77777777" w:rsidTr="00262C8D">
        <w:trPr>
          <w:jc w:val="center"/>
        </w:trPr>
        <w:tc>
          <w:tcPr>
            <w:tcW w:w="3806" w:type="dxa"/>
            <w:tcMar>
              <w:top w:w="70" w:type="dxa"/>
              <w:left w:w="90" w:type="dxa"/>
              <w:bottom w:w="70" w:type="dxa"/>
              <w:right w:w="90" w:type="dxa"/>
            </w:tcMar>
            <w:vAlign w:val="center"/>
          </w:tcPr>
          <w:p w14:paraId="06ABB96A" w14:textId="77777777" w:rsidR="00F720C3" w:rsidRPr="00582A7A" w:rsidRDefault="00000000" w:rsidP="003A2BCD">
            <w:pPr>
              <w:spacing w:after="0" w:line="240" w:lineRule="auto"/>
              <w:jc w:val="both"/>
              <w:rPr>
                <w:sz w:val="18"/>
                <w:szCs w:val="18"/>
              </w:rPr>
            </w:pPr>
            <w:r w:rsidRPr="00582A7A">
              <w:rPr>
                <w:sz w:val="18"/>
                <w:szCs w:val="18"/>
              </w:rPr>
              <w:t>Two-vessel disease, yes</w:t>
            </w:r>
          </w:p>
        </w:tc>
        <w:tc>
          <w:tcPr>
            <w:tcW w:w="1985" w:type="dxa"/>
            <w:tcMar>
              <w:top w:w="70" w:type="dxa"/>
              <w:left w:w="90" w:type="dxa"/>
              <w:bottom w:w="70" w:type="dxa"/>
              <w:right w:w="90" w:type="dxa"/>
            </w:tcMar>
            <w:vAlign w:val="center"/>
          </w:tcPr>
          <w:p w14:paraId="04F4DB66" w14:textId="77777777" w:rsidR="00F720C3" w:rsidRPr="00582A7A" w:rsidRDefault="00000000" w:rsidP="003A2BCD">
            <w:pPr>
              <w:spacing w:after="0" w:line="240" w:lineRule="auto"/>
              <w:jc w:val="both"/>
              <w:rPr>
                <w:sz w:val="18"/>
                <w:szCs w:val="18"/>
              </w:rPr>
            </w:pPr>
            <w:r w:rsidRPr="00582A7A">
              <w:rPr>
                <w:sz w:val="18"/>
                <w:szCs w:val="18"/>
              </w:rPr>
              <w:t>242 (35.54%)</w:t>
            </w:r>
          </w:p>
        </w:tc>
        <w:tc>
          <w:tcPr>
            <w:tcW w:w="1984" w:type="dxa"/>
            <w:tcMar>
              <w:top w:w="70" w:type="dxa"/>
              <w:left w:w="90" w:type="dxa"/>
              <w:bottom w:w="70" w:type="dxa"/>
              <w:right w:w="90" w:type="dxa"/>
            </w:tcMar>
            <w:vAlign w:val="center"/>
          </w:tcPr>
          <w:p w14:paraId="40917AE6" w14:textId="77777777" w:rsidR="00F720C3" w:rsidRPr="00582A7A" w:rsidRDefault="00000000" w:rsidP="003A2BCD">
            <w:pPr>
              <w:spacing w:after="0" w:line="240" w:lineRule="auto"/>
              <w:jc w:val="both"/>
              <w:rPr>
                <w:sz w:val="18"/>
                <w:szCs w:val="18"/>
              </w:rPr>
            </w:pPr>
            <w:r w:rsidRPr="00582A7A">
              <w:rPr>
                <w:sz w:val="18"/>
                <w:szCs w:val="18"/>
              </w:rPr>
              <w:t>73 (32.16%)</w:t>
            </w:r>
          </w:p>
        </w:tc>
        <w:tc>
          <w:tcPr>
            <w:tcW w:w="1985" w:type="dxa"/>
            <w:tcMar>
              <w:top w:w="70" w:type="dxa"/>
              <w:left w:w="90" w:type="dxa"/>
              <w:bottom w:w="70" w:type="dxa"/>
              <w:right w:w="90" w:type="dxa"/>
            </w:tcMar>
            <w:vAlign w:val="center"/>
          </w:tcPr>
          <w:p w14:paraId="28248ECA" w14:textId="77777777" w:rsidR="00F720C3" w:rsidRPr="00582A7A" w:rsidRDefault="00000000" w:rsidP="003A2BCD">
            <w:pPr>
              <w:spacing w:after="0" w:line="240" w:lineRule="auto"/>
              <w:jc w:val="both"/>
              <w:rPr>
                <w:sz w:val="18"/>
                <w:szCs w:val="18"/>
              </w:rPr>
            </w:pPr>
            <w:r w:rsidRPr="00582A7A">
              <w:rPr>
                <w:sz w:val="18"/>
                <w:szCs w:val="18"/>
              </w:rPr>
              <w:t>83 (36.56%)</w:t>
            </w:r>
          </w:p>
        </w:tc>
        <w:tc>
          <w:tcPr>
            <w:tcW w:w="2098" w:type="dxa"/>
            <w:tcMar>
              <w:top w:w="70" w:type="dxa"/>
              <w:left w:w="90" w:type="dxa"/>
              <w:bottom w:w="70" w:type="dxa"/>
              <w:right w:w="90" w:type="dxa"/>
            </w:tcMar>
            <w:vAlign w:val="center"/>
          </w:tcPr>
          <w:p w14:paraId="1D86AEEE" w14:textId="77777777" w:rsidR="00F720C3" w:rsidRPr="00582A7A" w:rsidRDefault="00000000" w:rsidP="003A2BCD">
            <w:pPr>
              <w:spacing w:after="0" w:line="240" w:lineRule="auto"/>
              <w:jc w:val="both"/>
              <w:rPr>
                <w:sz w:val="18"/>
                <w:szCs w:val="18"/>
              </w:rPr>
            </w:pPr>
            <w:r w:rsidRPr="00582A7A">
              <w:rPr>
                <w:sz w:val="18"/>
                <w:szCs w:val="18"/>
              </w:rPr>
              <w:t>86 (37.89%)</w:t>
            </w:r>
          </w:p>
        </w:tc>
        <w:tc>
          <w:tcPr>
            <w:tcW w:w="766" w:type="dxa"/>
            <w:tcMar>
              <w:top w:w="70" w:type="dxa"/>
              <w:left w:w="90" w:type="dxa"/>
              <w:bottom w:w="70" w:type="dxa"/>
              <w:right w:w="90" w:type="dxa"/>
            </w:tcMar>
            <w:vAlign w:val="center"/>
          </w:tcPr>
          <w:p w14:paraId="52F1A83E" w14:textId="77777777" w:rsidR="00F720C3" w:rsidRPr="00582A7A" w:rsidRDefault="00000000" w:rsidP="003A2BCD">
            <w:pPr>
              <w:spacing w:after="0" w:line="240" w:lineRule="auto"/>
              <w:jc w:val="both"/>
              <w:rPr>
                <w:sz w:val="18"/>
                <w:szCs w:val="18"/>
              </w:rPr>
            </w:pPr>
            <w:r w:rsidRPr="00582A7A">
              <w:rPr>
                <w:sz w:val="18"/>
                <w:szCs w:val="18"/>
              </w:rPr>
              <w:t>0.410</w:t>
            </w:r>
          </w:p>
        </w:tc>
      </w:tr>
      <w:tr w:rsidR="002A76DF" w:rsidRPr="00582A7A" w14:paraId="359291A6" w14:textId="77777777" w:rsidTr="00262C8D">
        <w:trPr>
          <w:jc w:val="center"/>
        </w:trPr>
        <w:tc>
          <w:tcPr>
            <w:tcW w:w="3806" w:type="dxa"/>
            <w:tcMar>
              <w:top w:w="70" w:type="dxa"/>
              <w:left w:w="90" w:type="dxa"/>
              <w:bottom w:w="70" w:type="dxa"/>
              <w:right w:w="90" w:type="dxa"/>
            </w:tcMar>
            <w:vAlign w:val="center"/>
          </w:tcPr>
          <w:p w14:paraId="1C53FCAF" w14:textId="77777777" w:rsidR="00F720C3" w:rsidRPr="00582A7A" w:rsidRDefault="00000000" w:rsidP="003A2BCD">
            <w:pPr>
              <w:spacing w:after="0" w:line="240" w:lineRule="auto"/>
              <w:jc w:val="both"/>
              <w:rPr>
                <w:sz w:val="18"/>
                <w:szCs w:val="18"/>
              </w:rPr>
            </w:pPr>
            <w:r w:rsidRPr="00582A7A">
              <w:rPr>
                <w:sz w:val="18"/>
                <w:szCs w:val="18"/>
              </w:rPr>
              <w:t>Three-vessel disease, yes</w:t>
            </w:r>
          </w:p>
        </w:tc>
        <w:tc>
          <w:tcPr>
            <w:tcW w:w="1985" w:type="dxa"/>
            <w:tcMar>
              <w:top w:w="70" w:type="dxa"/>
              <w:left w:w="90" w:type="dxa"/>
              <w:bottom w:w="70" w:type="dxa"/>
              <w:right w:w="90" w:type="dxa"/>
            </w:tcMar>
            <w:vAlign w:val="center"/>
          </w:tcPr>
          <w:p w14:paraId="5D11863C" w14:textId="77777777" w:rsidR="00F720C3" w:rsidRPr="00582A7A" w:rsidRDefault="00000000" w:rsidP="003A2BCD">
            <w:pPr>
              <w:spacing w:after="0" w:line="240" w:lineRule="auto"/>
              <w:jc w:val="both"/>
              <w:rPr>
                <w:sz w:val="18"/>
                <w:szCs w:val="18"/>
              </w:rPr>
            </w:pPr>
            <w:r w:rsidRPr="00582A7A">
              <w:rPr>
                <w:sz w:val="18"/>
                <w:szCs w:val="18"/>
              </w:rPr>
              <w:t>211 (30.98%)</w:t>
            </w:r>
          </w:p>
        </w:tc>
        <w:tc>
          <w:tcPr>
            <w:tcW w:w="1984" w:type="dxa"/>
            <w:tcMar>
              <w:top w:w="70" w:type="dxa"/>
              <w:left w:w="90" w:type="dxa"/>
              <w:bottom w:w="70" w:type="dxa"/>
              <w:right w:w="90" w:type="dxa"/>
            </w:tcMar>
            <w:vAlign w:val="center"/>
          </w:tcPr>
          <w:p w14:paraId="0457A2A3" w14:textId="77777777" w:rsidR="00F720C3" w:rsidRPr="00582A7A" w:rsidRDefault="00000000" w:rsidP="003A2BCD">
            <w:pPr>
              <w:spacing w:after="0" w:line="240" w:lineRule="auto"/>
              <w:jc w:val="both"/>
              <w:rPr>
                <w:sz w:val="18"/>
                <w:szCs w:val="18"/>
              </w:rPr>
            </w:pPr>
            <w:r w:rsidRPr="00582A7A">
              <w:rPr>
                <w:sz w:val="18"/>
                <w:szCs w:val="18"/>
              </w:rPr>
              <w:t>66 (29.07%)</w:t>
            </w:r>
          </w:p>
        </w:tc>
        <w:tc>
          <w:tcPr>
            <w:tcW w:w="1985" w:type="dxa"/>
            <w:tcMar>
              <w:top w:w="70" w:type="dxa"/>
              <w:left w:w="90" w:type="dxa"/>
              <w:bottom w:w="70" w:type="dxa"/>
              <w:right w:w="90" w:type="dxa"/>
            </w:tcMar>
            <w:vAlign w:val="center"/>
          </w:tcPr>
          <w:p w14:paraId="3106FDD7" w14:textId="77777777" w:rsidR="00F720C3" w:rsidRPr="00582A7A" w:rsidRDefault="00000000" w:rsidP="003A2BCD">
            <w:pPr>
              <w:spacing w:after="0" w:line="240" w:lineRule="auto"/>
              <w:jc w:val="both"/>
              <w:rPr>
                <w:sz w:val="18"/>
                <w:szCs w:val="18"/>
              </w:rPr>
            </w:pPr>
            <w:r w:rsidRPr="00582A7A">
              <w:rPr>
                <w:sz w:val="18"/>
                <w:szCs w:val="18"/>
              </w:rPr>
              <w:t>68 (29.96%)</w:t>
            </w:r>
          </w:p>
        </w:tc>
        <w:tc>
          <w:tcPr>
            <w:tcW w:w="2098" w:type="dxa"/>
            <w:tcMar>
              <w:top w:w="70" w:type="dxa"/>
              <w:left w:w="90" w:type="dxa"/>
              <w:bottom w:w="70" w:type="dxa"/>
              <w:right w:w="90" w:type="dxa"/>
            </w:tcMar>
            <w:vAlign w:val="center"/>
          </w:tcPr>
          <w:p w14:paraId="7444E48A" w14:textId="77777777" w:rsidR="00F720C3" w:rsidRPr="00582A7A" w:rsidRDefault="00000000" w:rsidP="003A2BCD">
            <w:pPr>
              <w:spacing w:after="0" w:line="240" w:lineRule="auto"/>
              <w:jc w:val="both"/>
              <w:rPr>
                <w:sz w:val="18"/>
                <w:szCs w:val="18"/>
              </w:rPr>
            </w:pPr>
            <w:r w:rsidRPr="00582A7A">
              <w:rPr>
                <w:sz w:val="18"/>
                <w:szCs w:val="18"/>
              </w:rPr>
              <w:t>77 (33.92%)</w:t>
            </w:r>
          </w:p>
        </w:tc>
        <w:tc>
          <w:tcPr>
            <w:tcW w:w="766" w:type="dxa"/>
            <w:tcMar>
              <w:top w:w="70" w:type="dxa"/>
              <w:left w:w="90" w:type="dxa"/>
              <w:bottom w:w="70" w:type="dxa"/>
              <w:right w:w="90" w:type="dxa"/>
            </w:tcMar>
            <w:vAlign w:val="center"/>
          </w:tcPr>
          <w:p w14:paraId="12006E42" w14:textId="77777777" w:rsidR="00F720C3" w:rsidRPr="00582A7A" w:rsidRDefault="00000000" w:rsidP="003A2BCD">
            <w:pPr>
              <w:spacing w:after="0" w:line="240" w:lineRule="auto"/>
              <w:jc w:val="both"/>
              <w:rPr>
                <w:sz w:val="18"/>
                <w:szCs w:val="18"/>
              </w:rPr>
            </w:pPr>
            <w:r w:rsidRPr="00582A7A">
              <w:rPr>
                <w:sz w:val="18"/>
                <w:szCs w:val="18"/>
              </w:rPr>
              <w:t>0.493</w:t>
            </w:r>
          </w:p>
        </w:tc>
      </w:tr>
      <w:tr w:rsidR="002A76DF" w:rsidRPr="00582A7A" w14:paraId="320A679E" w14:textId="77777777" w:rsidTr="00262C8D">
        <w:trPr>
          <w:jc w:val="center"/>
        </w:trPr>
        <w:tc>
          <w:tcPr>
            <w:tcW w:w="3806" w:type="dxa"/>
            <w:tcMar>
              <w:top w:w="70" w:type="dxa"/>
              <w:left w:w="90" w:type="dxa"/>
              <w:bottom w:w="70" w:type="dxa"/>
              <w:right w:w="90" w:type="dxa"/>
            </w:tcMar>
            <w:vAlign w:val="center"/>
          </w:tcPr>
          <w:p w14:paraId="52EA6592" w14:textId="77777777" w:rsidR="00F720C3" w:rsidRPr="00582A7A" w:rsidRDefault="00000000" w:rsidP="003A2BCD">
            <w:pPr>
              <w:spacing w:after="0" w:line="240" w:lineRule="auto"/>
              <w:jc w:val="both"/>
              <w:rPr>
                <w:sz w:val="18"/>
                <w:szCs w:val="18"/>
              </w:rPr>
            </w:pPr>
            <w:r w:rsidRPr="00582A7A">
              <w:rPr>
                <w:sz w:val="18"/>
                <w:szCs w:val="18"/>
              </w:rPr>
              <w:t>Left main disease, yes</w:t>
            </w:r>
          </w:p>
        </w:tc>
        <w:tc>
          <w:tcPr>
            <w:tcW w:w="1985" w:type="dxa"/>
            <w:tcMar>
              <w:top w:w="70" w:type="dxa"/>
              <w:left w:w="90" w:type="dxa"/>
              <w:bottom w:w="70" w:type="dxa"/>
              <w:right w:w="90" w:type="dxa"/>
            </w:tcMar>
            <w:vAlign w:val="center"/>
          </w:tcPr>
          <w:p w14:paraId="05476AD5" w14:textId="77777777" w:rsidR="00F720C3" w:rsidRPr="00582A7A" w:rsidRDefault="00000000" w:rsidP="003A2BCD">
            <w:pPr>
              <w:spacing w:after="0" w:line="240" w:lineRule="auto"/>
              <w:jc w:val="both"/>
              <w:rPr>
                <w:sz w:val="18"/>
                <w:szCs w:val="18"/>
              </w:rPr>
            </w:pPr>
            <w:r w:rsidRPr="00582A7A">
              <w:rPr>
                <w:sz w:val="18"/>
                <w:szCs w:val="18"/>
              </w:rPr>
              <w:t>42 (6.17%)</w:t>
            </w:r>
          </w:p>
        </w:tc>
        <w:tc>
          <w:tcPr>
            <w:tcW w:w="1984" w:type="dxa"/>
            <w:tcMar>
              <w:top w:w="70" w:type="dxa"/>
              <w:left w:w="90" w:type="dxa"/>
              <w:bottom w:w="70" w:type="dxa"/>
              <w:right w:w="90" w:type="dxa"/>
            </w:tcMar>
            <w:vAlign w:val="center"/>
          </w:tcPr>
          <w:p w14:paraId="1FDA2A39" w14:textId="77777777" w:rsidR="00F720C3" w:rsidRPr="00582A7A" w:rsidRDefault="00000000" w:rsidP="003A2BCD">
            <w:pPr>
              <w:spacing w:after="0" w:line="240" w:lineRule="auto"/>
              <w:jc w:val="both"/>
              <w:rPr>
                <w:sz w:val="18"/>
                <w:szCs w:val="18"/>
              </w:rPr>
            </w:pPr>
            <w:r w:rsidRPr="00582A7A">
              <w:rPr>
                <w:sz w:val="18"/>
                <w:szCs w:val="18"/>
              </w:rPr>
              <w:t>11 (4.85%)</w:t>
            </w:r>
          </w:p>
        </w:tc>
        <w:tc>
          <w:tcPr>
            <w:tcW w:w="1985" w:type="dxa"/>
            <w:tcMar>
              <w:top w:w="70" w:type="dxa"/>
              <w:left w:w="90" w:type="dxa"/>
              <w:bottom w:w="70" w:type="dxa"/>
              <w:right w:w="90" w:type="dxa"/>
            </w:tcMar>
            <w:vAlign w:val="center"/>
          </w:tcPr>
          <w:p w14:paraId="0F929311" w14:textId="77777777" w:rsidR="00F720C3" w:rsidRPr="00582A7A" w:rsidRDefault="00000000" w:rsidP="003A2BCD">
            <w:pPr>
              <w:spacing w:after="0" w:line="240" w:lineRule="auto"/>
              <w:jc w:val="both"/>
              <w:rPr>
                <w:sz w:val="18"/>
                <w:szCs w:val="18"/>
              </w:rPr>
            </w:pPr>
            <w:r w:rsidRPr="00582A7A">
              <w:rPr>
                <w:sz w:val="18"/>
                <w:szCs w:val="18"/>
              </w:rPr>
              <w:t>11 (4.85%)</w:t>
            </w:r>
          </w:p>
        </w:tc>
        <w:tc>
          <w:tcPr>
            <w:tcW w:w="2098" w:type="dxa"/>
            <w:tcMar>
              <w:top w:w="70" w:type="dxa"/>
              <w:left w:w="90" w:type="dxa"/>
              <w:bottom w:w="70" w:type="dxa"/>
              <w:right w:w="90" w:type="dxa"/>
            </w:tcMar>
            <w:vAlign w:val="center"/>
          </w:tcPr>
          <w:p w14:paraId="0520BC29" w14:textId="77777777" w:rsidR="00F720C3" w:rsidRPr="00582A7A" w:rsidRDefault="00000000" w:rsidP="003A2BCD">
            <w:pPr>
              <w:spacing w:after="0" w:line="240" w:lineRule="auto"/>
              <w:jc w:val="both"/>
              <w:rPr>
                <w:sz w:val="18"/>
                <w:szCs w:val="18"/>
              </w:rPr>
            </w:pPr>
            <w:r w:rsidRPr="00582A7A">
              <w:rPr>
                <w:sz w:val="18"/>
                <w:szCs w:val="18"/>
              </w:rPr>
              <w:t>20 (8.81%)</w:t>
            </w:r>
          </w:p>
        </w:tc>
        <w:tc>
          <w:tcPr>
            <w:tcW w:w="766" w:type="dxa"/>
            <w:tcMar>
              <w:top w:w="70" w:type="dxa"/>
              <w:left w:w="90" w:type="dxa"/>
              <w:bottom w:w="70" w:type="dxa"/>
              <w:right w:w="90" w:type="dxa"/>
            </w:tcMar>
            <w:vAlign w:val="center"/>
          </w:tcPr>
          <w:p w14:paraId="53DF2139" w14:textId="77777777" w:rsidR="00F720C3" w:rsidRPr="00582A7A" w:rsidRDefault="00000000" w:rsidP="003A2BCD">
            <w:pPr>
              <w:spacing w:after="0" w:line="240" w:lineRule="auto"/>
              <w:jc w:val="both"/>
              <w:rPr>
                <w:sz w:val="18"/>
                <w:szCs w:val="18"/>
              </w:rPr>
            </w:pPr>
            <w:r w:rsidRPr="00582A7A">
              <w:rPr>
                <w:sz w:val="18"/>
                <w:szCs w:val="18"/>
              </w:rPr>
              <w:t>0.128</w:t>
            </w:r>
          </w:p>
        </w:tc>
      </w:tr>
      <w:tr w:rsidR="002A76DF" w:rsidRPr="00582A7A" w14:paraId="63D48C96" w14:textId="77777777" w:rsidTr="00262C8D">
        <w:trPr>
          <w:jc w:val="center"/>
        </w:trPr>
        <w:tc>
          <w:tcPr>
            <w:tcW w:w="3806" w:type="dxa"/>
            <w:tcMar>
              <w:top w:w="70" w:type="dxa"/>
              <w:left w:w="90" w:type="dxa"/>
              <w:bottom w:w="70" w:type="dxa"/>
              <w:right w:w="90" w:type="dxa"/>
            </w:tcMar>
            <w:vAlign w:val="center"/>
          </w:tcPr>
          <w:p w14:paraId="5435DF0E" w14:textId="77777777" w:rsidR="00F720C3" w:rsidRPr="00582A7A" w:rsidRDefault="00000000" w:rsidP="003A2BCD">
            <w:pPr>
              <w:spacing w:after="0" w:line="240" w:lineRule="auto"/>
              <w:jc w:val="both"/>
              <w:rPr>
                <w:sz w:val="18"/>
                <w:szCs w:val="18"/>
              </w:rPr>
            </w:pPr>
            <w:r w:rsidRPr="00582A7A">
              <w:rPr>
                <w:sz w:val="18"/>
                <w:szCs w:val="18"/>
              </w:rPr>
              <w:t>Coronary lesion category</w:t>
            </w:r>
          </w:p>
        </w:tc>
        <w:tc>
          <w:tcPr>
            <w:tcW w:w="1985" w:type="dxa"/>
            <w:tcMar>
              <w:top w:w="70" w:type="dxa"/>
              <w:left w:w="90" w:type="dxa"/>
              <w:bottom w:w="70" w:type="dxa"/>
              <w:right w:w="90" w:type="dxa"/>
            </w:tcMar>
            <w:vAlign w:val="center"/>
          </w:tcPr>
          <w:p w14:paraId="31BB00F1" w14:textId="77777777" w:rsidR="00F720C3" w:rsidRDefault="00000000" w:rsidP="003A2BCD">
            <w:pPr>
              <w:spacing w:after="0" w:line="240" w:lineRule="auto"/>
              <w:jc w:val="both"/>
              <w:rPr>
                <w:sz w:val="18"/>
                <w:szCs w:val="18"/>
                <w:lang w:eastAsia="zh-CN"/>
              </w:rPr>
            </w:pPr>
            <w:r w:rsidRPr="00582A7A">
              <w:rPr>
                <w:sz w:val="18"/>
                <w:szCs w:val="18"/>
              </w:rPr>
              <w:t>1: 226 (33.19%);</w:t>
            </w:r>
          </w:p>
          <w:p w14:paraId="6E1FE3C2" w14:textId="77777777" w:rsidR="00F720C3" w:rsidRDefault="00000000" w:rsidP="003A2BCD">
            <w:pPr>
              <w:spacing w:after="0" w:line="240" w:lineRule="auto"/>
              <w:jc w:val="both"/>
              <w:rPr>
                <w:sz w:val="18"/>
                <w:szCs w:val="18"/>
                <w:lang w:eastAsia="zh-CN"/>
              </w:rPr>
            </w:pPr>
            <w:r w:rsidRPr="00582A7A">
              <w:rPr>
                <w:sz w:val="18"/>
                <w:szCs w:val="18"/>
              </w:rPr>
              <w:t>2: 242 (35.54%);</w:t>
            </w:r>
          </w:p>
          <w:p w14:paraId="58716AE2" w14:textId="77777777" w:rsidR="00F720C3" w:rsidRDefault="00000000" w:rsidP="003A2BCD">
            <w:pPr>
              <w:spacing w:after="0" w:line="240" w:lineRule="auto"/>
              <w:jc w:val="both"/>
              <w:rPr>
                <w:sz w:val="18"/>
                <w:szCs w:val="18"/>
                <w:lang w:eastAsia="zh-CN"/>
              </w:rPr>
            </w:pPr>
            <w:r w:rsidRPr="00582A7A">
              <w:rPr>
                <w:sz w:val="18"/>
                <w:szCs w:val="18"/>
              </w:rPr>
              <w:t>3: 211 (30.98%);</w:t>
            </w:r>
          </w:p>
          <w:p w14:paraId="121E3F0A" w14:textId="77777777" w:rsidR="00F720C3" w:rsidRPr="00582A7A" w:rsidRDefault="00000000" w:rsidP="003A2BCD">
            <w:pPr>
              <w:spacing w:after="0" w:line="240" w:lineRule="auto"/>
              <w:jc w:val="both"/>
              <w:rPr>
                <w:sz w:val="18"/>
                <w:szCs w:val="18"/>
              </w:rPr>
            </w:pPr>
            <w:r w:rsidRPr="00582A7A">
              <w:rPr>
                <w:sz w:val="18"/>
                <w:szCs w:val="18"/>
              </w:rPr>
              <w:t>4: 2 (0.29%)</w:t>
            </w:r>
          </w:p>
        </w:tc>
        <w:tc>
          <w:tcPr>
            <w:tcW w:w="1984" w:type="dxa"/>
            <w:tcMar>
              <w:top w:w="70" w:type="dxa"/>
              <w:left w:w="90" w:type="dxa"/>
              <w:bottom w:w="70" w:type="dxa"/>
              <w:right w:w="90" w:type="dxa"/>
            </w:tcMar>
            <w:vAlign w:val="center"/>
          </w:tcPr>
          <w:p w14:paraId="2D651B6E" w14:textId="77777777" w:rsidR="00F720C3" w:rsidRDefault="00000000" w:rsidP="003A2BCD">
            <w:pPr>
              <w:spacing w:after="0" w:line="240" w:lineRule="auto"/>
              <w:jc w:val="both"/>
              <w:rPr>
                <w:sz w:val="18"/>
                <w:szCs w:val="18"/>
                <w:lang w:eastAsia="zh-CN"/>
              </w:rPr>
            </w:pPr>
            <w:r w:rsidRPr="00582A7A">
              <w:rPr>
                <w:sz w:val="18"/>
                <w:szCs w:val="18"/>
              </w:rPr>
              <w:t>1: 88 (38.77%);</w:t>
            </w:r>
          </w:p>
          <w:p w14:paraId="1ADA18AA" w14:textId="77777777" w:rsidR="00F720C3" w:rsidRDefault="00000000" w:rsidP="003A2BCD">
            <w:pPr>
              <w:spacing w:after="0" w:line="240" w:lineRule="auto"/>
              <w:jc w:val="both"/>
              <w:rPr>
                <w:sz w:val="18"/>
                <w:szCs w:val="18"/>
                <w:lang w:eastAsia="zh-CN"/>
              </w:rPr>
            </w:pPr>
            <w:r w:rsidRPr="00582A7A">
              <w:rPr>
                <w:sz w:val="18"/>
                <w:szCs w:val="18"/>
              </w:rPr>
              <w:t>2: 73 (32.16%);</w:t>
            </w:r>
          </w:p>
          <w:p w14:paraId="3BF0F319" w14:textId="77777777" w:rsidR="00F720C3" w:rsidRDefault="00000000" w:rsidP="003A2BCD">
            <w:pPr>
              <w:spacing w:after="0" w:line="240" w:lineRule="auto"/>
              <w:jc w:val="both"/>
              <w:rPr>
                <w:sz w:val="18"/>
                <w:szCs w:val="18"/>
                <w:lang w:eastAsia="zh-CN"/>
              </w:rPr>
            </w:pPr>
            <w:r w:rsidRPr="00582A7A">
              <w:rPr>
                <w:sz w:val="18"/>
                <w:szCs w:val="18"/>
              </w:rPr>
              <w:t>3: 66 (29.07%);</w:t>
            </w:r>
          </w:p>
          <w:p w14:paraId="25AAC88C" w14:textId="77777777" w:rsidR="00F720C3" w:rsidRPr="00582A7A" w:rsidRDefault="00000000" w:rsidP="003A2BCD">
            <w:pPr>
              <w:spacing w:after="0" w:line="240" w:lineRule="auto"/>
              <w:jc w:val="both"/>
              <w:rPr>
                <w:sz w:val="18"/>
                <w:szCs w:val="18"/>
              </w:rPr>
            </w:pPr>
            <w:r w:rsidRPr="00582A7A">
              <w:rPr>
                <w:sz w:val="18"/>
                <w:szCs w:val="18"/>
              </w:rPr>
              <w:t>4: 0 (0.00%)</w:t>
            </w:r>
          </w:p>
        </w:tc>
        <w:tc>
          <w:tcPr>
            <w:tcW w:w="1985" w:type="dxa"/>
            <w:tcMar>
              <w:top w:w="70" w:type="dxa"/>
              <w:left w:w="90" w:type="dxa"/>
              <w:bottom w:w="70" w:type="dxa"/>
              <w:right w:w="90" w:type="dxa"/>
            </w:tcMar>
            <w:vAlign w:val="center"/>
          </w:tcPr>
          <w:p w14:paraId="23DC5AC2" w14:textId="77777777" w:rsidR="00F720C3" w:rsidRDefault="00000000" w:rsidP="003A2BCD">
            <w:pPr>
              <w:spacing w:after="0" w:line="240" w:lineRule="auto"/>
              <w:jc w:val="both"/>
              <w:rPr>
                <w:sz w:val="18"/>
                <w:szCs w:val="18"/>
                <w:lang w:eastAsia="zh-CN"/>
              </w:rPr>
            </w:pPr>
            <w:r w:rsidRPr="00582A7A">
              <w:rPr>
                <w:sz w:val="18"/>
                <w:szCs w:val="18"/>
              </w:rPr>
              <w:t>1: 75 (33.04%);</w:t>
            </w:r>
          </w:p>
          <w:p w14:paraId="57928B48" w14:textId="77777777" w:rsidR="00F720C3" w:rsidRDefault="00000000" w:rsidP="003A2BCD">
            <w:pPr>
              <w:spacing w:after="0" w:line="240" w:lineRule="auto"/>
              <w:jc w:val="both"/>
              <w:rPr>
                <w:sz w:val="18"/>
                <w:szCs w:val="18"/>
                <w:lang w:eastAsia="zh-CN"/>
              </w:rPr>
            </w:pPr>
            <w:r w:rsidRPr="00582A7A">
              <w:rPr>
                <w:sz w:val="18"/>
                <w:szCs w:val="18"/>
              </w:rPr>
              <w:t>2: 83 (36.56%);</w:t>
            </w:r>
          </w:p>
          <w:p w14:paraId="2BF63BF3" w14:textId="77777777" w:rsidR="00F720C3" w:rsidRDefault="00000000" w:rsidP="003A2BCD">
            <w:pPr>
              <w:spacing w:after="0" w:line="240" w:lineRule="auto"/>
              <w:jc w:val="both"/>
              <w:rPr>
                <w:sz w:val="18"/>
                <w:szCs w:val="18"/>
                <w:lang w:eastAsia="zh-CN"/>
              </w:rPr>
            </w:pPr>
            <w:r w:rsidRPr="00582A7A">
              <w:rPr>
                <w:sz w:val="18"/>
                <w:szCs w:val="18"/>
              </w:rPr>
              <w:t>3: 68 (29.96%);</w:t>
            </w:r>
          </w:p>
          <w:p w14:paraId="2066973F" w14:textId="77777777" w:rsidR="00F720C3" w:rsidRPr="00582A7A" w:rsidRDefault="00000000" w:rsidP="003A2BCD">
            <w:pPr>
              <w:spacing w:after="0" w:line="240" w:lineRule="auto"/>
              <w:jc w:val="both"/>
              <w:rPr>
                <w:sz w:val="18"/>
                <w:szCs w:val="18"/>
              </w:rPr>
            </w:pPr>
            <w:r w:rsidRPr="00582A7A">
              <w:rPr>
                <w:sz w:val="18"/>
                <w:szCs w:val="18"/>
              </w:rPr>
              <w:t>4: 1 (0.44%)</w:t>
            </w:r>
          </w:p>
        </w:tc>
        <w:tc>
          <w:tcPr>
            <w:tcW w:w="2098" w:type="dxa"/>
            <w:tcMar>
              <w:top w:w="70" w:type="dxa"/>
              <w:left w:w="90" w:type="dxa"/>
              <w:bottom w:w="70" w:type="dxa"/>
              <w:right w:w="90" w:type="dxa"/>
            </w:tcMar>
            <w:vAlign w:val="center"/>
          </w:tcPr>
          <w:p w14:paraId="1AC507AF" w14:textId="77777777" w:rsidR="00F720C3" w:rsidRDefault="00000000" w:rsidP="003A2BCD">
            <w:pPr>
              <w:spacing w:after="0" w:line="240" w:lineRule="auto"/>
              <w:jc w:val="both"/>
              <w:rPr>
                <w:sz w:val="18"/>
                <w:szCs w:val="18"/>
                <w:lang w:eastAsia="zh-CN"/>
              </w:rPr>
            </w:pPr>
            <w:r w:rsidRPr="00582A7A">
              <w:rPr>
                <w:sz w:val="18"/>
                <w:szCs w:val="18"/>
              </w:rPr>
              <w:t>1: 63 (27.75%);</w:t>
            </w:r>
          </w:p>
          <w:p w14:paraId="13C4761B" w14:textId="77777777" w:rsidR="00F720C3" w:rsidRDefault="00000000" w:rsidP="003A2BCD">
            <w:pPr>
              <w:spacing w:after="0" w:line="240" w:lineRule="auto"/>
              <w:jc w:val="both"/>
              <w:rPr>
                <w:sz w:val="18"/>
                <w:szCs w:val="18"/>
                <w:lang w:eastAsia="zh-CN"/>
              </w:rPr>
            </w:pPr>
            <w:r w:rsidRPr="00582A7A">
              <w:rPr>
                <w:sz w:val="18"/>
                <w:szCs w:val="18"/>
              </w:rPr>
              <w:t>2: 86 (37.89%);</w:t>
            </w:r>
          </w:p>
          <w:p w14:paraId="72F39FC1" w14:textId="77777777" w:rsidR="00F720C3" w:rsidRDefault="00000000" w:rsidP="003A2BCD">
            <w:pPr>
              <w:spacing w:after="0" w:line="240" w:lineRule="auto"/>
              <w:jc w:val="both"/>
              <w:rPr>
                <w:sz w:val="18"/>
                <w:szCs w:val="18"/>
                <w:lang w:eastAsia="zh-CN"/>
              </w:rPr>
            </w:pPr>
            <w:r w:rsidRPr="00582A7A">
              <w:rPr>
                <w:sz w:val="18"/>
                <w:szCs w:val="18"/>
              </w:rPr>
              <w:t>3: 77 (33.92%);</w:t>
            </w:r>
          </w:p>
          <w:p w14:paraId="0744A6ED" w14:textId="77777777" w:rsidR="00F720C3" w:rsidRPr="00582A7A" w:rsidRDefault="00000000" w:rsidP="003A2BCD">
            <w:pPr>
              <w:spacing w:after="0" w:line="240" w:lineRule="auto"/>
              <w:jc w:val="both"/>
              <w:rPr>
                <w:sz w:val="18"/>
                <w:szCs w:val="18"/>
              </w:rPr>
            </w:pPr>
            <w:r w:rsidRPr="00582A7A">
              <w:rPr>
                <w:sz w:val="18"/>
                <w:szCs w:val="18"/>
              </w:rPr>
              <w:t>4: 1 (0.44%)</w:t>
            </w:r>
          </w:p>
        </w:tc>
        <w:tc>
          <w:tcPr>
            <w:tcW w:w="766" w:type="dxa"/>
            <w:tcMar>
              <w:top w:w="70" w:type="dxa"/>
              <w:left w:w="90" w:type="dxa"/>
              <w:bottom w:w="70" w:type="dxa"/>
              <w:right w:w="90" w:type="dxa"/>
            </w:tcMar>
            <w:vAlign w:val="center"/>
          </w:tcPr>
          <w:p w14:paraId="6FC496A8" w14:textId="77777777" w:rsidR="00F720C3" w:rsidRPr="00582A7A" w:rsidRDefault="00000000" w:rsidP="003A2BCD">
            <w:pPr>
              <w:spacing w:after="0" w:line="240" w:lineRule="auto"/>
              <w:jc w:val="both"/>
              <w:rPr>
                <w:sz w:val="18"/>
                <w:szCs w:val="18"/>
              </w:rPr>
            </w:pPr>
            <w:r w:rsidRPr="00582A7A">
              <w:rPr>
                <w:sz w:val="18"/>
                <w:szCs w:val="18"/>
              </w:rPr>
              <w:t>0.296</w:t>
            </w:r>
          </w:p>
        </w:tc>
      </w:tr>
      <w:tr w:rsidR="002A76DF" w:rsidRPr="00582A7A" w14:paraId="6E2C60EB" w14:textId="77777777" w:rsidTr="00262C8D">
        <w:trPr>
          <w:jc w:val="center"/>
        </w:trPr>
        <w:tc>
          <w:tcPr>
            <w:tcW w:w="3806" w:type="dxa"/>
            <w:tcMar>
              <w:top w:w="70" w:type="dxa"/>
              <w:left w:w="90" w:type="dxa"/>
              <w:bottom w:w="70" w:type="dxa"/>
              <w:right w:w="90" w:type="dxa"/>
            </w:tcMar>
            <w:vAlign w:val="center"/>
          </w:tcPr>
          <w:p w14:paraId="6C224383" w14:textId="77777777" w:rsidR="00F720C3" w:rsidRPr="00582A7A" w:rsidRDefault="00000000" w:rsidP="003A2BCD">
            <w:pPr>
              <w:spacing w:after="0" w:line="240" w:lineRule="auto"/>
              <w:jc w:val="both"/>
              <w:rPr>
                <w:sz w:val="18"/>
                <w:szCs w:val="18"/>
              </w:rPr>
            </w:pPr>
            <w:r w:rsidRPr="00582A7A">
              <w:rPr>
                <w:sz w:val="18"/>
                <w:szCs w:val="18"/>
              </w:rPr>
              <w:t>Culprit-vessel treatment, yes</w:t>
            </w:r>
          </w:p>
        </w:tc>
        <w:tc>
          <w:tcPr>
            <w:tcW w:w="1985" w:type="dxa"/>
            <w:tcMar>
              <w:top w:w="70" w:type="dxa"/>
              <w:left w:w="90" w:type="dxa"/>
              <w:bottom w:w="70" w:type="dxa"/>
              <w:right w:w="90" w:type="dxa"/>
            </w:tcMar>
            <w:vAlign w:val="center"/>
          </w:tcPr>
          <w:p w14:paraId="7984DD71" w14:textId="77777777" w:rsidR="00F720C3" w:rsidRPr="00582A7A" w:rsidRDefault="00000000" w:rsidP="003A2BCD">
            <w:pPr>
              <w:spacing w:after="0" w:line="240" w:lineRule="auto"/>
              <w:jc w:val="both"/>
              <w:rPr>
                <w:sz w:val="18"/>
                <w:szCs w:val="18"/>
              </w:rPr>
            </w:pPr>
            <w:r w:rsidRPr="00582A7A">
              <w:rPr>
                <w:sz w:val="18"/>
                <w:szCs w:val="18"/>
              </w:rPr>
              <w:t>554 (81.35%)</w:t>
            </w:r>
          </w:p>
        </w:tc>
        <w:tc>
          <w:tcPr>
            <w:tcW w:w="1984" w:type="dxa"/>
            <w:tcMar>
              <w:top w:w="70" w:type="dxa"/>
              <w:left w:w="90" w:type="dxa"/>
              <w:bottom w:w="70" w:type="dxa"/>
              <w:right w:w="90" w:type="dxa"/>
            </w:tcMar>
            <w:vAlign w:val="center"/>
          </w:tcPr>
          <w:p w14:paraId="793024C5" w14:textId="77777777" w:rsidR="00F720C3" w:rsidRPr="00582A7A" w:rsidRDefault="00000000" w:rsidP="003A2BCD">
            <w:pPr>
              <w:spacing w:after="0" w:line="240" w:lineRule="auto"/>
              <w:jc w:val="both"/>
              <w:rPr>
                <w:sz w:val="18"/>
                <w:szCs w:val="18"/>
              </w:rPr>
            </w:pPr>
            <w:r w:rsidRPr="00582A7A">
              <w:rPr>
                <w:sz w:val="18"/>
                <w:szCs w:val="18"/>
              </w:rPr>
              <w:t>193 (85.02%)</w:t>
            </w:r>
          </w:p>
        </w:tc>
        <w:tc>
          <w:tcPr>
            <w:tcW w:w="1985" w:type="dxa"/>
            <w:tcMar>
              <w:top w:w="70" w:type="dxa"/>
              <w:left w:w="90" w:type="dxa"/>
              <w:bottom w:w="70" w:type="dxa"/>
              <w:right w:w="90" w:type="dxa"/>
            </w:tcMar>
            <w:vAlign w:val="center"/>
          </w:tcPr>
          <w:p w14:paraId="46FF88FC" w14:textId="77777777" w:rsidR="00F720C3" w:rsidRPr="00582A7A" w:rsidRDefault="00000000" w:rsidP="003A2BCD">
            <w:pPr>
              <w:spacing w:after="0" w:line="240" w:lineRule="auto"/>
              <w:jc w:val="both"/>
              <w:rPr>
                <w:sz w:val="18"/>
                <w:szCs w:val="18"/>
              </w:rPr>
            </w:pPr>
            <w:r w:rsidRPr="00582A7A">
              <w:rPr>
                <w:sz w:val="18"/>
                <w:szCs w:val="18"/>
              </w:rPr>
              <w:t>181 (79.74%)</w:t>
            </w:r>
          </w:p>
        </w:tc>
        <w:tc>
          <w:tcPr>
            <w:tcW w:w="2098" w:type="dxa"/>
            <w:tcMar>
              <w:top w:w="70" w:type="dxa"/>
              <w:left w:w="90" w:type="dxa"/>
              <w:bottom w:w="70" w:type="dxa"/>
              <w:right w:w="90" w:type="dxa"/>
            </w:tcMar>
            <w:vAlign w:val="center"/>
          </w:tcPr>
          <w:p w14:paraId="54370948" w14:textId="77777777" w:rsidR="00F720C3" w:rsidRPr="00582A7A" w:rsidRDefault="00000000" w:rsidP="003A2BCD">
            <w:pPr>
              <w:spacing w:after="0" w:line="240" w:lineRule="auto"/>
              <w:jc w:val="both"/>
              <w:rPr>
                <w:sz w:val="18"/>
                <w:szCs w:val="18"/>
              </w:rPr>
            </w:pPr>
            <w:r w:rsidRPr="00582A7A">
              <w:rPr>
                <w:sz w:val="18"/>
                <w:szCs w:val="18"/>
              </w:rPr>
              <w:t>180 (79.30%)</w:t>
            </w:r>
          </w:p>
        </w:tc>
        <w:tc>
          <w:tcPr>
            <w:tcW w:w="766" w:type="dxa"/>
            <w:tcMar>
              <w:top w:w="70" w:type="dxa"/>
              <w:left w:w="90" w:type="dxa"/>
              <w:bottom w:w="70" w:type="dxa"/>
              <w:right w:w="90" w:type="dxa"/>
            </w:tcMar>
            <w:vAlign w:val="center"/>
          </w:tcPr>
          <w:p w14:paraId="5E6BF1E9" w14:textId="77777777" w:rsidR="00F720C3" w:rsidRPr="00582A7A" w:rsidRDefault="00000000" w:rsidP="003A2BCD">
            <w:pPr>
              <w:spacing w:after="0" w:line="240" w:lineRule="auto"/>
              <w:jc w:val="both"/>
              <w:rPr>
                <w:sz w:val="18"/>
                <w:szCs w:val="18"/>
              </w:rPr>
            </w:pPr>
            <w:r w:rsidRPr="00582A7A">
              <w:rPr>
                <w:sz w:val="18"/>
                <w:szCs w:val="18"/>
              </w:rPr>
              <w:t>0.219</w:t>
            </w:r>
          </w:p>
        </w:tc>
      </w:tr>
      <w:tr w:rsidR="002A76DF" w:rsidRPr="00582A7A" w14:paraId="4FC6432C" w14:textId="77777777" w:rsidTr="00262C8D">
        <w:trPr>
          <w:jc w:val="center"/>
        </w:trPr>
        <w:tc>
          <w:tcPr>
            <w:tcW w:w="3806" w:type="dxa"/>
            <w:tcMar>
              <w:top w:w="70" w:type="dxa"/>
              <w:left w:w="90" w:type="dxa"/>
              <w:bottom w:w="70" w:type="dxa"/>
              <w:right w:w="90" w:type="dxa"/>
            </w:tcMar>
            <w:vAlign w:val="center"/>
          </w:tcPr>
          <w:p w14:paraId="378EF914" w14:textId="77777777" w:rsidR="00F720C3" w:rsidRPr="00582A7A" w:rsidRDefault="00000000" w:rsidP="003A2BCD">
            <w:pPr>
              <w:spacing w:after="0" w:line="240" w:lineRule="auto"/>
              <w:jc w:val="both"/>
              <w:rPr>
                <w:sz w:val="18"/>
                <w:szCs w:val="18"/>
              </w:rPr>
            </w:pPr>
            <w:r w:rsidRPr="00582A7A">
              <w:rPr>
                <w:sz w:val="18"/>
                <w:szCs w:val="18"/>
              </w:rPr>
              <w:t>Culprit and other-vessel treatment, yes</w:t>
            </w:r>
          </w:p>
        </w:tc>
        <w:tc>
          <w:tcPr>
            <w:tcW w:w="1985" w:type="dxa"/>
            <w:tcMar>
              <w:top w:w="70" w:type="dxa"/>
              <w:left w:w="90" w:type="dxa"/>
              <w:bottom w:w="70" w:type="dxa"/>
              <w:right w:w="90" w:type="dxa"/>
            </w:tcMar>
            <w:vAlign w:val="center"/>
          </w:tcPr>
          <w:p w14:paraId="02F648B7" w14:textId="77777777" w:rsidR="00F720C3" w:rsidRPr="00582A7A" w:rsidRDefault="00000000" w:rsidP="003A2BCD">
            <w:pPr>
              <w:spacing w:after="0" w:line="240" w:lineRule="auto"/>
              <w:jc w:val="both"/>
              <w:rPr>
                <w:sz w:val="18"/>
                <w:szCs w:val="18"/>
              </w:rPr>
            </w:pPr>
            <w:r w:rsidRPr="00582A7A">
              <w:rPr>
                <w:sz w:val="18"/>
                <w:szCs w:val="18"/>
              </w:rPr>
              <w:t>127 (18.65%)</w:t>
            </w:r>
          </w:p>
        </w:tc>
        <w:tc>
          <w:tcPr>
            <w:tcW w:w="1984" w:type="dxa"/>
            <w:tcMar>
              <w:top w:w="70" w:type="dxa"/>
              <w:left w:w="90" w:type="dxa"/>
              <w:bottom w:w="70" w:type="dxa"/>
              <w:right w:w="90" w:type="dxa"/>
            </w:tcMar>
            <w:vAlign w:val="center"/>
          </w:tcPr>
          <w:p w14:paraId="3D503CCB" w14:textId="77777777" w:rsidR="00F720C3" w:rsidRPr="00582A7A" w:rsidRDefault="00000000" w:rsidP="003A2BCD">
            <w:pPr>
              <w:spacing w:after="0" w:line="240" w:lineRule="auto"/>
              <w:jc w:val="both"/>
              <w:rPr>
                <w:sz w:val="18"/>
                <w:szCs w:val="18"/>
              </w:rPr>
            </w:pPr>
            <w:r w:rsidRPr="00582A7A">
              <w:rPr>
                <w:sz w:val="18"/>
                <w:szCs w:val="18"/>
              </w:rPr>
              <w:t>34 (14.98%)</w:t>
            </w:r>
          </w:p>
        </w:tc>
        <w:tc>
          <w:tcPr>
            <w:tcW w:w="1985" w:type="dxa"/>
            <w:tcMar>
              <w:top w:w="70" w:type="dxa"/>
              <w:left w:w="90" w:type="dxa"/>
              <w:bottom w:w="70" w:type="dxa"/>
              <w:right w:w="90" w:type="dxa"/>
            </w:tcMar>
            <w:vAlign w:val="center"/>
          </w:tcPr>
          <w:p w14:paraId="4A3906F3" w14:textId="77777777" w:rsidR="00F720C3" w:rsidRPr="00582A7A" w:rsidRDefault="00000000" w:rsidP="003A2BCD">
            <w:pPr>
              <w:spacing w:after="0" w:line="240" w:lineRule="auto"/>
              <w:jc w:val="both"/>
              <w:rPr>
                <w:sz w:val="18"/>
                <w:szCs w:val="18"/>
              </w:rPr>
            </w:pPr>
            <w:r w:rsidRPr="00582A7A">
              <w:rPr>
                <w:sz w:val="18"/>
                <w:szCs w:val="18"/>
              </w:rPr>
              <w:t>46 (20.26%)</w:t>
            </w:r>
          </w:p>
        </w:tc>
        <w:tc>
          <w:tcPr>
            <w:tcW w:w="2098" w:type="dxa"/>
            <w:tcMar>
              <w:top w:w="70" w:type="dxa"/>
              <w:left w:w="90" w:type="dxa"/>
              <w:bottom w:w="70" w:type="dxa"/>
              <w:right w:w="90" w:type="dxa"/>
            </w:tcMar>
            <w:vAlign w:val="center"/>
          </w:tcPr>
          <w:p w14:paraId="08CC6289" w14:textId="77777777" w:rsidR="00F720C3" w:rsidRPr="00582A7A" w:rsidRDefault="00000000" w:rsidP="003A2BCD">
            <w:pPr>
              <w:spacing w:after="0" w:line="240" w:lineRule="auto"/>
              <w:jc w:val="both"/>
              <w:rPr>
                <w:sz w:val="18"/>
                <w:szCs w:val="18"/>
              </w:rPr>
            </w:pPr>
            <w:r w:rsidRPr="00582A7A">
              <w:rPr>
                <w:sz w:val="18"/>
                <w:szCs w:val="18"/>
              </w:rPr>
              <w:t>47 (20.70%)</w:t>
            </w:r>
          </w:p>
        </w:tc>
        <w:tc>
          <w:tcPr>
            <w:tcW w:w="766" w:type="dxa"/>
            <w:tcMar>
              <w:top w:w="70" w:type="dxa"/>
              <w:left w:w="90" w:type="dxa"/>
              <w:bottom w:w="70" w:type="dxa"/>
              <w:right w:w="90" w:type="dxa"/>
            </w:tcMar>
            <w:vAlign w:val="center"/>
          </w:tcPr>
          <w:p w14:paraId="23ECD579" w14:textId="77777777" w:rsidR="00F720C3" w:rsidRPr="00582A7A" w:rsidRDefault="00000000" w:rsidP="003A2BCD">
            <w:pPr>
              <w:spacing w:after="0" w:line="240" w:lineRule="auto"/>
              <w:jc w:val="both"/>
              <w:rPr>
                <w:sz w:val="18"/>
                <w:szCs w:val="18"/>
              </w:rPr>
            </w:pPr>
            <w:r w:rsidRPr="00582A7A">
              <w:rPr>
                <w:sz w:val="18"/>
                <w:szCs w:val="18"/>
              </w:rPr>
              <w:t>0.219</w:t>
            </w:r>
          </w:p>
        </w:tc>
      </w:tr>
      <w:tr w:rsidR="002A76DF" w:rsidRPr="00582A7A" w14:paraId="6A5A32BC" w14:textId="77777777" w:rsidTr="00262C8D">
        <w:trPr>
          <w:jc w:val="center"/>
        </w:trPr>
        <w:tc>
          <w:tcPr>
            <w:tcW w:w="3806" w:type="dxa"/>
            <w:shd w:val="clear" w:color="auto" w:fill="EEF5FA"/>
            <w:tcMar>
              <w:top w:w="70" w:type="dxa"/>
              <w:left w:w="90" w:type="dxa"/>
              <w:bottom w:w="70" w:type="dxa"/>
              <w:right w:w="90" w:type="dxa"/>
            </w:tcMar>
            <w:vAlign w:val="center"/>
          </w:tcPr>
          <w:p w14:paraId="040BBC04" w14:textId="77777777" w:rsidR="00F720C3" w:rsidRPr="00582A7A" w:rsidRDefault="00000000" w:rsidP="003A2BCD">
            <w:pPr>
              <w:spacing w:after="0" w:line="240" w:lineRule="auto"/>
              <w:jc w:val="both"/>
              <w:rPr>
                <w:sz w:val="18"/>
                <w:szCs w:val="18"/>
              </w:rPr>
            </w:pPr>
            <w:r w:rsidRPr="00582A7A">
              <w:rPr>
                <w:b/>
                <w:sz w:val="18"/>
                <w:szCs w:val="18"/>
              </w:rPr>
              <w:t>In-hospital outcomes</w:t>
            </w:r>
          </w:p>
        </w:tc>
        <w:tc>
          <w:tcPr>
            <w:tcW w:w="1985" w:type="dxa"/>
            <w:shd w:val="clear" w:color="auto" w:fill="EEF5FA"/>
            <w:tcMar>
              <w:top w:w="70" w:type="dxa"/>
              <w:left w:w="90" w:type="dxa"/>
              <w:bottom w:w="70" w:type="dxa"/>
              <w:right w:w="90" w:type="dxa"/>
            </w:tcMar>
            <w:vAlign w:val="center"/>
          </w:tcPr>
          <w:p w14:paraId="51388E70" w14:textId="77777777" w:rsidR="00F720C3" w:rsidRPr="00582A7A" w:rsidRDefault="00F720C3" w:rsidP="003A2BCD">
            <w:pPr>
              <w:spacing w:after="0" w:line="240" w:lineRule="auto"/>
              <w:jc w:val="both"/>
              <w:rPr>
                <w:sz w:val="18"/>
                <w:szCs w:val="18"/>
              </w:rPr>
            </w:pPr>
          </w:p>
        </w:tc>
        <w:tc>
          <w:tcPr>
            <w:tcW w:w="1984" w:type="dxa"/>
            <w:shd w:val="clear" w:color="auto" w:fill="EEF5FA"/>
            <w:tcMar>
              <w:top w:w="70" w:type="dxa"/>
              <w:left w:w="90" w:type="dxa"/>
              <w:bottom w:w="70" w:type="dxa"/>
              <w:right w:w="90" w:type="dxa"/>
            </w:tcMar>
            <w:vAlign w:val="center"/>
          </w:tcPr>
          <w:p w14:paraId="01BD463E" w14:textId="77777777" w:rsidR="00F720C3" w:rsidRPr="00582A7A" w:rsidRDefault="00F720C3" w:rsidP="003A2BCD">
            <w:pPr>
              <w:spacing w:after="0" w:line="240" w:lineRule="auto"/>
              <w:jc w:val="both"/>
              <w:rPr>
                <w:sz w:val="18"/>
                <w:szCs w:val="18"/>
              </w:rPr>
            </w:pPr>
          </w:p>
        </w:tc>
        <w:tc>
          <w:tcPr>
            <w:tcW w:w="1985" w:type="dxa"/>
            <w:shd w:val="clear" w:color="auto" w:fill="EEF5FA"/>
            <w:tcMar>
              <w:top w:w="70" w:type="dxa"/>
              <w:left w:w="90" w:type="dxa"/>
              <w:bottom w:w="70" w:type="dxa"/>
              <w:right w:w="90" w:type="dxa"/>
            </w:tcMar>
            <w:vAlign w:val="center"/>
          </w:tcPr>
          <w:p w14:paraId="553C6D0C" w14:textId="77777777" w:rsidR="00F720C3" w:rsidRPr="00582A7A" w:rsidRDefault="00F720C3" w:rsidP="003A2BCD">
            <w:pPr>
              <w:spacing w:after="0" w:line="240" w:lineRule="auto"/>
              <w:jc w:val="both"/>
              <w:rPr>
                <w:sz w:val="18"/>
                <w:szCs w:val="18"/>
              </w:rPr>
            </w:pPr>
          </w:p>
        </w:tc>
        <w:tc>
          <w:tcPr>
            <w:tcW w:w="2098" w:type="dxa"/>
            <w:shd w:val="clear" w:color="auto" w:fill="EEF5FA"/>
            <w:tcMar>
              <w:top w:w="70" w:type="dxa"/>
              <w:left w:w="90" w:type="dxa"/>
              <w:bottom w:w="70" w:type="dxa"/>
              <w:right w:w="90" w:type="dxa"/>
            </w:tcMar>
            <w:vAlign w:val="center"/>
          </w:tcPr>
          <w:p w14:paraId="0A304BDE" w14:textId="77777777" w:rsidR="00F720C3" w:rsidRPr="00582A7A" w:rsidRDefault="00F720C3" w:rsidP="003A2BCD">
            <w:pPr>
              <w:spacing w:after="0" w:line="240" w:lineRule="auto"/>
              <w:jc w:val="both"/>
              <w:rPr>
                <w:sz w:val="18"/>
                <w:szCs w:val="18"/>
              </w:rPr>
            </w:pPr>
          </w:p>
        </w:tc>
        <w:tc>
          <w:tcPr>
            <w:tcW w:w="766" w:type="dxa"/>
            <w:shd w:val="clear" w:color="auto" w:fill="EEF5FA"/>
            <w:tcMar>
              <w:top w:w="70" w:type="dxa"/>
              <w:left w:w="90" w:type="dxa"/>
              <w:bottom w:w="70" w:type="dxa"/>
              <w:right w:w="90" w:type="dxa"/>
            </w:tcMar>
            <w:vAlign w:val="center"/>
          </w:tcPr>
          <w:p w14:paraId="79DB3A58" w14:textId="77777777" w:rsidR="00F720C3" w:rsidRPr="00582A7A" w:rsidRDefault="00F720C3" w:rsidP="003A2BCD">
            <w:pPr>
              <w:spacing w:after="0" w:line="240" w:lineRule="auto"/>
              <w:jc w:val="both"/>
              <w:rPr>
                <w:sz w:val="18"/>
                <w:szCs w:val="18"/>
              </w:rPr>
            </w:pPr>
          </w:p>
        </w:tc>
      </w:tr>
      <w:tr w:rsidR="002A76DF" w:rsidRPr="00582A7A" w14:paraId="278CD8F5" w14:textId="77777777" w:rsidTr="00262C8D">
        <w:trPr>
          <w:jc w:val="center"/>
        </w:trPr>
        <w:tc>
          <w:tcPr>
            <w:tcW w:w="3806" w:type="dxa"/>
            <w:tcMar>
              <w:top w:w="70" w:type="dxa"/>
              <w:left w:w="90" w:type="dxa"/>
              <w:bottom w:w="70" w:type="dxa"/>
              <w:right w:w="90" w:type="dxa"/>
            </w:tcMar>
            <w:vAlign w:val="center"/>
          </w:tcPr>
          <w:p w14:paraId="21593E60" w14:textId="77777777" w:rsidR="00F720C3" w:rsidRPr="00582A7A" w:rsidRDefault="00000000" w:rsidP="003A2BCD">
            <w:pPr>
              <w:spacing w:after="0" w:line="240" w:lineRule="auto"/>
              <w:jc w:val="both"/>
              <w:rPr>
                <w:sz w:val="18"/>
                <w:szCs w:val="18"/>
              </w:rPr>
            </w:pPr>
            <w:r w:rsidRPr="00582A7A">
              <w:rPr>
                <w:sz w:val="18"/>
                <w:szCs w:val="18"/>
              </w:rPr>
              <w:t xml:space="preserve">In-hospital </w:t>
            </w:r>
            <w:r>
              <w:rPr>
                <w:rFonts w:hint="eastAsia"/>
                <w:sz w:val="18"/>
                <w:szCs w:val="18"/>
                <w:lang w:eastAsia="zh-CN"/>
              </w:rPr>
              <w:t>HF</w:t>
            </w:r>
            <w:r w:rsidRPr="00582A7A">
              <w:rPr>
                <w:sz w:val="18"/>
                <w:szCs w:val="18"/>
              </w:rPr>
              <w:t>, yes</w:t>
            </w:r>
          </w:p>
        </w:tc>
        <w:tc>
          <w:tcPr>
            <w:tcW w:w="1985" w:type="dxa"/>
            <w:tcMar>
              <w:top w:w="70" w:type="dxa"/>
              <w:left w:w="90" w:type="dxa"/>
              <w:bottom w:w="70" w:type="dxa"/>
              <w:right w:w="90" w:type="dxa"/>
            </w:tcMar>
            <w:vAlign w:val="center"/>
          </w:tcPr>
          <w:p w14:paraId="77BAA7D0" w14:textId="77777777" w:rsidR="00F720C3" w:rsidRPr="00582A7A" w:rsidRDefault="00000000" w:rsidP="003A2BCD">
            <w:pPr>
              <w:spacing w:after="0" w:line="240" w:lineRule="auto"/>
              <w:jc w:val="both"/>
              <w:rPr>
                <w:sz w:val="18"/>
                <w:szCs w:val="18"/>
              </w:rPr>
            </w:pPr>
            <w:r w:rsidRPr="00582A7A">
              <w:rPr>
                <w:sz w:val="18"/>
                <w:szCs w:val="18"/>
              </w:rPr>
              <w:t>85 (12.48%)</w:t>
            </w:r>
          </w:p>
        </w:tc>
        <w:tc>
          <w:tcPr>
            <w:tcW w:w="1984" w:type="dxa"/>
            <w:tcMar>
              <w:top w:w="70" w:type="dxa"/>
              <w:left w:w="90" w:type="dxa"/>
              <w:bottom w:w="70" w:type="dxa"/>
              <w:right w:w="90" w:type="dxa"/>
            </w:tcMar>
            <w:vAlign w:val="center"/>
          </w:tcPr>
          <w:p w14:paraId="4EC4C694" w14:textId="77777777" w:rsidR="00F720C3" w:rsidRPr="00582A7A" w:rsidRDefault="00000000" w:rsidP="003A2BCD">
            <w:pPr>
              <w:spacing w:after="0" w:line="240" w:lineRule="auto"/>
              <w:jc w:val="both"/>
              <w:rPr>
                <w:sz w:val="18"/>
                <w:szCs w:val="18"/>
              </w:rPr>
            </w:pPr>
            <w:r w:rsidRPr="00582A7A">
              <w:rPr>
                <w:sz w:val="18"/>
                <w:szCs w:val="18"/>
              </w:rPr>
              <w:t>13 (5.73%)</w:t>
            </w:r>
          </w:p>
        </w:tc>
        <w:tc>
          <w:tcPr>
            <w:tcW w:w="1985" w:type="dxa"/>
            <w:tcMar>
              <w:top w:w="70" w:type="dxa"/>
              <w:left w:w="90" w:type="dxa"/>
              <w:bottom w:w="70" w:type="dxa"/>
              <w:right w:w="90" w:type="dxa"/>
            </w:tcMar>
            <w:vAlign w:val="center"/>
          </w:tcPr>
          <w:p w14:paraId="6E030AE2" w14:textId="77777777" w:rsidR="00F720C3" w:rsidRPr="00582A7A" w:rsidRDefault="00000000" w:rsidP="003A2BCD">
            <w:pPr>
              <w:spacing w:after="0" w:line="240" w:lineRule="auto"/>
              <w:jc w:val="both"/>
              <w:rPr>
                <w:sz w:val="18"/>
                <w:szCs w:val="18"/>
              </w:rPr>
            </w:pPr>
            <w:r w:rsidRPr="00582A7A">
              <w:rPr>
                <w:sz w:val="18"/>
                <w:szCs w:val="18"/>
              </w:rPr>
              <w:t>23 (10.13%)</w:t>
            </w:r>
          </w:p>
        </w:tc>
        <w:tc>
          <w:tcPr>
            <w:tcW w:w="2098" w:type="dxa"/>
            <w:tcMar>
              <w:top w:w="70" w:type="dxa"/>
              <w:left w:w="90" w:type="dxa"/>
              <w:bottom w:w="70" w:type="dxa"/>
              <w:right w:w="90" w:type="dxa"/>
            </w:tcMar>
            <w:vAlign w:val="center"/>
          </w:tcPr>
          <w:p w14:paraId="05C56841" w14:textId="77777777" w:rsidR="00F720C3" w:rsidRPr="00582A7A" w:rsidRDefault="00000000" w:rsidP="003A2BCD">
            <w:pPr>
              <w:spacing w:after="0" w:line="240" w:lineRule="auto"/>
              <w:jc w:val="both"/>
              <w:rPr>
                <w:sz w:val="18"/>
                <w:szCs w:val="18"/>
              </w:rPr>
            </w:pPr>
            <w:r w:rsidRPr="00582A7A">
              <w:rPr>
                <w:sz w:val="18"/>
                <w:szCs w:val="18"/>
              </w:rPr>
              <w:t>49 (21.59%)</w:t>
            </w:r>
          </w:p>
        </w:tc>
        <w:tc>
          <w:tcPr>
            <w:tcW w:w="766" w:type="dxa"/>
            <w:tcMar>
              <w:top w:w="70" w:type="dxa"/>
              <w:left w:w="90" w:type="dxa"/>
              <w:bottom w:w="70" w:type="dxa"/>
              <w:right w:w="90" w:type="dxa"/>
            </w:tcMar>
            <w:vAlign w:val="center"/>
          </w:tcPr>
          <w:p w14:paraId="013D4BAD"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7FB56434" w14:textId="77777777" w:rsidTr="00262C8D">
        <w:trPr>
          <w:jc w:val="center"/>
        </w:trPr>
        <w:tc>
          <w:tcPr>
            <w:tcW w:w="3806" w:type="dxa"/>
            <w:tcMar>
              <w:top w:w="70" w:type="dxa"/>
              <w:left w:w="90" w:type="dxa"/>
              <w:bottom w:w="70" w:type="dxa"/>
              <w:right w:w="90" w:type="dxa"/>
            </w:tcMar>
            <w:vAlign w:val="center"/>
          </w:tcPr>
          <w:p w14:paraId="616BEFD1" w14:textId="77777777" w:rsidR="00F720C3" w:rsidRPr="00582A7A" w:rsidRDefault="00000000" w:rsidP="003A2BCD">
            <w:pPr>
              <w:spacing w:after="0" w:line="240" w:lineRule="auto"/>
              <w:jc w:val="both"/>
              <w:rPr>
                <w:sz w:val="18"/>
                <w:szCs w:val="18"/>
              </w:rPr>
            </w:pPr>
            <w:r w:rsidRPr="00582A7A">
              <w:rPr>
                <w:sz w:val="18"/>
                <w:szCs w:val="18"/>
              </w:rPr>
              <w:lastRenderedPageBreak/>
              <w:t>In-hospital malignant arrhythmia, yes</w:t>
            </w:r>
          </w:p>
        </w:tc>
        <w:tc>
          <w:tcPr>
            <w:tcW w:w="1985" w:type="dxa"/>
            <w:tcMar>
              <w:top w:w="70" w:type="dxa"/>
              <w:left w:w="90" w:type="dxa"/>
              <w:bottom w:w="70" w:type="dxa"/>
              <w:right w:w="90" w:type="dxa"/>
            </w:tcMar>
            <w:vAlign w:val="center"/>
          </w:tcPr>
          <w:p w14:paraId="04DC0ED7" w14:textId="77777777" w:rsidR="00F720C3" w:rsidRPr="00582A7A" w:rsidRDefault="00000000" w:rsidP="003A2BCD">
            <w:pPr>
              <w:spacing w:after="0" w:line="240" w:lineRule="auto"/>
              <w:jc w:val="both"/>
              <w:rPr>
                <w:sz w:val="18"/>
                <w:szCs w:val="18"/>
              </w:rPr>
            </w:pPr>
            <w:r w:rsidRPr="00582A7A">
              <w:rPr>
                <w:sz w:val="18"/>
                <w:szCs w:val="18"/>
              </w:rPr>
              <w:t>24 (3.52%)</w:t>
            </w:r>
          </w:p>
        </w:tc>
        <w:tc>
          <w:tcPr>
            <w:tcW w:w="1984" w:type="dxa"/>
            <w:tcMar>
              <w:top w:w="70" w:type="dxa"/>
              <w:left w:w="90" w:type="dxa"/>
              <w:bottom w:w="70" w:type="dxa"/>
              <w:right w:w="90" w:type="dxa"/>
            </w:tcMar>
            <w:vAlign w:val="center"/>
          </w:tcPr>
          <w:p w14:paraId="09320B1A" w14:textId="77777777" w:rsidR="00F720C3" w:rsidRPr="00582A7A" w:rsidRDefault="00000000" w:rsidP="003A2BCD">
            <w:pPr>
              <w:spacing w:after="0" w:line="240" w:lineRule="auto"/>
              <w:jc w:val="both"/>
              <w:rPr>
                <w:sz w:val="18"/>
                <w:szCs w:val="18"/>
              </w:rPr>
            </w:pPr>
            <w:r w:rsidRPr="00582A7A">
              <w:rPr>
                <w:sz w:val="18"/>
                <w:szCs w:val="18"/>
              </w:rPr>
              <w:t>1 (0.44%)</w:t>
            </w:r>
          </w:p>
        </w:tc>
        <w:tc>
          <w:tcPr>
            <w:tcW w:w="1985" w:type="dxa"/>
            <w:tcMar>
              <w:top w:w="70" w:type="dxa"/>
              <w:left w:w="90" w:type="dxa"/>
              <w:bottom w:w="70" w:type="dxa"/>
              <w:right w:w="90" w:type="dxa"/>
            </w:tcMar>
            <w:vAlign w:val="center"/>
          </w:tcPr>
          <w:p w14:paraId="5FE09260" w14:textId="77777777" w:rsidR="00F720C3" w:rsidRPr="00582A7A" w:rsidRDefault="00000000" w:rsidP="003A2BCD">
            <w:pPr>
              <w:spacing w:after="0" w:line="240" w:lineRule="auto"/>
              <w:jc w:val="both"/>
              <w:rPr>
                <w:sz w:val="18"/>
                <w:szCs w:val="18"/>
              </w:rPr>
            </w:pPr>
            <w:r w:rsidRPr="00582A7A">
              <w:rPr>
                <w:sz w:val="18"/>
                <w:szCs w:val="18"/>
              </w:rPr>
              <w:t>12 (5.29%)</w:t>
            </w:r>
          </w:p>
        </w:tc>
        <w:tc>
          <w:tcPr>
            <w:tcW w:w="2098" w:type="dxa"/>
            <w:tcMar>
              <w:top w:w="70" w:type="dxa"/>
              <w:left w:w="90" w:type="dxa"/>
              <w:bottom w:w="70" w:type="dxa"/>
              <w:right w:w="90" w:type="dxa"/>
            </w:tcMar>
            <w:vAlign w:val="center"/>
          </w:tcPr>
          <w:p w14:paraId="455C53FA" w14:textId="77777777" w:rsidR="00F720C3" w:rsidRPr="00582A7A" w:rsidRDefault="00000000" w:rsidP="003A2BCD">
            <w:pPr>
              <w:spacing w:after="0" w:line="240" w:lineRule="auto"/>
              <w:jc w:val="both"/>
              <w:rPr>
                <w:sz w:val="18"/>
                <w:szCs w:val="18"/>
              </w:rPr>
            </w:pPr>
            <w:r w:rsidRPr="00582A7A">
              <w:rPr>
                <w:sz w:val="18"/>
                <w:szCs w:val="18"/>
              </w:rPr>
              <w:t>11 (4.85%)</w:t>
            </w:r>
          </w:p>
        </w:tc>
        <w:tc>
          <w:tcPr>
            <w:tcW w:w="766" w:type="dxa"/>
            <w:tcMar>
              <w:top w:w="70" w:type="dxa"/>
              <w:left w:w="90" w:type="dxa"/>
              <w:bottom w:w="70" w:type="dxa"/>
              <w:right w:w="90" w:type="dxa"/>
            </w:tcMar>
            <w:vAlign w:val="center"/>
          </w:tcPr>
          <w:p w14:paraId="020E7544" w14:textId="77777777" w:rsidR="00F720C3" w:rsidRPr="00582A7A" w:rsidRDefault="00000000" w:rsidP="003A2BCD">
            <w:pPr>
              <w:spacing w:after="0" w:line="240" w:lineRule="auto"/>
              <w:jc w:val="both"/>
              <w:rPr>
                <w:sz w:val="18"/>
                <w:szCs w:val="18"/>
              </w:rPr>
            </w:pPr>
            <w:r w:rsidRPr="00582A7A">
              <w:rPr>
                <w:sz w:val="18"/>
                <w:szCs w:val="18"/>
              </w:rPr>
              <w:t>0.008</w:t>
            </w:r>
          </w:p>
        </w:tc>
      </w:tr>
      <w:tr w:rsidR="002A76DF" w:rsidRPr="00582A7A" w14:paraId="290ECBC2" w14:textId="77777777" w:rsidTr="00262C8D">
        <w:trPr>
          <w:jc w:val="center"/>
        </w:trPr>
        <w:tc>
          <w:tcPr>
            <w:tcW w:w="3806" w:type="dxa"/>
            <w:tcMar>
              <w:top w:w="70" w:type="dxa"/>
              <w:left w:w="90" w:type="dxa"/>
              <w:bottom w:w="70" w:type="dxa"/>
              <w:right w:w="90" w:type="dxa"/>
            </w:tcMar>
            <w:vAlign w:val="center"/>
          </w:tcPr>
          <w:p w14:paraId="6CD20910" w14:textId="77777777" w:rsidR="00F720C3" w:rsidRPr="00582A7A" w:rsidRDefault="00000000" w:rsidP="003A2BCD">
            <w:pPr>
              <w:spacing w:after="0" w:line="240" w:lineRule="auto"/>
              <w:jc w:val="both"/>
              <w:rPr>
                <w:sz w:val="18"/>
                <w:szCs w:val="18"/>
              </w:rPr>
            </w:pPr>
            <w:r w:rsidRPr="00582A7A">
              <w:rPr>
                <w:sz w:val="18"/>
                <w:szCs w:val="18"/>
              </w:rPr>
              <w:t>In-hospital death, yes</w:t>
            </w:r>
          </w:p>
        </w:tc>
        <w:tc>
          <w:tcPr>
            <w:tcW w:w="1985" w:type="dxa"/>
            <w:tcMar>
              <w:top w:w="70" w:type="dxa"/>
              <w:left w:w="90" w:type="dxa"/>
              <w:bottom w:w="70" w:type="dxa"/>
              <w:right w:w="90" w:type="dxa"/>
            </w:tcMar>
            <w:vAlign w:val="center"/>
          </w:tcPr>
          <w:p w14:paraId="50B2AA6A" w14:textId="77777777" w:rsidR="00F720C3" w:rsidRPr="00582A7A" w:rsidRDefault="00000000" w:rsidP="003A2BCD">
            <w:pPr>
              <w:spacing w:after="0" w:line="240" w:lineRule="auto"/>
              <w:jc w:val="both"/>
              <w:rPr>
                <w:sz w:val="18"/>
                <w:szCs w:val="18"/>
              </w:rPr>
            </w:pPr>
            <w:r w:rsidRPr="00582A7A">
              <w:rPr>
                <w:sz w:val="18"/>
                <w:szCs w:val="18"/>
              </w:rPr>
              <w:t>0: 681 (100.00%)</w:t>
            </w:r>
          </w:p>
        </w:tc>
        <w:tc>
          <w:tcPr>
            <w:tcW w:w="1984" w:type="dxa"/>
            <w:tcMar>
              <w:top w:w="70" w:type="dxa"/>
              <w:left w:w="90" w:type="dxa"/>
              <w:bottom w:w="70" w:type="dxa"/>
              <w:right w:w="90" w:type="dxa"/>
            </w:tcMar>
            <w:vAlign w:val="center"/>
          </w:tcPr>
          <w:p w14:paraId="71408B3B" w14:textId="77777777" w:rsidR="00F720C3" w:rsidRPr="00582A7A" w:rsidRDefault="00000000" w:rsidP="003A2BCD">
            <w:pPr>
              <w:spacing w:after="0" w:line="240" w:lineRule="auto"/>
              <w:jc w:val="both"/>
              <w:rPr>
                <w:sz w:val="18"/>
                <w:szCs w:val="18"/>
              </w:rPr>
            </w:pPr>
            <w:r w:rsidRPr="00582A7A">
              <w:rPr>
                <w:sz w:val="18"/>
                <w:szCs w:val="18"/>
              </w:rPr>
              <w:t>0: 227 (100.00%)</w:t>
            </w:r>
          </w:p>
        </w:tc>
        <w:tc>
          <w:tcPr>
            <w:tcW w:w="1985" w:type="dxa"/>
            <w:tcMar>
              <w:top w:w="70" w:type="dxa"/>
              <w:left w:w="90" w:type="dxa"/>
              <w:bottom w:w="70" w:type="dxa"/>
              <w:right w:w="90" w:type="dxa"/>
            </w:tcMar>
            <w:vAlign w:val="center"/>
          </w:tcPr>
          <w:p w14:paraId="542A57C2" w14:textId="77777777" w:rsidR="00F720C3" w:rsidRPr="00582A7A" w:rsidRDefault="00000000" w:rsidP="003A2BCD">
            <w:pPr>
              <w:spacing w:after="0" w:line="240" w:lineRule="auto"/>
              <w:jc w:val="both"/>
              <w:rPr>
                <w:sz w:val="18"/>
                <w:szCs w:val="18"/>
              </w:rPr>
            </w:pPr>
            <w:r w:rsidRPr="00582A7A">
              <w:rPr>
                <w:sz w:val="18"/>
                <w:szCs w:val="18"/>
              </w:rPr>
              <w:t>0: 227 (100.00%)</w:t>
            </w:r>
          </w:p>
        </w:tc>
        <w:tc>
          <w:tcPr>
            <w:tcW w:w="2098" w:type="dxa"/>
            <w:tcMar>
              <w:top w:w="70" w:type="dxa"/>
              <w:left w:w="90" w:type="dxa"/>
              <w:bottom w:w="70" w:type="dxa"/>
              <w:right w:w="90" w:type="dxa"/>
            </w:tcMar>
            <w:vAlign w:val="center"/>
          </w:tcPr>
          <w:p w14:paraId="77759B18" w14:textId="77777777" w:rsidR="00F720C3" w:rsidRPr="00582A7A" w:rsidRDefault="00000000" w:rsidP="003A2BCD">
            <w:pPr>
              <w:spacing w:after="0" w:line="240" w:lineRule="auto"/>
              <w:jc w:val="both"/>
              <w:rPr>
                <w:sz w:val="18"/>
                <w:szCs w:val="18"/>
              </w:rPr>
            </w:pPr>
            <w:r w:rsidRPr="00582A7A">
              <w:rPr>
                <w:sz w:val="18"/>
                <w:szCs w:val="18"/>
              </w:rPr>
              <w:t>0: 227 (100.00%)</w:t>
            </w:r>
          </w:p>
        </w:tc>
        <w:tc>
          <w:tcPr>
            <w:tcW w:w="766" w:type="dxa"/>
            <w:tcMar>
              <w:top w:w="70" w:type="dxa"/>
              <w:left w:w="90" w:type="dxa"/>
              <w:bottom w:w="70" w:type="dxa"/>
              <w:right w:w="90" w:type="dxa"/>
            </w:tcMar>
            <w:vAlign w:val="center"/>
          </w:tcPr>
          <w:p w14:paraId="75CBDDF4" w14:textId="77777777" w:rsidR="00F720C3" w:rsidRPr="00582A7A" w:rsidRDefault="00000000" w:rsidP="003A2BCD">
            <w:pPr>
              <w:spacing w:after="0" w:line="240" w:lineRule="auto"/>
              <w:jc w:val="both"/>
              <w:rPr>
                <w:sz w:val="18"/>
                <w:szCs w:val="18"/>
              </w:rPr>
            </w:pPr>
            <w:r w:rsidRPr="00582A7A">
              <w:rPr>
                <w:sz w:val="18"/>
                <w:szCs w:val="18"/>
              </w:rPr>
              <w:t>-</w:t>
            </w:r>
          </w:p>
        </w:tc>
      </w:tr>
      <w:tr w:rsidR="002A76DF" w:rsidRPr="00582A7A" w14:paraId="2CF376BD" w14:textId="77777777" w:rsidTr="00262C8D">
        <w:trPr>
          <w:jc w:val="center"/>
        </w:trPr>
        <w:tc>
          <w:tcPr>
            <w:tcW w:w="3806" w:type="dxa"/>
            <w:shd w:val="clear" w:color="auto" w:fill="EEF5FA"/>
            <w:tcMar>
              <w:top w:w="70" w:type="dxa"/>
              <w:left w:w="90" w:type="dxa"/>
              <w:bottom w:w="70" w:type="dxa"/>
              <w:right w:w="90" w:type="dxa"/>
            </w:tcMar>
            <w:vAlign w:val="center"/>
          </w:tcPr>
          <w:p w14:paraId="37AB9D88" w14:textId="77777777" w:rsidR="00F720C3" w:rsidRPr="00582A7A" w:rsidRDefault="00000000" w:rsidP="003A2BCD">
            <w:pPr>
              <w:spacing w:after="0" w:line="240" w:lineRule="auto"/>
              <w:jc w:val="both"/>
              <w:rPr>
                <w:sz w:val="18"/>
                <w:szCs w:val="18"/>
              </w:rPr>
            </w:pPr>
            <w:r w:rsidRPr="00582A7A">
              <w:rPr>
                <w:b/>
                <w:sz w:val="18"/>
                <w:szCs w:val="18"/>
              </w:rPr>
              <w:t>Follow-up outcomes</w:t>
            </w:r>
          </w:p>
        </w:tc>
        <w:tc>
          <w:tcPr>
            <w:tcW w:w="1985" w:type="dxa"/>
            <w:shd w:val="clear" w:color="auto" w:fill="EEF5FA"/>
            <w:tcMar>
              <w:top w:w="70" w:type="dxa"/>
              <w:left w:w="90" w:type="dxa"/>
              <w:bottom w:w="70" w:type="dxa"/>
              <w:right w:w="90" w:type="dxa"/>
            </w:tcMar>
            <w:vAlign w:val="center"/>
          </w:tcPr>
          <w:p w14:paraId="4DC72BE5" w14:textId="77777777" w:rsidR="00F720C3" w:rsidRPr="00582A7A" w:rsidRDefault="00F720C3" w:rsidP="003A2BCD">
            <w:pPr>
              <w:spacing w:after="0" w:line="240" w:lineRule="auto"/>
              <w:jc w:val="both"/>
              <w:rPr>
                <w:sz w:val="18"/>
                <w:szCs w:val="18"/>
              </w:rPr>
            </w:pPr>
          </w:p>
        </w:tc>
        <w:tc>
          <w:tcPr>
            <w:tcW w:w="1984" w:type="dxa"/>
            <w:shd w:val="clear" w:color="auto" w:fill="EEF5FA"/>
            <w:tcMar>
              <w:top w:w="70" w:type="dxa"/>
              <w:left w:w="90" w:type="dxa"/>
              <w:bottom w:w="70" w:type="dxa"/>
              <w:right w:w="90" w:type="dxa"/>
            </w:tcMar>
            <w:vAlign w:val="center"/>
          </w:tcPr>
          <w:p w14:paraId="6CEBC096" w14:textId="77777777" w:rsidR="00F720C3" w:rsidRPr="00582A7A" w:rsidRDefault="00F720C3" w:rsidP="003A2BCD">
            <w:pPr>
              <w:spacing w:after="0" w:line="240" w:lineRule="auto"/>
              <w:jc w:val="both"/>
              <w:rPr>
                <w:sz w:val="18"/>
                <w:szCs w:val="18"/>
              </w:rPr>
            </w:pPr>
          </w:p>
        </w:tc>
        <w:tc>
          <w:tcPr>
            <w:tcW w:w="1985" w:type="dxa"/>
            <w:shd w:val="clear" w:color="auto" w:fill="EEF5FA"/>
            <w:tcMar>
              <w:top w:w="70" w:type="dxa"/>
              <w:left w:w="90" w:type="dxa"/>
              <w:bottom w:w="70" w:type="dxa"/>
              <w:right w:w="90" w:type="dxa"/>
            </w:tcMar>
            <w:vAlign w:val="center"/>
          </w:tcPr>
          <w:p w14:paraId="2B4836E0" w14:textId="77777777" w:rsidR="00F720C3" w:rsidRPr="00582A7A" w:rsidRDefault="00F720C3" w:rsidP="003A2BCD">
            <w:pPr>
              <w:spacing w:after="0" w:line="240" w:lineRule="auto"/>
              <w:jc w:val="both"/>
              <w:rPr>
                <w:sz w:val="18"/>
                <w:szCs w:val="18"/>
              </w:rPr>
            </w:pPr>
          </w:p>
        </w:tc>
        <w:tc>
          <w:tcPr>
            <w:tcW w:w="2098" w:type="dxa"/>
            <w:shd w:val="clear" w:color="auto" w:fill="EEF5FA"/>
            <w:tcMar>
              <w:top w:w="70" w:type="dxa"/>
              <w:left w:w="90" w:type="dxa"/>
              <w:bottom w:w="70" w:type="dxa"/>
              <w:right w:w="90" w:type="dxa"/>
            </w:tcMar>
            <w:vAlign w:val="center"/>
          </w:tcPr>
          <w:p w14:paraId="0C6DF6EF" w14:textId="77777777" w:rsidR="00F720C3" w:rsidRPr="00582A7A" w:rsidRDefault="00F720C3" w:rsidP="003A2BCD">
            <w:pPr>
              <w:spacing w:after="0" w:line="240" w:lineRule="auto"/>
              <w:jc w:val="both"/>
              <w:rPr>
                <w:sz w:val="18"/>
                <w:szCs w:val="18"/>
              </w:rPr>
            </w:pPr>
          </w:p>
        </w:tc>
        <w:tc>
          <w:tcPr>
            <w:tcW w:w="766" w:type="dxa"/>
            <w:shd w:val="clear" w:color="auto" w:fill="EEF5FA"/>
            <w:tcMar>
              <w:top w:w="70" w:type="dxa"/>
              <w:left w:w="90" w:type="dxa"/>
              <w:bottom w:w="70" w:type="dxa"/>
              <w:right w:w="90" w:type="dxa"/>
            </w:tcMar>
            <w:vAlign w:val="center"/>
          </w:tcPr>
          <w:p w14:paraId="71A6F435" w14:textId="77777777" w:rsidR="00F720C3" w:rsidRPr="00582A7A" w:rsidRDefault="00F720C3" w:rsidP="003A2BCD">
            <w:pPr>
              <w:spacing w:after="0" w:line="240" w:lineRule="auto"/>
              <w:jc w:val="both"/>
              <w:rPr>
                <w:sz w:val="18"/>
                <w:szCs w:val="18"/>
              </w:rPr>
            </w:pPr>
          </w:p>
        </w:tc>
      </w:tr>
      <w:tr w:rsidR="002A76DF" w:rsidRPr="00582A7A" w14:paraId="38428755" w14:textId="77777777" w:rsidTr="00262C8D">
        <w:trPr>
          <w:jc w:val="center"/>
        </w:trPr>
        <w:tc>
          <w:tcPr>
            <w:tcW w:w="3806" w:type="dxa"/>
            <w:tcMar>
              <w:top w:w="70" w:type="dxa"/>
              <w:left w:w="90" w:type="dxa"/>
              <w:bottom w:w="70" w:type="dxa"/>
              <w:right w:w="90" w:type="dxa"/>
            </w:tcMar>
            <w:vAlign w:val="center"/>
          </w:tcPr>
          <w:p w14:paraId="131EF047" w14:textId="77777777" w:rsidR="00F720C3" w:rsidRPr="00582A7A" w:rsidRDefault="00000000" w:rsidP="003A2BCD">
            <w:pPr>
              <w:spacing w:after="0" w:line="240" w:lineRule="auto"/>
              <w:jc w:val="both"/>
              <w:rPr>
                <w:sz w:val="18"/>
                <w:szCs w:val="18"/>
              </w:rPr>
            </w:pPr>
            <w:r w:rsidRPr="00582A7A">
              <w:rPr>
                <w:sz w:val="18"/>
                <w:szCs w:val="18"/>
              </w:rPr>
              <w:t>Outcome 1 (database coding)</w:t>
            </w:r>
          </w:p>
        </w:tc>
        <w:tc>
          <w:tcPr>
            <w:tcW w:w="1985" w:type="dxa"/>
            <w:tcMar>
              <w:top w:w="70" w:type="dxa"/>
              <w:left w:w="90" w:type="dxa"/>
              <w:bottom w:w="70" w:type="dxa"/>
              <w:right w:w="90" w:type="dxa"/>
            </w:tcMar>
            <w:vAlign w:val="center"/>
          </w:tcPr>
          <w:p w14:paraId="24F48F70" w14:textId="77777777" w:rsidR="00F720C3" w:rsidRDefault="00000000" w:rsidP="003A2BCD">
            <w:pPr>
              <w:spacing w:after="0" w:line="240" w:lineRule="auto"/>
              <w:rPr>
                <w:sz w:val="18"/>
                <w:szCs w:val="18"/>
                <w:lang w:eastAsia="zh-CN"/>
              </w:rPr>
            </w:pPr>
            <w:r w:rsidRPr="00582A7A">
              <w:rPr>
                <w:sz w:val="18"/>
                <w:szCs w:val="18"/>
              </w:rPr>
              <w:t>0: 495 (72.69%);</w:t>
            </w:r>
          </w:p>
          <w:p w14:paraId="552F85A4" w14:textId="77777777" w:rsidR="00F720C3" w:rsidRDefault="00000000" w:rsidP="003A2BCD">
            <w:pPr>
              <w:spacing w:after="0" w:line="240" w:lineRule="auto"/>
              <w:rPr>
                <w:sz w:val="18"/>
                <w:szCs w:val="18"/>
                <w:lang w:eastAsia="zh-CN"/>
              </w:rPr>
            </w:pPr>
            <w:r w:rsidRPr="00582A7A">
              <w:rPr>
                <w:sz w:val="18"/>
                <w:szCs w:val="18"/>
              </w:rPr>
              <w:t>1: 52 (7.64%);</w:t>
            </w:r>
          </w:p>
          <w:p w14:paraId="1B26C922" w14:textId="77777777" w:rsidR="00F720C3" w:rsidRDefault="00000000" w:rsidP="003A2BCD">
            <w:pPr>
              <w:spacing w:after="0" w:line="240" w:lineRule="auto"/>
              <w:rPr>
                <w:sz w:val="18"/>
                <w:szCs w:val="18"/>
                <w:lang w:eastAsia="zh-CN"/>
              </w:rPr>
            </w:pPr>
            <w:r w:rsidRPr="00582A7A">
              <w:rPr>
                <w:sz w:val="18"/>
                <w:szCs w:val="18"/>
              </w:rPr>
              <w:t>2: 15 (2.20%);</w:t>
            </w:r>
          </w:p>
          <w:p w14:paraId="39FEEE0D" w14:textId="77777777" w:rsidR="00F720C3" w:rsidRDefault="00000000" w:rsidP="003A2BCD">
            <w:pPr>
              <w:spacing w:after="0" w:line="240" w:lineRule="auto"/>
              <w:rPr>
                <w:sz w:val="18"/>
                <w:szCs w:val="18"/>
                <w:lang w:eastAsia="zh-CN"/>
              </w:rPr>
            </w:pPr>
            <w:r w:rsidRPr="00582A7A">
              <w:rPr>
                <w:sz w:val="18"/>
                <w:szCs w:val="18"/>
              </w:rPr>
              <w:t>3: 12 (1.76%);</w:t>
            </w:r>
          </w:p>
          <w:p w14:paraId="03FF3441" w14:textId="77777777" w:rsidR="00F720C3" w:rsidRDefault="00000000" w:rsidP="003A2BCD">
            <w:pPr>
              <w:spacing w:after="0" w:line="240" w:lineRule="auto"/>
              <w:rPr>
                <w:sz w:val="18"/>
                <w:szCs w:val="18"/>
                <w:lang w:eastAsia="zh-CN"/>
              </w:rPr>
            </w:pPr>
            <w:r w:rsidRPr="00582A7A">
              <w:rPr>
                <w:sz w:val="18"/>
                <w:szCs w:val="18"/>
              </w:rPr>
              <w:t>4: 106 (15.57%);</w:t>
            </w:r>
          </w:p>
          <w:p w14:paraId="708458AF" w14:textId="77777777" w:rsidR="00F720C3" w:rsidRPr="00582A7A" w:rsidRDefault="00000000" w:rsidP="003A2BCD">
            <w:pPr>
              <w:spacing w:after="0" w:line="240" w:lineRule="auto"/>
              <w:rPr>
                <w:sz w:val="18"/>
                <w:szCs w:val="18"/>
              </w:rPr>
            </w:pPr>
            <w:r w:rsidRPr="00582A7A">
              <w:rPr>
                <w:sz w:val="18"/>
                <w:szCs w:val="18"/>
              </w:rPr>
              <w:t>5: 1 (0.15%)</w:t>
            </w:r>
          </w:p>
        </w:tc>
        <w:tc>
          <w:tcPr>
            <w:tcW w:w="1984" w:type="dxa"/>
            <w:tcMar>
              <w:top w:w="70" w:type="dxa"/>
              <w:left w:w="90" w:type="dxa"/>
              <w:bottom w:w="70" w:type="dxa"/>
              <w:right w:w="90" w:type="dxa"/>
            </w:tcMar>
            <w:vAlign w:val="center"/>
          </w:tcPr>
          <w:p w14:paraId="204B1ED2" w14:textId="77777777" w:rsidR="00F720C3" w:rsidRDefault="00000000" w:rsidP="003A2BCD">
            <w:pPr>
              <w:spacing w:after="0" w:line="240" w:lineRule="auto"/>
              <w:rPr>
                <w:sz w:val="18"/>
                <w:szCs w:val="18"/>
                <w:lang w:eastAsia="zh-CN"/>
              </w:rPr>
            </w:pPr>
            <w:r w:rsidRPr="00582A7A">
              <w:rPr>
                <w:sz w:val="18"/>
                <w:szCs w:val="18"/>
              </w:rPr>
              <w:t>0: 186 (81.94%);</w:t>
            </w:r>
          </w:p>
          <w:p w14:paraId="7CEA31D5" w14:textId="77777777" w:rsidR="00F720C3" w:rsidRDefault="00000000" w:rsidP="003A2BCD">
            <w:pPr>
              <w:spacing w:after="0" w:line="240" w:lineRule="auto"/>
              <w:rPr>
                <w:sz w:val="18"/>
                <w:szCs w:val="18"/>
                <w:lang w:eastAsia="zh-CN"/>
              </w:rPr>
            </w:pPr>
            <w:r w:rsidRPr="00582A7A">
              <w:rPr>
                <w:sz w:val="18"/>
                <w:szCs w:val="18"/>
              </w:rPr>
              <w:t>1: 6 (2.64%);</w:t>
            </w:r>
          </w:p>
          <w:p w14:paraId="3F86A686" w14:textId="77777777" w:rsidR="00F720C3" w:rsidRDefault="00000000" w:rsidP="003A2BCD">
            <w:pPr>
              <w:spacing w:after="0" w:line="240" w:lineRule="auto"/>
              <w:rPr>
                <w:sz w:val="18"/>
                <w:szCs w:val="18"/>
                <w:lang w:eastAsia="zh-CN"/>
              </w:rPr>
            </w:pPr>
            <w:r w:rsidRPr="00582A7A">
              <w:rPr>
                <w:sz w:val="18"/>
                <w:szCs w:val="18"/>
              </w:rPr>
              <w:t>2: 5 (2.20%);</w:t>
            </w:r>
          </w:p>
          <w:p w14:paraId="2BAF3D1F" w14:textId="77777777" w:rsidR="00F720C3" w:rsidRDefault="00000000" w:rsidP="003A2BCD">
            <w:pPr>
              <w:spacing w:after="0" w:line="240" w:lineRule="auto"/>
              <w:rPr>
                <w:sz w:val="18"/>
                <w:szCs w:val="18"/>
                <w:lang w:eastAsia="zh-CN"/>
              </w:rPr>
            </w:pPr>
            <w:r w:rsidRPr="00582A7A">
              <w:rPr>
                <w:sz w:val="18"/>
                <w:szCs w:val="18"/>
              </w:rPr>
              <w:t>3: 0 (0.00%);</w:t>
            </w:r>
          </w:p>
          <w:p w14:paraId="7CC88AF3" w14:textId="77777777" w:rsidR="00F720C3" w:rsidRDefault="00000000" w:rsidP="003A2BCD">
            <w:pPr>
              <w:spacing w:after="0" w:line="240" w:lineRule="auto"/>
              <w:rPr>
                <w:sz w:val="18"/>
                <w:szCs w:val="18"/>
                <w:lang w:eastAsia="zh-CN"/>
              </w:rPr>
            </w:pPr>
            <w:r w:rsidRPr="00582A7A">
              <w:rPr>
                <w:sz w:val="18"/>
                <w:szCs w:val="18"/>
              </w:rPr>
              <w:t>4: 30 (13.22%);</w:t>
            </w:r>
          </w:p>
          <w:p w14:paraId="3487916D" w14:textId="77777777" w:rsidR="00F720C3" w:rsidRPr="00582A7A" w:rsidRDefault="00000000" w:rsidP="003A2BCD">
            <w:pPr>
              <w:spacing w:after="0" w:line="240" w:lineRule="auto"/>
              <w:rPr>
                <w:sz w:val="18"/>
                <w:szCs w:val="18"/>
              </w:rPr>
            </w:pPr>
            <w:r w:rsidRPr="00582A7A">
              <w:rPr>
                <w:sz w:val="18"/>
                <w:szCs w:val="18"/>
              </w:rPr>
              <w:t>5: 0 (0.00%)</w:t>
            </w:r>
          </w:p>
        </w:tc>
        <w:tc>
          <w:tcPr>
            <w:tcW w:w="1985" w:type="dxa"/>
            <w:tcMar>
              <w:top w:w="70" w:type="dxa"/>
              <w:left w:w="90" w:type="dxa"/>
              <w:bottom w:w="70" w:type="dxa"/>
              <w:right w:w="90" w:type="dxa"/>
            </w:tcMar>
            <w:vAlign w:val="center"/>
          </w:tcPr>
          <w:p w14:paraId="4FE2D3E5" w14:textId="77777777" w:rsidR="00F720C3" w:rsidRDefault="00000000" w:rsidP="003A2BCD">
            <w:pPr>
              <w:spacing w:after="0" w:line="240" w:lineRule="auto"/>
              <w:rPr>
                <w:sz w:val="18"/>
                <w:szCs w:val="18"/>
                <w:lang w:eastAsia="zh-CN"/>
              </w:rPr>
            </w:pPr>
            <w:r w:rsidRPr="00582A7A">
              <w:rPr>
                <w:sz w:val="18"/>
                <w:szCs w:val="18"/>
              </w:rPr>
              <w:t>0: 161 (70.93%);</w:t>
            </w:r>
          </w:p>
          <w:p w14:paraId="4BE7D51A" w14:textId="77777777" w:rsidR="00F720C3" w:rsidRDefault="00000000" w:rsidP="003A2BCD">
            <w:pPr>
              <w:spacing w:after="0" w:line="240" w:lineRule="auto"/>
              <w:rPr>
                <w:sz w:val="18"/>
                <w:szCs w:val="18"/>
                <w:lang w:eastAsia="zh-CN"/>
              </w:rPr>
            </w:pPr>
            <w:r w:rsidRPr="00582A7A">
              <w:rPr>
                <w:sz w:val="18"/>
                <w:szCs w:val="18"/>
              </w:rPr>
              <w:t>1: 20 (8.81%);</w:t>
            </w:r>
          </w:p>
          <w:p w14:paraId="17E72947" w14:textId="77777777" w:rsidR="00F720C3" w:rsidRDefault="00000000" w:rsidP="003A2BCD">
            <w:pPr>
              <w:spacing w:after="0" w:line="240" w:lineRule="auto"/>
              <w:rPr>
                <w:sz w:val="18"/>
                <w:szCs w:val="18"/>
                <w:lang w:eastAsia="zh-CN"/>
              </w:rPr>
            </w:pPr>
            <w:r w:rsidRPr="00582A7A">
              <w:rPr>
                <w:sz w:val="18"/>
                <w:szCs w:val="18"/>
              </w:rPr>
              <w:t>2: 6 (2.64%);</w:t>
            </w:r>
          </w:p>
          <w:p w14:paraId="1A2752AD" w14:textId="77777777" w:rsidR="00F720C3" w:rsidRDefault="00000000" w:rsidP="003A2BCD">
            <w:pPr>
              <w:spacing w:after="0" w:line="240" w:lineRule="auto"/>
              <w:rPr>
                <w:sz w:val="18"/>
                <w:szCs w:val="18"/>
                <w:lang w:eastAsia="zh-CN"/>
              </w:rPr>
            </w:pPr>
            <w:r w:rsidRPr="00582A7A">
              <w:rPr>
                <w:sz w:val="18"/>
                <w:szCs w:val="18"/>
              </w:rPr>
              <w:t>3: 4 (1.76%);</w:t>
            </w:r>
          </w:p>
          <w:p w14:paraId="719B6E11" w14:textId="77777777" w:rsidR="00F720C3" w:rsidRDefault="00000000" w:rsidP="003A2BCD">
            <w:pPr>
              <w:spacing w:after="0" w:line="240" w:lineRule="auto"/>
              <w:rPr>
                <w:sz w:val="18"/>
                <w:szCs w:val="18"/>
                <w:lang w:eastAsia="zh-CN"/>
              </w:rPr>
            </w:pPr>
            <w:r w:rsidRPr="00582A7A">
              <w:rPr>
                <w:sz w:val="18"/>
                <w:szCs w:val="18"/>
              </w:rPr>
              <w:t>4: 35 (15.42%);</w:t>
            </w:r>
          </w:p>
          <w:p w14:paraId="72DA7D5B" w14:textId="77777777" w:rsidR="00F720C3" w:rsidRPr="00582A7A" w:rsidRDefault="00000000" w:rsidP="003A2BCD">
            <w:pPr>
              <w:spacing w:after="0" w:line="240" w:lineRule="auto"/>
              <w:rPr>
                <w:sz w:val="18"/>
                <w:szCs w:val="18"/>
              </w:rPr>
            </w:pPr>
            <w:r w:rsidRPr="00582A7A">
              <w:rPr>
                <w:sz w:val="18"/>
                <w:szCs w:val="18"/>
              </w:rPr>
              <w:t>5: 1 (0.44%)</w:t>
            </w:r>
          </w:p>
        </w:tc>
        <w:tc>
          <w:tcPr>
            <w:tcW w:w="2098" w:type="dxa"/>
            <w:tcMar>
              <w:top w:w="70" w:type="dxa"/>
              <w:left w:w="90" w:type="dxa"/>
              <w:bottom w:w="70" w:type="dxa"/>
              <w:right w:w="90" w:type="dxa"/>
            </w:tcMar>
            <w:vAlign w:val="center"/>
          </w:tcPr>
          <w:p w14:paraId="4307FD93" w14:textId="77777777" w:rsidR="00F720C3" w:rsidRDefault="00000000" w:rsidP="003A2BCD">
            <w:pPr>
              <w:spacing w:after="0" w:line="240" w:lineRule="auto"/>
              <w:rPr>
                <w:sz w:val="18"/>
                <w:szCs w:val="18"/>
                <w:lang w:eastAsia="zh-CN"/>
              </w:rPr>
            </w:pPr>
            <w:r w:rsidRPr="00582A7A">
              <w:rPr>
                <w:sz w:val="18"/>
                <w:szCs w:val="18"/>
              </w:rPr>
              <w:t>0: 148 (65.20%);</w:t>
            </w:r>
          </w:p>
          <w:p w14:paraId="2497D170" w14:textId="77777777" w:rsidR="00F720C3" w:rsidRDefault="00000000" w:rsidP="003A2BCD">
            <w:pPr>
              <w:spacing w:after="0" w:line="240" w:lineRule="auto"/>
              <w:rPr>
                <w:sz w:val="18"/>
                <w:szCs w:val="18"/>
                <w:lang w:eastAsia="zh-CN"/>
              </w:rPr>
            </w:pPr>
            <w:r w:rsidRPr="00582A7A">
              <w:rPr>
                <w:sz w:val="18"/>
                <w:szCs w:val="18"/>
              </w:rPr>
              <w:t>1: 26 (11.45%);</w:t>
            </w:r>
          </w:p>
          <w:p w14:paraId="6F4A71C7" w14:textId="77777777" w:rsidR="00F720C3" w:rsidRDefault="00000000" w:rsidP="003A2BCD">
            <w:pPr>
              <w:spacing w:after="0" w:line="240" w:lineRule="auto"/>
              <w:rPr>
                <w:sz w:val="18"/>
                <w:szCs w:val="18"/>
                <w:lang w:eastAsia="zh-CN"/>
              </w:rPr>
            </w:pPr>
            <w:r w:rsidRPr="00582A7A">
              <w:rPr>
                <w:sz w:val="18"/>
                <w:szCs w:val="18"/>
              </w:rPr>
              <w:t>2: 4 (1.76%);</w:t>
            </w:r>
          </w:p>
          <w:p w14:paraId="15FBD30F" w14:textId="77777777" w:rsidR="00F720C3" w:rsidRDefault="00000000" w:rsidP="003A2BCD">
            <w:pPr>
              <w:spacing w:after="0" w:line="240" w:lineRule="auto"/>
              <w:rPr>
                <w:sz w:val="18"/>
                <w:szCs w:val="18"/>
                <w:lang w:eastAsia="zh-CN"/>
              </w:rPr>
            </w:pPr>
            <w:r w:rsidRPr="00582A7A">
              <w:rPr>
                <w:sz w:val="18"/>
                <w:szCs w:val="18"/>
              </w:rPr>
              <w:t>3: 8 (3.52%);</w:t>
            </w:r>
          </w:p>
          <w:p w14:paraId="78DCB259" w14:textId="77777777" w:rsidR="00F720C3" w:rsidRDefault="00000000" w:rsidP="003A2BCD">
            <w:pPr>
              <w:spacing w:after="0" w:line="240" w:lineRule="auto"/>
              <w:rPr>
                <w:sz w:val="18"/>
                <w:szCs w:val="18"/>
                <w:lang w:eastAsia="zh-CN"/>
              </w:rPr>
            </w:pPr>
            <w:r w:rsidRPr="00582A7A">
              <w:rPr>
                <w:sz w:val="18"/>
                <w:szCs w:val="18"/>
              </w:rPr>
              <w:t>4: 41 (18.06%);</w:t>
            </w:r>
          </w:p>
          <w:p w14:paraId="45B3009C" w14:textId="77777777" w:rsidR="00F720C3" w:rsidRPr="00582A7A" w:rsidRDefault="00000000" w:rsidP="003A2BCD">
            <w:pPr>
              <w:spacing w:after="0" w:line="240" w:lineRule="auto"/>
              <w:rPr>
                <w:sz w:val="18"/>
                <w:szCs w:val="18"/>
              </w:rPr>
            </w:pPr>
            <w:r w:rsidRPr="00582A7A">
              <w:rPr>
                <w:sz w:val="18"/>
                <w:szCs w:val="18"/>
              </w:rPr>
              <w:t>5: 0 (0.00%)</w:t>
            </w:r>
          </w:p>
        </w:tc>
        <w:tc>
          <w:tcPr>
            <w:tcW w:w="766" w:type="dxa"/>
            <w:tcMar>
              <w:top w:w="70" w:type="dxa"/>
              <w:left w:w="90" w:type="dxa"/>
              <w:bottom w:w="70" w:type="dxa"/>
              <w:right w:w="90" w:type="dxa"/>
            </w:tcMar>
            <w:vAlign w:val="center"/>
          </w:tcPr>
          <w:p w14:paraId="7F2B394F" w14:textId="77777777" w:rsidR="00F720C3" w:rsidRPr="00582A7A" w:rsidRDefault="00000000" w:rsidP="003A2BCD">
            <w:pPr>
              <w:spacing w:after="0" w:line="240" w:lineRule="auto"/>
              <w:jc w:val="both"/>
              <w:rPr>
                <w:sz w:val="18"/>
                <w:szCs w:val="18"/>
              </w:rPr>
            </w:pPr>
            <w:r w:rsidRPr="00582A7A">
              <w:rPr>
                <w:sz w:val="18"/>
                <w:szCs w:val="18"/>
              </w:rPr>
              <w:t>0.001</w:t>
            </w:r>
          </w:p>
        </w:tc>
      </w:tr>
      <w:tr w:rsidR="002A76DF" w:rsidRPr="00582A7A" w14:paraId="13C0EB18" w14:textId="77777777" w:rsidTr="00262C8D">
        <w:trPr>
          <w:jc w:val="center"/>
        </w:trPr>
        <w:tc>
          <w:tcPr>
            <w:tcW w:w="3806" w:type="dxa"/>
            <w:tcMar>
              <w:top w:w="70" w:type="dxa"/>
              <w:left w:w="90" w:type="dxa"/>
              <w:bottom w:w="70" w:type="dxa"/>
              <w:right w:w="90" w:type="dxa"/>
            </w:tcMar>
            <w:vAlign w:val="center"/>
          </w:tcPr>
          <w:p w14:paraId="6B4E96A0" w14:textId="77777777" w:rsidR="00F720C3" w:rsidRPr="00582A7A" w:rsidRDefault="00000000" w:rsidP="003A2BCD">
            <w:pPr>
              <w:spacing w:after="0" w:line="240" w:lineRule="auto"/>
              <w:jc w:val="both"/>
              <w:rPr>
                <w:sz w:val="18"/>
                <w:szCs w:val="18"/>
              </w:rPr>
            </w:pPr>
            <w:r w:rsidRPr="00582A7A">
              <w:rPr>
                <w:sz w:val="18"/>
                <w:szCs w:val="18"/>
              </w:rPr>
              <w:t>Any MACEs, yes</w:t>
            </w:r>
          </w:p>
        </w:tc>
        <w:tc>
          <w:tcPr>
            <w:tcW w:w="1985" w:type="dxa"/>
            <w:tcMar>
              <w:top w:w="70" w:type="dxa"/>
              <w:left w:w="90" w:type="dxa"/>
              <w:bottom w:w="70" w:type="dxa"/>
              <w:right w:w="90" w:type="dxa"/>
            </w:tcMar>
            <w:vAlign w:val="center"/>
          </w:tcPr>
          <w:p w14:paraId="40F574A8" w14:textId="77777777" w:rsidR="00F720C3" w:rsidRPr="00582A7A" w:rsidRDefault="00000000" w:rsidP="003A2BCD">
            <w:pPr>
              <w:spacing w:after="0" w:line="240" w:lineRule="auto"/>
              <w:jc w:val="both"/>
              <w:rPr>
                <w:sz w:val="18"/>
                <w:szCs w:val="18"/>
              </w:rPr>
            </w:pPr>
            <w:r w:rsidRPr="00582A7A">
              <w:rPr>
                <w:sz w:val="18"/>
                <w:szCs w:val="18"/>
              </w:rPr>
              <w:t>186 (27.31%)</w:t>
            </w:r>
          </w:p>
        </w:tc>
        <w:tc>
          <w:tcPr>
            <w:tcW w:w="1984" w:type="dxa"/>
            <w:tcMar>
              <w:top w:w="70" w:type="dxa"/>
              <w:left w:w="90" w:type="dxa"/>
              <w:bottom w:w="70" w:type="dxa"/>
              <w:right w:w="90" w:type="dxa"/>
            </w:tcMar>
            <w:vAlign w:val="center"/>
          </w:tcPr>
          <w:p w14:paraId="238926AD" w14:textId="77777777" w:rsidR="00F720C3" w:rsidRPr="00582A7A" w:rsidRDefault="00000000" w:rsidP="003A2BCD">
            <w:pPr>
              <w:spacing w:after="0" w:line="240" w:lineRule="auto"/>
              <w:jc w:val="both"/>
              <w:rPr>
                <w:sz w:val="18"/>
                <w:szCs w:val="18"/>
              </w:rPr>
            </w:pPr>
            <w:r w:rsidRPr="00582A7A">
              <w:rPr>
                <w:sz w:val="18"/>
                <w:szCs w:val="18"/>
              </w:rPr>
              <w:t>41 (18.06%)</w:t>
            </w:r>
          </w:p>
        </w:tc>
        <w:tc>
          <w:tcPr>
            <w:tcW w:w="1985" w:type="dxa"/>
            <w:tcMar>
              <w:top w:w="70" w:type="dxa"/>
              <w:left w:w="90" w:type="dxa"/>
              <w:bottom w:w="70" w:type="dxa"/>
              <w:right w:w="90" w:type="dxa"/>
            </w:tcMar>
            <w:vAlign w:val="center"/>
          </w:tcPr>
          <w:p w14:paraId="5F9D85ED" w14:textId="77777777" w:rsidR="00F720C3" w:rsidRPr="00582A7A" w:rsidRDefault="00000000" w:rsidP="003A2BCD">
            <w:pPr>
              <w:spacing w:after="0" w:line="240" w:lineRule="auto"/>
              <w:jc w:val="both"/>
              <w:rPr>
                <w:sz w:val="18"/>
                <w:szCs w:val="18"/>
              </w:rPr>
            </w:pPr>
            <w:r w:rsidRPr="00582A7A">
              <w:rPr>
                <w:sz w:val="18"/>
                <w:szCs w:val="18"/>
              </w:rPr>
              <w:t>66 (29.07%)</w:t>
            </w:r>
          </w:p>
        </w:tc>
        <w:tc>
          <w:tcPr>
            <w:tcW w:w="2098" w:type="dxa"/>
            <w:tcMar>
              <w:top w:w="70" w:type="dxa"/>
              <w:left w:w="90" w:type="dxa"/>
              <w:bottom w:w="70" w:type="dxa"/>
              <w:right w:w="90" w:type="dxa"/>
            </w:tcMar>
            <w:vAlign w:val="center"/>
          </w:tcPr>
          <w:p w14:paraId="3927AF16" w14:textId="77777777" w:rsidR="00F720C3" w:rsidRPr="00582A7A" w:rsidRDefault="00000000" w:rsidP="003A2BCD">
            <w:pPr>
              <w:spacing w:after="0" w:line="240" w:lineRule="auto"/>
              <w:jc w:val="both"/>
              <w:rPr>
                <w:sz w:val="18"/>
                <w:szCs w:val="18"/>
              </w:rPr>
            </w:pPr>
            <w:r w:rsidRPr="00582A7A">
              <w:rPr>
                <w:sz w:val="18"/>
                <w:szCs w:val="18"/>
              </w:rPr>
              <w:t>79 (34.80%)</w:t>
            </w:r>
          </w:p>
        </w:tc>
        <w:tc>
          <w:tcPr>
            <w:tcW w:w="766" w:type="dxa"/>
            <w:tcMar>
              <w:top w:w="70" w:type="dxa"/>
              <w:left w:w="90" w:type="dxa"/>
              <w:bottom w:w="70" w:type="dxa"/>
              <w:right w:w="90" w:type="dxa"/>
            </w:tcMar>
            <w:vAlign w:val="center"/>
          </w:tcPr>
          <w:p w14:paraId="4274BE9A" w14:textId="77777777" w:rsidR="00F720C3" w:rsidRPr="00582A7A" w:rsidRDefault="00000000" w:rsidP="003A2BCD">
            <w:pPr>
              <w:spacing w:after="0" w:line="240" w:lineRule="auto"/>
              <w:jc w:val="both"/>
              <w:rPr>
                <w:sz w:val="18"/>
                <w:szCs w:val="18"/>
              </w:rPr>
            </w:pPr>
            <w:r w:rsidRPr="00582A7A">
              <w:rPr>
                <w:sz w:val="18"/>
                <w:szCs w:val="18"/>
              </w:rPr>
              <w:t>&lt;0.001</w:t>
            </w:r>
          </w:p>
        </w:tc>
      </w:tr>
      <w:tr w:rsidR="002A76DF" w:rsidRPr="00582A7A" w14:paraId="1D05B030" w14:textId="77777777" w:rsidTr="00262C8D">
        <w:trPr>
          <w:jc w:val="center"/>
        </w:trPr>
        <w:tc>
          <w:tcPr>
            <w:tcW w:w="3806" w:type="dxa"/>
            <w:tcMar>
              <w:top w:w="70" w:type="dxa"/>
              <w:left w:w="90" w:type="dxa"/>
              <w:bottom w:w="70" w:type="dxa"/>
              <w:right w:w="90" w:type="dxa"/>
            </w:tcMar>
            <w:vAlign w:val="center"/>
          </w:tcPr>
          <w:p w14:paraId="6B07C6B1" w14:textId="77777777" w:rsidR="00F720C3" w:rsidRPr="00582A7A" w:rsidRDefault="00000000" w:rsidP="003A2BCD">
            <w:pPr>
              <w:spacing w:after="0" w:line="240" w:lineRule="auto"/>
              <w:jc w:val="both"/>
              <w:rPr>
                <w:sz w:val="18"/>
                <w:szCs w:val="18"/>
              </w:rPr>
            </w:pPr>
            <w:r w:rsidRPr="00582A7A">
              <w:rPr>
                <w:sz w:val="18"/>
                <w:szCs w:val="18"/>
              </w:rPr>
              <w:t>Follow-up days</w:t>
            </w:r>
          </w:p>
        </w:tc>
        <w:tc>
          <w:tcPr>
            <w:tcW w:w="1985" w:type="dxa"/>
            <w:tcMar>
              <w:top w:w="70" w:type="dxa"/>
              <w:left w:w="90" w:type="dxa"/>
              <w:bottom w:w="70" w:type="dxa"/>
              <w:right w:w="90" w:type="dxa"/>
            </w:tcMar>
            <w:vAlign w:val="center"/>
          </w:tcPr>
          <w:p w14:paraId="245E5F60" w14:textId="77777777" w:rsidR="00F720C3" w:rsidRPr="00582A7A" w:rsidRDefault="00000000" w:rsidP="003A2BCD">
            <w:pPr>
              <w:spacing w:after="0" w:line="240" w:lineRule="auto"/>
              <w:jc w:val="both"/>
              <w:rPr>
                <w:sz w:val="18"/>
                <w:szCs w:val="18"/>
              </w:rPr>
            </w:pPr>
            <w:r w:rsidRPr="00582A7A">
              <w:rPr>
                <w:sz w:val="18"/>
                <w:szCs w:val="18"/>
              </w:rPr>
              <w:t>585.00 (389.00, 839.00)</w:t>
            </w:r>
          </w:p>
        </w:tc>
        <w:tc>
          <w:tcPr>
            <w:tcW w:w="1984" w:type="dxa"/>
            <w:tcMar>
              <w:top w:w="70" w:type="dxa"/>
              <w:left w:w="90" w:type="dxa"/>
              <w:bottom w:w="70" w:type="dxa"/>
              <w:right w:w="90" w:type="dxa"/>
            </w:tcMar>
            <w:vAlign w:val="center"/>
          </w:tcPr>
          <w:p w14:paraId="537DAF14" w14:textId="77777777" w:rsidR="00F720C3" w:rsidRPr="00582A7A" w:rsidRDefault="00000000" w:rsidP="003A2BCD">
            <w:pPr>
              <w:spacing w:after="0" w:line="240" w:lineRule="auto"/>
              <w:jc w:val="both"/>
              <w:rPr>
                <w:sz w:val="18"/>
                <w:szCs w:val="18"/>
              </w:rPr>
            </w:pPr>
            <w:r w:rsidRPr="00582A7A">
              <w:rPr>
                <w:sz w:val="18"/>
                <w:szCs w:val="18"/>
              </w:rPr>
              <w:t>575.00 (413.00, 865.00)</w:t>
            </w:r>
          </w:p>
        </w:tc>
        <w:tc>
          <w:tcPr>
            <w:tcW w:w="1985" w:type="dxa"/>
            <w:tcMar>
              <w:top w:w="70" w:type="dxa"/>
              <w:left w:w="90" w:type="dxa"/>
              <w:bottom w:w="70" w:type="dxa"/>
              <w:right w:w="90" w:type="dxa"/>
            </w:tcMar>
            <w:vAlign w:val="center"/>
          </w:tcPr>
          <w:p w14:paraId="17B27DDE" w14:textId="77777777" w:rsidR="00F720C3" w:rsidRPr="00582A7A" w:rsidRDefault="00000000" w:rsidP="003A2BCD">
            <w:pPr>
              <w:spacing w:after="0" w:line="240" w:lineRule="auto"/>
              <w:jc w:val="both"/>
              <w:rPr>
                <w:sz w:val="18"/>
                <w:szCs w:val="18"/>
              </w:rPr>
            </w:pPr>
            <w:r w:rsidRPr="00582A7A">
              <w:rPr>
                <w:sz w:val="18"/>
                <w:szCs w:val="18"/>
              </w:rPr>
              <w:t>596.00(397.00,</w:t>
            </w:r>
            <w:r>
              <w:rPr>
                <w:rFonts w:hint="eastAsia"/>
                <w:sz w:val="18"/>
                <w:szCs w:val="18"/>
                <w:lang w:eastAsia="zh-CN"/>
              </w:rPr>
              <w:t xml:space="preserve"> </w:t>
            </w:r>
            <w:r w:rsidRPr="00582A7A">
              <w:rPr>
                <w:sz w:val="18"/>
                <w:szCs w:val="18"/>
              </w:rPr>
              <w:t>818.50)</w:t>
            </w:r>
          </w:p>
        </w:tc>
        <w:tc>
          <w:tcPr>
            <w:tcW w:w="2098" w:type="dxa"/>
            <w:tcMar>
              <w:top w:w="70" w:type="dxa"/>
              <w:left w:w="90" w:type="dxa"/>
              <w:bottom w:w="70" w:type="dxa"/>
              <w:right w:w="90" w:type="dxa"/>
            </w:tcMar>
            <w:vAlign w:val="center"/>
          </w:tcPr>
          <w:p w14:paraId="35935AD5" w14:textId="77777777" w:rsidR="00F720C3" w:rsidRPr="00582A7A" w:rsidRDefault="00000000" w:rsidP="003A2BCD">
            <w:pPr>
              <w:spacing w:after="0" w:line="240" w:lineRule="auto"/>
              <w:jc w:val="both"/>
              <w:rPr>
                <w:sz w:val="18"/>
                <w:szCs w:val="18"/>
              </w:rPr>
            </w:pPr>
            <w:r w:rsidRPr="00582A7A">
              <w:rPr>
                <w:sz w:val="18"/>
                <w:szCs w:val="18"/>
              </w:rPr>
              <w:t>550.00 (376.50, 842.00)</w:t>
            </w:r>
          </w:p>
        </w:tc>
        <w:tc>
          <w:tcPr>
            <w:tcW w:w="766" w:type="dxa"/>
            <w:tcMar>
              <w:top w:w="70" w:type="dxa"/>
              <w:left w:w="90" w:type="dxa"/>
              <w:bottom w:w="70" w:type="dxa"/>
              <w:right w:w="90" w:type="dxa"/>
            </w:tcMar>
            <w:vAlign w:val="center"/>
          </w:tcPr>
          <w:p w14:paraId="71106528" w14:textId="77777777" w:rsidR="00F720C3" w:rsidRPr="00582A7A" w:rsidRDefault="00000000" w:rsidP="003A2BCD">
            <w:pPr>
              <w:spacing w:after="0" w:line="240" w:lineRule="auto"/>
              <w:jc w:val="both"/>
              <w:rPr>
                <w:sz w:val="18"/>
                <w:szCs w:val="18"/>
              </w:rPr>
            </w:pPr>
            <w:r w:rsidRPr="00582A7A">
              <w:rPr>
                <w:sz w:val="18"/>
                <w:szCs w:val="18"/>
              </w:rPr>
              <w:t>0.620</w:t>
            </w:r>
          </w:p>
        </w:tc>
      </w:tr>
      <w:tr w:rsidR="002A76DF" w:rsidRPr="00582A7A" w14:paraId="3787E1D2" w14:textId="77777777" w:rsidTr="00262C8D">
        <w:trPr>
          <w:jc w:val="center"/>
        </w:trPr>
        <w:tc>
          <w:tcPr>
            <w:tcW w:w="3806" w:type="dxa"/>
            <w:shd w:val="clear" w:color="auto" w:fill="EEF5FA"/>
            <w:tcMar>
              <w:top w:w="70" w:type="dxa"/>
              <w:left w:w="90" w:type="dxa"/>
              <w:bottom w:w="70" w:type="dxa"/>
              <w:right w:w="90" w:type="dxa"/>
            </w:tcMar>
            <w:vAlign w:val="center"/>
          </w:tcPr>
          <w:p w14:paraId="7E44D044" w14:textId="77777777" w:rsidR="00F720C3" w:rsidRPr="00582A7A" w:rsidRDefault="00000000" w:rsidP="003A2BCD">
            <w:pPr>
              <w:spacing w:after="0" w:line="240" w:lineRule="auto"/>
              <w:jc w:val="both"/>
              <w:rPr>
                <w:sz w:val="18"/>
                <w:szCs w:val="18"/>
              </w:rPr>
            </w:pPr>
            <w:r w:rsidRPr="00582A7A">
              <w:rPr>
                <w:b/>
                <w:sz w:val="18"/>
                <w:szCs w:val="18"/>
              </w:rPr>
              <w:t>Other variables</w:t>
            </w:r>
          </w:p>
        </w:tc>
        <w:tc>
          <w:tcPr>
            <w:tcW w:w="1985" w:type="dxa"/>
            <w:shd w:val="clear" w:color="auto" w:fill="EEF5FA"/>
            <w:tcMar>
              <w:top w:w="70" w:type="dxa"/>
              <w:left w:w="90" w:type="dxa"/>
              <w:bottom w:w="70" w:type="dxa"/>
              <w:right w:w="90" w:type="dxa"/>
            </w:tcMar>
            <w:vAlign w:val="center"/>
          </w:tcPr>
          <w:p w14:paraId="30F6AEB3" w14:textId="77777777" w:rsidR="00F720C3" w:rsidRPr="00582A7A" w:rsidRDefault="00F720C3" w:rsidP="003A2BCD">
            <w:pPr>
              <w:spacing w:after="0" w:line="240" w:lineRule="auto"/>
              <w:jc w:val="both"/>
              <w:rPr>
                <w:sz w:val="18"/>
                <w:szCs w:val="18"/>
              </w:rPr>
            </w:pPr>
          </w:p>
        </w:tc>
        <w:tc>
          <w:tcPr>
            <w:tcW w:w="1984" w:type="dxa"/>
            <w:shd w:val="clear" w:color="auto" w:fill="EEF5FA"/>
            <w:tcMar>
              <w:top w:w="70" w:type="dxa"/>
              <w:left w:w="90" w:type="dxa"/>
              <w:bottom w:w="70" w:type="dxa"/>
              <w:right w:w="90" w:type="dxa"/>
            </w:tcMar>
            <w:vAlign w:val="center"/>
          </w:tcPr>
          <w:p w14:paraId="0298D562" w14:textId="77777777" w:rsidR="00F720C3" w:rsidRPr="00582A7A" w:rsidRDefault="00F720C3" w:rsidP="003A2BCD">
            <w:pPr>
              <w:spacing w:after="0" w:line="240" w:lineRule="auto"/>
              <w:jc w:val="both"/>
              <w:rPr>
                <w:sz w:val="18"/>
                <w:szCs w:val="18"/>
              </w:rPr>
            </w:pPr>
          </w:p>
        </w:tc>
        <w:tc>
          <w:tcPr>
            <w:tcW w:w="1985" w:type="dxa"/>
            <w:shd w:val="clear" w:color="auto" w:fill="EEF5FA"/>
            <w:tcMar>
              <w:top w:w="70" w:type="dxa"/>
              <w:left w:w="90" w:type="dxa"/>
              <w:bottom w:w="70" w:type="dxa"/>
              <w:right w:w="90" w:type="dxa"/>
            </w:tcMar>
            <w:vAlign w:val="center"/>
          </w:tcPr>
          <w:p w14:paraId="3C3EC799" w14:textId="77777777" w:rsidR="00F720C3" w:rsidRPr="00582A7A" w:rsidRDefault="00F720C3" w:rsidP="003A2BCD">
            <w:pPr>
              <w:spacing w:after="0" w:line="240" w:lineRule="auto"/>
              <w:jc w:val="both"/>
              <w:rPr>
                <w:sz w:val="18"/>
                <w:szCs w:val="18"/>
              </w:rPr>
            </w:pPr>
          </w:p>
        </w:tc>
        <w:tc>
          <w:tcPr>
            <w:tcW w:w="2098" w:type="dxa"/>
            <w:shd w:val="clear" w:color="auto" w:fill="EEF5FA"/>
            <w:tcMar>
              <w:top w:w="70" w:type="dxa"/>
              <w:left w:w="90" w:type="dxa"/>
              <w:bottom w:w="70" w:type="dxa"/>
              <w:right w:w="90" w:type="dxa"/>
            </w:tcMar>
            <w:vAlign w:val="center"/>
          </w:tcPr>
          <w:p w14:paraId="4F7C1EDC" w14:textId="77777777" w:rsidR="00F720C3" w:rsidRPr="00582A7A" w:rsidRDefault="00F720C3" w:rsidP="003A2BCD">
            <w:pPr>
              <w:spacing w:after="0" w:line="240" w:lineRule="auto"/>
              <w:jc w:val="both"/>
              <w:rPr>
                <w:sz w:val="18"/>
                <w:szCs w:val="18"/>
              </w:rPr>
            </w:pPr>
          </w:p>
        </w:tc>
        <w:tc>
          <w:tcPr>
            <w:tcW w:w="766" w:type="dxa"/>
            <w:shd w:val="clear" w:color="auto" w:fill="EEF5FA"/>
            <w:tcMar>
              <w:top w:w="70" w:type="dxa"/>
              <w:left w:w="90" w:type="dxa"/>
              <w:bottom w:w="70" w:type="dxa"/>
              <w:right w:w="90" w:type="dxa"/>
            </w:tcMar>
            <w:vAlign w:val="center"/>
          </w:tcPr>
          <w:p w14:paraId="67B8CC70" w14:textId="77777777" w:rsidR="00F720C3" w:rsidRPr="00582A7A" w:rsidRDefault="00F720C3" w:rsidP="003A2BCD">
            <w:pPr>
              <w:spacing w:after="0" w:line="240" w:lineRule="auto"/>
              <w:jc w:val="both"/>
              <w:rPr>
                <w:sz w:val="18"/>
                <w:szCs w:val="18"/>
              </w:rPr>
            </w:pPr>
          </w:p>
        </w:tc>
      </w:tr>
      <w:tr w:rsidR="002A76DF" w:rsidRPr="00582A7A" w14:paraId="4835B557" w14:textId="77777777" w:rsidTr="00262C8D">
        <w:trPr>
          <w:jc w:val="center"/>
        </w:trPr>
        <w:tc>
          <w:tcPr>
            <w:tcW w:w="3806" w:type="dxa"/>
            <w:tcMar>
              <w:top w:w="70" w:type="dxa"/>
              <w:left w:w="90" w:type="dxa"/>
              <w:bottom w:w="70" w:type="dxa"/>
              <w:right w:w="90" w:type="dxa"/>
            </w:tcMar>
            <w:vAlign w:val="center"/>
          </w:tcPr>
          <w:p w14:paraId="72EEF5CD" w14:textId="77777777" w:rsidR="00F720C3" w:rsidRPr="00582A7A" w:rsidRDefault="00000000" w:rsidP="003A2BCD">
            <w:pPr>
              <w:spacing w:after="0" w:line="240" w:lineRule="auto"/>
              <w:jc w:val="both"/>
              <w:rPr>
                <w:sz w:val="18"/>
                <w:szCs w:val="18"/>
              </w:rPr>
            </w:pPr>
            <w:r w:rsidRPr="00582A7A">
              <w:rPr>
                <w:sz w:val="18"/>
                <w:szCs w:val="18"/>
              </w:rPr>
              <w:t>Creatinine (mg/dL)</w:t>
            </w:r>
          </w:p>
        </w:tc>
        <w:tc>
          <w:tcPr>
            <w:tcW w:w="1985" w:type="dxa"/>
            <w:tcMar>
              <w:top w:w="70" w:type="dxa"/>
              <w:left w:w="90" w:type="dxa"/>
              <w:bottom w:w="70" w:type="dxa"/>
              <w:right w:w="90" w:type="dxa"/>
            </w:tcMar>
            <w:vAlign w:val="center"/>
          </w:tcPr>
          <w:p w14:paraId="5458A25F" w14:textId="77777777" w:rsidR="00F720C3" w:rsidRPr="00582A7A" w:rsidRDefault="00000000" w:rsidP="003A2BCD">
            <w:pPr>
              <w:spacing w:after="0" w:line="240" w:lineRule="auto"/>
              <w:jc w:val="both"/>
              <w:rPr>
                <w:sz w:val="18"/>
                <w:szCs w:val="18"/>
              </w:rPr>
            </w:pPr>
            <w:r w:rsidRPr="00582A7A">
              <w:rPr>
                <w:sz w:val="18"/>
                <w:szCs w:val="18"/>
              </w:rPr>
              <w:t>0.94 (0.80, 1.13)</w:t>
            </w:r>
          </w:p>
        </w:tc>
        <w:tc>
          <w:tcPr>
            <w:tcW w:w="1984" w:type="dxa"/>
            <w:tcMar>
              <w:top w:w="70" w:type="dxa"/>
              <w:left w:w="90" w:type="dxa"/>
              <w:bottom w:w="70" w:type="dxa"/>
              <w:right w:w="90" w:type="dxa"/>
            </w:tcMar>
            <w:vAlign w:val="center"/>
          </w:tcPr>
          <w:p w14:paraId="6759FBBD" w14:textId="77777777" w:rsidR="00F720C3" w:rsidRPr="00582A7A" w:rsidRDefault="00000000" w:rsidP="003A2BCD">
            <w:pPr>
              <w:spacing w:after="0" w:line="240" w:lineRule="auto"/>
              <w:jc w:val="both"/>
              <w:rPr>
                <w:sz w:val="18"/>
                <w:szCs w:val="18"/>
              </w:rPr>
            </w:pPr>
            <w:r w:rsidRPr="00582A7A">
              <w:rPr>
                <w:sz w:val="18"/>
                <w:szCs w:val="18"/>
              </w:rPr>
              <w:t>0.94 (0.80, 1.10)</w:t>
            </w:r>
          </w:p>
        </w:tc>
        <w:tc>
          <w:tcPr>
            <w:tcW w:w="1985" w:type="dxa"/>
            <w:tcMar>
              <w:top w:w="70" w:type="dxa"/>
              <w:left w:w="90" w:type="dxa"/>
              <w:bottom w:w="70" w:type="dxa"/>
              <w:right w:w="90" w:type="dxa"/>
            </w:tcMar>
            <w:vAlign w:val="center"/>
          </w:tcPr>
          <w:p w14:paraId="021B6AB7" w14:textId="77777777" w:rsidR="00F720C3" w:rsidRPr="00582A7A" w:rsidRDefault="00000000" w:rsidP="003A2BCD">
            <w:pPr>
              <w:spacing w:after="0" w:line="240" w:lineRule="auto"/>
              <w:jc w:val="both"/>
              <w:rPr>
                <w:sz w:val="18"/>
                <w:szCs w:val="18"/>
              </w:rPr>
            </w:pPr>
            <w:r w:rsidRPr="00582A7A">
              <w:rPr>
                <w:sz w:val="18"/>
                <w:szCs w:val="18"/>
              </w:rPr>
              <w:t>0.93 (0.79, 1.10)</w:t>
            </w:r>
          </w:p>
        </w:tc>
        <w:tc>
          <w:tcPr>
            <w:tcW w:w="2098" w:type="dxa"/>
            <w:tcMar>
              <w:top w:w="70" w:type="dxa"/>
              <w:left w:w="90" w:type="dxa"/>
              <w:bottom w:w="70" w:type="dxa"/>
              <w:right w:w="90" w:type="dxa"/>
            </w:tcMar>
            <w:vAlign w:val="center"/>
          </w:tcPr>
          <w:p w14:paraId="70D994EB" w14:textId="77777777" w:rsidR="00F720C3" w:rsidRPr="00582A7A" w:rsidRDefault="00000000" w:rsidP="003A2BCD">
            <w:pPr>
              <w:spacing w:after="0" w:line="240" w:lineRule="auto"/>
              <w:jc w:val="both"/>
              <w:rPr>
                <w:sz w:val="18"/>
                <w:szCs w:val="18"/>
              </w:rPr>
            </w:pPr>
            <w:r w:rsidRPr="00582A7A">
              <w:rPr>
                <w:sz w:val="18"/>
                <w:szCs w:val="18"/>
              </w:rPr>
              <w:t>0.96 (0.82, 1.16)</w:t>
            </w:r>
          </w:p>
        </w:tc>
        <w:tc>
          <w:tcPr>
            <w:tcW w:w="766" w:type="dxa"/>
            <w:tcMar>
              <w:top w:w="70" w:type="dxa"/>
              <w:left w:w="90" w:type="dxa"/>
              <w:bottom w:w="70" w:type="dxa"/>
              <w:right w:w="90" w:type="dxa"/>
            </w:tcMar>
            <w:vAlign w:val="center"/>
          </w:tcPr>
          <w:p w14:paraId="6632DC2E" w14:textId="77777777" w:rsidR="00F720C3" w:rsidRPr="00582A7A" w:rsidRDefault="00000000" w:rsidP="003A2BCD">
            <w:pPr>
              <w:spacing w:after="0" w:line="240" w:lineRule="auto"/>
              <w:jc w:val="both"/>
              <w:rPr>
                <w:sz w:val="18"/>
                <w:szCs w:val="18"/>
              </w:rPr>
            </w:pPr>
            <w:r w:rsidRPr="00582A7A">
              <w:rPr>
                <w:sz w:val="18"/>
                <w:szCs w:val="18"/>
              </w:rPr>
              <w:t>0.148</w:t>
            </w:r>
          </w:p>
        </w:tc>
      </w:tr>
      <w:tr w:rsidR="002A76DF" w:rsidRPr="00582A7A" w14:paraId="6A49F2E6" w14:textId="77777777" w:rsidTr="00262C8D">
        <w:trPr>
          <w:jc w:val="center"/>
        </w:trPr>
        <w:tc>
          <w:tcPr>
            <w:tcW w:w="3806" w:type="dxa"/>
            <w:tcMar>
              <w:top w:w="70" w:type="dxa"/>
              <w:left w:w="90" w:type="dxa"/>
              <w:bottom w:w="70" w:type="dxa"/>
              <w:right w:w="90" w:type="dxa"/>
            </w:tcMar>
            <w:vAlign w:val="center"/>
          </w:tcPr>
          <w:p w14:paraId="4F7AA245" w14:textId="77777777" w:rsidR="00F720C3" w:rsidRPr="00582A7A" w:rsidRDefault="00000000" w:rsidP="003A2BCD">
            <w:pPr>
              <w:spacing w:after="0" w:line="240" w:lineRule="auto"/>
              <w:jc w:val="both"/>
              <w:rPr>
                <w:sz w:val="18"/>
                <w:szCs w:val="18"/>
              </w:rPr>
            </w:pPr>
            <w:r w:rsidRPr="00582A7A">
              <w:rPr>
                <w:sz w:val="18"/>
                <w:szCs w:val="18"/>
              </w:rPr>
              <w:t>ALT (U/L)</w:t>
            </w:r>
          </w:p>
        </w:tc>
        <w:tc>
          <w:tcPr>
            <w:tcW w:w="1985" w:type="dxa"/>
            <w:tcMar>
              <w:top w:w="70" w:type="dxa"/>
              <w:left w:w="90" w:type="dxa"/>
              <w:bottom w:w="70" w:type="dxa"/>
              <w:right w:w="90" w:type="dxa"/>
            </w:tcMar>
            <w:vAlign w:val="center"/>
          </w:tcPr>
          <w:p w14:paraId="2EB01ED6" w14:textId="77777777" w:rsidR="00F720C3" w:rsidRPr="00582A7A" w:rsidRDefault="00000000" w:rsidP="003A2BCD">
            <w:pPr>
              <w:spacing w:after="0" w:line="240" w:lineRule="auto"/>
              <w:jc w:val="both"/>
              <w:rPr>
                <w:sz w:val="18"/>
                <w:szCs w:val="18"/>
              </w:rPr>
            </w:pPr>
            <w:r w:rsidRPr="00582A7A">
              <w:rPr>
                <w:sz w:val="18"/>
                <w:szCs w:val="18"/>
              </w:rPr>
              <w:t>25.90 (17.30, 38.00)</w:t>
            </w:r>
          </w:p>
        </w:tc>
        <w:tc>
          <w:tcPr>
            <w:tcW w:w="1984" w:type="dxa"/>
            <w:tcMar>
              <w:top w:w="70" w:type="dxa"/>
              <w:left w:w="90" w:type="dxa"/>
              <w:bottom w:w="70" w:type="dxa"/>
              <w:right w:w="90" w:type="dxa"/>
            </w:tcMar>
            <w:vAlign w:val="center"/>
          </w:tcPr>
          <w:p w14:paraId="359BD58E" w14:textId="77777777" w:rsidR="00F720C3" w:rsidRPr="00582A7A" w:rsidRDefault="00000000" w:rsidP="003A2BCD">
            <w:pPr>
              <w:spacing w:after="0" w:line="240" w:lineRule="auto"/>
              <w:jc w:val="both"/>
              <w:rPr>
                <w:sz w:val="18"/>
                <w:szCs w:val="18"/>
              </w:rPr>
            </w:pPr>
            <w:r w:rsidRPr="00582A7A">
              <w:rPr>
                <w:sz w:val="18"/>
                <w:szCs w:val="18"/>
              </w:rPr>
              <w:t>26.50 (18.45, 36.45)</w:t>
            </w:r>
          </w:p>
        </w:tc>
        <w:tc>
          <w:tcPr>
            <w:tcW w:w="1985" w:type="dxa"/>
            <w:tcMar>
              <w:top w:w="70" w:type="dxa"/>
              <w:left w:w="90" w:type="dxa"/>
              <w:bottom w:w="70" w:type="dxa"/>
              <w:right w:w="90" w:type="dxa"/>
            </w:tcMar>
            <w:vAlign w:val="center"/>
          </w:tcPr>
          <w:p w14:paraId="365C6BF3" w14:textId="77777777" w:rsidR="00F720C3" w:rsidRPr="00582A7A" w:rsidRDefault="00000000" w:rsidP="003A2BCD">
            <w:pPr>
              <w:spacing w:after="0" w:line="240" w:lineRule="auto"/>
              <w:jc w:val="both"/>
              <w:rPr>
                <w:sz w:val="18"/>
                <w:szCs w:val="18"/>
              </w:rPr>
            </w:pPr>
            <w:r w:rsidRPr="00582A7A">
              <w:rPr>
                <w:sz w:val="18"/>
                <w:szCs w:val="18"/>
              </w:rPr>
              <w:t>24.60 (16.60, 35.50)</w:t>
            </w:r>
          </w:p>
        </w:tc>
        <w:tc>
          <w:tcPr>
            <w:tcW w:w="2098" w:type="dxa"/>
            <w:tcMar>
              <w:top w:w="70" w:type="dxa"/>
              <w:left w:w="90" w:type="dxa"/>
              <w:bottom w:w="70" w:type="dxa"/>
              <w:right w:w="90" w:type="dxa"/>
            </w:tcMar>
            <w:vAlign w:val="center"/>
          </w:tcPr>
          <w:p w14:paraId="12A60812" w14:textId="77777777" w:rsidR="00F720C3" w:rsidRPr="00582A7A" w:rsidRDefault="00000000" w:rsidP="003A2BCD">
            <w:pPr>
              <w:spacing w:after="0" w:line="240" w:lineRule="auto"/>
              <w:jc w:val="both"/>
              <w:rPr>
                <w:sz w:val="18"/>
                <w:szCs w:val="18"/>
              </w:rPr>
            </w:pPr>
            <w:r w:rsidRPr="00582A7A">
              <w:rPr>
                <w:sz w:val="18"/>
                <w:szCs w:val="18"/>
              </w:rPr>
              <w:t>26.60 (16.75, 41.70)</w:t>
            </w:r>
          </w:p>
        </w:tc>
        <w:tc>
          <w:tcPr>
            <w:tcW w:w="766" w:type="dxa"/>
            <w:tcMar>
              <w:top w:w="70" w:type="dxa"/>
              <w:left w:w="90" w:type="dxa"/>
              <w:bottom w:w="70" w:type="dxa"/>
              <w:right w:w="90" w:type="dxa"/>
            </w:tcMar>
            <w:vAlign w:val="center"/>
          </w:tcPr>
          <w:p w14:paraId="06905643" w14:textId="77777777" w:rsidR="00F720C3" w:rsidRPr="00582A7A" w:rsidRDefault="00000000" w:rsidP="003A2BCD">
            <w:pPr>
              <w:spacing w:after="0" w:line="240" w:lineRule="auto"/>
              <w:jc w:val="both"/>
              <w:rPr>
                <w:sz w:val="18"/>
                <w:szCs w:val="18"/>
              </w:rPr>
            </w:pPr>
            <w:r w:rsidRPr="00582A7A">
              <w:rPr>
                <w:sz w:val="18"/>
                <w:szCs w:val="18"/>
              </w:rPr>
              <w:t>0.290</w:t>
            </w:r>
          </w:p>
        </w:tc>
      </w:tr>
    </w:tbl>
    <w:p w14:paraId="31F841FD" w14:textId="77777777" w:rsidR="00F720C3" w:rsidRDefault="00F720C3">
      <w:pPr>
        <w:rPr>
          <w:rFonts w:eastAsia="宋体"/>
          <w:lang w:eastAsia="zh-CN"/>
        </w:rPr>
      </w:pPr>
    </w:p>
    <w:p w14:paraId="28A4C9E8" w14:textId="7F6A7CE8" w:rsidR="00666ADF" w:rsidRDefault="00666ADF" w:rsidP="00666ADF">
      <w:pPr>
        <w:jc w:val="both"/>
        <w:rPr>
          <w:rFonts w:eastAsia="宋体"/>
          <w:i/>
          <w:iCs/>
          <w:szCs w:val="24"/>
          <w:lang w:eastAsia="zh-CN"/>
        </w:rPr>
      </w:pPr>
      <w:r>
        <w:rPr>
          <w:i/>
        </w:rPr>
        <w:t>Note: This supplementary table contain</w:t>
      </w:r>
      <w:r>
        <w:rPr>
          <w:rFonts w:eastAsia="宋体" w:hint="eastAsia"/>
          <w:i/>
          <w:lang w:eastAsia="zh-CN"/>
        </w:rPr>
        <w:t>ed</w:t>
      </w:r>
      <w:r>
        <w:rPr>
          <w:i/>
        </w:rPr>
        <w:t xml:space="preserve"> all variables extracted from the original database. Variables with substantial missingness were shown for transparency and were not necessarily included in the primary multivariable model. Creatine kinase was not included as a covariate in Model 3 because 99.56% of values were missing.</w:t>
      </w:r>
      <w:r w:rsidRPr="00666ADF">
        <w:rPr>
          <w:i/>
          <w:iCs/>
          <w:szCs w:val="24"/>
          <w:lang w:eastAsia="zh-CN"/>
        </w:rPr>
        <w:t xml:space="preserve"> </w:t>
      </w:r>
      <w:r w:rsidRPr="00582A7A">
        <w:rPr>
          <w:i/>
          <w:iCs/>
          <w:szCs w:val="24"/>
          <w:lang w:eastAsia="zh-CN"/>
        </w:rPr>
        <w:t>ALBI, albumin–bilirubin; BMI, body mass index;</w:t>
      </w:r>
      <w:r>
        <w:rPr>
          <w:rFonts w:hint="eastAsia"/>
          <w:i/>
          <w:iCs/>
          <w:szCs w:val="24"/>
          <w:lang w:eastAsia="zh-CN"/>
        </w:rPr>
        <w:t xml:space="preserve"> CKD, c</w:t>
      </w:r>
      <w:r w:rsidRPr="00D55C11">
        <w:rPr>
          <w:i/>
          <w:iCs/>
          <w:szCs w:val="24"/>
          <w:lang w:eastAsia="zh-CN"/>
        </w:rPr>
        <w:t>hronic kidney disease</w:t>
      </w:r>
      <w:r>
        <w:rPr>
          <w:rFonts w:hint="eastAsia"/>
          <w:i/>
          <w:iCs/>
          <w:szCs w:val="24"/>
          <w:lang w:eastAsia="zh-CN"/>
        </w:rPr>
        <w:t xml:space="preserve">; COPD, </w:t>
      </w:r>
      <w:r w:rsidRPr="00A249B6">
        <w:rPr>
          <w:i/>
          <w:iCs/>
          <w:szCs w:val="24"/>
          <w:lang w:eastAsia="zh-CN"/>
        </w:rPr>
        <w:t>chronic obstructive pulmonary disease</w:t>
      </w:r>
      <w:r>
        <w:rPr>
          <w:rFonts w:hint="eastAsia"/>
          <w:i/>
          <w:iCs/>
          <w:szCs w:val="24"/>
          <w:lang w:eastAsia="zh-CN"/>
        </w:rPr>
        <w:t>;</w:t>
      </w:r>
      <w:r w:rsidRPr="00A05397">
        <w:rPr>
          <w:i/>
          <w:iCs/>
          <w:szCs w:val="24"/>
          <w:lang w:eastAsia="zh-CN"/>
        </w:rPr>
        <w:t xml:space="preserve"> </w:t>
      </w:r>
      <w:r>
        <w:rPr>
          <w:rFonts w:hint="eastAsia"/>
          <w:i/>
          <w:iCs/>
          <w:szCs w:val="24"/>
          <w:lang w:eastAsia="zh-CN"/>
        </w:rPr>
        <w:t xml:space="preserve">AF, </w:t>
      </w:r>
      <w:r w:rsidRPr="00D55C11">
        <w:rPr>
          <w:i/>
          <w:iCs/>
          <w:szCs w:val="24"/>
          <w:lang w:eastAsia="zh-CN"/>
        </w:rPr>
        <w:t>atrial fibrillation</w:t>
      </w:r>
      <w:r>
        <w:rPr>
          <w:rFonts w:hint="eastAsia"/>
          <w:i/>
          <w:iCs/>
          <w:szCs w:val="24"/>
          <w:lang w:eastAsia="zh-CN"/>
        </w:rPr>
        <w:t xml:space="preserve">; </w:t>
      </w:r>
      <w:r w:rsidRPr="00A05397">
        <w:rPr>
          <w:rFonts w:hint="eastAsia"/>
          <w:i/>
          <w:iCs/>
          <w:szCs w:val="24"/>
          <w:lang w:eastAsia="zh-CN"/>
        </w:rPr>
        <w:t xml:space="preserve">LVEF, </w:t>
      </w:r>
      <w:r>
        <w:rPr>
          <w:rFonts w:hint="eastAsia"/>
          <w:i/>
          <w:iCs/>
          <w:szCs w:val="24"/>
          <w:lang w:eastAsia="zh-CN"/>
        </w:rPr>
        <w:t>l</w:t>
      </w:r>
      <w:r w:rsidRPr="00A05397">
        <w:rPr>
          <w:i/>
          <w:iCs/>
          <w:szCs w:val="24"/>
          <w:lang w:eastAsia="zh-CN"/>
        </w:rPr>
        <w:t>eft ventricular ejection fraction</w:t>
      </w:r>
      <w:r w:rsidRPr="00A05397">
        <w:rPr>
          <w:rFonts w:hint="eastAsia"/>
          <w:i/>
          <w:iCs/>
          <w:szCs w:val="24"/>
          <w:lang w:eastAsia="zh-CN"/>
        </w:rPr>
        <w:t>;</w:t>
      </w:r>
      <w:r w:rsidRPr="003923A1">
        <w:rPr>
          <w:i/>
          <w:iCs/>
          <w:szCs w:val="24"/>
          <w:lang w:eastAsia="zh-CN"/>
        </w:rPr>
        <w:t xml:space="preserve"> </w:t>
      </w:r>
      <w:r w:rsidRPr="003923A1">
        <w:rPr>
          <w:rFonts w:hint="eastAsia"/>
          <w:i/>
          <w:iCs/>
          <w:szCs w:val="24"/>
          <w:lang w:eastAsia="zh-CN"/>
        </w:rPr>
        <w:t xml:space="preserve">LVEDD, </w:t>
      </w:r>
      <w:r>
        <w:rPr>
          <w:rFonts w:hint="eastAsia"/>
          <w:i/>
          <w:iCs/>
          <w:szCs w:val="24"/>
          <w:lang w:eastAsia="zh-CN"/>
        </w:rPr>
        <w:t>l</w:t>
      </w:r>
      <w:r w:rsidRPr="003923A1">
        <w:rPr>
          <w:i/>
          <w:iCs/>
          <w:szCs w:val="24"/>
          <w:lang w:eastAsia="zh-CN"/>
        </w:rPr>
        <w:t>eft ventricular end-diastolic diameter</w:t>
      </w:r>
      <w:r w:rsidRPr="003923A1">
        <w:rPr>
          <w:rFonts w:hint="eastAsia"/>
          <w:i/>
          <w:iCs/>
          <w:szCs w:val="24"/>
          <w:lang w:eastAsia="zh-CN"/>
        </w:rPr>
        <w:t>;</w:t>
      </w:r>
      <w:r w:rsidRPr="00582A7A">
        <w:rPr>
          <w:i/>
          <w:iCs/>
          <w:szCs w:val="24"/>
          <w:lang w:eastAsia="zh-CN"/>
        </w:rPr>
        <w:t xml:space="preserve"> </w:t>
      </w:r>
      <w:r>
        <w:rPr>
          <w:rFonts w:hint="eastAsia"/>
          <w:i/>
          <w:iCs/>
          <w:szCs w:val="24"/>
          <w:lang w:eastAsia="zh-CN"/>
        </w:rPr>
        <w:t xml:space="preserve">GRACE, </w:t>
      </w:r>
      <w:r w:rsidR="00CA06D6" w:rsidRPr="00CA06D6">
        <w:rPr>
          <w:rFonts w:hint="eastAsia"/>
          <w:i/>
          <w:iCs/>
          <w:szCs w:val="24"/>
          <w:lang w:eastAsia="zh-CN"/>
        </w:rPr>
        <w:t>G</w:t>
      </w:r>
      <w:r w:rsidR="00CA06D6" w:rsidRPr="00093123">
        <w:rPr>
          <w:i/>
          <w:iCs/>
          <w:szCs w:val="24"/>
          <w:lang w:eastAsia="zh-CN"/>
        </w:rPr>
        <w:t xml:space="preserve">lobal </w:t>
      </w:r>
      <w:r w:rsidR="00CA06D6" w:rsidRPr="00CA06D6">
        <w:rPr>
          <w:rFonts w:hint="eastAsia"/>
          <w:i/>
          <w:iCs/>
          <w:szCs w:val="24"/>
          <w:lang w:eastAsia="zh-CN"/>
        </w:rPr>
        <w:t>R</w:t>
      </w:r>
      <w:r w:rsidR="00CA06D6" w:rsidRPr="00093123">
        <w:rPr>
          <w:i/>
          <w:iCs/>
          <w:szCs w:val="24"/>
          <w:lang w:eastAsia="zh-CN"/>
        </w:rPr>
        <w:t xml:space="preserve">egistry of </w:t>
      </w:r>
      <w:r w:rsidR="00CA06D6" w:rsidRPr="00CA06D6">
        <w:rPr>
          <w:rFonts w:hint="eastAsia"/>
          <w:i/>
          <w:iCs/>
          <w:szCs w:val="24"/>
          <w:lang w:eastAsia="zh-CN"/>
        </w:rPr>
        <w:t>A</w:t>
      </w:r>
      <w:r w:rsidR="00CA06D6" w:rsidRPr="00093123">
        <w:rPr>
          <w:i/>
          <w:iCs/>
          <w:szCs w:val="24"/>
          <w:lang w:eastAsia="zh-CN"/>
        </w:rPr>
        <w:t xml:space="preserve">cute </w:t>
      </w:r>
      <w:r w:rsidR="00CA06D6" w:rsidRPr="00CA06D6">
        <w:rPr>
          <w:rFonts w:hint="eastAsia"/>
          <w:i/>
          <w:iCs/>
          <w:szCs w:val="24"/>
          <w:lang w:eastAsia="zh-CN"/>
        </w:rPr>
        <w:t>C</w:t>
      </w:r>
      <w:r w:rsidR="00CA06D6" w:rsidRPr="00093123">
        <w:rPr>
          <w:i/>
          <w:iCs/>
          <w:szCs w:val="24"/>
          <w:lang w:eastAsia="zh-CN"/>
        </w:rPr>
        <w:t xml:space="preserve">oronary </w:t>
      </w:r>
      <w:r w:rsidR="00CA06D6" w:rsidRPr="00CA06D6">
        <w:rPr>
          <w:rFonts w:hint="eastAsia"/>
          <w:i/>
          <w:iCs/>
          <w:szCs w:val="24"/>
          <w:lang w:eastAsia="zh-CN"/>
        </w:rPr>
        <w:t>E</w:t>
      </w:r>
      <w:r w:rsidR="00CA06D6" w:rsidRPr="00093123">
        <w:rPr>
          <w:i/>
          <w:iCs/>
          <w:szCs w:val="24"/>
          <w:lang w:eastAsia="zh-CN"/>
        </w:rPr>
        <w:t>vents</w:t>
      </w:r>
      <w:r>
        <w:rPr>
          <w:rFonts w:hint="eastAsia"/>
          <w:i/>
          <w:iCs/>
          <w:szCs w:val="24"/>
          <w:lang w:eastAsia="zh-CN"/>
        </w:rPr>
        <w:t xml:space="preserve">; </w:t>
      </w:r>
      <w:r w:rsidRPr="00582A7A">
        <w:rPr>
          <w:i/>
          <w:iCs/>
          <w:szCs w:val="24"/>
          <w:lang w:eastAsia="zh-CN"/>
        </w:rPr>
        <w:t xml:space="preserve">CRP, C-reactive protein; </w:t>
      </w:r>
      <w:r w:rsidRPr="007027CA">
        <w:rPr>
          <w:i/>
          <w:iCs/>
          <w:szCs w:val="24"/>
          <w:lang w:eastAsia="zh-CN"/>
        </w:rPr>
        <w:t>NT-</w:t>
      </w:r>
      <w:proofErr w:type="spellStart"/>
      <w:r w:rsidRPr="007027CA">
        <w:rPr>
          <w:i/>
          <w:iCs/>
          <w:szCs w:val="24"/>
          <w:lang w:eastAsia="zh-CN"/>
        </w:rPr>
        <w:t>proBNP</w:t>
      </w:r>
      <w:proofErr w:type="spellEnd"/>
      <w:r>
        <w:rPr>
          <w:rFonts w:hint="eastAsia"/>
          <w:i/>
          <w:iCs/>
          <w:szCs w:val="24"/>
          <w:lang w:eastAsia="zh-CN"/>
        </w:rPr>
        <w:t>,</w:t>
      </w:r>
      <w:r w:rsidRPr="007027CA">
        <w:rPr>
          <w:i/>
          <w:iCs/>
          <w:szCs w:val="24"/>
          <w:lang w:eastAsia="zh-CN"/>
        </w:rPr>
        <w:t xml:space="preserve"> N-terminal pro–B-type natriuretic peptide</w:t>
      </w:r>
      <w:r>
        <w:rPr>
          <w:rFonts w:hint="eastAsia"/>
          <w:i/>
          <w:iCs/>
          <w:szCs w:val="24"/>
          <w:lang w:eastAsia="zh-CN"/>
        </w:rPr>
        <w:t xml:space="preserve">; </w:t>
      </w:r>
      <w:proofErr w:type="spellStart"/>
      <w:r w:rsidRPr="001C1CFA">
        <w:rPr>
          <w:i/>
          <w:iCs/>
          <w:szCs w:val="24"/>
          <w:lang w:eastAsia="zh-CN"/>
        </w:rPr>
        <w:t>hs-cTnT</w:t>
      </w:r>
      <w:proofErr w:type="spellEnd"/>
      <w:r>
        <w:rPr>
          <w:rFonts w:hint="eastAsia"/>
          <w:i/>
          <w:iCs/>
          <w:szCs w:val="24"/>
          <w:lang w:eastAsia="zh-CN"/>
        </w:rPr>
        <w:t>,</w:t>
      </w:r>
      <w:r w:rsidRPr="001C1CFA">
        <w:rPr>
          <w:i/>
          <w:iCs/>
          <w:szCs w:val="24"/>
          <w:lang w:eastAsia="zh-CN"/>
        </w:rPr>
        <w:t xml:space="preserve"> high-sensitivity cardiac troponin T</w:t>
      </w:r>
      <w:r w:rsidRPr="001C1CFA">
        <w:rPr>
          <w:rFonts w:hint="eastAsia"/>
          <w:i/>
          <w:iCs/>
          <w:szCs w:val="24"/>
          <w:lang w:eastAsia="zh-CN"/>
        </w:rPr>
        <w:t>;</w:t>
      </w:r>
      <w:r>
        <w:rPr>
          <w:rFonts w:hint="eastAsia"/>
          <w:i/>
          <w:iCs/>
          <w:szCs w:val="24"/>
          <w:lang w:eastAsia="zh-CN"/>
        </w:rPr>
        <w:t xml:space="preserve"> </w:t>
      </w:r>
      <w:r w:rsidRPr="007027CA">
        <w:rPr>
          <w:i/>
          <w:iCs/>
          <w:szCs w:val="24"/>
          <w:lang w:eastAsia="zh-CN"/>
        </w:rPr>
        <w:t>CK-MB, creatine kinase-MB</w:t>
      </w:r>
      <w:r>
        <w:rPr>
          <w:rFonts w:hint="eastAsia"/>
          <w:i/>
          <w:iCs/>
          <w:szCs w:val="24"/>
          <w:lang w:eastAsia="zh-CN"/>
        </w:rPr>
        <w:t xml:space="preserve">; </w:t>
      </w:r>
      <w:r w:rsidRPr="007027CA">
        <w:rPr>
          <w:i/>
          <w:iCs/>
          <w:szCs w:val="24"/>
          <w:lang w:eastAsia="zh-CN"/>
        </w:rPr>
        <w:t>HDL-C,</w:t>
      </w:r>
      <w:r>
        <w:rPr>
          <w:rFonts w:hint="eastAsia"/>
          <w:i/>
          <w:iCs/>
          <w:szCs w:val="24"/>
          <w:lang w:eastAsia="zh-CN"/>
        </w:rPr>
        <w:t xml:space="preserve"> </w:t>
      </w:r>
      <w:r w:rsidRPr="007027CA">
        <w:rPr>
          <w:i/>
          <w:iCs/>
          <w:szCs w:val="24"/>
          <w:lang w:eastAsia="zh-CN"/>
        </w:rPr>
        <w:t>high-density lipoprotein cholesterol</w:t>
      </w:r>
      <w:r>
        <w:rPr>
          <w:rFonts w:hint="eastAsia"/>
          <w:i/>
          <w:iCs/>
          <w:szCs w:val="24"/>
          <w:lang w:eastAsia="zh-CN"/>
        </w:rPr>
        <w:t>; L</w:t>
      </w:r>
      <w:r w:rsidRPr="007027CA">
        <w:rPr>
          <w:i/>
          <w:iCs/>
          <w:szCs w:val="24"/>
          <w:lang w:eastAsia="zh-CN"/>
        </w:rPr>
        <w:t>DL-C</w:t>
      </w:r>
      <w:r>
        <w:rPr>
          <w:rFonts w:hint="eastAsia"/>
          <w:i/>
          <w:iCs/>
          <w:szCs w:val="24"/>
          <w:lang w:eastAsia="zh-CN"/>
        </w:rPr>
        <w:t xml:space="preserve">, </w:t>
      </w:r>
      <w:r w:rsidRPr="007027CA">
        <w:rPr>
          <w:i/>
          <w:iCs/>
          <w:szCs w:val="24"/>
          <w:lang w:eastAsia="zh-CN"/>
        </w:rPr>
        <w:t>low-density lipoprotein cholesterol</w:t>
      </w:r>
      <w:r>
        <w:rPr>
          <w:rFonts w:hint="eastAsia"/>
          <w:i/>
          <w:iCs/>
          <w:szCs w:val="24"/>
          <w:lang w:eastAsia="zh-CN"/>
        </w:rPr>
        <w:t xml:space="preserve">; </w:t>
      </w:r>
      <w:r w:rsidRPr="00582A7A">
        <w:rPr>
          <w:i/>
          <w:iCs/>
          <w:szCs w:val="24"/>
          <w:lang w:eastAsia="zh-CN"/>
        </w:rPr>
        <w:t xml:space="preserve">eGFR, estimated glomerular filtration rate; BUN/Cr, blood urea nitrogen-to-creatinine ratio; </w:t>
      </w:r>
      <w:proofErr w:type="spellStart"/>
      <w:r w:rsidRPr="00582A7A">
        <w:rPr>
          <w:i/>
          <w:iCs/>
          <w:szCs w:val="24"/>
          <w:lang w:eastAsia="zh-CN"/>
        </w:rPr>
        <w:t>LnCRP</w:t>
      </w:r>
      <w:proofErr w:type="spellEnd"/>
      <w:r w:rsidRPr="00582A7A">
        <w:rPr>
          <w:i/>
          <w:iCs/>
          <w:szCs w:val="24"/>
          <w:lang w:eastAsia="zh-CN"/>
        </w:rPr>
        <w:t>, natural logarithm of CRP; PCI, percutaneous coronary intervention;</w:t>
      </w:r>
      <w:r w:rsidRPr="00CA7523">
        <w:rPr>
          <w:rFonts w:hint="eastAsia"/>
          <w:i/>
          <w:iCs/>
          <w:szCs w:val="24"/>
          <w:lang w:eastAsia="zh-CN"/>
        </w:rPr>
        <w:t xml:space="preserve"> HF,</w:t>
      </w:r>
      <w:r>
        <w:rPr>
          <w:rFonts w:hint="eastAsia"/>
          <w:i/>
          <w:iCs/>
          <w:szCs w:val="24"/>
          <w:lang w:eastAsia="zh-CN"/>
        </w:rPr>
        <w:t xml:space="preserve"> </w:t>
      </w:r>
      <w:r w:rsidRPr="00CA7523">
        <w:rPr>
          <w:i/>
          <w:iCs/>
          <w:szCs w:val="24"/>
          <w:lang w:eastAsia="zh-CN"/>
        </w:rPr>
        <w:t>heart failure</w:t>
      </w:r>
      <w:r>
        <w:rPr>
          <w:rFonts w:hint="eastAsia"/>
          <w:i/>
          <w:iCs/>
          <w:szCs w:val="24"/>
          <w:lang w:eastAsia="zh-CN"/>
        </w:rPr>
        <w:t>;</w:t>
      </w:r>
      <w:r w:rsidRPr="00582A7A">
        <w:rPr>
          <w:i/>
          <w:iCs/>
          <w:szCs w:val="24"/>
          <w:lang w:eastAsia="zh-CN"/>
        </w:rPr>
        <w:t xml:space="preserve"> MACEs, major adverse cardiovascular events</w:t>
      </w:r>
      <w:r>
        <w:rPr>
          <w:rFonts w:hint="eastAsia"/>
          <w:i/>
          <w:iCs/>
          <w:szCs w:val="24"/>
          <w:lang w:eastAsia="zh-CN"/>
        </w:rPr>
        <w:t xml:space="preserve">; ALT, </w:t>
      </w:r>
      <w:r w:rsidRPr="003923A1">
        <w:rPr>
          <w:i/>
          <w:iCs/>
          <w:szCs w:val="24"/>
          <w:lang w:eastAsia="zh-CN"/>
        </w:rPr>
        <w:t>alanine aminotransferase</w:t>
      </w:r>
      <w:r>
        <w:rPr>
          <w:rFonts w:hint="eastAsia"/>
          <w:i/>
          <w:iCs/>
          <w:szCs w:val="24"/>
          <w:lang w:eastAsia="zh-CN"/>
        </w:rPr>
        <w:t>.</w:t>
      </w:r>
    </w:p>
    <w:p w14:paraId="3DF1F396" w14:textId="77777777" w:rsidR="00412FA7" w:rsidRPr="00815FDD" w:rsidRDefault="00412FA7" w:rsidP="00412FA7">
      <w:pPr>
        <w:keepNext/>
        <w:spacing w:before="240" w:after="100"/>
        <w:rPr>
          <w:szCs w:val="24"/>
          <w:lang w:eastAsia="zh-CN"/>
        </w:rPr>
      </w:pPr>
      <w:r w:rsidRPr="008E6F3B">
        <w:rPr>
          <w:b/>
          <w:szCs w:val="24"/>
        </w:rPr>
        <w:lastRenderedPageBreak/>
        <w:t>Supplementary Figure S1</w:t>
      </w:r>
      <w:r>
        <w:rPr>
          <w:rFonts w:hint="eastAsia"/>
          <w:b/>
          <w:szCs w:val="24"/>
          <w:lang w:eastAsia="zh-CN"/>
        </w:rPr>
        <w:t>.</w:t>
      </w:r>
      <w:r w:rsidRPr="008E6F3B">
        <w:rPr>
          <w:b/>
          <w:szCs w:val="24"/>
        </w:rPr>
        <w:t xml:space="preserve"> Time-dependent AUC curves for the ALBI, GRACE and GRACE+ALBI mo</w:t>
      </w:r>
      <w:r>
        <w:rPr>
          <w:rFonts w:hint="eastAsia"/>
          <w:b/>
          <w:szCs w:val="24"/>
          <w:lang w:eastAsia="zh-CN"/>
        </w:rPr>
        <w:t>dels.</w:t>
      </w:r>
    </w:p>
    <w:p w14:paraId="061AA35A" w14:textId="77777777" w:rsidR="00412FA7" w:rsidRPr="00D36F1C" w:rsidRDefault="00412FA7" w:rsidP="00412FA7">
      <w:pPr>
        <w:keepNext/>
        <w:spacing w:before="240" w:after="100"/>
        <w:rPr>
          <w:szCs w:val="24"/>
          <w:lang w:eastAsia="zh-CN"/>
        </w:rPr>
      </w:pPr>
      <w:r>
        <w:rPr>
          <w:noProof/>
          <w:sz w:val="19"/>
        </w:rPr>
        <w:drawing>
          <wp:inline distT="0" distB="0" distL="0" distR="0" wp14:anchorId="220131F5" wp14:editId="22E65694">
            <wp:extent cx="6583680" cy="42435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BI_Time_dependent_AUC_Curve.png"/>
                    <pic:cNvPicPr/>
                  </pic:nvPicPr>
                  <pic:blipFill>
                    <a:blip r:embed="rId8"/>
                    <a:stretch>
                      <a:fillRect/>
                    </a:stretch>
                  </pic:blipFill>
                  <pic:spPr>
                    <a:xfrm>
                      <a:off x="0" y="0"/>
                      <a:ext cx="6583680" cy="4243519"/>
                    </a:xfrm>
                    <a:prstGeom prst="rect">
                      <a:avLst/>
                    </a:prstGeom>
                  </pic:spPr>
                </pic:pic>
              </a:graphicData>
            </a:graphic>
          </wp:inline>
        </w:drawing>
      </w:r>
    </w:p>
    <w:p w14:paraId="46F96FB6" w14:textId="77777777" w:rsidR="00412FA7" w:rsidRDefault="00412FA7" w:rsidP="00412FA7">
      <w:pPr>
        <w:spacing w:before="60" w:after="160" w:line="240" w:lineRule="auto"/>
        <w:rPr>
          <w:i/>
          <w:iCs/>
          <w:szCs w:val="24"/>
          <w:lang w:eastAsia="zh-CN"/>
        </w:rPr>
      </w:pPr>
    </w:p>
    <w:p w14:paraId="6A3F85E9" w14:textId="77777777" w:rsidR="00412FA7" w:rsidRPr="008E6F3B" w:rsidRDefault="00412FA7" w:rsidP="00412FA7">
      <w:pPr>
        <w:spacing w:before="60" w:after="160" w:line="240" w:lineRule="auto"/>
        <w:rPr>
          <w:i/>
          <w:iCs/>
          <w:szCs w:val="24"/>
        </w:rPr>
      </w:pPr>
      <w:r w:rsidRPr="008E6F3B">
        <w:rPr>
          <w:i/>
          <w:iCs/>
          <w:szCs w:val="24"/>
          <w:lang w:eastAsia="zh-CN"/>
        </w:rPr>
        <w:t>Note:</w:t>
      </w:r>
      <w:r w:rsidRPr="008E6F3B">
        <w:rPr>
          <w:i/>
          <w:iCs/>
          <w:szCs w:val="24"/>
          <w:shd w:val="clear" w:color="auto" w:fill="FFFFFF"/>
        </w:rPr>
        <w:t xml:space="preserve"> </w:t>
      </w:r>
      <w:r w:rsidRPr="008E6F3B">
        <w:rPr>
          <w:i/>
          <w:iCs/>
          <w:szCs w:val="24"/>
          <w:lang w:eastAsia="zh-CN"/>
        </w:rPr>
        <w:t xml:space="preserve">The curves </w:t>
      </w:r>
      <w:r w:rsidRPr="008E6F3B">
        <w:rPr>
          <w:i/>
          <w:iCs/>
          <w:szCs w:val="24"/>
        </w:rPr>
        <w:t>display IPCW time-dependent AUC over follow-up for ALBI alone, the admission GRACE-based model and the admission GRACE+ALBI model. Late-follow-up fluctuations may reflect the decreasing number of observed events.</w:t>
      </w:r>
    </w:p>
    <w:p w14:paraId="65BDD06E" w14:textId="77777777" w:rsidR="00412FA7" w:rsidRPr="00412FA7" w:rsidRDefault="00412FA7" w:rsidP="00666ADF">
      <w:pPr>
        <w:jc w:val="both"/>
        <w:rPr>
          <w:rFonts w:eastAsia="宋体" w:hint="eastAsia"/>
          <w:lang w:eastAsia="zh-CN"/>
        </w:rPr>
      </w:pPr>
    </w:p>
    <w:sectPr w:rsidR="00412FA7" w:rsidRPr="00412FA7" w:rsidSect="00034616">
      <w:pgSz w:w="15840" w:h="12240" w:orient="landscape"/>
      <w:pgMar w:top="1440" w:right="1417"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B29C8" w14:textId="77777777" w:rsidR="00B936CE" w:rsidRDefault="00B936CE" w:rsidP="00185648">
      <w:pPr>
        <w:spacing w:after="0" w:line="240" w:lineRule="auto"/>
      </w:pPr>
      <w:r>
        <w:separator/>
      </w:r>
    </w:p>
  </w:endnote>
  <w:endnote w:type="continuationSeparator" w:id="0">
    <w:p w14:paraId="40387A39" w14:textId="77777777" w:rsidR="00B936CE" w:rsidRDefault="00B936CE" w:rsidP="00185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3B631" w14:textId="77777777" w:rsidR="00B936CE" w:rsidRDefault="00B936CE" w:rsidP="00185648">
      <w:pPr>
        <w:spacing w:after="0" w:line="240" w:lineRule="auto"/>
      </w:pPr>
      <w:r>
        <w:separator/>
      </w:r>
    </w:p>
  </w:footnote>
  <w:footnote w:type="continuationSeparator" w:id="0">
    <w:p w14:paraId="05B60278" w14:textId="77777777" w:rsidR="00B936CE" w:rsidRDefault="00B936CE" w:rsidP="001856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Times New Roman" w:eastAsia="Times New Roman" w:hAnsi="Times New Roman" w:cs="Times New Roman"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Times New Roman" w:eastAsia="Times New Roman" w:hAnsi="Times New Roman" w:cs="Times New Roman"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Times New Roman" w:eastAsia="Times New Roman" w:hAnsi="Times New Roman" w:cs="Times New Roman"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Times New Roman" w:eastAsia="Times New Roman" w:hAnsi="Times New Roman" w:cs="Times New Roman" w:hint="default"/>
      </w:rPr>
    </w:lvl>
  </w:abstractNum>
  <w:num w:numId="1" w16cid:durableId="257173850">
    <w:abstractNumId w:val="8"/>
  </w:num>
  <w:num w:numId="2" w16cid:durableId="750003997">
    <w:abstractNumId w:val="6"/>
  </w:num>
  <w:num w:numId="3" w16cid:durableId="1868054679">
    <w:abstractNumId w:val="5"/>
  </w:num>
  <w:num w:numId="4" w16cid:durableId="2005695091">
    <w:abstractNumId w:val="4"/>
  </w:num>
  <w:num w:numId="5" w16cid:durableId="1624313158">
    <w:abstractNumId w:val="7"/>
  </w:num>
  <w:num w:numId="6" w16cid:durableId="376204690">
    <w:abstractNumId w:val="3"/>
  </w:num>
  <w:num w:numId="7" w16cid:durableId="1778791167">
    <w:abstractNumId w:val="2"/>
  </w:num>
  <w:num w:numId="8" w16cid:durableId="525604377">
    <w:abstractNumId w:val="1"/>
  </w:num>
  <w:num w:numId="9" w16cid:durableId="1449275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0E55"/>
    <w:rsid w:val="00093123"/>
    <w:rsid w:val="000F295C"/>
    <w:rsid w:val="00122D0E"/>
    <w:rsid w:val="0015074B"/>
    <w:rsid w:val="00185648"/>
    <w:rsid w:val="001C1CFA"/>
    <w:rsid w:val="001E7D96"/>
    <w:rsid w:val="001F1A2E"/>
    <w:rsid w:val="002778C9"/>
    <w:rsid w:val="0029639D"/>
    <w:rsid w:val="00326F90"/>
    <w:rsid w:val="003544C0"/>
    <w:rsid w:val="00357CE1"/>
    <w:rsid w:val="00365883"/>
    <w:rsid w:val="003C6F83"/>
    <w:rsid w:val="004069AF"/>
    <w:rsid w:val="00412FA7"/>
    <w:rsid w:val="00432326"/>
    <w:rsid w:val="00433A09"/>
    <w:rsid w:val="00442B2A"/>
    <w:rsid w:val="005839FB"/>
    <w:rsid w:val="005C7E87"/>
    <w:rsid w:val="005E7870"/>
    <w:rsid w:val="00616D48"/>
    <w:rsid w:val="00666ADF"/>
    <w:rsid w:val="0067141D"/>
    <w:rsid w:val="00716C82"/>
    <w:rsid w:val="00741170"/>
    <w:rsid w:val="0078160F"/>
    <w:rsid w:val="00815FDD"/>
    <w:rsid w:val="0082696E"/>
    <w:rsid w:val="00873D9D"/>
    <w:rsid w:val="00876516"/>
    <w:rsid w:val="008E6F3B"/>
    <w:rsid w:val="008F1D3A"/>
    <w:rsid w:val="00907498"/>
    <w:rsid w:val="00937D6B"/>
    <w:rsid w:val="009B68C1"/>
    <w:rsid w:val="00A10F7D"/>
    <w:rsid w:val="00A90C35"/>
    <w:rsid w:val="00A931F6"/>
    <w:rsid w:val="00AA1D8D"/>
    <w:rsid w:val="00AF0FB2"/>
    <w:rsid w:val="00B046CC"/>
    <w:rsid w:val="00B47730"/>
    <w:rsid w:val="00B50C49"/>
    <w:rsid w:val="00B610CC"/>
    <w:rsid w:val="00B936CE"/>
    <w:rsid w:val="00B96B85"/>
    <w:rsid w:val="00C063BC"/>
    <w:rsid w:val="00C17F09"/>
    <w:rsid w:val="00CA06D6"/>
    <w:rsid w:val="00CB0664"/>
    <w:rsid w:val="00D36F1C"/>
    <w:rsid w:val="00D8439A"/>
    <w:rsid w:val="00DD0D2E"/>
    <w:rsid w:val="00EB434F"/>
    <w:rsid w:val="00ED7DF0"/>
    <w:rsid w:val="00F720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3DBDDB"/>
  <w14:defaultImageDpi w14:val="300"/>
  <w15:docId w15:val="{89A3671F-802E-4C30-A197-37ACE2B7C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360" w:lineRule="auto"/>
    </w:pPr>
    <w:rPr>
      <w:rFonts w:eastAsia="Times New Roman"/>
      <w:sz w:val="24"/>
    </w:rPr>
  </w:style>
  <w:style w:type="paragraph" w:styleId="1">
    <w:name w:val="heading 1"/>
    <w:basedOn w:val="a1"/>
    <w:next w:val="a1"/>
    <w:link w:val="10"/>
    <w:uiPriority w:val="9"/>
    <w:qFormat/>
    <w:rsid w:val="00FC693F"/>
    <w:pPr>
      <w:keepNext/>
      <w:keepLines/>
      <w:spacing w:before="480" w:after="0"/>
      <w:outlineLvl w:val="0"/>
    </w:pPr>
    <w:rPr>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imes New Roman" w:eastAsia="Times New Roman" w:hAnsi="Times New Roman" w:cs="Times New Roman"/>
      <w:b/>
      <w:bCs/>
      <w:color w:val="365F91" w:themeColor="accent1" w:themeShade="BF"/>
      <w:sz w:val="28"/>
      <w:szCs w:val="28"/>
    </w:rPr>
  </w:style>
  <w:style w:type="character" w:customStyle="1" w:styleId="22">
    <w:name w:val="标题 2 字符"/>
    <w:basedOn w:val="a2"/>
    <w:link w:val="21"/>
    <w:uiPriority w:val="9"/>
    <w:rsid w:val="00FC693F"/>
    <w:rPr>
      <w:rFonts w:ascii="Times New Roman" w:eastAsia="Times New Roman" w:hAnsi="Times New Roman" w:cs="Times New Roman"/>
      <w:b/>
      <w:bCs/>
      <w:color w:val="4F81BD" w:themeColor="accent1"/>
      <w:sz w:val="26"/>
      <w:szCs w:val="26"/>
    </w:rPr>
  </w:style>
  <w:style w:type="character" w:customStyle="1" w:styleId="32">
    <w:name w:val="标题 3 字符"/>
    <w:basedOn w:val="a2"/>
    <w:link w:val="31"/>
    <w:uiPriority w:val="9"/>
    <w:rsid w:val="00FC693F"/>
    <w:rPr>
      <w:rFonts w:ascii="Times New Roman" w:eastAsia="Times New Roman" w:hAnsi="Times New Roman" w:cs="Times New Roman"/>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ab">
    <w:name w:val="标题 字符"/>
    <w:basedOn w:val="a2"/>
    <w:link w:val="aa"/>
    <w:uiPriority w:val="10"/>
    <w:rsid w:val="00FC693F"/>
    <w:rPr>
      <w:rFonts w:ascii="Times New Roman" w:eastAsia="Times New Roman" w:hAnsi="Times New Roman" w:cs="Times New Roman"/>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i/>
      <w:iCs/>
      <w:color w:val="4F81BD" w:themeColor="accent1"/>
      <w:spacing w:val="15"/>
      <w:szCs w:val="24"/>
    </w:rPr>
  </w:style>
  <w:style w:type="character" w:customStyle="1" w:styleId="ad">
    <w:name w:val="副标题 字符"/>
    <w:basedOn w:val="a2"/>
    <w:link w:val="ac"/>
    <w:uiPriority w:val="11"/>
    <w:rsid w:val="00FC693F"/>
    <w:rPr>
      <w:rFonts w:ascii="Times New Roman" w:eastAsia="Times New Roman" w:hAnsi="Times New Roman" w:cs="Times New Roman"/>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Times New Roman" w:eastAsia="Times New Roman" w:hAnsi="Times New Roman" w:cs="Times New Roman"/>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eastAsia="Times New Roman"/>
      <w:sz w:val="20"/>
      <w:szCs w:val="20"/>
    </w:rPr>
  </w:style>
  <w:style w:type="character" w:customStyle="1" w:styleId="af4">
    <w:name w:val="宏文本 字符"/>
    <w:basedOn w:val="a2"/>
    <w:link w:val="af3"/>
    <w:uiPriority w:val="99"/>
    <w:rsid w:val="0029639D"/>
    <w:rPr>
      <w:rFonts w:ascii="Times New Roman" w:eastAsia="Times New Roman" w:hAnsi="Times New Roman" w:cs="Times New Roman"/>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rFonts w:ascii="Times New Roman" w:eastAsia="Times New Roman" w:hAnsi="Times New Roman" w:cs="Times New Roman"/>
      <w:i/>
      <w:iCs/>
      <w:color w:val="000000" w:themeColor="text1"/>
    </w:rPr>
  </w:style>
  <w:style w:type="character" w:customStyle="1" w:styleId="40">
    <w:name w:val="标题 4 字符"/>
    <w:basedOn w:val="a2"/>
    <w:link w:val="4"/>
    <w:uiPriority w:val="9"/>
    <w:semiHidden/>
    <w:rsid w:val="00FC693F"/>
    <w:rPr>
      <w:rFonts w:ascii="Times New Roman" w:eastAsia="Times New Roman" w:hAnsi="Times New Roman" w:cs="Times New Roman"/>
      <w:b/>
      <w:bCs/>
      <w:i/>
      <w:iCs/>
      <w:color w:val="4F81BD" w:themeColor="accent1"/>
    </w:rPr>
  </w:style>
  <w:style w:type="character" w:customStyle="1" w:styleId="50">
    <w:name w:val="标题 5 字符"/>
    <w:basedOn w:val="a2"/>
    <w:link w:val="5"/>
    <w:uiPriority w:val="9"/>
    <w:semiHidden/>
    <w:rsid w:val="00FC693F"/>
    <w:rPr>
      <w:rFonts w:ascii="Times New Roman" w:eastAsia="Times New Roman" w:hAnsi="Times New Roman" w:cs="Times New Roman"/>
      <w:color w:val="243F60" w:themeColor="accent1" w:themeShade="7F"/>
    </w:rPr>
  </w:style>
  <w:style w:type="character" w:customStyle="1" w:styleId="60">
    <w:name w:val="标题 6 字符"/>
    <w:basedOn w:val="a2"/>
    <w:link w:val="6"/>
    <w:uiPriority w:val="9"/>
    <w:semiHidden/>
    <w:rsid w:val="00FC693F"/>
    <w:rPr>
      <w:rFonts w:ascii="Times New Roman" w:eastAsia="Times New Roman" w:hAnsi="Times New Roman" w:cs="Times New Roman"/>
      <w:i/>
      <w:iCs/>
      <w:color w:val="243F60" w:themeColor="accent1" w:themeShade="7F"/>
    </w:rPr>
  </w:style>
  <w:style w:type="character" w:customStyle="1" w:styleId="70">
    <w:name w:val="标题 7 字符"/>
    <w:basedOn w:val="a2"/>
    <w:link w:val="7"/>
    <w:uiPriority w:val="9"/>
    <w:semiHidden/>
    <w:rsid w:val="00FC693F"/>
    <w:rPr>
      <w:rFonts w:ascii="Times New Roman" w:eastAsia="Times New Roman" w:hAnsi="Times New Roman" w:cs="Times New Roman"/>
      <w:i/>
      <w:iCs/>
      <w:color w:val="404040" w:themeColor="text1" w:themeTint="BF"/>
    </w:rPr>
  </w:style>
  <w:style w:type="character" w:customStyle="1" w:styleId="80">
    <w:name w:val="标题 8 字符"/>
    <w:basedOn w:val="a2"/>
    <w:link w:val="8"/>
    <w:uiPriority w:val="9"/>
    <w:semiHidden/>
    <w:rsid w:val="00FC693F"/>
    <w:rPr>
      <w:rFonts w:ascii="Times New Roman" w:eastAsia="Times New Roman" w:hAnsi="Times New Roman" w:cs="Times New Roman"/>
      <w:color w:val="4F81BD" w:themeColor="accent1"/>
      <w:sz w:val="20"/>
      <w:szCs w:val="20"/>
    </w:rPr>
  </w:style>
  <w:style w:type="character" w:customStyle="1" w:styleId="90">
    <w:name w:val="标题 9 字符"/>
    <w:basedOn w:val="a2"/>
    <w:link w:val="9"/>
    <w:uiPriority w:val="9"/>
    <w:semiHidden/>
    <w:rsid w:val="00FC693F"/>
    <w:rPr>
      <w:rFonts w:ascii="Times New Roman" w:eastAsia="Times New Roman" w:hAnsi="Times New Roman" w:cs="Times New Roman"/>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rFonts w:ascii="Times New Roman" w:eastAsia="Times New Roman" w:hAnsi="Times New Roman" w:cs="Times New Roman"/>
      <w:b/>
      <w:bCs/>
    </w:rPr>
  </w:style>
  <w:style w:type="character" w:styleId="af9">
    <w:name w:val="Emphasis"/>
    <w:basedOn w:val="a2"/>
    <w:uiPriority w:val="20"/>
    <w:qFormat/>
    <w:rsid w:val="00FC693F"/>
    <w:rPr>
      <w:rFonts w:ascii="Times New Roman" w:eastAsia="Times New Roman" w:hAnsi="Times New Roman" w:cs="Times New Roman"/>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rFonts w:ascii="Times New Roman" w:eastAsia="Times New Roman" w:hAnsi="Times New Roman" w:cs="Times New Roman"/>
      <w:b/>
      <w:bCs/>
      <w:i/>
      <w:iCs/>
      <w:color w:val="4F81BD" w:themeColor="accent1"/>
    </w:rPr>
  </w:style>
  <w:style w:type="character" w:styleId="afc">
    <w:name w:val="Subtle Emphasis"/>
    <w:basedOn w:val="a2"/>
    <w:uiPriority w:val="19"/>
    <w:qFormat/>
    <w:rsid w:val="00FC693F"/>
    <w:rPr>
      <w:rFonts w:ascii="Times New Roman" w:eastAsia="Times New Roman" w:hAnsi="Times New Roman" w:cs="Times New Roman"/>
      <w:i/>
      <w:iCs/>
      <w:color w:val="808080" w:themeColor="text1" w:themeTint="7F"/>
    </w:rPr>
  </w:style>
  <w:style w:type="character" w:styleId="afd">
    <w:name w:val="Intense Emphasis"/>
    <w:basedOn w:val="a2"/>
    <w:uiPriority w:val="21"/>
    <w:qFormat/>
    <w:rsid w:val="00FC693F"/>
    <w:rPr>
      <w:rFonts w:ascii="Times New Roman" w:eastAsia="Times New Roman" w:hAnsi="Times New Roman" w:cs="Times New Roman"/>
      <w:b/>
      <w:bCs/>
      <w:i/>
      <w:iCs/>
      <w:color w:val="4F81BD" w:themeColor="accent1"/>
    </w:rPr>
  </w:style>
  <w:style w:type="character" w:styleId="afe">
    <w:name w:val="Subtle Reference"/>
    <w:basedOn w:val="a2"/>
    <w:uiPriority w:val="31"/>
    <w:qFormat/>
    <w:rsid w:val="00FC693F"/>
    <w:rPr>
      <w:rFonts w:ascii="Times New Roman" w:eastAsia="Times New Roman" w:hAnsi="Times New Roman" w:cs="Times New Roman"/>
      <w:smallCaps/>
      <w:color w:val="C0504D" w:themeColor="accent2"/>
      <w:u w:val="single"/>
    </w:rPr>
  </w:style>
  <w:style w:type="character" w:styleId="aff">
    <w:name w:val="Intense Reference"/>
    <w:basedOn w:val="a2"/>
    <w:uiPriority w:val="32"/>
    <w:qFormat/>
    <w:rsid w:val="00FC693F"/>
    <w:rPr>
      <w:rFonts w:ascii="Times New Roman" w:eastAsia="Times New Roman" w:hAnsi="Times New Roman" w:cs="Times New Roman"/>
      <w:b/>
      <w:bCs/>
      <w:smallCaps/>
      <w:color w:val="C0504D" w:themeColor="accent2"/>
      <w:spacing w:val="5"/>
      <w:u w:val="single"/>
    </w:rPr>
  </w:style>
  <w:style w:type="character" w:styleId="aff0">
    <w:name w:val="Book Title"/>
    <w:basedOn w:val="a2"/>
    <w:uiPriority w:val="33"/>
    <w:qFormat/>
    <w:rsid w:val="00FC693F"/>
    <w:rPr>
      <w:rFonts w:ascii="Times New Roman" w:eastAsia="Times New Roman" w:hAnsi="Times New Roman" w:cs="Times New Roman"/>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imes New Roman" w:eastAsia="Times New Roman" w:hAnsi="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imes New Roman" w:eastAsia="Times New Roman" w:hAnsi="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imes New Roman" w:eastAsia="Times New Roman" w:hAnsi="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imes New Roman" w:eastAsia="Times New Roman" w:hAnsi="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imes New Roman" w:eastAsia="Times New Roman" w:hAnsi="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imes New Roman" w:eastAsia="Times New Roman" w:hAnsi="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imes New Roman" w:eastAsia="Times New Roman" w:hAnsi="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12</Pages>
  <Words>2510</Words>
  <Characters>14535</Characters>
  <Application>Microsoft Office Word</Application>
  <DocSecurity>0</DocSecurity>
  <Lines>1038</Lines>
  <Paragraphs>1002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A18316889171@outlook.com</cp:lastModifiedBy>
  <cp:revision>28</cp:revision>
  <dcterms:created xsi:type="dcterms:W3CDTF">2013-12-23T23:15:00Z</dcterms:created>
  <dcterms:modified xsi:type="dcterms:W3CDTF">2026-09-16T02:44:00Z</dcterms:modified>
  <cp:category/>
</cp:coreProperties>
</file>