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E88D4A" w14:textId="77777777" w:rsidR="002D7411" w:rsidRDefault="00000000">
      <w:pPr>
        <w:jc w:val="center"/>
      </w:pPr>
      <w:r>
        <w:rPr>
          <w:b/>
          <w:sz w:val="36"/>
        </w:rPr>
        <w:t>SUPPLEMENTARY DATA</w:t>
      </w:r>
    </w:p>
    <w:p w14:paraId="0E814513" w14:textId="77777777" w:rsidR="002D7411" w:rsidRDefault="00000000">
      <w:pPr>
        <w:jc w:val="center"/>
      </w:pPr>
      <w:r>
        <w:rPr>
          <w:b/>
          <w:sz w:val="28"/>
        </w:rPr>
        <w:t>Is the pyrimidine the proton-handling element of the genetic alphabet?</w:t>
      </w:r>
      <w:r>
        <w:rPr>
          <w:b/>
          <w:sz w:val="28"/>
        </w:rPr>
        <w:br/>
      </w:r>
      <w:r>
        <w:rPr>
          <w:sz w:val="24"/>
        </w:rPr>
        <w:t>A quantum-chemical test of a proton-centred account of infectious disease</w:t>
      </w:r>
    </w:p>
    <w:p w14:paraId="1043A0AE" w14:textId="77777777" w:rsidR="002D7411" w:rsidRDefault="00000000">
      <w:pPr>
        <w:jc w:val="center"/>
      </w:pPr>
      <w:r>
        <w:rPr>
          <w:sz w:val="22"/>
        </w:rPr>
        <w:t>Shrish C. Srivastava</w:t>
      </w:r>
    </w:p>
    <w:p w14:paraId="0D77DE39" w14:textId="77777777" w:rsidR="002D7411" w:rsidRDefault="00000000">
      <w:pPr>
        <w:jc w:val="center"/>
      </w:pPr>
      <w:r>
        <w:rPr>
          <w:i/>
          <w:sz w:val="19"/>
        </w:rPr>
        <w:t>Electronic energies • thermochemistry • frequency diagnostics • geometry inventory</w:t>
      </w:r>
    </w:p>
    <w:p w14:paraId="4A94EE39" w14:textId="77777777" w:rsidR="002D7411" w:rsidRDefault="00000000">
      <w:pPr>
        <w:pStyle w:val="Heading1"/>
      </w:pPr>
      <w:r>
        <w:t>Data and code availability</w:t>
      </w:r>
    </w:p>
    <w:p w14:paraId="4E83DF6A" w14:textId="77777777" w:rsidR="002D7411" w:rsidRDefault="00000000">
      <w:r>
        <w:t>Every number in this article is reproduced from the archive that accompanies it. Table files carry the values as computed; no figure is drawn from data not in the archive.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33"/>
        <w:gridCol w:w="5037"/>
      </w:tblGrid>
      <w:tr w:rsidR="002D7411" w14:paraId="69423D83" w14:textId="77777777">
        <w:trPr>
          <w:jc w:val="center"/>
        </w:trPr>
        <w:tc>
          <w:tcPr>
            <w:tcW w:w="5040" w:type="dxa"/>
          </w:tcPr>
          <w:p w14:paraId="341ED620" w14:textId="77777777" w:rsidR="002D7411" w:rsidRDefault="00000000">
            <w:r>
              <w:t>Archive item</w:t>
            </w:r>
          </w:p>
        </w:tc>
        <w:tc>
          <w:tcPr>
            <w:tcW w:w="5040" w:type="dxa"/>
          </w:tcPr>
          <w:p w14:paraId="1E0963B1" w14:textId="77777777" w:rsidR="002D7411" w:rsidRDefault="00000000">
            <w:r>
              <w:t>Contents</w:t>
            </w:r>
          </w:p>
        </w:tc>
      </w:tr>
      <w:tr w:rsidR="002D7411" w14:paraId="5345E9F5" w14:textId="77777777">
        <w:trPr>
          <w:jc w:val="center"/>
        </w:trPr>
        <w:tc>
          <w:tcPr>
            <w:tcW w:w="5040" w:type="dxa"/>
          </w:tcPr>
          <w:p w14:paraId="2D3EBDFB" w14:textId="77777777" w:rsidR="002D7411" w:rsidRDefault="00000000">
            <w:r>
              <w:t>S1</w:t>
            </w:r>
          </w:p>
        </w:tc>
        <w:tc>
          <w:tcPr>
            <w:tcW w:w="5040" w:type="dxa"/>
          </w:tcPr>
          <w:p w14:paraId="5B0B1588" w14:textId="77777777" w:rsidR="002D7411" w:rsidRDefault="00000000">
            <w:r>
              <w:t>Electronic energies, thermal corrections and lowest real frequency for all 65 species, both functionals (S1_all_species_energies.csv) — set out in full as Tables S1 and S2 below.</w:t>
            </w:r>
          </w:p>
        </w:tc>
      </w:tr>
      <w:tr w:rsidR="002D7411" w14:paraId="621615EF" w14:textId="77777777">
        <w:trPr>
          <w:jc w:val="center"/>
        </w:trPr>
        <w:tc>
          <w:tcPr>
            <w:tcW w:w="5040" w:type="dxa"/>
          </w:tcPr>
          <w:p w14:paraId="3C2D36E4" w14:textId="77777777" w:rsidR="002D7411" w:rsidRDefault="00000000">
            <w:r>
              <w:t>S2</w:t>
            </w:r>
          </w:p>
        </w:tc>
        <w:tc>
          <w:tcPr>
            <w:tcW w:w="5040" w:type="dxa"/>
          </w:tcPr>
          <w:p w14:paraId="2D9FAF55" w14:textId="77777777" w:rsidR="002D7411" w:rsidRDefault="00000000">
            <w:r>
              <w:t>Optimised Cartesian geometries, B3LYP/def2-SVP (S2_optimised_geometries.xyz) — inventoried as Table S3.</w:t>
            </w:r>
          </w:p>
        </w:tc>
      </w:tr>
      <w:tr w:rsidR="002D7411" w14:paraId="2D2916AA" w14:textId="77777777">
        <w:trPr>
          <w:jc w:val="center"/>
        </w:trPr>
        <w:tc>
          <w:tcPr>
            <w:tcW w:w="5040" w:type="dxa"/>
          </w:tcPr>
          <w:p w14:paraId="04546BA9" w14:textId="77777777" w:rsidR="002D7411" w:rsidRDefault="00000000">
            <w:r>
              <w:t>T1–T5</w:t>
            </w:r>
          </w:p>
        </w:tc>
        <w:tc>
          <w:tcPr>
            <w:tcW w:w="5040" w:type="dxa"/>
          </w:tcPr>
          <w:p w14:paraId="35B2F335" w14:textId="77777777" w:rsidR="002D7411" w:rsidRDefault="00000000">
            <w:r>
              <w:t>The five main-text tables as CSV, as plotted.</w:t>
            </w:r>
          </w:p>
        </w:tc>
      </w:tr>
      <w:tr w:rsidR="002D7411" w14:paraId="21147271" w14:textId="77777777">
        <w:trPr>
          <w:jc w:val="center"/>
        </w:trPr>
        <w:tc>
          <w:tcPr>
            <w:tcW w:w="5040" w:type="dxa"/>
          </w:tcPr>
          <w:p w14:paraId="1C574C81" w14:textId="77777777" w:rsidR="002D7411" w:rsidRDefault="00000000">
            <w:r>
              <w:t>Code</w:t>
            </w:r>
          </w:p>
        </w:tc>
        <w:tc>
          <w:tcPr>
            <w:tcW w:w="5040" w:type="dxa"/>
          </w:tcPr>
          <w:p w14:paraId="5C1EB50C" w14:textId="77777777" w:rsidR="002D7411" w:rsidRDefault="00000000">
            <w:r>
              <w:t>Species definitions, the PySCF drivers, the C-PCM solvation pass, the SF6 population analysis, the analysis layer and the figure scripts.</w:t>
            </w:r>
          </w:p>
        </w:tc>
      </w:tr>
    </w:tbl>
    <w:p w14:paraId="28770DCD" w14:textId="77777777" w:rsidR="002D7411" w:rsidRDefault="00000000">
      <w:pPr>
        <w:pStyle w:val="Heading1"/>
      </w:pPr>
      <w:r>
        <w:t>Supplementary data</w:t>
      </w:r>
    </w:p>
    <w:p w14:paraId="7A594683" w14:textId="77777777" w:rsidR="002D7411" w:rsidRDefault="00000000">
      <w:r>
        <w:t>The three listings below carry every computed quantity behind the main text. Energies are absolute electronic energies in hartree; thermal corrections are in kJ/mol at 298.15 K and 101325 Pa, referenced to the electronic energy so that they may be combined with either single-point method.</w:t>
      </w:r>
    </w:p>
    <w:p w14:paraId="4DF31603" w14:textId="77777777" w:rsidR="002D7411" w:rsidRDefault="002D7411">
      <w:pPr>
        <w:sectPr w:rsidR="002D7411">
          <w:headerReference w:type="default" r:id="rId8"/>
          <w:footerReference w:type="default" r:id="rId9"/>
          <w:pgSz w:w="12240" w:h="15840"/>
          <w:pgMar w:top="1008" w:right="1080" w:bottom="1008" w:left="1080" w:header="720" w:footer="720" w:gutter="0"/>
          <w:cols w:space="720"/>
          <w:docGrid w:linePitch="360"/>
        </w:sectPr>
      </w:pPr>
    </w:p>
    <w:p w14:paraId="01A045B0" w14:textId="77777777" w:rsidR="002D7411" w:rsidRDefault="00000000">
      <w:pPr>
        <w:spacing w:after="60"/>
      </w:pPr>
      <w:r>
        <w:rPr>
          <w:b/>
          <w:sz w:val="23"/>
        </w:rPr>
        <w:lastRenderedPageBreak/>
        <w:t>Table S1. Electronic energies of all 65 species (hartree). Aqueous values are C-PCM single points at M06-2X/def2-TZVP on the gas-phase geometry, computed only where a tautomer difference required them.</w:t>
      </w:r>
    </w:p>
    <w:p w14:paraId="7C9E272F" w14:textId="77777777" w:rsidR="002D7411" w:rsidRDefault="002D7411"/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864"/>
        <w:gridCol w:w="1800"/>
        <w:gridCol w:w="1800"/>
        <w:gridCol w:w="1800"/>
        <w:gridCol w:w="1800"/>
      </w:tblGrid>
      <w:tr w:rsidR="002D7411" w14:paraId="2D87DB05" w14:textId="77777777">
        <w:trPr>
          <w:tblHeader/>
          <w:jc w:val="center"/>
        </w:trPr>
        <w:tc>
          <w:tcPr>
            <w:tcW w:w="3600" w:type="dxa"/>
            <w:shd w:val="clear" w:color="auto" w:fill="D9EAF7"/>
            <w:vAlign w:val="center"/>
          </w:tcPr>
          <w:p w14:paraId="5A522365" w14:textId="77777777" w:rsidR="002D7411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Species</w:t>
            </w:r>
          </w:p>
        </w:tc>
        <w:tc>
          <w:tcPr>
            <w:tcW w:w="864" w:type="dxa"/>
            <w:shd w:val="clear" w:color="auto" w:fill="D9EAF7"/>
            <w:vAlign w:val="center"/>
          </w:tcPr>
          <w:p w14:paraId="1C24BF85" w14:textId="77777777" w:rsidR="002D7411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Charge</w:t>
            </w:r>
          </w:p>
        </w:tc>
        <w:tc>
          <w:tcPr>
            <w:tcW w:w="1800" w:type="dxa"/>
            <w:shd w:val="clear" w:color="auto" w:fill="D9EAF7"/>
            <w:vAlign w:val="center"/>
          </w:tcPr>
          <w:p w14:paraId="48D42563" w14:textId="77777777" w:rsidR="002D7411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B3LYP SVP</w:t>
            </w:r>
          </w:p>
        </w:tc>
        <w:tc>
          <w:tcPr>
            <w:tcW w:w="1800" w:type="dxa"/>
            <w:shd w:val="clear" w:color="auto" w:fill="D9EAF7"/>
            <w:vAlign w:val="center"/>
          </w:tcPr>
          <w:p w14:paraId="0DAB192A" w14:textId="77777777" w:rsidR="002D7411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M06-2X TZVP</w:t>
            </w:r>
          </w:p>
        </w:tc>
        <w:tc>
          <w:tcPr>
            <w:tcW w:w="1800" w:type="dxa"/>
            <w:shd w:val="clear" w:color="auto" w:fill="D9EAF7"/>
            <w:vAlign w:val="center"/>
          </w:tcPr>
          <w:p w14:paraId="77F11DB2" w14:textId="77777777" w:rsidR="002D7411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B3LYP TZVP</w:t>
            </w:r>
          </w:p>
        </w:tc>
        <w:tc>
          <w:tcPr>
            <w:tcW w:w="1800" w:type="dxa"/>
            <w:shd w:val="clear" w:color="auto" w:fill="D9EAF7"/>
            <w:vAlign w:val="center"/>
          </w:tcPr>
          <w:p w14:paraId="780D33C4" w14:textId="77777777" w:rsidR="002D7411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C-PCM water</w:t>
            </w:r>
          </w:p>
        </w:tc>
      </w:tr>
      <w:tr w:rsidR="002D7411" w14:paraId="4BF63FC8" w14:textId="77777777">
        <w:trPr>
          <w:jc w:val="center"/>
        </w:trPr>
        <w:tc>
          <w:tcPr>
            <w:tcW w:w="3600" w:type="dxa"/>
            <w:vAlign w:val="center"/>
          </w:tcPr>
          <w:p w14:paraId="4FEA092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1Me5MeNHC_amino</w:t>
            </w:r>
          </w:p>
        </w:tc>
        <w:tc>
          <w:tcPr>
            <w:tcW w:w="864" w:type="dxa"/>
            <w:vAlign w:val="center"/>
          </w:tcPr>
          <w:p w14:paraId="606F3D0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2684C6B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−548.32105</w:t>
            </w:r>
          </w:p>
        </w:tc>
        <w:tc>
          <w:tcPr>
            <w:tcW w:w="1800" w:type="dxa"/>
            <w:vAlign w:val="center"/>
          </w:tcPr>
          <w:p w14:paraId="4EC7B1B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−548.71380</w:t>
            </w:r>
          </w:p>
        </w:tc>
        <w:tc>
          <w:tcPr>
            <w:tcW w:w="1800" w:type="dxa"/>
            <w:vAlign w:val="center"/>
          </w:tcPr>
          <w:p w14:paraId="5DF9C0E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−548.94101</w:t>
            </w:r>
          </w:p>
        </w:tc>
        <w:tc>
          <w:tcPr>
            <w:tcW w:w="1800" w:type="dxa"/>
            <w:vAlign w:val="center"/>
          </w:tcPr>
          <w:p w14:paraId="516933D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−548.73757</w:t>
            </w:r>
          </w:p>
        </w:tc>
      </w:tr>
      <w:tr w:rsidR="002D7411" w14:paraId="7E7F94C3" w14:textId="77777777">
        <w:trPr>
          <w:jc w:val="center"/>
        </w:trPr>
        <w:tc>
          <w:tcPr>
            <w:tcW w:w="3600" w:type="dxa"/>
            <w:vAlign w:val="center"/>
          </w:tcPr>
          <w:p w14:paraId="40F9A77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1Me5MeNHC_oxime</w:t>
            </w:r>
          </w:p>
        </w:tc>
        <w:tc>
          <w:tcPr>
            <w:tcW w:w="864" w:type="dxa"/>
            <w:vAlign w:val="center"/>
          </w:tcPr>
          <w:p w14:paraId="449B12F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0C34770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−548.33665</w:t>
            </w:r>
          </w:p>
        </w:tc>
        <w:tc>
          <w:tcPr>
            <w:tcW w:w="1800" w:type="dxa"/>
            <w:vAlign w:val="center"/>
          </w:tcPr>
          <w:p w14:paraId="53C7692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−548.72984</w:t>
            </w:r>
          </w:p>
        </w:tc>
        <w:tc>
          <w:tcPr>
            <w:tcW w:w="1800" w:type="dxa"/>
            <w:vAlign w:val="center"/>
          </w:tcPr>
          <w:p w14:paraId="241A426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−548.95674</w:t>
            </w:r>
          </w:p>
        </w:tc>
        <w:tc>
          <w:tcPr>
            <w:tcW w:w="1800" w:type="dxa"/>
            <w:vAlign w:val="center"/>
          </w:tcPr>
          <w:p w14:paraId="1E71601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−548.74793</w:t>
            </w:r>
          </w:p>
        </w:tc>
      </w:tr>
      <w:tr w:rsidR="002D7411" w14:paraId="1F5E3031" w14:textId="77777777">
        <w:trPr>
          <w:jc w:val="center"/>
        </w:trPr>
        <w:tc>
          <w:tcPr>
            <w:tcW w:w="3600" w:type="dxa"/>
            <w:vAlign w:val="center"/>
          </w:tcPr>
          <w:p w14:paraId="7F7AF13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1MeC_amino</w:t>
            </w:r>
          </w:p>
        </w:tc>
        <w:tc>
          <w:tcPr>
            <w:tcW w:w="864" w:type="dxa"/>
            <w:vAlign w:val="center"/>
          </w:tcPr>
          <w:p w14:paraId="2A84352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2CF8DEB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−433.93000</w:t>
            </w:r>
          </w:p>
        </w:tc>
        <w:tc>
          <w:tcPr>
            <w:tcW w:w="1800" w:type="dxa"/>
            <w:vAlign w:val="center"/>
          </w:tcPr>
          <w:p w14:paraId="62858E8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−434.23664</w:t>
            </w:r>
          </w:p>
        </w:tc>
        <w:tc>
          <w:tcPr>
            <w:tcW w:w="1800" w:type="dxa"/>
            <w:vAlign w:val="center"/>
          </w:tcPr>
          <w:p w14:paraId="38BA1F7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−434.41818</w:t>
            </w:r>
          </w:p>
        </w:tc>
        <w:tc>
          <w:tcPr>
            <w:tcW w:w="1800" w:type="dxa"/>
            <w:vAlign w:val="center"/>
          </w:tcPr>
          <w:p w14:paraId="5756288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−434.26261</w:t>
            </w:r>
          </w:p>
        </w:tc>
      </w:tr>
      <w:tr w:rsidR="002D7411" w14:paraId="6C0AA022" w14:textId="77777777">
        <w:trPr>
          <w:jc w:val="center"/>
        </w:trPr>
        <w:tc>
          <w:tcPr>
            <w:tcW w:w="3600" w:type="dxa"/>
            <w:vAlign w:val="center"/>
          </w:tcPr>
          <w:p w14:paraId="7B6B9D8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1MeC_imino</w:t>
            </w:r>
          </w:p>
        </w:tc>
        <w:tc>
          <w:tcPr>
            <w:tcW w:w="864" w:type="dxa"/>
            <w:vAlign w:val="center"/>
          </w:tcPr>
          <w:p w14:paraId="6A86C95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4FE7CAB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−433.92814</w:t>
            </w:r>
          </w:p>
        </w:tc>
        <w:tc>
          <w:tcPr>
            <w:tcW w:w="1800" w:type="dxa"/>
            <w:vAlign w:val="center"/>
          </w:tcPr>
          <w:p w14:paraId="0A59288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−434.23463</w:t>
            </w:r>
          </w:p>
        </w:tc>
        <w:tc>
          <w:tcPr>
            <w:tcW w:w="1800" w:type="dxa"/>
            <w:vAlign w:val="center"/>
          </w:tcPr>
          <w:p w14:paraId="1974663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−434.41547</w:t>
            </w:r>
          </w:p>
        </w:tc>
        <w:tc>
          <w:tcPr>
            <w:tcW w:w="1800" w:type="dxa"/>
            <w:vAlign w:val="center"/>
          </w:tcPr>
          <w:p w14:paraId="2180FA2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−434.25404</w:t>
            </w:r>
          </w:p>
        </w:tc>
      </w:tr>
      <w:tr w:rsidR="002D7411" w14:paraId="5846E358" w14:textId="77777777">
        <w:trPr>
          <w:jc w:val="center"/>
        </w:trPr>
        <w:tc>
          <w:tcPr>
            <w:tcW w:w="3600" w:type="dxa"/>
            <w:vAlign w:val="center"/>
          </w:tcPr>
          <w:p w14:paraId="6EAE27F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1MeNHC_amino</w:t>
            </w:r>
          </w:p>
        </w:tc>
        <w:tc>
          <w:tcPr>
            <w:tcW w:w="864" w:type="dxa"/>
            <w:vAlign w:val="center"/>
          </w:tcPr>
          <w:p w14:paraId="2A412DD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2188609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−509.02992</w:t>
            </w:r>
          </w:p>
        </w:tc>
        <w:tc>
          <w:tcPr>
            <w:tcW w:w="1800" w:type="dxa"/>
            <w:vAlign w:val="center"/>
          </w:tcPr>
          <w:p w14:paraId="07EEE97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−509.40229</w:t>
            </w:r>
          </w:p>
        </w:tc>
        <w:tc>
          <w:tcPr>
            <w:tcW w:w="1800" w:type="dxa"/>
            <w:vAlign w:val="center"/>
          </w:tcPr>
          <w:p w14:paraId="737E19F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−509.60883</w:t>
            </w:r>
          </w:p>
        </w:tc>
        <w:tc>
          <w:tcPr>
            <w:tcW w:w="1800" w:type="dxa"/>
            <w:vAlign w:val="center"/>
          </w:tcPr>
          <w:p w14:paraId="47B7265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−509.42826</w:t>
            </w:r>
          </w:p>
        </w:tc>
      </w:tr>
      <w:tr w:rsidR="002D7411" w14:paraId="1890124F" w14:textId="77777777">
        <w:trPr>
          <w:jc w:val="center"/>
        </w:trPr>
        <w:tc>
          <w:tcPr>
            <w:tcW w:w="3600" w:type="dxa"/>
            <w:vAlign w:val="center"/>
          </w:tcPr>
          <w:p w14:paraId="328C9DF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1MeNHC_oxime</w:t>
            </w:r>
          </w:p>
        </w:tc>
        <w:tc>
          <w:tcPr>
            <w:tcW w:w="864" w:type="dxa"/>
            <w:vAlign w:val="center"/>
          </w:tcPr>
          <w:p w14:paraId="5794849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77AE69D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−509.04159</w:t>
            </w:r>
          </w:p>
        </w:tc>
        <w:tc>
          <w:tcPr>
            <w:tcW w:w="1800" w:type="dxa"/>
            <w:vAlign w:val="center"/>
          </w:tcPr>
          <w:p w14:paraId="7920568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−509.41280</w:t>
            </w:r>
          </w:p>
        </w:tc>
        <w:tc>
          <w:tcPr>
            <w:tcW w:w="1800" w:type="dxa"/>
            <w:vAlign w:val="center"/>
          </w:tcPr>
          <w:p w14:paraId="68A4034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−509.61958</w:t>
            </w:r>
          </w:p>
        </w:tc>
        <w:tc>
          <w:tcPr>
            <w:tcW w:w="1800" w:type="dxa"/>
            <w:vAlign w:val="center"/>
          </w:tcPr>
          <w:p w14:paraId="771FC33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−509.43218</w:t>
            </w:r>
          </w:p>
        </w:tc>
      </w:tr>
      <w:tr w:rsidR="002D7411" w14:paraId="3951A1F1" w14:textId="77777777">
        <w:trPr>
          <w:jc w:val="center"/>
        </w:trPr>
        <w:tc>
          <w:tcPr>
            <w:tcW w:w="3600" w:type="dxa"/>
            <w:vAlign w:val="center"/>
          </w:tcPr>
          <w:p w14:paraId="6A1B1C9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9MeA_amino</w:t>
            </w:r>
          </w:p>
        </w:tc>
        <w:tc>
          <w:tcPr>
            <w:tcW w:w="864" w:type="dxa"/>
            <w:vAlign w:val="center"/>
          </w:tcPr>
          <w:p w14:paraId="2D23C58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505DF0F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−506.26738</w:t>
            </w:r>
          </w:p>
        </w:tc>
        <w:tc>
          <w:tcPr>
            <w:tcW w:w="1800" w:type="dxa"/>
            <w:vAlign w:val="center"/>
          </w:tcPr>
          <w:p w14:paraId="3EF1DF3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−506.62646</w:t>
            </w:r>
          </w:p>
        </w:tc>
        <w:tc>
          <w:tcPr>
            <w:tcW w:w="1800" w:type="dxa"/>
            <w:vAlign w:val="center"/>
          </w:tcPr>
          <w:p w14:paraId="600C1BC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−506.82690</w:t>
            </w:r>
          </w:p>
        </w:tc>
        <w:tc>
          <w:tcPr>
            <w:tcW w:w="1800" w:type="dxa"/>
            <w:vAlign w:val="center"/>
          </w:tcPr>
          <w:p w14:paraId="4B91F43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−506.64613</w:t>
            </w:r>
          </w:p>
        </w:tc>
      </w:tr>
      <w:tr w:rsidR="002D7411" w14:paraId="14543AEC" w14:textId="77777777">
        <w:trPr>
          <w:jc w:val="center"/>
        </w:trPr>
        <w:tc>
          <w:tcPr>
            <w:tcW w:w="3600" w:type="dxa"/>
            <w:vAlign w:val="center"/>
          </w:tcPr>
          <w:p w14:paraId="0BBE5F7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9MeA_imino</w:t>
            </w:r>
          </w:p>
        </w:tc>
        <w:tc>
          <w:tcPr>
            <w:tcW w:w="864" w:type="dxa"/>
            <w:vAlign w:val="center"/>
          </w:tcPr>
          <w:p w14:paraId="2161F61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462A5BE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−506.23827</w:t>
            </w:r>
          </w:p>
        </w:tc>
        <w:tc>
          <w:tcPr>
            <w:tcW w:w="1800" w:type="dxa"/>
            <w:vAlign w:val="center"/>
          </w:tcPr>
          <w:p w14:paraId="621438F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−506.59710</w:t>
            </w:r>
          </w:p>
        </w:tc>
        <w:tc>
          <w:tcPr>
            <w:tcW w:w="1800" w:type="dxa"/>
            <w:vAlign w:val="center"/>
          </w:tcPr>
          <w:p w14:paraId="3CDAD86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−506.79774</w:t>
            </w:r>
          </w:p>
        </w:tc>
        <w:tc>
          <w:tcPr>
            <w:tcW w:w="1800" w:type="dxa"/>
            <w:vAlign w:val="center"/>
          </w:tcPr>
          <w:p w14:paraId="32AC3AB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−506.62883</w:t>
            </w:r>
          </w:p>
        </w:tc>
      </w:tr>
      <w:tr w:rsidR="002D7411" w14:paraId="51F5D208" w14:textId="77777777">
        <w:trPr>
          <w:jc w:val="center"/>
        </w:trPr>
        <w:tc>
          <w:tcPr>
            <w:tcW w:w="3600" w:type="dxa"/>
            <w:vAlign w:val="center"/>
          </w:tcPr>
          <w:p w14:paraId="7E65200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9MeG_amino</w:t>
            </w:r>
          </w:p>
        </w:tc>
        <w:tc>
          <w:tcPr>
            <w:tcW w:w="864" w:type="dxa"/>
            <w:vAlign w:val="center"/>
          </w:tcPr>
          <w:p w14:paraId="088BE5B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79F8B0D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−581.44848</w:t>
            </w:r>
          </w:p>
        </w:tc>
        <w:tc>
          <w:tcPr>
            <w:tcW w:w="1800" w:type="dxa"/>
            <w:vAlign w:val="center"/>
          </w:tcPr>
          <w:p w14:paraId="54A5F32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−581.87023</w:t>
            </w:r>
          </w:p>
        </w:tc>
        <w:tc>
          <w:tcPr>
            <w:tcW w:w="1800" w:type="dxa"/>
            <w:vAlign w:val="center"/>
          </w:tcPr>
          <w:p w14:paraId="7D6D724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−582.09602</w:t>
            </w:r>
          </w:p>
        </w:tc>
        <w:tc>
          <w:tcPr>
            <w:tcW w:w="1800" w:type="dxa"/>
            <w:vAlign w:val="center"/>
          </w:tcPr>
          <w:p w14:paraId="6AC63BE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−581.90441</w:t>
            </w:r>
          </w:p>
        </w:tc>
      </w:tr>
      <w:tr w:rsidR="002D7411" w14:paraId="4096BC05" w14:textId="77777777">
        <w:trPr>
          <w:jc w:val="center"/>
        </w:trPr>
        <w:tc>
          <w:tcPr>
            <w:tcW w:w="3600" w:type="dxa"/>
            <w:vAlign w:val="center"/>
          </w:tcPr>
          <w:p w14:paraId="5E875C2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9MeN2OHG_amino</w:t>
            </w:r>
          </w:p>
        </w:tc>
        <w:tc>
          <w:tcPr>
            <w:tcW w:w="864" w:type="dxa"/>
            <w:vAlign w:val="center"/>
          </w:tcPr>
          <w:p w14:paraId="09E6A5C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707173F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−656.55130</w:t>
            </w:r>
          </w:p>
        </w:tc>
        <w:tc>
          <w:tcPr>
            <w:tcW w:w="1800" w:type="dxa"/>
            <w:vAlign w:val="center"/>
          </w:tcPr>
          <w:p w14:paraId="4B7AB3E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−657.03891</w:t>
            </w:r>
          </w:p>
        </w:tc>
        <w:tc>
          <w:tcPr>
            <w:tcW w:w="1800" w:type="dxa"/>
            <w:vAlign w:val="center"/>
          </w:tcPr>
          <w:p w14:paraId="3D558C3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−657.28971</w:t>
            </w:r>
          </w:p>
        </w:tc>
        <w:tc>
          <w:tcPr>
            <w:tcW w:w="1800" w:type="dxa"/>
            <w:vAlign w:val="center"/>
          </w:tcPr>
          <w:p w14:paraId="15F0591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−657.07125</w:t>
            </w:r>
          </w:p>
        </w:tc>
      </w:tr>
      <w:tr w:rsidR="002D7411" w14:paraId="3B967E59" w14:textId="77777777">
        <w:trPr>
          <w:jc w:val="center"/>
        </w:trPr>
        <w:tc>
          <w:tcPr>
            <w:tcW w:w="3600" w:type="dxa"/>
            <w:vAlign w:val="center"/>
          </w:tcPr>
          <w:p w14:paraId="71B7DE8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9MeN2OHG_imino</w:t>
            </w:r>
          </w:p>
        </w:tc>
        <w:tc>
          <w:tcPr>
            <w:tcW w:w="864" w:type="dxa"/>
            <w:vAlign w:val="center"/>
          </w:tcPr>
          <w:p w14:paraId="35E11BF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17FB9A3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−656.53921</w:t>
            </w:r>
          </w:p>
        </w:tc>
        <w:tc>
          <w:tcPr>
            <w:tcW w:w="1800" w:type="dxa"/>
            <w:vAlign w:val="center"/>
          </w:tcPr>
          <w:p w14:paraId="2A59147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−657.02627</w:t>
            </w:r>
          </w:p>
        </w:tc>
        <w:tc>
          <w:tcPr>
            <w:tcW w:w="1800" w:type="dxa"/>
            <w:vAlign w:val="center"/>
          </w:tcPr>
          <w:p w14:paraId="3673E2B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−657.27768</w:t>
            </w:r>
          </w:p>
        </w:tc>
        <w:tc>
          <w:tcPr>
            <w:tcW w:w="1800" w:type="dxa"/>
            <w:vAlign w:val="center"/>
          </w:tcPr>
          <w:p w14:paraId="16CC6DA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−657.06114</w:t>
            </w:r>
          </w:p>
        </w:tc>
      </w:tr>
      <w:tr w:rsidR="002D7411" w14:paraId="399C0CD4" w14:textId="77777777">
        <w:trPr>
          <w:jc w:val="center"/>
        </w:trPr>
        <w:tc>
          <w:tcPr>
            <w:tcW w:w="3600" w:type="dxa"/>
            <w:vAlign w:val="center"/>
          </w:tcPr>
          <w:p w14:paraId="1779F36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9MeN6MeOA_amino</w:t>
            </w:r>
          </w:p>
        </w:tc>
        <w:tc>
          <w:tcPr>
            <w:tcW w:w="864" w:type="dxa"/>
            <w:vAlign w:val="center"/>
          </w:tcPr>
          <w:p w14:paraId="3C7B6C7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65FC037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−620.63922</w:t>
            </w:r>
          </w:p>
        </w:tc>
        <w:tc>
          <w:tcPr>
            <w:tcW w:w="1800" w:type="dxa"/>
            <w:vAlign w:val="center"/>
          </w:tcPr>
          <w:p w14:paraId="101DD2F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−621.08350</w:t>
            </w:r>
          </w:p>
        </w:tc>
        <w:tc>
          <w:tcPr>
            <w:tcW w:w="1800" w:type="dxa"/>
            <w:vAlign w:val="center"/>
          </w:tcPr>
          <w:p w14:paraId="6332DBF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−621.33086</w:t>
            </w:r>
          </w:p>
        </w:tc>
        <w:tc>
          <w:tcPr>
            <w:tcW w:w="1800" w:type="dxa"/>
            <w:vAlign w:val="center"/>
          </w:tcPr>
          <w:p w14:paraId="312D803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−621.10282</w:t>
            </w:r>
          </w:p>
        </w:tc>
      </w:tr>
      <w:tr w:rsidR="002D7411" w14:paraId="0E58BB7B" w14:textId="77777777">
        <w:trPr>
          <w:jc w:val="center"/>
        </w:trPr>
        <w:tc>
          <w:tcPr>
            <w:tcW w:w="3600" w:type="dxa"/>
            <w:vAlign w:val="center"/>
          </w:tcPr>
          <w:p w14:paraId="32A4F4D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9MeN6MeOA_imino</w:t>
            </w:r>
          </w:p>
        </w:tc>
        <w:tc>
          <w:tcPr>
            <w:tcW w:w="864" w:type="dxa"/>
            <w:vAlign w:val="center"/>
          </w:tcPr>
          <w:p w14:paraId="7D527F9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60F51A9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−620.63605</w:t>
            </w:r>
          </w:p>
        </w:tc>
        <w:tc>
          <w:tcPr>
            <w:tcW w:w="1800" w:type="dxa"/>
            <w:vAlign w:val="center"/>
          </w:tcPr>
          <w:p w14:paraId="360929B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−621.07834</w:t>
            </w:r>
          </w:p>
        </w:tc>
        <w:tc>
          <w:tcPr>
            <w:tcW w:w="1800" w:type="dxa"/>
            <w:vAlign w:val="center"/>
          </w:tcPr>
          <w:p w14:paraId="1892CAD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−621.32739</w:t>
            </w:r>
          </w:p>
        </w:tc>
        <w:tc>
          <w:tcPr>
            <w:tcW w:w="1800" w:type="dxa"/>
            <w:vAlign w:val="center"/>
          </w:tcPr>
          <w:p w14:paraId="527C872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−621.10281</w:t>
            </w:r>
          </w:p>
        </w:tc>
      </w:tr>
      <w:tr w:rsidR="002D7411" w14:paraId="4A2BABDD" w14:textId="77777777">
        <w:trPr>
          <w:jc w:val="center"/>
        </w:trPr>
        <w:tc>
          <w:tcPr>
            <w:tcW w:w="3600" w:type="dxa"/>
            <w:vAlign w:val="center"/>
          </w:tcPr>
          <w:p w14:paraId="7D1D23E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</w:t>
            </w:r>
          </w:p>
        </w:tc>
        <w:tc>
          <w:tcPr>
            <w:tcW w:w="864" w:type="dxa"/>
            <w:vAlign w:val="center"/>
          </w:tcPr>
          <w:p w14:paraId="61F6C33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52ACB3B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−466.98449</w:t>
            </w:r>
          </w:p>
        </w:tc>
        <w:tc>
          <w:tcPr>
            <w:tcW w:w="1800" w:type="dxa"/>
            <w:vAlign w:val="center"/>
          </w:tcPr>
          <w:p w14:paraId="4677EC1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−467.32254</w:t>
            </w:r>
          </w:p>
        </w:tc>
        <w:tc>
          <w:tcPr>
            <w:tcW w:w="1800" w:type="dxa"/>
            <w:vAlign w:val="center"/>
          </w:tcPr>
          <w:p w14:paraId="01A9226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−467.50209</w:t>
            </w:r>
          </w:p>
        </w:tc>
        <w:tc>
          <w:tcPr>
            <w:tcW w:w="1800" w:type="dxa"/>
            <w:vAlign w:val="center"/>
          </w:tcPr>
          <w:p w14:paraId="509A4A9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12136B1E" w14:textId="77777777">
        <w:trPr>
          <w:jc w:val="center"/>
        </w:trPr>
        <w:tc>
          <w:tcPr>
            <w:tcW w:w="3600" w:type="dxa"/>
            <w:vAlign w:val="center"/>
          </w:tcPr>
          <w:p w14:paraId="086D270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adenine_7H</w:t>
            </w:r>
          </w:p>
        </w:tc>
        <w:tc>
          <w:tcPr>
            <w:tcW w:w="864" w:type="dxa"/>
            <w:vAlign w:val="center"/>
          </w:tcPr>
          <w:p w14:paraId="5E7E5CE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30BE05D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−466.96965</w:t>
            </w:r>
          </w:p>
        </w:tc>
        <w:tc>
          <w:tcPr>
            <w:tcW w:w="1800" w:type="dxa"/>
            <w:vAlign w:val="center"/>
          </w:tcPr>
          <w:p w14:paraId="04F21A3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−467.30837</w:t>
            </w:r>
          </w:p>
        </w:tc>
        <w:tc>
          <w:tcPr>
            <w:tcW w:w="1800" w:type="dxa"/>
            <w:vAlign w:val="center"/>
          </w:tcPr>
          <w:p w14:paraId="56E46A0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−467.48839</w:t>
            </w:r>
          </w:p>
        </w:tc>
        <w:tc>
          <w:tcPr>
            <w:tcW w:w="1800" w:type="dxa"/>
            <w:vAlign w:val="center"/>
          </w:tcPr>
          <w:p w14:paraId="13C545C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−467.34081</w:t>
            </w:r>
          </w:p>
        </w:tc>
      </w:tr>
      <w:tr w:rsidR="002D7411" w14:paraId="7505A6A3" w14:textId="77777777">
        <w:trPr>
          <w:jc w:val="center"/>
        </w:trPr>
        <w:tc>
          <w:tcPr>
            <w:tcW w:w="3600" w:type="dxa"/>
            <w:vAlign w:val="center"/>
          </w:tcPr>
          <w:p w14:paraId="0E0126B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adenine_H+_N1</w:t>
            </w:r>
          </w:p>
        </w:tc>
        <w:tc>
          <w:tcPr>
            <w:tcW w:w="864" w:type="dxa"/>
            <w:vAlign w:val="center"/>
          </w:tcPr>
          <w:p w14:paraId="5D379CB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800" w:type="dxa"/>
            <w:vAlign w:val="center"/>
          </w:tcPr>
          <w:p w14:paraId="3982F41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−467.36432</w:t>
            </w:r>
          </w:p>
        </w:tc>
        <w:tc>
          <w:tcPr>
            <w:tcW w:w="1800" w:type="dxa"/>
            <w:vAlign w:val="center"/>
          </w:tcPr>
          <w:p w14:paraId="6FDADC4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−467.69140</w:t>
            </w:r>
          </w:p>
        </w:tc>
        <w:tc>
          <w:tcPr>
            <w:tcW w:w="1800" w:type="dxa"/>
            <w:vAlign w:val="center"/>
          </w:tcPr>
          <w:p w14:paraId="3A40E23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−467.87577</w:t>
            </w:r>
          </w:p>
        </w:tc>
        <w:tc>
          <w:tcPr>
            <w:tcW w:w="1800" w:type="dxa"/>
            <w:vAlign w:val="center"/>
          </w:tcPr>
          <w:p w14:paraId="6634073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02183431" w14:textId="77777777">
        <w:trPr>
          <w:jc w:val="center"/>
        </w:trPr>
        <w:tc>
          <w:tcPr>
            <w:tcW w:w="3600" w:type="dxa"/>
            <w:vAlign w:val="center"/>
          </w:tcPr>
          <w:p w14:paraId="74D6BD5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adenine_H+_N3</w:t>
            </w:r>
          </w:p>
        </w:tc>
        <w:tc>
          <w:tcPr>
            <w:tcW w:w="864" w:type="dxa"/>
            <w:vAlign w:val="center"/>
          </w:tcPr>
          <w:p w14:paraId="6D2B864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800" w:type="dxa"/>
            <w:vAlign w:val="center"/>
          </w:tcPr>
          <w:p w14:paraId="39CA53F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−467.36172</w:t>
            </w:r>
          </w:p>
        </w:tc>
        <w:tc>
          <w:tcPr>
            <w:tcW w:w="1800" w:type="dxa"/>
            <w:vAlign w:val="center"/>
          </w:tcPr>
          <w:p w14:paraId="2204EBC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−467.68901</w:t>
            </w:r>
          </w:p>
        </w:tc>
        <w:tc>
          <w:tcPr>
            <w:tcW w:w="1800" w:type="dxa"/>
            <w:vAlign w:val="center"/>
          </w:tcPr>
          <w:p w14:paraId="31D6D79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−467.87368</w:t>
            </w:r>
          </w:p>
        </w:tc>
        <w:tc>
          <w:tcPr>
            <w:tcW w:w="1800" w:type="dxa"/>
            <w:vAlign w:val="center"/>
          </w:tcPr>
          <w:p w14:paraId="1A1A681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2E8C2096" w14:textId="77777777">
        <w:trPr>
          <w:jc w:val="center"/>
        </w:trPr>
        <w:tc>
          <w:tcPr>
            <w:tcW w:w="3600" w:type="dxa"/>
            <w:vAlign w:val="center"/>
          </w:tcPr>
          <w:p w14:paraId="7596FC9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adenine_H+_N6(exo)</w:t>
            </w:r>
          </w:p>
        </w:tc>
        <w:tc>
          <w:tcPr>
            <w:tcW w:w="864" w:type="dxa"/>
            <w:vAlign w:val="center"/>
          </w:tcPr>
          <w:p w14:paraId="3C65F17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800" w:type="dxa"/>
            <w:vAlign w:val="center"/>
          </w:tcPr>
          <w:p w14:paraId="2DEC8E1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−467.32406</w:t>
            </w:r>
          </w:p>
        </w:tc>
        <w:tc>
          <w:tcPr>
            <w:tcW w:w="1800" w:type="dxa"/>
            <w:vAlign w:val="center"/>
          </w:tcPr>
          <w:p w14:paraId="6713BC8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−467.65496</w:t>
            </w:r>
          </w:p>
        </w:tc>
        <w:tc>
          <w:tcPr>
            <w:tcW w:w="1800" w:type="dxa"/>
            <w:vAlign w:val="center"/>
          </w:tcPr>
          <w:p w14:paraId="7B338AE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−467.83790</w:t>
            </w:r>
          </w:p>
        </w:tc>
        <w:tc>
          <w:tcPr>
            <w:tcW w:w="1800" w:type="dxa"/>
            <w:vAlign w:val="center"/>
          </w:tcPr>
          <w:p w14:paraId="0364012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094CA542" w14:textId="77777777">
        <w:trPr>
          <w:jc w:val="center"/>
        </w:trPr>
        <w:tc>
          <w:tcPr>
            <w:tcW w:w="3600" w:type="dxa"/>
            <w:vAlign w:val="center"/>
          </w:tcPr>
          <w:p w14:paraId="50CAECE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adenine_H+_N7</w:t>
            </w:r>
          </w:p>
        </w:tc>
        <w:tc>
          <w:tcPr>
            <w:tcW w:w="864" w:type="dxa"/>
            <w:vAlign w:val="center"/>
          </w:tcPr>
          <w:p w14:paraId="13EF9F5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800" w:type="dxa"/>
            <w:vAlign w:val="center"/>
          </w:tcPr>
          <w:p w14:paraId="6AC1316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−467.35015</w:t>
            </w:r>
          </w:p>
        </w:tc>
        <w:tc>
          <w:tcPr>
            <w:tcW w:w="1800" w:type="dxa"/>
            <w:vAlign w:val="center"/>
          </w:tcPr>
          <w:p w14:paraId="1092653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−467.67738</w:t>
            </w:r>
          </w:p>
        </w:tc>
        <w:tc>
          <w:tcPr>
            <w:tcW w:w="1800" w:type="dxa"/>
            <w:vAlign w:val="center"/>
          </w:tcPr>
          <w:p w14:paraId="5B40B18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−467.86269</w:t>
            </w:r>
          </w:p>
        </w:tc>
        <w:tc>
          <w:tcPr>
            <w:tcW w:w="1800" w:type="dxa"/>
            <w:vAlign w:val="center"/>
          </w:tcPr>
          <w:p w14:paraId="5BE8B3F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400A335C" w14:textId="77777777">
        <w:trPr>
          <w:jc w:val="center"/>
        </w:trPr>
        <w:tc>
          <w:tcPr>
            <w:tcW w:w="3600" w:type="dxa"/>
            <w:vAlign w:val="center"/>
          </w:tcPr>
          <w:p w14:paraId="5C6C93F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adenine_imino</w:t>
            </w:r>
          </w:p>
        </w:tc>
        <w:tc>
          <w:tcPr>
            <w:tcW w:w="864" w:type="dxa"/>
            <w:vAlign w:val="center"/>
          </w:tcPr>
          <w:p w14:paraId="4C7647E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70B1071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−466.96598</w:t>
            </w:r>
          </w:p>
        </w:tc>
        <w:tc>
          <w:tcPr>
            <w:tcW w:w="1800" w:type="dxa"/>
            <w:vAlign w:val="center"/>
          </w:tcPr>
          <w:p w14:paraId="526AC51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−467.30406</w:t>
            </w:r>
          </w:p>
        </w:tc>
        <w:tc>
          <w:tcPr>
            <w:tcW w:w="1800" w:type="dxa"/>
            <w:vAlign w:val="center"/>
          </w:tcPr>
          <w:p w14:paraId="6517F03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−467.48341</w:t>
            </w:r>
          </w:p>
        </w:tc>
        <w:tc>
          <w:tcPr>
            <w:tcW w:w="1800" w:type="dxa"/>
            <w:vAlign w:val="center"/>
          </w:tcPr>
          <w:p w14:paraId="6267B7F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−467.32973</w:t>
            </w:r>
          </w:p>
        </w:tc>
      </w:tr>
      <w:tr w:rsidR="002D7411" w14:paraId="52D5E6D8" w14:textId="77777777">
        <w:trPr>
          <w:jc w:val="center"/>
        </w:trPr>
        <w:tc>
          <w:tcPr>
            <w:tcW w:w="3600" w:type="dxa"/>
            <w:vAlign w:val="center"/>
          </w:tcPr>
          <w:p w14:paraId="6261311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ammonia</w:t>
            </w:r>
          </w:p>
        </w:tc>
        <w:tc>
          <w:tcPr>
            <w:tcW w:w="864" w:type="dxa"/>
            <w:vAlign w:val="center"/>
          </w:tcPr>
          <w:p w14:paraId="45A4B23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5A56D68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−56.50949</w:t>
            </w:r>
          </w:p>
        </w:tc>
        <w:tc>
          <w:tcPr>
            <w:tcW w:w="1800" w:type="dxa"/>
            <w:vAlign w:val="center"/>
          </w:tcPr>
          <w:p w14:paraId="5070E95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−56.54926</w:t>
            </w:r>
          </w:p>
        </w:tc>
        <w:tc>
          <w:tcPr>
            <w:tcW w:w="1800" w:type="dxa"/>
            <w:vAlign w:val="center"/>
          </w:tcPr>
          <w:p w14:paraId="16B552F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−56.58539</w:t>
            </w:r>
          </w:p>
        </w:tc>
        <w:tc>
          <w:tcPr>
            <w:tcW w:w="1800" w:type="dxa"/>
            <w:vAlign w:val="center"/>
          </w:tcPr>
          <w:p w14:paraId="453D118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27729D60" w14:textId="77777777">
        <w:trPr>
          <w:jc w:val="center"/>
        </w:trPr>
        <w:tc>
          <w:tcPr>
            <w:tcW w:w="3600" w:type="dxa"/>
            <w:vAlign w:val="center"/>
          </w:tcPr>
          <w:p w14:paraId="7305C9E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ammonia_H+</w:t>
            </w:r>
          </w:p>
        </w:tc>
        <w:tc>
          <w:tcPr>
            <w:tcW w:w="864" w:type="dxa"/>
            <w:vAlign w:val="center"/>
          </w:tcPr>
          <w:p w14:paraId="401F902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800" w:type="dxa"/>
            <w:vAlign w:val="center"/>
          </w:tcPr>
          <w:p w14:paraId="15EA6EA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−56.85578</w:t>
            </w:r>
          </w:p>
        </w:tc>
        <w:tc>
          <w:tcPr>
            <w:tcW w:w="1800" w:type="dxa"/>
            <w:vAlign w:val="center"/>
          </w:tcPr>
          <w:p w14:paraId="5DA3DCE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−56.88520</w:t>
            </w:r>
          </w:p>
        </w:tc>
        <w:tc>
          <w:tcPr>
            <w:tcW w:w="1800" w:type="dxa"/>
            <w:vAlign w:val="center"/>
          </w:tcPr>
          <w:p w14:paraId="725D5FE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−56.92376</w:t>
            </w:r>
          </w:p>
        </w:tc>
        <w:tc>
          <w:tcPr>
            <w:tcW w:w="1800" w:type="dxa"/>
            <w:vAlign w:val="center"/>
          </w:tcPr>
          <w:p w14:paraId="03351BA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6B5275F4" w14:textId="77777777">
        <w:trPr>
          <w:jc w:val="center"/>
        </w:trPr>
        <w:tc>
          <w:tcPr>
            <w:tcW w:w="3600" w:type="dxa"/>
            <w:vAlign w:val="center"/>
          </w:tcPr>
          <w:p w14:paraId="730C3F3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aniline</w:t>
            </w:r>
          </w:p>
        </w:tc>
        <w:tc>
          <w:tcPr>
            <w:tcW w:w="864" w:type="dxa"/>
            <w:vAlign w:val="center"/>
          </w:tcPr>
          <w:p w14:paraId="37E1516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59FCE05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−287.40189</w:t>
            </w:r>
          </w:p>
        </w:tc>
        <w:tc>
          <w:tcPr>
            <w:tcW w:w="1800" w:type="dxa"/>
            <w:vAlign w:val="center"/>
          </w:tcPr>
          <w:p w14:paraId="55384AF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−287.58353</w:t>
            </w:r>
          </w:p>
        </w:tc>
        <w:tc>
          <w:tcPr>
            <w:tcW w:w="1800" w:type="dxa"/>
            <w:vAlign w:val="center"/>
          </w:tcPr>
          <w:p w14:paraId="6BA0D73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−287.71776</w:t>
            </w:r>
          </w:p>
        </w:tc>
        <w:tc>
          <w:tcPr>
            <w:tcW w:w="1800" w:type="dxa"/>
            <w:vAlign w:val="center"/>
          </w:tcPr>
          <w:p w14:paraId="146E6CD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5B70F531" w14:textId="77777777">
        <w:trPr>
          <w:jc w:val="center"/>
        </w:trPr>
        <w:tc>
          <w:tcPr>
            <w:tcW w:w="3600" w:type="dxa"/>
            <w:vAlign w:val="center"/>
          </w:tcPr>
          <w:p w14:paraId="5584098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aniline_H+</w:t>
            </w:r>
          </w:p>
        </w:tc>
        <w:tc>
          <w:tcPr>
            <w:tcW w:w="864" w:type="dxa"/>
            <w:vAlign w:val="center"/>
          </w:tcPr>
          <w:p w14:paraId="456E4B7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800" w:type="dxa"/>
            <w:vAlign w:val="center"/>
          </w:tcPr>
          <w:p w14:paraId="33531D9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−287.75183</w:t>
            </w:r>
          </w:p>
        </w:tc>
        <w:tc>
          <w:tcPr>
            <w:tcW w:w="1800" w:type="dxa"/>
            <w:vAlign w:val="center"/>
          </w:tcPr>
          <w:p w14:paraId="16A38E5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−287.92805</w:t>
            </w:r>
          </w:p>
        </w:tc>
        <w:tc>
          <w:tcPr>
            <w:tcW w:w="1800" w:type="dxa"/>
            <w:vAlign w:val="center"/>
          </w:tcPr>
          <w:p w14:paraId="1B97661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−288.06521</w:t>
            </w:r>
          </w:p>
        </w:tc>
        <w:tc>
          <w:tcPr>
            <w:tcW w:w="1800" w:type="dxa"/>
            <w:vAlign w:val="center"/>
          </w:tcPr>
          <w:p w14:paraId="1A34175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1E0F4A69" w14:textId="77777777">
        <w:trPr>
          <w:jc w:val="center"/>
        </w:trPr>
        <w:tc>
          <w:tcPr>
            <w:tcW w:w="3600" w:type="dxa"/>
            <w:vAlign w:val="center"/>
          </w:tcPr>
          <w:p w14:paraId="177B51A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benzene</w:t>
            </w:r>
          </w:p>
        </w:tc>
        <w:tc>
          <w:tcPr>
            <w:tcW w:w="864" w:type="dxa"/>
            <w:vAlign w:val="center"/>
          </w:tcPr>
          <w:p w14:paraId="70F899B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0C2DA26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−232.08478</w:t>
            </w:r>
          </w:p>
        </w:tc>
        <w:tc>
          <w:tcPr>
            <w:tcW w:w="1800" w:type="dxa"/>
            <w:vAlign w:val="center"/>
          </w:tcPr>
          <w:p w14:paraId="4DBB0CD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−232.22355</w:t>
            </w:r>
          </w:p>
        </w:tc>
        <w:tc>
          <w:tcPr>
            <w:tcW w:w="1800" w:type="dxa"/>
            <w:vAlign w:val="center"/>
          </w:tcPr>
          <w:p w14:paraId="1BE7CD3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−232.33669</w:t>
            </w:r>
          </w:p>
        </w:tc>
        <w:tc>
          <w:tcPr>
            <w:tcW w:w="1800" w:type="dxa"/>
            <w:vAlign w:val="center"/>
          </w:tcPr>
          <w:p w14:paraId="26B8E3F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6C204BF4" w14:textId="77777777">
        <w:trPr>
          <w:jc w:val="center"/>
        </w:trPr>
        <w:tc>
          <w:tcPr>
            <w:tcW w:w="3600" w:type="dxa"/>
            <w:vAlign w:val="center"/>
          </w:tcPr>
          <w:p w14:paraId="4BA66E6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cyclohexane</w:t>
            </w:r>
          </w:p>
        </w:tc>
        <w:tc>
          <w:tcPr>
            <w:tcW w:w="864" w:type="dxa"/>
            <w:vAlign w:val="center"/>
          </w:tcPr>
          <w:p w14:paraId="4AE5E0C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6FECDBB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−235.71154</w:t>
            </w:r>
          </w:p>
        </w:tc>
        <w:tc>
          <w:tcPr>
            <w:tcW w:w="1800" w:type="dxa"/>
            <w:vAlign w:val="center"/>
          </w:tcPr>
          <w:p w14:paraId="6CB6599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−235.83763</w:t>
            </w:r>
          </w:p>
        </w:tc>
        <w:tc>
          <w:tcPr>
            <w:tcW w:w="1800" w:type="dxa"/>
            <w:vAlign w:val="center"/>
          </w:tcPr>
          <w:p w14:paraId="2A96F83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−235.96678</w:t>
            </w:r>
          </w:p>
        </w:tc>
        <w:tc>
          <w:tcPr>
            <w:tcW w:w="1800" w:type="dxa"/>
            <w:vAlign w:val="center"/>
          </w:tcPr>
          <w:p w14:paraId="7CBCA55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792C7003" w14:textId="77777777">
        <w:trPr>
          <w:jc w:val="center"/>
        </w:trPr>
        <w:tc>
          <w:tcPr>
            <w:tcW w:w="3600" w:type="dxa"/>
            <w:vAlign w:val="center"/>
          </w:tcPr>
          <w:p w14:paraId="2E0EBCD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cyclohexene</w:t>
            </w:r>
          </w:p>
        </w:tc>
        <w:tc>
          <w:tcPr>
            <w:tcW w:w="864" w:type="dxa"/>
            <w:vAlign w:val="center"/>
          </w:tcPr>
          <w:p w14:paraId="066E441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4F36051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−234.48104</w:t>
            </w:r>
          </w:p>
        </w:tc>
        <w:tc>
          <w:tcPr>
            <w:tcW w:w="1800" w:type="dxa"/>
            <w:vAlign w:val="center"/>
          </w:tcPr>
          <w:p w14:paraId="666EE13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−234.61264</w:t>
            </w:r>
          </w:p>
        </w:tc>
        <w:tc>
          <w:tcPr>
            <w:tcW w:w="1800" w:type="dxa"/>
            <w:vAlign w:val="center"/>
          </w:tcPr>
          <w:p w14:paraId="46C2868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−234.73620</w:t>
            </w:r>
          </w:p>
        </w:tc>
        <w:tc>
          <w:tcPr>
            <w:tcW w:w="1800" w:type="dxa"/>
            <w:vAlign w:val="center"/>
          </w:tcPr>
          <w:p w14:paraId="2FAF751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564F8564" w14:textId="77777777">
        <w:trPr>
          <w:jc w:val="center"/>
        </w:trPr>
        <w:tc>
          <w:tcPr>
            <w:tcW w:w="3600" w:type="dxa"/>
            <w:vAlign w:val="center"/>
          </w:tcPr>
          <w:p w14:paraId="38D20FD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cytosine</w:t>
            </w:r>
          </w:p>
        </w:tc>
        <w:tc>
          <w:tcPr>
            <w:tcW w:w="864" w:type="dxa"/>
            <w:vAlign w:val="center"/>
          </w:tcPr>
          <w:p w14:paraId="6DB5679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6354F60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−394.64949</w:t>
            </w:r>
          </w:p>
        </w:tc>
        <w:tc>
          <w:tcPr>
            <w:tcW w:w="1800" w:type="dxa"/>
            <w:vAlign w:val="center"/>
          </w:tcPr>
          <w:p w14:paraId="4D70793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−394.93522</w:t>
            </w:r>
          </w:p>
        </w:tc>
        <w:tc>
          <w:tcPr>
            <w:tcW w:w="1800" w:type="dxa"/>
            <w:vAlign w:val="center"/>
          </w:tcPr>
          <w:p w14:paraId="6EE7E03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−395.09648</w:t>
            </w:r>
          </w:p>
        </w:tc>
        <w:tc>
          <w:tcPr>
            <w:tcW w:w="1800" w:type="dxa"/>
            <w:vAlign w:val="center"/>
          </w:tcPr>
          <w:p w14:paraId="5090992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61362D45" w14:textId="77777777">
        <w:trPr>
          <w:jc w:val="center"/>
        </w:trPr>
        <w:tc>
          <w:tcPr>
            <w:tcW w:w="3600" w:type="dxa"/>
            <w:vAlign w:val="center"/>
          </w:tcPr>
          <w:p w14:paraId="43BD379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cytosine_H+_N3</w:t>
            </w:r>
          </w:p>
        </w:tc>
        <w:tc>
          <w:tcPr>
            <w:tcW w:w="864" w:type="dxa"/>
            <w:vAlign w:val="center"/>
          </w:tcPr>
          <w:p w14:paraId="4D09F1F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800" w:type="dxa"/>
            <w:vAlign w:val="center"/>
          </w:tcPr>
          <w:p w14:paraId="1194A2B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−395.03527</w:t>
            </w:r>
          </w:p>
        </w:tc>
        <w:tc>
          <w:tcPr>
            <w:tcW w:w="1800" w:type="dxa"/>
            <w:vAlign w:val="center"/>
          </w:tcPr>
          <w:p w14:paraId="0E3233D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−395.30845</w:t>
            </w:r>
          </w:p>
        </w:tc>
        <w:tc>
          <w:tcPr>
            <w:tcW w:w="1800" w:type="dxa"/>
            <w:vAlign w:val="center"/>
          </w:tcPr>
          <w:p w14:paraId="36FBD39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−395.47425</w:t>
            </w:r>
          </w:p>
        </w:tc>
        <w:tc>
          <w:tcPr>
            <w:tcW w:w="1800" w:type="dxa"/>
            <w:vAlign w:val="center"/>
          </w:tcPr>
          <w:p w14:paraId="75F2085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40F41B16" w14:textId="77777777">
        <w:trPr>
          <w:jc w:val="center"/>
        </w:trPr>
        <w:tc>
          <w:tcPr>
            <w:tcW w:w="3600" w:type="dxa"/>
            <w:vAlign w:val="center"/>
          </w:tcPr>
          <w:p w14:paraId="7673971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cytosine_H+_O2</w:t>
            </w:r>
          </w:p>
        </w:tc>
        <w:tc>
          <w:tcPr>
            <w:tcW w:w="864" w:type="dxa"/>
            <w:vAlign w:val="center"/>
          </w:tcPr>
          <w:p w14:paraId="4B78443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800" w:type="dxa"/>
            <w:vAlign w:val="center"/>
          </w:tcPr>
          <w:p w14:paraId="5FDCE8C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−395.03320</w:t>
            </w:r>
          </w:p>
        </w:tc>
        <w:tc>
          <w:tcPr>
            <w:tcW w:w="1800" w:type="dxa"/>
            <w:vAlign w:val="center"/>
          </w:tcPr>
          <w:p w14:paraId="38DB50D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−395.31124</w:t>
            </w:r>
          </w:p>
        </w:tc>
        <w:tc>
          <w:tcPr>
            <w:tcW w:w="1800" w:type="dxa"/>
            <w:vAlign w:val="center"/>
          </w:tcPr>
          <w:p w14:paraId="50B84E0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−395.47396</w:t>
            </w:r>
          </w:p>
        </w:tc>
        <w:tc>
          <w:tcPr>
            <w:tcW w:w="1800" w:type="dxa"/>
            <w:vAlign w:val="center"/>
          </w:tcPr>
          <w:p w14:paraId="4997005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381B9EC0" w14:textId="77777777">
        <w:trPr>
          <w:jc w:val="center"/>
        </w:trPr>
        <w:tc>
          <w:tcPr>
            <w:tcW w:w="3600" w:type="dxa"/>
            <w:vAlign w:val="center"/>
          </w:tcPr>
          <w:p w14:paraId="6FBFF7E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cytosine_imino</w:t>
            </w:r>
          </w:p>
        </w:tc>
        <w:tc>
          <w:tcPr>
            <w:tcW w:w="864" w:type="dxa"/>
            <w:vAlign w:val="center"/>
          </w:tcPr>
          <w:p w14:paraId="32963BC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487EFEB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−394.64793</w:t>
            </w:r>
          </w:p>
        </w:tc>
        <w:tc>
          <w:tcPr>
            <w:tcW w:w="1800" w:type="dxa"/>
            <w:vAlign w:val="center"/>
          </w:tcPr>
          <w:p w14:paraId="4AFE23F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−394.93314</w:t>
            </w:r>
          </w:p>
        </w:tc>
        <w:tc>
          <w:tcPr>
            <w:tcW w:w="1800" w:type="dxa"/>
            <w:vAlign w:val="center"/>
          </w:tcPr>
          <w:p w14:paraId="12B5CB9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−395.09383</w:t>
            </w:r>
          </w:p>
        </w:tc>
        <w:tc>
          <w:tcPr>
            <w:tcW w:w="1800" w:type="dxa"/>
            <w:vAlign w:val="center"/>
          </w:tcPr>
          <w:p w14:paraId="6351119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−394.95575</w:t>
            </w:r>
          </w:p>
        </w:tc>
      </w:tr>
      <w:tr w:rsidR="002D7411" w14:paraId="5E855CEA" w14:textId="77777777">
        <w:trPr>
          <w:jc w:val="center"/>
        </w:trPr>
        <w:tc>
          <w:tcPr>
            <w:tcW w:w="3600" w:type="dxa"/>
            <w:vAlign w:val="center"/>
          </w:tcPr>
          <w:p w14:paraId="16A5F2A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dihydrofuran_25</w:t>
            </w:r>
          </w:p>
        </w:tc>
        <w:tc>
          <w:tcPr>
            <w:tcW w:w="864" w:type="dxa"/>
            <w:vAlign w:val="center"/>
          </w:tcPr>
          <w:p w14:paraId="775A043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5361C51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−231.04703</w:t>
            </w:r>
          </w:p>
        </w:tc>
        <w:tc>
          <w:tcPr>
            <w:tcW w:w="1800" w:type="dxa"/>
            <w:vAlign w:val="center"/>
          </w:tcPr>
          <w:p w14:paraId="68D30C3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−231.20399</w:t>
            </w:r>
          </w:p>
        </w:tc>
        <w:tc>
          <w:tcPr>
            <w:tcW w:w="1800" w:type="dxa"/>
            <w:vAlign w:val="center"/>
          </w:tcPr>
          <w:p w14:paraId="0389C7A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−231.31071</w:t>
            </w:r>
          </w:p>
        </w:tc>
        <w:tc>
          <w:tcPr>
            <w:tcW w:w="1800" w:type="dxa"/>
            <w:vAlign w:val="center"/>
          </w:tcPr>
          <w:p w14:paraId="57BBE67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40BCD234" w14:textId="77777777">
        <w:trPr>
          <w:jc w:val="center"/>
        </w:trPr>
        <w:tc>
          <w:tcPr>
            <w:tcW w:w="3600" w:type="dxa"/>
            <w:vAlign w:val="center"/>
          </w:tcPr>
          <w:p w14:paraId="3D4A563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furan</w:t>
            </w:r>
          </w:p>
        </w:tc>
        <w:tc>
          <w:tcPr>
            <w:tcW w:w="864" w:type="dxa"/>
            <w:vAlign w:val="center"/>
          </w:tcPr>
          <w:p w14:paraId="67DB958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6E04A32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−229.85615</w:t>
            </w:r>
          </w:p>
        </w:tc>
        <w:tc>
          <w:tcPr>
            <w:tcW w:w="1800" w:type="dxa"/>
            <w:vAlign w:val="center"/>
          </w:tcPr>
          <w:p w14:paraId="42F2F43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−230.01592</w:t>
            </w:r>
          </w:p>
        </w:tc>
        <w:tc>
          <w:tcPr>
            <w:tcW w:w="1800" w:type="dxa"/>
            <w:vAlign w:val="center"/>
          </w:tcPr>
          <w:p w14:paraId="7D8FC9E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−230.11468</w:t>
            </w:r>
          </w:p>
        </w:tc>
        <w:tc>
          <w:tcPr>
            <w:tcW w:w="1800" w:type="dxa"/>
            <w:vAlign w:val="center"/>
          </w:tcPr>
          <w:p w14:paraId="1041A0A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5BC1E397" w14:textId="77777777">
        <w:trPr>
          <w:jc w:val="center"/>
        </w:trPr>
        <w:tc>
          <w:tcPr>
            <w:tcW w:w="3600" w:type="dxa"/>
            <w:vAlign w:val="center"/>
          </w:tcPr>
          <w:p w14:paraId="26D8DCD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guanine</w:t>
            </w:r>
          </w:p>
        </w:tc>
        <w:tc>
          <w:tcPr>
            <w:tcW w:w="864" w:type="dxa"/>
            <w:vAlign w:val="center"/>
          </w:tcPr>
          <w:p w14:paraId="689C4C8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4F3030D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−542.16592</w:t>
            </w:r>
          </w:p>
        </w:tc>
        <w:tc>
          <w:tcPr>
            <w:tcW w:w="1800" w:type="dxa"/>
            <w:vAlign w:val="center"/>
          </w:tcPr>
          <w:p w14:paraId="06CE1CC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−542.56661</w:t>
            </w:r>
          </w:p>
        </w:tc>
        <w:tc>
          <w:tcPr>
            <w:tcW w:w="1800" w:type="dxa"/>
            <w:vAlign w:val="center"/>
          </w:tcPr>
          <w:p w14:paraId="2C33612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−542.77160</w:t>
            </w:r>
          </w:p>
        </w:tc>
        <w:tc>
          <w:tcPr>
            <w:tcW w:w="1800" w:type="dxa"/>
            <w:vAlign w:val="center"/>
          </w:tcPr>
          <w:p w14:paraId="4A23D57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1997EECE" w14:textId="77777777">
        <w:trPr>
          <w:jc w:val="center"/>
        </w:trPr>
        <w:tc>
          <w:tcPr>
            <w:tcW w:w="3600" w:type="dxa"/>
            <w:vAlign w:val="center"/>
          </w:tcPr>
          <w:p w14:paraId="3845072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guanine_7H</w:t>
            </w:r>
          </w:p>
        </w:tc>
        <w:tc>
          <w:tcPr>
            <w:tcW w:w="864" w:type="dxa"/>
            <w:vAlign w:val="center"/>
          </w:tcPr>
          <w:p w14:paraId="4B2F265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6ADF085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−542.16540</w:t>
            </w:r>
          </w:p>
        </w:tc>
        <w:tc>
          <w:tcPr>
            <w:tcW w:w="1800" w:type="dxa"/>
            <w:vAlign w:val="center"/>
          </w:tcPr>
          <w:p w14:paraId="09509E1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−542.56664</w:t>
            </w:r>
          </w:p>
        </w:tc>
        <w:tc>
          <w:tcPr>
            <w:tcW w:w="1800" w:type="dxa"/>
            <w:vAlign w:val="center"/>
          </w:tcPr>
          <w:p w14:paraId="74CCDA8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−542.77227</w:t>
            </w:r>
          </w:p>
        </w:tc>
        <w:tc>
          <w:tcPr>
            <w:tcW w:w="1800" w:type="dxa"/>
            <w:vAlign w:val="center"/>
          </w:tcPr>
          <w:p w14:paraId="71E92E0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−542.60113</w:t>
            </w:r>
          </w:p>
        </w:tc>
      </w:tr>
      <w:tr w:rsidR="002D7411" w14:paraId="2214E6E3" w14:textId="77777777">
        <w:trPr>
          <w:jc w:val="center"/>
        </w:trPr>
        <w:tc>
          <w:tcPr>
            <w:tcW w:w="3600" w:type="dxa"/>
            <w:vAlign w:val="center"/>
          </w:tcPr>
          <w:p w14:paraId="74B11F1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guanine_H+_N3</w:t>
            </w:r>
          </w:p>
        </w:tc>
        <w:tc>
          <w:tcPr>
            <w:tcW w:w="864" w:type="dxa"/>
            <w:vAlign w:val="center"/>
          </w:tcPr>
          <w:p w14:paraId="4A028F6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800" w:type="dxa"/>
            <w:vAlign w:val="center"/>
          </w:tcPr>
          <w:p w14:paraId="5F44E27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−542.52503</w:t>
            </w:r>
          </w:p>
        </w:tc>
        <w:tc>
          <w:tcPr>
            <w:tcW w:w="1800" w:type="dxa"/>
            <w:vAlign w:val="center"/>
          </w:tcPr>
          <w:p w14:paraId="70B022C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−542.91475</w:t>
            </w:r>
          </w:p>
        </w:tc>
        <w:tc>
          <w:tcPr>
            <w:tcW w:w="1800" w:type="dxa"/>
            <w:vAlign w:val="center"/>
          </w:tcPr>
          <w:p w14:paraId="3034083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−543.12423</w:t>
            </w:r>
          </w:p>
        </w:tc>
        <w:tc>
          <w:tcPr>
            <w:tcW w:w="1800" w:type="dxa"/>
            <w:vAlign w:val="center"/>
          </w:tcPr>
          <w:p w14:paraId="572ADAB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72FA3E63" w14:textId="77777777">
        <w:trPr>
          <w:jc w:val="center"/>
        </w:trPr>
        <w:tc>
          <w:tcPr>
            <w:tcW w:w="3600" w:type="dxa"/>
            <w:vAlign w:val="center"/>
          </w:tcPr>
          <w:p w14:paraId="16EA4E7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guanine_H+_N7</w:t>
            </w:r>
          </w:p>
        </w:tc>
        <w:tc>
          <w:tcPr>
            <w:tcW w:w="864" w:type="dxa"/>
            <w:vAlign w:val="center"/>
          </w:tcPr>
          <w:p w14:paraId="35D1B17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800" w:type="dxa"/>
            <w:vAlign w:val="center"/>
          </w:tcPr>
          <w:p w14:paraId="48928BA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−542.55301</w:t>
            </w:r>
          </w:p>
        </w:tc>
        <w:tc>
          <w:tcPr>
            <w:tcW w:w="1800" w:type="dxa"/>
            <w:vAlign w:val="center"/>
          </w:tcPr>
          <w:p w14:paraId="3903986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−542.94133</w:t>
            </w:r>
          </w:p>
        </w:tc>
        <w:tc>
          <w:tcPr>
            <w:tcW w:w="1800" w:type="dxa"/>
            <w:vAlign w:val="center"/>
          </w:tcPr>
          <w:p w14:paraId="59FB478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−543.15223</w:t>
            </w:r>
          </w:p>
        </w:tc>
        <w:tc>
          <w:tcPr>
            <w:tcW w:w="1800" w:type="dxa"/>
            <w:vAlign w:val="center"/>
          </w:tcPr>
          <w:p w14:paraId="17F37C7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2D5813D7" w14:textId="77777777">
        <w:trPr>
          <w:jc w:val="center"/>
        </w:trPr>
        <w:tc>
          <w:tcPr>
            <w:tcW w:w="3600" w:type="dxa"/>
            <w:vAlign w:val="center"/>
          </w:tcPr>
          <w:p w14:paraId="05384A6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guanine_H+_O6</w:t>
            </w:r>
          </w:p>
        </w:tc>
        <w:tc>
          <w:tcPr>
            <w:tcW w:w="864" w:type="dxa"/>
            <w:vAlign w:val="center"/>
          </w:tcPr>
          <w:p w14:paraId="5B8B6DF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800" w:type="dxa"/>
            <w:vAlign w:val="center"/>
          </w:tcPr>
          <w:p w14:paraId="0F05A18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−542.54157</w:t>
            </w:r>
          </w:p>
        </w:tc>
        <w:tc>
          <w:tcPr>
            <w:tcW w:w="1800" w:type="dxa"/>
            <w:vAlign w:val="center"/>
          </w:tcPr>
          <w:p w14:paraId="6613606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−542.93391</w:t>
            </w:r>
          </w:p>
        </w:tc>
        <w:tc>
          <w:tcPr>
            <w:tcW w:w="1800" w:type="dxa"/>
            <w:vAlign w:val="center"/>
          </w:tcPr>
          <w:p w14:paraId="1065785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−543.14189</w:t>
            </w:r>
          </w:p>
        </w:tc>
        <w:tc>
          <w:tcPr>
            <w:tcW w:w="1800" w:type="dxa"/>
            <w:vAlign w:val="center"/>
          </w:tcPr>
          <w:p w14:paraId="1FC6EBF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0F012BAA" w14:textId="77777777">
        <w:trPr>
          <w:jc w:val="center"/>
        </w:trPr>
        <w:tc>
          <w:tcPr>
            <w:tcW w:w="3600" w:type="dxa"/>
            <w:vAlign w:val="center"/>
          </w:tcPr>
          <w:p w14:paraId="26FDEB2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guanine_enol</w:t>
            </w:r>
          </w:p>
        </w:tc>
        <w:tc>
          <w:tcPr>
            <w:tcW w:w="864" w:type="dxa"/>
            <w:vAlign w:val="center"/>
          </w:tcPr>
          <w:p w14:paraId="7633456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27F9910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−542.16198</w:t>
            </w:r>
          </w:p>
        </w:tc>
        <w:tc>
          <w:tcPr>
            <w:tcW w:w="1800" w:type="dxa"/>
            <w:vAlign w:val="center"/>
          </w:tcPr>
          <w:p w14:paraId="2C3C831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−542.56685</w:t>
            </w:r>
          </w:p>
        </w:tc>
        <w:tc>
          <w:tcPr>
            <w:tcW w:w="1800" w:type="dxa"/>
            <w:vAlign w:val="center"/>
          </w:tcPr>
          <w:p w14:paraId="287DFE3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−542.76925</w:t>
            </w:r>
          </w:p>
        </w:tc>
        <w:tc>
          <w:tcPr>
            <w:tcW w:w="1800" w:type="dxa"/>
            <w:vAlign w:val="center"/>
          </w:tcPr>
          <w:p w14:paraId="048F782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−542.59165</w:t>
            </w:r>
          </w:p>
        </w:tc>
      </w:tr>
      <w:tr w:rsidR="002D7411" w14:paraId="1187C417" w14:textId="77777777">
        <w:trPr>
          <w:jc w:val="center"/>
        </w:trPr>
        <w:tc>
          <w:tcPr>
            <w:tcW w:w="3600" w:type="dxa"/>
            <w:vAlign w:val="center"/>
          </w:tcPr>
          <w:p w14:paraId="3AF4D4C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h2</w:t>
            </w:r>
          </w:p>
        </w:tc>
        <w:tc>
          <w:tcPr>
            <w:tcW w:w="864" w:type="dxa"/>
            <w:vAlign w:val="center"/>
          </w:tcPr>
          <w:p w14:paraId="5D939CB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02F05B8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−1.17383</w:t>
            </w:r>
          </w:p>
        </w:tc>
        <w:tc>
          <w:tcPr>
            <w:tcW w:w="1800" w:type="dxa"/>
            <w:vAlign w:val="center"/>
          </w:tcPr>
          <w:p w14:paraId="59F3CFE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−1.16820</w:t>
            </w:r>
          </w:p>
        </w:tc>
        <w:tc>
          <w:tcPr>
            <w:tcW w:w="1800" w:type="dxa"/>
            <w:vAlign w:val="center"/>
          </w:tcPr>
          <w:p w14:paraId="797B17B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−1.17949</w:t>
            </w:r>
          </w:p>
        </w:tc>
        <w:tc>
          <w:tcPr>
            <w:tcW w:w="1800" w:type="dxa"/>
            <w:vAlign w:val="center"/>
          </w:tcPr>
          <w:p w14:paraId="024AFAE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094645C9" w14:textId="77777777">
        <w:trPr>
          <w:jc w:val="center"/>
        </w:trPr>
        <w:tc>
          <w:tcPr>
            <w:tcW w:w="3600" w:type="dxa"/>
            <w:vAlign w:val="center"/>
          </w:tcPr>
          <w:p w14:paraId="207A4FD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hexahydropyrimidine</w:t>
            </w:r>
          </w:p>
        </w:tc>
        <w:tc>
          <w:tcPr>
            <w:tcW w:w="864" w:type="dxa"/>
            <w:vAlign w:val="center"/>
          </w:tcPr>
          <w:p w14:paraId="0F56DA4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11FFCAF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−267.73031</w:t>
            </w:r>
          </w:p>
        </w:tc>
        <w:tc>
          <w:tcPr>
            <w:tcW w:w="1800" w:type="dxa"/>
            <w:vAlign w:val="center"/>
          </w:tcPr>
          <w:p w14:paraId="1D19B63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−267.90133</w:t>
            </w:r>
          </w:p>
        </w:tc>
        <w:tc>
          <w:tcPr>
            <w:tcW w:w="1800" w:type="dxa"/>
            <w:vAlign w:val="center"/>
          </w:tcPr>
          <w:p w14:paraId="7E70A2C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−268.02965</w:t>
            </w:r>
          </w:p>
        </w:tc>
        <w:tc>
          <w:tcPr>
            <w:tcW w:w="1800" w:type="dxa"/>
            <w:vAlign w:val="center"/>
          </w:tcPr>
          <w:p w14:paraId="42210EE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130D115B" w14:textId="77777777">
        <w:trPr>
          <w:jc w:val="center"/>
        </w:trPr>
        <w:tc>
          <w:tcPr>
            <w:tcW w:w="3600" w:type="dxa"/>
            <w:vAlign w:val="center"/>
          </w:tcPr>
          <w:p w14:paraId="67EFDF8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imidazole</w:t>
            </w:r>
          </w:p>
        </w:tc>
        <w:tc>
          <w:tcPr>
            <w:tcW w:w="864" w:type="dxa"/>
            <w:vAlign w:val="center"/>
          </w:tcPr>
          <w:p w14:paraId="785EF7A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6E50026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−226.05444</w:t>
            </w:r>
          </w:p>
        </w:tc>
        <w:tc>
          <w:tcPr>
            <w:tcW w:w="1800" w:type="dxa"/>
            <w:vAlign w:val="center"/>
          </w:tcPr>
          <w:p w14:paraId="0E784A5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−226.21146</w:t>
            </w:r>
          </w:p>
        </w:tc>
        <w:tc>
          <w:tcPr>
            <w:tcW w:w="1800" w:type="dxa"/>
            <w:vAlign w:val="center"/>
          </w:tcPr>
          <w:p w14:paraId="37C88BE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−226.30707</w:t>
            </w:r>
          </w:p>
        </w:tc>
        <w:tc>
          <w:tcPr>
            <w:tcW w:w="1800" w:type="dxa"/>
            <w:vAlign w:val="center"/>
          </w:tcPr>
          <w:p w14:paraId="23ABDB6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0706B778" w14:textId="77777777">
        <w:trPr>
          <w:jc w:val="center"/>
        </w:trPr>
        <w:tc>
          <w:tcPr>
            <w:tcW w:w="3600" w:type="dxa"/>
            <w:vAlign w:val="center"/>
          </w:tcPr>
          <w:p w14:paraId="775F8B1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imidazole_H+</w:t>
            </w:r>
          </w:p>
        </w:tc>
        <w:tc>
          <w:tcPr>
            <w:tcW w:w="864" w:type="dxa"/>
            <w:vAlign w:val="center"/>
          </w:tcPr>
          <w:p w14:paraId="2768436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800" w:type="dxa"/>
            <w:vAlign w:val="center"/>
          </w:tcPr>
          <w:p w14:paraId="65EDBF7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−226.43281</w:t>
            </w:r>
          </w:p>
        </w:tc>
        <w:tc>
          <w:tcPr>
            <w:tcW w:w="1800" w:type="dxa"/>
            <w:vAlign w:val="center"/>
          </w:tcPr>
          <w:p w14:paraId="6CD759A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−226.58133</w:t>
            </w:r>
          </w:p>
        </w:tc>
        <w:tc>
          <w:tcPr>
            <w:tcW w:w="1800" w:type="dxa"/>
            <w:vAlign w:val="center"/>
          </w:tcPr>
          <w:p w14:paraId="1C9632B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−226.68079</w:t>
            </w:r>
          </w:p>
        </w:tc>
        <w:tc>
          <w:tcPr>
            <w:tcW w:w="1800" w:type="dxa"/>
            <w:vAlign w:val="center"/>
          </w:tcPr>
          <w:p w14:paraId="49240CA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149AB8E3" w14:textId="77777777">
        <w:trPr>
          <w:jc w:val="center"/>
        </w:trPr>
        <w:tc>
          <w:tcPr>
            <w:tcW w:w="3600" w:type="dxa"/>
            <w:vAlign w:val="center"/>
          </w:tcPr>
          <w:p w14:paraId="27B924A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imidazolidine</w:t>
            </w:r>
          </w:p>
        </w:tc>
        <w:tc>
          <w:tcPr>
            <w:tcW w:w="864" w:type="dxa"/>
            <w:vAlign w:val="center"/>
          </w:tcPr>
          <w:p w14:paraId="04C0CF8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73E616E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−228.44402</w:t>
            </w:r>
          </w:p>
        </w:tc>
        <w:tc>
          <w:tcPr>
            <w:tcW w:w="1800" w:type="dxa"/>
            <w:vAlign w:val="center"/>
          </w:tcPr>
          <w:p w14:paraId="5D088F5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−228.59470</w:t>
            </w:r>
          </w:p>
        </w:tc>
        <w:tc>
          <w:tcPr>
            <w:tcW w:w="1800" w:type="dxa"/>
            <w:vAlign w:val="center"/>
          </w:tcPr>
          <w:p w14:paraId="2C7052D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−228.70389</w:t>
            </w:r>
          </w:p>
        </w:tc>
        <w:tc>
          <w:tcPr>
            <w:tcW w:w="1800" w:type="dxa"/>
            <w:vAlign w:val="center"/>
          </w:tcPr>
          <w:p w14:paraId="6C264E6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36CA5FAD" w14:textId="77777777">
        <w:trPr>
          <w:jc w:val="center"/>
        </w:trPr>
        <w:tc>
          <w:tcPr>
            <w:tcW w:w="3600" w:type="dxa"/>
            <w:vAlign w:val="center"/>
          </w:tcPr>
          <w:p w14:paraId="0EB38C7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piperidine</w:t>
            </w:r>
          </w:p>
        </w:tc>
        <w:tc>
          <w:tcPr>
            <w:tcW w:w="864" w:type="dxa"/>
            <w:vAlign w:val="center"/>
          </w:tcPr>
          <w:p w14:paraId="1921A82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3B3D772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−251.71357</w:t>
            </w:r>
          </w:p>
        </w:tc>
        <w:tc>
          <w:tcPr>
            <w:tcW w:w="1800" w:type="dxa"/>
            <w:vAlign w:val="center"/>
          </w:tcPr>
          <w:p w14:paraId="400FE9F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−251.86230</w:t>
            </w:r>
          </w:p>
        </w:tc>
        <w:tc>
          <w:tcPr>
            <w:tcW w:w="1800" w:type="dxa"/>
            <w:vAlign w:val="center"/>
          </w:tcPr>
          <w:p w14:paraId="3D90167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−251.99119</w:t>
            </w:r>
          </w:p>
        </w:tc>
        <w:tc>
          <w:tcPr>
            <w:tcW w:w="1800" w:type="dxa"/>
            <w:vAlign w:val="center"/>
          </w:tcPr>
          <w:p w14:paraId="5BBB2D6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7F58786C" w14:textId="77777777">
        <w:trPr>
          <w:jc w:val="center"/>
        </w:trPr>
        <w:tc>
          <w:tcPr>
            <w:tcW w:w="3600" w:type="dxa"/>
            <w:vAlign w:val="center"/>
          </w:tcPr>
          <w:p w14:paraId="0CC548B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pyridine</w:t>
            </w:r>
          </w:p>
        </w:tc>
        <w:tc>
          <w:tcPr>
            <w:tcW w:w="864" w:type="dxa"/>
            <w:vAlign w:val="center"/>
          </w:tcPr>
          <w:p w14:paraId="0783584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54DEF77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−248.10533</w:t>
            </w:r>
          </w:p>
        </w:tc>
        <w:tc>
          <w:tcPr>
            <w:tcW w:w="1800" w:type="dxa"/>
            <w:vAlign w:val="center"/>
          </w:tcPr>
          <w:p w14:paraId="08C9196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−248.26470</w:t>
            </w:r>
          </w:p>
        </w:tc>
        <w:tc>
          <w:tcPr>
            <w:tcW w:w="1800" w:type="dxa"/>
            <w:vAlign w:val="center"/>
          </w:tcPr>
          <w:p w14:paraId="25E0579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−248.37840</w:t>
            </w:r>
          </w:p>
        </w:tc>
        <w:tc>
          <w:tcPr>
            <w:tcW w:w="1800" w:type="dxa"/>
            <w:vAlign w:val="center"/>
          </w:tcPr>
          <w:p w14:paraId="2A8D072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7E36BC66" w14:textId="77777777">
        <w:trPr>
          <w:jc w:val="center"/>
        </w:trPr>
        <w:tc>
          <w:tcPr>
            <w:tcW w:w="3600" w:type="dxa"/>
            <w:vAlign w:val="center"/>
          </w:tcPr>
          <w:p w14:paraId="0010C0D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pyridine_H+</w:t>
            </w:r>
          </w:p>
        </w:tc>
        <w:tc>
          <w:tcPr>
            <w:tcW w:w="864" w:type="dxa"/>
            <w:vAlign w:val="center"/>
          </w:tcPr>
          <w:p w14:paraId="1DC2F0D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800" w:type="dxa"/>
            <w:vAlign w:val="center"/>
          </w:tcPr>
          <w:p w14:paraId="5A9D4D4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−248.47724</w:t>
            </w:r>
          </w:p>
        </w:tc>
        <w:tc>
          <w:tcPr>
            <w:tcW w:w="1800" w:type="dxa"/>
            <w:vAlign w:val="center"/>
          </w:tcPr>
          <w:p w14:paraId="5FAB867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−248.62894</w:t>
            </w:r>
          </w:p>
        </w:tc>
        <w:tc>
          <w:tcPr>
            <w:tcW w:w="1800" w:type="dxa"/>
            <w:vAlign w:val="center"/>
          </w:tcPr>
          <w:p w14:paraId="5252A15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−248.74734</w:t>
            </w:r>
          </w:p>
        </w:tc>
        <w:tc>
          <w:tcPr>
            <w:tcW w:w="1800" w:type="dxa"/>
            <w:vAlign w:val="center"/>
          </w:tcPr>
          <w:p w14:paraId="4703F76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7A715E78" w14:textId="77777777">
        <w:trPr>
          <w:jc w:val="center"/>
        </w:trPr>
        <w:tc>
          <w:tcPr>
            <w:tcW w:w="3600" w:type="dxa"/>
            <w:vAlign w:val="center"/>
          </w:tcPr>
          <w:p w14:paraId="14E685A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pyrimidine</w:t>
            </w:r>
          </w:p>
        </w:tc>
        <w:tc>
          <w:tcPr>
            <w:tcW w:w="864" w:type="dxa"/>
            <w:vAlign w:val="center"/>
          </w:tcPr>
          <w:p w14:paraId="6AA2F19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081C4E5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−264.12862</w:t>
            </w:r>
          </w:p>
        </w:tc>
        <w:tc>
          <w:tcPr>
            <w:tcW w:w="1800" w:type="dxa"/>
            <w:vAlign w:val="center"/>
          </w:tcPr>
          <w:p w14:paraId="40F4F59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−264.30940</w:t>
            </w:r>
          </w:p>
        </w:tc>
        <w:tc>
          <w:tcPr>
            <w:tcW w:w="1800" w:type="dxa"/>
            <w:vAlign w:val="center"/>
          </w:tcPr>
          <w:p w14:paraId="107F0B0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−264.42311</w:t>
            </w:r>
          </w:p>
        </w:tc>
        <w:tc>
          <w:tcPr>
            <w:tcW w:w="1800" w:type="dxa"/>
            <w:vAlign w:val="center"/>
          </w:tcPr>
          <w:p w14:paraId="74D715E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09CAA365" w14:textId="77777777">
        <w:trPr>
          <w:jc w:val="center"/>
        </w:trPr>
        <w:tc>
          <w:tcPr>
            <w:tcW w:w="3600" w:type="dxa"/>
            <w:vAlign w:val="center"/>
          </w:tcPr>
          <w:p w14:paraId="6A4209F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pyrimidine_H+</w:t>
            </w:r>
          </w:p>
        </w:tc>
        <w:tc>
          <w:tcPr>
            <w:tcW w:w="864" w:type="dxa"/>
            <w:vAlign w:val="center"/>
          </w:tcPr>
          <w:p w14:paraId="028549F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800" w:type="dxa"/>
            <w:vAlign w:val="center"/>
          </w:tcPr>
          <w:p w14:paraId="4E7408A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−264.48342</w:t>
            </w:r>
          </w:p>
        </w:tc>
        <w:tc>
          <w:tcPr>
            <w:tcW w:w="1800" w:type="dxa"/>
            <w:vAlign w:val="center"/>
          </w:tcPr>
          <w:p w14:paraId="547E0DF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−264.65687</w:t>
            </w:r>
          </w:p>
        </w:tc>
        <w:tc>
          <w:tcPr>
            <w:tcW w:w="1800" w:type="dxa"/>
            <w:vAlign w:val="center"/>
          </w:tcPr>
          <w:p w14:paraId="02EBDA1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−264.77504</w:t>
            </w:r>
          </w:p>
        </w:tc>
        <w:tc>
          <w:tcPr>
            <w:tcW w:w="1800" w:type="dxa"/>
            <w:vAlign w:val="center"/>
          </w:tcPr>
          <w:p w14:paraId="2D1B424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212B2E4F" w14:textId="77777777">
        <w:trPr>
          <w:jc w:val="center"/>
        </w:trPr>
        <w:tc>
          <w:tcPr>
            <w:tcW w:w="3600" w:type="dxa"/>
            <w:vAlign w:val="center"/>
          </w:tcPr>
          <w:p w14:paraId="3DEB1F0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pyrrole</w:t>
            </w:r>
          </w:p>
        </w:tc>
        <w:tc>
          <w:tcPr>
            <w:tcW w:w="864" w:type="dxa"/>
            <w:vAlign w:val="center"/>
          </w:tcPr>
          <w:p w14:paraId="00111D8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2BA6149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−210.02160</w:t>
            </w:r>
          </w:p>
        </w:tc>
        <w:tc>
          <w:tcPr>
            <w:tcW w:w="1800" w:type="dxa"/>
            <w:vAlign w:val="center"/>
          </w:tcPr>
          <w:p w14:paraId="1D71A5B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−210.15757</w:t>
            </w:r>
          </w:p>
        </w:tc>
        <w:tc>
          <w:tcPr>
            <w:tcW w:w="1800" w:type="dxa"/>
            <w:vAlign w:val="center"/>
          </w:tcPr>
          <w:p w14:paraId="2BEEA34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−210.25293</w:t>
            </w:r>
          </w:p>
        </w:tc>
        <w:tc>
          <w:tcPr>
            <w:tcW w:w="1800" w:type="dxa"/>
            <w:vAlign w:val="center"/>
          </w:tcPr>
          <w:p w14:paraId="7CFA160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7D4D7C74" w14:textId="77777777">
        <w:trPr>
          <w:jc w:val="center"/>
        </w:trPr>
        <w:tc>
          <w:tcPr>
            <w:tcW w:w="3600" w:type="dxa"/>
            <w:vAlign w:val="center"/>
          </w:tcPr>
          <w:p w14:paraId="109C4F9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pyrrolidine</w:t>
            </w:r>
          </w:p>
        </w:tc>
        <w:tc>
          <w:tcPr>
            <w:tcW w:w="864" w:type="dxa"/>
            <w:vAlign w:val="center"/>
          </w:tcPr>
          <w:p w14:paraId="57A6F56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3B205EA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−212.42857</w:t>
            </w:r>
          </w:p>
        </w:tc>
        <w:tc>
          <w:tcPr>
            <w:tcW w:w="1800" w:type="dxa"/>
            <w:vAlign w:val="center"/>
          </w:tcPr>
          <w:p w14:paraId="63DD2E3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−212.55587</w:t>
            </w:r>
          </w:p>
        </w:tc>
        <w:tc>
          <w:tcPr>
            <w:tcW w:w="1800" w:type="dxa"/>
            <w:vAlign w:val="center"/>
          </w:tcPr>
          <w:p w14:paraId="37441C7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−212.66596</w:t>
            </w:r>
          </w:p>
        </w:tc>
        <w:tc>
          <w:tcPr>
            <w:tcW w:w="1800" w:type="dxa"/>
            <w:vAlign w:val="center"/>
          </w:tcPr>
          <w:p w14:paraId="4B04416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5BECA766" w14:textId="77777777">
        <w:trPr>
          <w:jc w:val="center"/>
        </w:trPr>
        <w:tc>
          <w:tcPr>
            <w:tcW w:w="3600" w:type="dxa"/>
            <w:vAlign w:val="center"/>
          </w:tcPr>
          <w:p w14:paraId="20AC7A4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pyrroline_1</w:t>
            </w:r>
          </w:p>
        </w:tc>
        <w:tc>
          <w:tcPr>
            <w:tcW w:w="864" w:type="dxa"/>
            <w:vAlign w:val="center"/>
          </w:tcPr>
          <w:p w14:paraId="13DB031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5411EC9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−211.21589</w:t>
            </w:r>
          </w:p>
        </w:tc>
        <w:tc>
          <w:tcPr>
            <w:tcW w:w="1800" w:type="dxa"/>
            <w:vAlign w:val="center"/>
          </w:tcPr>
          <w:p w14:paraId="4EADF38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−211.34747</w:t>
            </w:r>
          </w:p>
        </w:tc>
        <w:tc>
          <w:tcPr>
            <w:tcW w:w="1800" w:type="dxa"/>
            <w:vAlign w:val="center"/>
          </w:tcPr>
          <w:p w14:paraId="0265903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−211.45212</w:t>
            </w:r>
          </w:p>
        </w:tc>
        <w:tc>
          <w:tcPr>
            <w:tcW w:w="1800" w:type="dxa"/>
            <w:vAlign w:val="center"/>
          </w:tcPr>
          <w:p w14:paraId="0D5A4A9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1DDD99C3" w14:textId="77777777">
        <w:trPr>
          <w:jc w:val="center"/>
        </w:trPr>
        <w:tc>
          <w:tcPr>
            <w:tcW w:w="3600" w:type="dxa"/>
            <w:vAlign w:val="center"/>
          </w:tcPr>
          <w:p w14:paraId="20DEE06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pyrroline_3</w:t>
            </w:r>
          </w:p>
        </w:tc>
        <w:tc>
          <w:tcPr>
            <w:tcW w:w="864" w:type="dxa"/>
            <w:vAlign w:val="center"/>
          </w:tcPr>
          <w:p w14:paraId="21539BE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1F9171A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−211.19711</w:t>
            </w:r>
          </w:p>
        </w:tc>
        <w:tc>
          <w:tcPr>
            <w:tcW w:w="1800" w:type="dxa"/>
            <w:vAlign w:val="center"/>
          </w:tcPr>
          <w:p w14:paraId="29C28B2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−211.33047</w:t>
            </w:r>
          </w:p>
        </w:tc>
        <w:tc>
          <w:tcPr>
            <w:tcW w:w="1800" w:type="dxa"/>
            <w:vAlign w:val="center"/>
          </w:tcPr>
          <w:p w14:paraId="276155C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−211.43412</w:t>
            </w:r>
          </w:p>
        </w:tc>
        <w:tc>
          <w:tcPr>
            <w:tcW w:w="1800" w:type="dxa"/>
            <w:vAlign w:val="center"/>
          </w:tcPr>
          <w:p w14:paraId="5C254BE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32D3A014" w14:textId="77777777">
        <w:trPr>
          <w:jc w:val="center"/>
        </w:trPr>
        <w:tc>
          <w:tcPr>
            <w:tcW w:w="3600" w:type="dxa"/>
            <w:vAlign w:val="center"/>
          </w:tcPr>
          <w:p w14:paraId="5960943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sf6</w:t>
            </w:r>
          </w:p>
        </w:tc>
        <w:tc>
          <w:tcPr>
            <w:tcW w:w="864" w:type="dxa"/>
            <w:vAlign w:val="center"/>
          </w:tcPr>
          <w:p w14:paraId="6922318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5FD21EE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−996.52896</w:t>
            </w:r>
          </w:p>
        </w:tc>
        <w:tc>
          <w:tcPr>
            <w:tcW w:w="1800" w:type="dxa"/>
            <w:vAlign w:val="center"/>
          </w:tcPr>
          <w:p w14:paraId="1AF8FD4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−997.25153</w:t>
            </w:r>
          </w:p>
        </w:tc>
        <w:tc>
          <w:tcPr>
            <w:tcW w:w="1800" w:type="dxa"/>
            <w:vAlign w:val="center"/>
          </w:tcPr>
          <w:p w14:paraId="5D1979D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−997.48047</w:t>
            </w:r>
          </w:p>
        </w:tc>
        <w:tc>
          <w:tcPr>
            <w:tcW w:w="1800" w:type="dxa"/>
            <w:vAlign w:val="center"/>
          </w:tcPr>
          <w:p w14:paraId="3563056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0F58F2DB" w14:textId="77777777">
        <w:trPr>
          <w:jc w:val="center"/>
        </w:trPr>
        <w:tc>
          <w:tcPr>
            <w:tcW w:w="3600" w:type="dxa"/>
            <w:vAlign w:val="center"/>
          </w:tcPr>
          <w:p w14:paraId="7BB100A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lastRenderedPageBreak/>
              <w:t>tetrahydropyridine_imine</w:t>
            </w:r>
          </w:p>
        </w:tc>
        <w:tc>
          <w:tcPr>
            <w:tcW w:w="864" w:type="dxa"/>
            <w:vAlign w:val="center"/>
          </w:tcPr>
          <w:p w14:paraId="5073A56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7F9DD91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−250.50458</w:t>
            </w:r>
          </w:p>
        </w:tc>
        <w:tc>
          <w:tcPr>
            <w:tcW w:w="1800" w:type="dxa"/>
            <w:vAlign w:val="center"/>
          </w:tcPr>
          <w:p w14:paraId="659EB57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−250.65687</w:t>
            </w:r>
          </w:p>
        </w:tc>
        <w:tc>
          <w:tcPr>
            <w:tcW w:w="1800" w:type="dxa"/>
            <w:vAlign w:val="center"/>
          </w:tcPr>
          <w:p w14:paraId="14A4ECE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−250.78141</w:t>
            </w:r>
          </w:p>
        </w:tc>
        <w:tc>
          <w:tcPr>
            <w:tcW w:w="1800" w:type="dxa"/>
            <w:vAlign w:val="center"/>
          </w:tcPr>
          <w:p w14:paraId="16211CC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40DC5BA7" w14:textId="77777777">
        <w:trPr>
          <w:jc w:val="center"/>
        </w:trPr>
        <w:tc>
          <w:tcPr>
            <w:tcW w:w="3600" w:type="dxa"/>
            <w:vAlign w:val="center"/>
          </w:tcPr>
          <w:p w14:paraId="62696DC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thf</w:t>
            </w:r>
          </w:p>
        </w:tc>
        <w:tc>
          <w:tcPr>
            <w:tcW w:w="864" w:type="dxa"/>
            <w:vAlign w:val="center"/>
          </w:tcPr>
          <w:p w14:paraId="01A4A02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23A057C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−232.27873</w:t>
            </w:r>
          </w:p>
        </w:tc>
        <w:tc>
          <w:tcPr>
            <w:tcW w:w="1800" w:type="dxa"/>
            <w:vAlign w:val="center"/>
          </w:tcPr>
          <w:p w14:paraId="59551B5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−232.42963</w:t>
            </w:r>
          </w:p>
        </w:tc>
        <w:tc>
          <w:tcPr>
            <w:tcW w:w="1800" w:type="dxa"/>
            <w:vAlign w:val="center"/>
          </w:tcPr>
          <w:p w14:paraId="3106524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−232.54285</w:t>
            </w:r>
          </w:p>
        </w:tc>
        <w:tc>
          <w:tcPr>
            <w:tcW w:w="1800" w:type="dxa"/>
            <w:vAlign w:val="center"/>
          </w:tcPr>
          <w:p w14:paraId="5A8F271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7E6BF88C" w14:textId="77777777">
        <w:trPr>
          <w:jc w:val="center"/>
        </w:trPr>
        <w:tc>
          <w:tcPr>
            <w:tcW w:w="3600" w:type="dxa"/>
            <w:vAlign w:val="center"/>
          </w:tcPr>
          <w:p w14:paraId="60B4E08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thymine</w:t>
            </w:r>
          </w:p>
        </w:tc>
        <w:tc>
          <w:tcPr>
            <w:tcW w:w="864" w:type="dxa"/>
            <w:vAlign w:val="center"/>
          </w:tcPr>
          <w:p w14:paraId="161639C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6DB2D9C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−453.81333</w:t>
            </w:r>
          </w:p>
        </w:tc>
        <w:tc>
          <w:tcPr>
            <w:tcW w:w="1800" w:type="dxa"/>
            <w:vAlign w:val="center"/>
          </w:tcPr>
          <w:p w14:paraId="015AD09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−454.14040</w:t>
            </w:r>
          </w:p>
        </w:tc>
        <w:tc>
          <w:tcPr>
            <w:tcW w:w="1800" w:type="dxa"/>
            <w:vAlign w:val="center"/>
          </w:tcPr>
          <w:p w14:paraId="1400E40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−454.32598</w:t>
            </w:r>
          </w:p>
        </w:tc>
        <w:tc>
          <w:tcPr>
            <w:tcW w:w="1800" w:type="dxa"/>
            <w:vAlign w:val="center"/>
          </w:tcPr>
          <w:p w14:paraId="0138E31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085CFF84" w14:textId="77777777">
        <w:trPr>
          <w:jc w:val="center"/>
        </w:trPr>
        <w:tc>
          <w:tcPr>
            <w:tcW w:w="3600" w:type="dxa"/>
            <w:vAlign w:val="center"/>
          </w:tcPr>
          <w:p w14:paraId="0F2B149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thymine_H+_O2</w:t>
            </w:r>
          </w:p>
        </w:tc>
        <w:tc>
          <w:tcPr>
            <w:tcW w:w="864" w:type="dxa"/>
            <w:vAlign w:val="center"/>
          </w:tcPr>
          <w:p w14:paraId="02C2174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800" w:type="dxa"/>
            <w:vAlign w:val="center"/>
          </w:tcPr>
          <w:p w14:paraId="6B032B7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−454.14552</w:t>
            </w:r>
          </w:p>
        </w:tc>
        <w:tc>
          <w:tcPr>
            <w:tcW w:w="1800" w:type="dxa"/>
            <w:vAlign w:val="center"/>
          </w:tcPr>
          <w:p w14:paraId="73A79B6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−454.46726</w:t>
            </w:r>
          </w:p>
        </w:tc>
        <w:tc>
          <w:tcPr>
            <w:tcW w:w="1800" w:type="dxa"/>
            <w:vAlign w:val="center"/>
          </w:tcPr>
          <w:p w14:paraId="00016BC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−454.65452</w:t>
            </w:r>
          </w:p>
        </w:tc>
        <w:tc>
          <w:tcPr>
            <w:tcW w:w="1800" w:type="dxa"/>
            <w:vAlign w:val="center"/>
          </w:tcPr>
          <w:p w14:paraId="518F7A8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6C9F043F" w14:textId="77777777">
        <w:trPr>
          <w:jc w:val="center"/>
        </w:trPr>
        <w:tc>
          <w:tcPr>
            <w:tcW w:w="3600" w:type="dxa"/>
            <w:vAlign w:val="center"/>
          </w:tcPr>
          <w:p w14:paraId="72C3243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thymine_H+_O4</w:t>
            </w:r>
          </w:p>
        </w:tc>
        <w:tc>
          <w:tcPr>
            <w:tcW w:w="864" w:type="dxa"/>
            <w:vAlign w:val="center"/>
          </w:tcPr>
          <w:p w14:paraId="435089A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800" w:type="dxa"/>
            <w:vAlign w:val="center"/>
          </w:tcPr>
          <w:p w14:paraId="03BE80E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−454.15542</w:t>
            </w:r>
          </w:p>
        </w:tc>
        <w:tc>
          <w:tcPr>
            <w:tcW w:w="1800" w:type="dxa"/>
            <w:vAlign w:val="center"/>
          </w:tcPr>
          <w:p w14:paraId="3E63C33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−454.47531</w:t>
            </w:r>
          </w:p>
        </w:tc>
        <w:tc>
          <w:tcPr>
            <w:tcW w:w="1800" w:type="dxa"/>
            <w:vAlign w:val="center"/>
          </w:tcPr>
          <w:p w14:paraId="144599C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−454.66393</w:t>
            </w:r>
          </w:p>
        </w:tc>
        <w:tc>
          <w:tcPr>
            <w:tcW w:w="1800" w:type="dxa"/>
            <w:vAlign w:val="center"/>
          </w:tcPr>
          <w:p w14:paraId="4D2A58D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4966562D" w14:textId="77777777">
        <w:trPr>
          <w:jc w:val="center"/>
        </w:trPr>
        <w:tc>
          <w:tcPr>
            <w:tcW w:w="3600" w:type="dxa"/>
            <w:vAlign w:val="center"/>
          </w:tcPr>
          <w:p w14:paraId="2B72E46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thymine_O4enol</w:t>
            </w:r>
          </w:p>
        </w:tc>
        <w:tc>
          <w:tcPr>
            <w:tcW w:w="864" w:type="dxa"/>
            <w:vAlign w:val="center"/>
          </w:tcPr>
          <w:p w14:paraId="71B1963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44DBADE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−453.77750</w:t>
            </w:r>
          </w:p>
        </w:tc>
        <w:tc>
          <w:tcPr>
            <w:tcW w:w="1800" w:type="dxa"/>
            <w:vAlign w:val="center"/>
          </w:tcPr>
          <w:p w14:paraId="3AABDB3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−454.11025</w:t>
            </w:r>
          </w:p>
        </w:tc>
        <w:tc>
          <w:tcPr>
            <w:tcW w:w="1800" w:type="dxa"/>
            <w:vAlign w:val="center"/>
          </w:tcPr>
          <w:p w14:paraId="6E06052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−454.29372</w:t>
            </w:r>
          </w:p>
        </w:tc>
        <w:tc>
          <w:tcPr>
            <w:tcW w:w="1800" w:type="dxa"/>
            <w:vAlign w:val="center"/>
          </w:tcPr>
          <w:p w14:paraId="7800952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−454.14164</w:t>
            </w:r>
          </w:p>
        </w:tc>
      </w:tr>
      <w:tr w:rsidR="002D7411" w14:paraId="6C8E80D5" w14:textId="77777777">
        <w:trPr>
          <w:jc w:val="center"/>
        </w:trPr>
        <w:tc>
          <w:tcPr>
            <w:tcW w:w="3600" w:type="dxa"/>
            <w:vAlign w:val="center"/>
          </w:tcPr>
          <w:p w14:paraId="7604DCE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uracil</w:t>
            </w:r>
          </w:p>
        </w:tc>
        <w:tc>
          <w:tcPr>
            <w:tcW w:w="864" w:type="dxa"/>
            <w:vAlign w:val="center"/>
          </w:tcPr>
          <w:p w14:paraId="339C757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145362B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−414.52162</w:t>
            </w:r>
          </w:p>
        </w:tc>
        <w:tc>
          <w:tcPr>
            <w:tcW w:w="1800" w:type="dxa"/>
            <w:vAlign w:val="center"/>
          </w:tcPr>
          <w:p w14:paraId="5DFF1CC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−414.82759</w:t>
            </w:r>
          </w:p>
        </w:tc>
        <w:tc>
          <w:tcPr>
            <w:tcW w:w="1800" w:type="dxa"/>
            <w:vAlign w:val="center"/>
          </w:tcPr>
          <w:p w14:paraId="1F00331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−414.99264</w:t>
            </w:r>
          </w:p>
        </w:tc>
        <w:tc>
          <w:tcPr>
            <w:tcW w:w="1800" w:type="dxa"/>
            <w:vAlign w:val="center"/>
          </w:tcPr>
          <w:p w14:paraId="65B5050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−414.85018</w:t>
            </w:r>
          </w:p>
        </w:tc>
      </w:tr>
      <w:tr w:rsidR="002D7411" w14:paraId="3AA8B66D" w14:textId="77777777">
        <w:trPr>
          <w:jc w:val="center"/>
        </w:trPr>
        <w:tc>
          <w:tcPr>
            <w:tcW w:w="3600" w:type="dxa"/>
            <w:vAlign w:val="center"/>
          </w:tcPr>
          <w:p w14:paraId="31F15A6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uracil_H+_O2</w:t>
            </w:r>
          </w:p>
        </w:tc>
        <w:tc>
          <w:tcPr>
            <w:tcW w:w="864" w:type="dxa"/>
            <w:vAlign w:val="center"/>
          </w:tcPr>
          <w:p w14:paraId="1326C26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800" w:type="dxa"/>
            <w:vAlign w:val="center"/>
          </w:tcPr>
          <w:p w14:paraId="50FD4CE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−414.85022</w:t>
            </w:r>
          </w:p>
        </w:tc>
        <w:tc>
          <w:tcPr>
            <w:tcW w:w="1800" w:type="dxa"/>
            <w:vAlign w:val="center"/>
          </w:tcPr>
          <w:p w14:paraId="207BFF1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−415.15045</w:t>
            </w:r>
          </w:p>
        </w:tc>
        <w:tc>
          <w:tcPr>
            <w:tcW w:w="1800" w:type="dxa"/>
            <w:vAlign w:val="center"/>
          </w:tcPr>
          <w:p w14:paraId="4FF56ED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−415.31707</w:t>
            </w:r>
          </w:p>
        </w:tc>
        <w:tc>
          <w:tcPr>
            <w:tcW w:w="1800" w:type="dxa"/>
            <w:vAlign w:val="center"/>
          </w:tcPr>
          <w:p w14:paraId="15AA206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1C1C95B7" w14:textId="77777777">
        <w:trPr>
          <w:jc w:val="center"/>
        </w:trPr>
        <w:tc>
          <w:tcPr>
            <w:tcW w:w="3600" w:type="dxa"/>
            <w:vAlign w:val="center"/>
          </w:tcPr>
          <w:p w14:paraId="756B4C3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uracil_H+_O4</w:t>
            </w:r>
          </w:p>
        </w:tc>
        <w:tc>
          <w:tcPr>
            <w:tcW w:w="864" w:type="dxa"/>
            <w:vAlign w:val="center"/>
          </w:tcPr>
          <w:p w14:paraId="3058956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1800" w:type="dxa"/>
            <w:vAlign w:val="center"/>
          </w:tcPr>
          <w:p w14:paraId="51696B8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−414.86150</w:t>
            </w:r>
          </w:p>
        </w:tc>
        <w:tc>
          <w:tcPr>
            <w:tcW w:w="1800" w:type="dxa"/>
            <w:vAlign w:val="center"/>
          </w:tcPr>
          <w:p w14:paraId="54503B8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−415.16018</w:t>
            </w:r>
          </w:p>
        </w:tc>
        <w:tc>
          <w:tcPr>
            <w:tcW w:w="1800" w:type="dxa"/>
            <w:vAlign w:val="center"/>
          </w:tcPr>
          <w:p w14:paraId="2509213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−415.32796</w:t>
            </w:r>
          </w:p>
        </w:tc>
        <w:tc>
          <w:tcPr>
            <w:tcW w:w="1800" w:type="dxa"/>
            <w:vAlign w:val="center"/>
          </w:tcPr>
          <w:p w14:paraId="6A4CB73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—</w:t>
            </w:r>
          </w:p>
        </w:tc>
      </w:tr>
      <w:tr w:rsidR="002D7411" w14:paraId="5ED44063" w14:textId="77777777">
        <w:trPr>
          <w:jc w:val="center"/>
        </w:trPr>
        <w:tc>
          <w:tcPr>
            <w:tcW w:w="3600" w:type="dxa"/>
            <w:vAlign w:val="center"/>
          </w:tcPr>
          <w:p w14:paraId="0FA848D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uracil_O2enol</w:t>
            </w:r>
          </w:p>
        </w:tc>
        <w:tc>
          <w:tcPr>
            <w:tcW w:w="864" w:type="dxa"/>
            <w:vAlign w:val="center"/>
          </w:tcPr>
          <w:p w14:paraId="45FE9B1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5390DCC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−414.50152</w:t>
            </w:r>
          </w:p>
        </w:tc>
        <w:tc>
          <w:tcPr>
            <w:tcW w:w="1800" w:type="dxa"/>
            <w:vAlign w:val="center"/>
          </w:tcPr>
          <w:p w14:paraId="7771CDA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−414.81157</w:t>
            </w:r>
          </w:p>
        </w:tc>
        <w:tc>
          <w:tcPr>
            <w:tcW w:w="1800" w:type="dxa"/>
            <w:vAlign w:val="center"/>
          </w:tcPr>
          <w:p w14:paraId="63EC3F7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−414.97398</w:t>
            </w:r>
          </w:p>
        </w:tc>
        <w:tc>
          <w:tcPr>
            <w:tcW w:w="1800" w:type="dxa"/>
            <w:vAlign w:val="center"/>
          </w:tcPr>
          <w:p w14:paraId="794B74F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−414.83005</w:t>
            </w:r>
          </w:p>
        </w:tc>
      </w:tr>
      <w:tr w:rsidR="002D7411" w14:paraId="74D94247" w14:textId="77777777">
        <w:trPr>
          <w:jc w:val="center"/>
        </w:trPr>
        <w:tc>
          <w:tcPr>
            <w:tcW w:w="3600" w:type="dxa"/>
            <w:vAlign w:val="center"/>
          </w:tcPr>
          <w:p w14:paraId="0FB7096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uracil_O4enol</w:t>
            </w:r>
          </w:p>
        </w:tc>
        <w:tc>
          <w:tcPr>
            <w:tcW w:w="864" w:type="dxa"/>
            <w:vAlign w:val="center"/>
          </w:tcPr>
          <w:p w14:paraId="7BF1974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800" w:type="dxa"/>
            <w:vAlign w:val="center"/>
          </w:tcPr>
          <w:p w14:paraId="7E45623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−414.50015</w:t>
            </w:r>
          </w:p>
        </w:tc>
        <w:tc>
          <w:tcPr>
            <w:tcW w:w="1800" w:type="dxa"/>
            <w:vAlign w:val="center"/>
          </w:tcPr>
          <w:p w14:paraId="46D6000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−414.81033</w:t>
            </w:r>
          </w:p>
        </w:tc>
        <w:tc>
          <w:tcPr>
            <w:tcW w:w="1800" w:type="dxa"/>
            <w:vAlign w:val="center"/>
          </w:tcPr>
          <w:p w14:paraId="1ACC900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−414.97326</w:t>
            </w:r>
          </w:p>
        </w:tc>
        <w:tc>
          <w:tcPr>
            <w:tcW w:w="1800" w:type="dxa"/>
            <w:vAlign w:val="center"/>
          </w:tcPr>
          <w:p w14:paraId="34BDEA7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−414.83431</w:t>
            </w:r>
          </w:p>
        </w:tc>
      </w:tr>
    </w:tbl>
    <w:p w14:paraId="4DD09694" w14:textId="77777777" w:rsidR="002D7411" w:rsidRDefault="002D7411">
      <w:pPr>
        <w:sectPr w:rsidR="002D7411">
          <w:pgSz w:w="15840" w:h="12240" w:orient="landscape"/>
          <w:pgMar w:top="792" w:right="720" w:bottom="792" w:left="720" w:header="720" w:footer="720" w:gutter="0"/>
          <w:cols w:space="720"/>
          <w:docGrid w:linePitch="360"/>
        </w:sectPr>
      </w:pPr>
    </w:p>
    <w:p w14:paraId="562D7E1C" w14:textId="77777777" w:rsidR="002D7411" w:rsidRDefault="00000000">
      <w:pPr>
        <w:spacing w:after="60"/>
      </w:pPr>
      <w:r>
        <w:rPr>
          <w:b/>
          <w:sz w:val="23"/>
        </w:rPr>
        <w:lastRenderedPageBreak/>
        <w:t>Table S2. Thermochemistry and frequency diagnostics. Zero-point energy and the enthalpy and free-energy corrections in kJ/mol; frontier-orbital energies and dipoles for the species that carry them are in Table 4. Every species has zero imaginary frequencies, and the lowest real frequency is given as the diagnostic; a reported 0.0 is a species for which the analytic Hessian returned no frequency below the print threshold.</w:t>
      </w:r>
    </w:p>
    <w:p w14:paraId="2A4BE9EA" w14:textId="77777777" w:rsidR="002D7411" w:rsidRDefault="002D7411"/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28"/>
        <w:gridCol w:w="936"/>
        <w:gridCol w:w="1440"/>
        <w:gridCol w:w="1440"/>
        <w:gridCol w:w="1440"/>
        <w:gridCol w:w="1008"/>
        <w:gridCol w:w="1656"/>
      </w:tblGrid>
      <w:tr w:rsidR="002D7411" w14:paraId="2B030395" w14:textId="77777777">
        <w:trPr>
          <w:tblHeader/>
          <w:jc w:val="center"/>
        </w:trPr>
        <w:tc>
          <w:tcPr>
            <w:tcW w:w="3528" w:type="dxa"/>
            <w:shd w:val="clear" w:color="auto" w:fill="D9EAF7"/>
            <w:vAlign w:val="center"/>
          </w:tcPr>
          <w:p w14:paraId="3D598582" w14:textId="77777777" w:rsidR="002D7411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Species</w:t>
            </w:r>
          </w:p>
        </w:tc>
        <w:tc>
          <w:tcPr>
            <w:tcW w:w="936" w:type="dxa"/>
            <w:shd w:val="clear" w:color="auto" w:fill="D9EAF7"/>
            <w:vAlign w:val="center"/>
          </w:tcPr>
          <w:p w14:paraId="2E639B5A" w14:textId="77777777" w:rsidR="002D7411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Atoms</w:t>
            </w:r>
          </w:p>
        </w:tc>
        <w:tc>
          <w:tcPr>
            <w:tcW w:w="1440" w:type="dxa"/>
            <w:shd w:val="clear" w:color="auto" w:fill="D9EAF7"/>
            <w:vAlign w:val="center"/>
          </w:tcPr>
          <w:p w14:paraId="3E4B9E57" w14:textId="77777777" w:rsidR="002D7411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ZPE</w:t>
            </w:r>
          </w:p>
        </w:tc>
        <w:tc>
          <w:tcPr>
            <w:tcW w:w="1440" w:type="dxa"/>
            <w:shd w:val="clear" w:color="auto" w:fill="D9EAF7"/>
            <w:vAlign w:val="center"/>
          </w:tcPr>
          <w:p w14:paraId="760656DB" w14:textId="77777777" w:rsidR="002D7411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H corr</w:t>
            </w:r>
          </w:p>
        </w:tc>
        <w:tc>
          <w:tcPr>
            <w:tcW w:w="1440" w:type="dxa"/>
            <w:shd w:val="clear" w:color="auto" w:fill="D9EAF7"/>
            <w:vAlign w:val="center"/>
          </w:tcPr>
          <w:p w14:paraId="6C3EF4EF" w14:textId="77777777" w:rsidR="002D7411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G corr</w:t>
            </w:r>
          </w:p>
        </w:tc>
        <w:tc>
          <w:tcPr>
            <w:tcW w:w="1008" w:type="dxa"/>
            <w:shd w:val="clear" w:color="auto" w:fill="D9EAF7"/>
            <w:vAlign w:val="center"/>
          </w:tcPr>
          <w:p w14:paraId="46476BE3" w14:textId="77777777" w:rsidR="002D7411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Imag.</w:t>
            </w:r>
          </w:p>
        </w:tc>
        <w:tc>
          <w:tcPr>
            <w:tcW w:w="1656" w:type="dxa"/>
            <w:shd w:val="clear" w:color="auto" w:fill="D9EAF7"/>
            <w:vAlign w:val="center"/>
          </w:tcPr>
          <w:p w14:paraId="3D02AF11" w14:textId="77777777" w:rsidR="002D7411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Lowest freq.</w:t>
            </w:r>
          </w:p>
        </w:tc>
      </w:tr>
      <w:tr w:rsidR="002D7411" w14:paraId="7693686F" w14:textId="77777777">
        <w:trPr>
          <w:jc w:val="center"/>
        </w:trPr>
        <w:tc>
          <w:tcPr>
            <w:tcW w:w="3528" w:type="dxa"/>
            <w:vAlign w:val="center"/>
          </w:tcPr>
          <w:p w14:paraId="2DAD2DE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1Me5MeNHC_amino</w:t>
            </w:r>
          </w:p>
        </w:tc>
        <w:tc>
          <w:tcPr>
            <w:tcW w:w="936" w:type="dxa"/>
            <w:vAlign w:val="center"/>
          </w:tcPr>
          <w:p w14:paraId="67C6579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20</w:t>
            </w:r>
          </w:p>
        </w:tc>
        <w:tc>
          <w:tcPr>
            <w:tcW w:w="1440" w:type="dxa"/>
            <w:vAlign w:val="center"/>
          </w:tcPr>
          <w:p w14:paraId="3F1B654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412.22</w:t>
            </w:r>
          </w:p>
        </w:tc>
        <w:tc>
          <w:tcPr>
            <w:tcW w:w="1440" w:type="dxa"/>
            <w:vAlign w:val="center"/>
          </w:tcPr>
          <w:p w14:paraId="1908D5F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442.36</w:t>
            </w:r>
          </w:p>
        </w:tc>
        <w:tc>
          <w:tcPr>
            <w:tcW w:w="1440" w:type="dxa"/>
            <w:vAlign w:val="center"/>
          </w:tcPr>
          <w:p w14:paraId="0306478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315.49</w:t>
            </w:r>
          </w:p>
        </w:tc>
        <w:tc>
          <w:tcPr>
            <w:tcW w:w="1008" w:type="dxa"/>
            <w:vAlign w:val="center"/>
          </w:tcPr>
          <w:p w14:paraId="22F26F6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49A914E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184B5A40" w14:textId="77777777">
        <w:trPr>
          <w:jc w:val="center"/>
        </w:trPr>
        <w:tc>
          <w:tcPr>
            <w:tcW w:w="3528" w:type="dxa"/>
            <w:vAlign w:val="center"/>
          </w:tcPr>
          <w:p w14:paraId="101A62F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1Me5MeNHC_oxime</w:t>
            </w:r>
          </w:p>
        </w:tc>
        <w:tc>
          <w:tcPr>
            <w:tcW w:w="936" w:type="dxa"/>
            <w:vAlign w:val="center"/>
          </w:tcPr>
          <w:p w14:paraId="5F533BC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20</w:t>
            </w:r>
          </w:p>
        </w:tc>
        <w:tc>
          <w:tcPr>
            <w:tcW w:w="1440" w:type="dxa"/>
            <w:vAlign w:val="center"/>
          </w:tcPr>
          <w:p w14:paraId="172914E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416.53</w:t>
            </w:r>
          </w:p>
        </w:tc>
        <w:tc>
          <w:tcPr>
            <w:tcW w:w="1440" w:type="dxa"/>
            <w:vAlign w:val="center"/>
          </w:tcPr>
          <w:p w14:paraId="1E1423C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447.35</w:t>
            </w:r>
          </w:p>
        </w:tc>
        <w:tc>
          <w:tcPr>
            <w:tcW w:w="1440" w:type="dxa"/>
            <w:vAlign w:val="center"/>
          </w:tcPr>
          <w:p w14:paraId="05AC9FA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321.58</w:t>
            </w:r>
          </w:p>
        </w:tc>
        <w:tc>
          <w:tcPr>
            <w:tcW w:w="1008" w:type="dxa"/>
            <w:vAlign w:val="center"/>
          </w:tcPr>
          <w:p w14:paraId="4A75526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11E84FD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76.8</w:t>
            </w:r>
          </w:p>
        </w:tc>
      </w:tr>
      <w:tr w:rsidR="002D7411" w14:paraId="65419082" w14:textId="77777777">
        <w:trPr>
          <w:jc w:val="center"/>
        </w:trPr>
        <w:tc>
          <w:tcPr>
            <w:tcW w:w="3528" w:type="dxa"/>
            <w:vAlign w:val="center"/>
          </w:tcPr>
          <w:p w14:paraId="1DD201C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1MeC_amino</w:t>
            </w:r>
          </w:p>
        </w:tc>
        <w:tc>
          <w:tcPr>
            <w:tcW w:w="936" w:type="dxa"/>
            <w:vAlign w:val="center"/>
          </w:tcPr>
          <w:p w14:paraId="1C99D49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440" w:type="dxa"/>
            <w:vAlign w:val="center"/>
          </w:tcPr>
          <w:p w14:paraId="547D039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329.39</w:t>
            </w:r>
          </w:p>
        </w:tc>
        <w:tc>
          <w:tcPr>
            <w:tcW w:w="1440" w:type="dxa"/>
            <w:vAlign w:val="center"/>
          </w:tcPr>
          <w:p w14:paraId="5AFF78D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352.36</w:t>
            </w:r>
          </w:p>
        </w:tc>
        <w:tc>
          <w:tcPr>
            <w:tcW w:w="1440" w:type="dxa"/>
            <w:vAlign w:val="center"/>
          </w:tcPr>
          <w:p w14:paraId="15CAD64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243.90</w:t>
            </w:r>
          </w:p>
        </w:tc>
        <w:tc>
          <w:tcPr>
            <w:tcW w:w="1008" w:type="dxa"/>
            <w:vAlign w:val="center"/>
          </w:tcPr>
          <w:p w14:paraId="218B07E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6DBC20C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0F79B6DC" w14:textId="77777777">
        <w:trPr>
          <w:jc w:val="center"/>
        </w:trPr>
        <w:tc>
          <w:tcPr>
            <w:tcW w:w="3528" w:type="dxa"/>
            <w:vAlign w:val="center"/>
          </w:tcPr>
          <w:p w14:paraId="1F51C9E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1MeC_imino</w:t>
            </w:r>
          </w:p>
        </w:tc>
        <w:tc>
          <w:tcPr>
            <w:tcW w:w="936" w:type="dxa"/>
            <w:vAlign w:val="center"/>
          </w:tcPr>
          <w:p w14:paraId="1FBC8F3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440" w:type="dxa"/>
            <w:vAlign w:val="center"/>
          </w:tcPr>
          <w:p w14:paraId="1FCF366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333.78</w:t>
            </w:r>
          </w:p>
        </w:tc>
        <w:tc>
          <w:tcPr>
            <w:tcW w:w="1440" w:type="dxa"/>
            <w:vAlign w:val="center"/>
          </w:tcPr>
          <w:p w14:paraId="6B67E0B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357.17</w:t>
            </w:r>
          </w:p>
        </w:tc>
        <w:tc>
          <w:tcPr>
            <w:tcW w:w="1440" w:type="dxa"/>
            <w:vAlign w:val="center"/>
          </w:tcPr>
          <w:p w14:paraId="0B23D22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247.29</w:t>
            </w:r>
          </w:p>
        </w:tc>
        <w:tc>
          <w:tcPr>
            <w:tcW w:w="1008" w:type="dxa"/>
            <w:vAlign w:val="center"/>
          </w:tcPr>
          <w:p w14:paraId="7840D7C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6AA322C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74.0</w:t>
            </w:r>
          </w:p>
        </w:tc>
      </w:tr>
      <w:tr w:rsidR="002D7411" w14:paraId="206C53CD" w14:textId="77777777">
        <w:trPr>
          <w:jc w:val="center"/>
        </w:trPr>
        <w:tc>
          <w:tcPr>
            <w:tcW w:w="3528" w:type="dxa"/>
            <w:vAlign w:val="center"/>
          </w:tcPr>
          <w:p w14:paraId="4B68E0D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1MeNHC_amino</w:t>
            </w:r>
          </w:p>
        </w:tc>
        <w:tc>
          <w:tcPr>
            <w:tcW w:w="936" w:type="dxa"/>
            <w:vAlign w:val="center"/>
          </w:tcPr>
          <w:p w14:paraId="1186D74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17</w:t>
            </w:r>
          </w:p>
        </w:tc>
        <w:tc>
          <w:tcPr>
            <w:tcW w:w="1440" w:type="dxa"/>
            <w:vAlign w:val="center"/>
          </w:tcPr>
          <w:p w14:paraId="7CFC73B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342.29</w:t>
            </w:r>
          </w:p>
        </w:tc>
        <w:tc>
          <w:tcPr>
            <w:tcW w:w="1440" w:type="dxa"/>
            <w:vAlign w:val="center"/>
          </w:tcPr>
          <w:p w14:paraId="7BF0EA0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366.95</w:t>
            </w:r>
          </w:p>
        </w:tc>
        <w:tc>
          <w:tcPr>
            <w:tcW w:w="1440" w:type="dxa"/>
            <w:vAlign w:val="center"/>
          </w:tcPr>
          <w:p w14:paraId="6450178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254.29</w:t>
            </w:r>
          </w:p>
        </w:tc>
        <w:tc>
          <w:tcPr>
            <w:tcW w:w="1008" w:type="dxa"/>
            <w:vAlign w:val="center"/>
          </w:tcPr>
          <w:p w14:paraId="6FA3FE1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0157CD5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117FB073" w14:textId="77777777">
        <w:trPr>
          <w:jc w:val="center"/>
        </w:trPr>
        <w:tc>
          <w:tcPr>
            <w:tcW w:w="3528" w:type="dxa"/>
            <w:vAlign w:val="center"/>
          </w:tcPr>
          <w:p w14:paraId="76D79BD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1MeNHC_oxime</w:t>
            </w:r>
          </w:p>
        </w:tc>
        <w:tc>
          <w:tcPr>
            <w:tcW w:w="936" w:type="dxa"/>
            <w:vAlign w:val="center"/>
          </w:tcPr>
          <w:p w14:paraId="4883621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17</w:t>
            </w:r>
          </w:p>
        </w:tc>
        <w:tc>
          <w:tcPr>
            <w:tcW w:w="1440" w:type="dxa"/>
            <w:vAlign w:val="center"/>
          </w:tcPr>
          <w:p w14:paraId="7355C9C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343.75</w:t>
            </w:r>
          </w:p>
        </w:tc>
        <w:tc>
          <w:tcPr>
            <w:tcW w:w="1440" w:type="dxa"/>
            <w:vAlign w:val="center"/>
          </w:tcPr>
          <w:p w14:paraId="3D2A48C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370.58</w:t>
            </w:r>
          </w:p>
        </w:tc>
        <w:tc>
          <w:tcPr>
            <w:tcW w:w="1440" w:type="dxa"/>
            <w:vAlign w:val="center"/>
          </w:tcPr>
          <w:p w14:paraId="1A360B2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252.93</w:t>
            </w:r>
          </w:p>
        </w:tc>
        <w:tc>
          <w:tcPr>
            <w:tcW w:w="1008" w:type="dxa"/>
            <w:vAlign w:val="center"/>
          </w:tcPr>
          <w:p w14:paraId="265788E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072AD6D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72.6</w:t>
            </w:r>
          </w:p>
        </w:tc>
      </w:tr>
      <w:tr w:rsidR="002D7411" w14:paraId="1043755B" w14:textId="77777777">
        <w:trPr>
          <w:jc w:val="center"/>
        </w:trPr>
        <w:tc>
          <w:tcPr>
            <w:tcW w:w="3528" w:type="dxa"/>
            <w:vAlign w:val="center"/>
          </w:tcPr>
          <w:p w14:paraId="6AA0D8C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9MeA_amino</w:t>
            </w:r>
          </w:p>
        </w:tc>
        <w:tc>
          <w:tcPr>
            <w:tcW w:w="936" w:type="dxa"/>
            <w:vAlign w:val="center"/>
          </w:tcPr>
          <w:p w14:paraId="37AA5D6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18</w:t>
            </w:r>
          </w:p>
        </w:tc>
        <w:tc>
          <w:tcPr>
            <w:tcW w:w="1440" w:type="dxa"/>
            <w:vAlign w:val="center"/>
          </w:tcPr>
          <w:p w14:paraId="1DCE415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366.63</w:t>
            </w:r>
          </w:p>
        </w:tc>
        <w:tc>
          <w:tcPr>
            <w:tcW w:w="1440" w:type="dxa"/>
            <w:vAlign w:val="center"/>
          </w:tcPr>
          <w:p w14:paraId="0CAC6E6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390.96</w:t>
            </w:r>
          </w:p>
        </w:tc>
        <w:tc>
          <w:tcPr>
            <w:tcW w:w="1440" w:type="dxa"/>
            <w:vAlign w:val="center"/>
          </w:tcPr>
          <w:p w14:paraId="4E15600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279.20</w:t>
            </w:r>
          </w:p>
        </w:tc>
        <w:tc>
          <w:tcPr>
            <w:tcW w:w="1008" w:type="dxa"/>
            <w:vAlign w:val="center"/>
          </w:tcPr>
          <w:p w14:paraId="2511E63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3ABA185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5CAB72A4" w14:textId="77777777">
        <w:trPr>
          <w:jc w:val="center"/>
        </w:trPr>
        <w:tc>
          <w:tcPr>
            <w:tcW w:w="3528" w:type="dxa"/>
            <w:vAlign w:val="center"/>
          </w:tcPr>
          <w:p w14:paraId="06F9D1B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9MeA_imino</w:t>
            </w:r>
          </w:p>
        </w:tc>
        <w:tc>
          <w:tcPr>
            <w:tcW w:w="936" w:type="dxa"/>
            <w:vAlign w:val="center"/>
          </w:tcPr>
          <w:p w14:paraId="38EE3E8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18</w:t>
            </w:r>
          </w:p>
        </w:tc>
        <w:tc>
          <w:tcPr>
            <w:tcW w:w="1440" w:type="dxa"/>
            <w:vAlign w:val="center"/>
          </w:tcPr>
          <w:p w14:paraId="26E1A8F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367.50</w:t>
            </w:r>
          </w:p>
        </w:tc>
        <w:tc>
          <w:tcPr>
            <w:tcW w:w="1440" w:type="dxa"/>
            <w:vAlign w:val="center"/>
          </w:tcPr>
          <w:p w14:paraId="3A1C097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390.66</w:t>
            </w:r>
          </w:p>
        </w:tc>
        <w:tc>
          <w:tcPr>
            <w:tcW w:w="1440" w:type="dxa"/>
            <w:vAlign w:val="center"/>
          </w:tcPr>
          <w:p w14:paraId="60A3C5C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281.14</w:t>
            </w:r>
          </w:p>
        </w:tc>
        <w:tc>
          <w:tcPr>
            <w:tcW w:w="1008" w:type="dxa"/>
            <w:vAlign w:val="center"/>
          </w:tcPr>
          <w:p w14:paraId="05E6B82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7F32D89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1B4D5941" w14:textId="77777777">
        <w:trPr>
          <w:jc w:val="center"/>
        </w:trPr>
        <w:tc>
          <w:tcPr>
            <w:tcW w:w="3528" w:type="dxa"/>
            <w:vAlign w:val="center"/>
          </w:tcPr>
          <w:p w14:paraId="3859E55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9MeG_amino</w:t>
            </w:r>
          </w:p>
        </w:tc>
        <w:tc>
          <w:tcPr>
            <w:tcW w:w="936" w:type="dxa"/>
            <w:vAlign w:val="center"/>
          </w:tcPr>
          <w:p w14:paraId="6BC09D7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19</w:t>
            </w:r>
          </w:p>
        </w:tc>
        <w:tc>
          <w:tcPr>
            <w:tcW w:w="1440" w:type="dxa"/>
            <w:vAlign w:val="center"/>
          </w:tcPr>
          <w:p w14:paraId="57669E8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377.40</w:t>
            </w:r>
          </w:p>
        </w:tc>
        <w:tc>
          <w:tcPr>
            <w:tcW w:w="1440" w:type="dxa"/>
            <w:vAlign w:val="center"/>
          </w:tcPr>
          <w:p w14:paraId="16DD4E7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403.17</w:t>
            </w:r>
          </w:p>
        </w:tc>
        <w:tc>
          <w:tcPr>
            <w:tcW w:w="1440" w:type="dxa"/>
            <w:vAlign w:val="center"/>
          </w:tcPr>
          <w:p w14:paraId="4318948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287.68</w:t>
            </w:r>
          </w:p>
        </w:tc>
        <w:tc>
          <w:tcPr>
            <w:tcW w:w="1008" w:type="dxa"/>
            <w:vAlign w:val="center"/>
          </w:tcPr>
          <w:p w14:paraId="2107FD8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4A96EEA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501586FA" w14:textId="77777777">
        <w:trPr>
          <w:jc w:val="center"/>
        </w:trPr>
        <w:tc>
          <w:tcPr>
            <w:tcW w:w="3528" w:type="dxa"/>
            <w:vAlign w:val="center"/>
          </w:tcPr>
          <w:p w14:paraId="0165C00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9MeN2OHG_amino</w:t>
            </w:r>
          </w:p>
        </w:tc>
        <w:tc>
          <w:tcPr>
            <w:tcW w:w="936" w:type="dxa"/>
            <w:vAlign w:val="center"/>
          </w:tcPr>
          <w:p w14:paraId="37845C8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20</w:t>
            </w:r>
          </w:p>
        </w:tc>
        <w:tc>
          <w:tcPr>
            <w:tcW w:w="1440" w:type="dxa"/>
            <w:vAlign w:val="center"/>
          </w:tcPr>
          <w:p w14:paraId="6BDD8EC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391.87</w:t>
            </w:r>
          </w:p>
        </w:tc>
        <w:tc>
          <w:tcPr>
            <w:tcW w:w="1440" w:type="dxa"/>
            <w:vAlign w:val="center"/>
          </w:tcPr>
          <w:p w14:paraId="2DBBBD1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420.92</w:t>
            </w:r>
          </w:p>
        </w:tc>
        <w:tc>
          <w:tcPr>
            <w:tcW w:w="1440" w:type="dxa"/>
            <w:vAlign w:val="center"/>
          </w:tcPr>
          <w:p w14:paraId="1651EFC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297.64</w:t>
            </w:r>
          </w:p>
        </w:tc>
        <w:tc>
          <w:tcPr>
            <w:tcW w:w="1008" w:type="dxa"/>
            <w:vAlign w:val="center"/>
          </w:tcPr>
          <w:p w14:paraId="60695A2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44B4330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67EC649F" w14:textId="77777777">
        <w:trPr>
          <w:jc w:val="center"/>
        </w:trPr>
        <w:tc>
          <w:tcPr>
            <w:tcW w:w="3528" w:type="dxa"/>
            <w:vAlign w:val="center"/>
          </w:tcPr>
          <w:p w14:paraId="64E807F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9MeN2OHG_imino</w:t>
            </w:r>
          </w:p>
        </w:tc>
        <w:tc>
          <w:tcPr>
            <w:tcW w:w="936" w:type="dxa"/>
            <w:vAlign w:val="center"/>
          </w:tcPr>
          <w:p w14:paraId="3485DB0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20</w:t>
            </w:r>
          </w:p>
        </w:tc>
        <w:tc>
          <w:tcPr>
            <w:tcW w:w="1440" w:type="dxa"/>
            <w:vAlign w:val="center"/>
          </w:tcPr>
          <w:p w14:paraId="0E308F0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388.71</w:t>
            </w:r>
          </w:p>
        </w:tc>
        <w:tc>
          <w:tcPr>
            <w:tcW w:w="1440" w:type="dxa"/>
            <w:vAlign w:val="center"/>
          </w:tcPr>
          <w:p w14:paraId="77EB160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421.30</w:t>
            </w:r>
          </w:p>
        </w:tc>
        <w:tc>
          <w:tcPr>
            <w:tcW w:w="1440" w:type="dxa"/>
            <w:vAlign w:val="center"/>
          </w:tcPr>
          <w:p w14:paraId="10B9876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290.11</w:t>
            </w:r>
          </w:p>
        </w:tc>
        <w:tc>
          <w:tcPr>
            <w:tcW w:w="1008" w:type="dxa"/>
            <w:vAlign w:val="center"/>
          </w:tcPr>
          <w:p w14:paraId="388D3BF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1D4129C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64.2</w:t>
            </w:r>
          </w:p>
        </w:tc>
      </w:tr>
      <w:tr w:rsidR="002D7411" w14:paraId="37F1C9E1" w14:textId="77777777">
        <w:trPr>
          <w:jc w:val="center"/>
        </w:trPr>
        <w:tc>
          <w:tcPr>
            <w:tcW w:w="3528" w:type="dxa"/>
            <w:vAlign w:val="center"/>
          </w:tcPr>
          <w:p w14:paraId="72DD23D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9MeN6MeOA_amino</w:t>
            </w:r>
          </w:p>
        </w:tc>
        <w:tc>
          <w:tcPr>
            <w:tcW w:w="936" w:type="dxa"/>
            <w:vAlign w:val="center"/>
          </w:tcPr>
          <w:p w14:paraId="28B4E78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22</w:t>
            </w:r>
          </w:p>
        </w:tc>
        <w:tc>
          <w:tcPr>
            <w:tcW w:w="1440" w:type="dxa"/>
            <w:vAlign w:val="center"/>
          </w:tcPr>
          <w:p w14:paraId="3F2288E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451.31</w:t>
            </w:r>
          </w:p>
        </w:tc>
        <w:tc>
          <w:tcPr>
            <w:tcW w:w="1440" w:type="dxa"/>
            <w:vAlign w:val="center"/>
          </w:tcPr>
          <w:p w14:paraId="2AEAA02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481.70</w:t>
            </w:r>
          </w:p>
        </w:tc>
        <w:tc>
          <w:tcPr>
            <w:tcW w:w="1440" w:type="dxa"/>
            <w:vAlign w:val="center"/>
          </w:tcPr>
          <w:p w14:paraId="060E74F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354.31</w:t>
            </w:r>
          </w:p>
        </w:tc>
        <w:tc>
          <w:tcPr>
            <w:tcW w:w="1008" w:type="dxa"/>
            <w:vAlign w:val="center"/>
          </w:tcPr>
          <w:p w14:paraId="73A9490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40632E3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6AE31563" w14:textId="77777777">
        <w:trPr>
          <w:jc w:val="center"/>
        </w:trPr>
        <w:tc>
          <w:tcPr>
            <w:tcW w:w="3528" w:type="dxa"/>
            <w:vAlign w:val="center"/>
          </w:tcPr>
          <w:p w14:paraId="51DA8FE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9MeN6MeOA_imino</w:t>
            </w:r>
          </w:p>
        </w:tc>
        <w:tc>
          <w:tcPr>
            <w:tcW w:w="936" w:type="dxa"/>
            <w:vAlign w:val="center"/>
          </w:tcPr>
          <w:p w14:paraId="48CFA8F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22</w:t>
            </w:r>
          </w:p>
        </w:tc>
        <w:tc>
          <w:tcPr>
            <w:tcW w:w="1440" w:type="dxa"/>
            <w:vAlign w:val="center"/>
          </w:tcPr>
          <w:p w14:paraId="61913AC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450.59</w:t>
            </w:r>
          </w:p>
        </w:tc>
        <w:tc>
          <w:tcPr>
            <w:tcW w:w="1440" w:type="dxa"/>
            <w:vAlign w:val="center"/>
          </w:tcPr>
          <w:p w14:paraId="1B89EA7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481.15</w:t>
            </w:r>
          </w:p>
        </w:tc>
        <w:tc>
          <w:tcPr>
            <w:tcW w:w="1440" w:type="dxa"/>
            <w:vAlign w:val="center"/>
          </w:tcPr>
          <w:p w14:paraId="14F3E9B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353.35</w:t>
            </w:r>
          </w:p>
        </w:tc>
        <w:tc>
          <w:tcPr>
            <w:tcW w:w="1008" w:type="dxa"/>
            <w:vAlign w:val="center"/>
          </w:tcPr>
          <w:p w14:paraId="6C58C95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25312EF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67A46FE7" w14:textId="77777777">
        <w:trPr>
          <w:jc w:val="center"/>
        </w:trPr>
        <w:tc>
          <w:tcPr>
            <w:tcW w:w="3528" w:type="dxa"/>
            <w:vAlign w:val="center"/>
          </w:tcPr>
          <w:p w14:paraId="24B8737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</w:t>
            </w:r>
          </w:p>
        </w:tc>
        <w:tc>
          <w:tcPr>
            <w:tcW w:w="936" w:type="dxa"/>
            <w:vAlign w:val="center"/>
          </w:tcPr>
          <w:p w14:paraId="5333A4A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</w:t>
            </w:r>
          </w:p>
        </w:tc>
        <w:tc>
          <w:tcPr>
            <w:tcW w:w="1440" w:type="dxa"/>
            <w:vAlign w:val="center"/>
          </w:tcPr>
          <w:p w14:paraId="7F3F97F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295.00</w:t>
            </w:r>
          </w:p>
        </w:tc>
        <w:tc>
          <w:tcPr>
            <w:tcW w:w="1440" w:type="dxa"/>
            <w:vAlign w:val="center"/>
          </w:tcPr>
          <w:p w14:paraId="45B6CD8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316.57</w:t>
            </w:r>
          </w:p>
        </w:tc>
        <w:tc>
          <w:tcPr>
            <w:tcW w:w="1440" w:type="dxa"/>
            <w:vAlign w:val="center"/>
          </w:tcPr>
          <w:p w14:paraId="10F6ACC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211.46</w:t>
            </w:r>
          </w:p>
        </w:tc>
        <w:tc>
          <w:tcPr>
            <w:tcW w:w="1008" w:type="dxa"/>
            <w:vAlign w:val="center"/>
          </w:tcPr>
          <w:p w14:paraId="624FED4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2F4E3DC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161.2</w:t>
            </w:r>
          </w:p>
        </w:tc>
      </w:tr>
      <w:tr w:rsidR="002D7411" w14:paraId="43612FD5" w14:textId="77777777">
        <w:trPr>
          <w:jc w:val="center"/>
        </w:trPr>
        <w:tc>
          <w:tcPr>
            <w:tcW w:w="3528" w:type="dxa"/>
            <w:vAlign w:val="center"/>
          </w:tcPr>
          <w:p w14:paraId="2A65D9B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adenine_7H</w:t>
            </w:r>
          </w:p>
        </w:tc>
        <w:tc>
          <w:tcPr>
            <w:tcW w:w="936" w:type="dxa"/>
            <w:vAlign w:val="center"/>
          </w:tcPr>
          <w:p w14:paraId="205F2C4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</w:t>
            </w:r>
          </w:p>
        </w:tc>
        <w:tc>
          <w:tcPr>
            <w:tcW w:w="1440" w:type="dxa"/>
            <w:vAlign w:val="center"/>
          </w:tcPr>
          <w:p w14:paraId="7E32B35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292.20</w:t>
            </w:r>
          </w:p>
        </w:tc>
        <w:tc>
          <w:tcPr>
            <w:tcW w:w="1440" w:type="dxa"/>
            <w:vAlign w:val="center"/>
          </w:tcPr>
          <w:p w14:paraId="7A1669F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312.69</w:t>
            </w:r>
          </w:p>
        </w:tc>
        <w:tc>
          <w:tcPr>
            <w:tcW w:w="1440" w:type="dxa"/>
            <w:vAlign w:val="center"/>
          </w:tcPr>
          <w:p w14:paraId="48EB26E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209.62</w:t>
            </w:r>
          </w:p>
        </w:tc>
        <w:tc>
          <w:tcPr>
            <w:tcW w:w="1008" w:type="dxa"/>
            <w:vAlign w:val="center"/>
          </w:tcPr>
          <w:p w14:paraId="003F67F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1B8473F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0F55E2C0" w14:textId="77777777">
        <w:trPr>
          <w:jc w:val="center"/>
        </w:trPr>
        <w:tc>
          <w:tcPr>
            <w:tcW w:w="3528" w:type="dxa"/>
            <w:vAlign w:val="center"/>
          </w:tcPr>
          <w:p w14:paraId="0274DE9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adenine_H+_N1</w:t>
            </w:r>
          </w:p>
        </w:tc>
        <w:tc>
          <w:tcPr>
            <w:tcW w:w="936" w:type="dxa"/>
            <w:vAlign w:val="center"/>
          </w:tcPr>
          <w:p w14:paraId="588C030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440" w:type="dxa"/>
            <w:vAlign w:val="center"/>
          </w:tcPr>
          <w:p w14:paraId="0E5CD18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331.25</w:t>
            </w:r>
          </w:p>
        </w:tc>
        <w:tc>
          <w:tcPr>
            <w:tcW w:w="1440" w:type="dxa"/>
            <w:vAlign w:val="center"/>
          </w:tcPr>
          <w:p w14:paraId="19DFECE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352.33</w:t>
            </w:r>
          </w:p>
        </w:tc>
        <w:tc>
          <w:tcPr>
            <w:tcW w:w="1440" w:type="dxa"/>
            <w:vAlign w:val="center"/>
          </w:tcPr>
          <w:p w14:paraId="3E91571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248.52</w:t>
            </w:r>
          </w:p>
        </w:tc>
        <w:tc>
          <w:tcPr>
            <w:tcW w:w="1008" w:type="dxa"/>
            <w:vAlign w:val="center"/>
          </w:tcPr>
          <w:p w14:paraId="68C6745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2069A11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172.6</w:t>
            </w:r>
          </w:p>
        </w:tc>
      </w:tr>
      <w:tr w:rsidR="002D7411" w14:paraId="5729DFB0" w14:textId="77777777">
        <w:trPr>
          <w:jc w:val="center"/>
        </w:trPr>
        <w:tc>
          <w:tcPr>
            <w:tcW w:w="3528" w:type="dxa"/>
            <w:vAlign w:val="center"/>
          </w:tcPr>
          <w:p w14:paraId="6CE888B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adenine_H+_N3</w:t>
            </w:r>
          </w:p>
        </w:tc>
        <w:tc>
          <w:tcPr>
            <w:tcW w:w="936" w:type="dxa"/>
            <w:vAlign w:val="center"/>
          </w:tcPr>
          <w:p w14:paraId="2FD27BD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440" w:type="dxa"/>
            <w:vAlign w:val="center"/>
          </w:tcPr>
          <w:p w14:paraId="38E60EB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331.11</w:t>
            </w:r>
          </w:p>
        </w:tc>
        <w:tc>
          <w:tcPr>
            <w:tcW w:w="1440" w:type="dxa"/>
            <w:vAlign w:val="center"/>
          </w:tcPr>
          <w:p w14:paraId="6CCF8F5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352.14</w:t>
            </w:r>
          </w:p>
        </w:tc>
        <w:tc>
          <w:tcPr>
            <w:tcW w:w="1440" w:type="dxa"/>
            <w:vAlign w:val="center"/>
          </w:tcPr>
          <w:p w14:paraId="71BB0F6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248.27</w:t>
            </w:r>
          </w:p>
        </w:tc>
        <w:tc>
          <w:tcPr>
            <w:tcW w:w="1008" w:type="dxa"/>
            <w:vAlign w:val="center"/>
          </w:tcPr>
          <w:p w14:paraId="304A42E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2BF4533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153.8</w:t>
            </w:r>
          </w:p>
        </w:tc>
      </w:tr>
      <w:tr w:rsidR="002D7411" w14:paraId="12602054" w14:textId="77777777">
        <w:trPr>
          <w:jc w:val="center"/>
        </w:trPr>
        <w:tc>
          <w:tcPr>
            <w:tcW w:w="3528" w:type="dxa"/>
            <w:vAlign w:val="center"/>
          </w:tcPr>
          <w:p w14:paraId="7C775A4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adenine_H+_N6(exo)</w:t>
            </w:r>
          </w:p>
        </w:tc>
        <w:tc>
          <w:tcPr>
            <w:tcW w:w="936" w:type="dxa"/>
            <w:vAlign w:val="center"/>
          </w:tcPr>
          <w:p w14:paraId="09CFFD0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440" w:type="dxa"/>
            <w:vAlign w:val="center"/>
          </w:tcPr>
          <w:p w14:paraId="0B2A290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331.10</w:t>
            </w:r>
          </w:p>
        </w:tc>
        <w:tc>
          <w:tcPr>
            <w:tcW w:w="1440" w:type="dxa"/>
            <w:vAlign w:val="center"/>
          </w:tcPr>
          <w:p w14:paraId="6B75536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353.00</w:t>
            </w:r>
          </w:p>
        </w:tc>
        <w:tc>
          <w:tcPr>
            <w:tcW w:w="1440" w:type="dxa"/>
            <w:vAlign w:val="center"/>
          </w:tcPr>
          <w:p w14:paraId="0F0C758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246.13</w:t>
            </w:r>
          </w:p>
        </w:tc>
        <w:tc>
          <w:tcPr>
            <w:tcW w:w="1008" w:type="dxa"/>
            <w:vAlign w:val="center"/>
          </w:tcPr>
          <w:p w14:paraId="6C06567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4A2F446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89.4</w:t>
            </w:r>
          </w:p>
        </w:tc>
      </w:tr>
      <w:tr w:rsidR="002D7411" w14:paraId="0DDED452" w14:textId="77777777">
        <w:trPr>
          <w:jc w:val="center"/>
        </w:trPr>
        <w:tc>
          <w:tcPr>
            <w:tcW w:w="3528" w:type="dxa"/>
            <w:vAlign w:val="center"/>
          </w:tcPr>
          <w:p w14:paraId="0CC4E22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adenine_H+_N7</w:t>
            </w:r>
          </w:p>
        </w:tc>
        <w:tc>
          <w:tcPr>
            <w:tcW w:w="936" w:type="dxa"/>
            <w:vAlign w:val="center"/>
          </w:tcPr>
          <w:p w14:paraId="7823B48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440" w:type="dxa"/>
            <w:vAlign w:val="center"/>
          </w:tcPr>
          <w:p w14:paraId="0CD15CC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329.64</w:t>
            </w:r>
          </w:p>
        </w:tc>
        <w:tc>
          <w:tcPr>
            <w:tcW w:w="1440" w:type="dxa"/>
            <w:vAlign w:val="center"/>
          </w:tcPr>
          <w:p w14:paraId="56E1584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351.22</w:t>
            </w:r>
          </w:p>
        </w:tc>
        <w:tc>
          <w:tcPr>
            <w:tcW w:w="1440" w:type="dxa"/>
            <w:vAlign w:val="center"/>
          </w:tcPr>
          <w:p w14:paraId="1E04335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246.32</w:t>
            </w:r>
          </w:p>
        </w:tc>
        <w:tc>
          <w:tcPr>
            <w:tcW w:w="1008" w:type="dxa"/>
            <w:vAlign w:val="center"/>
          </w:tcPr>
          <w:p w14:paraId="2231ABF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669F71D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146.6</w:t>
            </w:r>
          </w:p>
        </w:tc>
      </w:tr>
      <w:tr w:rsidR="002D7411" w14:paraId="21C01614" w14:textId="77777777">
        <w:trPr>
          <w:jc w:val="center"/>
        </w:trPr>
        <w:tc>
          <w:tcPr>
            <w:tcW w:w="3528" w:type="dxa"/>
            <w:vAlign w:val="center"/>
          </w:tcPr>
          <w:p w14:paraId="3883FC6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adenine_imino</w:t>
            </w:r>
          </w:p>
        </w:tc>
        <w:tc>
          <w:tcPr>
            <w:tcW w:w="936" w:type="dxa"/>
            <w:vAlign w:val="center"/>
          </w:tcPr>
          <w:p w14:paraId="3A7687C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</w:t>
            </w:r>
          </w:p>
        </w:tc>
        <w:tc>
          <w:tcPr>
            <w:tcW w:w="1440" w:type="dxa"/>
            <w:vAlign w:val="center"/>
          </w:tcPr>
          <w:p w14:paraId="7043DC5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297.20</w:t>
            </w:r>
          </w:p>
        </w:tc>
        <w:tc>
          <w:tcPr>
            <w:tcW w:w="1440" w:type="dxa"/>
            <w:vAlign w:val="center"/>
          </w:tcPr>
          <w:p w14:paraId="766A04B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317.54</w:t>
            </w:r>
          </w:p>
        </w:tc>
        <w:tc>
          <w:tcPr>
            <w:tcW w:w="1440" w:type="dxa"/>
            <w:vAlign w:val="center"/>
          </w:tcPr>
          <w:p w14:paraId="5C45044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214.65</w:t>
            </w:r>
          </w:p>
        </w:tc>
        <w:tc>
          <w:tcPr>
            <w:tcW w:w="1008" w:type="dxa"/>
            <w:vAlign w:val="center"/>
          </w:tcPr>
          <w:p w14:paraId="5EC2F3F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7816E79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150.5</w:t>
            </w:r>
          </w:p>
        </w:tc>
      </w:tr>
      <w:tr w:rsidR="002D7411" w14:paraId="5B4AE59B" w14:textId="77777777">
        <w:trPr>
          <w:jc w:val="center"/>
        </w:trPr>
        <w:tc>
          <w:tcPr>
            <w:tcW w:w="3528" w:type="dxa"/>
            <w:vAlign w:val="center"/>
          </w:tcPr>
          <w:p w14:paraId="611BBEF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ammonia</w:t>
            </w:r>
          </w:p>
        </w:tc>
        <w:tc>
          <w:tcPr>
            <w:tcW w:w="936" w:type="dxa"/>
            <w:vAlign w:val="center"/>
          </w:tcPr>
          <w:p w14:paraId="007A622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w="1440" w:type="dxa"/>
            <w:vAlign w:val="center"/>
          </w:tcPr>
          <w:p w14:paraId="72132F4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89.37</w:t>
            </w:r>
          </w:p>
        </w:tc>
        <w:tc>
          <w:tcPr>
            <w:tcW w:w="1440" w:type="dxa"/>
            <w:vAlign w:val="center"/>
          </w:tcPr>
          <w:p w14:paraId="6509A5D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99.37</w:t>
            </w:r>
          </w:p>
        </w:tc>
        <w:tc>
          <w:tcPr>
            <w:tcW w:w="1440" w:type="dxa"/>
            <w:vAlign w:val="center"/>
          </w:tcPr>
          <w:p w14:paraId="3E2BEF7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39.24</w:t>
            </w:r>
          </w:p>
        </w:tc>
        <w:tc>
          <w:tcPr>
            <w:tcW w:w="1008" w:type="dxa"/>
            <w:vAlign w:val="center"/>
          </w:tcPr>
          <w:p w14:paraId="368E713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1199FB5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1061.9</w:t>
            </w:r>
          </w:p>
        </w:tc>
      </w:tr>
      <w:tr w:rsidR="002D7411" w14:paraId="271C7FEA" w14:textId="77777777">
        <w:trPr>
          <w:jc w:val="center"/>
        </w:trPr>
        <w:tc>
          <w:tcPr>
            <w:tcW w:w="3528" w:type="dxa"/>
            <w:vAlign w:val="center"/>
          </w:tcPr>
          <w:p w14:paraId="6357585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ammonia_H+</w:t>
            </w:r>
          </w:p>
        </w:tc>
        <w:tc>
          <w:tcPr>
            <w:tcW w:w="936" w:type="dxa"/>
            <w:vAlign w:val="center"/>
          </w:tcPr>
          <w:p w14:paraId="28E4735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w="1440" w:type="dxa"/>
            <w:vAlign w:val="center"/>
          </w:tcPr>
          <w:p w14:paraId="5F2AC9B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128.19</w:t>
            </w:r>
          </w:p>
        </w:tc>
        <w:tc>
          <w:tcPr>
            <w:tcW w:w="1440" w:type="dxa"/>
            <w:vAlign w:val="center"/>
          </w:tcPr>
          <w:p w14:paraId="0789794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138.17</w:t>
            </w:r>
          </w:p>
        </w:tc>
        <w:tc>
          <w:tcPr>
            <w:tcW w:w="1440" w:type="dxa"/>
            <w:vAlign w:val="center"/>
          </w:tcPr>
          <w:p w14:paraId="3FFD6B2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79.26</w:t>
            </w:r>
          </w:p>
        </w:tc>
        <w:tc>
          <w:tcPr>
            <w:tcW w:w="1008" w:type="dxa"/>
            <w:vAlign w:val="center"/>
          </w:tcPr>
          <w:p w14:paraId="7805C93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1105D08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1434.2</w:t>
            </w:r>
          </w:p>
        </w:tc>
      </w:tr>
      <w:tr w:rsidR="002D7411" w14:paraId="20826FFA" w14:textId="77777777">
        <w:trPr>
          <w:jc w:val="center"/>
        </w:trPr>
        <w:tc>
          <w:tcPr>
            <w:tcW w:w="3528" w:type="dxa"/>
            <w:vAlign w:val="center"/>
          </w:tcPr>
          <w:p w14:paraId="0B63FD7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aniline</w:t>
            </w:r>
          </w:p>
        </w:tc>
        <w:tc>
          <w:tcPr>
            <w:tcW w:w="936" w:type="dxa"/>
            <w:vAlign w:val="center"/>
          </w:tcPr>
          <w:p w14:paraId="15FE8BD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</w:t>
            </w:r>
          </w:p>
        </w:tc>
        <w:tc>
          <w:tcPr>
            <w:tcW w:w="1440" w:type="dxa"/>
            <w:vAlign w:val="center"/>
          </w:tcPr>
          <w:p w14:paraId="61470B3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306.99</w:t>
            </w:r>
          </w:p>
        </w:tc>
        <w:tc>
          <w:tcPr>
            <w:tcW w:w="1440" w:type="dxa"/>
            <w:vAlign w:val="center"/>
          </w:tcPr>
          <w:p w14:paraId="7D856C6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324.68</w:t>
            </w:r>
          </w:p>
        </w:tc>
        <w:tc>
          <w:tcPr>
            <w:tcW w:w="1440" w:type="dxa"/>
            <w:vAlign w:val="center"/>
          </w:tcPr>
          <w:p w14:paraId="029DAE0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230.50</w:t>
            </w:r>
          </w:p>
        </w:tc>
        <w:tc>
          <w:tcPr>
            <w:tcW w:w="1008" w:type="dxa"/>
            <w:vAlign w:val="center"/>
          </w:tcPr>
          <w:p w14:paraId="762AE66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66D5509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223.2</w:t>
            </w:r>
          </w:p>
        </w:tc>
      </w:tr>
      <w:tr w:rsidR="002D7411" w14:paraId="28D8DB99" w14:textId="77777777">
        <w:trPr>
          <w:jc w:val="center"/>
        </w:trPr>
        <w:tc>
          <w:tcPr>
            <w:tcW w:w="3528" w:type="dxa"/>
            <w:vAlign w:val="center"/>
          </w:tcPr>
          <w:p w14:paraId="470E949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aniline_H+</w:t>
            </w:r>
          </w:p>
        </w:tc>
        <w:tc>
          <w:tcPr>
            <w:tcW w:w="936" w:type="dxa"/>
            <w:vAlign w:val="center"/>
          </w:tcPr>
          <w:p w14:paraId="1567961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</w:t>
            </w:r>
          </w:p>
        </w:tc>
        <w:tc>
          <w:tcPr>
            <w:tcW w:w="1440" w:type="dxa"/>
            <w:vAlign w:val="center"/>
          </w:tcPr>
          <w:p w14:paraId="41F4AD8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343.66</w:t>
            </w:r>
          </w:p>
        </w:tc>
        <w:tc>
          <w:tcPr>
            <w:tcW w:w="1440" w:type="dxa"/>
            <w:vAlign w:val="center"/>
          </w:tcPr>
          <w:p w14:paraId="62B27D2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360.17</w:t>
            </w:r>
          </w:p>
        </w:tc>
        <w:tc>
          <w:tcPr>
            <w:tcW w:w="1440" w:type="dxa"/>
            <w:vAlign w:val="center"/>
          </w:tcPr>
          <w:p w14:paraId="7477D18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267.54</w:t>
            </w:r>
          </w:p>
        </w:tc>
        <w:tc>
          <w:tcPr>
            <w:tcW w:w="1008" w:type="dxa"/>
            <w:vAlign w:val="center"/>
          </w:tcPr>
          <w:p w14:paraId="33AD0C4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10BC74C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05A01AC5" w14:textId="77777777">
        <w:trPr>
          <w:jc w:val="center"/>
        </w:trPr>
        <w:tc>
          <w:tcPr>
            <w:tcW w:w="3528" w:type="dxa"/>
            <w:vAlign w:val="center"/>
          </w:tcPr>
          <w:p w14:paraId="226D463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benzene</w:t>
            </w:r>
          </w:p>
        </w:tc>
        <w:tc>
          <w:tcPr>
            <w:tcW w:w="936" w:type="dxa"/>
            <w:vAlign w:val="center"/>
          </w:tcPr>
          <w:p w14:paraId="552C5AD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</w:t>
            </w:r>
          </w:p>
        </w:tc>
        <w:tc>
          <w:tcPr>
            <w:tcW w:w="1440" w:type="dxa"/>
            <w:vAlign w:val="center"/>
          </w:tcPr>
          <w:p w14:paraId="21A5CB4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263.88</w:t>
            </w:r>
          </w:p>
        </w:tc>
        <w:tc>
          <w:tcPr>
            <w:tcW w:w="1440" w:type="dxa"/>
            <w:vAlign w:val="center"/>
          </w:tcPr>
          <w:p w14:paraId="70749FE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277.83</w:t>
            </w:r>
          </w:p>
        </w:tc>
        <w:tc>
          <w:tcPr>
            <w:tcW w:w="1440" w:type="dxa"/>
            <w:vAlign w:val="center"/>
          </w:tcPr>
          <w:p w14:paraId="4527992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191.78</w:t>
            </w:r>
          </w:p>
        </w:tc>
        <w:tc>
          <w:tcPr>
            <w:tcW w:w="1008" w:type="dxa"/>
            <w:vAlign w:val="center"/>
          </w:tcPr>
          <w:p w14:paraId="1B2BD34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7B54F74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418.3</w:t>
            </w:r>
          </w:p>
        </w:tc>
      </w:tr>
      <w:tr w:rsidR="002D7411" w14:paraId="1F84D914" w14:textId="77777777">
        <w:trPr>
          <w:jc w:val="center"/>
        </w:trPr>
        <w:tc>
          <w:tcPr>
            <w:tcW w:w="3528" w:type="dxa"/>
            <w:vAlign w:val="center"/>
          </w:tcPr>
          <w:p w14:paraId="6A2FAA4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cyclohexane</w:t>
            </w:r>
          </w:p>
        </w:tc>
        <w:tc>
          <w:tcPr>
            <w:tcW w:w="936" w:type="dxa"/>
            <w:vAlign w:val="center"/>
          </w:tcPr>
          <w:p w14:paraId="41A4D7F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18</w:t>
            </w:r>
          </w:p>
        </w:tc>
        <w:tc>
          <w:tcPr>
            <w:tcW w:w="1440" w:type="dxa"/>
            <w:vAlign w:val="center"/>
          </w:tcPr>
          <w:p w14:paraId="6BFDD49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445.06</w:t>
            </w:r>
          </w:p>
        </w:tc>
        <w:tc>
          <w:tcPr>
            <w:tcW w:w="1440" w:type="dxa"/>
            <w:vAlign w:val="center"/>
          </w:tcPr>
          <w:p w14:paraId="03D208C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462.51</w:t>
            </w:r>
          </w:p>
        </w:tc>
        <w:tc>
          <w:tcPr>
            <w:tcW w:w="1440" w:type="dxa"/>
            <w:vAlign w:val="center"/>
          </w:tcPr>
          <w:p w14:paraId="2BA7F5F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369.55</w:t>
            </w:r>
          </w:p>
        </w:tc>
        <w:tc>
          <w:tcPr>
            <w:tcW w:w="1008" w:type="dxa"/>
            <w:vAlign w:val="center"/>
          </w:tcPr>
          <w:p w14:paraId="6594C51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175B2AC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236.9</w:t>
            </w:r>
          </w:p>
        </w:tc>
      </w:tr>
      <w:tr w:rsidR="002D7411" w14:paraId="454E6C0A" w14:textId="77777777">
        <w:trPr>
          <w:jc w:val="center"/>
        </w:trPr>
        <w:tc>
          <w:tcPr>
            <w:tcW w:w="3528" w:type="dxa"/>
            <w:vAlign w:val="center"/>
          </w:tcPr>
          <w:p w14:paraId="4688A45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cyclohexene</w:t>
            </w:r>
          </w:p>
        </w:tc>
        <w:tc>
          <w:tcPr>
            <w:tcW w:w="936" w:type="dxa"/>
            <w:vAlign w:val="center"/>
          </w:tcPr>
          <w:p w14:paraId="0316644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440" w:type="dxa"/>
            <w:vAlign w:val="center"/>
          </w:tcPr>
          <w:p w14:paraId="0D12694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382.01</w:t>
            </w:r>
          </w:p>
        </w:tc>
        <w:tc>
          <w:tcPr>
            <w:tcW w:w="1440" w:type="dxa"/>
            <w:vAlign w:val="center"/>
          </w:tcPr>
          <w:p w14:paraId="165DFFC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398.97</w:t>
            </w:r>
          </w:p>
        </w:tc>
        <w:tc>
          <w:tcPr>
            <w:tcW w:w="1440" w:type="dxa"/>
            <w:vAlign w:val="center"/>
          </w:tcPr>
          <w:p w14:paraId="2F2A08C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306.81</w:t>
            </w:r>
          </w:p>
        </w:tc>
        <w:tc>
          <w:tcPr>
            <w:tcW w:w="1008" w:type="dxa"/>
            <w:vAlign w:val="center"/>
          </w:tcPr>
          <w:p w14:paraId="7A9F1A7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44C7EFF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169.0</w:t>
            </w:r>
          </w:p>
        </w:tc>
      </w:tr>
      <w:tr w:rsidR="002D7411" w14:paraId="0FE554E5" w14:textId="77777777">
        <w:trPr>
          <w:jc w:val="center"/>
        </w:trPr>
        <w:tc>
          <w:tcPr>
            <w:tcW w:w="3528" w:type="dxa"/>
            <w:vAlign w:val="center"/>
          </w:tcPr>
          <w:p w14:paraId="6C939F2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cytosine</w:t>
            </w:r>
          </w:p>
        </w:tc>
        <w:tc>
          <w:tcPr>
            <w:tcW w:w="936" w:type="dxa"/>
            <w:vAlign w:val="center"/>
          </w:tcPr>
          <w:p w14:paraId="764CE3F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13</w:t>
            </w:r>
          </w:p>
        </w:tc>
        <w:tc>
          <w:tcPr>
            <w:tcW w:w="1440" w:type="dxa"/>
            <w:vAlign w:val="center"/>
          </w:tcPr>
          <w:p w14:paraId="7ED199D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258.27</w:t>
            </w:r>
          </w:p>
        </w:tc>
        <w:tc>
          <w:tcPr>
            <w:tcW w:w="1440" w:type="dxa"/>
            <w:vAlign w:val="center"/>
          </w:tcPr>
          <w:p w14:paraId="4A07F91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278.73</w:t>
            </w:r>
          </w:p>
        </w:tc>
        <w:tc>
          <w:tcPr>
            <w:tcW w:w="1440" w:type="dxa"/>
            <w:vAlign w:val="center"/>
          </w:tcPr>
          <w:p w14:paraId="2EEAD5E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176.66</w:t>
            </w:r>
          </w:p>
        </w:tc>
        <w:tc>
          <w:tcPr>
            <w:tcW w:w="1008" w:type="dxa"/>
            <w:vAlign w:val="center"/>
          </w:tcPr>
          <w:p w14:paraId="021D82E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4134567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131.5</w:t>
            </w:r>
          </w:p>
        </w:tc>
      </w:tr>
      <w:tr w:rsidR="002D7411" w14:paraId="10BE6707" w14:textId="77777777">
        <w:trPr>
          <w:jc w:val="center"/>
        </w:trPr>
        <w:tc>
          <w:tcPr>
            <w:tcW w:w="3528" w:type="dxa"/>
            <w:vAlign w:val="center"/>
          </w:tcPr>
          <w:p w14:paraId="6BF69AD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cytosine_H+_N3</w:t>
            </w:r>
          </w:p>
        </w:tc>
        <w:tc>
          <w:tcPr>
            <w:tcW w:w="936" w:type="dxa"/>
            <w:vAlign w:val="center"/>
          </w:tcPr>
          <w:p w14:paraId="6EA05A5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</w:t>
            </w:r>
          </w:p>
        </w:tc>
        <w:tc>
          <w:tcPr>
            <w:tcW w:w="1440" w:type="dxa"/>
            <w:vAlign w:val="center"/>
          </w:tcPr>
          <w:p w14:paraId="18B79DA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296.06</w:t>
            </w:r>
          </w:p>
        </w:tc>
        <w:tc>
          <w:tcPr>
            <w:tcW w:w="1440" w:type="dxa"/>
            <w:vAlign w:val="center"/>
          </w:tcPr>
          <w:p w14:paraId="5727802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315.57</w:t>
            </w:r>
          </w:p>
        </w:tc>
        <w:tc>
          <w:tcPr>
            <w:tcW w:w="1440" w:type="dxa"/>
            <w:vAlign w:val="center"/>
          </w:tcPr>
          <w:p w14:paraId="216C67B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216.04</w:t>
            </w:r>
          </w:p>
        </w:tc>
        <w:tc>
          <w:tcPr>
            <w:tcW w:w="1008" w:type="dxa"/>
            <w:vAlign w:val="center"/>
          </w:tcPr>
          <w:p w14:paraId="56D44BA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2967DE0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162.5</w:t>
            </w:r>
          </w:p>
        </w:tc>
      </w:tr>
      <w:tr w:rsidR="002D7411" w14:paraId="0B0E5708" w14:textId="77777777">
        <w:trPr>
          <w:jc w:val="center"/>
        </w:trPr>
        <w:tc>
          <w:tcPr>
            <w:tcW w:w="3528" w:type="dxa"/>
            <w:vAlign w:val="center"/>
          </w:tcPr>
          <w:p w14:paraId="738323E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cytosine_H+_O2</w:t>
            </w:r>
          </w:p>
        </w:tc>
        <w:tc>
          <w:tcPr>
            <w:tcW w:w="936" w:type="dxa"/>
            <w:vAlign w:val="center"/>
          </w:tcPr>
          <w:p w14:paraId="09051CC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</w:t>
            </w:r>
          </w:p>
        </w:tc>
        <w:tc>
          <w:tcPr>
            <w:tcW w:w="1440" w:type="dxa"/>
            <w:vAlign w:val="center"/>
          </w:tcPr>
          <w:p w14:paraId="242DB94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296.14</w:t>
            </w:r>
          </w:p>
        </w:tc>
        <w:tc>
          <w:tcPr>
            <w:tcW w:w="1440" w:type="dxa"/>
            <w:vAlign w:val="center"/>
          </w:tcPr>
          <w:p w14:paraId="0929174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315.38</w:t>
            </w:r>
          </w:p>
        </w:tc>
        <w:tc>
          <w:tcPr>
            <w:tcW w:w="1440" w:type="dxa"/>
            <w:vAlign w:val="center"/>
          </w:tcPr>
          <w:p w14:paraId="086FEE9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216.54</w:t>
            </w:r>
          </w:p>
        </w:tc>
        <w:tc>
          <w:tcPr>
            <w:tcW w:w="1008" w:type="dxa"/>
            <w:vAlign w:val="center"/>
          </w:tcPr>
          <w:p w14:paraId="4921F0B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361CD46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170.4</w:t>
            </w:r>
          </w:p>
        </w:tc>
      </w:tr>
      <w:tr w:rsidR="002D7411" w14:paraId="03ADFFD6" w14:textId="77777777">
        <w:trPr>
          <w:jc w:val="center"/>
        </w:trPr>
        <w:tc>
          <w:tcPr>
            <w:tcW w:w="3528" w:type="dxa"/>
            <w:vAlign w:val="center"/>
          </w:tcPr>
          <w:p w14:paraId="402D83E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cytosine_imino</w:t>
            </w:r>
          </w:p>
        </w:tc>
        <w:tc>
          <w:tcPr>
            <w:tcW w:w="936" w:type="dxa"/>
            <w:vAlign w:val="center"/>
          </w:tcPr>
          <w:p w14:paraId="2D2B19E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13</w:t>
            </w:r>
          </w:p>
        </w:tc>
        <w:tc>
          <w:tcPr>
            <w:tcW w:w="1440" w:type="dxa"/>
            <w:vAlign w:val="center"/>
          </w:tcPr>
          <w:p w14:paraId="698C8D1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261.63</w:t>
            </w:r>
          </w:p>
        </w:tc>
        <w:tc>
          <w:tcPr>
            <w:tcW w:w="1440" w:type="dxa"/>
            <w:vAlign w:val="center"/>
          </w:tcPr>
          <w:p w14:paraId="500DF96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280.62</w:t>
            </w:r>
          </w:p>
        </w:tc>
        <w:tc>
          <w:tcPr>
            <w:tcW w:w="1440" w:type="dxa"/>
            <w:vAlign w:val="center"/>
          </w:tcPr>
          <w:p w14:paraId="4325F84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181.60</w:t>
            </w:r>
          </w:p>
        </w:tc>
        <w:tc>
          <w:tcPr>
            <w:tcW w:w="1008" w:type="dxa"/>
            <w:vAlign w:val="center"/>
          </w:tcPr>
          <w:p w14:paraId="22B1978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120FD01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142.4</w:t>
            </w:r>
          </w:p>
        </w:tc>
      </w:tr>
      <w:tr w:rsidR="002D7411" w14:paraId="00F37476" w14:textId="77777777">
        <w:trPr>
          <w:jc w:val="center"/>
        </w:trPr>
        <w:tc>
          <w:tcPr>
            <w:tcW w:w="3528" w:type="dxa"/>
            <w:vAlign w:val="center"/>
          </w:tcPr>
          <w:p w14:paraId="453C582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dihydrofuran_25</w:t>
            </w:r>
          </w:p>
        </w:tc>
        <w:tc>
          <w:tcPr>
            <w:tcW w:w="936" w:type="dxa"/>
            <w:vAlign w:val="center"/>
          </w:tcPr>
          <w:p w14:paraId="370FD9B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11</w:t>
            </w:r>
          </w:p>
        </w:tc>
        <w:tc>
          <w:tcPr>
            <w:tcW w:w="1440" w:type="dxa"/>
            <w:vAlign w:val="center"/>
          </w:tcPr>
          <w:p w14:paraId="761F343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241.42</w:t>
            </w:r>
          </w:p>
        </w:tc>
        <w:tc>
          <w:tcPr>
            <w:tcW w:w="1440" w:type="dxa"/>
            <w:vAlign w:val="center"/>
          </w:tcPr>
          <w:p w14:paraId="2623F94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255.74</w:t>
            </w:r>
          </w:p>
        </w:tc>
        <w:tc>
          <w:tcPr>
            <w:tcW w:w="1440" w:type="dxa"/>
            <w:vAlign w:val="center"/>
          </w:tcPr>
          <w:p w14:paraId="4D1FE37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169.50</w:t>
            </w:r>
          </w:p>
        </w:tc>
        <w:tc>
          <w:tcPr>
            <w:tcW w:w="1008" w:type="dxa"/>
            <w:vAlign w:val="center"/>
          </w:tcPr>
          <w:p w14:paraId="5B65A2D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652614A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116.9</w:t>
            </w:r>
          </w:p>
        </w:tc>
      </w:tr>
      <w:tr w:rsidR="002D7411" w14:paraId="0E26F263" w14:textId="77777777">
        <w:trPr>
          <w:jc w:val="center"/>
        </w:trPr>
        <w:tc>
          <w:tcPr>
            <w:tcW w:w="3528" w:type="dxa"/>
            <w:vAlign w:val="center"/>
          </w:tcPr>
          <w:p w14:paraId="16C776E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furan</w:t>
            </w:r>
          </w:p>
        </w:tc>
        <w:tc>
          <w:tcPr>
            <w:tcW w:w="936" w:type="dxa"/>
            <w:vAlign w:val="center"/>
          </w:tcPr>
          <w:p w14:paraId="7D298A4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</w:t>
            </w:r>
          </w:p>
        </w:tc>
        <w:tc>
          <w:tcPr>
            <w:tcW w:w="1440" w:type="dxa"/>
            <w:vAlign w:val="center"/>
          </w:tcPr>
          <w:p w14:paraId="3DAAD5F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183.95</w:t>
            </w:r>
          </w:p>
        </w:tc>
        <w:tc>
          <w:tcPr>
            <w:tcW w:w="1440" w:type="dxa"/>
            <w:vAlign w:val="center"/>
          </w:tcPr>
          <w:p w14:paraId="5DE04DA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196.12</w:t>
            </w:r>
          </w:p>
        </w:tc>
        <w:tc>
          <w:tcPr>
            <w:tcW w:w="1440" w:type="dxa"/>
            <w:vAlign w:val="center"/>
          </w:tcPr>
          <w:p w14:paraId="011024D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114.99</w:t>
            </w:r>
          </w:p>
        </w:tc>
        <w:tc>
          <w:tcPr>
            <w:tcW w:w="1008" w:type="dxa"/>
            <w:vAlign w:val="center"/>
          </w:tcPr>
          <w:p w14:paraId="6360FFE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1B47021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616.0</w:t>
            </w:r>
          </w:p>
        </w:tc>
      </w:tr>
      <w:tr w:rsidR="002D7411" w14:paraId="06AF736F" w14:textId="77777777">
        <w:trPr>
          <w:jc w:val="center"/>
        </w:trPr>
        <w:tc>
          <w:tcPr>
            <w:tcW w:w="3528" w:type="dxa"/>
            <w:vAlign w:val="center"/>
          </w:tcPr>
          <w:p w14:paraId="072D79E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guanine</w:t>
            </w:r>
          </w:p>
        </w:tc>
        <w:tc>
          <w:tcPr>
            <w:tcW w:w="936" w:type="dxa"/>
            <w:vAlign w:val="center"/>
          </w:tcPr>
          <w:p w14:paraId="76A9BC9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440" w:type="dxa"/>
            <w:vAlign w:val="center"/>
          </w:tcPr>
          <w:p w14:paraId="68B5303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305.76</w:t>
            </w:r>
          </w:p>
        </w:tc>
        <w:tc>
          <w:tcPr>
            <w:tcW w:w="1440" w:type="dxa"/>
            <w:vAlign w:val="center"/>
          </w:tcPr>
          <w:p w14:paraId="0A06B65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328.81</w:t>
            </w:r>
          </w:p>
        </w:tc>
        <w:tc>
          <w:tcPr>
            <w:tcW w:w="1440" w:type="dxa"/>
            <w:vAlign w:val="center"/>
          </w:tcPr>
          <w:p w14:paraId="3E8D3E8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219.77</w:t>
            </w:r>
          </w:p>
        </w:tc>
        <w:tc>
          <w:tcPr>
            <w:tcW w:w="1008" w:type="dxa"/>
            <w:vAlign w:val="center"/>
          </w:tcPr>
          <w:p w14:paraId="4BA5B47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2F08FBC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1A1FEC9D" w14:textId="77777777">
        <w:trPr>
          <w:jc w:val="center"/>
        </w:trPr>
        <w:tc>
          <w:tcPr>
            <w:tcW w:w="3528" w:type="dxa"/>
            <w:vAlign w:val="center"/>
          </w:tcPr>
          <w:p w14:paraId="13EC2C0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guanine_7H</w:t>
            </w:r>
          </w:p>
        </w:tc>
        <w:tc>
          <w:tcPr>
            <w:tcW w:w="936" w:type="dxa"/>
            <w:vAlign w:val="center"/>
          </w:tcPr>
          <w:p w14:paraId="66613BE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440" w:type="dxa"/>
            <w:vAlign w:val="center"/>
          </w:tcPr>
          <w:p w14:paraId="3B437AA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305.74</w:t>
            </w:r>
          </w:p>
        </w:tc>
        <w:tc>
          <w:tcPr>
            <w:tcW w:w="1440" w:type="dxa"/>
            <w:vAlign w:val="center"/>
          </w:tcPr>
          <w:p w14:paraId="26C48CC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328.88</w:t>
            </w:r>
          </w:p>
        </w:tc>
        <w:tc>
          <w:tcPr>
            <w:tcW w:w="1440" w:type="dxa"/>
            <w:vAlign w:val="center"/>
          </w:tcPr>
          <w:p w14:paraId="5D5914F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219.64</w:t>
            </w:r>
          </w:p>
        </w:tc>
        <w:tc>
          <w:tcPr>
            <w:tcW w:w="1008" w:type="dxa"/>
            <w:vAlign w:val="center"/>
          </w:tcPr>
          <w:p w14:paraId="3D8638C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613DC79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2F626DA0" w14:textId="77777777">
        <w:trPr>
          <w:jc w:val="center"/>
        </w:trPr>
        <w:tc>
          <w:tcPr>
            <w:tcW w:w="3528" w:type="dxa"/>
            <w:vAlign w:val="center"/>
          </w:tcPr>
          <w:p w14:paraId="55C5124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guanine_H+_N3</w:t>
            </w:r>
          </w:p>
        </w:tc>
        <w:tc>
          <w:tcPr>
            <w:tcW w:w="936" w:type="dxa"/>
            <w:vAlign w:val="center"/>
          </w:tcPr>
          <w:p w14:paraId="045C414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17</w:t>
            </w:r>
          </w:p>
        </w:tc>
        <w:tc>
          <w:tcPr>
            <w:tcW w:w="1440" w:type="dxa"/>
            <w:vAlign w:val="center"/>
          </w:tcPr>
          <w:p w14:paraId="6241462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339.93</w:t>
            </w:r>
          </w:p>
        </w:tc>
        <w:tc>
          <w:tcPr>
            <w:tcW w:w="1440" w:type="dxa"/>
            <w:vAlign w:val="center"/>
          </w:tcPr>
          <w:p w14:paraId="7D2D9F6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365.16</w:t>
            </w:r>
          </w:p>
        </w:tc>
        <w:tc>
          <w:tcPr>
            <w:tcW w:w="1440" w:type="dxa"/>
            <w:vAlign w:val="center"/>
          </w:tcPr>
          <w:p w14:paraId="5A48628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252.26</w:t>
            </w:r>
          </w:p>
        </w:tc>
        <w:tc>
          <w:tcPr>
            <w:tcW w:w="1008" w:type="dxa"/>
            <w:vAlign w:val="center"/>
          </w:tcPr>
          <w:p w14:paraId="25F9569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697B045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124.6</w:t>
            </w:r>
          </w:p>
        </w:tc>
      </w:tr>
      <w:tr w:rsidR="002D7411" w14:paraId="5D1DEA2F" w14:textId="77777777">
        <w:trPr>
          <w:jc w:val="center"/>
        </w:trPr>
        <w:tc>
          <w:tcPr>
            <w:tcW w:w="3528" w:type="dxa"/>
            <w:vAlign w:val="center"/>
          </w:tcPr>
          <w:p w14:paraId="6E145BC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guanine_H+_N7</w:t>
            </w:r>
          </w:p>
        </w:tc>
        <w:tc>
          <w:tcPr>
            <w:tcW w:w="936" w:type="dxa"/>
            <w:vAlign w:val="center"/>
          </w:tcPr>
          <w:p w14:paraId="1E12CF0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17</w:t>
            </w:r>
          </w:p>
        </w:tc>
        <w:tc>
          <w:tcPr>
            <w:tcW w:w="1440" w:type="dxa"/>
            <w:vAlign w:val="center"/>
          </w:tcPr>
          <w:p w14:paraId="529CBCE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343.27</w:t>
            </w:r>
          </w:p>
        </w:tc>
        <w:tc>
          <w:tcPr>
            <w:tcW w:w="1440" w:type="dxa"/>
            <w:vAlign w:val="center"/>
          </w:tcPr>
          <w:p w14:paraId="620875D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367.45</w:t>
            </w:r>
          </w:p>
        </w:tc>
        <w:tc>
          <w:tcPr>
            <w:tcW w:w="1440" w:type="dxa"/>
            <w:vAlign w:val="center"/>
          </w:tcPr>
          <w:p w14:paraId="799E67B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256.54</w:t>
            </w:r>
          </w:p>
        </w:tc>
        <w:tc>
          <w:tcPr>
            <w:tcW w:w="1008" w:type="dxa"/>
            <w:vAlign w:val="center"/>
          </w:tcPr>
          <w:p w14:paraId="4CFEB04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61BE505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141.9</w:t>
            </w:r>
          </w:p>
        </w:tc>
      </w:tr>
      <w:tr w:rsidR="002D7411" w14:paraId="3E42035F" w14:textId="77777777">
        <w:trPr>
          <w:jc w:val="center"/>
        </w:trPr>
        <w:tc>
          <w:tcPr>
            <w:tcW w:w="3528" w:type="dxa"/>
            <w:vAlign w:val="center"/>
          </w:tcPr>
          <w:p w14:paraId="5FADE43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guanine_H+_O6</w:t>
            </w:r>
          </w:p>
        </w:tc>
        <w:tc>
          <w:tcPr>
            <w:tcW w:w="936" w:type="dxa"/>
            <w:vAlign w:val="center"/>
          </w:tcPr>
          <w:p w14:paraId="2D18F55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17</w:t>
            </w:r>
          </w:p>
        </w:tc>
        <w:tc>
          <w:tcPr>
            <w:tcW w:w="1440" w:type="dxa"/>
            <w:vAlign w:val="center"/>
          </w:tcPr>
          <w:p w14:paraId="3188B88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341.91</w:t>
            </w:r>
          </w:p>
        </w:tc>
        <w:tc>
          <w:tcPr>
            <w:tcW w:w="1440" w:type="dxa"/>
            <w:vAlign w:val="center"/>
          </w:tcPr>
          <w:p w14:paraId="651C46D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366.24</w:t>
            </w:r>
          </w:p>
        </w:tc>
        <w:tc>
          <w:tcPr>
            <w:tcW w:w="1440" w:type="dxa"/>
            <w:vAlign w:val="center"/>
          </w:tcPr>
          <w:p w14:paraId="08D7B07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255.36</w:t>
            </w:r>
          </w:p>
        </w:tc>
        <w:tc>
          <w:tcPr>
            <w:tcW w:w="1008" w:type="dxa"/>
            <w:vAlign w:val="center"/>
          </w:tcPr>
          <w:p w14:paraId="55992B0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7013AF8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144.2</w:t>
            </w:r>
          </w:p>
        </w:tc>
      </w:tr>
      <w:tr w:rsidR="002D7411" w14:paraId="69A210C7" w14:textId="77777777">
        <w:trPr>
          <w:jc w:val="center"/>
        </w:trPr>
        <w:tc>
          <w:tcPr>
            <w:tcW w:w="3528" w:type="dxa"/>
            <w:vAlign w:val="center"/>
          </w:tcPr>
          <w:p w14:paraId="05881CD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guanine_enol</w:t>
            </w:r>
          </w:p>
        </w:tc>
        <w:tc>
          <w:tcPr>
            <w:tcW w:w="936" w:type="dxa"/>
            <w:vAlign w:val="center"/>
          </w:tcPr>
          <w:p w14:paraId="51C843D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440" w:type="dxa"/>
            <w:vAlign w:val="center"/>
          </w:tcPr>
          <w:p w14:paraId="0ADE9A9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306.37</w:t>
            </w:r>
          </w:p>
        </w:tc>
        <w:tc>
          <w:tcPr>
            <w:tcW w:w="1440" w:type="dxa"/>
            <w:vAlign w:val="center"/>
          </w:tcPr>
          <w:p w14:paraId="18DD81C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329.13</w:t>
            </w:r>
          </w:p>
        </w:tc>
        <w:tc>
          <w:tcPr>
            <w:tcW w:w="1440" w:type="dxa"/>
            <w:vAlign w:val="center"/>
          </w:tcPr>
          <w:p w14:paraId="04C7760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220.81</w:t>
            </w:r>
          </w:p>
        </w:tc>
        <w:tc>
          <w:tcPr>
            <w:tcW w:w="1008" w:type="dxa"/>
            <w:vAlign w:val="center"/>
          </w:tcPr>
          <w:p w14:paraId="730689E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5CE5740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02FAA879" w14:textId="77777777">
        <w:trPr>
          <w:jc w:val="center"/>
        </w:trPr>
        <w:tc>
          <w:tcPr>
            <w:tcW w:w="3528" w:type="dxa"/>
            <w:vAlign w:val="center"/>
          </w:tcPr>
          <w:p w14:paraId="096A9E6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h2</w:t>
            </w:r>
          </w:p>
        </w:tc>
        <w:tc>
          <w:tcPr>
            <w:tcW w:w="936" w:type="dxa"/>
            <w:vAlign w:val="center"/>
          </w:tcPr>
          <w:p w14:paraId="5A4A9AE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w="1440" w:type="dxa"/>
            <w:vAlign w:val="center"/>
          </w:tcPr>
          <w:p w14:paraId="7B26259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26.12</w:t>
            </w:r>
          </w:p>
        </w:tc>
        <w:tc>
          <w:tcPr>
            <w:tcW w:w="1440" w:type="dxa"/>
            <w:vAlign w:val="center"/>
          </w:tcPr>
          <w:p w14:paraId="017D64E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34.80</w:t>
            </w:r>
          </w:p>
        </w:tc>
        <w:tc>
          <w:tcPr>
            <w:tcW w:w="1440" w:type="dxa"/>
            <w:vAlign w:val="center"/>
          </w:tcPr>
          <w:p w14:paraId="4295CC2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−4.16</w:t>
            </w:r>
          </w:p>
        </w:tc>
        <w:tc>
          <w:tcPr>
            <w:tcW w:w="1008" w:type="dxa"/>
            <w:vAlign w:val="center"/>
          </w:tcPr>
          <w:p w14:paraId="07C6289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5810438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4367.2</w:t>
            </w:r>
          </w:p>
        </w:tc>
      </w:tr>
      <w:tr w:rsidR="002D7411" w14:paraId="70FF792B" w14:textId="77777777">
        <w:trPr>
          <w:jc w:val="center"/>
        </w:trPr>
        <w:tc>
          <w:tcPr>
            <w:tcW w:w="3528" w:type="dxa"/>
            <w:vAlign w:val="center"/>
          </w:tcPr>
          <w:p w14:paraId="651DE00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hexahydropyrimidine</w:t>
            </w:r>
          </w:p>
        </w:tc>
        <w:tc>
          <w:tcPr>
            <w:tcW w:w="936" w:type="dxa"/>
            <w:vAlign w:val="center"/>
          </w:tcPr>
          <w:p w14:paraId="4629587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440" w:type="dxa"/>
            <w:vAlign w:val="center"/>
          </w:tcPr>
          <w:p w14:paraId="3B33ED3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386.33</w:t>
            </w:r>
          </w:p>
        </w:tc>
        <w:tc>
          <w:tcPr>
            <w:tcW w:w="1440" w:type="dxa"/>
            <w:vAlign w:val="center"/>
          </w:tcPr>
          <w:p w14:paraId="521FB62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403.83</w:t>
            </w:r>
          </w:p>
        </w:tc>
        <w:tc>
          <w:tcPr>
            <w:tcW w:w="1440" w:type="dxa"/>
            <w:vAlign w:val="center"/>
          </w:tcPr>
          <w:p w14:paraId="259C2DA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310.06</w:t>
            </w:r>
          </w:p>
        </w:tc>
        <w:tc>
          <w:tcPr>
            <w:tcW w:w="1008" w:type="dxa"/>
            <w:vAlign w:val="center"/>
          </w:tcPr>
          <w:p w14:paraId="7390CCB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150B63C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114.3</w:t>
            </w:r>
          </w:p>
        </w:tc>
      </w:tr>
      <w:tr w:rsidR="002D7411" w14:paraId="3A105E06" w14:textId="77777777">
        <w:trPr>
          <w:jc w:val="center"/>
        </w:trPr>
        <w:tc>
          <w:tcPr>
            <w:tcW w:w="3528" w:type="dxa"/>
            <w:vAlign w:val="center"/>
          </w:tcPr>
          <w:p w14:paraId="13D8697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imidazole</w:t>
            </w:r>
          </w:p>
        </w:tc>
        <w:tc>
          <w:tcPr>
            <w:tcW w:w="936" w:type="dxa"/>
            <w:vAlign w:val="center"/>
          </w:tcPr>
          <w:p w14:paraId="705219C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</w:t>
            </w:r>
          </w:p>
        </w:tc>
        <w:tc>
          <w:tcPr>
            <w:tcW w:w="1440" w:type="dxa"/>
            <w:vAlign w:val="center"/>
          </w:tcPr>
          <w:p w14:paraId="18B489B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187.11</w:t>
            </w:r>
          </w:p>
        </w:tc>
        <w:tc>
          <w:tcPr>
            <w:tcW w:w="1440" w:type="dxa"/>
            <w:vAlign w:val="center"/>
          </w:tcPr>
          <w:p w14:paraId="61140CD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199.35</w:t>
            </w:r>
          </w:p>
        </w:tc>
        <w:tc>
          <w:tcPr>
            <w:tcW w:w="1440" w:type="dxa"/>
            <w:vAlign w:val="center"/>
          </w:tcPr>
          <w:p w14:paraId="593C97E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118.19</w:t>
            </w:r>
          </w:p>
        </w:tc>
        <w:tc>
          <w:tcPr>
            <w:tcW w:w="1008" w:type="dxa"/>
            <w:vAlign w:val="center"/>
          </w:tcPr>
          <w:p w14:paraId="049B401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52F5C84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561.9</w:t>
            </w:r>
          </w:p>
        </w:tc>
      </w:tr>
      <w:tr w:rsidR="002D7411" w14:paraId="172EC9E5" w14:textId="77777777">
        <w:trPr>
          <w:jc w:val="center"/>
        </w:trPr>
        <w:tc>
          <w:tcPr>
            <w:tcW w:w="3528" w:type="dxa"/>
            <w:vAlign w:val="center"/>
          </w:tcPr>
          <w:p w14:paraId="20F3E20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imidazole_H+</w:t>
            </w:r>
          </w:p>
        </w:tc>
        <w:tc>
          <w:tcPr>
            <w:tcW w:w="936" w:type="dxa"/>
            <w:vAlign w:val="center"/>
          </w:tcPr>
          <w:p w14:paraId="4733C65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10</w:t>
            </w:r>
          </w:p>
        </w:tc>
        <w:tc>
          <w:tcPr>
            <w:tcW w:w="1440" w:type="dxa"/>
            <w:vAlign w:val="center"/>
          </w:tcPr>
          <w:p w14:paraId="284CEB9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223.50</w:t>
            </w:r>
          </w:p>
        </w:tc>
        <w:tc>
          <w:tcPr>
            <w:tcW w:w="1440" w:type="dxa"/>
            <w:vAlign w:val="center"/>
          </w:tcPr>
          <w:p w14:paraId="29F706F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235.83</w:t>
            </w:r>
          </w:p>
        </w:tc>
        <w:tc>
          <w:tcPr>
            <w:tcW w:w="1440" w:type="dxa"/>
            <w:vAlign w:val="center"/>
          </w:tcPr>
          <w:p w14:paraId="04D2853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154.37</w:t>
            </w:r>
          </w:p>
        </w:tc>
        <w:tc>
          <w:tcPr>
            <w:tcW w:w="1008" w:type="dxa"/>
            <w:vAlign w:val="center"/>
          </w:tcPr>
          <w:p w14:paraId="1B4DB99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0FD5C68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633.4</w:t>
            </w:r>
          </w:p>
        </w:tc>
      </w:tr>
      <w:tr w:rsidR="002D7411" w14:paraId="3F31AE7F" w14:textId="77777777">
        <w:trPr>
          <w:jc w:val="center"/>
        </w:trPr>
        <w:tc>
          <w:tcPr>
            <w:tcW w:w="3528" w:type="dxa"/>
            <w:vAlign w:val="center"/>
          </w:tcPr>
          <w:p w14:paraId="7904124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imidazolidine</w:t>
            </w:r>
          </w:p>
        </w:tc>
        <w:tc>
          <w:tcPr>
            <w:tcW w:w="936" w:type="dxa"/>
            <w:vAlign w:val="center"/>
          </w:tcPr>
          <w:p w14:paraId="2C3E47E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13</w:t>
            </w:r>
          </w:p>
        </w:tc>
        <w:tc>
          <w:tcPr>
            <w:tcW w:w="1440" w:type="dxa"/>
            <w:vAlign w:val="center"/>
          </w:tcPr>
          <w:p w14:paraId="6C59F4A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310.21</w:t>
            </w:r>
          </w:p>
        </w:tc>
        <w:tc>
          <w:tcPr>
            <w:tcW w:w="1440" w:type="dxa"/>
            <w:vAlign w:val="center"/>
          </w:tcPr>
          <w:p w14:paraId="520AEB2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325.25</w:t>
            </w:r>
          </w:p>
        </w:tc>
        <w:tc>
          <w:tcPr>
            <w:tcW w:w="1440" w:type="dxa"/>
            <w:vAlign w:val="center"/>
          </w:tcPr>
          <w:p w14:paraId="07EB29A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237.02</w:t>
            </w:r>
          </w:p>
        </w:tc>
        <w:tc>
          <w:tcPr>
            <w:tcW w:w="1008" w:type="dxa"/>
            <w:vAlign w:val="center"/>
          </w:tcPr>
          <w:p w14:paraId="63A8DAC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5FDD131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86.8</w:t>
            </w:r>
          </w:p>
        </w:tc>
      </w:tr>
      <w:tr w:rsidR="002D7411" w14:paraId="57876AEA" w14:textId="77777777">
        <w:trPr>
          <w:jc w:val="center"/>
        </w:trPr>
        <w:tc>
          <w:tcPr>
            <w:tcW w:w="3528" w:type="dxa"/>
            <w:vAlign w:val="center"/>
          </w:tcPr>
          <w:p w14:paraId="70001BD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piperidine</w:t>
            </w:r>
          </w:p>
        </w:tc>
        <w:tc>
          <w:tcPr>
            <w:tcW w:w="936" w:type="dxa"/>
            <w:vAlign w:val="center"/>
          </w:tcPr>
          <w:p w14:paraId="4F3A1CC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17</w:t>
            </w:r>
          </w:p>
        </w:tc>
        <w:tc>
          <w:tcPr>
            <w:tcW w:w="1440" w:type="dxa"/>
            <w:vAlign w:val="center"/>
          </w:tcPr>
          <w:p w14:paraId="036E747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414.91</w:t>
            </w:r>
          </w:p>
        </w:tc>
        <w:tc>
          <w:tcPr>
            <w:tcW w:w="1440" w:type="dxa"/>
            <w:vAlign w:val="center"/>
          </w:tcPr>
          <w:p w14:paraId="3F774E0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432.89</w:t>
            </w:r>
          </w:p>
        </w:tc>
        <w:tc>
          <w:tcPr>
            <w:tcW w:w="1440" w:type="dxa"/>
            <w:vAlign w:val="center"/>
          </w:tcPr>
          <w:p w14:paraId="5EF936F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337.95</w:t>
            </w:r>
          </w:p>
        </w:tc>
        <w:tc>
          <w:tcPr>
            <w:tcW w:w="1008" w:type="dxa"/>
            <w:vAlign w:val="center"/>
          </w:tcPr>
          <w:p w14:paraId="19BF569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5C6987B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95.2</w:t>
            </w:r>
          </w:p>
        </w:tc>
      </w:tr>
      <w:tr w:rsidR="002D7411" w14:paraId="052C6C01" w14:textId="77777777">
        <w:trPr>
          <w:jc w:val="center"/>
        </w:trPr>
        <w:tc>
          <w:tcPr>
            <w:tcW w:w="3528" w:type="dxa"/>
            <w:vAlign w:val="center"/>
          </w:tcPr>
          <w:p w14:paraId="011D762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pyridine</w:t>
            </w:r>
          </w:p>
        </w:tc>
        <w:tc>
          <w:tcPr>
            <w:tcW w:w="936" w:type="dxa"/>
            <w:vAlign w:val="center"/>
          </w:tcPr>
          <w:p w14:paraId="624A027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11</w:t>
            </w:r>
          </w:p>
        </w:tc>
        <w:tc>
          <w:tcPr>
            <w:tcW w:w="1440" w:type="dxa"/>
            <w:vAlign w:val="center"/>
          </w:tcPr>
          <w:p w14:paraId="4C4D82B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232.86</w:t>
            </w:r>
          </w:p>
        </w:tc>
        <w:tc>
          <w:tcPr>
            <w:tcW w:w="1440" w:type="dxa"/>
            <w:vAlign w:val="center"/>
          </w:tcPr>
          <w:p w14:paraId="549BC87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246.53</w:t>
            </w:r>
          </w:p>
        </w:tc>
        <w:tc>
          <w:tcPr>
            <w:tcW w:w="1440" w:type="dxa"/>
            <w:vAlign w:val="center"/>
          </w:tcPr>
          <w:p w14:paraId="776598D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160.92</w:t>
            </w:r>
          </w:p>
        </w:tc>
        <w:tc>
          <w:tcPr>
            <w:tcW w:w="1008" w:type="dxa"/>
            <w:vAlign w:val="center"/>
          </w:tcPr>
          <w:p w14:paraId="0FA4C79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3F88FBB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386.7</w:t>
            </w:r>
          </w:p>
        </w:tc>
      </w:tr>
      <w:tr w:rsidR="002D7411" w14:paraId="337094C6" w14:textId="77777777">
        <w:trPr>
          <w:jc w:val="center"/>
        </w:trPr>
        <w:tc>
          <w:tcPr>
            <w:tcW w:w="3528" w:type="dxa"/>
            <w:vAlign w:val="center"/>
          </w:tcPr>
          <w:p w14:paraId="1438066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pyridine_H+</w:t>
            </w:r>
          </w:p>
        </w:tc>
        <w:tc>
          <w:tcPr>
            <w:tcW w:w="936" w:type="dxa"/>
            <w:vAlign w:val="center"/>
          </w:tcPr>
          <w:p w14:paraId="445A856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</w:t>
            </w:r>
          </w:p>
        </w:tc>
        <w:tc>
          <w:tcPr>
            <w:tcW w:w="1440" w:type="dxa"/>
            <w:vAlign w:val="center"/>
          </w:tcPr>
          <w:p w14:paraId="5FBD383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269.72</w:t>
            </w:r>
          </w:p>
        </w:tc>
        <w:tc>
          <w:tcPr>
            <w:tcW w:w="1440" w:type="dxa"/>
            <w:vAlign w:val="center"/>
          </w:tcPr>
          <w:p w14:paraId="7922170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283.65</w:t>
            </w:r>
          </w:p>
        </w:tc>
        <w:tc>
          <w:tcPr>
            <w:tcW w:w="1440" w:type="dxa"/>
            <w:vAlign w:val="center"/>
          </w:tcPr>
          <w:p w14:paraId="2BDA563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197.52</w:t>
            </w:r>
          </w:p>
        </w:tc>
        <w:tc>
          <w:tcPr>
            <w:tcW w:w="1008" w:type="dxa"/>
            <w:vAlign w:val="center"/>
          </w:tcPr>
          <w:p w14:paraId="722A3A6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590F1A4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396.2</w:t>
            </w:r>
          </w:p>
        </w:tc>
      </w:tr>
      <w:tr w:rsidR="002D7411" w14:paraId="5CDE4B2D" w14:textId="77777777">
        <w:trPr>
          <w:jc w:val="center"/>
        </w:trPr>
        <w:tc>
          <w:tcPr>
            <w:tcW w:w="3528" w:type="dxa"/>
            <w:vAlign w:val="center"/>
          </w:tcPr>
          <w:p w14:paraId="01084E7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pyrimidine</w:t>
            </w:r>
          </w:p>
        </w:tc>
        <w:tc>
          <w:tcPr>
            <w:tcW w:w="936" w:type="dxa"/>
            <w:vAlign w:val="center"/>
          </w:tcPr>
          <w:p w14:paraId="36B7F41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10</w:t>
            </w:r>
          </w:p>
        </w:tc>
        <w:tc>
          <w:tcPr>
            <w:tcW w:w="1440" w:type="dxa"/>
            <w:vAlign w:val="center"/>
          </w:tcPr>
          <w:p w14:paraId="4A1BF8A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202.15</w:t>
            </w:r>
          </w:p>
        </w:tc>
        <w:tc>
          <w:tcPr>
            <w:tcW w:w="1440" w:type="dxa"/>
            <w:vAlign w:val="center"/>
          </w:tcPr>
          <w:p w14:paraId="2E1F5CB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215.59</w:t>
            </w:r>
          </w:p>
        </w:tc>
        <w:tc>
          <w:tcPr>
            <w:tcW w:w="1440" w:type="dxa"/>
            <w:vAlign w:val="center"/>
          </w:tcPr>
          <w:p w14:paraId="043397F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130.33</w:t>
            </w:r>
          </w:p>
        </w:tc>
        <w:tc>
          <w:tcPr>
            <w:tcW w:w="1008" w:type="dxa"/>
            <w:vAlign w:val="center"/>
          </w:tcPr>
          <w:p w14:paraId="4A5AACC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13A2853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354.3</w:t>
            </w:r>
          </w:p>
        </w:tc>
      </w:tr>
      <w:tr w:rsidR="002D7411" w14:paraId="7347159F" w14:textId="77777777">
        <w:trPr>
          <w:jc w:val="center"/>
        </w:trPr>
        <w:tc>
          <w:tcPr>
            <w:tcW w:w="3528" w:type="dxa"/>
            <w:vAlign w:val="center"/>
          </w:tcPr>
          <w:p w14:paraId="56F6EB4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pyrimidine_H+</w:t>
            </w:r>
          </w:p>
        </w:tc>
        <w:tc>
          <w:tcPr>
            <w:tcW w:w="936" w:type="dxa"/>
            <w:vAlign w:val="center"/>
          </w:tcPr>
          <w:p w14:paraId="59AC7B7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11</w:t>
            </w:r>
          </w:p>
        </w:tc>
        <w:tc>
          <w:tcPr>
            <w:tcW w:w="1440" w:type="dxa"/>
            <w:vAlign w:val="center"/>
          </w:tcPr>
          <w:p w14:paraId="4908CC4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237.39</w:t>
            </w:r>
          </w:p>
        </w:tc>
        <w:tc>
          <w:tcPr>
            <w:tcW w:w="1440" w:type="dxa"/>
            <w:vAlign w:val="center"/>
          </w:tcPr>
          <w:p w14:paraId="7190E5E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251.21</w:t>
            </w:r>
          </w:p>
        </w:tc>
        <w:tc>
          <w:tcPr>
            <w:tcW w:w="1440" w:type="dxa"/>
            <w:vAlign w:val="center"/>
          </w:tcPr>
          <w:p w14:paraId="5ECFC3C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165.22</w:t>
            </w:r>
          </w:p>
        </w:tc>
        <w:tc>
          <w:tcPr>
            <w:tcW w:w="1008" w:type="dxa"/>
            <w:vAlign w:val="center"/>
          </w:tcPr>
          <w:p w14:paraId="6396777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1E71153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326.9</w:t>
            </w:r>
          </w:p>
        </w:tc>
      </w:tr>
      <w:tr w:rsidR="002D7411" w14:paraId="5ABE1CD3" w14:textId="77777777">
        <w:trPr>
          <w:jc w:val="center"/>
        </w:trPr>
        <w:tc>
          <w:tcPr>
            <w:tcW w:w="3528" w:type="dxa"/>
            <w:vAlign w:val="center"/>
          </w:tcPr>
          <w:p w14:paraId="09157BA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pyrrole</w:t>
            </w:r>
          </w:p>
        </w:tc>
        <w:tc>
          <w:tcPr>
            <w:tcW w:w="936" w:type="dxa"/>
            <w:vAlign w:val="center"/>
          </w:tcPr>
          <w:p w14:paraId="1834CDE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10</w:t>
            </w:r>
          </w:p>
        </w:tc>
        <w:tc>
          <w:tcPr>
            <w:tcW w:w="1440" w:type="dxa"/>
            <w:vAlign w:val="center"/>
          </w:tcPr>
          <w:p w14:paraId="3CCB8E1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216.66</w:t>
            </w:r>
          </w:p>
        </w:tc>
        <w:tc>
          <w:tcPr>
            <w:tcW w:w="1440" w:type="dxa"/>
            <w:vAlign w:val="center"/>
          </w:tcPr>
          <w:p w14:paraId="68165E7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229.45</w:t>
            </w:r>
          </w:p>
        </w:tc>
        <w:tc>
          <w:tcPr>
            <w:tcW w:w="1440" w:type="dxa"/>
            <w:vAlign w:val="center"/>
          </w:tcPr>
          <w:p w14:paraId="3D330D3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147.40</w:t>
            </w:r>
          </w:p>
        </w:tc>
        <w:tc>
          <w:tcPr>
            <w:tcW w:w="1008" w:type="dxa"/>
            <w:vAlign w:val="center"/>
          </w:tcPr>
          <w:p w14:paraId="6A8DE45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607DF21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519.8</w:t>
            </w:r>
          </w:p>
        </w:tc>
      </w:tr>
      <w:tr w:rsidR="002D7411" w14:paraId="7718FF95" w14:textId="77777777">
        <w:trPr>
          <w:jc w:val="center"/>
        </w:trPr>
        <w:tc>
          <w:tcPr>
            <w:tcW w:w="3528" w:type="dxa"/>
            <w:vAlign w:val="center"/>
          </w:tcPr>
          <w:p w14:paraId="4A649FC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pyrrolidine</w:t>
            </w:r>
          </w:p>
        </w:tc>
        <w:tc>
          <w:tcPr>
            <w:tcW w:w="936" w:type="dxa"/>
            <w:vAlign w:val="center"/>
          </w:tcPr>
          <w:p w14:paraId="11522F9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</w:t>
            </w:r>
          </w:p>
        </w:tc>
        <w:tc>
          <w:tcPr>
            <w:tcW w:w="1440" w:type="dxa"/>
            <w:vAlign w:val="center"/>
          </w:tcPr>
          <w:p w14:paraId="18F8AAB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338.42</w:t>
            </w:r>
          </w:p>
        </w:tc>
        <w:tc>
          <w:tcPr>
            <w:tcW w:w="1440" w:type="dxa"/>
            <w:vAlign w:val="center"/>
          </w:tcPr>
          <w:p w14:paraId="16B9254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353.94</w:t>
            </w:r>
          </w:p>
        </w:tc>
        <w:tc>
          <w:tcPr>
            <w:tcW w:w="1440" w:type="dxa"/>
            <w:vAlign w:val="center"/>
          </w:tcPr>
          <w:p w14:paraId="57D84B5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264.45</w:t>
            </w:r>
          </w:p>
        </w:tc>
        <w:tc>
          <w:tcPr>
            <w:tcW w:w="1008" w:type="dxa"/>
            <w:vAlign w:val="center"/>
          </w:tcPr>
          <w:p w14:paraId="1FCE4E8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48A82ED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68.8</w:t>
            </w:r>
          </w:p>
        </w:tc>
      </w:tr>
      <w:tr w:rsidR="002D7411" w14:paraId="700BB46D" w14:textId="77777777">
        <w:trPr>
          <w:jc w:val="center"/>
        </w:trPr>
        <w:tc>
          <w:tcPr>
            <w:tcW w:w="3528" w:type="dxa"/>
            <w:vAlign w:val="center"/>
          </w:tcPr>
          <w:p w14:paraId="1511FA6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pyrroline_1</w:t>
            </w:r>
          </w:p>
        </w:tc>
        <w:tc>
          <w:tcPr>
            <w:tcW w:w="936" w:type="dxa"/>
            <w:vAlign w:val="center"/>
          </w:tcPr>
          <w:p w14:paraId="6DC0243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</w:t>
            </w:r>
          </w:p>
        </w:tc>
        <w:tc>
          <w:tcPr>
            <w:tcW w:w="1440" w:type="dxa"/>
            <w:vAlign w:val="center"/>
          </w:tcPr>
          <w:p w14:paraId="7F3B752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274.79</w:t>
            </w:r>
          </w:p>
        </w:tc>
        <w:tc>
          <w:tcPr>
            <w:tcW w:w="1440" w:type="dxa"/>
            <w:vAlign w:val="center"/>
          </w:tcPr>
          <w:p w14:paraId="2709509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289.20</w:t>
            </w:r>
          </w:p>
        </w:tc>
        <w:tc>
          <w:tcPr>
            <w:tcW w:w="1440" w:type="dxa"/>
            <w:vAlign w:val="center"/>
          </w:tcPr>
          <w:p w14:paraId="2B64EC4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202.84</w:t>
            </w:r>
          </w:p>
        </w:tc>
        <w:tc>
          <w:tcPr>
            <w:tcW w:w="1008" w:type="dxa"/>
            <w:vAlign w:val="center"/>
          </w:tcPr>
          <w:p w14:paraId="59C9F1B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334B6FC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120.4</w:t>
            </w:r>
          </w:p>
        </w:tc>
      </w:tr>
      <w:tr w:rsidR="002D7411" w14:paraId="724304BA" w14:textId="77777777">
        <w:trPr>
          <w:jc w:val="center"/>
        </w:trPr>
        <w:tc>
          <w:tcPr>
            <w:tcW w:w="3528" w:type="dxa"/>
            <w:vAlign w:val="center"/>
          </w:tcPr>
          <w:p w14:paraId="0C15ADF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lastRenderedPageBreak/>
              <w:t>pyrroline_3</w:t>
            </w:r>
          </w:p>
        </w:tc>
        <w:tc>
          <w:tcPr>
            <w:tcW w:w="936" w:type="dxa"/>
            <w:vAlign w:val="center"/>
          </w:tcPr>
          <w:p w14:paraId="36BF93A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</w:t>
            </w:r>
          </w:p>
        </w:tc>
        <w:tc>
          <w:tcPr>
            <w:tcW w:w="1440" w:type="dxa"/>
            <w:vAlign w:val="center"/>
          </w:tcPr>
          <w:p w14:paraId="6E904CF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274.48</w:t>
            </w:r>
          </w:p>
        </w:tc>
        <w:tc>
          <w:tcPr>
            <w:tcW w:w="1440" w:type="dxa"/>
            <w:vAlign w:val="center"/>
          </w:tcPr>
          <w:p w14:paraId="30E5EE7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289.53</w:t>
            </w:r>
          </w:p>
        </w:tc>
        <w:tc>
          <w:tcPr>
            <w:tcW w:w="1440" w:type="dxa"/>
            <w:vAlign w:val="center"/>
          </w:tcPr>
          <w:p w14:paraId="7FF9DE0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200.30</w:t>
            </w:r>
          </w:p>
        </w:tc>
        <w:tc>
          <w:tcPr>
            <w:tcW w:w="1008" w:type="dxa"/>
            <w:vAlign w:val="center"/>
          </w:tcPr>
          <w:p w14:paraId="2FC7EFD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2447D1A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42.6</w:t>
            </w:r>
          </w:p>
        </w:tc>
      </w:tr>
      <w:tr w:rsidR="002D7411" w14:paraId="762C0455" w14:textId="77777777">
        <w:trPr>
          <w:jc w:val="center"/>
        </w:trPr>
        <w:tc>
          <w:tcPr>
            <w:tcW w:w="3528" w:type="dxa"/>
            <w:vAlign w:val="center"/>
          </w:tcPr>
          <w:p w14:paraId="1019469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sf6</w:t>
            </w:r>
          </w:p>
        </w:tc>
        <w:tc>
          <w:tcPr>
            <w:tcW w:w="936" w:type="dxa"/>
            <w:vAlign w:val="center"/>
          </w:tcPr>
          <w:p w14:paraId="34B5BB7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w="1440" w:type="dxa"/>
            <w:vAlign w:val="center"/>
          </w:tcPr>
          <w:p w14:paraId="3AE4947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56.06</w:t>
            </w:r>
          </w:p>
        </w:tc>
        <w:tc>
          <w:tcPr>
            <w:tcW w:w="1440" w:type="dxa"/>
            <w:vAlign w:val="center"/>
          </w:tcPr>
          <w:p w14:paraId="6E1FD4A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73.23</w:t>
            </w:r>
          </w:p>
        </w:tc>
        <w:tc>
          <w:tcPr>
            <w:tcW w:w="1440" w:type="dxa"/>
            <w:vAlign w:val="center"/>
          </w:tcPr>
          <w:p w14:paraId="562E9C9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−14.26</w:t>
            </w:r>
          </w:p>
        </w:tc>
        <w:tc>
          <w:tcPr>
            <w:tcW w:w="1008" w:type="dxa"/>
            <w:vAlign w:val="center"/>
          </w:tcPr>
          <w:p w14:paraId="553AC32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4A5D3E4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336.3</w:t>
            </w:r>
          </w:p>
        </w:tc>
      </w:tr>
      <w:tr w:rsidR="002D7411" w14:paraId="7A0264DE" w14:textId="77777777">
        <w:trPr>
          <w:jc w:val="center"/>
        </w:trPr>
        <w:tc>
          <w:tcPr>
            <w:tcW w:w="3528" w:type="dxa"/>
            <w:vAlign w:val="center"/>
          </w:tcPr>
          <w:p w14:paraId="11AF347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tetrahydropyridine_imine</w:t>
            </w:r>
          </w:p>
        </w:tc>
        <w:tc>
          <w:tcPr>
            <w:tcW w:w="936" w:type="dxa"/>
            <w:vAlign w:val="center"/>
          </w:tcPr>
          <w:p w14:paraId="097C1E7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</w:t>
            </w:r>
          </w:p>
        </w:tc>
        <w:tc>
          <w:tcPr>
            <w:tcW w:w="1440" w:type="dxa"/>
            <w:vAlign w:val="center"/>
          </w:tcPr>
          <w:p w14:paraId="79AA347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351.50</w:t>
            </w:r>
          </w:p>
        </w:tc>
        <w:tc>
          <w:tcPr>
            <w:tcW w:w="1440" w:type="dxa"/>
            <w:vAlign w:val="center"/>
          </w:tcPr>
          <w:p w14:paraId="11AAB22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368.15</w:t>
            </w:r>
          </w:p>
        </w:tc>
        <w:tc>
          <w:tcPr>
            <w:tcW w:w="1440" w:type="dxa"/>
            <w:vAlign w:val="center"/>
          </w:tcPr>
          <w:p w14:paraId="5C80AF8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276.37</w:t>
            </w:r>
          </w:p>
        </w:tc>
        <w:tc>
          <w:tcPr>
            <w:tcW w:w="1008" w:type="dxa"/>
            <w:vAlign w:val="center"/>
          </w:tcPr>
          <w:p w14:paraId="4FDA741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0AA5142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152.3</w:t>
            </w:r>
          </w:p>
        </w:tc>
      </w:tr>
      <w:tr w:rsidR="002D7411" w14:paraId="15A57DA6" w14:textId="77777777">
        <w:trPr>
          <w:jc w:val="center"/>
        </w:trPr>
        <w:tc>
          <w:tcPr>
            <w:tcW w:w="3528" w:type="dxa"/>
            <w:vAlign w:val="center"/>
          </w:tcPr>
          <w:p w14:paraId="48E496E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thf</w:t>
            </w:r>
          </w:p>
        </w:tc>
        <w:tc>
          <w:tcPr>
            <w:tcW w:w="936" w:type="dxa"/>
            <w:vAlign w:val="center"/>
          </w:tcPr>
          <w:p w14:paraId="047DF84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13</w:t>
            </w:r>
          </w:p>
        </w:tc>
        <w:tc>
          <w:tcPr>
            <w:tcW w:w="1440" w:type="dxa"/>
            <w:vAlign w:val="center"/>
          </w:tcPr>
          <w:p w14:paraId="6FABA0C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305.07</w:t>
            </w:r>
          </w:p>
        </w:tc>
        <w:tc>
          <w:tcPr>
            <w:tcW w:w="1440" w:type="dxa"/>
            <w:vAlign w:val="center"/>
          </w:tcPr>
          <w:p w14:paraId="2642CC7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320.39</w:t>
            </w:r>
          </w:p>
        </w:tc>
        <w:tc>
          <w:tcPr>
            <w:tcW w:w="1440" w:type="dxa"/>
            <w:vAlign w:val="center"/>
          </w:tcPr>
          <w:p w14:paraId="6BAB3F5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231.23</w:t>
            </w:r>
          </w:p>
        </w:tc>
        <w:tc>
          <w:tcPr>
            <w:tcW w:w="1008" w:type="dxa"/>
            <w:vAlign w:val="center"/>
          </w:tcPr>
          <w:p w14:paraId="23AA7A8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5E2A3E5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73.1</w:t>
            </w:r>
          </w:p>
        </w:tc>
      </w:tr>
      <w:tr w:rsidR="002D7411" w14:paraId="773D86EC" w14:textId="77777777">
        <w:trPr>
          <w:jc w:val="center"/>
        </w:trPr>
        <w:tc>
          <w:tcPr>
            <w:tcW w:w="3528" w:type="dxa"/>
            <w:vAlign w:val="center"/>
          </w:tcPr>
          <w:p w14:paraId="08D2031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thymine</w:t>
            </w:r>
          </w:p>
        </w:tc>
        <w:tc>
          <w:tcPr>
            <w:tcW w:w="936" w:type="dxa"/>
            <w:vAlign w:val="center"/>
          </w:tcPr>
          <w:p w14:paraId="7BCCCB7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</w:t>
            </w:r>
          </w:p>
        </w:tc>
        <w:tc>
          <w:tcPr>
            <w:tcW w:w="1440" w:type="dxa"/>
            <w:vAlign w:val="center"/>
          </w:tcPr>
          <w:p w14:paraId="7AA66CB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301.95</w:t>
            </w:r>
          </w:p>
        </w:tc>
        <w:tc>
          <w:tcPr>
            <w:tcW w:w="1440" w:type="dxa"/>
            <w:vAlign w:val="center"/>
          </w:tcPr>
          <w:p w14:paraId="5DA5BC9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324.82</w:t>
            </w:r>
          </w:p>
        </w:tc>
        <w:tc>
          <w:tcPr>
            <w:tcW w:w="1440" w:type="dxa"/>
            <w:vAlign w:val="center"/>
          </w:tcPr>
          <w:p w14:paraId="3A41B0E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216.96</w:t>
            </w:r>
          </w:p>
        </w:tc>
        <w:tc>
          <w:tcPr>
            <w:tcW w:w="1008" w:type="dxa"/>
            <w:vAlign w:val="center"/>
          </w:tcPr>
          <w:p w14:paraId="052D181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2E00FED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113.4</w:t>
            </w:r>
          </w:p>
        </w:tc>
      </w:tr>
      <w:tr w:rsidR="002D7411" w14:paraId="2723911C" w14:textId="77777777">
        <w:trPr>
          <w:jc w:val="center"/>
        </w:trPr>
        <w:tc>
          <w:tcPr>
            <w:tcW w:w="3528" w:type="dxa"/>
            <w:vAlign w:val="center"/>
          </w:tcPr>
          <w:p w14:paraId="0E6DFF8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thymine_H+_O2</w:t>
            </w:r>
          </w:p>
        </w:tc>
        <w:tc>
          <w:tcPr>
            <w:tcW w:w="936" w:type="dxa"/>
            <w:vAlign w:val="center"/>
          </w:tcPr>
          <w:p w14:paraId="2CEF9D6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440" w:type="dxa"/>
            <w:vAlign w:val="center"/>
          </w:tcPr>
          <w:p w14:paraId="7F76525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332.96</w:t>
            </w:r>
          </w:p>
        </w:tc>
        <w:tc>
          <w:tcPr>
            <w:tcW w:w="1440" w:type="dxa"/>
            <w:vAlign w:val="center"/>
          </w:tcPr>
          <w:p w14:paraId="79415F8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356.81</w:t>
            </w:r>
          </w:p>
        </w:tc>
        <w:tc>
          <w:tcPr>
            <w:tcW w:w="1440" w:type="dxa"/>
            <w:vAlign w:val="center"/>
          </w:tcPr>
          <w:p w14:paraId="5BFA46A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247.53</w:t>
            </w:r>
          </w:p>
        </w:tc>
        <w:tc>
          <w:tcPr>
            <w:tcW w:w="1008" w:type="dxa"/>
            <w:vAlign w:val="center"/>
          </w:tcPr>
          <w:p w14:paraId="2B75970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593025B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115.6</w:t>
            </w:r>
          </w:p>
        </w:tc>
      </w:tr>
      <w:tr w:rsidR="002D7411" w14:paraId="5210BC64" w14:textId="77777777">
        <w:trPr>
          <w:jc w:val="center"/>
        </w:trPr>
        <w:tc>
          <w:tcPr>
            <w:tcW w:w="3528" w:type="dxa"/>
            <w:vAlign w:val="center"/>
          </w:tcPr>
          <w:p w14:paraId="1A82986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thymine_H+_O4</w:t>
            </w:r>
          </w:p>
        </w:tc>
        <w:tc>
          <w:tcPr>
            <w:tcW w:w="936" w:type="dxa"/>
            <w:vAlign w:val="center"/>
          </w:tcPr>
          <w:p w14:paraId="1F1E120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440" w:type="dxa"/>
            <w:vAlign w:val="center"/>
          </w:tcPr>
          <w:p w14:paraId="5FA618C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334.73</w:t>
            </w:r>
          </w:p>
        </w:tc>
        <w:tc>
          <w:tcPr>
            <w:tcW w:w="1440" w:type="dxa"/>
            <w:vAlign w:val="center"/>
          </w:tcPr>
          <w:p w14:paraId="0211E87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358.09</w:t>
            </w:r>
          </w:p>
        </w:tc>
        <w:tc>
          <w:tcPr>
            <w:tcW w:w="1440" w:type="dxa"/>
            <w:vAlign w:val="center"/>
          </w:tcPr>
          <w:p w14:paraId="040F99A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249.54</w:t>
            </w:r>
          </w:p>
        </w:tc>
        <w:tc>
          <w:tcPr>
            <w:tcW w:w="1008" w:type="dxa"/>
            <w:vAlign w:val="center"/>
          </w:tcPr>
          <w:p w14:paraId="6585C07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57361D5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115.4</w:t>
            </w:r>
          </w:p>
        </w:tc>
      </w:tr>
      <w:tr w:rsidR="002D7411" w14:paraId="72B2F266" w14:textId="77777777">
        <w:trPr>
          <w:jc w:val="center"/>
        </w:trPr>
        <w:tc>
          <w:tcPr>
            <w:tcW w:w="3528" w:type="dxa"/>
            <w:vAlign w:val="center"/>
          </w:tcPr>
          <w:p w14:paraId="6718391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thymine_O4enol</w:t>
            </w:r>
          </w:p>
        </w:tc>
        <w:tc>
          <w:tcPr>
            <w:tcW w:w="936" w:type="dxa"/>
            <w:vAlign w:val="center"/>
          </w:tcPr>
          <w:p w14:paraId="275335B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</w:t>
            </w:r>
          </w:p>
        </w:tc>
        <w:tc>
          <w:tcPr>
            <w:tcW w:w="1440" w:type="dxa"/>
            <w:vAlign w:val="center"/>
          </w:tcPr>
          <w:p w14:paraId="3E40B22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299.35</w:t>
            </w:r>
          </w:p>
        </w:tc>
        <w:tc>
          <w:tcPr>
            <w:tcW w:w="1440" w:type="dxa"/>
            <w:vAlign w:val="center"/>
          </w:tcPr>
          <w:p w14:paraId="53005C7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322.44</w:t>
            </w:r>
          </w:p>
        </w:tc>
        <w:tc>
          <w:tcPr>
            <w:tcW w:w="1440" w:type="dxa"/>
            <w:vAlign w:val="center"/>
          </w:tcPr>
          <w:p w14:paraId="4FE8EFB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214.26</w:t>
            </w:r>
          </w:p>
        </w:tc>
        <w:tc>
          <w:tcPr>
            <w:tcW w:w="1008" w:type="dxa"/>
            <w:vAlign w:val="center"/>
          </w:tcPr>
          <w:p w14:paraId="3641242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7C15FDB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90.1</w:t>
            </w:r>
          </w:p>
        </w:tc>
      </w:tr>
      <w:tr w:rsidR="002D7411" w14:paraId="433DC9EE" w14:textId="77777777">
        <w:trPr>
          <w:jc w:val="center"/>
        </w:trPr>
        <w:tc>
          <w:tcPr>
            <w:tcW w:w="3528" w:type="dxa"/>
            <w:vAlign w:val="center"/>
          </w:tcPr>
          <w:p w14:paraId="560A379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uracil</w:t>
            </w:r>
          </w:p>
        </w:tc>
        <w:tc>
          <w:tcPr>
            <w:tcW w:w="936" w:type="dxa"/>
            <w:vAlign w:val="center"/>
          </w:tcPr>
          <w:p w14:paraId="6103F53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</w:t>
            </w:r>
          </w:p>
        </w:tc>
        <w:tc>
          <w:tcPr>
            <w:tcW w:w="1440" w:type="dxa"/>
            <w:vAlign w:val="center"/>
          </w:tcPr>
          <w:p w14:paraId="6FE3633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229.68</w:t>
            </w:r>
          </w:p>
        </w:tc>
        <w:tc>
          <w:tcPr>
            <w:tcW w:w="1440" w:type="dxa"/>
            <w:vAlign w:val="center"/>
          </w:tcPr>
          <w:p w14:paraId="0162618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248.16</w:t>
            </w:r>
          </w:p>
        </w:tc>
        <w:tc>
          <w:tcPr>
            <w:tcW w:w="1440" w:type="dxa"/>
            <w:vAlign w:val="center"/>
          </w:tcPr>
          <w:p w14:paraId="3644D14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149.99</w:t>
            </w:r>
          </w:p>
        </w:tc>
        <w:tc>
          <w:tcPr>
            <w:tcW w:w="1008" w:type="dxa"/>
            <w:vAlign w:val="center"/>
          </w:tcPr>
          <w:p w14:paraId="091CC0E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2F21EAE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155.5</w:t>
            </w:r>
          </w:p>
        </w:tc>
      </w:tr>
      <w:tr w:rsidR="002D7411" w14:paraId="3D2A831C" w14:textId="77777777">
        <w:trPr>
          <w:jc w:val="center"/>
        </w:trPr>
        <w:tc>
          <w:tcPr>
            <w:tcW w:w="3528" w:type="dxa"/>
            <w:vAlign w:val="center"/>
          </w:tcPr>
          <w:p w14:paraId="34788EC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uracil_H+_O2</w:t>
            </w:r>
          </w:p>
        </w:tc>
        <w:tc>
          <w:tcPr>
            <w:tcW w:w="936" w:type="dxa"/>
            <w:vAlign w:val="center"/>
          </w:tcPr>
          <w:p w14:paraId="1009F73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13</w:t>
            </w:r>
          </w:p>
        </w:tc>
        <w:tc>
          <w:tcPr>
            <w:tcW w:w="1440" w:type="dxa"/>
            <w:vAlign w:val="center"/>
          </w:tcPr>
          <w:p w14:paraId="695D655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261.02</w:t>
            </w:r>
          </w:p>
        </w:tc>
        <w:tc>
          <w:tcPr>
            <w:tcW w:w="1440" w:type="dxa"/>
            <w:vAlign w:val="center"/>
          </w:tcPr>
          <w:p w14:paraId="3F05F0E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280.38</w:t>
            </w:r>
          </w:p>
        </w:tc>
        <w:tc>
          <w:tcPr>
            <w:tcW w:w="1440" w:type="dxa"/>
            <w:vAlign w:val="center"/>
          </w:tcPr>
          <w:p w14:paraId="61F7CB7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180.86</w:t>
            </w:r>
          </w:p>
        </w:tc>
        <w:tc>
          <w:tcPr>
            <w:tcW w:w="1008" w:type="dxa"/>
            <w:vAlign w:val="center"/>
          </w:tcPr>
          <w:p w14:paraId="7A46B17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0512CC0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145.6</w:t>
            </w:r>
          </w:p>
        </w:tc>
      </w:tr>
      <w:tr w:rsidR="002D7411" w14:paraId="08F91CBB" w14:textId="77777777">
        <w:trPr>
          <w:jc w:val="center"/>
        </w:trPr>
        <w:tc>
          <w:tcPr>
            <w:tcW w:w="3528" w:type="dxa"/>
            <w:vAlign w:val="center"/>
          </w:tcPr>
          <w:p w14:paraId="22F49D1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uracil_H+_O4</w:t>
            </w:r>
          </w:p>
        </w:tc>
        <w:tc>
          <w:tcPr>
            <w:tcW w:w="936" w:type="dxa"/>
            <w:vAlign w:val="center"/>
          </w:tcPr>
          <w:p w14:paraId="1D3B65F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13</w:t>
            </w:r>
          </w:p>
        </w:tc>
        <w:tc>
          <w:tcPr>
            <w:tcW w:w="1440" w:type="dxa"/>
            <w:vAlign w:val="center"/>
          </w:tcPr>
          <w:p w14:paraId="0AC413D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262.59</w:t>
            </w:r>
          </w:p>
        </w:tc>
        <w:tc>
          <w:tcPr>
            <w:tcW w:w="1440" w:type="dxa"/>
            <w:vAlign w:val="center"/>
          </w:tcPr>
          <w:p w14:paraId="1F3B02A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281.45</w:t>
            </w:r>
          </w:p>
        </w:tc>
        <w:tc>
          <w:tcPr>
            <w:tcW w:w="1440" w:type="dxa"/>
            <w:vAlign w:val="center"/>
          </w:tcPr>
          <w:p w14:paraId="35E122F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182.90</w:t>
            </w:r>
          </w:p>
        </w:tc>
        <w:tc>
          <w:tcPr>
            <w:tcW w:w="1008" w:type="dxa"/>
            <w:vAlign w:val="center"/>
          </w:tcPr>
          <w:p w14:paraId="19086D2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7351175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163.8</w:t>
            </w:r>
          </w:p>
        </w:tc>
      </w:tr>
      <w:tr w:rsidR="002D7411" w14:paraId="5AE0F605" w14:textId="77777777">
        <w:trPr>
          <w:jc w:val="center"/>
        </w:trPr>
        <w:tc>
          <w:tcPr>
            <w:tcW w:w="3528" w:type="dxa"/>
            <w:vAlign w:val="center"/>
          </w:tcPr>
          <w:p w14:paraId="57CFE75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uracil_O2enol</w:t>
            </w:r>
          </w:p>
        </w:tc>
        <w:tc>
          <w:tcPr>
            <w:tcW w:w="936" w:type="dxa"/>
            <w:vAlign w:val="center"/>
          </w:tcPr>
          <w:p w14:paraId="5DEB7B7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</w:t>
            </w:r>
          </w:p>
        </w:tc>
        <w:tc>
          <w:tcPr>
            <w:tcW w:w="1440" w:type="dxa"/>
            <w:vAlign w:val="center"/>
          </w:tcPr>
          <w:p w14:paraId="2DEBF27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228.84</w:t>
            </w:r>
          </w:p>
        </w:tc>
        <w:tc>
          <w:tcPr>
            <w:tcW w:w="1440" w:type="dxa"/>
            <w:vAlign w:val="center"/>
          </w:tcPr>
          <w:p w14:paraId="4FC1E3E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247.14</w:t>
            </w:r>
          </w:p>
        </w:tc>
        <w:tc>
          <w:tcPr>
            <w:tcW w:w="1440" w:type="dxa"/>
            <w:vAlign w:val="center"/>
          </w:tcPr>
          <w:p w14:paraId="5C51B80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149.58</w:t>
            </w:r>
          </w:p>
        </w:tc>
        <w:tc>
          <w:tcPr>
            <w:tcW w:w="1008" w:type="dxa"/>
            <w:vAlign w:val="center"/>
          </w:tcPr>
          <w:p w14:paraId="460D3EC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052E438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169.1</w:t>
            </w:r>
          </w:p>
        </w:tc>
      </w:tr>
      <w:tr w:rsidR="002D7411" w14:paraId="6BC6E40E" w14:textId="77777777">
        <w:trPr>
          <w:jc w:val="center"/>
        </w:trPr>
        <w:tc>
          <w:tcPr>
            <w:tcW w:w="3528" w:type="dxa"/>
            <w:vAlign w:val="center"/>
          </w:tcPr>
          <w:p w14:paraId="034AFA3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uracil_O4enol</w:t>
            </w:r>
          </w:p>
        </w:tc>
        <w:tc>
          <w:tcPr>
            <w:tcW w:w="936" w:type="dxa"/>
            <w:vAlign w:val="center"/>
          </w:tcPr>
          <w:p w14:paraId="6E6D754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</w:t>
            </w:r>
          </w:p>
        </w:tc>
        <w:tc>
          <w:tcPr>
            <w:tcW w:w="1440" w:type="dxa"/>
            <w:vAlign w:val="center"/>
          </w:tcPr>
          <w:p w14:paraId="783A181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228.76</w:t>
            </w:r>
          </w:p>
        </w:tc>
        <w:tc>
          <w:tcPr>
            <w:tcW w:w="1440" w:type="dxa"/>
            <w:vAlign w:val="center"/>
          </w:tcPr>
          <w:p w14:paraId="67BA0FC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247.09</w:t>
            </w:r>
          </w:p>
        </w:tc>
        <w:tc>
          <w:tcPr>
            <w:tcW w:w="1440" w:type="dxa"/>
            <w:vAlign w:val="center"/>
          </w:tcPr>
          <w:p w14:paraId="67FC29C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149.34</w:t>
            </w:r>
          </w:p>
        </w:tc>
        <w:tc>
          <w:tcPr>
            <w:tcW w:w="1008" w:type="dxa"/>
            <w:vAlign w:val="center"/>
          </w:tcPr>
          <w:p w14:paraId="4FDB5AA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1656" w:type="dxa"/>
            <w:vAlign w:val="center"/>
          </w:tcPr>
          <w:p w14:paraId="2D31D50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145.7</w:t>
            </w:r>
          </w:p>
        </w:tc>
      </w:tr>
    </w:tbl>
    <w:p w14:paraId="4827DDDA" w14:textId="77777777" w:rsidR="002D7411" w:rsidRDefault="002D7411">
      <w:pPr>
        <w:sectPr w:rsidR="002D7411">
          <w:pgSz w:w="15840" w:h="12240" w:orient="landscape"/>
          <w:pgMar w:top="792" w:right="720" w:bottom="792" w:left="720" w:header="720" w:footer="720" w:gutter="0"/>
          <w:cols w:space="720"/>
          <w:docGrid w:linePitch="360"/>
        </w:sectPr>
      </w:pPr>
    </w:p>
    <w:p w14:paraId="3C76DC45" w14:textId="77777777" w:rsidR="002D7411" w:rsidRDefault="00000000">
      <w:pPr>
        <w:spacing w:after="60"/>
      </w:pPr>
      <w:r>
        <w:rPr>
          <w:b/>
          <w:sz w:val="23"/>
        </w:rPr>
        <w:lastRenderedPageBreak/>
        <w:t>Table S3. Optimised geometries, B3LYP/def2-SVP — inventory of the 65 stationary points located. Full Cartesian coordinates for every species, in the order listed, are in S2_optimised_geometries.xyz (1059 lines, standard XYZ, one block per species with the species name and its energy on the comment line).</w:t>
      </w:r>
    </w:p>
    <w:p w14:paraId="36ED285F" w14:textId="77777777" w:rsidR="002D7411" w:rsidRDefault="002D7411"/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1008"/>
        <w:gridCol w:w="1008"/>
        <w:gridCol w:w="2448"/>
        <w:gridCol w:w="1728"/>
      </w:tblGrid>
      <w:tr w:rsidR="002D7411" w14:paraId="24663289" w14:textId="77777777">
        <w:trPr>
          <w:tblHeader/>
          <w:jc w:val="center"/>
        </w:trPr>
        <w:tc>
          <w:tcPr>
            <w:tcW w:w="3600" w:type="dxa"/>
            <w:shd w:val="clear" w:color="auto" w:fill="D9EAF7"/>
            <w:vAlign w:val="center"/>
          </w:tcPr>
          <w:p w14:paraId="43328E2B" w14:textId="77777777" w:rsidR="002D7411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Species</w:t>
            </w:r>
          </w:p>
        </w:tc>
        <w:tc>
          <w:tcPr>
            <w:tcW w:w="1008" w:type="dxa"/>
            <w:shd w:val="clear" w:color="auto" w:fill="D9EAF7"/>
            <w:vAlign w:val="center"/>
          </w:tcPr>
          <w:p w14:paraId="0584D04E" w14:textId="77777777" w:rsidR="002D7411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Atoms</w:t>
            </w:r>
          </w:p>
        </w:tc>
        <w:tc>
          <w:tcPr>
            <w:tcW w:w="1008" w:type="dxa"/>
            <w:shd w:val="clear" w:color="auto" w:fill="D9EAF7"/>
            <w:vAlign w:val="center"/>
          </w:tcPr>
          <w:p w14:paraId="5337FB27" w14:textId="77777777" w:rsidR="002D7411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Charge</w:t>
            </w:r>
          </w:p>
        </w:tc>
        <w:tc>
          <w:tcPr>
            <w:tcW w:w="2448" w:type="dxa"/>
            <w:shd w:val="clear" w:color="auto" w:fill="D9EAF7"/>
            <w:vAlign w:val="center"/>
          </w:tcPr>
          <w:p w14:paraId="25AAF790" w14:textId="77777777" w:rsidR="002D7411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E (B3LYP SVP)</w:t>
            </w:r>
          </w:p>
        </w:tc>
        <w:tc>
          <w:tcPr>
            <w:tcW w:w="1728" w:type="dxa"/>
            <w:shd w:val="clear" w:color="auto" w:fill="D9EAF7"/>
            <w:vAlign w:val="center"/>
          </w:tcPr>
          <w:p w14:paraId="2AE81479" w14:textId="77777777" w:rsidR="002D7411" w:rsidRDefault="00000000">
            <w:pPr>
              <w:spacing w:after="0" w:line="240" w:lineRule="auto"/>
            </w:pPr>
            <w:r>
              <w:rPr>
                <w:b/>
                <w:sz w:val="15"/>
              </w:rPr>
              <w:t>Lowest freq. (cm−1)</w:t>
            </w:r>
          </w:p>
        </w:tc>
      </w:tr>
      <w:tr w:rsidR="002D7411" w14:paraId="694827D4" w14:textId="77777777">
        <w:trPr>
          <w:jc w:val="center"/>
        </w:trPr>
        <w:tc>
          <w:tcPr>
            <w:tcW w:w="3600" w:type="dxa"/>
            <w:vAlign w:val="center"/>
          </w:tcPr>
          <w:p w14:paraId="7FAD7DA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1Me5MeNHC_amino</w:t>
            </w:r>
          </w:p>
        </w:tc>
        <w:tc>
          <w:tcPr>
            <w:tcW w:w="1008" w:type="dxa"/>
            <w:vAlign w:val="center"/>
          </w:tcPr>
          <w:p w14:paraId="3DBB096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20</w:t>
            </w:r>
          </w:p>
        </w:tc>
        <w:tc>
          <w:tcPr>
            <w:tcW w:w="1008" w:type="dxa"/>
            <w:vAlign w:val="center"/>
          </w:tcPr>
          <w:p w14:paraId="4B6466B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65C48FE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−548.32105002</w:t>
            </w:r>
          </w:p>
        </w:tc>
        <w:tc>
          <w:tcPr>
            <w:tcW w:w="1728" w:type="dxa"/>
            <w:vAlign w:val="center"/>
          </w:tcPr>
          <w:p w14:paraId="40D2926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3DAF3FF6" w14:textId="77777777">
        <w:trPr>
          <w:jc w:val="center"/>
        </w:trPr>
        <w:tc>
          <w:tcPr>
            <w:tcW w:w="3600" w:type="dxa"/>
            <w:vAlign w:val="center"/>
          </w:tcPr>
          <w:p w14:paraId="102CCDC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1Me5MeNHC_oxime</w:t>
            </w:r>
          </w:p>
        </w:tc>
        <w:tc>
          <w:tcPr>
            <w:tcW w:w="1008" w:type="dxa"/>
            <w:vAlign w:val="center"/>
          </w:tcPr>
          <w:p w14:paraId="21DE218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20</w:t>
            </w:r>
          </w:p>
        </w:tc>
        <w:tc>
          <w:tcPr>
            <w:tcW w:w="1008" w:type="dxa"/>
            <w:vAlign w:val="center"/>
          </w:tcPr>
          <w:p w14:paraId="61B83B2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73C18F6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−548.33665019</w:t>
            </w:r>
          </w:p>
        </w:tc>
        <w:tc>
          <w:tcPr>
            <w:tcW w:w="1728" w:type="dxa"/>
            <w:vAlign w:val="center"/>
          </w:tcPr>
          <w:p w14:paraId="63A7F6A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76.8</w:t>
            </w:r>
          </w:p>
        </w:tc>
      </w:tr>
      <w:tr w:rsidR="002D7411" w14:paraId="50ADD5A8" w14:textId="77777777">
        <w:trPr>
          <w:jc w:val="center"/>
        </w:trPr>
        <w:tc>
          <w:tcPr>
            <w:tcW w:w="3600" w:type="dxa"/>
            <w:vAlign w:val="center"/>
          </w:tcPr>
          <w:p w14:paraId="0735968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1MeC_amino</w:t>
            </w:r>
          </w:p>
        </w:tc>
        <w:tc>
          <w:tcPr>
            <w:tcW w:w="1008" w:type="dxa"/>
            <w:vAlign w:val="center"/>
          </w:tcPr>
          <w:p w14:paraId="2DDCDB4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008" w:type="dxa"/>
            <w:vAlign w:val="center"/>
          </w:tcPr>
          <w:p w14:paraId="0CD47CD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4EC64CB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−433.92999543</w:t>
            </w:r>
          </w:p>
        </w:tc>
        <w:tc>
          <w:tcPr>
            <w:tcW w:w="1728" w:type="dxa"/>
            <w:vAlign w:val="center"/>
          </w:tcPr>
          <w:p w14:paraId="28794DE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3B79EB77" w14:textId="77777777">
        <w:trPr>
          <w:jc w:val="center"/>
        </w:trPr>
        <w:tc>
          <w:tcPr>
            <w:tcW w:w="3600" w:type="dxa"/>
            <w:vAlign w:val="center"/>
          </w:tcPr>
          <w:p w14:paraId="37EA5FD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1MeC_imino</w:t>
            </w:r>
          </w:p>
        </w:tc>
        <w:tc>
          <w:tcPr>
            <w:tcW w:w="1008" w:type="dxa"/>
            <w:vAlign w:val="center"/>
          </w:tcPr>
          <w:p w14:paraId="356C158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008" w:type="dxa"/>
            <w:vAlign w:val="center"/>
          </w:tcPr>
          <w:p w14:paraId="0E827BA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3ECEF54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−433.92814473</w:t>
            </w:r>
          </w:p>
        </w:tc>
        <w:tc>
          <w:tcPr>
            <w:tcW w:w="1728" w:type="dxa"/>
            <w:vAlign w:val="center"/>
          </w:tcPr>
          <w:p w14:paraId="24A3D04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74.0</w:t>
            </w:r>
          </w:p>
        </w:tc>
      </w:tr>
      <w:tr w:rsidR="002D7411" w14:paraId="1605B6A3" w14:textId="77777777">
        <w:trPr>
          <w:jc w:val="center"/>
        </w:trPr>
        <w:tc>
          <w:tcPr>
            <w:tcW w:w="3600" w:type="dxa"/>
            <w:vAlign w:val="center"/>
          </w:tcPr>
          <w:p w14:paraId="4F4B0C7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1MeNHC_amino</w:t>
            </w:r>
          </w:p>
        </w:tc>
        <w:tc>
          <w:tcPr>
            <w:tcW w:w="1008" w:type="dxa"/>
            <w:vAlign w:val="center"/>
          </w:tcPr>
          <w:p w14:paraId="0D2B3CE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17</w:t>
            </w:r>
          </w:p>
        </w:tc>
        <w:tc>
          <w:tcPr>
            <w:tcW w:w="1008" w:type="dxa"/>
            <w:vAlign w:val="center"/>
          </w:tcPr>
          <w:p w14:paraId="4ECD334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3135FDB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−509.02992486</w:t>
            </w:r>
          </w:p>
        </w:tc>
        <w:tc>
          <w:tcPr>
            <w:tcW w:w="1728" w:type="dxa"/>
            <w:vAlign w:val="center"/>
          </w:tcPr>
          <w:p w14:paraId="7F525EA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753B6931" w14:textId="77777777">
        <w:trPr>
          <w:jc w:val="center"/>
        </w:trPr>
        <w:tc>
          <w:tcPr>
            <w:tcW w:w="3600" w:type="dxa"/>
            <w:vAlign w:val="center"/>
          </w:tcPr>
          <w:p w14:paraId="743C44D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1MeNHC_oxime</w:t>
            </w:r>
          </w:p>
        </w:tc>
        <w:tc>
          <w:tcPr>
            <w:tcW w:w="1008" w:type="dxa"/>
            <w:vAlign w:val="center"/>
          </w:tcPr>
          <w:p w14:paraId="4729935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17</w:t>
            </w:r>
          </w:p>
        </w:tc>
        <w:tc>
          <w:tcPr>
            <w:tcW w:w="1008" w:type="dxa"/>
            <w:vAlign w:val="center"/>
          </w:tcPr>
          <w:p w14:paraId="21075DE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32A96DA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−509.04158991</w:t>
            </w:r>
          </w:p>
        </w:tc>
        <w:tc>
          <w:tcPr>
            <w:tcW w:w="1728" w:type="dxa"/>
            <w:vAlign w:val="center"/>
          </w:tcPr>
          <w:p w14:paraId="28E1B07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72.6</w:t>
            </w:r>
          </w:p>
        </w:tc>
      </w:tr>
      <w:tr w:rsidR="002D7411" w14:paraId="220855C1" w14:textId="77777777">
        <w:trPr>
          <w:jc w:val="center"/>
        </w:trPr>
        <w:tc>
          <w:tcPr>
            <w:tcW w:w="3600" w:type="dxa"/>
            <w:vAlign w:val="center"/>
          </w:tcPr>
          <w:p w14:paraId="033F843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9MeA_amino</w:t>
            </w:r>
          </w:p>
        </w:tc>
        <w:tc>
          <w:tcPr>
            <w:tcW w:w="1008" w:type="dxa"/>
            <w:vAlign w:val="center"/>
          </w:tcPr>
          <w:p w14:paraId="36BF54B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18</w:t>
            </w:r>
          </w:p>
        </w:tc>
        <w:tc>
          <w:tcPr>
            <w:tcW w:w="1008" w:type="dxa"/>
            <w:vAlign w:val="center"/>
          </w:tcPr>
          <w:p w14:paraId="6521050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3ECB08F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−506.26737610</w:t>
            </w:r>
          </w:p>
        </w:tc>
        <w:tc>
          <w:tcPr>
            <w:tcW w:w="1728" w:type="dxa"/>
            <w:vAlign w:val="center"/>
          </w:tcPr>
          <w:p w14:paraId="0E244F7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26C8BCC9" w14:textId="77777777">
        <w:trPr>
          <w:jc w:val="center"/>
        </w:trPr>
        <w:tc>
          <w:tcPr>
            <w:tcW w:w="3600" w:type="dxa"/>
            <w:vAlign w:val="center"/>
          </w:tcPr>
          <w:p w14:paraId="34CE8D5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9MeA_imino</w:t>
            </w:r>
          </w:p>
        </w:tc>
        <w:tc>
          <w:tcPr>
            <w:tcW w:w="1008" w:type="dxa"/>
            <w:vAlign w:val="center"/>
          </w:tcPr>
          <w:p w14:paraId="73109C8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18</w:t>
            </w:r>
          </w:p>
        </w:tc>
        <w:tc>
          <w:tcPr>
            <w:tcW w:w="1008" w:type="dxa"/>
            <w:vAlign w:val="center"/>
          </w:tcPr>
          <w:p w14:paraId="5F524FD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73CDF91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−506.23826975</w:t>
            </w:r>
          </w:p>
        </w:tc>
        <w:tc>
          <w:tcPr>
            <w:tcW w:w="1728" w:type="dxa"/>
            <w:vAlign w:val="center"/>
          </w:tcPr>
          <w:p w14:paraId="3FD9EF9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669EE42F" w14:textId="77777777">
        <w:trPr>
          <w:jc w:val="center"/>
        </w:trPr>
        <w:tc>
          <w:tcPr>
            <w:tcW w:w="3600" w:type="dxa"/>
            <w:vAlign w:val="center"/>
          </w:tcPr>
          <w:p w14:paraId="7DFF317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9MeG_amino</w:t>
            </w:r>
          </w:p>
        </w:tc>
        <w:tc>
          <w:tcPr>
            <w:tcW w:w="1008" w:type="dxa"/>
            <w:vAlign w:val="center"/>
          </w:tcPr>
          <w:p w14:paraId="4218FF1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19</w:t>
            </w:r>
          </w:p>
        </w:tc>
        <w:tc>
          <w:tcPr>
            <w:tcW w:w="1008" w:type="dxa"/>
            <w:vAlign w:val="center"/>
          </w:tcPr>
          <w:p w14:paraId="53FEE80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75172F4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−581.44847817</w:t>
            </w:r>
          </w:p>
        </w:tc>
        <w:tc>
          <w:tcPr>
            <w:tcW w:w="1728" w:type="dxa"/>
            <w:vAlign w:val="center"/>
          </w:tcPr>
          <w:p w14:paraId="157C8FA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6A3932CE" w14:textId="77777777">
        <w:trPr>
          <w:jc w:val="center"/>
        </w:trPr>
        <w:tc>
          <w:tcPr>
            <w:tcW w:w="3600" w:type="dxa"/>
            <w:vAlign w:val="center"/>
          </w:tcPr>
          <w:p w14:paraId="78A4D0F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9MeN2OHG_amino</w:t>
            </w:r>
          </w:p>
        </w:tc>
        <w:tc>
          <w:tcPr>
            <w:tcW w:w="1008" w:type="dxa"/>
            <w:vAlign w:val="center"/>
          </w:tcPr>
          <w:p w14:paraId="65F1712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20</w:t>
            </w:r>
          </w:p>
        </w:tc>
        <w:tc>
          <w:tcPr>
            <w:tcW w:w="1008" w:type="dxa"/>
            <w:vAlign w:val="center"/>
          </w:tcPr>
          <w:p w14:paraId="7A8F459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656D192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−656.55130011</w:t>
            </w:r>
          </w:p>
        </w:tc>
        <w:tc>
          <w:tcPr>
            <w:tcW w:w="1728" w:type="dxa"/>
            <w:vAlign w:val="center"/>
          </w:tcPr>
          <w:p w14:paraId="2569E31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41D74E7D" w14:textId="77777777">
        <w:trPr>
          <w:jc w:val="center"/>
        </w:trPr>
        <w:tc>
          <w:tcPr>
            <w:tcW w:w="3600" w:type="dxa"/>
            <w:vAlign w:val="center"/>
          </w:tcPr>
          <w:p w14:paraId="2F5F000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9MeN2OHG_imino</w:t>
            </w:r>
          </w:p>
        </w:tc>
        <w:tc>
          <w:tcPr>
            <w:tcW w:w="1008" w:type="dxa"/>
            <w:vAlign w:val="center"/>
          </w:tcPr>
          <w:p w14:paraId="6A91A5D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20</w:t>
            </w:r>
          </w:p>
        </w:tc>
        <w:tc>
          <w:tcPr>
            <w:tcW w:w="1008" w:type="dxa"/>
            <w:vAlign w:val="center"/>
          </w:tcPr>
          <w:p w14:paraId="709364D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6190A07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−656.53920660</w:t>
            </w:r>
          </w:p>
        </w:tc>
        <w:tc>
          <w:tcPr>
            <w:tcW w:w="1728" w:type="dxa"/>
            <w:vAlign w:val="center"/>
          </w:tcPr>
          <w:p w14:paraId="0468C19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64.2</w:t>
            </w:r>
          </w:p>
        </w:tc>
      </w:tr>
      <w:tr w:rsidR="002D7411" w14:paraId="349208E5" w14:textId="77777777">
        <w:trPr>
          <w:jc w:val="center"/>
        </w:trPr>
        <w:tc>
          <w:tcPr>
            <w:tcW w:w="3600" w:type="dxa"/>
            <w:vAlign w:val="center"/>
          </w:tcPr>
          <w:p w14:paraId="7BEAF7A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9MeN6MeOA_amino</w:t>
            </w:r>
          </w:p>
        </w:tc>
        <w:tc>
          <w:tcPr>
            <w:tcW w:w="1008" w:type="dxa"/>
            <w:vAlign w:val="center"/>
          </w:tcPr>
          <w:p w14:paraId="002CF27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22</w:t>
            </w:r>
          </w:p>
        </w:tc>
        <w:tc>
          <w:tcPr>
            <w:tcW w:w="1008" w:type="dxa"/>
            <w:vAlign w:val="center"/>
          </w:tcPr>
          <w:p w14:paraId="575E2BF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52C9D58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−620.63921971</w:t>
            </w:r>
          </w:p>
        </w:tc>
        <w:tc>
          <w:tcPr>
            <w:tcW w:w="1728" w:type="dxa"/>
            <w:vAlign w:val="center"/>
          </w:tcPr>
          <w:p w14:paraId="2410D39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3F1E7F81" w14:textId="77777777">
        <w:trPr>
          <w:jc w:val="center"/>
        </w:trPr>
        <w:tc>
          <w:tcPr>
            <w:tcW w:w="3600" w:type="dxa"/>
            <w:vAlign w:val="center"/>
          </w:tcPr>
          <w:p w14:paraId="616C062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9MeN6MeOA_imino</w:t>
            </w:r>
          </w:p>
        </w:tc>
        <w:tc>
          <w:tcPr>
            <w:tcW w:w="1008" w:type="dxa"/>
            <w:vAlign w:val="center"/>
          </w:tcPr>
          <w:p w14:paraId="083481D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22</w:t>
            </w:r>
          </w:p>
        </w:tc>
        <w:tc>
          <w:tcPr>
            <w:tcW w:w="1008" w:type="dxa"/>
            <w:vAlign w:val="center"/>
          </w:tcPr>
          <w:p w14:paraId="616540F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0479F7E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−620.63604728</w:t>
            </w:r>
          </w:p>
        </w:tc>
        <w:tc>
          <w:tcPr>
            <w:tcW w:w="1728" w:type="dxa"/>
            <w:vAlign w:val="center"/>
          </w:tcPr>
          <w:p w14:paraId="56275CC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5F0508EF" w14:textId="77777777">
        <w:trPr>
          <w:jc w:val="center"/>
        </w:trPr>
        <w:tc>
          <w:tcPr>
            <w:tcW w:w="3600" w:type="dxa"/>
            <w:vAlign w:val="center"/>
          </w:tcPr>
          <w:p w14:paraId="100E497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</w:t>
            </w:r>
          </w:p>
        </w:tc>
        <w:tc>
          <w:tcPr>
            <w:tcW w:w="1008" w:type="dxa"/>
            <w:vAlign w:val="center"/>
          </w:tcPr>
          <w:p w14:paraId="0F25064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</w:t>
            </w:r>
          </w:p>
        </w:tc>
        <w:tc>
          <w:tcPr>
            <w:tcW w:w="1008" w:type="dxa"/>
            <w:vAlign w:val="center"/>
          </w:tcPr>
          <w:p w14:paraId="1A6F173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32DAFDD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−466.98448694</w:t>
            </w:r>
          </w:p>
        </w:tc>
        <w:tc>
          <w:tcPr>
            <w:tcW w:w="1728" w:type="dxa"/>
            <w:vAlign w:val="center"/>
          </w:tcPr>
          <w:p w14:paraId="1647E41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161.2</w:t>
            </w:r>
          </w:p>
        </w:tc>
      </w:tr>
      <w:tr w:rsidR="002D7411" w14:paraId="1C754D8B" w14:textId="77777777">
        <w:trPr>
          <w:jc w:val="center"/>
        </w:trPr>
        <w:tc>
          <w:tcPr>
            <w:tcW w:w="3600" w:type="dxa"/>
            <w:vAlign w:val="center"/>
          </w:tcPr>
          <w:p w14:paraId="5F34B1D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adenine_7H</w:t>
            </w:r>
          </w:p>
        </w:tc>
        <w:tc>
          <w:tcPr>
            <w:tcW w:w="1008" w:type="dxa"/>
            <w:vAlign w:val="center"/>
          </w:tcPr>
          <w:p w14:paraId="03971FA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</w:t>
            </w:r>
          </w:p>
        </w:tc>
        <w:tc>
          <w:tcPr>
            <w:tcW w:w="1008" w:type="dxa"/>
            <w:vAlign w:val="center"/>
          </w:tcPr>
          <w:p w14:paraId="57A548D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7AE93D4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−466.96964970</w:t>
            </w:r>
          </w:p>
        </w:tc>
        <w:tc>
          <w:tcPr>
            <w:tcW w:w="1728" w:type="dxa"/>
            <w:vAlign w:val="center"/>
          </w:tcPr>
          <w:p w14:paraId="60E06AF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7920E80E" w14:textId="77777777">
        <w:trPr>
          <w:jc w:val="center"/>
        </w:trPr>
        <w:tc>
          <w:tcPr>
            <w:tcW w:w="3600" w:type="dxa"/>
            <w:vAlign w:val="center"/>
          </w:tcPr>
          <w:p w14:paraId="5B2C9AF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adenine_H+_N1</w:t>
            </w:r>
          </w:p>
        </w:tc>
        <w:tc>
          <w:tcPr>
            <w:tcW w:w="1008" w:type="dxa"/>
            <w:vAlign w:val="center"/>
          </w:tcPr>
          <w:p w14:paraId="5942154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008" w:type="dxa"/>
            <w:vAlign w:val="center"/>
          </w:tcPr>
          <w:p w14:paraId="57362D7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2448" w:type="dxa"/>
            <w:vAlign w:val="center"/>
          </w:tcPr>
          <w:p w14:paraId="5479FED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−467.36432440</w:t>
            </w:r>
          </w:p>
        </w:tc>
        <w:tc>
          <w:tcPr>
            <w:tcW w:w="1728" w:type="dxa"/>
            <w:vAlign w:val="center"/>
          </w:tcPr>
          <w:p w14:paraId="6731B60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172.6</w:t>
            </w:r>
          </w:p>
        </w:tc>
      </w:tr>
      <w:tr w:rsidR="002D7411" w14:paraId="792EABB5" w14:textId="77777777">
        <w:trPr>
          <w:jc w:val="center"/>
        </w:trPr>
        <w:tc>
          <w:tcPr>
            <w:tcW w:w="3600" w:type="dxa"/>
            <w:vAlign w:val="center"/>
          </w:tcPr>
          <w:p w14:paraId="7E73662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adenine_H+_N3</w:t>
            </w:r>
          </w:p>
        </w:tc>
        <w:tc>
          <w:tcPr>
            <w:tcW w:w="1008" w:type="dxa"/>
            <w:vAlign w:val="center"/>
          </w:tcPr>
          <w:p w14:paraId="2C22FD2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008" w:type="dxa"/>
            <w:vAlign w:val="center"/>
          </w:tcPr>
          <w:p w14:paraId="555674F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2448" w:type="dxa"/>
            <w:vAlign w:val="center"/>
          </w:tcPr>
          <w:p w14:paraId="70D12F1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−467.36171979</w:t>
            </w:r>
          </w:p>
        </w:tc>
        <w:tc>
          <w:tcPr>
            <w:tcW w:w="1728" w:type="dxa"/>
            <w:vAlign w:val="center"/>
          </w:tcPr>
          <w:p w14:paraId="24089AF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153.8</w:t>
            </w:r>
          </w:p>
        </w:tc>
      </w:tr>
      <w:tr w:rsidR="002D7411" w14:paraId="74F2334C" w14:textId="77777777">
        <w:trPr>
          <w:jc w:val="center"/>
        </w:trPr>
        <w:tc>
          <w:tcPr>
            <w:tcW w:w="3600" w:type="dxa"/>
            <w:vAlign w:val="center"/>
          </w:tcPr>
          <w:p w14:paraId="0E7E29C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adenine_H+_N6(exo)</w:t>
            </w:r>
          </w:p>
        </w:tc>
        <w:tc>
          <w:tcPr>
            <w:tcW w:w="1008" w:type="dxa"/>
            <w:vAlign w:val="center"/>
          </w:tcPr>
          <w:p w14:paraId="1914934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008" w:type="dxa"/>
            <w:vAlign w:val="center"/>
          </w:tcPr>
          <w:p w14:paraId="4562CD2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2448" w:type="dxa"/>
            <w:vAlign w:val="center"/>
          </w:tcPr>
          <w:p w14:paraId="7A66350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−467.32405801</w:t>
            </w:r>
          </w:p>
        </w:tc>
        <w:tc>
          <w:tcPr>
            <w:tcW w:w="1728" w:type="dxa"/>
            <w:vAlign w:val="center"/>
          </w:tcPr>
          <w:p w14:paraId="3E0C324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89.4</w:t>
            </w:r>
          </w:p>
        </w:tc>
      </w:tr>
      <w:tr w:rsidR="002D7411" w14:paraId="4DE126F9" w14:textId="77777777">
        <w:trPr>
          <w:jc w:val="center"/>
        </w:trPr>
        <w:tc>
          <w:tcPr>
            <w:tcW w:w="3600" w:type="dxa"/>
            <w:vAlign w:val="center"/>
          </w:tcPr>
          <w:p w14:paraId="0AA6D27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adenine_H+_N7</w:t>
            </w:r>
          </w:p>
        </w:tc>
        <w:tc>
          <w:tcPr>
            <w:tcW w:w="1008" w:type="dxa"/>
            <w:vAlign w:val="center"/>
          </w:tcPr>
          <w:p w14:paraId="3CE4C94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008" w:type="dxa"/>
            <w:vAlign w:val="center"/>
          </w:tcPr>
          <w:p w14:paraId="300A0BB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2448" w:type="dxa"/>
            <w:vAlign w:val="center"/>
          </w:tcPr>
          <w:p w14:paraId="0C707FC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−467.35014636</w:t>
            </w:r>
          </w:p>
        </w:tc>
        <w:tc>
          <w:tcPr>
            <w:tcW w:w="1728" w:type="dxa"/>
            <w:vAlign w:val="center"/>
          </w:tcPr>
          <w:p w14:paraId="52E2479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146.6</w:t>
            </w:r>
          </w:p>
        </w:tc>
      </w:tr>
      <w:tr w:rsidR="002D7411" w14:paraId="3DB1B74D" w14:textId="77777777">
        <w:trPr>
          <w:jc w:val="center"/>
        </w:trPr>
        <w:tc>
          <w:tcPr>
            <w:tcW w:w="3600" w:type="dxa"/>
            <w:vAlign w:val="center"/>
          </w:tcPr>
          <w:p w14:paraId="51A1045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adenine_imino</w:t>
            </w:r>
          </w:p>
        </w:tc>
        <w:tc>
          <w:tcPr>
            <w:tcW w:w="1008" w:type="dxa"/>
            <w:vAlign w:val="center"/>
          </w:tcPr>
          <w:p w14:paraId="2931187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</w:t>
            </w:r>
          </w:p>
        </w:tc>
        <w:tc>
          <w:tcPr>
            <w:tcW w:w="1008" w:type="dxa"/>
            <w:vAlign w:val="center"/>
          </w:tcPr>
          <w:p w14:paraId="5B8434F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79EFE5B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−466.96597818</w:t>
            </w:r>
          </w:p>
        </w:tc>
        <w:tc>
          <w:tcPr>
            <w:tcW w:w="1728" w:type="dxa"/>
            <w:vAlign w:val="center"/>
          </w:tcPr>
          <w:p w14:paraId="034D0B2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150.5</w:t>
            </w:r>
          </w:p>
        </w:tc>
      </w:tr>
      <w:tr w:rsidR="002D7411" w14:paraId="75BA44B2" w14:textId="77777777">
        <w:trPr>
          <w:jc w:val="center"/>
        </w:trPr>
        <w:tc>
          <w:tcPr>
            <w:tcW w:w="3600" w:type="dxa"/>
            <w:vAlign w:val="center"/>
          </w:tcPr>
          <w:p w14:paraId="65D1E08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ammonia</w:t>
            </w:r>
          </w:p>
        </w:tc>
        <w:tc>
          <w:tcPr>
            <w:tcW w:w="1008" w:type="dxa"/>
            <w:vAlign w:val="center"/>
          </w:tcPr>
          <w:p w14:paraId="3F9FD74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</w:t>
            </w:r>
          </w:p>
        </w:tc>
        <w:tc>
          <w:tcPr>
            <w:tcW w:w="1008" w:type="dxa"/>
            <w:vAlign w:val="center"/>
          </w:tcPr>
          <w:p w14:paraId="721209F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391546C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−56.50949134</w:t>
            </w:r>
          </w:p>
        </w:tc>
        <w:tc>
          <w:tcPr>
            <w:tcW w:w="1728" w:type="dxa"/>
            <w:vAlign w:val="center"/>
          </w:tcPr>
          <w:p w14:paraId="00486E4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1061.9</w:t>
            </w:r>
          </w:p>
        </w:tc>
      </w:tr>
      <w:tr w:rsidR="002D7411" w14:paraId="4588F213" w14:textId="77777777">
        <w:trPr>
          <w:jc w:val="center"/>
        </w:trPr>
        <w:tc>
          <w:tcPr>
            <w:tcW w:w="3600" w:type="dxa"/>
            <w:vAlign w:val="center"/>
          </w:tcPr>
          <w:p w14:paraId="05EA4A6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ammonia_H+</w:t>
            </w:r>
          </w:p>
        </w:tc>
        <w:tc>
          <w:tcPr>
            <w:tcW w:w="1008" w:type="dxa"/>
            <w:vAlign w:val="center"/>
          </w:tcPr>
          <w:p w14:paraId="0834AB6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5</w:t>
            </w:r>
          </w:p>
        </w:tc>
        <w:tc>
          <w:tcPr>
            <w:tcW w:w="1008" w:type="dxa"/>
            <w:vAlign w:val="center"/>
          </w:tcPr>
          <w:p w14:paraId="67A1714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2448" w:type="dxa"/>
            <w:vAlign w:val="center"/>
          </w:tcPr>
          <w:p w14:paraId="3783943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−56.85577958</w:t>
            </w:r>
          </w:p>
        </w:tc>
        <w:tc>
          <w:tcPr>
            <w:tcW w:w="1728" w:type="dxa"/>
            <w:vAlign w:val="center"/>
          </w:tcPr>
          <w:p w14:paraId="4DDA29F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1434.2</w:t>
            </w:r>
          </w:p>
        </w:tc>
      </w:tr>
      <w:tr w:rsidR="002D7411" w14:paraId="53856A4D" w14:textId="77777777">
        <w:trPr>
          <w:jc w:val="center"/>
        </w:trPr>
        <w:tc>
          <w:tcPr>
            <w:tcW w:w="3600" w:type="dxa"/>
            <w:vAlign w:val="center"/>
          </w:tcPr>
          <w:p w14:paraId="31BB9AB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aniline</w:t>
            </w:r>
          </w:p>
        </w:tc>
        <w:tc>
          <w:tcPr>
            <w:tcW w:w="1008" w:type="dxa"/>
            <w:vAlign w:val="center"/>
          </w:tcPr>
          <w:p w14:paraId="052B5A3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</w:t>
            </w:r>
          </w:p>
        </w:tc>
        <w:tc>
          <w:tcPr>
            <w:tcW w:w="1008" w:type="dxa"/>
            <w:vAlign w:val="center"/>
          </w:tcPr>
          <w:p w14:paraId="6B2FB90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20D945D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−287.40188639</w:t>
            </w:r>
          </w:p>
        </w:tc>
        <w:tc>
          <w:tcPr>
            <w:tcW w:w="1728" w:type="dxa"/>
            <w:vAlign w:val="center"/>
          </w:tcPr>
          <w:p w14:paraId="4A5900E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223.2</w:t>
            </w:r>
          </w:p>
        </w:tc>
      </w:tr>
      <w:tr w:rsidR="002D7411" w14:paraId="123C0E3F" w14:textId="77777777">
        <w:trPr>
          <w:jc w:val="center"/>
        </w:trPr>
        <w:tc>
          <w:tcPr>
            <w:tcW w:w="3600" w:type="dxa"/>
            <w:vAlign w:val="center"/>
          </w:tcPr>
          <w:p w14:paraId="404BDC8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aniline_H+</w:t>
            </w:r>
          </w:p>
        </w:tc>
        <w:tc>
          <w:tcPr>
            <w:tcW w:w="1008" w:type="dxa"/>
            <w:vAlign w:val="center"/>
          </w:tcPr>
          <w:p w14:paraId="3957BE4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</w:t>
            </w:r>
          </w:p>
        </w:tc>
        <w:tc>
          <w:tcPr>
            <w:tcW w:w="1008" w:type="dxa"/>
            <w:vAlign w:val="center"/>
          </w:tcPr>
          <w:p w14:paraId="762B42B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2448" w:type="dxa"/>
            <w:vAlign w:val="center"/>
          </w:tcPr>
          <w:p w14:paraId="74AC5F8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−287.75182605</w:t>
            </w:r>
          </w:p>
        </w:tc>
        <w:tc>
          <w:tcPr>
            <w:tcW w:w="1728" w:type="dxa"/>
            <w:vAlign w:val="center"/>
          </w:tcPr>
          <w:p w14:paraId="13D94BC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5886D73A" w14:textId="77777777">
        <w:trPr>
          <w:jc w:val="center"/>
        </w:trPr>
        <w:tc>
          <w:tcPr>
            <w:tcW w:w="3600" w:type="dxa"/>
            <w:vAlign w:val="center"/>
          </w:tcPr>
          <w:p w14:paraId="24FB464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benzene</w:t>
            </w:r>
          </w:p>
        </w:tc>
        <w:tc>
          <w:tcPr>
            <w:tcW w:w="1008" w:type="dxa"/>
            <w:vAlign w:val="center"/>
          </w:tcPr>
          <w:p w14:paraId="56C3DEE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</w:t>
            </w:r>
          </w:p>
        </w:tc>
        <w:tc>
          <w:tcPr>
            <w:tcW w:w="1008" w:type="dxa"/>
            <w:vAlign w:val="center"/>
          </w:tcPr>
          <w:p w14:paraId="334ACD8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57BAD7A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−232.08477988</w:t>
            </w:r>
          </w:p>
        </w:tc>
        <w:tc>
          <w:tcPr>
            <w:tcW w:w="1728" w:type="dxa"/>
            <w:vAlign w:val="center"/>
          </w:tcPr>
          <w:p w14:paraId="35F0234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418.3</w:t>
            </w:r>
          </w:p>
        </w:tc>
      </w:tr>
      <w:tr w:rsidR="002D7411" w14:paraId="19C09B3E" w14:textId="77777777">
        <w:trPr>
          <w:jc w:val="center"/>
        </w:trPr>
        <w:tc>
          <w:tcPr>
            <w:tcW w:w="3600" w:type="dxa"/>
            <w:vAlign w:val="center"/>
          </w:tcPr>
          <w:p w14:paraId="47FBA3E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cyclohexane</w:t>
            </w:r>
          </w:p>
        </w:tc>
        <w:tc>
          <w:tcPr>
            <w:tcW w:w="1008" w:type="dxa"/>
            <w:vAlign w:val="center"/>
          </w:tcPr>
          <w:p w14:paraId="1BCB10D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18</w:t>
            </w:r>
          </w:p>
        </w:tc>
        <w:tc>
          <w:tcPr>
            <w:tcW w:w="1008" w:type="dxa"/>
            <w:vAlign w:val="center"/>
          </w:tcPr>
          <w:p w14:paraId="5850AAC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29B40BA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−235.71153812</w:t>
            </w:r>
          </w:p>
        </w:tc>
        <w:tc>
          <w:tcPr>
            <w:tcW w:w="1728" w:type="dxa"/>
            <w:vAlign w:val="center"/>
          </w:tcPr>
          <w:p w14:paraId="7B30C9F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236.9</w:t>
            </w:r>
          </w:p>
        </w:tc>
      </w:tr>
      <w:tr w:rsidR="002D7411" w14:paraId="08D5785F" w14:textId="77777777">
        <w:trPr>
          <w:jc w:val="center"/>
        </w:trPr>
        <w:tc>
          <w:tcPr>
            <w:tcW w:w="3600" w:type="dxa"/>
            <w:vAlign w:val="center"/>
          </w:tcPr>
          <w:p w14:paraId="0D1047E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cyclohexene</w:t>
            </w:r>
          </w:p>
        </w:tc>
        <w:tc>
          <w:tcPr>
            <w:tcW w:w="1008" w:type="dxa"/>
            <w:vAlign w:val="center"/>
          </w:tcPr>
          <w:p w14:paraId="44A3537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008" w:type="dxa"/>
            <w:vAlign w:val="center"/>
          </w:tcPr>
          <w:p w14:paraId="48C5E14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6A616EC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−234.48104143</w:t>
            </w:r>
          </w:p>
        </w:tc>
        <w:tc>
          <w:tcPr>
            <w:tcW w:w="1728" w:type="dxa"/>
            <w:vAlign w:val="center"/>
          </w:tcPr>
          <w:p w14:paraId="36E4F69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169.0</w:t>
            </w:r>
          </w:p>
        </w:tc>
      </w:tr>
      <w:tr w:rsidR="002D7411" w14:paraId="121AD909" w14:textId="77777777">
        <w:trPr>
          <w:jc w:val="center"/>
        </w:trPr>
        <w:tc>
          <w:tcPr>
            <w:tcW w:w="3600" w:type="dxa"/>
            <w:vAlign w:val="center"/>
          </w:tcPr>
          <w:p w14:paraId="007782B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cytosine</w:t>
            </w:r>
          </w:p>
        </w:tc>
        <w:tc>
          <w:tcPr>
            <w:tcW w:w="1008" w:type="dxa"/>
            <w:vAlign w:val="center"/>
          </w:tcPr>
          <w:p w14:paraId="03DF8FA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13</w:t>
            </w:r>
          </w:p>
        </w:tc>
        <w:tc>
          <w:tcPr>
            <w:tcW w:w="1008" w:type="dxa"/>
            <w:vAlign w:val="center"/>
          </w:tcPr>
          <w:p w14:paraId="3296272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4569A8D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−394.64948851</w:t>
            </w:r>
          </w:p>
        </w:tc>
        <w:tc>
          <w:tcPr>
            <w:tcW w:w="1728" w:type="dxa"/>
            <w:vAlign w:val="center"/>
          </w:tcPr>
          <w:p w14:paraId="017F779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131.5</w:t>
            </w:r>
          </w:p>
        </w:tc>
      </w:tr>
      <w:tr w:rsidR="002D7411" w14:paraId="0A39D974" w14:textId="77777777">
        <w:trPr>
          <w:jc w:val="center"/>
        </w:trPr>
        <w:tc>
          <w:tcPr>
            <w:tcW w:w="3600" w:type="dxa"/>
            <w:vAlign w:val="center"/>
          </w:tcPr>
          <w:p w14:paraId="2B04DC3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cytosine_H+_N3</w:t>
            </w:r>
          </w:p>
        </w:tc>
        <w:tc>
          <w:tcPr>
            <w:tcW w:w="1008" w:type="dxa"/>
            <w:vAlign w:val="center"/>
          </w:tcPr>
          <w:p w14:paraId="7480832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</w:t>
            </w:r>
          </w:p>
        </w:tc>
        <w:tc>
          <w:tcPr>
            <w:tcW w:w="1008" w:type="dxa"/>
            <w:vAlign w:val="center"/>
          </w:tcPr>
          <w:p w14:paraId="01336F1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2448" w:type="dxa"/>
            <w:vAlign w:val="center"/>
          </w:tcPr>
          <w:p w14:paraId="2D392B8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−395.03526923</w:t>
            </w:r>
          </w:p>
        </w:tc>
        <w:tc>
          <w:tcPr>
            <w:tcW w:w="1728" w:type="dxa"/>
            <w:vAlign w:val="center"/>
          </w:tcPr>
          <w:p w14:paraId="0546DA8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162.5</w:t>
            </w:r>
          </w:p>
        </w:tc>
      </w:tr>
      <w:tr w:rsidR="002D7411" w14:paraId="02497AD6" w14:textId="77777777">
        <w:trPr>
          <w:jc w:val="center"/>
        </w:trPr>
        <w:tc>
          <w:tcPr>
            <w:tcW w:w="3600" w:type="dxa"/>
            <w:vAlign w:val="center"/>
          </w:tcPr>
          <w:p w14:paraId="6857EAA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cytosine_H+_O2</w:t>
            </w:r>
          </w:p>
        </w:tc>
        <w:tc>
          <w:tcPr>
            <w:tcW w:w="1008" w:type="dxa"/>
            <w:vAlign w:val="center"/>
          </w:tcPr>
          <w:p w14:paraId="0FD1F10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</w:t>
            </w:r>
          </w:p>
        </w:tc>
        <w:tc>
          <w:tcPr>
            <w:tcW w:w="1008" w:type="dxa"/>
            <w:vAlign w:val="center"/>
          </w:tcPr>
          <w:p w14:paraId="04179DE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2448" w:type="dxa"/>
            <w:vAlign w:val="center"/>
          </w:tcPr>
          <w:p w14:paraId="1911D8B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−395.03319901</w:t>
            </w:r>
          </w:p>
        </w:tc>
        <w:tc>
          <w:tcPr>
            <w:tcW w:w="1728" w:type="dxa"/>
            <w:vAlign w:val="center"/>
          </w:tcPr>
          <w:p w14:paraId="5CB40C5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170.4</w:t>
            </w:r>
          </w:p>
        </w:tc>
      </w:tr>
      <w:tr w:rsidR="002D7411" w14:paraId="66AC7355" w14:textId="77777777">
        <w:trPr>
          <w:jc w:val="center"/>
        </w:trPr>
        <w:tc>
          <w:tcPr>
            <w:tcW w:w="3600" w:type="dxa"/>
            <w:vAlign w:val="center"/>
          </w:tcPr>
          <w:p w14:paraId="57FA1D7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cytosine_imino</w:t>
            </w:r>
          </w:p>
        </w:tc>
        <w:tc>
          <w:tcPr>
            <w:tcW w:w="1008" w:type="dxa"/>
            <w:vAlign w:val="center"/>
          </w:tcPr>
          <w:p w14:paraId="3148264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13</w:t>
            </w:r>
          </w:p>
        </w:tc>
        <w:tc>
          <w:tcPr>
            <w:tcW w:w="1008" w:type="dxa"/>
            <w:vAlign w:val="center"/>
          </w:tcPr>
          <w:p w14:paraId="37F18BC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488BE8D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−394.64792699</w:t>
            </w:r>
          </w:p>
        </w:tc>
        <w:tc>
          <w:tcPr>
            <w:tcW w:w="1728" w:type="dxa"/>
            <w:vAlign w:val="center"/>
          </w:tcPr>
          <w:p w14:paraId="3A6F9B7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142.4</w:t>
            </w:r>
          </w:p>
        </w:tc>
      </w:tr>
      <w:tr w:rsidR="002D7411" w14:paraId="1E577301" w14:textId="77777777">
        <w:trPr>
          <w:jc w:val="center"/>
        </w:trPr>
        <w:tc>
          <w:tcPr>
            <w:tcW w:w="3600" w:type="dxa"/>
            <w:vAlign w:val="center"/>
          </w:tcPr>
          <w:p w14:paraId="00D15FD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dihydrofuran_25</w:t>
            </w:r>
          </w:p>
        </w:tc>
        <w:tc>
          <w:tcPr>
            <w:tcW w:w="1008" w:type="dxa"/>
            <w:vAlign w:val="center"/>
          </w:tcPr>
          <w:p w14:paraId="7B55A9E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11</w:t>
            </w:r>
          </w:p>
        </w:tc>
        <w:tc>
          <w:tcPr>
            <w:tcW w:w="1008" w:type="dxa"/>
            <w:vAlign w:val="center"/>
          </w:tcPr>
          <w:p w14:paraId="20638F4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267CA15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−231.04702883</w:t>
            </w:r>
          </w:p>
        </w:tc>
        <w:tc>
          <w:tcPr>
            <w:tcW w:w="1728" w:type="dxa"/>
            <w:vAlign w:val="center"/>
          </w:tcPr>
          <w:p w14:paraId="1646347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116.9</w:t>
            </w:r>
          </w:p>
        </w:tc>
      </w:tr>
      <w:tr w:rsidR="002D7411" w14:paraId="4387C2E5" w14:textId="77777777">
        <w:trPr>
          <w:jc w:val="center"/>
        </w:trPr>
        <w:tc>
          <w:tcPr>
            <w:tcW w:w="3600" w:type="dxa"/>
            <w:vAlign w:val="center"/>
          </w:tcPr>
          <w:p w14:paraId="1BE3A29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furan</w:t>
            </w:r>
          </w:p>
        </w:tc>
        <w:tc>
          <w:tcPr>
            <w:tcW w:w="1008" w:type="dxa"/>
            <w:vAlign w:val="center"/>
          </w:tcPr>
          <w:p w14:paraId="06E046C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</w:t>
            </w:r>
          </w:p>
        </w:tc>
        <w:tc>
          <w:tcPr>
            <w:tcW w:w="1008" w:type="dxa"/>
            <w:vAlign w:val="center"/>
          </w:tcPr>
          <w:p w14:paraId="6509142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28578C7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−229.85614574</w:t>
            </w:r>
          </w:p>
        </w:tc>
        <w:tc>
          <w:tcPr>
            <w:tcW w:w="1728" w:type="dxa"/>
            <w:vAlign w:val="center"/>
          </w:tcPr>
          <w:p w14:paraId="41B478B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616.0</w:t>
            </w:r>
          </w:p>
        </w:tc>
      </w:tr>
      <w:tr w:rsidR="002D7411" w14:paraId="09A9A5BA" w14:textId="77777777">
        <w:trPr>
          <w:jc w:val="center"/>
        </w:trPr>
        <w:tc>
          <w:tcPr>
            <w:tcW w:w="3600" w:type="dxa"/>
            <w:vAlign w:val="center"/>
          </w:tcPr>
          <w:p w14:paraId="4A4CB0C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guanine</w:t>
            </w:r>
          </w:p>
        </w:tc>
        <w:tc>
          <w:tcPr>
            <w:tcW w:w="1008" w:type="dxa"/>
            <w:vAlign w:val="center"/>
          </w:tcPr>
          <w:p w14:paraId="7B27414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008" w:type="dxa"/>
            <w:vAlign w:val="center"/>
          </w:tcPr>
          <w:p w14:paraId="2BFFF8F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15FFE49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−542.16592315</w:t>
            </w:r>
          </w:p>
        </w:tc>
        <w:tc>
          <w:tcPr>
            <w:tcW w:w="1728" w:type="dxa"/>
            <w:vAlign w:val="center"/>
          </w:tcPr>
          <w:p w14:paraId="14F1572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05EFE452" w14:textId="77777777">
        <w:trPr>
          <w:jc w:val="center"/>
        </w:trPr>
        <w:tc>
          <w:tcPr>
            <w:tcW w:w="3600" w:type="dxa"/>
            <w:vAlign w:val="center"/>
          </w:tcPr>
          <w:p w14:paraId="4C477E4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guanine_7H</w:t>
            </w:r>
          </w:p>
        </w:tc>
        <w:tc>
          <w:tcPr>
            <w:tcW w:w="1008" w:type="dxa"/>
            <w:vAlign w:val="center"/>
          </w:tcPr>
          <w:p w14:paraId="6DC43BF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008" w:type="dxa"/>
            <w:vAlign w:val="center"/>
          </w:tcPr>
          <w:p w14:paraId="1C3E3CB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1AAC103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−542.16540228</w:t>
            </w:r>
          </w:p>
        </w:tc>
        <w:tc>
          <w:tcPr>
            <w:tcW w:w="1728" w:type="dxa"/>
            <w:vAlign w:val="center"/>
          </w:tcPr>
          <w:p w14:paraId="55F7291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061057A9" w14:textId="77777777">
        <w:trPr>
          <w:jc w:val="center"/>
        </w:trPr>
        <w:tc>
          <w:tcPr>
            <w:tcW w:w="3600" w:type="dxa"/>
            <w:vAlign w:val="center"/>
          </w:tcPr>
          <w:p w14:paraId="5F16E18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guanine_H+_N3</w:t>
            </w:r>
          </w:p>
        </w:tc>
        <w:tc>
          <w:tcPr>
            <w:tcW w:w="1008" w:type="dxa"/>
            <w:vAlign w:val="center"/>
          </w:tcPr>
          <w:p w14:paraId="0BD6B35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17</w:t>
            </w:r>
          </w:p>
        </w:tc>
        <w:tc>
          <w:tcPr>
            <w:tcW w:w="1008" w:type="dxa"/>
            <w:vAlign w:val="center"/>
          </w:tcPr>
          <w:p w14:paraId="46A9D18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2448" w:type="dxa"/>
            <w:vAlign w:val="center"/>
          </w:tcPr>
          <w:p w14:paraId="7BD86DE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−542.52503324</w:t>
            </w:r>
          </w:p>
        </w:tc>
        <w:tc>
          <w:tcPr>
            <w:tcW w:w="1728" w:type="dxa"/>
            <w:vAlign w:val="center"/>
          </w:tcPr>
          <w:p w14:paraId="38FE124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124.6</w:t>
            </w:r>
          </w:p>
        </w:tc>
      </w:tr>
      <w:tr w:rsidR="002D7411" w14:paraId="53530C06" w14:textId="77777777">
        <w:trPr>
          <w:jc w:val="center"/>
        </w:trPr>
        <w:tc>
          <w:tcPr>
            <w:tcW w:w="3600" w:type="dxa"/>
            <w:vAlign w:val="center"/>
          </w:tcPr>
          <w:p w14:paraId="3BFF996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guanine_H+_N7</w:t>
            </w:r>
          </w:p>
        </w:tc>
        <w:tc>
          <w:tcPr>
            <w:tcW w:w="1008" w:type="dxa"/>
            <w:vAlign w:val="center"/>
          </w:tcPr>
          <w:p w14:paraId="57ACE84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17</w:t>
            </w:r>
          </w:p>
        </w:tc>
        <w:tc>
          <w:tcPr>
            <w:tcW w:w="1008" w:type="dxa"/>
            <w:vAlign w:val="center"/>
          </w:tcPr>
          <w:p w14:paraId="1F588A5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2448" w:type="dxa"/>
            <w:vAlign w:val="center"/>
          </w:tcPr>
          <w:p w14:paraId="22BF360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−542.55301084</w:t>
            </w:r>
          </w:p>
        </w:tc>
        <w:tc>
          <w:tcPr>
            <w:tcW w:w="1728" w:type="dxa"/>
            <w:vAlign w:val="center"/>
          </w:tcPr>
          <w:p w14:paraId="1C891E1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141.9</w:t>
            </w:r>
          </w:p>
        </w:tc>
      </w:tr>
      <w:tr w:rsidR="002D7411" w14:paraId="1393B0BC" w14:textId="77777777">
        <w:trPr>
          <w:jc w:val="center"/>
        </w:trPr>
        <w:tc>
          <w:tcPr>
            <w:tcW w:w="3600" w:type="dxa"/>
            <w:vAlign w:val="center"/>
          </w:tcPr>
          <w:p w14:paraId="3401359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guanine_H+_O6</w:t>
            </w:r>
          </w:p>
        </w:tc>
        <w:tc>
          <w:tcPr>
            <w:tcW w:w="1008" w:type="dxa"/>
            <w:vAlign w:val="center"/>
          </w:tcPr>
          <w:p w14:paraId="2D70F16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17</w:t>
            </w:r>
          </w:p>
        </w:tc>
        <w:tc>
          <w:tcPr>
            <w:tcW w:w="1008" w:type="dxa"/>
            <w:vAlign w:val="center"/>
          </w:tcPr>
          <w:p w14:paraId="60E94A8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2448" w:type="dxa"/>
            <w:vAlign w:val="center"/>
          </w:tcPr>
          <w:p w14:paraId="70DC84D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−542.54157043</w:t>
            </w:r>
          </w:p>
        </w:tc>
        <w:tc>
          <w:tcPr>
            <w:tcW w:w="1728" w:type="dxa"/>
            <w:vAlign w:val="center"/>
          </w:tcPr>
          <w:p w14:paraId="56E1129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144.2</w:t>
            </w:r>
          </w:p>
        </w:tc>
      </w:tr>
      <w:tr w:rsidR="002D7411" w14:paraId="33948043" w14:textId="77777777">
        <w:trPr>
          <w:jc w:val="center"/>
        </w:trPr>
        <w:tc>
          <w:tcPr>
            <w:tcW w:w="3600" w:type="dxa"/>
            <w:vAlign w:val="center"/>
          </w:tcPr>
          <w:p w14:paraId="23EFC96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guanine_enol</w:t>
            </w:r>
          </w:p>
        </w:tc>
        <w:tc>
          <w:tcPr>
            <w:tcW w:w="1008" w:type="dxa"/>
            <w:vAlign w:val="center"/>
          </w:tcPr>
          <w:p w14:paraId="410E5B9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008" w:type="dxa"/>
            <w:vAlign w:val="center"/>
          </w:tcPr>
          <w:p w14:paraId="5EDCB4A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540A593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−542.16197940</w:t>
            </w:r>
          </w:p>
        </w:tc>
        <w:tc>
          <w:tcPr>
            <w:tcW w:w="1728" w:type="dxa"/>
            <w:vAlign w:val="center"/>
          </w:tcPr>
          <w:p w14:paraId="2C0E16F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0.0</w:t>
            </w:r>
          </w:p>
        </w:tc>
      </w:tr>
      <w:tr w:rsidR="002D7411" w14:paraId="06B0CCE0" w14:textId="77777777">
        <w:trPr>
          <w:jc w:val="center"/>
        </w:trPr>
        <w:tc>
          <w:tcPr>
            <w:tcW w:w="3600" w:type="dxa"/>
            <w:vAlign w:val="center"/>
          </w:tcPr>
          <w:p w14:paraId="6309657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h2</w:t>
            </w:r>
          </w:p>
        </w:tc>
        <w:tc>
          <w:tcPr>
            <w:tcW w:w="1008" w:type="dxa"/>
            <w:vAlign w:val="center"/>
          </w:tcPr>
          <w:p w14:paraId="7A85E82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2</w:t>
            </w:r>
          </w:p>
        </w:tc>
        <w:tc>
          <w:tcPr>
            <w:tcW w:w="1008" w:type="dxa"/>
            <w:vAlign w:val="center"/>
          </w:tcPr>
          <w:p w14:paraId="7E29332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0D9B73F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−1.17383109</w:t>
            </w:r>
          </w:p>
        </w:tc>
        <w:tc>
          <w:tcPr>
            <w:tcW w:w="1728" w:type="dxa"/>
            <w:vAlign w:val="center"/>
          </w:tcPr>
          <w:p w14:paraId="1FBBE79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4367.2</w:t>
            </w:r>
          </w:p>
        </w:tc>
      </w:tr>
      <w:tr w:rsidR="002D7411" w14:paraId="5DC52B64" w14:textId="77777777">
        <w:trPr>
          <w:jc w:val="center"/>
        </w:trPr>
        <w:tc>
          <w:tcPr>
            <w:tcW w:w="3600" w:type="dxa"/>
            <w:vAlign w:val="center"/>
          </w:tcPr>
          <w:p w14:paraId="47B05D4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hexahydropyrimidine</w:t>
            </w:r>
          </w:p>
        </w:tc>
        <w:tc>
          <w:tcPr>
            <w:tcW w:w="1008" w:type="dxa"/>
            <w:vAlign w:val="center"/>
          </w:tcPr>
          <w:p w14:paraId="53F6631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008" w:type="dxa"/>
            <w:vAlign w:val="center"/>
          </w:tcPr>
          <w:p w14:paraId="2E43AF4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75A8661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−267.73031258</w:t>
            </w:r>
          </w:p>
        </w:tc>
        <w:tc>
          <w:tcPr>
            <w:tcW w:w="1728" w:type="dxa"/>
            <w:vAlign w:val="center"/>
          </w:tcPr>
          <w:p w14:paraId="5862B4F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114.3</w:t>
            </w:r>
          </w:p>
        </w:tc>
      </w:tr>
      <w:tr w:rsidR="002D7411" w14:paraId="358531FD" w14:textId="77777777">
        <w:trPr>
          <w:jc w:val="center"/>
        </w:trPr>
        <w:tc>
          <w:tcPr>
            <w:tcW w:w="3600" w:type="dxa"/>
            <w:vAlign w:val="center"/>
          </w:tcPr>
          <w:p w14:paraId="701E75F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imidazole</w:t>
            </w:r>
          </w:p>
        </w:tc>
        <w:tc>
          <w:tcPr>
            <w:tcW w:w="1008" w:type="dxa"/>
            <w:vAlign w:val="center"/>
          </w:tcPr>
          <w:p w14:paraId="5BA162D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</w:t>
            </w:r>
          </w:p>
        </w:tc>
        <w:tc>
          <w:tcPr>
            <w:tcW w:w="1008" w:type="dxa"/>
            <w:vAlign w:val="center"/>
          </w:tcPr>
          <w:p w14:paraId="595AD78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0D0A6F8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−226.05444302</w:t>
            </w:r>
          </w:p>
        </w:tc>
        <w:tc>
          <w:tcPr>
            <w:tcW w:w="1728" w:type="dxa"/>
            <w:vAlign w:val="center"/>
          </w:tcPr>
          <w:p w14:paraId="6465EEC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561.9</w:t>
            </w:r>
          </w:p>
        </w:tc>
      </w:tr>
      <w:tr w:rsidR="002D7411" w14:paraId="38CEB86C" w14:textId="77777777">
        <w:trPr>
          <w:jc w:val="center"/>
        </w:trPr>
        <w:tc>
          <w:tcPr>
            <w:tcW w:w="3600" w:type="dxa"/>
            <w:vAlign w:val="center"/>
          </w:tcPr>
          <w:p w14:paraId="51DB828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imidazole_H+</w:t>
            </w:r>
          </w:p>
        </w:tc>
        <w:tc>
          <w:tcPr>
            <w:tcW w:w="1008" w:type="dxa"/>
            <w:vAlign w:val="center"/>
          </w:tcPr>
          <w:p w14:paraId="6D2ABFF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10</w:t>
            </w:r>
          </w:p>
        </w:tc>
        <w:tc>
          <w:tcPr>
            <w:tcW w:w="1008" w:type="dxa"/>
            <w:vAlign w:val="center"/>
          </w:tcPr>
          <w:p w14:paraId="1C145C6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2448" w:type="dxa"/>
            <w:vAlign w:val="center"/>
          </w:tcPr>
          <w:p w14:paraId="542988E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−226.43281347</w:t>
            </w:r>
          </w:p>
        </w:tc>
        <w:tc>
          <w:tcPr>
            <w:tcW w:w="1728" w:type="dxa"/>
            <w:vAlign w:val="center"/>
          </w:tcPr>
          <w:p w14:paraId="5875C33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633.4</w:t>
            </w:r>
          </w:p>
        </w:tc>
      </w:tr>
      <w:tr w:rsidR="002D7411" w14:paraId="3BA05AD2" w14:textId="77777777">
        <w:trPr>
          <w:jc w:val="center"/>
        </w:trPr>
        <w:tc>
          <w:tcPr>
            <w:tcW w:w="3600" w:type="dxa"/>
            <w:vAlign w:val="center"/>
          </w:tcPr>
          <w:p w14:paraId="6D85DDD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imidazolidine</w:t>
            </w:r>
          </w:p>
        </w:tc>
        <w:tc>
          <w:tcPr>
            <w:tcW w:w="1008" w:type="dxa"/>
            <w:vAlign w:val="center"/>
          </w:tcPr>
          <w:p w14:paraId="439CCD2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13</w:t>
            </w:r>
          </w:p>
        </w:tc>
        <w:tc>
          <w:tcPr>
            <w:tcW w:w="1008" w:type="dxa"/>
            <w:vAlign w:val="center"/>
          </w:tcPr>
          <w:p w14:paraId="7176829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6A7BE01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−228.44401876</w:t>
            </w:r>
          </w:p>
        </w:tc>
        <w:tc>
          <w:tcPr>
            <w:tcW w:w="1728" w:type="dxa"/>
            <w:vAlign w:val="center"/>
          </w:tcPr>
          <w:p w14:paraId="2D51F13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86.8</w:t>
            </w:r>
          </w:p>
        </w:tc>
      </w:tr>
      <w:tr w:rsidR="002D7411" w14:paraId="0151F7EF" w14:textId="77777777">
        <w:trPr>
          <w:jc w:val="center"/>
        </w:trPr>
        <w:tc>
          <w:tcPr>
            <w:tcW w:w="3600" w:type="dxa"/>
            <w:vAlign w:val="center"/>
          </w:tcPr>
          <w:p w14:paraId="11C903D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piperidine</w:t>
            </w:r>
          </w:p>
        </w:tc>
        <w:tc>
          <w:tcPr>
            <w:tcW w:w="1008" w:type="dxa"/>
            <w:vAlign w:val="center"/>
          </w:tcPr>
          <w:p w14:paraId="67A4B82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17</w:t>
            </w:r>
          </w:p>
        </w:tc>
        <w:tc>
          <w:tcPr>
            <w:tcW w:w="1008" w:type="dxa"/>
            <w:vAlign w:val="center"/>
          </w:tcPr>
          <w:p w14:paraId="353A803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2055D77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−251.71356839</w:t>
            </w:r>
          </w:p>
        </w:tc>
        <w:tc>
          <w:tcPr>
            <w:tcW w:w="1728" w:type="dxa"/>
            <w:vAlign w:val="center"/>
          </w:tcPr>
          <w:p w14:paraId="1836972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95.2</w:t>
            </w:r>
          </w:p>
        </w:tc>
      </w:tr>
      <w:tr w:rsidR="002D7411" w14:paraId="76AC78DF" w14:textId="77777777">
        <w:trPr>
          <w:jc w:val="center"/>
        </w:trPr>
        <w:tc>
          <w:tcPr>
            <w:tcW w:w="3600" w:type="dxa"/>
            <w:vAlign w:val="center"/>
          </w:tcPr>
          <w:p w14:paraId="40A13ED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pyridine</w:t>
            </w:r>
          </w:p>
        </w:tc>
        <w:tc>
          <w:tcPr>
            <w:tcW w:w="1008" w:type="dxa"/>
            <w:vAlign w:val="center"/>
          </w:tcPr>
          <w:p w14:paraId="04F4FF6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11</w:t>
            </w:r>
          </w:p>
        </w:tc>
        <w:tc>
          <w:tcPr>
            <w:tcW w:w="1008" w:type="dxa"/>
            <w:vAlign w:val="center"/>
          </w:tcPr>
          <w:p w14:paraId="45F7A97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492C8B1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−248.10533488</w:t>
            </w:r>
          </w:p>
        </w:tc>
        <w:tc>
          <w:tcPr>
            <w:tcW w:w="1728" w:type="dxa"/>
            <w:vAlign w:val="center"/>
          </w:tcPr>
          <w:p w14:paraId="4CE1349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386.7</w:t>
            </w:r>
          </w:p>
        </w:tc>
      </w:tr>
      <w:tr w:rsidR="002D7411" w14:paraId="2D3F8D30" w14:textId="77777777">
        <w:trPr>
          <w:jc w:val="center"/>
        </w:trPr>
        <w:tc>
          <w:tcPr>
            <w:tcW w:w="3600" w:type="dxa"/>
            <w:vAlign w:val="center"/>
          </w:tcPr>
          <w:p w14:paraId="51A5FD4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pyridine_H+</w:t>
            </w:r>
          </w:p>
        </w:tc>
        <w:tc>
          <w:tcPr>
            <w:tcW w:w="1008" w:type="dxa"/>
            <w:vAlign w:val="center"/>
          </w:tcPr>
          <w:p w14:paraId="67F310D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</w:t>
            </w:r>
          </w:p>
        </w:tc>
        <w:tc>
          <w:tcPr>
            <w:tcW w:w="1008" w:type="dxa"/>
            <w:vAlign w:val="center"/>
          </w:tcPr>
          <w:p w14:paraId="72DB00B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2448" w:type="dxa"/>
            <w:vAlign w:val="center"/>
          </w:tcPr>
          <w:p w14:paraId="56B683A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−248.47724406</w:t>
            </w:r>
          </w:p>
        </w:tc>
        <w:tc>
          <w:tcPr>
            <w:tcW w:w="1728" w:type="dxa"/>
            <w:vAlign w:val="center"/>
          </w:tcPr>
          <w:p w14:paraId="32E5998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396.2</w:t>
            </w:r>
          </w:p>
        </w:tc>
      </w:tr>
      <w:tr w:rsidR="002D7411" w14:paraId="0770C42A" w14:textId="77777777">
        <w:trPr>
          <w:jc w:val="center"/>
        </w:trPr>
        <w:tc>
          <w:tcPr>
            <w:tcW w:w="3600" w:type="dxa"/>
            <w:vAlign w:val="center"/>
          </w:tcPr>
          <w:p w14:paraId="7A18264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pyrimidine</w:t>
            </w:r>
          </w:p>
        </w:tc>
        <w:tc>
          <w:tcPr>
            <w:tcW w:w="1008" w:type="dxa"/>
            <w:vAlign w:val="center"/>
          </w:tcPr>
          <w:p w14:paraId="0B825D3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10</w:t>
            </w:r>
          </w:p>
        </w:tc>
        <w:tc>
          <w:tcPr>
            <w:tcW w:w="1008" w:type="dxa"/>
            <w:vAlign w:val="center"/>
          </w:tcPr>
          <w:p w14:paraId="233E1F5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2145B7E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−264.12862460</w:t>
            </w:r>
          </w:p>
        </w:tc>
        <w:tc>
          <w:tcPr>
            <w:tcW w:w="1728" w:type="dxa"/>
            <w:vAlign w:val="center"/>
          </w:tcPr>
          <w:p w14:paraId="0AAC1A1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354.3</w:t>
            </w:r>
          </w:p>
        </w:tc>
      </w:tr>
      <w:tr w:rsidR="002D7411" w14:paraId="16F477B5" w14:textId="77777777">
        <w:trPr>
          <w:jc w:val="center"/>
        </w:trPr>
        <w:tc>
          <w:tcPr>
            <w:tcW w:w="3600" w:type="dxa"/>
            <w:vAlign w:val="center"/>
          </w:tcPr>
          <w:p w14:paraId="0C22256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pyrimidine_H+</w:t>
            </w:r>
          </w:p>
        </w:tc>
        <w:tc>
          <w:tcPr>
            <w:tcW w:w="1008" w:type="dxa"/>
            <w:vAlign w:val="center"/>
          </w:tcPr>
          <w:p w14:paraId="15017EF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11</w:t>
            </w:r>
          </w:p>
        </w:tc>
        <w:tc>
          <w:tcPr>
            <w:tcW w:w="1008" w:type="dxa"/>
            <w:vAlign w:val="center"/>
          </w:tcPr>
          <w:p w14:paraId="75718DF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2448" w:type="dxa"/>
            <w:vAlign w:val="center"/>
          </w:tcPr>
          <w:p w14:paraId="205F552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−264.48341520</w:t>
            </w:r>
          </w:p>
        </w:tc>
        <w:tc>
          <w:tcPr>
            <w:tcW w:w="1728" w:type="dxa"/>
            <w:vAlign w:val="center"/>
          </w:tcPr>
          <w:p w14:paraId="04539E8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326.9</w:t>
            </w:r>
          </w:p>
        </w:tc>
      </w:tr>
      <w:tr w:rsidR="002D7411" w14:paraId="43AD520D" w14:textId="77777777">
        <w:trPr>
          <w:jc w:val="center"/>
        </w:trPr>
        <w:tc>
          <w:tcPr>
            <w:tcW w:w="3600" w:type="dxa"/>
            <w:vAlign w:val="center"/>
          </w:tcPr>
          <w:p w14:paraId="3BA1211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pyrrole</w:t>
            </w:r>
          </w:p>
        </w:tc>
        <w:tc>
          <w:tcPr>
            <w:tcW w:w="1008" w:type="dxa"/>
            <w:vAlign w:val="center"/>
          </w:tcPr>
          <w:p w14:paraId="2F801E8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10</w:t>
            </w:r>
          </w:p>
        </w:tc>
        <w:tc>
          <w:tcPr>
            <w:tcW w:w="1008" w:type="dxa"/>
            <w:vAlign w:val="center"/>
          </w:tcPr>
          <w:p w14:paraId="611F84A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11308DD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−210.02159795</w:t>
            </w:r>
          </w:p>
        </w:tc>
        <w:tc>
          <w:tcPr>
            <w:tcW w:w="1728" w:type="dxa"/>
            <w:vAlign w:val="center"/>
          </w:tcPr>
          <w:p w14:paraId="0EBEAAD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519.8</w:t>
            </w:r>
          </w:p>
        </w:tc>
      </w:tr>
      <w:tr w:rsidR="002D7411" w14:paraId="520D9ED4" w14:textId="77777777">
        <w:trPr>
          <w:jc w:val="center"/>
        </w:trPr>
        <w:tc>
          <w:tcPr>
            <w:tcW w:w="3600" w:type="dxa"/>
            <w:vAlign w:val="center"/>
          </w:tcPr>
          <w:p w14:paraId="6B3182E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pyrrolidine</w:t>
            </w:r>
          </w:p>
        </w:tc>
        <w:tc>
          <w:tcPr>
            <w:tcW w:w="1008" w:type="dxa"/>
            <w:vAlign w:val="center"/>
          </w:tcPr>
          <w:p w14:paraId="6578C5D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</w:t>
            </w:r>
          </w:p>
        </w:tc>
        <w:tc>
          <w:tcPr>
            <w:tcW w:w="1008" w:type="dxa"/>
            <w:vAlign w:val="center"/>
          </w:tcPr>
          <w:p w14:paraId="654BB49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245B974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−212.42857007</w:t>
            </w:r>
          </w:p>
        </w:tc>
        <w:tc>
          <w:tcPr>
            <w:tcW w:w="1728" w:type="dxa"/>
            <w:vAlign w:val="center"/>
          </w:tcPr>
          <w:p w14:paraId="68C7BF9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68.8</w:t>
            </w:r>
          </w:p>
        </w:tc>
      </w:tr>
      <w:tr w:rsidR="002D7411" w14:paraId="060CF6EF" w14:textId="77777777">
        <w:trPr>
          <w:jc w:val="center"/>
        </w:trPr>
        <w:tc>
          <w:tcPr>
            <w:tcW w:w="3600" w:type="dxa"/>
            <w:vAlign w:val="center"/>
          </w:tcPr>
          <w:p w14:paraId="6F9313D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pyrroline_1</w:t>
            </w:r>
          </w:p>
        </w:tc>
        <w:tc>
          <w:tcPr>
            <w:tcW w:w="1008" w:type="dxa"/>
            <w:vAlign w:val="center"/>
          </w:tcPr>
          <w:p w14:paraId="786CFD5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</w:t>
            </w:r>
          </w:p>
        </w:tc>
        <w:tc>
          <w:tcPr>
            <w:tcW w:w="1008" w:type="dxa"/>
            <w:vAlign w:val="center"/>
          </w:tcPr>
          <w:p w14:paraId="0840C5F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37F7148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−211.21588565</w:t>
            </w:r>
          </w:p>
        </w:tc>
        <w:tc>
          <w:tcPr>
            <w:tcW w:w="1728" w:type="dxa"/>
            <w:vAlign w:val="center"/>
          </w:tcPr>
          <w:p w14:paraId="1CDA842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120.4</w:t>
            </w:r>
          </w:p>
        </w:tc>
      </w:tr>
      <w:tr w:rsidR="002D7411" w14:paraId="20858542" w14:textId="77777777">
        <w:trPr>
          <w:jc w:val="center"/>
        </w:trPr>
        <w:tc>
          <w:tcPr>
            <w:tcW w:w="3600" w:type="dxa"/>
            <w:vAlign w:val="center"/>
          </w:tcPr>
          <w:p w14:paraId="3A69E0B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lastRenderedPageBreak/>
              <w:t>pyrroline_3</w:t>
            </w:r>
          </w:p>
        </w:tc>
        <w:tc>
          <w:tcPr>
            <w:tcW w:w="1008" w:type="dxa"/>
            <w:vAlign w:val="center"/>
          </w:tcPr>
          <w:p w14:paraId="0ADF185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</w:t>
            </w:r>
          </w:p>
        </w:tc>
        <w:tc>
          <w:tcPr>
            <w:tcW w:w="1008" w:type="dxa"/>
            <w:vAlign w:val="center"/>
          </w:tcPr>
          <w:p w14:paraId="2BB664A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0F3F3AD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−211.19710743</w:t>
            </w:r>
          </w:p>
        </w:tc>
        <w:tc>
          <w:tcPr>
            <w:tcW w:w="1728" w:type="dxa"/>
            <w:vAlign w:val="center"/>
          </w:tcPr>
          <w:p w14:paraId="07C15FD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42.6</w:t>
            </w:r>
          </w:p>
        </w:tc>
      </w:tr>
      <w:tr w:rsidR="002D7411" w14:paraId="17CC9AD3" w14:textId="77777777">
        <w:trPr>
          <w:jc w:val="center"/>
        </w:trPr>
        <w:tc>
          <w:tcPr>
            <w:tcW w:w="3600" w:type="dxa"/>
            <w:vAlign w:val="center"/>
          </w:tcPr>
          <w:p w14:paraId="3D55EE8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sf6</w:t>
            </w:r>
          </w:p>
        </w:tc>
        <w:tc>
          <w:tcPr>
            <w:tcW w:w="1008" w:type="dxa"/>
            <w:vAlign w:val="center"/>
          </w:tcPr>
          <w:p w14:paraId="24AC515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7</w:t>
            </w:r>
          </w:p>
        </w:tc>
        <w:tc>
          <w:tcPr>
            <w:tcW w:w="1008" w:type="dxa"/>
            <w:vAlign w:val="center"/>
          </w:tcPr>
          <w:p w14:paraId="01B9351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3936C64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−996.52896389</w:t>
            </w:r>
          </w:p>
        </w:tc>
        <w:tc>
          <w:tcPr>
            <w:tcW w:w="1728" w:type="dxa"/>
            <w:vAlign w:val="center"/>
          </w:tcPr>
          <w:p w14:paraId="0561E64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336.3</w:t>
            </w:r>
          </w:p>
        </w:tc>
      </w:tr>
      <w:tr w:rsidR="002D7411" w14:paraId="3344323C" w14:textId="77777777">
        <w:trPr>
          <w:jc w:val="center"/>
        </w:trPr>
        <w:tc>
          <w:tcPr>
            <w:tcW w:w="3600" w:type="dxa"/>
            <w:vAlign w:val="center"/>
          </w:tcPr>
          <w:p w14:paraId="1F5C406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tetrahydropyridine_imine</w:t>
            </w:r>
          </w:p>
        </w:tc>
        <w:tc>
          <w:tcPr>
            <w:tcW w:w="1008" w:type="dxa"/>
            <w:vAlign w:val="center"/>
          </w:tcPr>
          <w:p w14:paraId="311EBE2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</w:t>
            </w:r>
          </w:p>
        </w:tc>
        <w:tc>
          <w:tcPr>
            <w:tcW w:w="1008" w:type="dxa"/>
            <w:vAlign w:val="center"/>
          </w:tcPr>
          <w:p w14:paraId="0370B94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167FAE1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−250.50458088</w:t>
            </w:r>
          </w:p>
        </w:tc>
        <w:tc>
          <w:tcPr>
            <w:tcW w:w="1728" w:type="dxa"/>
            <w:vAlign w:val="center"/>
          </w:tcPr>
          <w:p w14:paraId="3B47243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152.3</w:t>
            </w:r>
          </w:p>
        </w:tc>
      </w:tr>
      <w:tr w:rsidR="002D7411" w14:paraId="7E48AD41" w14:textId="77777777">
        <w:trPr>
          <w:jc w:val="center"/>
        </w:trPr>
        <w:tc>
          <w:tcPr>
            <w:tcW w:w="3600" w:type="dxa"/>
            <w:vAlign w:val="center"/>
          </w:tcPr>
          <w:p w14:paraId="5A47F7B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thf</w:t>
            </w:r>
          </w:p>
        </w:tc>
        <w:tc>
          <w:tcPr>
            <w:tcW w:w="1008" w:type="dxa"/>
            <w:vAlign w:val="center"/>
          </w:tcPr>
          <w:p w14:paraId="15F82CF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13</w:t>
            </w:r>
          </w:p>
        </w:tc>
        <w:tc>
          <w:tcPr>
            <w:tcW w:w="1008" w:type="dxa"/>
            <w:vAlign w:val="center"/>
          </w:tcPr>
          <w:p w14:paraId="6CE1934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24DC4105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−232.27872744</w:t>
            </w:r>
          </w:p>
        </w:tc>
        <w:tc>
          <w:tcPr>
            <w:tcW w:w="1728" w:type="dxa"/>
            <w:vAlign w:val="center"/>
          </w:tcPr>
          <w:p w14:paraId="30B72D1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73.1</w:t>
            </w:r>
          </w:p>
        </w:tc>
      </w:tr>
      <w:tr w:rsidR="002D7411" w14:paraId="1D9FE267" w14:textId="77777777">
        <w:trPr>
          <w:jc w:val="center"/>
        </w:trPr>
        <w:tc>
          <w:tcPr>
            <w:tcW w:w="3600" w:type="dxa"/>
            <w:vAlign w:val="center"/>
          </w:tcPr>
          <w:p w14:paraId="452B8CC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thymine</w:t>
            </w:r>
          </w:p>
        </w:tc>
        <w:tc>
          <w:tcPr>
            <w:tcW w:w="1008" w:type="dxa"/>
            <w:vAlign w:val="center"/>
          </w:tcPr>
          <w:p w14:paraId="32C4730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</w:t>
            </w:r>
          </w:p>
        </w:tc>
        <w:tc>
          <w:tcPr>
            <w:tcW w:w="1008" w:type="dxa"/>
            <w:vAlign w:val="center"/>
          </w:tcPr>
          <w:p w14:paraId="357CB67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0C71E46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−453.81332618</w:t>
            </w:r>
          </w:p>
        </w:tc>
        <w:tc>
          <w:tcPr>
            <w:tcW w:w="1728" w:type="dxa"/>
            <w:vAlign w:val="center"/>
          </w:tcPr>
          <w:p w14:paraId="08541B1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113.4</w:t>
            </w:r>
          </w:p>
        </w:tc>
      </w:tr>
      <w:tr w:rsidR="002D7411" w14:paraId="301A3AEC" w14:textId="77777777">
        <w:trPr>
          <w:jc w:val="center"/>
        </w:trPr>
        <w:tc>
          <w:tcPr>
            <w:tcW w:w="3600" w:type="dxa"/>
            <w:vAlign w:val="center"/>
          </w:tcPr>
          <w:p w14:paraId="19BD40D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thymine_H+_O2</w:t>
            </w:r>
          </w:p>
        </w:tc>
        <w:tc>
          <w:tcPr>
            <w:tcW w:w="1008" w:type="dxa"/>
            <w:vAlign w:val="center"/>
          </w:tcPr>
          <w:p w14:paraId="0C6E480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008" w:type="dxa"/>
            <w:vAlign w:val="center"/>
          </w:tcPr>
          <w:p w14:paraId="7DCD59E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2448" w:type="dxa"/>
            <w:vAlign w:val="center"/>
          </w:tcPr>
          <w:p w14:paraId="49FDEED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−454.14551920</w:t>
            </w:r>
          </w:p>
        </w:tc>
        <w:tc>
          <w:tcPr>
            <w:tcW w:w="1728" w:type="dxa"/>
            <w:vAlign w:val="center"/>
          </w:tcPr>
          <w:p w14:paraId="2DBFBF4A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115.6</w:t>
            </w:r>
          </w:p>
        </w:tc>
      </w:tr>
      <w:tr w:rsidR="002D7411" w14:paraId="09B41231" w14:textId="77777777">
        <w:trPr>
          <w:jc w:val="center"/>
        </w:trPr>
        <w:tc>
          <w:tcPr>
            <w:tcW w:w="3600" w:type="dxa"/>
            <w:vAlign w:val="center"/>
          </w:tcPr>
          <w:p w14:paraId="79533CA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thymine_H+_O4</w:t>
            </w:r>
          </w:p>
        </w:tc>
        <w:tc>
          <w:tcPr>
            <w:tcW w:w="1008" w:type="dxa"/>
            <w:vAlign w:val="center"/>
          </w:tcPr>
          <w:p w14:paraId="094BF45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</w:t>
            </w:r>
          </w:p>
        </w:tc>
        <w:tc>
          <w:tcPr>
            <w:tcW w:w="1008" w:type="dxa"/>
            <w:vAlign w:val="center"/>
          </w:tcPr>
          <w:p w14:paraId="41E8B31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2448" w:type="dxa"/>
            <w:vAlign w:val="center"/>
          </w:tcPr>
          <w:p w14:paraId="172BA09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−454.15541575</w:t>
            </w:r>
          </w:p>
        </w:tc>
        <w:tc>
          <w:tcPr>
            <w:tcW w:w="1728" w:type="dxa"/>
            <w:vAlign w:val="center"/>
          </w:tcPr>
          <w:p w14:paraId="7FBCD13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115.4</w:t>
            </w:r>
          </w:p>
        </w:tc>
      </w:tr>
      <w:tr w:rsidR="002D7411" w14:paraId="57B98C07" w14:textId="77777777">
        <w:trPr>
          <w:jc w:val="center"/>
        </w:trPr>
        <w:tc>
          <w:tcPr>
            <w:tcW w:w="3600" w:type="dxa"/>
            <w:vAlign w:val="center"/>
          </w:tcPr>
          <w:p w14:paraId="5C2A8D08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thymine_O4enol</w:t>
            </w:r>
          </w:p>
        </w:tc>
        <w:tc>
          <w:tcPr>
            <w:tcW w:w="1008" w:type="dxa"/>
            <w:vAlign w:val="center"/>
          </w:tcPr>
          <w:p w14:paraId="677164B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</w:t>
            </w:r>
          </w:p>
        </w:tc>
        <w:tc>
          <w:tcPr>
            <w:tcW w:w="1008" w:type="dxa"/>
            <w:vAlign w:val="center"/>
          </w:tcPr>
          <w:p w14:paraId="0430ACA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5A5C27AE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−453.77749829</w:t>
            </w:r>
          </w:p>
        </w:tc>
        <w:tc>
          <w:tcPr>
            <w:tcW w:w="1728" w:type="dxa"/>
            <w:vAlign w:val="center"/>
          </w:tcPr>
          <w:p w14:paraId="1C6B341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90.1</w:t>
            </w:r>
          </w:p>
        </w:tc>
      </w:tr>
      <w:tr w:rsidR="002D7411" w14:paraId="7F8BCAB6" w14:textId="77777777">
        <w:trPr>
          <w:jc w:val="center"/>
        </w:trPr>
        <w:tc>
          <w:tcPr>
            <w:tcW w:w="3600" w:type="dxa"/>
            <w:vAlign w:val="center"/>
          </w:tcPr>
          <w:p w14:paraId="043DBB3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uracil</w:t>
            </w:r>
          </w:p>
        </w:tc>
        <w:tc>
          <w:tcPr>
            <w:tcW w:w="1008" w:type="dxa"/>
            <w:vAlign w:val="center"/>
          </w:tcPr>
          <w:p w14:paraId="4F4307B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</w:t>
            </w:r>
          </w:p>
        </w:tc>
        <w:tc>
          <w:tcPr>
            <w:tcW w:w="1008" w:type="dxa"/>
            <w:vAlign w:val="center"/>
          </w:tcPr>
          <w:p w14:paraId="598AD05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3D66840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−414.52161910</w:t>
            </w:r>
          </w:p>
        </w:tc>
        <w:tc>
          <w:tcPr>
            <w:tcW w:w="1728" w:type="dxa"/>
            <w:vAlign w:val="center"/>
          </w:tcPr>
          <w:p w14:paraId="20E4AB49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155.5</w:t>
            </w:r>
          </w:p>
        </w:tc>
      </w:tr>
      <w:tr w:rsidR="002D7411" w14:paraId="3D5D6A6D" w14:textId="77777777">
        <w:trPr>
          <w:jc w:val="center"/>
        </w:trPr>
        <w:tc>
          <w:tcPr>
            <w:tcW w:w="3600" w:type="dxa"/>
            <w:vAlign w:val="center"/>
          </w:tcPr>
          <w:p w14:paraId="30EC94FD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uracil_H+_O2</w:t>
            </w:r>
          </w:p>
        </w:tc>
        <w:tc>
          <w:tcPr>
            <w:tcW w:w="1008" w:type="dxa"/>
            <w:vAlign w:val="center"/>
          </w:tcPr>
          <w:p w14:paraId="7F1C84E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13</w:t>
            </w:r>
          </w:p>
        </w:tc>
        <w:tc>
          <w:tcPr>
            <w:tcW w:w="1008" w:type="dxa"/>
            <w:vAlign w:val="center"/>
          </w:tcPr>
          <w:p w14:paraId="0423675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2448" w:type="dxa"/>
            <w:vAlign w:val="center"/>
          </w:tcPr>
          <w:p w14:paraId="5D402AC7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−414.85021814</w:t>
            </w:r>
          </w:p>
        </w:tc>
        <w:tc>
          <w:tcPr>
            <w:tcW w:w="1728" w:type="dxa"/>
            <w:vAlign w:val="center"/>
          </w:tcPr>
          <w:p w14:paraId="01B5FAA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145.6</w:t>
            </w:r>
          </w:p>
        </w:tc>
      </w:tr>
      <w:tr w:rsidR="002D7411" w14:paraId="0F7548A3" w14:textId="77777777">
        <w:trPr>
          <w:jc w:val="center"/>
        </w:trPr>
        <w:tc>
          <w:tcPr>
            <w:tcW w:w="3600" w:type="dxa"/>
            <w:vAlign w:val="center"/>
          </w:tcPr>
          <w:p w14:paraId="43C8B350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uracil_H+_O4</w:t>
            </w:r>
          </w:p>
        </w:tc>
        <w:tc>
          <w:tcPr>
            <w:tcW w:w="1008" w:type="dxa"/>
            <w:vAlign w:val="center"/>
          </w:tcPr>
          <w:p w14:paraId="0593DB2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13</w:t>
            </w:r>
          </w:p>
        </w:tc>
        <w:tc>
          <w:tcPr>
            <w:tcW w:w="1008" w:type="dxa"/>
            <w:vAlign w:val="center"/>
          </w:tcPr>
          <w:p w14:paraId="144A5D6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</w:t>
            </w:r>
          </w:p>
        </w:tc>
        <w:tc>
          <w:tcPr>
            <w:tcW w:w="2448" w:type="dxa"/>
            <w:vAlign w:val="center"/>
          </w:tcPr>
          <w:p w14:paraId="03ED044B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−414.86149911</w:t>
            </w:r>
          </w:p>
        </w:tc>
        <w:tc>
          <w:tcPr>
            <w:tcW w:w="1728" w:type="dxa"/>
            <w:vAlign w:val="center"/>
          </w:tcPr>
          <w:p w14:paraId="36CA719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163.8</w:t>
            </w:r>
          </w:p>
        </w:tc>
      </w:tr>
      <w:tr w:rsidR="002D7411" w14:paraId="27EE203F" w14:textId="77777777">
        <w:trPr>
          <w:jc w:val="center"/>
        </w:trPr>
        <w:tc>
          <w:tcPr>
            <w:tcW w:w="3600" w:type="dxa"/>
            <w:vAlign w:val="center"/>
          </w:tcPr>
          <w:p w14:paraId="21705C5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uracil_O2enol</w:t>
            </w:r>
          </w:p>
        </w:tc>
        <w:tc>
          <w:tcPr>
            <w:tcW w:w="1008" w:type="dxa"/>
            <w:vAlign w:val="center"/>
          </w:tcPr>
          <w:p w14:paraId="6E929E1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</w:t>
            </w:r>
          </w:p>
        </w:tc>
        <w:tc>
          <w:tcPr>
            <w:tcW w:w="1008" w:type="dxa"/>
            <w:vAlign w:val="center"/>
          </w:tcPr>
          <w:p w14:paraId="09C7AC34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4C260442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−414.50151835</w:t>
            </w:r>
          </w:p>
        </w:tc>
        <w:tc>
          <w:tcPr>
            <w:tcW w:w="1728" w:type="dxa"/>
            <w:vAlign w:val="center"/>
          </w:tcPr>
          <w:p w14:paraId="697E28B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169.1</w:t>
            </w:r>
          </w:p>
        </w:tc>
      </w:tr>
      <w:tr w:rsidR="002D7411" w14:paraId="5D0D570E" w14:textId="77777777">
        <w:trPr>
          <w:jc w:val="center"/>
        </w:trPr>
        <w:tc>
          <w:tcPr>
            <w:tcW w:w="3600" w:type="dxa"/>
            <w:vAlign w:val="center"/>
          </w:tcPr>
          <w:p w14:paraId="7557EA33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uracil_O4enol</w:t>
            </w:r>
          </w:p>
        </w:tc>
        <w:tc>
          <w:tcPr>
            <w:tcW w:w="1008" w:type="dxa"/>
            <w:vAlign w:val="center"/>
          </w:tcPr>
          <w:p w14:paraId="48C09426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12</w:t>
            </w:r>
          </w:p>
        </w:tc>
        <w:tc>
          <w:tcPr>
            <w:tcW w:w="1008" w:type="dxa"/>
            <w:vAlign w:val="center"/>
          </w:tcPr>
          <w:p w14:paraId="1F0045C1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0</w:t>
            </w:r>
          </w:p>
        </w:tc>
        <w:tc>
          <w:tcPr>
            <w:tcW w:w="2448" w:type="dxa"/>
            <w:vAlign w:val="center"/>
          </w:tcPr>
          <w:p w14:paraId="6880CFAF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−414.50014987</w:t>
            </w:r>
          </w:p>
        </w:tc>
        <w:tc>
          <w:tcPr>
            <w:tcW w:w="1728" w:type="dxa"/>
            <w:vAlign w:val="center"/>
          </w:tcPr>
          <w:p w14:paraId="30AC4CDC" w14:textId="77777777" w:rsidR="002D7411" w:rsidRDefault="00000000">
            <w:pPr>
              <w:spacing w:after="0" w:line="240" w:lineRule="auto"/>
            </w:pPr>
            <w:r>
              <w:rPr>
                <w:sz w:val="14"/>
              </w:rPr>
              <w:t>145.7</w:t>
            </w:r>
          </w:p>
        </w:tc>
      </w:tr>
    </w:tbl>
    <w:p w14:paraId="63D1AAB2" w14:textId="77777777" w:rsidR="002D7411" w:rsidRDefault="002D7411">
      <w:pPr>
        <w:sectPr w:rsidR="002D7411">
          <w:pgSz w:w="15840" w:h="12240" w:orient="landscape"/>
          <w:pgMar w:top="792" w:right="720" w:bottom="792" w:left="720" w:header="720" w:footer="720" w:gutter="0"/>
          <w:cols w:space="720"/>
          <w:docGrid w:linePitch="360"/>
        </w:sectPr>
      </w:pPr>
    </w:p>
    <w:p w14:paraId="56572B61" w14:textId="5960D760" w:rsidR="002D7411" w:rsidRDefault="002D7411"/>
    <w:sectPr w:rsidR="002D7411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EAB3C1" w14:textId="77777777" w:rsidR="002917BA" w:rsidRDefault="002917BA">
      <w:pPr>
        <w:spacing w:after="0" w:line="240" w:lineRule="auto"/>
      </w:pPr>
      <w:r>
        <w:separator/>
      </w:r>
    </w:p>
  </w:endnote>
  <w:endnote w:type="continuationSeparator" w:id="0">
    <w:p w14:paraId="1EE6A8D9" w14:textId="77777777" w:rsidR="002917BA" w:rsidRDefault="00291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7E28F2" w14:textId="44E1AB9D" w:rsidR="002D7411" w:rsidRDefault="00A60BE8">
    <w:pPr>
      <w:pStyle w:val="Footer"/>
      <w:jc w:val="center"/>
    </w:pPr>
    <w:proofErr w:type="gramStart"/>
    <w:r>
      <w:rPr>
        <w:sz w:val="16"/>
      </w:rPr>
      <w:t>Dr.Shrish</w:t>
    </w:r>
    <w:proofErr w:type="gramEnd"/>
    <w:r>
      <w:rPr>
        <w:sz w:val="16"/>
      </w:rPr>
      <w:t xml:space="preserve"> Chandra Srivastava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BBE70D" w14:textId="77777777" w:rsidR="002917BA" w:rsidRDefault="002917BA">
      <w:pPr>
        <w:spacing w:after="0" w:line="240" w:lineRule="auto"/>
      </w:pPr>
      <w:r>
        <w:separator/>
      </w:r>
    </w:p>
  </w:footnote>
  <w:footnote w:type="continuationSeparator" w:id="0">
    <w:p w14:paraId="0CFE2D9C" w14:textId="77777777" w:rsidR="002917BA" w:rsidRDefault="002917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255EDB" w14:textId="77777777" w:rsidR="002D7411" w:rsidRDefault="00000000">
    <w:pPr>
      <w:pStyle w:val="Header"/>
      <w:jc w:val="center"/>
    </w:pPr>
    <w:r>
      <w:rPr>
        <w:sz w:val="16"/>
      </w:rPr>
      <w:t>SUPPLEMENTARY DATA • PYRIMIDINE PROTON HANDLING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9843679">
    <w:abstractNumId w:val="8"/>
  </w:num>
  <w:num w:numId="2" w16cid:durableId="1190752643">
    <w:abstractNumId w:val="6"/>
  </w:num>
  <w:num w:numId="3" w16cid:durableId="1477721703">
    <w:abstractNumId w:val="5"/>
  </w:num>
  <w:num w:numId="4" w16cid:durableId="1245651098">
    <w:abstractNumId w:val="4"/>
  </w:num>
  <w:num w:numId="5" w16cid:durableId="893348019">
    <w:abstractNumId w:val="7"/>
  </w:num>
  <w:num w:numId="6" w16cid:durableId="1191331883">
    <w:abstractNumId w:val="3"/>
  </w:num>
  <w:num w:numId="7" w16cid:durableId="1318460486">
    <w:abstractNumId w:val="2"/>
  </w:num>
  <w:num w:numId="8" w16cid:durableId="2082946477">
    <w:abstractNumId w:val="1"/>
  </w:num>
  <w:num w:numId="9" w16cid:durableId="5220163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17BA"/>
    <w:rsid w:val="0029639D"/>
    <w:rsid w:val="002D7411"/>
    <w:rsid w:val="00326F90"/>
    <w:rsid w:val="00A60BE8"/>
    <w:rsid w:val="00AA1D8D"/>
    <w:rsid w:val="00B47730"/>
    <w:rsid w:val="00CB0664"/>
    <w:rsid w:val="00E317E6"/>
    <w:rsid w:val="00EF6D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3D025D"/>
  <w14:defaultImageDpi w14:val="300"/>
  <w15:docId w15:val="{71D4AD62-6D1E-404D-A24F-1030CF27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1496</Words>
  <Characters>9680</Characters>
  <Application>Microsoft Office Word</Application>
  <DocSecurity>0</DocSecurity>
  <Lines>1210</Lines>
  <Paragraphs>1241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Dr.Shrish C. Srivastava</cp:lastModifiedBy>
  <cp:revision>2</cp:revision>
  <dcterms:created xsi:type="dcterms:W3CDTF">2026-09-15T09:35:00Z</dcterms:created>
  <dcterms:modified xsi:type="dcterms:W3CDTF">2026-09-15T09:35:00Z</dcterms:modified>
  <cp:category/>
</cp:coreProperties>
</file>