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1EFE1" w14:textId="77777777" w:rsidR="002D5361" w:rsidRDefault="00000000">
      <w:pPr>
        <w:pStyle w:val="Title"/>
        <w:jc w:val="center"/>
      </w:pPr>
      <w:r>
        <w:t>Supplementary Information</w:t>
      </w:r>
    </w:p>
    <w:p w14:paraId="2C6C6541" w14:textId="77777777" w:rsidR="002D5361" w:rsidRDefault="00000000">
      <w:pPr>
        <w:jc w:val="center"/>
        <w:rPr>
          <w:b/>
          <w:bCs/>
          <w:sz w:val="24"/>
          <w:szCs w:val="28"/>
        </w:rPr>
      </w:pPr>
      <w:r>
        <w:rPr>
          <w:b/>
          <w:bCs/>
          <w:sz w:val="24"/>
          <w:szCs w:val="28"/>
        </w:rPr>
        <w:t>Longitudinal Topic Mapping of a National-Language Research Field: Korean Balanced Regional Development Studies in the Korea Citation Index, 2004–2025</w:t>
      </w:r>
    </w:p>
    <w:p w14:paraId="55753246" w14:textId="77777777" w:rsidR="002D5361" w:rsidRDefault="00000000">
      <w:r>
        <w:t xml:space="preserve">This Supplementary Information corresponds to the 15-front </w:t>
      </w:r>
      <w:proofErr w:type="spellStart"/>
      <w:r>
        <w:t>BERTopic</w:t>
      </w:r>
      <w:proofErr w:type="spellEnd"/>
      <w:r>
        <w:t xml:space="preserve"> specification used in the main analysis. Machine-readable versions of the tables and stable record-ID assignments are included in the reproducibility materials.</w:t>
      </w:r>
    </w:p>
    <w:p w14:paraId="0C168219" w14:textId="77777777" w:rsidR="002D5361" w:rsidRDefault="00000000">
      <w:pPr>
        <w:pStyle w:val="Heading1"/>
      </w:pPr>
      <w:r>
        <w:rPr>
          <w:rFonts w:ascii="Times New Roman" w:hAnsi="Times New Roman"/>
        </w:rPr>
        <w:t>S1. KCI retrieval terms, filters, and provenance</w:t>
      </w:r>
    </w:p>
    <w:p w14:paraId="5689A451" w14:textId="77777777" w:rsidR="002D5361" w:rsidRDefault="00000000">
      <w:pPr>
        <w:ind w:firstLine="283"/>
      </w:pPr>
      <w:r>
        <w:t>Every analytical record stores the row-level KCI export date of 14 February 2026. Publications dated 2025 are records indexed by that date and may remain subject to late indexing. The original account-level KCI query history was not retained; the archived 16-term query is a reconstruction from retained project evidence.</w:t>
      </w:r>
    </w:p>
    <w:p w14:paraId="797189D8" w14:textId="77777777" w:rsidR="002D5361" w:rsidRDefault="00000000">
      <w:pPr>
        <w:pStyle w:val="TableCaption"/>
      </w:pPr>
      <w:r>
        <w:t>Table S1. Sixteen reconstructed KCI keyword terms and interface filters</w:t>
      </w:r>
    </w:p>
    <w:tbl>
      <w:tblPr>
        <w:tblStyle w:val="TableGrid"/>
        <w:tblW w:w="0" w:type="auto"/>
        <w:jc w:val="center"/>
        <w:tblLook w:val="04A0" w:firstRow="1" w:lastRow="0" w:firstColumn="1" w:lastColumn="0" w:noHBand="0" w:noVBand="1"/>
      </w:tblPr>
      <w:tblGrid>
        <w:gridCol w:w="850"/>
        <w:gridCol w:w="2268"/>
        <w:gridCol w:w="3544"/>
        <w:gridCol w:w="3082"/>
      </w:tblGrid>
      <w:tr w:rsidR="002D5361" w14:paraId="3625D16C" w14:textId="77777777">
        <w:trPr>
          <w:cantSplit/>
          <w:trHeight w:hRule="exact" w:val="283"/>
          <w:tblHeader/>
          <w:jc w:val="center"/>
        </w:trPr>
        <w:tc>
          <w:tcPr>
            <w:tcW w:w="850" w:type="dxa"/>
            <w:shd w:val="clear" w:color="auto" w:fill="D9EAF7"/>
            <w:tcMar>
              <w:top w:w="55" w:type="dxa"/>
              <w:left w:w="70" w:type="dxa"/>
              <w:bottom w:w="55" w:type="dxa"/>
              <w:right w:w="70" w:type="dxa"/>
            </w:tcMar>
            <w:vAlign w:val="center"/>
          </w:tcPr>
          <w:p w14:paraId="13C21C2E" w14:textId="77777777" w:rsidR="002D5361" w:rsidRDefault="00000000">
            <w:r>
              <w:rPr>
                <w:b/>
                <w:sz w:val="16"/>
              </w:rPr>
              <w:t>No.</w:t>
            </w:r>
          </w:p>
        </w:tc>
        <w:tc>
          <w:tcPr>
            <w:tcW w:w="2268" w:type="dxa"/>
            <w:shd w:val="clear" w:color="auto" w:fill="D9EAF7"/>
            <w:tcMar>
              <w:top w:w="55" w:type="dxa"/>
              <w:left w:w="70" w:type="dxa"/>
              <w:bottom w:w="55" w:type="dxa"/>
              <w:right w:w="70" w:type="dxa"/>
            </w:tcMar>
            <w:vAlign w:val="center"/>
          </w:tcPr>
          <w:p w14:paraId="18BFDC2B" w14:textId="77777777" w:rsidR="002D5361" w:rsidRDefault="00000000">
            <w:r>
              <w:rPr>
                <w:b/>
                <w:sz w:val="16"/>
              </w:rPr>
              <w:t>Korean term</w:t>
            </w:r>
          </w:p>
        </w:tc>
        <w:tc>
          <w:tcPr>
            <w:tcW w:w="3544" w:type="dxa"/>
            <w:shd w:val="clear" w:color="auto" w:fill="D9EAF7"/>
            <w:tcMar>
              <w:top w:w="55" w:type="dxa"/>
              <w:left w:w="70" w:type="dxa"/>
              <w:bottom w:w="55" w:type="dxa"/>
              <w:right w:w="70" w:type="dxa"/>
            </w:tcMar>
            <w:vAlign w:val="center"/>
          </w:tcPr>
          <w:p w14:paraId="136E0DBA" w14:textId="77777777" w:rsidR="002D5361" w:rsidRDefault="00000000">
            <w:r>
              <w:rPr>
                <w:b/>
                <w:sz w:val="16"/>
              </w:rPr>
              <w:t>English gloss</w:t>
            </w:r>
          </w:p>
        </w:tc>
        <w:tc>
          <w:tcPr>
            <w:tcW w:w="3082" w:type="dxa"/>
            <w:shd w:val="clear" w:color="auto" w:fill="D9EAF7"/>
            <w:tcMar>
              <w:top w:w="55" w:type="dxa"/>
              <w:left w:w="70" w:type="dxa"/>
              <w:bottom w:w="55" w:type="dxa"/>
              <w:right w:w="70" w:type="dxa"/>
            </w:tcMar>
            <w:vAlign w:val="center"/>
          </w:tcPr>
          <w:p w14:paraId="00116394" w14:textId="77777777" w:rsidR="002D5361" w:rsidRDefault="00000000">
            <w:r>
              <w:rPr>
                <w:b/>
                <w:sz w:val="16"/>
              </w:rPr>
              <w:t>Field / operator</w:t>
            </w:r>
          </w:p>
        </w:tc>
      </w:tr>
      <w:tr w:rsidR="002D5361" w14:paraId="1D3DEAF9" w14:textId="77777777">
        <w:trPr>
          <w:cantSplit/>
          <w:trHeight w:hRule="exact" w:val="283"/>
          <w:jc w:val="center"/>
        </w:trPr>
        <w:tc>
          <w:tcPr>
            <w:tcW w:w="850" w:type="dxa"/>
            <w:tcMar>
              <w:top w:w="55" w:type="dxa"/>
              <w:left w:w="70" w:type="dxa"/>
              <w:bottom w:w="55" w:type="dxa"/>
              <w:right w:w="70" w:type="dxa"/>
            </w:tcMar>
            <w:vAlign w:val="center"/>
          </w:tcPr>
          <w:p w14:paraId="63DFFFF7" w14:textId="77777777" w:rsidR="002D5361" w:rsidRDefault="00000000">
            <w:r>
              <w:rPr>
                <w:sz w:val="16"/>
              </w:rPr>
              <w:t>1</w:t>
            </w:r>
          </w:p>
        </w:tc>
        <w:tc>
          <w:tcPr>
            <w:tcW w:w="2268" w:type="dxa"/>
            <w:tcMar>
              <w:top w:w="55" w:type="dxa"/>
              <w:left w:w="70" w:type="dxa"/>
              <w:bottom w:w="55" w:type="dxa"/>
              <w:right w:w="70" w:type="dxa"/>
            </w:tcMar>
            <w:vAlign w:val="center"/>
          </w:tcPr>
          <w:p w14:paraId="236B8524" w14:textId="77777777" w:rsidR="002D5361" w:rsidRDefault="00000000">
            <w:proofErr w:type="spellStart"/>
            <w:r>
              <w:rPr>
                <w:sz w:val="16"/>
              </w:rPr>
              <w:t>지역균형발전</w:t>
            </w:r>
            <w:proofErr w:type="spellEnd"/>
          </w:p>
        </w:tc>
        <w:tc>
          <w:tcPr>
            <w:tcW w:w="3544" w:type="dxa"/>
            <w:tcMar>
              <w:top w:w="55" w:type="dxa"/>
              <w:left w:w="70" w:type="dxa"/>
              <w:bottom w:w="55" w:type="dxa"/>
              <w:right w:w="70" w:type="dxa"/>
            </w:tcMar>
            <w:vAlign w:val="center"/>
          </w:tcPr>
          <w:p w14:paraId="6EDF8AD2" w14:textId="77777777" w:rsidR="002D5361" w:rsidRDefault="00000000">
            <w:r>
              <w:rPr>
                <w:sz w:val="16"/>
              </w:rPr>
              <w:t>regional balanced development</w:t>
            </w:r>
          </w:p>
        </w:tc>
        <w:tc>
          <w:tcPr>
            <w:tcW w:w="3082" w:type="dxa"/>
            <w:tcMar>
              <w:top w:w="55" w:type="dxa"/>
              <w:left w:w="70" w:type="dxa"/>
              <w:bottom w:w="55" w:type="dxa"/>
              <w:right w:w="70" w:type="dxa"/>
            </w:tcMar>
            <w:vAlign w:val="center"/>
          </w:tcPr>
          <w:p w14:paraId="10DD84D7" w14:textId="77777777" w:rsidR="002D5361" w:rsidRDefault="00000000">
            <w:r>
              <w:rPr>
                <w:sz w:val="16"/>
              </w:rPr>
              <w:t>KW (author keyword) / OR</w:t>
            </w:r>
          </w:p>
        </w:tc>
      </w:tr>
      <w:tr w:rsidR="002D5361" w14:paraId="1719819E"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6B6C1524" w14:textId="77777777" w:rsidR="002D5361" w:rsidRDefault="00000000">
            <w:r>
              <w:rPr>
                <w:sz w:val="16"/>
              </w:rPr>
              <w:t>2</w:t>
            </w:r>
          </w:p>
        </w:tc>
        <w:tc>
          <w:tcPr>
            <w:tcW w:w="2268" w:type="dxa"/>
            <w:shd w:val="clear" w:color="auto" w:fill="F7F9FB"/>
            <w:tcMar>
              <w:top w:w="55" w:type="dxa"/>
              <w:left w:w="70" w:type="dxa"/>
              <w:bottom w:w="55" w:type="dxa"/>
              <w:right w:w="70" w:type="dxa"/>
            </w:tcMar>
            <w:vAlign w:val="center"/>
          </w:tcPr>
          <w:p w14:paraId="2C73F93F" w14:textId="77777777" w:rsidR="002D5361" w:rsidRDefault="00000000">
            <w:proofErr w:type="spellStart"/>
            <w:r>
              <w:rPr>
                <w:sz w:val="16"/>
              </w:rPr>
              <w:t>국가균형발전</w:t>
            </w:r>
            <w:proofErr w:type="spellEnd"/>
          </w:p>
        </w:tc>
        <w:tc>
          <w:tcPr>
            <w:tcW w:w="3544" w:type="dxa"/>
            <w:shd w:val="clear" w:color="auto" w:fill="F7F9FB"/>
            <w:tcMar>
              <w:top w:w="55" w:type="dxa"/>
              <w:left w:w="70" w:type="dxa"/>
              <w:bottom w:w="55" w:type="dxa"/>
              <w:right w:w="70" w:type="dxa"/>
            </w:tcMar>
            <w:vAlign w:val="center"/>
          </w:tcPr>
          <w:p w14:paraId="782DA067" w14:textId="77777777" w:rsidR="002D5361" w:rsidRDefault="00000000">
            <w:r>
              <w:rPr>
                <w:sz w:val="16"/>
              </w:rPr>
              <w:t>national balanced development</w:t>
            </w:r>
          </w:p>
        </w:tc>
        <w:tc>
          <w:tcPr>
            <w:tcW w:w="3082" w:type="dxa"/>
            <w:shd w:val="clear" w:color="auto" w:fill="F7F9FB"/>
            <w:tcMar>
              <w:top w:w="55" w:type="dxa"/>
              <w:left w:w="70" w:type="dxa"/>
              <w:bottom w:w="55" w:type="dxa"/>
              <w:right w:w="70" w:type="dxa"/>
            </w:tcMar>
            <w:vAlign w:val="center"/>
          </w:tcPr>
          <w:p w14:paraId="096F8A4E" w14:textId="77777777" w:rsidR="002D5361" w:rsidRDefault="00000000">
            <w:r>
              <w:rPr>
                <w:sz w:val="16"/>
              </w:rPr>
              <w:t>KW (author keyword) / OR</w:t>
            </w:r>
          </w:p>
        </w:tc>
      </w:tr>
      <w:tr w:rsidR="002D5361" w14:paraId="6B42F3CE" w14:textId="77777777">
        <w:trPr>
          <w:cantSplit/>
          <w:trHeight w:hRule="exact" w:val="283"/>
          <w:jc w:val="center"/>
        </w:trPr>
        <w:tc>
          <w:tcPr>
            <w:tcW w:w="850" w:type="dxa"/>
            <w:tcMar>
              <w:top w:w="55" w:type="dxa"/>
              <w:left w:w="70" w:type="dxa"/>
              <w:bottom w:w="55" w:type="dxa"/>
              <w:right w:w="70" w:type="dxa"/>
            </w:tcMar>
            <w:vAlign w:val="center"/>
          </w:tcPr>
          <w:p w14:paraId="488E557A" w14:textId="77777777" w:rsidR="002D5361" w:rsidRDefault="00000000">
            <w:r>
              <w:rPr>
                <w:sz w:val="16"/>
              </w:rPr>
              <w:t>3</w:t>
            </w:r>
          </w:p>
        </w:tc>
        <w:tc>
          <w:tcPr>
            <w:tcW w:w="2268" w:type="dxa"/>
            <w:tcMar>
              <w:top w:w="55" w:type="dxa"/>
              <w:left w:w="70" w:type="dxa"/>
              <w:bottom w:w="55" w:type="dxa"/>
              <w:right w:w="70" w:type="dxa"/>
            </w:tcMar>
            <w:vAlign w:val="center"/>
          </w:tcPr>
          <w:p w14:paraId="17720350" w14:textId="77777777" w:rsidR="002D5361" w:rsidRDefault="00000000">
            <w:proofErr w:type="spellStart"/>
            <w:r>
              <w:rPr>
                <w:sz w:val="16"/>
              </w:rPr>
              <w:t>지방분권</w:t>
            </w:r>
            <w:proofErr w:type="spellEnd"/>
          </w:p>
        </w:tc>
        <w:tc>
          <w:tcPr>
            <w:tcW w:w="3544" w:type="dxa"/>
            <w:tcMar>
              <w:top w:w="55" w:type="dxa"/>
              <w:left w:w="70" w:type="dxa"/>
              <w:bottom w:w="55" w:type="dxa"/>
              <w:right w:w="70" w:type="dxa"/>
            </w:tcMar>
            <w:vAlign w:val="center"/>
          </w:tcPr>
          <w:p w14:paraId="0BF5CD50" w14:textId="77777777" w:rsidR="002D5361" w:rsidRDefault="00000000">
            <w:r>
              <w:rPr>
                <w:sz w:val="16"/>
              </w:rPr>
              <w:t>local decentralization</w:t>
            </w:r>
          </w:p>
        </w:tc>
        <w:tc>
          <w:tcPr>
            <w:tcW w:w="3082" w:type="dxa"/>
            <w:tcMar>
              <w:top w:w="55" w:type="dxa"/>
              <w:left w:w="70" w:type="dxa"/>
              <w:bottom w:w="55" w:type="dxa"/>
              <w:right w:w="70" w:type="dxa"/>
            </w:tcMar>
            <w:vAlign w:val="center"/>
          </w:tcPr>
          <w:p w14:paraId="6FD220D8" w14:textId="77777777" w:rsidR="002D5361" w:rsidRDefault="00000000">
            <w:r>
              <w:rPr>
                <w:sz w:val="16"/>
              </w:rPr>
              <w:t>KW (author keyword) / OR</w:t>
            </w:r>
          </w:p>
        </w:tc>
      </w:tr>
      <w:tr w:rsidR="002D5361" w14:paraId="34677BEA"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02901110" w14:textId="77777777" w:rsidR="002D5361" w:rsidRDefault="00000000">
            <w:r>
              <w:rPr>
                <w:sz w:val="16"/>
              </w:rPr>
              <w:t>4</w:t>
            </w:r>
          </w:p>
        </w:tc>
        <w:tc>
          <w:tcPr>
            <w:tcW w:w="2268" w:type="dxa"/>
            <w:shd w:val="clear" w:color="auto" w:fill="F7F9FB"/>
            <w:tcMar>
              <w:top w:w="55" w:type="dxa"/>
              <w:left w:w="70" w:type="dxa"/>
              <w:bottom w:w="55" w:type="dxa"/>
              <w:right w:w="70" w:type="dxa"/>
            </w:tcMar>
            <w:vAlign w:val="center"/>
          </w:tcPr>
          <w:p w14:paraId="6BEB4397" w14:textId="77777777" w:rsidR="002D5361" w:rsidRDefault="00000000">
            <w:proofErr w:type="spellStart"/>
            <w:r>
              <w:rPr>
                <w:sz w:val="16"/>
              </w:rPr>
              <w:t>자치분권</w:t>
            </w:r>
            <w:proofErr w:type="spellEnd"/>
          </w:p>
        </w:tc>
        <w:tc>
          <w:tcPr>
            <w:tcW w:w="3544" w:type="dxa"/>
            <w:shd w:val="clear" w:color="auto" w:fill="F7F9FB"/>
            <w:tcMar>
              <w:top w:w="55" w:type="dxa"/>
              <w:left w:w="70" w:type="dxa"/>
              <w:bottom w:w="55" w:type="dxa"/>
              <w:right w:w="70" w:type="dxa"/>
            </w:tcMar>
            <w:vAlign w:val="center"/>
          </w:tcPr>
          <w:p w14:paraId="3B8CDB37" w14:textId="77777777" w:rsidR="002D5361" w:rsidRDefault="00000000">
            <w:r>
              <w:rPr>
                <w:sz w:val="16"/>
              </w:rPr>
              <w:t>autonomous decentralization</w:t>
            </w:r>
          </w:p>
        </w:tc>
        <w:tc>
          <w:tcPr>
            <w:tcW w:w="3082" w:type="dxa"/>
            <w:shd w:val="clear" w:color="auto" w:fill="F7F9FB"/>
            <w:tcMar>
              <w:top w:w="55" w:type="dxa"/>
              <w:left w:w="70" w:type="dxa"/>
              <w:bottom w:w="55" w:type="dxa"/>
              <w:right w:w="70" w:type="dxa"/>
            </w:tcMar>
            <w:vAlign w:val="center"/>
          </w:tcPr>
          <w:p w14:paraId="25C291FE" w14:textId="77777777" w:rsidR="002D5361" w:rsidRDefault="00000000">
            <w:r>
              <w:rPr>
                <w:sz w:val="16"/>
              </w:rPr>
              <w:t>KW (author keyword) / OR</w:t>
            </w:r>
          </w:p>
        </w:tc>
      </w:tr>
      <w:tr w:rsidR="002D5361" w14:paraId="5FA91407" w14:textId="77777777">
        <w:trPr>
          <w:cantSplit/>
          <w:trHeight w:hRule="exact" w:val="283"/>
          <w:jc w:val="center"/>
        </w:trPr>
        <w:tc>
          <w:tcPr>
            <w:tcW w:w="850" w:type="dxa"/>
            <w:tcMar>
              <w:top w:w="55" w:type="dxa"/>
              <w:left w:w="70" w:type="dxa"/>
              <w:bottom w:w="55" w:type="dxa"/>
              <w:right w:w="70" w:type="dxa"/>
            </w:tcMar>
            <w:vAlign w:val="center"/>
          </w:tcPr>
          <w:p w14:paraId="01099428" w14:textId="77777777" w:rsidR="002D5361" w:rsidRDefault="00000000">
            <w:r>
              <w:rPr>
                <w:sz w:val="16"/>
              </w:rPr>
              <w:t>5</w:t>
            </w:r>
          </w:p>
        </w:tc>
        <w:tc>
          <w:tcPr>
            <w:tcW w:w="2268" w:type="dxa"/>
            <w:tcMar>
              <w:top w:w="55" w:type="dxa"/>
              <w:left w:w="70" w:type="dxa"/>
              <w:bottom w:w="55" w:type="dxa"/>
              <w:right w:w="70" w:type="dxa"/>
            </w:tcMar>
            <w:vAlign w:val="center"/>
          </w:tcPr>
          <w:p w14:paraId="67857555" w14:textId="77777777" w:rsidR="002D5361" w:rsidRDefault="00000000">
            <w:proofErr w:type="spellStart"/>
            <w:r>
              <w:rPr>
                <w:sz w:val="16"/>
              </w:rPr>
              <w:t>지방소멸</w:t>
            </w:r>
            <w:proofErr w:type="spellEnd"/>
          </w:p>
        </w:tc>
        <w:tc>
          <w:tcPr>
            <w:tcW w:w="3544" w:type="dxa"/>
            <w:tcMar>
              <w:top w:w="55" w:type="dxa"/>
              <w:left w:w="70" w:type="dxa"/>
              <w:bottom w:w="55" w:type="dxa"/>
              <w:right w:w="70" w:type="dxa"/>
            </w:tcMar>
            <w:vAlign w:val="center"/>
          </w:tcPr>
          <w:p w14:paraId="05F31D91" w14:textId="77777777" w:rsidR="002D5361" w:rsidRDefault="00000000">
            <w:r>
              <w:rPr>
                <w:sz w:val="16"/>
              </w:rPr>
              <w:t>local extinction / depopulation</w:t>
            </w:r>
          </w:p>
        </w:tc>
        <w:tc>
          <w:tcPr>
            <w:tcW w:w="3082" w:type="dxa"/>
            <w:tcMar>
              <w:top w:w="55" w:type="dxa"/>
              <w:left w:w="70" w:type="dxa"/>
              <w:bottom w:w="55" w:type="dxa"/>
              <w:right w:w="70" w:type="dxa"/>
            </w:tcMar>
            <w:vAlign w:val="center"/>
          </w:tcPr>
          <w:p w14:paraId="5AC200E4" w14:textId="77777777" w:rsidR="002D5361" w:rsidRDefault="00000000">
            <w:r>
              <w:rPr>
                <w:sz w:val="16"/>
              </w:rPr>
              <w:t>KW (author keyword) / OR</w:t>
            </w:r>
          </w:p>
        </w:tc>
      </w:tr>
      <w:tr w:rsidR="002D5361" w14:paraId="79ED42E9"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74722B47" w14:textId="77777777" w:rsidR="002D5361" w:rsidRDefault="00000000">
            <w:r>
              <w:rPr>
                <w:sz w:val="16"/>
              </w:rPr>
              <w:t>6</w:t>
            </w:r>
          </w:p>
        </w:tc>
        <w:tc>
          <w:tcPr>
            <w:tcW w:w="2268" w:type="dxa"/>
            <w:shd w:val="clear" w:color="auto" w:fill="F7F9FB"/>
            <w:tcMar>
              <w:top w:w="55" w:type="dxa"/>
              <w:left w:w="70" w:type="dxa"/>
              <w:bottom w:w="55" w:type="dxa"/>
              <w:right w:w="70" w:type="dxa"/>
            </w:tcMar>
            <w:vAlign w:val="center"/>
          </w:tcPr>
          <w:p w14:paraId="5AF341B8" w14:textId="77777777" w:rsidR="002D5361" w:rsidRDefault="00000000">
            <w:proofErr w:type="spellStart"/>
            <w:r>
              <w:rPr>
                <w:sz w:val="16"/>
              </w:rPr>
              <w:t>인구감소지역</w:t>
            </w:r>
            <w:proofErr w:type="spellEnd"/>
          </w:p>
        </w:tc>
        <w:tc>
          <w:tcPr>
            <w:tcW w:w="3544" w:type="dxa"/>
            <w:shd w:val="clear" w:color="auto" w:fill="F7F9FB"/>
            <w:tcMar>
              <w:top w:w="55" w:type="dxa"/>
              <w:left w:w="70" w:type="dxa"/>
              <w:bottom w:w="55" w:type="dxa"/>
              <w:right w:w="70" w:type="dxa"/>
            </w:tcMar>
            <w:vAlign w:val="center"/>
          </w:tcPr>
          <w:p w14:paraId="412D24A8" w14:textId="77777777" w:rsidR="002D5361" w:rsidRDefault="00000000">
            <w:r>
              <w:rPr>
                <w:sz w:val="16"/>
              </w:rPr>
              <w:t>depopulation area</w:t>
            </w:r>
          </w:p>
        </w:tc>
        <w:tc>
          <w:tcPr>
            <w:tcW w:w="3082" w:type="dxa"/>
            <w:shd w:val="clear" w:color="auto" w:fill="F7F9FB"/>
            <w:tcMar>
              <w:top w:w="55" w:type="dxa"/>
              <w:left w:w="70" w:type="dxa"/>
              <w:bottom w:w="55" w:type="dxa"/>
              <w:right w:w="70" w:type="dxa"/>
            </w:tcMar>
            <w:vAlign w:val="center"/>
          </w:tcPr>
          <w:p w14:paraId="7BE421AF" w14:textId="77777777" w:rsidR="002D5361" w:rsidRDefault="00000000">
            <w:r>
              <w:rPr>
                <w:sz w:val="16"/>
              </w:rPr>
              <w:t>KW (author keyword) / OR</w:t>
            </w:r>
          </w:p>
        </w:tc>
      </w:tr>
      <w:tr w:rsidR="002D5361" w14:paraId="0F174DA7" w14:textId="77777777">
        <w:trPr>
          <w:cantSplit/>
          <w:trHeight w:hRule="exact" w:val="283"/>
          <w:jc w:val="center"/>
        </w:trPr>
        <w:tc>
          <w:tcPr>
            <w:tcW w:w="850" w:type="dxa"/>
            <w:tcMar>
              <w:top w:w="55" w:type="dxa"/>
              <w:left w:w="70" w:type="dxa"/>
              <w:bottom w:w="55" w:type="dxa"/>
              <w:right w:w="70" w:type="dxa"/>
            </w:tcMar>
            <w:vAlign w:val="center"/>
          </w:tcPr>
          <w:p w14:paraId="1E2CED17" w14:textId="77777777" w:rsidR="002D5361" w:rsidRDefault="00000000">
            <w:r>
              <w:rPr>
                <w:sz w:val="16"/>
              </w:rPr>
              <w:t>7</w:t>
            </w:r>
          </w:p>
        </w:tc>
        <w:tc>
          <w:tcPr>
            <w:tcW w:w="2268" w:type="dxa"/>
            <w:tcMar>
              <w:top w:w="55" w:type="dxa"/>
              <w:left w:w="70" w:type="dxa"/>
              <w:bottom w:w="55" w:type="dxa"/>
              <w:right w:w="70" w:type="dxa"/>
            </w:tcMar>
            <w:vAlign w:val="center"/>
          </w:tcPr>
          <w:p w14:paraId="3C905C5A" w14:textId="77777777" w:rsidR="002D5361" w:rsidRDefault="00000000">
            <w:proofErr w:type="spellStart"/>
            <w:r>
              <w:rPr>
                <w:sz w:val="16"/>
              </w:rPr>
              <w:t>지역혁신</w:t>
            </w:r>
            <w:proofErr w:type="spellEnd"/>
          </w:p>
        </w:tc>
        <w:tc>
          <w:tcPr>
            <w:tcW w:w="3544" w:type="dxa"/>
            <w:tcMar>
              <w:top w:w="55" w:type="dxa"/>
              <w:left w:w="70" w:type="dxa"/>
              <w:bottom w:w="55" w:type="dxa"/>
              <w:right w:w="70" w:type="dxa"/>
            </w:tcMar>
            <w:vAlign w:val="center"/>
          </w:tcPr>
          <w:p w14:paraId="0933D01A" w14:textId="77777777" w:rsidR="002D5361" w:rsidRDefault="00000000">
            <w:r>
              <w:rPr>
                <w:sz w:val="16"/>
              </w:rPr>
              <w:t>regional innovation</w:t>
            </w:r>
          </w:p>
        </w:tc>
        <w:tc>
          <w:tcPr>
            <w:tcW w:w="3082" w:type="dxa"/>
            <w:tcMar>
              <w:top w:w="55" w:type="dxa"/>
              <w:left w:w="70" w:type="dxa"/>
              <w:bottom w:w="55" w:type="dxa"/>
              <w:right w:w="70" w:type="dxa"/>
            </w:tcMar>
            <w:vAlign w:val="center"/>
          </w:tcPr>
          <w:p w14:paraId="23C31C09" w14:textId="77777777" w:rsidR="002D5361" w:rsidRDefault="00000000">
            <w:r>
              <w:rPr>
                <w:sz w:val="16"/>
              </w:rPr>
              <w:t>KW (author keyword) / OR</w:t>
            </w:r>
          </w:p>
        </w:tc>
      </w:tr>
      <w:tr w:rsidR="002D5361" w14:paraId="5BCCACB9"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0C0AC4FB" w14:textId="77777777" w:rsidR="002D5361" w:rsidRDefault="00000000">
            <w:r>
              <w:rPr>
                <w:sz w:val="16"/>
              </w:rPr>
              <w:t>8</w:t>
            </w:r>
          </w:p>
        </w:tc>
        <w:tc>
          <w:tcPr>
            <w:tcW w:w="2268" w:type="dxa"/>
            <w:shd w:val="clear" w:color="auto" w:fill="F7F9FB"/>
            <w:tcMar>
              <w:top w:w="55" w:type="dxa"/>
              <w:left w:w="70" w:type="dxa"/>
              <w:bottom w:w="55" w:type="dxa"/>
              <w:right w:w="70" w:type="dxa"/>
            </w:tcMar>
            <w:vAlign w:val="center"/>
          </w:tcPr>
          <w:p w14:paraId="14338556" w14:textId="77777777" w:rsidR="002D5361" w:rsidRDefault="00000000">
            <w:proofErr w:type="spellStart"/>
            <w:r>
              <w:rPr>
                <w:sz w:val="16"/>
              </w:rPr>
              <w:t>혁신도시</w:t>
            </w:r>
            <w:proofErr w:type="spellEnd"/>
          </w:p>
        </w:tc>
        <w:tc>
          <w:tcPr>
            <w:tcW w:w="3544" w:type="dxa"/>
            <w:shd w:val="clear" w:color="auto" w:fill="F7F9FB"/>
            <w:tcMar>
              <w:top w:w="55" w:type="dxa"/>
              <w:left w:w="70" w:type="dxa"/>
              <w:bottom w:w="55" w:type="dxa"/>
              <w:right w:w="70" w:type="dxa"/>
            </w:tcMar>
            <w:vAlign w:val="center"/>
          </w:tcPr>
          <w:p w14:paraId="178EF7E8" w14:textId="77777777" w:rsidR="002D5361" w:rsidRDefault="00000000">
            <w:r>
              <w:rPr>
                <w:sz w:val="16"/>
              </w:rPr>
              <w:t>innovation city</w:t>
            </w:r>
          </w:p>
        </w:tc>
        <w:tc>
          <w:tcPr>
            <w:tcW w:w="3082" w:type="dxa"/>
            <w:shd w:val="clear" w:color="auto" w:fill="F7F9FB"/>
            <w:tcMar>
              <w:top w:w="55" w:type="dxa"/>
              <w:left w:w="70" w:type="dxa"/>
              <w:bottom w:w="55" w:type="dxa"/>
              <w:right w:w="70" w:type="dxa"/>
            </w:tcMar>
            <w:vAlign w:val="center"/>
          </w:tcPr>
          <w:p w14:paraId="62C93394" w14:textId="77777777" w:rsidR="002D5361" w:rsidRDefault="00000000">
            <w:r>
              <w:rPr>
                <w:sz w:val="16"/>
              </w:rPr>
              <w:t>KW (author keyword) / OR</w:t>
            </w:r>
          </w:p>
        </w:tc>
      </w:tr>
      <w:tr w:rsidR="002D5361" w14:paraId="0B64DEF8" w14:textId="77777777">
        <w:trPr>
          <w:cantSplit/>
          <w:trHeight w:hRule="exact" w:val="283"/>
          <w:jc w:val="center"/>
        </w:trPr>
        <w:tc>
          <w:tcPr>
            <w:tcW w:w="850" w:type="dxa"/>
            <w:tcMar>
              <w:top w:w="55" w:type="dxa"/>
              <w:left w:w="70" w:type="dxa"/>
              <w:bottom w:w="55" w:type="dxa"/>
              <w:right w:w="70" w:type="dxa"/>
            </w:tcMar>
            <w:vAlign w:val="center"/>
          </w:tcPr>
          <w:p w14:paraId="560B2DFE" w14:textId="77777777" w:rsidR="002D5361" w:rsidRDefault="00000000">
            <w:r>
              <w:rPr>
                <w:sz w:val="16"/>
              </w:rPr>
              <w:t>9</w:t>
            </w:r>
          </w:p>
        </w:tc>
        <w:tc>
          <w:tcPr>
            <w:tcW w:w="2268" w:type="dxa"/>
            <w:tcMar>
              <w:top w:w="55" w:type="dxa"/>
              <w:left w:w="70" w:type="dxa"/>
              <w:bottom w:w="55" w:type="dxa"/>
              <w:right w:w="70" w:type="dxa"/>
            </w:tcMar>
            <w:vAlign w:val="center"/>
          </w:tcPr>
          <w:p w14:paraId="05F03BA0" w14:textId="77777777" w:rsidR="002D5361" w:rsidRDefault="00000000">
            <w:proofErr w:type="spellStart"/>
            <w:r>
              <w:rPr>
                <w:sz w:val="16"/>
              </w:rPr>
              <w:t>수도권집중</w:t>
            </w:r>
            <w:proofErr w:type="spellEnd"/>
          </w:p>
        </w:tc>
        <w:tc>
          <w:tcPr>
            <w:tcW w:w="3544" w:type="dxa"/>
            <w:tcMar>
              <w:top w:w="55" w:type="dxa"/>
              <w:left w:w="70" w:type="dxa"/>
              <w:bottom w:w="55" w:type="dxa"/>
              <w:right w:w="70" w:type="dxa"/>
            </w:tcMar>
            <w:vAlign w:val="center"/>
          </w:tcPr>
          <w:p w14:paraId="6C2C0E23" w14:textId="77777777" w:rsidR="002D5361" w:rsidRDefault="00000000">
            <w:r>
              <w:rPr>
                <w:sz w:val="16"/>
              </w:rPr>
              <w:t>capital-region concentration</w:t>
            </w:r>
          </w:p>
        </w:tc>
        <w:tc>
          <w:tcPr>
            <w:tcW w:w="3082" w:type="dxa"/>
            <w:tcMar>
              <w:top w:w="55" w:type="dxa"/>
              <w:left w:w="70" w:type="dxa"/>
              <w:bottom w:w="55" w:type="dxa"/>
              <w:right w:w="70" w:type="dxa"/>
            </w:tcMar>
            <w:vAlign w:val="center"/>
          </w:tcPr>
          <w:p w14:paraId="71274A93" w14:textId="77777777" w:rsidR="002D5361" w:rsidRDefault="00000000">
            <w:r>
              <w:rPr>
                <w:sz w:val="16"/>
              </w:rPr>
              <w:t>KW (author keyword) / OR</w:t>
            </w:r>
          </w:p>
        </w:tc>
      </w:tr>
      <w:tr w:rsidR="002D5361" w14:paraId="059AA808"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37CA836C" w14:textId="77777777" w:rsidR="002D5361" w:rsidRDefault="00000000">
            <w:r>
              <w:rPr>
                <w:sz w:val="16"/>
              </w:rPr>
              <w:t>10</w:t>
            </w:r>
          </w:p>
        </w:tc>
        <w:tc>
          <w:tcPr>
            <w:tcW w:w="2268" w:type="dxa"/>
            <w:shd w:val="clear" w:color="auto" w:fill="F7F9FB"/>
            <w:tcMar>
              <w:top w:w="55" w:type="dxa"/>
              <w:left w:w="70" w:type="dxa"/>
              <w:bottom w:w="55" w:type="dxa"/>
              <w:right w:w="70" w:type="dxa"/>
            </w:tcMar>
            <w:vAlign w:val="center"/>
          </w:tcPr>
          <w:p w14:paraId="6F2089F8" w14:textId="77777777" w:rsidR="002D5361" w:rsidRDefault="00000000">
            <w:proofErr w:type="spellStart"/>
            <w:r>
              <w:rPr>
                <w:sz w:val="16"/>
              </w:rPr>
              <w:t>특별지방자치단체</w:t>
            </w:r>
            <w:proofErr w:type="spellEnd"/>
          </w:p>
        </w:tc>
        <w:tc>
          <w:tcPr>
            <w:tcW w:w="3544" w:type="dxa"/>
            <w:shd w:val="clear" w:color="auto" w:fill="F7F9FB"/>
            <w:tcMar>
              <w:top w:w="55" w:type="dxa"/>
              <w:left w:w="70" w:type="dxa"/>
              <w:bottom w:w="55" w:type="dxa"/>
              <w:right w:w="70" w:type="dxa"/>
            </w:tcMar>
            <w:vAlign w:val="center"/>
          </w:tcPr>
          <w:p w14:paraId="4E59D0BA" w14:textId="77777777" w:rsidR="002D5361" w:rsidRDefault="00000000">
            <w:r>
              <w:rPr>
                <w:sz w:val="16"/>
              </w:rPr>
              <w:t>special local authority</w:t>
            </w:r>
          </w:p>
        </w:tc>
        <w:tc>
          <w:tcPr>
            <w:tcW w:w="3082" w:type="dxa"/>
            <w:shd w:val="clear" w:color="auto" w:fill="F7F9FB"/>
            <w:tcMar>
              <w:top w:w="55" w:type="dxa"/>
              <w:left w:w="70" w:type="dxa"/>
              <w:bottom w:w="55" w:type="dxa"/>
              <w:right w:w="70" w:type="dxa"/>
            </w:tcMar>
            <w:vAlign w:val="center"/>
          </w:tcPr>
          <w:p w14:paraId="66A93D1E" w14:textId="77777777" w:rsidR="002D5361" w:rsidRDefault="00000000">
            <w:r>
              <w:rPr>
                <w:sz w:val="16"/>
              </w:rPr>
              <w:t>KW (author keyword) / OR</w:t>
            </w:r>
          </w:p>
        </w:tc>
      </w:tr>
      <w:tr w:rsidR="002D5361" w14:paraId="34426A2B" w14:textId="77777777">
        <w:trPr>
          <w:cantSplit/>
          <w:trHeight w:hRule="exact" w:val="283"/>
          <w:jc w:val="center"/>
        </w:trPr>
        <w:tc>
          <w:tcPr>
            <w:tcW w:w="850" w:type="dxa"/>
            <w:tcMar>
              <w:top w:w="55" w:type="dxa"/>
              <w:left w:w="70" w:type="dxa"/>
              <w:bottom w:w="55" w:type="dxa"/>
              <w:right w:w="70" w:type="dxa"/>
            </w:tcMar>
            <w:vAlign w:val="center"/>
          </w:tcPr>
          <w:p w14:paraId="192CDF40" w14:textId="77777777" w:rsidR="002D5361" w:rsidRDefault="00000000">
            <w:r>
              <w:rPr>
                <w:sz w:val="16"/>
              </w:rPr>
              <w:t>11</w:t>
            </w:r>
          </w:p>
        </w:tc>
        <w:tc>
          <w:tcPr>
            <w:tcW w:w="2268" w:type="dxa"/>
            <w:tcMar>
              <w:top w:w="55" w:type="dxa"/>
              <w:left w:w="70" w:type="dxa"/>
              <w:bottom w:w="55" w:type="dxa"/>
              <w:right w:w="70" w:type="dxa"/>
            </w:tcMar>
            <w:vAlign w:val="center"/>
          </w:tcPr>
          <w:p w14:paraId="697D5165" w14:textId="77777777" w:rsidR="002D5361" w:rsidRDefault="00000000">
            <w:proofErr w:type="spellStart"/>
            <w:r>
              <w:rPr>
                <w:sz w:val="16"/>
              </w:rPr>
              <w:t>초광역권</w:t>
            </w:r>
            <w:proofErr w:type="spellEnd"/>
          </w:p>
        </w:tc>
        <w:tc>
          <w:tcPr>
            <w:tcW w:w="3544" w:type="dxa"/>
            <w:tcMar>
              <w:top w:w="55" w:type="dxa"/>
              <w:left w:w="70" w:type="dxa"/>
              <w:bottom w:w="55" w:type="dxa"/>
              <w:right w:w="70" w:type="dxa"/>
            </w:tcMar>
            <w:vAlign w:val="center"/>
          </w:tcPr>
          <w:p w14:paraId="07A883E9" w14:textId="77777777" w:rsidR="002D5361" w:rsidRDefault="00000000">
            <w:r>
              <w:rPr>
                <w:sz w:val="16"/>
              </w:rPr>
              <w:t>mega-regional zone</w:t>
            </w:r>
          </w:p>
        </w:tc>
        <w:tc>
          <w:tcPr>
            <w:tcW w:w="3082" w:type="dxa"/>
            <w:tcMar>
              <w:top w:w="55" w:type="dxa"/>
              <w:left w:w="70" w:type="dxa"/>
              <w:bottom w:w="55" w:type="dxa"/>
              <w:right w:w="70" w:type="dxa"/>
            </w:tcMar>
            <w:vAlign w:val="center"/>
          </w:tcPr>
          <w:p w14:paraId="66D92A8E" w14:textId="77777777" w:rsidR="002D5361" w:rsidRDefault="00000000">
            <w:r>
              <w:rPr>
                <w:sz w:val="16"/>
              </w:rPr>
              <w:t>KW (author keyword) / OR</w:t>
            </w:r>
          </w:p>
        </w:tc>
      </w:tr>
      <w:tr w:rsidR="002D5361" w14:paraId="2328DC55"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72EFD2A1" w14:textId="77777777" w:rsidR="002D5361" w:rsidRDefault="00000000">
            <w:r>
              <w:rPr>
                <w:sz w:val="16"/>
              </w:rPr>
              <w:t>12</w:t>
            </w:r>
          </w:p>
        </w:tc>
        <w:tc>
          <w:tcPr>
            <w:tcW w:w="2268" w:type="dxa"/>
            <w:shd w:val="clear" w:color="auto" w:fill="F7F9FB"/>
            <w:tcMar>
              <w:top w:w="55" w:type="dxa"/>
              <w:left w:w="70" w:type="dxa"/>
              <w:bottom w:w="55" w:type="dxa"/>
              <w:right w:w="70" w:type="dxa"/>
            </w:tcMar>
            <w:vAlign w:val="center"/>
          </w:tcPr>
          <w:p w14:paraId="7570509D" w14:textId="77777777" w:rsidR="002D5361" w:rsidRDefault="00000000">
            <w:proofErr w:type="spellStart"/>
            <w:r>
              <w:rPr>
                <w:sz w:val="16"/>
              </w:rPr>
              <w:t>초광역협력</w:t>
            </w:r>
            <w:proofErr w:type="spellEnd"/>
          </w:p>
        </w:tc>
        <w:tc>
          <w:tcPr>
            <w:tcW w:w="3544" w:type="dxa"/>
            <w:shd w:val="clear" w:color="auto" w:fill="F7F9FB"/>
            <w:tcMar>
              <w:top w:w="55" w:type="dxa"/>
              <w:left w:w="70" w:type="dxa"/>
              <w:bottom w:w="55" w:type="dxa"/>
              <w:right w:w="70" w:type="dxa"/>
            </w:tcMar>
            <w:vAlign w:val="center"/>
          </w:tcPr>
          <w:p w14:paraId="70D1870D" w14:textId="77777777" w:rsidR="002D5361" w:rsidRDefault="00000000">
            <w:r>
              <w:rPr>
                <w:sz w:val="16"/>
              </w:rPr>
              <w:t>mega-regional cooperation</w:t>
            </w:r>
          </w:p>
        </w:tc>
        <w:tc>
          <w:tcPr>
            <w:tcW w:w="3082" w:type="dxa"/>
            <w:shd w:val="clear" w:color="auto" w:fill="F7F9FB"/>
            <w:tcMar>
              <w:top w:w="55" w:type="dxa"/>
              <w:left w:w="70" w:type="dxa"/>
              <w:bottom w:w="55" w:type="dxa"/>
              <w:right w:w="70" w:type="dxa"/>
            </w:tcMar>
            <w:vAlign w:val="center"/>
          </w:tcPr>
          <w:p w14:paraId="3136ECD8" w14:textId="77777777" w:rsidR="002D5361" w:rsidRDefault="00000000">
            <w:r>
              <w:rPr>
                <w:sz w:val="16"/>
              </w:rPr>
              <w:t>KW (author keyword) / OR</w:t>
            </w:r>
          </w:p>
        </w:tc>
      </w:tr>
      <w:tr w:rsidR="002D5361" w14:paraId="08D4EDFA" w14:textId="77777777">
        <w:trPr>
          <w:cantSplit/>
          <w:trHeight w:hRule="exact" w:val="283"/>
          <w:jc w:val="center"/>
        </w:trPr>
        <w:tc>
          <w:tcPr>
            <w:tcW w:w="850" w:type="dxa"/>
            <w:tcMar>
              <w:top w:w="55" w:type="dxa"/>
              <w:left w:w="70" w:type="dxa"/>
              <w:bottom w:w="55" w:type="dxa"/>
              <w:right w:w="70" w:type="dxa"/>
            </w:tcMar>
            <w:vAlign w:val="center"/>
          </w:tcPr>
          <w:p w14:paraId="719975C1" w14:textId="77777777" w:rsidR="002D5361" w:rsidRDefault="00000000">
            <w:r>
              <w:rPr>
                <w:sz w:val="16"/>
              </w:rPr>
              <w:t>13</w:t>
            </w:r>
          </w:p>
        </w:tc>
        <w:tc>
          <w:tcPr>
            <w:tcW w:w="2268" w:type="dxa"/>
            <w:tcMar>
              <w:top w:w="55" w:type="dxa"/>
              <w:left w:w="70" w:type="dxa"/>
              <w:bottom w:w="55" w:type="dxa"/>
              <w:right w:w="70" w:type="dxa"/>
            </w:tcMar>
            <w:vAlign w:val="center"/>
          </w:tcPr>
          <w:p w14:paraId="274754E4" w14:textId="77777777" w:rsidR="002D5361" w:rsidRDefault="00000000">
            <w:proofErr w:type="spellStart"/>
            <w:r>
              <w:rPr>
                <w:sz w:val="16"/>
              </w:rPr>
              <w:t>메가시티</w:t>
            </w:r>
            <w:proofErr w:type="spellEnd"/>
          </w:p>
        </w:tc>
        <w:tc>
          <w:tcPr>
            <w:tcW w:w="3544" w:type="dxa"/>
            <w:tcMar>
              <w:top w:w="55" w:type="dxa"/>
              <w:left w:w="70" w:type="dxa"/>
              <w:bottom w:w="55" w:type="dxa"/>
              <w:right w:w="70" w:type="dxa"/>
            </w:tcMar>
            <w:vAlign w:val="center"/>
          </w:tcPr>
          <w:p w14:paraId="76907854" w14:textId="77777777" w:rsidR="002D5361" w:rsidRDefault="00000000">
            <w:r>
              <w:rPr>
                <w:sz w:val="16"/>
              </w:rPr>
              <w:t>mega-city</w:t>
            </w:r>
          </w:p>
        </w:tc>
        <w:tc>
          <w:tcPr>
            <w:tcW w:w="3082" w:type="dxa"/>
            <w:tcMar>
              <w:top w:w="55" w:type="dxa"/>
              <w:left w:w="70" w:type="dxa"/>
              <w:bottom w:w="55" w:type="dxa"/>
              <w:right w:w="70" w:type="dxa"/>
            </w:tcMar>
            <w:vAlign w:val="center"/>
          </w:tcPr>
          <w:p w14:paraId="1F6535FD" w14:textId="77777777" w:rsidR="002D5361" w:rsidRDefault="00000000">
            <w:r>
              <w:rPr>
                <w:sz w:val="16"/>
              </w:rPr>
              <w:t>KW (author keyword) / OR</w:t>
            </w:r>
          </w:p>
        </w:tc>
      </w:tr>
      <w:tr w:rsidR="002D5361" w14:paraId="69655116"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6BBA32BC" w14:textId="77777777" w:rsidR="002D5361" w:rsidRDefault="00000000">
            <w:r>
              <w:rPr>
                <w:sz w:val="16"/>
              </w:rPr>
              <w:t>14</w:t>
            </w:r>
          </w:p>
        </w:tc>
        <w:tc>
          <w:tcPr>
            <w:tcW w:w="2268" w:type="dxa"/>
            <w:shd w:val="clear" w:color="auto" w:fill="F7F9FB"/>
            <w:tcMar>
              <w:top w:w="55" w:type="dxa"/>
              <w:left w:w="70" w:type="dxa"/>
              <w:bottom w:w="55" w:type="dxa"/>
              <w:right w:w="70" w:type="dxa"/>
            </w:tcMar>
            <w:vAlign w:val="center"/>
          </w:tcPr>
          <w:p w14:paraId="613948DC" w14:textId="77777777" w:rsidR="002D5361" w:rsidRDefault="00000000">
            <w:proofErr w:type="spellStart"/>
            <w:r>
              <w:rPr>
                <w:sz w:val="16"/>
              </w:rPr>
              <w:t>광역경제권</w:t>
            </w:r>
            <w:proofErr w:type="spellEnd"/>
          </w:p>
        </w:tc>
        <w:tc>
          <w:tcPr>
            <w:tcW w:w="3544" w:type="dxa"/>
            <w:shd w:val="clear" w:color="auto" w:fill="F7F9FB"/>
            <w:tcMar>
              <w:top w:w="55" w:type="dxa"/>
              <w:left w:w="70" w:type="dxa"/>
              <w:bottom w:w="55" w:type="dxa"/>
              <w:right w:w="70" w:type="dxa"/>
            </w:tcMar>
            <w:vAlign w:val="center"/>
          </w:tcPr>
          <w:p w14:paraId="6DAD15C8" w14:textId="77777777" w:rsidR="002D5361" w:rsidRDefault="00000000">
            <w:r>
              <w:rPr>
                <w:sz w:val="16"/>
              </w:rPr>
              <w:t>broad economic region</w:t>
            </w:r>
          </w:p>
        </w:tc>
        <w:tc>
          <w:tcPr>
            <w:tcW w:w="3082" w:type="dxa"/>
            <w:shd w:val="clear" w:color="auto" w:fill="F7F9FB"/>
            <w:tcMar>
              <w:top w:w="55" w:type="dxa"/>
              <w:left w:w="70" w:type="dxa"/>
              <w:bottom w:w="55" w:type="dxa"/>
              <w:right w:w="70" w:type="dxa"/>
            </w:tcMar>
            <w:vAlign w:val="center"/>
          </w:tcPr>
          <w:p w14:paraId="24298F25" w14:textId="77777777" w:rsidR="002D5361" w:rsidRDefault="00000000">
            <w:r>
              <w:rPr>
                <w:sz w:val="16"/>
              </w:rPr>
              <w:t>KW (author keyword) / OR</w:t>
            </w:r>
          </w:p>
        </w:tc>
      </w:tr>
      <w:tr w:rsidR="002D5361" w14:paraId="6DE0E288" w14:textId="77777777">
        <w:trPr>
          <w:cantSplit/>
          <w:trHeight w:hRule="exact" w:val="283"/>
          <w:jc w:val="center"/>
        </w:trPr>
        <w:tc>
          <w:tcPr>
            <w:tcW w:w="850" w:type="dxa"/>
            <w:tcMar>
              <w:top w:w="55" w:type="dxa"/>
              <w:left w:w="70" w:type="dxa"/>
              <w:bottom w:w="55" w:type="dxa"/>
              <w:right w:w="70" w:type="dxa"/>
            </w:tcMar>
            <w:vAlign w:val="center"/>
          </w:tcPr>
          <w:p w14:paraId="6EE4A03E" w14:textId="77777777" w:rsidR="002D5361" w:rsidRDefault="00000000">
            <w:r>
              <w:rPr>
                <w:sz w:val="16"/>
              </w:rPr>
              <w:t>15</w:t>
            </w:r>
          </w:p>
        </w:tc>
        <w:tc>
          <w:tcPr>
            <w:tcW w:w="2268" w:type="dxa"/>
            <w:tcMar>
              <w:top w:w="55" w:type="dxa"/>
              <w:left w:w="70" w:type="dxa"/>
              <w:bottom w:w="55" w:type="dxa"/>
              <w:right w:w="70" w:type="dxa"/>
            </w:tcMar>
            <w:vAlign w:val="center"/>
          </w:tcPr>
          <w:p w14:paraId="53E44FE7" w14:textId="77777777" w:rsidR="002D5361" w:rsidRDefault="00000000">
            <w:proofErr w:type="spellStart"/>
            <w:r>
              <w:rPr>
                <w:sz w:val="16"/>
              </w:rPr>
              <w:t>행정통합</w:t>
            </w:r>
            <w:proofErr w:type="spellEnd"/>
          </w:p>
        </w:tc>
        <w:tc>
          <w:tcPr>
            <w:tcW w:w="3544" w:type="dxa"/>
            <w:tcMar>
              <w:top w:w="55" w:type="dxa"/>
              <w:left w:w="70" w:type="dxa"/>
              <w:bottom w:w="55" w:type="dxa"/>
              <w:right w:w="70" w:type="dxa"/>
            </w:tcMar>
            <w:vAlign w:val="center"/>
          </w:tcPr>
          <w:p w14:paraId="78DA219D" w14:textId="77777777" w:rsidR="002D5361" w:rsidRDefault="00000000">
            <w:r>
              <w:rPr>
                <w:sz w:val="16"/>
              </w:rPr>
              <w:t>administrative integration</w:t>
            </w:r>
          </w:p>
        </w:tc>
        <w:tc>
          <w:tcPr>
            <w:tcW w:w="3082" w:type="dxa"/>
            <w:tcMar>
              <w:top w:w="55" w:type="dxa"/>
              <w:left w:w="70" w:type="dxa"/>
              <w:bottom w:w="55" w:type="dxa"/>
              <w:right w:w="70" w:type="dxa"/>
            </w:tcMar>
            <w:vAlign w:val="center"/>
          </w:tcPr>
          <w:p w14:paraId="634875ED" w14:textId="77777777" w:rsidR="002D5361" w:rsidRDefault="00000000">
            <w:r>
              <w:rPr>
                <w:sz w:val="16"/>
              </w:rPr>
              <w:t>KW (author keyword) / OR</w:t>
            </w:r>
          </w:p>
        </w:tc>
      </w:tr>
      <w:tr w:rsidR="002D5361" w14:paraId="4B27C51B" w14:textId="77777777">
        <w:trPr>
          <w:cantSplit/>
          <w:trHeight w:hRule="exact" w:val="283"/>
          <w:jc w:val="center"/>
        </w:trPr>
        <w:tc>
          <w:tcPr>
            <w:tcW w:w="850" w:type="dxa"/>
            <w:shd w:val="clear" w:color="auto" w:fill="F7F9FB"/>
            <w:tcMar>
              <w:top w:w="55" w:type="dxa"/>
              <w:left w:w="70" w:type="dxa"/>
              <w:bottom w:w="55" w:type="dxa"/>
              <w:right w:w="70" w:type="dxa"/>
            </w:tcMar>
            <w:vAlign w:val="center"/>
          </w:tcPr>
          <w:p w14:paraId="675F68A6" w14:textId="77777777" w:rsidR="002D5361" w:rsidRDefault="00000000">
            <w:r>
              <w:rPr>
                <w:sz w:val="16"/>
              </w:rPr>
              <w:t>16</w:t>
            </w:r>
          </w:p>
        </w:tc>
        <w:tc>
          <w:tcPr>
            <w:tcW w:w="2268" w:type="dxa"/>
            <w:shd w:val="clear" w:color="auto" w:fill="F7F9FB"/>
            <w:tcMar>
              <w:top w:w="55" w:type="dxa"/>
              <w:left w:w="70" w:type="dxa"/>
              <w:bottom w:w="55" w:type="dxa"/>
              <w:right w:w="70" w:type="dxa"/>
            </w:tcMar>
            <w:vAlign w:val="center"/>
          </w:tcPr>
          <w:p w14:paraId="523EA236" w14:textId="77777777" w:rsidR="002D5361" w:rsidRDefault="00000000">
            <w:proofErr w:type="spellStart"/>
            <w:r>
              <w:rPr>
                <w:sz w:val="16"/>
              </w:rPr>
              <w:t>광역행정</w:t>
            </w:r>
            <w:proofErr w:type="spellEnd"/>
          </w:p>
        </w:tc>
        <w:tc>
          <w:tcPr>
            <w:tcW w:w="3544" w:type="dxa"/>
            <w:shd w:val="clear" w:color="auto" w:fill="F7F9FB"/>
            <w:tcMar>
              <w:top w:w="55" w:type="dxa"/>
              <w:left w:w="70" w:type="dxa"/>
              <w:bottom w:w="55" w:type="dxa"/>
              <w:right w:w="70" w:type="dxa"/>
            </w:tcMar>
            <w:vAlign w:val="center"/>
          </w:tcPr>
          <w:p w14:paraId="47E1DFC3" w14:textId="77777777" w:rsidR="002D5361" w:rsidRDefault="00000000">
            <w:r>
              <w:rPr>
                <w:sz w:val="16"/>
              </w:rPr>
              <w:t>wide-area administration</w:t>
            </w:r>
          </w:p>
        </w:tc>
        <w:tc>
          <w:tcPr>
            <w:tcW w:w="3082" w:type="dxa"/>
            <w:shd w:val="clear" w:color="auto" w:fill="F7F9FB"/>
            <w:tcMar>
              <w:top w:w="55" w:type="dxa"/>
              <w:left w:w="70" w:type="dxa"/>
              <w:bottom w:w="55" w:type="dxa"/>
              <w:right w:w="70" w:type="dxa"/>
            </w:tcMar>
            <w:vAlign w:val="center"/>
          </w:tcPr>
          <w:p w14:paraId="3F521621" w14:textId="77777777" w:rsidR="002D5361" w:rsidRDefault="00000000">
            <w:r>
              <w:rPr>
                <w:sz w:val="16"/>
              </w:rPr>
              <w:t>KW (author keyword) / OR</w:t>
            </w:r>
          </w:p>
        </w:tc>
      </w:tr>
    </w:tbl>
    <w:p w14:paraId="4FC183D6" w14:textId="77777777" w:rsidR="002D5361" w:rsidRDefault="00000000">
      <w:r>
        <w:rPr>
          <w:b/>
          <w:sz w:val="16"/>
        </w:rPr>
        <w:t>Note.</w:t>
      </w:r>
      <w:r>
        <w:rPr>
          <w:sz w:val="16"/>
        </w:rPr>
        <w:t xml:space="preserve"> Boolean structure: OR across the sixteen keyword terms. Retained interface filters: KCI journal articles; publication years 2004–2025; all relevant KCI subject areas; metadata export with KCI record IDs. The exact account-level interface syntax cannot be recovered because the original platform query history was not retained.</w:t>
      </w:r>
    </w:p>
    <w:p w14:paraId="4DEB7937" w14:textId="77777777" w:rsidR="002D5361" w:rsidRDefault="002D5361">
      <w:pPr>
        <w:pStyle w:val="FigureCaption"/>
      </w:pPr>
    </w:p>
    <w:p w14:paraId="5D960FF7" w14:textId="77777777" w:rsidR="002D5361" w:rsidRDefault="00000000">
      <w:pPr>
        <w:pStyle w:val="Heading1"/>
      </w:pPr>
      <w:r>
        <w:rPr>
          <w:rFonts w:ascii="Times New Roman" w:hAnsi="Times New Roman"/>
        </w:rPr>
        <w:t>S2. Screening rules and corpus-boundary sensitivity</w:t>
      </w:r>
    </w:p>
    <w:p w14:paraId="60EF6087" w14:textId="77777777" w:rsidR="002D5361" w:rsidRDefault="00000000">
      <w:r>
        <w:t>The main manuscript summarizes the overall corpus-construction flow; this section documents the screening decisions and corpus-boundary checks in greater detail.</w:t>
      </w:r>
    </w:p>
    <w:p w14:paraId="5A57072A" w14:textId="77777777" w:rsidR="002D5361" w:rsidRDefault="00000000">
      <w:pPr>
        <w:ind w:firstLine="283"/>
      </w:pPr>
      <w:r>
        <w:t xml:space="preserve">The 2,910-to-1,939 preliminary relevance screen was led by one author, with contributions from the other authors, using titles, KCI subject categories, keywords, and abstracts; no formal independent dual-coding protocol was used. Inclusion required a direct territorial-policy relationship to balanced development, decentralization/local autonomy, regional innovation or disparity, metropolitan concentration, inter-local governance, administrative </w:t>
      </w:r>
      <w:r>
        <w:lastRenderedPageBreak/>
        <w:t>integration, or population decline/local extinction. Records were excluded when a retrieval term denoted only psychological concentration, corporate decentralization, school innovation, non-territorial consolidation, or another homonym. This manual stage is a provenance limitation.</w:t>
      </w:r>
    </w:p>
    <w:p w14:paraId="57BAB437" w14:textId="77777777" w:rsidR="002D5361" w:rsidRDefault="00000000">
      <w:pPr>
        <w:ind w:firstLine="283"/>
      </w:pPr>
      <w:r>
        <w:t>The 1,939-to-1,127 semantic relevance screen stored one primary first-trigger exclusion reason per record. Diagnostic categories could overlap before first-trigger assignment. Of 812 exclusions, 246 contained strong regional-governance terms and were treated as potential false negatives. The targeted 1,373-record sensitivity corpus adds those 246 flagged records only. The full 1,939 corpus supplies a broader upper-bound sensitivity.</w:t>
      </w:r>
    </w:p>
    <w:p w14:paraId="30A099A4" w14:textId="77777777" w:rsidR="002D5361" w:rsidRDefault="00000000">
      <w:pPr>
        <w:pStyle w:val="TableCaption"/>
      </w:pPr>
      <w:r>
        <w:t>Table S2. Screening documentation and corpus-boundary sensitivity</w:t>
      </w:r>
    </w:p>
    <w:tbl>
      <w:tblPr>
        <w:tblStyle w:val="TableGrid"/>
        <w:tblW w:w="0" w:type="auto"/>
        <w:jc w:val="center"/>
        <w:tblLook w:val="04A0" w:firstRow="1" w:lastRow="0" w:firstColumn="1" w:lastColumn="0" w:noHBand="0" w:noVBand="1"/>
      </w:tblPr>
      <w:tblGrid>
        <w:gridCol w:w="3024"/>
        <w:gridCol w:w="6768"/>
      </w:tblGrid>
      <w:tr w:rsidR="002D5361" w14:paraId="30C66767" w14:textId="77777777">
        <w:trPr>
          <w:cantSplit/>
          <w:tblHeader/>
          <w:jc w:val="center"/>
        </w:trPr>
        <w:tc>
          <w:tcPr>
            <w:tcW w:w="3024" w:type="dxa"/>
            <w:shd w:val="clear" w:color="auto" w:fill="D9EAF7"/>
            <w:tcMar>
              <w:top w:w="65" w:type="dxa"/>
              <w:left w:w="80" w:type="dxa"/>
              <w:bottom w:w="65" w:type="dxa"/>
              <w:right w:w="80" w:type="dxa"/>
            </w:tcMar>
            <w:vAlign w:val="center"/>
          </w:tcPr>
          <w:p w14:paraId="1C33057E" w14:textId="77777777" w:rsidR="002D5361" w:rsidRDefault="00000000">
            <w:r>
              <w:rPr>
                <w:b/>
                <w:sz w:val="16"/>
              </w:rPr>
              <w:t>Item</w:t>
            </w:r>
          </w:p>
        </w:tc>
        <w:tc>
          <w:tcPr>
            <w:tcW w:w="6768" w:type="dxa"/>
            <w:shd w:val="clear" w:color="auto" w:fill="D9EAF7"/>
            <w:tcMar>
              <w:top w:w="65" w:type="dxa"/>
              <w:left w:w="80" w:type="dxa"/>
              <w:bottom w:w="65" w:type="dxa"/>
              <w:right w:w="80" w:type="dxa"/>
            </w:tcMar>
            <w:vAlign w:val="center"/>
          </w:tcPr>
          <w:p w14:paraId="6C666F3D" w14:textId="77777777" w:rsidR="002D5361" w:rsidRDefault="00000000">
            <w:r>
              <w:rPr>
                <w:b/>
                <w:sz w:val="16"/>
              </w:rPr>
              <w:t>Value</w:t>
            </w:r>
          </w:p>
        </w:tc>
      </w:tr>
      <w:tr w:rsidR="002D5361" w14:paraId="33035102" w14:textId="77777777">
        <w:trPr>
          <w:cantSplit/>
          <w:jc w:val="center"/>
        </w:trPr>
        <w:tc>
          <w:tcPr>
            <w:tcW w:w="3024" w:type="dxa"/>
            <w:tcMar>
              <w:top w:w="65" w:type="dxa"/>
              <w:left w:w="80" w:type="dxa"/>
              <w:bottom w:w="65" w:type="dxa"/>
              <w:right w:w="80" w:type="dxa"/>
            </w:tcMar>
            <w:vAlign w:val="center"/>
          </w:tcPr>
          <w:p w14:paraId="4679B827" w14:textId="77777777" w:rsidR="002D5361" w:rsidRDefault="00000000">
            <w:r>
              <w:rPr>
                <w:sz w:val="16"/>
              </w:rPr>
              <w:t>Preliminary screening</w:t>
            </w:r>
          </w:p>
        </w:tc>
        <w:tc>
          <w:tcPr>
            <w:tcW w:w="6768" w:type="dxa"/>
            <w:tcMar>
              <w:top w:w="65" w:type="dxa"/>
              <w:left w:w="80" w:type="dxa"/>
              <w:bottom w:w="65" w:type="dxa"/>
              <w:right w:w="80" w:type="dxa"/>
            </w:tcMar>
            <w:vAlign w:val="center"/>
          </w:tcPr>
          <w:p w14:paraId="469A92EC" w14:textId="77777777" w:rsidR="002D5361" w:rsidRDefault="00000000">
            <w:r>
              <w:rPr>
                <w:sz w:val="16"/>
              </w:rPr>
              <w:t>2,910→1,939 relevance screen led by one author with contributions from the other authors; no formal independent dual-coding protocol</w:t>
            </w:r>
          </w:p>
        </w:tc>
      </w:tr>
      <w:tr w:rsidR="002D5361" w14:paraId="7809E53D" w14:textId="77777777">
        <w:trPr>
          <w:cantSplit/>
          <w:jc w:val="center"/>
        </w:trPr>
        <w:tc>
          <w:tcPr>
            <w:tcW w:w="3024" w:type="dxa"/>
            <w:shd w:val="clear" w:color="auto" w:fill="F7F9FB"/>
            <w:tcMar>
              <w:top w:w="65" w:type="dxa"/>
              <w:left w:w="80" w:type="dxa"/>
              <w:bottom w:w="65" w:type="dxa"/>
              <w:right w:w="80" w:type="dxa"/>
            </w:tcMar>
            <w:vAlign w:val="center"/>
          </w:tcPr>
          <w:p w14:paraId="21479B6F" w14:textId="77777777" w:rsidR="002D5361" w:rsidRDefault="00000000">
            <w:r>
              <w:rPr>
                <w:sz w:val="16"/>
              </w:rPr>
              <w:t>Inter-coder reliability</w:t>
            </w:r>
          </w:p>
        </w:tc>
        <w:tc>
          <w:tcPr>
            <w:tcW w:w="6768" w:type="dxa"/>
            <w:shd w:val="clear" w:color="auto" w:fill="F7F9FB"/>
            <w:tcMar>
              <w:top w:w="65" w:type="dxa"/>
              <w:left w:w="80" w:type="dxa"/>
              <w:bottom w:w="65" w:type="dxa"/>
              <w:right w:w="80" w:type="dxa"/>
            </w:tcMar>
            <w:vAlign w:val="center"/>
          </w:tcPr>
          <w:p w14:paraId="5322C5C4" w14:textId="77777777" w:rsidR="002D5361" w:rsidRDefault="00000000">
            <w:r>
              <w:rPr>
                <w:sz w:val="16"/>
              </w:rPr>
              <w:t>Not estimated and not claimed</w:t>
            </w:r>
          </w:p>
        </w:tc>
      </w:tr>
      <w:tr w:rsidR="002D5361" w14:paraId="0C805F4B" w14:textId="77777777">
        <w:trPr>
          <w:cantSplit/>
          <w:jc w:val="center"/>
        </w:trPr>
        <w:tc>
          <w:tcPr>
            <w:tcW w:w="3024" w:type="dxa"/>
            <w:tcMar>
              <w:top w:w="65" w:type="dxa"/>
              <w:left w:w="80" w:type="dxa"/>
              <w:bottom w:w="65" w:type="dxa"/>
              <w:right w:w="80" w:type="dxa"/>
            </w:tcMar>
            <w:vAlign w:val="center"/>
          </w:tcPr>
          <w:p w14:paraId="2EAC4AB9" w14:textId="77777777" w:rsidR="002D5361" w:rsidRDefault="00000000">
            <w:r>
              <w:rPr>
                <w:sz w:val="16"/>
              </w:rPr>
              <w:t>Targeted boundary check</w:t>
            </w:r>
          </w:p>
        </w:tc>
        <w:tc>
          <w:tcPr>
            <w:tcW w:w="6768" w:type="dxa"/>
            <w:tcMar>
              <w:top w:w="65" w:type="dxa"/>
              <w:left w:w="80" w:type="dxa"/>
              <w:bottom w:w="65" w:type="dxa"/>
              <w:right w:w="80" w:type="dxa"/>
            </w:tcMar>
            <w:vAlign w:val="center"/>
          </w:tcPr>
          <w:p w14:paraId="22BB74E6" w14:textId="77777777" w:rsidR="002D5361" w:rsidRDefault="00000000">
            <w:r>
              <w:rPr>
                <w:sz w:val="16"/>
              </w:rPr>
              <w:t>1,373 records after adding 246 flagged records</w:t>
            </w:r>
          </w:p>
        </w:tc>
      </w:tr>
      <w:tr w:rsidR="002D5361" w14:paraId="21B502C2" w14:textId="77777777">
        <w:trPr>
          <w:cantSplit/>
          <w:jc w:val="center"/>
        </w:trPr>
        <w:tc>
          <w:tcPr>
            <w:tcW w:w="3024" w:type="dxa"/>
            <w:shd w:val="clear" w:color="auto" w:fill="F7F9FB"/>
            <w:tcMar>
              <w:top w:w="65" w:type="dxa"/>
              <w:left w:w="80" w:type="dxa"/>
              <w:bottom w:w="65" w:type="dxa"/>
              <w:right w:w="80" w:type="dxa"/>
            </w:tcMar>
            <w:vAlign w:val="center"/>
          </w:tcPr>
          <w:p w14:paraId="33D47B84" w14:textId="77777777" w:rsidR="002D5361" w:rsidRDefault="00000000">
            <w:r>
              <w:rPr>
                <w:sz w:val="16"/>
              </w:rPr>
              <w:t>Upper-bound boundary check</w:t>
            </w:r>
          </w:p>
        </w:tc>
        <w:tc>
          <w:tcPr>
            <w:tcW w:w="6768" w:type="dxa"/>
            <w:shd w:val="clear" w:color="auto" w:fill="F7F9FB"/>
            <w:tcMar>
              <w:top w:w="65" w:type="dxa"/>
              <w:left w:w="80" w:type="dxa"/>
              <w:bottom w:w="65" w:type="dxa"/>
              <w:right w:w="80" w:type="dxa"/>
            </w:tcMar>
            <w:vAlign w:val="center"/>
          </w:tcPr>
          <w:p w14:paraId="7993446D" w14:textId="77777777" w:rsidR="002D5361" w:rsidRDefault="00000000">
            <w:r>
              <w:rPr>
                <w:sz w:val="16"/>
              </w:rPr>
              <w:t>Independent refit of all 1,939 preliminarily screened records</w:t>
            </w:r>
          </w:p>
        </w:tc>
      </w:tr>
      <w:tr w:rsidR="002D5361" w14:paraId="56968B6F" w14:textId="77777777">
        <w:trPr>
          <w:cantSplit/>
          <w:jc w:val="center"/>
        </w:trPr>
        <w:tc>
          <w:tcPr>
            <w:tcW w:w="3024" w:type="dxa"/>
            <w:tcMar>
              <w:top w:w="65" w:type="dxa"/>
              <w:left w:w="80" w:type="dxa"/>
              <w:bottom w:w="65" w:type="dxa"/>
              <w:right w:w="80" w:type="dxa"/>
            </w:tcMar>
            <w:vAlign w:val="center"/>
          </w:tcPr>
          <w:p w14:paraId="38379B60" w14:textId="77777777" w:rsidR="002D5361" w:rsidRDefault="00000000">
            <w:r>
              <w:rPr>
                <w:sz w:val="16"/>
              </w:rPr>
              <w:t>Interpretation</w:t>
            </w:r>
          </w:p>
        </w:tc>
        <w:tc>
          <w:tcPr>
            <w:tcW w:w="6768" w:type="dxa"/>
            <w:tcMar>
              <w:top w:w="65" w:type="dxa"/>
              <w:left w:w="80" w:type="dxa"/>
              <w:bottom w:w="65" w:type="dxa"/>
              <w:right w:w="80" w:type="dxa"/>
            </w:tcMar>
            <w:vAlign w:val="center"/>
          </w:tcPr>
          <w:p w14:paraId="485095FB" w14:textId="77777777" w:rsidR="002D5361" w:rsidRDefault="00000000">
            <w:r>
              <w:rPr>
                <w:sz w:val="16"/>
              </w:rPr>
              <w:t>Sensitivity refits address corpus-boundary uncertainty, not screening reliability</w:t>
            </w:r>
          </w:p>
        </w:tc>
      </w:tr>
    </w:tbl>
    <w:p w14:paraId="68700593" w14:textId="77777777" w:rsidR="002D5361" w:rsidRDefault="00000000">
      <w:r>
        <w:rPr>
          <w:b/>
          <w:sz w:val="16"/>
        </w:rPr>
        <w:t>Note.</w:t>
      </w:r>
      <w:r>
        <w:rPr>
          <w:sz w:val="16"/>
        </w:rPr>
        <w:t xml:space="preserve"> Because no formal independent dual-coding protocol was implemented, no inter-coder agreement or reliability statistic is reported for the preliminary screen. The targeted 1,373-record and broad 1,939-record refits test the main trajectory under alternative corpus boundaries; they quantify boundary dependence but do not replace independent dual coding.</w:t>
      </w:r>
    </w:p>
    <w:p w14:paraId="2C92D9F4" w14:textId="77777777" w:rsidR="002D5361" w:rsidRDefault="00000000">
      <w:pPr>
        <w:pStyle w:val="Heading1"/>
      </w:pPr>
      <w:r>
        <w:rPr>
          <w:rFonts w:ascii="Times New Roman" w:hAnsi="Times New Roman"/>
        </w:rPr>
        <w:t>S3. Full period shares and temporal slopes</w:t>
      </w:r>
    </w:p>
    <w:p w14:paraId="18C041A8" w14:textId="77777777" w:rsidR="002D5361" w:rsidRDefault="00000000">
      <w:pPr>
        <w:pStyle w:val="TableCaption"/>
      </w:pPr>
      <w:r>
        <w:t xml:space="preserve">Table S3. </w:t>
      </w:r>
      <w:proofErr w:type="spellStart"/>
      <w:r>
        <w:t>BERTopic</w:t>
      </w:r>
      <w:proofErr w:type="spellEnd"/>
      <w:r>
        <w:t xml:space="preserve"> research fronts by period, n (% of classified documents)</w:t>
      </w:r>
    </w:p>
    <w:tbl>
      <w:tblPr>
        <w:tblStyle w:val="TableGrid"/>
        <w:tblW w:w="0" w:type="auto"/>
        <w:jc w:val="center"/>
        <w:tblLook w:val="04A0" w:firstRow="1" w:lastRow="0" w:firstColumn="1" w:lastColumn="0" w:noHBand="0" w:noVBand="1"/>
      </w:tblPr>
      <w:tblGrid>
        <w:gridCol w:w="628"/>
        <w:gridCol w:w="4253"/>
        <w:gridCol w:w="1134"/>
        <w:gridCol w:w="992"/>
        <w:gridCol w:w="1134"/>
        <w:gridCol w:w="992"/>
        <w:gridCol w:w="734"/>
      </w:tblGrid>
      <w:tr w:rsidR="002D5361" w14:paraId="77B8A87C" w14:textId="77777777">
        <w:trPr>
          <w:cantSplit/>
          <w:trHeight w:hRule="exact" w:val="284"/>
          <w:tblHeader/>
          <w:jc w:val="center"/>
        </w:trPr>
        <w:tc>
          <w:tcPr>
            <w:tcW w:w="628" w:type="dxa"/>
            <w:shd w:val="clear" w:color="auto" w:fill="D9EAF7"/>
            <w:tcMar>
              <w:top w:w="65" w:type="dxa"/>
              <w:left w:w="80" w:type="dxa"/>
              <w:bottom w:w="65" w:type="dxa"/>
              <w:right w:w="80" w:type="dxa"/>
            </w:tcMar>
            <w:vAlign w:val="center"/>
          </w:tcPr>
          <w:p w14:paraId="22A37F9B" w14:textId="77777777" w:rsidR="002D5361" w:rsidRDefault="00000000">
            <w:r>
              <w:rPr>
                <w:b/>
                <w:sz w:val="16"/>
              </w:rPr>
              <w:t>ID</w:t>
            </w:r>
          </w:p>
        </w:tc>
        <w:tc>
          <w:tcPr>
            <w:tcW w:w="4253" w:type="dxa"/>
            <w:shd w:val="clear" w:color="auto" w:fill="D9EAF7"/>
            <w:tcMar>
              <w:top w:w="65" w:type="dxa"/>
              <w:left w:w="80" w:type="dxa"/>
              <w:bottom w:w="65" w:type="dxa"/>
              <w:right w:w="80" w:type="dxa"/>
            </w:tcMar>
            <w:vAlign w:val="center"/>
          </w:tcPr>
          <w:p w14:paraId="75633246" w14:textId="77777777" w:rsidR="002D5361" w:rsidRDefault="00000000">
            <w:r>
              <w:rPr>
                <w:b/>
                <w:sz w:val="16"/>
              </w:rPr>
              <w:t>Research front</w:t>
            </w:r>
          </w:p>
        </w:tc>
        <w:tc>
          <w:tcPr>
            <w:tcW w:w="1134" w:type="dxa"/>
            <w:shd w:val="clear" w:color="auto" w:fill="D9EAF7"/>
            <w:tcMar>
              <w:top w:w="65" w:type="dxa"/>
              <w:left w:w="80" w:type="dxa"/>
              <w:bottom w:w="65" w:type="dxa"/>
              <w:right w:w="80" w:type="dxa"/>
            </w:tcMar>
            <w:vAlign w:val="center"/>
          </w:tcPr>
          <w:p w14:paraId="798CA6E1" w14:textId="77777777" w:rsidR="002D5361" w:rsidRDefault="00000000">
            <w:r>
              <w:rPr>
                <w:b/>
                <w:sz w:val="16"/>
              </w:rPr>
              <w:t>I</w:t>
            </w:r>
          </w:p>
        </w:tc>
        <w:tc>
          <w:tcPr>
            <w:tcW w:w="992" w:type="dxa"/>
            <w:shd w:val="clear" w:color="auto" w:fill="D9EAF7"/>
            <w:tcMar>
              <w:top w:w="65" w:type="dxa"/>
              <w:left w:w="80" w:type="dxa"/>
              <w:bottom w:w="65" w:type="dxa"/>
              <w:right w:w="80" w:type="dxa"/>
            </w:tcMar>
            <w:vAlign w:val="center"/>
          </w:tcPr>
          <w:p w14:paraId="23EB04E5" w14:textId="77777777" w:rsidR="002D5361" w:rsidRDefault="00000000">
            <w:r>
              <w:rPr>
                <w:b/>
                <w:sz w:val="16"/>
              </w:rPr>
              <w:t>II</w:t>
            </w:r>
          </w:p>
        </w:tc>
        <w:tc>
          <w:tcPr>
            <w:tcW w:w="1134" w:type="dxa"/>
            <w:shd w:val="clear" w:color="auto" w:fill="D9EAF7"/>
            <w:tcMar>
              <w:top w:w="65" w:type="dxa"/>
              <w:left w:w="80" w:type="dxa"/>
              <w:bottom w:w="65" w:type="dxa"/>
              <w:right w:w="80" w:type="dxa"/>
            </w:tcMar>
            <w:vAlign w:val="center"/>
          </w:tcPr>
          <w:p w14:paraId="0A27821D" w14:textId="77777777" w:rsidR="002D5361" w:rsidRDefault="00000000">
            <w:r>
              <w:rPr>
                <w:b/>
                <w:sz w:val="16"/>
              </w:rPr>
              <w:t>III</w:t>
            </w:r>
          </w:p>
        </w:tc>
        <w:tc>
          <w:tcPr>
            <w:tcW w:w="992" w:type="dxa"/>
            <w:shd w:val="clear" w:color="auto" w:fill="D9EAF7"/>
            <w:tcMar>
              <w:top w:w="65" w:type="dxa"/>
              <w:left w:w="80" w:type="dxa"/>
              <w:bottom w:w="65" w:type="dxa"/>
              <w:right w:w="80" w:type="dxa"/>
            </w:tcMar>
            <w:vAlign w:val="center"/>
          </w:tcPr>
          <w:p w14:paraId="28B73980" w14:textId="77777777" w:rsidR="002D5361" w:rsidRDefault="00000000">
            <w:r>
              <w:rPr>
                <w:b/>
                <w:sz w:val="16"/>
              </w:rPr>
              <w:t>IV</w:t>
            </w:r>
          </w:p>
        </w:tc>
        <w:tc>
          <w:tcPr>
            <w:tcW w:w="734" w:type="dxa"/>
            <w:shd w:val="clear" w:color="auto" w:fill="D9EAF7"/>
            <w:tcMar>
              <w:top w:w="65" w:type="dxa"/>
              <w:left w:w="80" w:type="dxa"/>
              <w:bottom w:w="65" w:type="dxa"/>
              <w:right w:w="80" w:type="dxa"/>
            </w:tcMar>
            <w:vAlign w:val="center"/>
          </w:tcPr>
          <w:p w14:paraId="1825A85D" w14:textId="77777777" w:rsidR="002D5361" w:rsidRDefault="00000000">
            <w:r>
              <w:rPr>
                <w:b/>
                <w:sz w:val="16"/>
              </w:rPr>
              <w:t>Slope</w:t>
            </w:r>
          </w:p>
        </w:tc>
      </w:tr>
      <w:tr w:rsidR="002D5361" w14:paraId="07CA3B5F" w14:textId="77777777">
        <w:trPr>
          <w:cantSplit/>
          <w:trHeight w:hRule="exact" w:val="284"/>
          <w:jc w:val="center"/>
        </w:trPr>
        <w:tc>
          <w:tcPr>
            <w:tcW w:w="628" w:type="dxa"/>
            <w:tcMar>
              <w:top w:w="65" w:type="dxa"/>
              <w:left w:w="80" w:type="dxa"/>
              <w:bottom w:w="65" w:type="dxa"/>
              <w:right w:w="80" w:type="dxa"/>
            </w:tcMar>
            <w:vAlign w:val="center"/>
          </w:tcPr>
          <w:p w14:paraId="02249FCD" w14:textId="77777777" w:rsidR="002D5361" w:rsidRDefault="00000000">
            <w:r>
              <w:rPr>
                <w:sz w:val="16"/>
              </w:rPr>
              <w:t>T0</w:t>
            </w:r>
          </w:p>
        </w:tc>
        <w:tc>
          <w:tcPr>
            <w:tcW w:w="4253" w:type="dxa"/>
            <w:tcMar>
              <w:top w:w="65" w:type="dxa"/>
              <w:left w:w="80" w:type="dxa"/>
              <w:bottom w:w="65" w:type="dxa"/>
              <w:right w:w="80" w:type="dxa"/>
            </w:tcMar>
            <w:vAlign w:val="center"/>
          </w:tcPr>
          <w:p w14:paraId="52132D99" w14:textId="77777777" w:rsidR="002D5361" w:rsidRDefault="00000000">
            <w:r>
              <w:rPr>
                <w:sz w:val="16"/>
              </w:rPr>
              <w:t>Decentralization and Comparative Local Governance</w:t>
            </w:r>
          </w:p>
        </w:tc>
        <w:tc>
          <w:tcPr>
            <w:tcW w:w="1134" w:type="dxa"/>
            <w:tcMar>
              <w:top w:w="65" w:type="dxa"/>
              <w:left w:w="80" w:type="dxa"/>
              <w:bottom w:w="65" w:type="dxa"/>
              <w:right w:w="80" w:type="dxa"/>
            </w:tcMar>
            <w:vAlign w:val="center"/>
          </w:tcPr>
          <w:p w14:paraId="44C93448" w14:textId="77777777" w:rsidR="002D5361" w:rsidRDefault="00000000">
            <w:r>
              <w:rPr>
                <w:sz w:val="16"/>
              </w:rPr>
              <w:t>20 (18.7%)</w:t>
            </w:r>
          </w:p>
        </w:tc>
        <w:tc>
          <w:tcPr>
            <w:tcW w:w="992" w:type="dxa"/>
            <w:tcMar>
              <w:top w:w="65" w:type="dxa"/>
              <w:left w:w="80" w:type="dxa"/>
              <w:bottom w:w="65" w:type="dxa"/>
              <w:right w:w="80" w:type="dxa"/>
            </w:tcMar>
            <w:vAlign w:val="center"/>
          </w:tcPr>
          <w:p w14:paraId="75E775A3" w14:textId="77777777" w:rsidR="002D5361" w:rsidRDefault="00000000">
            <w:r>
              <w:rPr>
                <w:sz w:val="16"/>
              </w:rPr>
              <w:t>43 (21.3%)</w:t>
            </w:r>
          </w:p>
        </w:tc>
        <w:tc>
          <w:tcPr>
            <w:tcW w:w="1134" w:type="dxa"/>
            <w:tcMar>
              <w:top w:w="65" w:type="dxa"/>
              <w:left w:w="80" w:type="dxa"/>
              <w:bottom w:w="65" w:type="dxa"/>
              <w:right w:w="80" w:type="dxa"/>
            </w:tcMar>
            <w:vAlign w:val="center"/>
          </w:tcPr>
          <w:p w14:paraId="4B98D2FE" w14:textId="77777777" w:rsidR="002D5361" w:rsidRDefault="00000000">
            <w:r>
              <w:rPr>
                <w:sz w:val="16"/>
              </w:rPr>
              <w:t>42 (17.6%)</w:t>
            </w:r>
          </w:p>
        </w:tc>
        <w:tc>
          <w:tcPr>
            <w:tcW w:w="992" w:type="dxa"/>
            <w:tcMar>
              <w:top w:w="65" w:type="dxa"/>
              <w:left w:w="80" w:type="dxa"/>
              <w:bottom w:w="65" w:type="dxa"/>
              <w:right w:w="80" w:type="dxa"/>
            </w:tcMar>
            <w:vAlign w:val="center"/>
          </w:tcPr>
          <w:p w14:paraId="40E33FF4" w14:textId="77777777" w:rsidR="002D5361" w:rsidRDefault="00000000">
            <w:r>
              <w:rPr>
                <w:sz w:val="16"/>
              </w:rPr>
              <w:t>41 (12.3%)</w:t>
            </w:r>
          </w:p>
        </w:tc>
        <w:tc>
          <w:tcPr>
            <w:tcW w:w="734" w:type="dxa"/>
            <w:tcMar>
              <w:top w:w="65" w:type="dxa"/>
              <w:left w:w="80" w:type="dxa"/>
              <w:bottom w:w="65" w:type="dxa"/>
              <w:right w:w="80" w:type="dxa"/>
            </w:tcMar>
            <w:vAlign w:val="center"/>
          </w:tcPr>
          <w:p w14:paraId="691939C5" w14:textId="77777777" w:rsidR="002D5361" w:rsidRDefault="00000000">
            <w:r>
              <w:rPr>
                <w:sz w:val="16"/>
              </w:rPr>
              <w:t>-2.27</w:t>
            </w:r>
          </w:p>
        </w:tc>
      </w:tr>
      <w:tr w:rsidR="002D5361" w14:paraId="4A9A639C"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74546833" w14:textId="77777777" w:rsidR="002D5361" w:rsidRDefault="00000000">
            <w:r>
              <w:rPr>
                <w:sz w:val="16"/>
              </w:rPr>
              <w:t>T1</w:t>
            </w:r>
          </w:p>
        </w:tc>
        <w:tc>
          <w:tcPr>
            <w:tcW w:w="4253" w:type="dxa"/>
            <w:shd w:val="clear" w:color="auto" w:fill="F7F9FB"/>
            <w:tcMar>
              <w:top w:w="65" w:type="dxa"/>
              <w:left w:w="80" w:type="dxa"/>
              <w:bottom w:w="65" w:type="dxa"/>
              <w:right w:w="80" w:type="dxa"/>
            </w:tcMar>
            <w:vAlign w:val="center"/>
          </w:tcPr>
          <w:p w14:paraId="652E71AC" w14:textId="77777777" w:rsidR="002D5361" w:rsidRDefault="00000000">
            <w:r>
              <w:rPr>
                <w:sz w:val="16"/>
              </w:rPr>
              <w:t>Regional Innovation Systems and Industrial Clusters</w:t>
            </w:r>
          </w:p>
        </w:tc>
        <w:tc>
          <w:tcPr>
            <w:tcW w:w="1134" w:type="dxa"/>
            <w:shd w:val="clear" w:color="auto" w:fill="F7F9FB"/>
            <w:tcMar>
              <w:top w:w="65" w:type="dxa"/>
              <w:left w:w="80" w:type="dxa"/>
              <w:bottom w:w="65" w:type="dxa"/>
              <w:right w:w="80" w:type="dxa"/>
            </w:tcMar>
            <w:vAlign w:val="center"/>
          </w:tcPr>
          <w:p w14:paraId="41CBCB25" w14:textId="77777777" w:rsidR="002D5361" w:rsidRDefault="00000000">
            <w:r>
              <w:rPr>
                <w:sz w:val="16"/>
              </w:rPr>
              <w:t>19 (17.8%)</w:t>
            </w:r>
          </w:p>
        </w:tc>
        <w:tc>
          <w:tcPr>
            <w:tcW w:w="992" w:type="dxa"/>
            <w:shd w:val="clear" w:color="auto" w:fill="F7F9FB"/>
            <w:tcMar>
              <w:top w:w="65" w:type="dxa"/>
              <w:left w:w="80" w:type="dxa"/>
              <w:bottom w:w="65" w:type="dxa"/>
              <w:right w:w="80" w:type="dxa"/>
            </w:tcMar>
            <w:vAlign w:val="center"/>
          </w:tcPr>
          <w:p w14:paraId="423D275A" w14:textId="77777777" w:rsidR="002D5361" w:rsidRDefault="00000000">
            <w:r>
              <w:rPr>
                <w:sz w:val="16"/>
              </w:rPr>
              <w:t>21 (10.4%)</w:t>
            </w:r>
          </w:p>
        </w:tc>
        <w:tc>
          <w:tcPr>
            <w:tcW w:w="1134" w:type="dxa"/>
            <w:shd w:val="clear" w:color="auto" w:fill="F7F9FB"/>
            <w:tcMar>
              <w:top w:w="65" w:type="dxa"/>
              <w:left w:w="80" w:type="dxa"/>
              <w:bottom w:w="65" w:type="dxa"/>
              <w:right w:w="80" w:type="dxa"/>
            </w:tcMar>
            <w:vAlign w:val="center"/>
          </w:tcPr>
          <w:p w14:paraId="3F1B8A87" w14:textId="77777777" w:rsidR="002D5361" w:rsidRDefault="00000000">
            <w:r>
              <w:rPr>
                <w:sz w:val="16"/>
              </w:rPr>
              <w:t>46 (19.3%)</w:t>
            </w:r>
          </w:p>
        </w:tc>
        <w:tc>
          <w:tcPr>
            <w:tcW w:w="992" w:type="dxa"/>
            <w:shd w:val="clear" w:color="auto" w:fill="F7F9FB"/>
            <w:tcMar>
              <w:top w:w="65" w:type="dxa"/>
              <w:left w:w="80" w:type="dxa"/>
              <w:bottom w:w="65" w:type="dxa"/>
              <w:right w:w="80" w:type="dxa"/>
            </w:tcMar>
            <w:vAlign w:val="center"/>
          </w:tcPr>
          <w:p w14:paraId="1E9E26ED" w14:textId="77777777" w:rsidR="002D5361" w:rsidRDefault="00000000">
            <w:r>
              <w:rPr>
                <w:sz w:val="16"/>
              </w:rPr>
              <w:t>37 (11.1%)</w:t>
            </w:r>
          </w:p>
        </w:tc>
        <w:tc>
          <w:tcPr>
            <w:tcW w:w="734" w:type="dxa"/>
            <w:shd w:val="clear" w:color="auto" w:fill="F7F9FB"/>
            <w:tcMar>
              <w:top w:w="65" w:type="dxa"/>
              <w:left w:w="80" w:type="dxa"/>
              <w:bottom w:w="65" w:type="dxa"/>
              <w:right w:w="80" w:type="dxa"/>
            </w:tcMar>
            <w:vAlign w:val="center"/>
          </w:tcPr>
          <w:p w14:paraId="34480952" w14:textId="77777777" w:rsidR="002D5361" w:rsidRDefault="00000000">
            <w:r>
              <w:rPr>
                <w:sz w:val="16"/>
              </w:rPr>
              <w:t>-1.09</w:t>
            </w:r>
          </w:p>
        </w:tc>
      </w:tr>
      <w:tr w:rsidR="002D5361" w14:paraId="2017453A" w14:textId="77777777">
        <w:trPr>
          <w:cantSplit/>
          <w:trHeight w:hRule="exact" w:val="284"/>
          <w:jc w:val="center"/>
        </w:trPr>
        <w:tc>
          <w:tcPr>
            <w:tcW w:w="628" w:type="dxa"/>
            <w:tcMar>
              <w:top w:w="65" w:type="dxa"/>
              <w:left w:w="80" w:type="dxa"/>
              <w:bottom w:w="65" w:type="dxa"/>
              <w:right w:w="80" w:type="dxa"/>
            </w:tcMar>
            <w:vAlign w:val="center"/>
          </w:tcPr>
          <w:p w14:paraId="1FEC22D4" w14:textId="77777777" w:rsidR="002D5361" w:rsidRDefault="00000000">
            <w:r>
              <w:rPr>
                <w:sz w:val="16"/>
              </w:rPr>
              <w:t>T2</w:t>
            </w:r>
          </w:p>
        </w:tc>
        <w:tc>
          <w:tcPr>
            <w:tcW w:w="4253" w:type="dxa"/>
            <w:tcMar>
              <w:top w:w="65" w:type="dxa"/>
              <w:left w:w="80" w:type="dxa"/>
              <w:bottom w:w="65" w:type="dxa"/>
              <w:right w:w="80" w:type="dxa"/>
            </w:tcMar>
            <w:vAlign w:val="center"/>
          </w:tcPr>
          <w:p w14:paraId="4100D99C" w14:textId="77777777" w:rsidR="002D5361" w:rsidRDefault="00000000">
            <w:r>
              <w:rPr>
                <w:sz w:val="16"/>
              </w:rPr>
              <w:t>Fiscal Decentralization and Local Public Finance</w:t>
            </w:r>
          </w:p>
        </w:tc>
        <w:tc>
          <w:tcPr>
            <w:tcW w:w="1134" w:type="dxa"/>
            <w:tcMar>
              <w:top w:w="65" w:type="dxa"/>
              <w:left w:w="80" w:type="dxa"/>
              <w:bottom w:w="65" w:type="dxa"/>
              <w:right w:w="80" w:type="dxa"/>
            </w:tcMar>
            <w:vAlign w:val="center"/>
          </w:tcPr>
          <w:p w14:paraId="58A91128" w14:textId="77777777" w:rsidR="002D5361" w:rsidRDefault="00000000">
            <w:r>
              <w:rPr>
                <w:sz w:val="16"/>
              </w:rPr>
              <w:t>14 (13.1%)</w:t>
            </w:r>
          </w:p>
        </w:tc>
        <w:tc>
          <w:tcPr>
            <w:tcW w:w="992" w:type="dxa"/>
            <w:tcMar>
              <w:top w:w="65" w:type="dxa"/>
              <w:left w:w="80" w:type="dxa"/>
              <w:bottom w:w="65" w:type="dxa"/>
              <w:right w:w="80" w:type="dxa"/>
            </w:tcMar>
            <w:vAlign w:val="center"/>
          </w:tcPr>
          <w:p w14:paraId="6904236A" w14:textId="77777777" w:rsidR="002D5361" w:rsidRDefault="00000000">
            <w:r>
              <w:rPr>
                <w:sz w:val="16"/>
              </w:rPr>
              <w:t>35 (17.3%)</w:t>
            </w:r>
          </w:p>
        </w:tc>
        <w:tc>
          <w:tcPr>
            <w:tcW w:w="1134" w:type="dxa"/>
            <w:tcMar>
              <w:top w:w="65" w:type="dxa"/>
              <w:left w:w="80" w:type="dxa"/>
              <w:bottom w:w="65" w:type="dxa"/>
              <w:right w:w="80" w:type="dxa"/>
            </w:tcMar>
            <w:vAlign w:val="center"/>
          </w:tcPr>
          <w:p w14:paraId="5ECF8B53" w14:textId="77777777" w:rsidR="002D5361" w:rsidRDefault="00000000">
            <w:r>
              <w:rPr>
                <w:sz w:val="16"/>
              </w:rPr>
              <w:t>34 (14.3%)</w:t>
            </w:r>
          </w:p>
        </w:tc>
        <w:tc>
          <w:tcPr>
            <w:tcW w:w="992" w:type="dxa"/>
            <w:tcMar>
              <w:top w:w="65" w:type="dxa"/>
              <w:left w:w="80" w:type="dxa"/>
              <w:bottom w:w="65" w:type="dxa"/>
              <w:right w:w="80" w:type="dxa"/>
            </w:tcMar>
            <w:vAlign w:val="center"/>
          </w:tcPr>
          <w:p w14:paraId="5B20C59E" w14:textId="77777777" w:rsidR="002D5361" w:rsidRDefault="00000000">
            <w:r>
              <w:rPr>
                <w:sz w:val="16"/>
              </w:rPr>
              <w:t>33 (9.9%)</w:t>
            </w:r>
          </w:p>
        </w:tc>
        <w:tc>
          <w:tcPr>
            <w:tcW w:w="734" w:type="dxa"/>
            <w:tcMar>
              <w:top w:w="65" w:type="dxa"/>
              <w:left w:w="80" w:type="dxa"/>
              <w:bottom w:w="65" w:type="dxa"/>
              <w:right w:w="80" w:type="dxa"/>
            </w:tcMar>
            <w:vAlign w:val="center"/>
          </w:tcPr>
          <w:p w14:paraId="134A2FC5" w14:textId="77777777" w:rsidR="002D5361" w:rsidRDefault="00000000">
            <w:r>
              <w:rPr>
                <w:sz w:val="16"/>
              </w:rPr>
              <w:t>-1.25</w:t>
            </w:r>
          </w:p>
        </w:tc>
      </w:tr>
      <w:tr w:rsidR="002D5361" w14:paraId="674BE6FA"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37C77F70" w14:textId="77777777" w:rsidR="002D5361" w:rsidRDefault="00000000">
            <w:r>
              <w:rPr>
                <w:sz w:val="16"/>
              </w:rPr>
              <w:t>T3</w:t>
            </w:r>
          </w:p>
        </w:tc>
        <w:tc>
          <w:tcPr>
            <w:tcW w:w="4253" w:type="dxa"/>
            <w:shd w:val="clear" w:color="auto" w:fill="F7F9FB"/>
            <w:tcMar>
              <w:top w:w="65" w:type="dxa"/>
              <w:left w:w="80" w:type="dxa"/>
              <w:bottom w:w="65" w:type="dxa"/>
              <w:right w:w="80" w:type="dxa"/>
            </w:tcMar>
            <w:vAlign w:val="center"/>
          </w:tcPr>
          <w:p w14:paraId="7B70BC75" w14:textId="77777777" w:rsidR="002D5361" w:rsidRDefault="00000000">
            <w:r>
              <w:rPr>
                <w:sz w:val="16"/>
              </w:rPr>
              <w:t>Constitutional and Legal Reform for Local Autonomy</w:t>
            </w:r>
          </w:p>
        </w:tc>
        <w:tc>
          <w:tcPr>
            <w:tcW w:w="1134" w:type="dxa"/>
            <w:shd w:val="clear" w:color="auto" w:fill="F7F9FB"/>
            <w:tcMar>
              <w:top w:w="65" w:type="dxa"/>
              <w:left w:w="80" w:type="dxa"/>
              <w:bottom w:w="65" w:type="dxa"/>
              <w:right w:w="80" w:type="dxa"/>
            </w:tcMar>
            <w:vAlign w:val="center"/>
          </w:tcPr>
          <w:p w14:paraId="2EFACD5D" w14:textId="77777777" w:rsidR="002D5361" w:rsidRDefault="00000000">
            <w:r>
              <w:rPr>
                <w:sz w:val="16"/>
              </w:rPr>
              <w:t>9 (8.4%)</w:t>
            </w:r>
          </w:p>
        </w:tc>
        <w:tc>
          <w:tcPr>
            <w:tcW w:w="992" w:type="dxa"/>
            <w:shd w:val="clear" w:color="auto" w:fill="F7F9FB"/>
            <w:tcMar>
              <w:top w:w="65" w:type="dxa"/>
              <w:left w:w="80" w:type="dxa"/>
              <w:bottom w:w="65" w:type="dxa"/>
              <w:right w:w="80" w:type="dxa"/>
            </w:tcMar>
            <w:vAlign w:val="center"/>
          </w:tcPr>
          <w:p w14:paraId="66A5422C" w14:textId="77777777" w:rsidR="002D5361" w:rsidRDefault="00000000">
            <w:r>
              <w:rPr>
                <w:sz w:val="16"/>
              </w:rPr>
              <w:t>32 (15.8%)</w:t>
            </w:r>
          </w:p>
        </w:tc>
        <w:tc>
          <w:tcPr>
            <w:tcW w:w="1134" w:type="dxa"/>
            <w:shd w:val="clear" w:color="auto" w:fill="F7F9FB"/>
            <w:tcMar>
              <w:top w:w="65" w:type="dxa"/>
              <w:left w:w="80" w:type="dxa"/>
              <w:bottom w:w="65" w:type="dxa"/>
              <w:right w:w="80" w:type="dxa"/>
            </w:tcMar>
            <w:vAlign w:val="center"/>
          </w:tcPr>
          <w:p w14:paraId="6CE88692" w14:textId="77777777" w:rsidR="002D5361" w:rsidRDefault="00000000">
            <w:r>
              <w:rPr>
                <w:sz w:val="16"/>
              </w:rPr>
              <w:t>36 (15.1%)</w:t>
            </w:r>
          </w:p>
        </w:tc>
        <w:tc>
          <w:tcPr>
            <w:tcW w:w="992" w:type="dxa"/>
            <w:shd w:val="clear" w:color="auto" w:fill="F7F9FB"/>
            <w:tcMar>
              <w:top w:w="65" w:type="dxa"/>
              <w:left w:w="80" w:type="dxa"/>
              <w:bottom w:w="65" w:type="dxa"/>
              <w:right w:w="80" w:type="dxa"/>
            </w:tcMar>
            <w:vAlign w:val="center"/>
          </w:tcPr>
          <w:p w14:paraId="2F7F8128" w14:textId="77777777" w:rsidR="002D5361" w:rsidRDefault="00000000">
            <w:r>
              <w:rPr>
                <w:sz w:val="16"/>
              </w:rPr>
              <w:t>29 (8.7%)</w:t>
            </w:r>
          </w:p>
        </w:tc>
        <w:tc>
          <w:tcPr>
            <w:tcW w:w="734" w:type="dxa"/>
            <w:shd w:val="clear" w:color="auto" w:fill="F7F9FB"/>
            <w:tcMar>
              <w:top w:w="65" w:type="dxa"/>
              <w:left w:w="80" w:type="dxa"/>
              <w:bottom w:w="65" w:type="dxa"/>
              <w:right w:w="80" w:type="dxa"/>
            </w:tcMar>
            <w:vAlign w:val="center"/>
          </w:tcPr>
          <w:p w14:paraId="498AA795" w14:textId="77777777" w:rsidR="002D5361" w:rsidRDefault="00000000">
            <w:r>
              <w:rPr>
                <w:sz w:val="16"/>
              </w:rPr>
              <w:t>+0.03</w:t>
            </w:r>
          </w:p>
        </w:tc>
      </w:tr>
      <w:tr w:rsidR="002D5361" w14:paraId="2C7BF4FE" w14:textId="77777777">
        <w:trPr>
          <w:cantSplit/>
          <w:trHeight w:hRule="exact" w:val="284"/>
          <w:jc w:val="center"/>
        </w:trPr>
        <w:tc>
          <w:tcPr>
            <w:tcW w:w="628" w:type="dxa"/>
            <w:tcMar>
              <w:top w:w="65" w:type="dxa"/>
              <w:left w:w="80" w:type="dxa"/>
              <w:bottom w:w="65" w:type="dxa"/>
              <w:right w:w="80" w:type="dxa"/>
            </w:tcMar>
            <w:vAlign w:val="center"/>
          </w:tcPr>
          <w:p w14:paraId="65E8FB94" w14:textId="77777777" w:rsidR="002D5361" w:rsidRDefault="00000000">
            <w:r>
              <w:rPr>
                <w:sz w:val="16"/>
              </w:rPr>
              <w:t>T4</w:t>
            </w:r>
          </w:p>
        </w:tc>
        <w:tc>
          <w:tcPr>
            <w:tcW w:w="4253" w:type="dxa"/>
            <w:tcMar>
              <w:top w:w="65" w:type="dxa"/>
              <w:left w:w="80" w:type="dxa"/>
              <w:bottom w:w="65" w:type="dxa"/>
              <w:right w:w="80" w:type="dxa"/>
            </w:tcMar>
            <w:vAlign w:val="center"/>
          </w:tcPr>
          <w:p w14:paraId="36085926" w14:textId="77777777" w:rsidR="002D5361" w:rsidRDefault="00000000">
            <w:r>
              <w:rPr>
                <w:sz w:val="16"/>
              </w:rPr>
              <w:t>Population Decline, Local Extinction, and Regional Vitality</w:t>
            </w:r>
          </w:p>
        </w:tc>
        <w:tc>
          <w:tcPr>
            <w:tcW w:w="1134" w:type="dxa"/>
            <w:tcMar>
              <w:top w:w="65" w:type="dxa"/>
              <w:left w:w="80" w:type="dxa"/>
              <w:bottom w:w="65" w:type="dxa"/>
              <w:right w:w="80" w:type="dxa"/>
            </w:tcMar>
            <w:vAlign w:val="center"/>
          </w:tcPr>
          <w:p w14:paraId="7950CE5C" w14:textId="77777777" w:rsidR="002D5361" w:rsidRDefault="00000000">
            <w:r>
              <w:rPr>
                <w:sz w:val="16"/>
              </w:rPr>
              <w:t>2 (1.9%)</w:t>
            </w:r>
          </w:p>
        </w:tc>
        <w:tc>
          <w:tcPr>
            <w:tcW w:w="992" w:type="dxa"/>
            <w:tcMar>
              <w:top w:w="65" w:type="dxa"/>
              <w:left w:w="80" w:type="dxa"/>
              <w:bottom w:w="65" w:type="dxa"/>
              <w:right w:w="80" w:type="dxa"/>
            </w:tcMar>
            <w:vAlign w:val="center"/>
          </w:tcPr>
          <w:p w14:paraId="2C098B2C" w14:textId="77777777" w:rsidR="002D5361" w:rsidRDefault="00000000">
            <w:r>
              <w:rPr>
                <w:sz w:val="16"/>
              </w:rPr>
              <w:t>10 (5.0%)</w:t>
            </w:r>
          </w:p>
        </w:tc>
        <w:tc>
          <w:tcPr>
            <w:tcW w:w="1134" w:type="dxa"/>
            <w:tcMar>
              <w:top w:w="65" w:type="dxa"/>
              <w:left w:w="80" w:type="dxa"/>
              <w:bottom w:w="65" w:type="dxa"/>
              <w:right w:w="80" w:type="dxa"/>
            </w:tcMar>
            <w:vAlign w:val="center"/>
          </w:tcPr>
          <w:p w14:paraId="052CD242" w14:textId="77777777" w:rsidR="002D5361" w:rsidRDefault="00000000">
            <w:r>
              <w:rPr>
                <w:sz w:val="16"/>
              </w:rPr>
              <w:t>18 (7.6%)</w:t>
            </w:r>
          </w:p>
        </w:tc>
        <w:tc>
          <w:tcPr>
            <w:tcW w:w="992" w:type="dxa"/>
            <w:tcMar>
              <w:top w:w="65" w:type="dxa"/>
              <w:left w:w="80" w:type="dxa"/>
              <w:bottom w:w="65" w:type="dxa"/>
              <w:right w:w="80" w:type="dxa"/>
            </w:tcMar>
            <w:vAlign w:val="center"/>
          </w:tcPr>
          <w:p w14:paraId="238AD517" w14:textId="77777777" w:rsidR="002D5361" w:rsidRDefault="00000000">
            <w:r>
              <w:rPr>
                <w:sz w:val="16"/>
              </w:rPr>
              <w:t>71 (21.4%)</w:t>
            </w:r>
          </w:p>
        </w:tc>
        <w:tc>
          <w:tcPr>
            <w:tcW w:w="734" w:type="dxa"/>
            <w:tcMar>
              <w:top w:w="65" w:type="dxa"/>
              <w:left w:w="80" w:type="dxa"/>
              <w:bottom w:w="65" w:type="dxa"/>
              <w:right w:w="80" w:type="dxa"/>
            </w:tcMar>
            <w:vAlign w:val="center"/>
          </w:tcPr>
          <w:p w14:paraId="201DA627" w14:textId="77777777" w:rsidR="002D5361" w:rsidRDefault="00000000">
            <w:r>
              <w:rPr>
                <w:sz w:val="16"/>
              </w:rPr>
              <w:t>+6.12</w:t>
            </w:r>
          </w:p>
        </w:tc>
      </w:tr>
      <w:tr w:rsidR="002D5361" w14:paraId="49628167"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2A729169" w14:textId="77777777" w:rsidR="002D5361" w:rsidRDefault="00000000">
            <w:r>
              <w:rPr>
                <w:sz w:val="16"/>
              </w:rPr>
              <w:t>T5</w:t>
            </w:r>
          </w:p>
        </w:tc>
        <w:tc>
          <w:tcPr>
            <w:tcW w:w="4253" w:type="dxa"/>
            <w:shd w:val="clear" w:color="auto" w:fill="F7F9FB"/>
            <w:tcMar>
              <w:top w:w="65" w:type="dxa"/>
              <w:left w:w="80" w:type="dxa"/>
              <w:bottom w:w="65" w:type="dxa"/>
              <w:right w:w="80" w:type="dxa"/>
            </w:tcMar>
            <w:vAlign w:val="center"/>
          </w:tcPr>
          <w:p w14:paraId="08413A85" w14:textId="77777777" w:rsidR="002D5361" w:rsidRDefault="00000000">
            <w:r>
              <w:rPr>
                <w:sz w:val="16"/>
              </w:rPr>
              <w:t>Firms, Manufacturing Location, and Regional Economies</w:t>
            </w:r>
          </w:p>
        </w:tc>
        <w:tc>
          <w:tcPr>
            <w:tcW w:w="1134" w:type="dxa"/>
            <w:shd w:val="clear" w:color="auto" w:fill="F7F9FB"/>
            <w:tcMar>
              <w:top w:w="65" w:type="dxa"/>
              <w:left w:w="80" w:type="dxa"/>
              <w:bottom w:w="65" w:type="dxa"/>
              <w:right w:w="80" w:type="dxa"/>
            </w:tcMar>
            <w:vAlign w:val="center"/>
          </w:tcPr>
          <w:p w14:paraId="496EBDD5" w14:textId="77777777" w:rsidR="002D5361" w:rsidRDefault="00000000">
            <w:r>
              <w:rPr>
                <w:sz w:val="16"/>
              </w:rPr>
              <w:t>11 (10.3%)</w:t>
            </w:r>
          </w:p>
        </w:tc>
        <w:tc>
          <w:tcPr>
            <w:tcW w:w="992" w:type="dxa"/>
            <w:shd w:val="clear" w:color="auto" w:fill="F7F9FB"/>
            <w:tcMar>
              <w:top w:w="65" w:type="dxa"/>
              <w:left w:w="80" w:type="dxa"/>
              <w:bottom w:w="65" w:type="dxa"/>
              <w:right w:w="80" w:type="dxa"/>
            </w:tcMar>
            <w:vAlign w:val="center"/>
          </w:tcPr>
          <w:p w14:paraId="38757317" w14:textId="77777777" w:rsidR="002D5361" w:rsidRDefault="00000000">
            <w:r>
              <w:rPr>
                <w:sz w:val="16"/>
              </w:rPr>
              <w:t>24 (11.9%)</w:t>
            </w:r>
          </w:p>
        </w:tc>
        <w:tc>
          <w:tcPr>
            <w:tcW w:w="1134" w:type="dxa"/>
            <w:shd w:val="clear" w:color="auto" w:fill="F7F9FB"/>
            <w:tcMar>
              <w:top w:w="65" w:type="dxa"/>
              <w:left w:w="80" w:type="dxa"/>
              <w:bottom w:w="65" w:type="dxa"/>
              <w:right w:w="80" w:type="dxa"/>
            </w:tcMar>
            <w:vAlign w:val="center"/>
          </w:tcPr>
          <w:p w14:paraId="0CCD039D" w14:textId="77777777" w:rsidR="002D5361" w:rsidRDefault="00000000">
            <w:r>
              <w:rPr>
                <w:sz w:val="16"/>
              </w:rPr>
              <w:t>8 (3.4%)</w:t>
            </w:r>
          </w:p>
        </w:tc>
        <w:tc>
          <w:tcPr>
            <w:tcW w:w="992" w:type="dxa"/>
            <w:shd w:val="clear" w:color="auto" w:fill="F7F9FB"/>
            <w:tcMar>
              <w:top w:w="65" w:type="dxa"/>
              <w:left w:w="80" w:type="dxa"/>
              <w:bottom w:w="65" w:type="dxa"/>
              <w:right w:w="80" w:type="dxa"/>
            </w:tcMar>
            <w:vAlign w:val="center"/>
          </w:tcPr>
          <w:p w14:paraId="301051BD" w14:textId="77777777" w:rsidR="002D5361" w:rsidRDefault="00000000">
            <w:r>
              <w:rPr>
                <w:sz w:val="16"/>
              </w:rPr>
              <w:t>17 (5.1%)</w:t>
            </w:r>
          </w:p>
        </w:tc>
        <w:tc>
          <w:tcPr>
            <w:tcW w:w="734" w:type="dxa"/>
            <w:shd w:val="clear" w:color="auto" w:fill="F7F9FB"/>
            <w:tcMar>
              <w:top w:w="65" w:type="dxa"/>
              <w:left w:w="80" w:type="dxa"/>
              <w:bottom w:w="65" w:type="dxa"/>
              <w:right w:w="80" w:type="dxa"/>
            </w:tcMar>
            <w:vAlign w:val="center"/>
          </w:tcPr>
          <w:p w14:paraId="7D1C7FDF" w14:textId="77777777" w:rsidR="002D5361" w:rsidRDefault="00000000">
            <w:r>
              <w:rPr>
                <w:sz w:val="16"/>
              </w:rPr>
              <w:t>-2.40</w:t>
            </w:r>
          </w:p>
        </w:tc>
      </w:tr>
      <w:tr w:rsidR="002D5361" w14:paraId="111BDD54" w14:textId="77777777">
        <w:trPr>
          <w:cantSplit/>
          <w:trHeight w:hRule="exact" w:val="284"/>
          <w:jc w:val="center"/>
        </w:trPr>
        <w:tc>
          <w:tcPr>
            <w:tcW w:w="628" w:type="dxa"/>
            <w:tcMar>
              <w:top w:w="65" w:type="dxa"/>
              <w:left w:w="80" w:type="dxa"/>
              <w:bottom w:w="65" w:type="dxa"/>
              <w:right w:w="80" w:type="dxa"/>
            </w:tcMar>
            <w:vAlign w:val="center"/>
          </w:tcPr>
          <w:p w14:paraId="630B1BC4" w14:textId="77777777" w:rsidR="002D5361" w:rsidRDefault="00000000">
            <w:r>
              <w:rPr>
                <w:sz w:val="16"/>
              </w:rPr>
              <w:t>T6</w:t>
            </w:r>
          </w:p>
        </w:tc>
        <w:tc>
          <w:tcPr>
            <w:tcW w:w="4253" w:type="dxa"/>
            <w:tcMar>
              <w:top w:w="65" w:type="dxa"/>
              <w:left w:w="80" w:type="dxa"/>
              <w:bottom w:w="65" w:type="dxa"/>
              <w:right w:w="80" w:type="dxa"/>
            </w:tcMar>
            <w:vAlign w:val="center"/>
          </w:tcPr>
          <w:p w14:paraId="3C3515C1" w14:textId="77777777" w:rsidR="002D5361" w:rsidRDefault="00000000">
            <w:r>
              <w:rPr>
                <w:sz w:val="16"/>
              </w:rPr>
              <w:t>Comparative Population Decline and Ageing</w:t>
            </w:r>
          </w:p>
        </w:tc>
        <w:tc>
          <w:tcPr>
            <w:tcW w:w="1134" w:type="dxa"/>
            <w:tcMar>
              <w:top w:w="65" w:type="dxa"/>
              <w:left w:w="80" w:type="dxa"/>
              <w:bottom w:w="65" w:type="dxa"/>
              <w:right w:w="80" w:type="dxa"/>
            </w:tcMar>
            <w:vAlign w:val="center"/>
          </w:tcPr>
          <w:p w14:paraId="5B906800" w14:textId="77777777" w:rsidR="002D5361" w:rsidRDefault="00000000">
            <w:r>
              <w:rPr>
                <w:sz w:val="16"/>
              </w:rPr>
              <w:t>2 (1.9%)</w:t>
            </w:r>
          </w:p>
        </w:tc>
        <w:tc>
          <w:tcPr>
            <w:tcW w:w="992" w:type="dxa"/>
            <w:tcMar>
              <w:top w:w="65" w:type="dxa"/>
              <w:left w:w="80" w:type="dxa"/>
              <w:bottom w:w="65" w:type="dxa"/>
              <w:right w:w="80" w:type="dxa"/>
            </w:tcMar>
            <w:vAlign w:val="center"/>
          </w:tcPr>
          <w:p w14:paraId="4DF2AE80" w14:textId="77777777" w:rsidR="002D5361" w:rsidRDefault="00000000">
            <w:r>
              <w:rPr>
                <w:sz w:val="16"/>
              </w:rPr>
              <w:t>3 (1.5%)</w:t>
            </w:r>
          </w:p>
        </w:tc>
        <w:tc>
          <w:tcPr>
            <w:tcW w:w="1134" w:type="dxa"/>
            <w:tcMar>
              <w:top w:w="65" w:type="dxa"/>
              <w:left w:w="80" w:type="dxa"/>
              <w:bottom w:w="65" w:type="dxa"/>
              <w:right w:w="80" w:type="dxa"/>
            </w:tcMar>
            <w:vAlign w:val="center"/>
          </w:tcPr>
          <w:p w14:paraId="721D50EB" w14:textId="77777777" w:rsidR="002D5361" w:rsidRDefault="00000000">
            <w:r>
              <w:rPr>
                <w:sz w:val="16"/>
              </w:rPr>
              <w:t>10 (4.2%)</w:t>
            </w:r>
          </w:p>
        </w:tc>
        <w:tc>
          <w:tcPr>
            <w:tcW w:w="992" w:type="dxa"/>
            <w:tcMar>
              <w:top w:w="65" w:type="dxa"/>
              <w:left w:w="80" w:type="dxa"/>
              <w:bottom w:w="65" w:type="dxa"/>
              <w:right w:w="80" w:type="dxa"/>
            </w:tcMar>
            <w:vAlign w:val="center"/>
          </w:tcPr>
          <w:p w14:paraId="69B64134" w14:textId="77777777" w:rsidR="002D5361" w:rsidRDefault="00000000">
            <w:r>
              <w:rPr>
                <w:sz w:val="16"/>
              </w:rPr>
              <w:t>22 (6.6%)</w:t>
            </w:r>
          </w:p>
        </w:tc>
        <w:tc>
          <w:tcPr>
            <w:tcW w:w="734" w:type="dxa"/>
            <w:tcMar>
              <w:top w:w="65" w:type="dxa"/>
              <w:left w:w="80" w:type="dxa"/>
              <w:bottom w:w="65" w:type="dxa"/>
              <w:right w:w="80" w:type="dxa"/>
            </w:tcMar>
            <w:vAlign w:val="center"/>
          </w:tcPr>
          <w:p w14:paraId="0FF04F38" w14:textId="77777777" w:rsidR="002D5361" w:rsidRDefault="00000000">
            <w:r>
              <w:rPr>
                <w:sz w:val="16"/>
              </w:rPr>
              <w:t>+1.70</w:t>
            </w:r>
          </w:p>
        </w:tc>
      </w:tr>
      <w:tr w:rsidR="002D5361" w14:paraId="164A3A90"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7506AC04" w14:textId="77777777" w:rsidR="002D5361" w:rsidRDefault="00000000">
            <w:r>
              <w:rPr>
                <w:sz w:val="16"/>
              </w:rPr>
              <w:t>T7</w:t>
            </w:r>
          </w:p>
        </w:tc>
        <w:tc>
          <w:tcPr>
            <w:tcW w:w="4253" w:type="dxa"/>
            <w:shd w:val="clear" w:color="auto" w:fill="F7F9FB"/>
            <w:tcMar>
              <w:top w:w="65" w:type="dxa"/>
              <w:left w:w="80" w:type="dxa"/>
              <w:bottom w:w="65" w:type="dxa"/>
              <w:right w:w="80" w:type="dxa"/>
            </w:tcMar>
            <w:vAlign w:val="center"/>
          </w:tcPr>
          <w:p w14:paraId="1C0200C1" w14:textId="77777777" w:rsidR="002D5361" w:rsidRDefault="00000000">
            <w:r>
              <w:rPr>
                <w:sz w:val="16"/>
              </w:rPr>
              <w:t>Metropolitan Governance, Urban Regeneration, and Entrepreneurship</w:t>
            </w:r>
          </w:p>
        </w:tc>
        <w:tc>
          <w:tcPr>
            <w:tcW w:w="1134" w:type="dxa"/>
            <w:shd w:val="clear" w:color="auto" w:fill="F7F9FB"/>
            <w:tcMar>
              <w:top w:w="65" w:type="dxa"/>
              <w:left w:w="80" w:type="dxa"/>
              <w:bottom w:w="65" w:type="dxa"/>
              <w:right w:w="80" w:type="dxa"/>
            </w:tcMar>
            <w:vAlign w:val="center"/>
          </w:tcPr>
          <w:p w14:paraId="13E3A3CA" w14:textId="77777777" w:rsidR="002D5361" w:rsidRDefault="00000000">
            <w:r>
              <w:rPr>
                <w:sz w:val="16"/>
              </w:rPr>
              <w:t>6 (5.6%)</w:t>
            </w:r>
          </w:p>
        </w:tc>
        <w:tc>
          <w:tcPr>
            <w:tcW w:w="992" w:type="dxa"/>
            <w:shd w:val="clear" w:color="auto" w:fill="F7F9FB"/>
            <w:tcMar>
              <w:top w:w="65" w:type="dxa"/>
              <w:left w:w="80" w:type="dxa"/>
              <w:bottom w:w="65" w:type="dxa"/>
              <w:right w:w="80" w:type="dxa"/>
            </w:tcMar>
            <w:vAlign w:val="center"/>
          </w:tcPr>
          <w:p w14:paraId="1F0F2E4A" w14:textId="77777777" w:rsidR="002D5361" w:rsidRDefault="00000000">
            <w:r>
              <w:rPr>
                <w:sz w:val="16"/>
              </w:rPr>
              <w:t>4 (2.0%)</w:t>
            </w:r>
          </w:p>
        </w:tc>
        <w:tc>
          <w:tcPr>
            <w:tcW w:w="1134" w:type="dxa"/>
            <w:shd w:val="clear" w:color="auto" w:fill="F7F9FB"/>
            <w:tcMar>
              <w:top w:w="65" w:type="dxa"/>
              <w:left w:w="80" w:type="dxa"/>
              <w:bottom w:w="65" w:type="dxa"/>
              <w:right w:w="80" w:type="dxa"/>
            </w:tcMar>
            <w:vAlign w:val="center"/>
          </w:tcPr>
          <w:p w14:paraId="246F7F50" w14:textId="77777777" w:rsidR="002D5361" w:rsidRDefault="00000000">
            <w:r>
              <w:rPr>
                <w:sz w:val="16"/>
              </w:rPr>
              <w:t>7 (2.9%)</w:t>
            </w:r>
          </w:p>
        </w:tc>
        <w:tc>
          <w:tcPr>
            <w:tcW w:w="992" w:type="dxa"/>
            <w:shd w:val="clear" w:color="auto" w:fill="F7F9FB"/>
            <w:tcMar>
              <w:top w:w="65" w:type="dxa"/>
              <w:left w:w="80" w:type="dxa"/>
              <w:bottom w:w="65" w:type="dxa"/>
              <w:right w:w="80" w:type="dxa"/>
            </w:tcMar>
            <w:vAlign w:val="center"/>
          </w:tcPr>
          <w:p w14:paraId="6473DCE7" w14:textId="77777777" w:rsidR="002D5361" w:rsidRDefault="00000000">
            <w:r>
              <w:rPr>
                <w:sz w:val="16"/>
              </w:rPr>
              <w:t>10 (3.0%)</w:t>
            </w:r>
          </w:p>
        </w:tc>
        <w:tc>
          <w:tcPr>
            <w:tcW w:w="734" w:type="dxa"/>
            <w:shd w:val="clear" w:color="auto" w:fill="F7F9FB"/>
            <w:tcMar>
              <w:top w:w="65" w:type="dxa"/>
              <w:left w:w="80" w:type="dxa"/>
              <w:bottom w:w="65" w:type="dxa"/>
              <w:right w:w="80" w:type="dxa"/>
            </w:tcMar>
            <w:vAlign w:val="center"/>
          </w:tcPr>
          <w:p w14:paraId="4BEE76A3" w14:textId="77777777" w:rsidR="002D5361" w:rsidRDefault="00000000">
            <w:r>
              <w:rPr>
                <w:sz w:val="16"/>
              </w:rPr>
              <w:t>-0.68</w:t>
            </w:r>
          </w:p>
        </w:tc>
      </w:tr>
      <w:tr w:rsidR="002D5361" w14:paraId="65F38247" w14:textId="77777777">
        <w:trPr>
          <w:cantSplit/>
          <w:trHeight w:hRule="exact" w:val="284"/>
          <w:jc w:val="center"/>
        </w:trPr>
        <w:tc>
          <w:tcPr>
            <w:tcW w:w="628" w:type="dxa"/>
            <w:tcMar>
              <w:top w:w="65" w:type="dxa"/>
              <w:left w:w="80" w:type="dxa"/>
              <w:bottom w:w="65" w:type="dxa"/>
              <w:right w:w="80" w:type="dxa"/>
            </w:tcMar>
            <w:vAlign w:val="center"/>
          </w:tcPr>
          <w:p w14:paraId="38B556A4" w14:textId="77777777" w:rsidR="002D5361" w:rsidRDefault="00000000">
            <w:r>
              <w:rPr>
                <w:sz w:val="16"/>
              </w:rPr>
              <w:t>T8</w:t>
            </w:r>
          </w:p>
        </w:tc>
        <w:tc>
          <w:tcPr>
            <w:tcW w:w="4253" w:type="dxa"/>
            <w:tcMar>
              <w:top w:w="65" w:type="dxa"/>
              <w:left w:w="80" w:type="dxa"/>
              <w:bottom w:w="65" w:type="dxa"/>
              <w:right w:w="80" w:type="dxa"/>
            </w:tcMar>
            <w:vAlign w:val="center"/>
          </w:tcPr>
          <w:p w14:paraId="1FC9B17D" w14:textId="77777777" w:rsidR="002D5361" w:rsidRDefault="00000000">
            <w:r>
              <w:rPr>
                <w:sz w:val="16"/>
              </w:rPr>
              <w:t>Chinese Central-Local Relations and Decentralization</w:t>
            </w:r>
          </w:p>
        </w:tc>
        <w:tc>
          <w:tcPr>
            <w:tcW w:w="1134" w:type="dxa"/>
            <w:tcMar>
              <w:top w:w="65" w:type="dxa"/>
              <w:left w:w="80" w:type="dxa"/>
              <w:bottom w:w="65" w:type="dxa"/>
              <w:right w:w="80" w:type="dxa"/>
            </w:tcMar>
            <w:vAlign w:val="center"/>
          </w:tcPr>
          <w:p w14:paraId="17AACF12" w14:textId="77777777" w:rsidR="002D5361" w:rsidRDefault="00000000">
            <w:r>
              <w:rPr>
                <w:sz w:val="16"/>
              </w:rPr>
              <w:t>2 (1.9%)</w:t>
            </w:r>
          </w:p>
        </w:tc>
        <w:tc>
          <w:tcPr>
            <w:tcW w:w="992" w:type="dxa"/>
            <w:tcMar>
              <w:top w:w="65" w:type="dxa"/>
              <w:left w:w="80" w:type="dxa"/>
              <w:bottom w:w="65" w:type="dxa"/>
              <w:right w:w="80" w:type="dxa"/>
            </w:tcMar>
            <w:vAlign w:val="center"/>
          </w:tcPr>
          <w:p w14:paraId="0ED6A408" w14:textId="77777777" w:rsidR="002D5361" w:rsidRDefault="00000000">
            <w:r>
              <w:rPr>
                <w:sz w:val="16"/>
              </w:rPr>
              <w:t>12 (5.9%)</w:t>
            </w:r>
          </w:p>
        </w:tc>
        <w:tc>
          <w:tcPr>
            <w:tcW w:w="1134" w:type="dxa"/>
            <w:tcMar>
              <w:top w:w="65" w:type="dxa"/>
              <w:left w:w="80" w:type="dxa"/>
              <w:bottom w:w="65" w:type="dxa"/>
              <w:right w:w="80" w:type="dxa"/>
            </w:tcMar>
            <w:vAlign w:val="center"/>
          </w:tcPr>
          <w:p w14:paraId="5B5F8D1D" w14:textId="77777777" w:rsidR="002D5361" w:rsidRDefault="00000000">
            <w:r>
              <w:rPr>
                <w:sz w:val="16"/>
              </w:rPr>
              <w:t>5 (2.1%)</w:t>
            </w:r>
          </w:p>
        </w:tc>
        <w:tc>
          <w:tcPr>
            <w:tcW w:w="992" w:type="dxa"/>
            <w:tcMar>
              <w:top w:w="65" w:type="dxa"/>
              <w:left w:w="80" w:type="dxa"/>
              <w:bottom w:w="65" w:type="dxa"/>
              <w:right w:w="80" w:type="dxa"/>
            </w:tcMar>
            <w:vAlign w:val="center"/>
          </w:tcPr>
          <w:p w14:paraId="7BB572F0" w14:textId="77777777" w:rsidR="002D5361" w:rsidRDefault="00000000">
            <w:r>
              <w:rPr>
                <w:sz w:val="16"/>
              </w:rPr>
              <w:t>8 (2.4%)</w:t>
            </w:r>
          </w:p>
        </w:tc>
        <w:tc>
          <w:tcPr>
            <w:tcW w:w="734" w:type="dxa"/>
            <w:tcMar>
              <w:top w:w="65" w:type="dxa"/>
              <w:left w:w="80" w:type="dxa"/>
              <w:bottom w:w="65" w:type="dxa"/>
              <w:right w:w="80" w:type="dxa"/>
            </w:tcMar>
            <w:vAlign w:val="center"/>
          </w:tcPr>
          <w:p w14:paraId="7B07667B" w14:textId="77777777" w:rsidR="002D5361" w:rsidRDefault="00000000">
            <w:r>
              <w:rPr>
                <w:sz w:val="16"/>
              </w:rPr>
              <w:t>-0.22</w:t>
            </w:r>
          </w:p>
        </w:tc>
      </w:tr>
      <w:tr w:rsidR="002D5361" w14:paraId="0AACE54C"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49D9D8E6" w14:textId="77777777" w:rsidR="002D5361" w:rsidRDefault="00000000">
            <w:r>
              <w:rPr>
                <w:sz w:val="16"/>
              </w:rPr>
              <w:t>T9</w:t>
            </w:r>
          </w:p>
        </w:tc>
        <w:tc>
          <w:tcPr>
            <w:tcW w:w="4253" w:type="dxa"/>
            <w:shd w:val="clear" w:color="auto" w:fill="F7F9FB"/>
            <w:tcMar>
              <w:top w:w="65" w:type="dxa"/>
              <w:left w:w="80" w:type="dxa"/>
              <w:bottom w:w="65" w:type="dxa"/>
              <w:right w:w="80" w:type="dxa"/>
            </w:tcMar>
            <w:vAlign w:val="center"/>
          </w:tcPr>
          <w:p w14:paraId="4562DA1A" w14:textId="77777777" w:rsidR="002D5361" w:rsidRDefault="00000000">
            <w:r>
              <w:rPr>
                <w:sz w:val="16"/>
              </w:rPr>
              <w:t>Regional Development Policy and Mega-Regional Economies</w:t>
            </w:r>
          </w:p>
        </w:tc>
        <w:tc>
          <w:tcPr>
            <w:tcW w:w="1134" w:type="dxa"/>
            <w:shd w:val="clear" w:color="auto" w:fill="F7F9FB"/>
            <w:tcMar>
              <w:top w:w="65" w:type="dxa"/>
              <w:left w:w="80" w:type="dxa"/>
              <w:bottom w:w="65" w:type="dxa"/>
              <w:right w:w="80" w:type="dxa"/>
            </w:tcMar>
            <w:vAlign w:val="center"/>
          </w:tcPr>
          <w:p w14:paraId="7C55FC85" w14:textId="77777777" w:rsidR="002D5361" w:rsidRDefault="00000000">
            <w:r>
              <w:rPr>
                <w:sz w:val="16"/>
              </w:rPr>
              <w:t>10 (9.3%)</w:t>
            </w:r>
          </w:p>
        </w:tc>
        <w:tc>
          <w:tcPr>
            <w:tcW w:w="992" w:type="dxa"/>
            <w:shd w:val="clear" w:color="auto" w:fill="F7F9FB"/>
            <w:tcMar>
              <w:top w:w="65" w:type="dxa"/>
              <w:left w:w="80" w:type="dxa"/>
              <w:bottom w:w="65" w:type="dxa"/>
              <w:right w:w="80" w:type="dxa"/>
            </w:tcMar>
            <w:vAlign w:val="center"/>
          </w:tcPr>
          <w:p w14:paraId="09C57BCC" w14:textId="77777777" w:rsidR="002D5361" w:rsidRDefault="00000000">
            <w:r>
              <w:rPr>
                <w:sz w:val="16"/>
              </w:rPr>
              <w:t>2 (1.0%)</w:t>
            </w:r>
          </w:p>
        </w:tc>
        <w:tc>
          <w:tcPr>
            <w:tcW w:w="1134" w:type="dxa"/>
            <w:shd w:val="clear" w:color="auto" w:fill="F7F9FB"/>
            <w:tcMar>
              <w:top w:w="65" w:type="dxa"/>
              <w:left w:w="80" w:type="dxa"/>
              <w:bottom w:w="65" w:type="dxa"/>
              <w:right w:w="80" w:type="dxa"/>
            </w:tcMar>
            <w:vAlign w:val="center"/>
          </w:tcPr>
          <w:p w14:paraId="782AEFC9" w14:textId="77777777" w:rsidR="002D5361" w:rsidRDefault="00000000">
            <w:r>
              <w:rPr>
                <w:sz w:val="16"/>
              </w:rPr>
              <w:t>1 (0.4%)</w:t>
            </w:r>
          </w:p>
        </w:tc>
        <w:tc>
          <w:tcPr>
            <w:tcW w:w="992" w:type="dxa"/>
            <w:shd w:val="clear" w:color="auto" w:fill="F7F9FB"/>
            <w:tcMar>
              <w:top w:w="65" w:type="dxa"/>
              <w:left w:w="80" w:type="dxa"/>
              <w:bottom w:w="65" w:type="dxa"/>
              <w:right w:w="80" w:type="dxa"/>
            </w:tcMar>
            <w:vAlign w:val="center"/>
          </w:tcPr>
          <w:p w14:paraId="223DF871" w14:textId="77777777" w:rsidR="002D5361" w:rsidRDefault="00000000">
            <w:r>
              <w:rPr>
                <w:sz w:val="16"/>
              </w:rPr>
              <w:t>12 (3.6%)</w:t>
            </w:r>
          </w:p>
        </w:tc>
        <w:tc>
          <w:tcPr>
            <w:tcW w:w="734" w:type="dxa"/>
            <w:shd w:val="clear" w:color="auto" w:fill="F7F9FB"/>
            <w:tcMar>
              <w:top w:w="65" w:type="dxa"/>
              <w:left w:w="80" w:type="dxa"/>
              <w:bottom w:w="65" w:type="dxa"/>
              <w:right w:w="80" w:type="dxa"/>
            </w:tcMar>
            <w:vAlign w:val="center"/>
          </w:tcPr>
          <w:p w14:paraId="3E70DBCC" w14:textId="77777777" w:rsidR="002D5361" w:rsidRDefault="00000000">
            <w:r>
              <w:rPr>
                <w:sz w:val="16"/>
              </w:rPr>
              <w:t>-1.78</w:t>
            </w:r>
          </w:p>
        </w:tc>
      </w:tr>
      <w:tr w:rsidR="002D5361" w14:paraId="432D33AD" w14:textId="77777777">
        <w:trPr>
          <w:cantSplit/>
          <w:trHeight w:hRule="exact" w:val="284"/>
          <w:jc w:val="center"/>
        </w:trPr>
        <w:tc>
          <w:tcPr>
            <w:tcW w:w="628" w:type="dxa"/>
            <w:tcMar>
              <w:top w:w="65" w:type="dxa"/>
              <w:left w:w="80" w:type="dxa"/>
              <w:bottom w:w="65" w:type="dxa"/>
              <w:right w:w="80" w:type="dxa"/>
            </w:tcMar>
            <w:vAlign w:val="center"/>
          </w:tcPr>
          <w:p w14:paraId="25E55354" w14:textId="77777777" w:rsidR="002D5361" w:rsidRDefault="00000000">
            <w:r>
              <w:rPr>
                <w:sz w:val="16"/>
              </w:rPr>
              <w:t>T10</w:t>
            </w:r>
          </w:p>
        </w:tc>
        <w:tc>
          <w:tcPr>
            <w:tcW w:w="4253" w:type="dxa"/>
            <w:tcMar>
              <w:top w:w="65" w:type="dxa"/>
              <w:left w:w="80" w:type="dxa"/>
              <w:bottom w:w="65" w:type="dxa"/>
              <w:right w:w="80" w:type="dxa"/>
            </w:tcMar>
            <w:vAlign w:val="center"/>
          </w:tcPr>
          <w:p w14:paraId="69BA7243" w14:textId="77777777" w:rsidR="002D5361" w:rsidRDefault="00000000">
            <w:r>
              <w:rPr>
                <w:sz w:val="16"/>
              </w:rPr>
              <w:t>Inter-Local Cooperation and Administrative Integration</w:t>
            </w:r>
          </w:p>
        </w:tc>
        <w:tc>
          <w:tcPr>
            <w:tcW w:w="1134" w:type="dxa"/>
            <w:tcMar>
              <w:top w:w="65" w:type="dxa"/>
              <w:left w:w="80" w:type="dxa"/>
              <w:bottom w:w="65" w:type="dxa"/>
              <w:right w:w="80" w:type="dxa"/>
            </w:tcMar>
            <w:vAlign w:val="center"/>
          </w:tcPr>
          <w:p w14:paraId="30BE6FBF" w14:textId="77777777" w:rsidR="002D5361" w:rsidRDefault="00000000">
            <w:r>
              <w:rPr>
                <w:sz w:val="16"/>
              </w:rPr>
              <w:t>3 (2.8%)</w:t>
            </w:r>
          </w:p>
        </w:tc>
        <w:tc>
          <w:tcPr>
            <w:tcW w:w="992" w:type="dxa"/>
            <w:tcMar>
              <w:top w:w="65" w:type="dxa"/>
              <w:left w:w="80" w:type="dxa"/>
              <w:bottom w:w="65" w:type="dxa"/>
              <w:right w:w="80" w:type="dxa"/>
            </w:tcMar>
            <w:vAlign w:val="center"/>
          </w:tcPr>
          <w:p w14:paraId="14D1D273" w14:textId="77777777" w:rsidR="002D5361" w:rsidRDefault="00000000">
            <w:r>
              <w:rPr>
                <w:sz w:val="16"/>
              </w:rPr>
              <w:t>5 (2.5%)</w:t>
            </w:r>
          </w:p>
        </w:tc>
        <w:tc>
          <w:tcPr>
            <w:tcW w:w="1134" w:type="dxa"/>
            <w:tcMar>
              <w:top w:w="65" w:type="dxa"/>
              <w:left w:w="80" w:type="dxa"/>
              <w:bottom w:w="65" w:type="dxa"/>
              <w:right w:w="80" w:type="dxa"/>
            </w:tcMar>
            <w:vAlign w:val="center"/>
          </w:tcPr>
          <w:p w14:paraId="50833402" w14:textId="77777777" w:rsidR="002D5361" w:rsidRDefault="00000000">
            <w:r>
              <w:rPr>
                <w:sz w:val="16"/>
              </w:rPr>
              <w:t>7 (2.9%)</w:t>
            </w:r>
          </w:p>
        </w:tc>
        <w:tc>
          <w:tcPr>
            <w:tcW w:w="992" w:type="dxa"/>
            <w:tcMar>
              <w:top w:w="65" w:type="dxa"/>
              <w:left w:w="80" w:type="dxa"/>
              <w:bottom w:w="65" w:type="dxa"/>
              <w:right w:w="80" w:type="dxa"/>
            </w:tcMar>
            <w:vAlign w:val="center"/>
          </w:tcPr>
          <w:p w14:paraId="546F0D56" w14:textId="77777777" w:rsidR="002D5361" w:rsidRDefault="00000000">
            <w:r>
              <w:rPr>
                <w:sz w:val="16"/>
              </w:rPr>
              <w:t>10 (3.0%)</w:t>
            </w:r>
          </w:p>
        </w:tc>
        <w:tc>
          <w:tcPr>
            <w:tcW w:w="734" w:type="dxa"/>
            <w:tcMar>
              <w:top w:w="65" w:type="dxa"/>
              <w:left w:w="80" w:type="dxa"/>
              <w:bottom w:w="65" w:type="dxa"/>
              <w:right w:w="80" w:type="dxa"/>
            </w:tcMar>
            <w:vAlign w:val="center"/>
          </w:tcPr>
          <w:p w14:paraId="435F8990" w14:textId="77777777" w:rsidR="002D5361" w:rsidRDefault="00000000">
            <w:r>
              <w:rPr>
                <w:sz w:val="16"/>
              </w:rPr>
              <w:t>+0.11</w:t>
            </w:r>
          </w:p>
        </w:tc>
      </w:tr>
      <w:tr w:rsidR="002D5361" w14:paraId="6B008A6D"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38244FEF" w14:textId="77777777" w:rsidR="002D5361" w:rsidRDefault="00000000">
            <w:r>
              <w:rPr>
                <w:sz w:val="16"/>
              </w:rPr>
              <w:t>T11</w:t>
            </w:r>
          </w:p>
        </w:tc>
        <w:tc>
          <w:tcPr>
            <w:tcW w:w="4253" w:type="dxa"/>
            <w:shd w:val="clear" w:color="auto" w:fill="F7F9FB"/>
            <w:tcMar>
              <w:top w:w="65" w:type="dxa"/>
              <w:left w:w="80" w:type="dxa"/>
              <w:bottom w:w="65" w:type="dxa"/>
              <w:right w:w="80" w:type="dxa"/>
            </w:tcMar>
            <w:vAlign w:val="center"/>
          </w:tcPr>
          <w:p w14:paraId="641B66BA" w14:textId="77777777" w:rsidR="002D5361" w:rsidRDefault="00000000">
            <w:r>
              <w:rPr>
                <w:sz w:val="16"/>
              </w:rPr>
              <w:t>Youth Migration, Employment, and Regional Settlement</w:t>
            </w:r>
          </w:p>
        </w:tc>
        <w:tc>
          <w:tcPr>
            <w:tcW w:w="1134" w:type="dxa"/>
            <w:shd w:val="clear" w:color="auto" w:fill="F7F9FB"/>
            <w:tcMar>
              <w:top w:w="65" w:type="dxa"/>
              <w:left w:w="80" w:type="dxa"/>
              <w:bottom w:w="65" w:type="dxa"/>
              <w:right w:w="80" w:type="dxa"/>
            </w:tcMar>
            <w:vAlign w:val="center"/>
          </w:tcPr>
          <w:p w14:paraId="0A40E4C9" w14:textId="77777777" w:rsidR="002D5361" w:rsidRDefault="00000000">
            <w:r>
              <w:rPr>
                <w:sz w:val="16"/>
              </w:rPr>
              <w:t>0 (0.0%)</w:t>
            </w:r>
          </w:p>
        </w:tc>
        <w:tc>
          <w:tcPr>
            <w:tcW w:w="992" w:type="dxa"/>
            <w:shd w:val="clear" w:color="auto" w:fill="F7F9FB"/>
            <w:tcMar>
              <w:top w:w="65" w:type="dxa"/>
              <w:left w:w="80" w:type="dxa"/>
              <w:bottom w:w="65" w:type="dxa"/>
              <w:right w:w="80" w:type="dxa"/>
            </w:tcMar>
            <w:vAlign w:val="center"/>
          </w:tcPr>
          <w:p w14:paraId="7695A61E" w14:textId="77777777" w:rsidR="002D5361" w:rsidRDefault="00000000">
            <w:r>
              <w:rPr>
                <w:sz w:val="16"/>
              </w:rPr>
              <w:t>0 (0.0%)</w:t>
            </w:r>
          </w:p>
        </w:tc>
        <w:tc>
          <w:tcPr>
            <w:tcW w:w="1134" w:type="dxa"/>
            <w:shd w:val="clear" w:color="auto" w:fill="F7F9FB"/>
            <w:tcMar>
              <w:top w:w="65" w:type="dxa"/>
              <w:left w:w="80" w:type="dxa"/>
              <w:bottom w:w="65" w:type="dxa"/>
              <w:right w:w="80" w:type="dxa"/>
            </w:tcMar>
            <w:vAlign w:val="center"/>
          </w:tcPr>
          <w:p w14:paraId="6612C874" w14:textId="77777777" w:rsidR="002D5361" w:rsidRDefault="00000000">
            <w:r>
              <w:rPr>
                <w:sz w:val="16"/>
              </w:rPr>
              <w:t>4 (1.7%)</w:t>
            </w:r>
          </w:p>
        </w:tc>
        <w:tc>
          <w:tcPr>
            <w:tcW w:w="992" w:type="dxa"/>
            <w:shd w:val="clear" w:color="auto" w:fill="F7F9FB"/>
            <w:tcMar>
              <w:top w:w="65" w:type="dxa"/>
              <w:left w:w="80" w:type="dxa"/>
              <w:bottom w:w="65" w:type="dxa"/>
              <w:right w:w="80" w:type="dxa"/>
            </w:tcMar>
            <w:vAlign w:val="center"/>
          </w:tcPr>
          <w:p w14:paraId="79A0F835" w14:textId="77777777" w:rsidR="002D5361" w:rsidRDefault="00000000">
            <w:r>
              <w:rPr>
                <w:sz w:val="16"/>
              </w:rPr>
              <w:t>19 (5.7%)</w:t>
            </w:r>
          </w:p>
        </w:tc>
        <w:tc>
          <w:tcPr>
            <w:tcW w:w="734" w:type="dxa"/>
            <w:shd w:val="clear" w:color="auto" w:fill="F7F9FB"/>
            <w:tcMar>
              <w:top w:w="65" w:type="dxa"/>
              <w:left w:w="80" w:type="dxa"/>
              <w:bottom w:w="65" w:type="dxa"/>
              <w:right w:w="80" w:type="dxa"/>
            </w:tcMar>
            <w:vAlign w:val="center"/>
          </w:tcPr>
          <w:p w14:paraId="2F5F02F0" w14:textId="77777777" w:rsidR="002D5361" w:rsidRDefault="00000000">
            <w:r>
              <w:rPr>
                <w:sz w:val="16"/>
              </w:rPr>
              <w:t>+1.88</w:t>
            </w:r>
          </w:p>
        </w:tc>
      </w:tr>
      <w:tr w:rsidR="002D5361" w14:paraId="10616DC2" w14:textId="77777777">
        <w:trPr>
          <w:cantSplit/>
          <w:trHeight w:hRule="exact" w:val="284"/>
          <w:jc w:val="center"/>
        </w:trPr>
        <w:tc>
          <w:tcPr>
            <w:tcW w:w="628" w:type="dxa"/>
            <w:tcMar>
              <w:top w:w="65" w:type="dxa"/>
              <w:left w:w="80" w:type="dxa"/>
              <w:bottom w:w="65" w:type="dxa"/>
              <w:right w:w="80" w:type="dxa"/>
            </w:tcMar>
            <w:vAlign w:val="center"/>
          </w:tcPr>
          <w:p w14:paraId="0ECB5E41" w14:textId="77777777" w:rsidR="002D5361" w:rsidRDefault="00000000">
            <w:r>
              <w:rPr>
                <w:sz w:val="16"/>
              </w:rPr>
              <w:t>T12</w:t>
            </w:r>
          </w:p>
        </w:tc>
        <w:tc>
          <w:tcPr>
            <w:tcW w:w="4253" w:type="dxa"/>
            <w:tcMar>
              <w:top w:w="65" w:type="dxa"/>
              <w:left w:w="80" w:type="dxa"/>
              <w:bottom w:w="65" w:type="dxa"/>
              <w:right w:w="80" w:type="dxa"/>
            </w:tcMar>
            <w:vAlign w:val="center"/>
          </w:tcPr>
          <w:p w14:paraId="2AEB9165" w14:textId="77777777" w:rsidR="002D5361" w:rsidRDefault="00000000">
            <w:r>
              <w:rPr>
                <w:sz w:val="16"/>
              </w:rPr>
              <w:t>Evaluation of Balanced Development Programs and Indicators</w:t>
            </w:r>
          </w:p>
        </w:tc>
        <w:tc>
          <w:tcPr>
            <w:tcW w:w="1134" w:type="dxa"/>
            <w:tcMar>
              <w:top w:w="65" w:type="dxa"/>
              <w:left w:w="80" w:type="dxa"/>
              <w:bottom w:w="65" w:type="dxa"/>
              <w:right w:w="80" w:type="dxa"/>
            </w:tcMar>
            <w:vAlign w:val="center"/>
          </w:tcPr>
          <w:p w14:paraId="2A35A8DC" w14:textId="77777777" w:rsidR="002D5361" w:rsidRDefault="00000000">
            <w:r>
              <w:rPr>
                <w:sz w:val="16"/>
              </w:rPr>
              <w:t>2 (1.9%)</w:t>
            </w:r>
          </w:p>
        </w:tc>
        <w:tc>
          <w:tcPr>
            <w:tcW w:w="992" w:type="dxa"/>
            <w:tcMar>
              <w:top w:w="65" w:type="dxa"/>
              <w:left w:w="80" w:type="dxa"/>
              <w:bottom w:w="65" w:type="dxa"/>
              <w:right w:w="80" w:type="dxa"/>
            </w:tcMar>
            <w:vAlign w:val="center"/>
          </w:tcPr>
          <w:p w14:paraId="679BB93D" w14:textId="77777777" w:rsidR="002D5361" w:rsidRDefault="00000000">
            <w:r>
              <w:rPr>
                <w:sz w:val="16"/>
              </w:rPr>
              <w:t>3 (1.5%)</w:t>
            </w:r>
          </w:p>
        </w:tc>
        <w:tc>
          <w:tcPr>
            <w:tcW w:w="1134" w:type="dxa"/>
            <w:tcMar>
              <w:top w:w="65" w:type="dxa"/>
              <w:left w:w="80" w:type="dxa"/>
              <w:bottom w:w="65" w:type="dxa"/>
              <w:right w:w="80" w:type="dxa"/>
            </w:tcMar>
            <w:vAlign w:val="center"/>
          </w:tcPr>
          <w:p w14:paraId="5C1E57A3" w14:textId="77777777" w:rsidR="002D5361" w:rsidRDefault="00000000">
            <w:r>
              <w:rPr>
                <w:sz w:val="16"/>
              </w:rPr>
              <w:t>4 (1.7%)</w:t>
            </w:r>
          </w:p>
        </w:tc>
        <w:tc>
          <w:tcPr>
            <w:tcW w:w="992" w:type="dxa"/>
            <w:tcMar>
              <w:top w:w="65" w:type="dxa"/>
              <w:left w:w="80" w:type="dxa"/>
              <w:bottom w:w="65" w:type="dxa"/>
              <w:right w:w="80" w:type="dxa"/>
            </w:tcMar>
            <w:vAlign w:val="center"/>
          </w:tcPr>
          <w:p w14:paraId="1314F96F" w14:textId="77777777" w:rsidR="002D5361" w:rsidRDefault="00000000">
            <w:r>
              <w:rPr>
                <w:sz w:val="16"/>
              </w:rPr>
              <w:t>13 (3.9%)</w:t>
            </w:r>
          </w:p>
        </w:tc>
        <w:tc>
          <w:tcPr>
            <w:tcW w:w="734" w:type="dxa"/>
            <w:tcMar>
              <w:top w:w="65" w:type="dxa"/>
              <w:left w:w="80" w:type="dxa"/>
              <w:bottom w:w="65" w:type="dxa"/>
              <w:right w:w="80" w:type="dxa"/>
            </w:tcMar>
            <w:vAlign w:val="center"/>
          </w:tcPr>
          <w:p w14:paraId="26B1DC69" w14:textId="77777777" w:rsidR="002D5361" w:rsidRDefault="00000000">
            <w:r>
              <w:rPr>
                <w:sz w:val="16"/>
              </w:rPr>
              <w:t>+0.63</w:t>
            </w:r>
          </w:p>
        </w:tc>
      </w:tr>
      <w:tr w:rsidR="002D5361" w14:paraId="03ABC680" w14:textId="77777777">
        <w:trPr>
          <w:cantSplit/>
          <w:trHeight w:hRule="exact" w:val="284"/>
          <w:jc w:val="center"/>
        </w:trPr>
        <w:tc>
          <w:tcPr>
            <w:tcW w:w="628" w:type="dxa"/>
            <w:shd w:val="clear" w:color="auto" w:fill="F7F9FB"/>
            <w:tcMar>
              <w:top w:w="65" w:type="dxa"/>
              <w:left w:w="80" w:type="dxa"/>
              <w:bottom w:w="65" w:type="dxa"/>
              <w:right w:w="80" w:type="dxa"/>
            </w:tcMar>
            <w:vAlign w:val="center"/>
          </w:tcPr>
          <w:p w14:paraId="04BC5524" w14:textId="77777777" w:rsidR="002D5361" w:rsidRDefault="00000000">
            <w:r>
              <w:rPr>
                <w:sz w:val="16"/>
              </w:rPr>
              <w:t>T13</w:t>
            </w:r>
          </w:p>
        </w:tc>
        <w:tc>
          <w:tcPr>
            <w:tcW w:w="4253" w:type="dxa"/>
            <w:shd w:val="clear" w:color="auto" w:fill="F7F9FB"/>
            <w:tcMar>
              <w:top w:w="65" w:type="dxa"/>
              <w:left w:w="80" w:type="dxa"/>
              <w:bottom w:w="65" w:type="dxa"/>
              <w:right w:w="80" w:type="dxa"/>
            </w:tcMar>
            <w:vAlign w:val="center"/>
          </w:tcPr>
          <w:p w14:paraId="481AF941" w14:textId="77777777" w:rsidR="002D5361" w:rsidRDefault="00000000">
            <w:r>
              <w:rPr>
                <w:sz w:val="16"/>
              </w:rPr>
              <w:t>Local Autonomy Institutions and Decentralization Perceptions</w:t>
            </w:r>
          </w:p>
        </w:tc>
        <w:tc>
          <w:tcPr>
            <w:tcW w:w="1134" w:type="dxa"/>
            <w:shd w:val="clear" w:color="auto" w:fill="F7F9FB"/>
            <w:tcMar>
              <w:top w:w="65" w:type="dxa"/>
              <w:left w:w="80" w:type="dxa"/>
              <w:bottom w:w="65" w:type="dxa"/>
              <w:right w:w="80" w:type="dxa"/>
            </w:tcMar>
            <w:vAlign w:val="center"/>
          </w:tcPr>
          <w:p w14:paraId="4DD90EC6" w14:textId="77777777" w:rsidR="002D5361" w:rsidRDefault="00000000">
            <w:r>
              <w:rPr>
                <w:sz w:val="16"/>
              </w:rPr>
              <w:t>3 (2.8%)</w:t>
            </w:r>
          </w:p>
        </w:tc>
        <w:tc>
          <w:tcPr>
            <w:tcW w:w="992" w:type="dxa"/>
            <w:shd w:val="clear" w:color="auto" w:fill="F7F9FB"/>
            <w:tcMar>
              <w:top w:w="65" w:type="dxa"/>
              <w:left w:w="80" w:type="dxa"/>
              <w:bottom w:w="65" w:type="dxa"/>
              <w:right w:w="80" w:type="dxa"/>
            </w:tcMar>
            <w:vAlign w:val="center"/>
          </w:tcPr>
          <w:p w14:paraId="1B18ABCE" w14:textId="77777777" w:rsidR="002D5361" w:rsidRDefault="00000000">
            <w:r>
              <w:rPr>
                <w:sz w:val="16"/>
              </w:rPr>
              <w:t>2 (1.0%)</w:t>
            </w:r>
          </w:p>
        </w:tc>
        <w:tc>
          <w:tcPr>
            <w:tcW w:w="1134" w:type="dxa"/>
            <w:shd w:val="clear" w:color="auto" w:fill="F7F9FB"/>
            <w:tcMar>
              <w:top w:w="65" w:type="dxa"/>
              <w:left w:w="80" w:type="dxa"/>
              <w:bottom w:w="65" w:type="dxa"/>
              <w:right w:w="80" w:type="dxa"/>
            </w:tcMar>
            <w:vAlign w:val="center"/>
          </w:tcPr>
          <w:p w14:paraId="1C83CA91" w14:textId="77777777" w:rsidR="002D5361" w:rsidRDefault="00000000">
            <w:r>
              <w:rPr>
                <w:sz w:val="16"/>
              </w:rPr>
              <w:t>9 (3.8%)</w:t>
            </w:r>
          </w:p>
        </w:tc>
        <w:tc>
          <w:tcPr>
            <w:tcW w:w="992" w:type="dxa"/>
            <w:shd w:val="clear" w:color="auto" w:fill="F7F9FB"/>
            <w:tcMar>
              <w:top w:w="65" w:type="dxa"/>
              <w:left w:w="80" w:type="dxa"/>
              <w:bottom w:w="65" w:type="dxa"/>
              <w:right w:w="80" w:type="dxa"/>
            </w:tcMar>
            <w:vAlign w:val="center"/>
          </w:tcPr>
          <w:p w14:paraId="06FED028" w14:textId="77777777" w:rsidR="002D5361" w:rsidRDefault="00000000">
            <w:r>
              <w:rPr>
                <w:sz w:val="16"/>
              </w:rPr>
              <w:t>7 (2.1%)</w:t>
            </w:r>
          </w:p>
        </w:tc>
        <w:tc>
          <w:tcPr>
            <w:tcW w:w="734" w:type="dxa"/>
            <w:shd w:val="clear" w:color="auto" w:fill="F7F9FB"/>
            <w:tcMar>
              <w:top w:w="65" w:type="dxa"/>
              <w:left w:w="80" w:type="dxa"/>
              <w:bottom w:w="65" w:type="dxa"/>
              <w:right w:w="80" w:type="dxa"/>
            </w:tcMar>
            <w:vAlign w:val="center"/>
          </w:tcPr>
          <w:p w14:paraId="788439D6" w14:textId="77777777" w:rsidR="002D5361" w:rsidRDefault="00000000">
            <w:r>
              <w:rPr>
                <w:sz w:val="16"/>
              </w:rPr>
              <w:t>+0.07</w:t>
            </w:r>
          </w:p>
        </w:tc>
      </w:tr>
      <w:tr w:rsidR="002D5361" w14:paraId="5DF35CC1" w14:textId="77777777">
        <w:trPr>
          <w:cantSplit/>
          <w:trHeight w:hRule="exact" w:val="284"/>
          <w:jc w:val="center"/>
        </w:trPr>
        <w:tc>
          <w:tcPr>
            <w:tcW w:w="628" w:type="dxa"/>
            <w:tcMar>
              <w:top w:w="65" w:type="dxa"/>
              <w:left w:w="80" w:type="dxa"/>
              <w:bottom w:w="65" w:type="dxa"/>
              <w:right w:w="80" w:type="dxa"/>
            </w:tcMar>
            <w:vAlign w:val="center"/>
          </w:tcPr>
          <w:p w14:paraId="6FEAC46F" w14:textId="77777777" w:rsidR="002D5361" w:rsidRDefault="00000000">
            <w:r>
              <w:rPr>
                <w:sz w:val="16"/>
              </w:rPr>
              <w:t>T14</w:t>
            </w:r>
          </w:p>
        </w:tc>
        <w:tc>
          <w:tcPr>
            <w:tcW w:w="4253" w:type="dxa"/>
            <w:tcMar>
              <w:top w:w="65" w:type="dxa"/>
              <w:left w:w="80" w:type="dxa"/>
              <w:bottom w:w="65" w:type="dxa"/>
              <w:right w:w="80" w:type="dxa"/>
            </w:tcMar>
            <w:vAlign w:val="center"/>
          </w:tcPr>
          <w:p w14:paraId="1C7ECF69" w14:textId="77777777" w:rsidR="002D5361" w:rsidRDefault="00000000">
            <w:r>
              <w:rPr>
                <w:sz w:val="16"/>
              </w:rPr>
              <w:t>Administrative Organization, Functional Assignment, and Performance</w:t>
            </w:r>
          </w:p>
        </w:tc>
        <w:tc>
          <w:tcPr>
            <w:tcW w:w="1134" w:type="dxa"/>
            <w:tcMar>
              <w:top w:w="65" w:type="dxa"/>
              <w:left w:w="80" w:type="dxa"/>
              <w:bottom w:w="65" w:type="dxa"/>
              <w:right w:w="80" w:type="dxa"/>
            </w:tcMar>
            <w:vAlign w:val="center"/>
          </w:tcPr>
          <w:p w14:paraId="47E7B700" w14:textId="77777777" w:rsidR="002D5361" w:rsidRDefault="00000000">
            <w:r>
              <w:rPr>
                <w:sz w:val="16"/>
              </w:rPr>
              <w:t>4 (3.7%)</w:t>
            </w:r>
          </w:p>
        </w:tc>
        <w:tc>
          <w:tcPr>
            <w:tcW w:w="992" w:type="dxa"/>
            <w:tcMar>
              <w:top w:w="65" w:type="dxa"/>
              <w:left w:w="80" w:type="dxa"/>
              <w:bottom w:w="65" w:type="dxa"/>
              <w:right w:w="80" w:type="dxa"/>
            </w:tcMar>
            <w:vAlign w:val="center"/>
          </w:tcPr>
          <w:p w14:paraId="1F645C42" w14:textId="77777777" w:rsidR="002D5361" w:rsidRDefault="00000000">
            <w:r>
              <w:rPr>
                <w:sz w:val="16"/>
              </w:rPr>
              <w:t>6 (3.0%)</w:t>
            </w:r>
          </w:p>
        </w:tc>
        <w:tc>
          <w:tcPr>
            <w:tcW w:w="1134" w:type="dxa"/>
            <w:tcMar>
              <w:top w:w="65" w:type="dxa"/>
              <w:left w:w="80" w:type="dxa"/>
              <w:bottom w:w="65" w:type="dxa"/>
              <w:right w:w="80" w:type="dxa"/>
            </w:tcMar>
            <w:vAlign w:val="center"/>
          </w:tcPr>
          <w:p w14:paraId="683420F9" w14:textId="77777777" w:rsidR="002D5361" w:rsidRDefault="00000000">
            <w:r>
              <w:rPr>
                <w:sz w:val="16"/>
              </w:rPr>
              <w:t>7 (2.9%)</w:t>
            </w:r>
          </w:p>
        </w:tc>
        <w:tc>
          <w:tcPr>
            <w:tcW w:w="992" w:type="dxa"/>
            <w:tcMar>
              <w:top w:w="65" w:type="dxa"/>
              <w:left w:w="80" w:type="dxa"/>
              <w:bottom w:w="65" w:type="dxa"/>
              <w:right w:w="80" w:type="dxa"/>
            </w:tcMar>
            <w:vAlign w:val="center"/>
          </w:tcPr>
          <w:p w14:paraId="32E1D7DC" w14:textId="77777777" w:rsidR="002D5361" w:rsidRDefault="00000000">
            <w:r>
              <w:rPr>
                <w:sz w:val="16"/>
              </w:rPr>
              <w:t>3 (0.9%)</w:t>
            </w:r>
          </w:p>
        </w:tc>
        <w:tc>
          <w:tcPr>
            <w:tcW w:w="734" w:type="dxa"/>
            <w:tcMar>
              <w:top w:w="65" w:type="dxa"/>
              <w:left w:w="80" w:type="dxa"/>
              <w:bottom w:w="65" w:type="dxa"/>
              <w:right w:w="80" w:type="dxa"/>
            </w:tcMar>
            <w:vAlign w:val="center"/>
          </w:tcPr>
          <w:p w14:paraId="1D22DFE0" w14:textId="77777777" w:rsidR="002D5361" w:rsidRDefault="00000000">
            <w:r>
              <w:rPr>
                <w:sz w:val="16"/>
              </w:rPr>
              <w:t>-0.85</w:t>
            </w:r>
          </w:p>
        </w:tc>
      </w:tr>
    </w:tbl>
    <w:p w14:paraId="5C3A43C9" w14:textId="77777777" w:rsidR="002D5361" w:rsidRDefault="00000000">
      <w:r>
        <w:rPr>
          <w:b/>
          <w:sz w:val="16"/>
        </w:rPr>
        <w:t>Note.</w:t>
      </w:r>
      <w:r>
        <w:rPr>
          <w:sz w:val="16"/>
        </w:rPr>
        <w:t xml:space="preserve"> Classified denominators are 107, 202, 238, and 332. Slopes summarize the change in front share, in percentage points per ordered period step, not an annual rate; the four periods span six, six, five, and five years, respectively. Document-bootstrap confidence intervals are reported in Table S17.</w:t>
      </w:r>
    </w:p>
    <w:p w14:paraId="42475088" w14:textId="77777777" w:rsidR="002D5361" w:rsidRDefault="00000000">
      <w:r>
        <w:br w:type="page"/>
      </w:r>
    </w:p>
    <w:p w14:paraId="44E95B6E" w14:textId="77777777" w:rsidR="002D5361" w:rsidRDefault="00000000">
      <w:pPr>
        <w:keepNext/>
        <w:jc w:val="center"/>
      </w:pPr>
      <w:r>
        <w:rPr>
          <w:noProof/>
        </w:rPr>
        <w:lastRenderedPageBreak/>
        <w:drawing>
          <wp:inline distT="0" distB="0" distL="0" distR="0" wp14:anchorId="2C1D6D0B" wp14:editId="7FED081F">
            <wp:extent cx="5715000" cy="7376609"/>
            <wp:effectExtent l="0" t="0" r="0" b="0"/>
            <wp:docPr id="1" name="Figure S1a" descr="Small-multiple period trajectories for BERTopic fronts T0 through T7, with the demographic front T4 highlighted in red." title="Figure S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a_all15_front_trajectories_T0_T7.png"/>
                    <pic:cNvPicPr/>
                  </pic:nvPicPr>
                  <pic:blipFill>
                    <a:blip r:embed="rId8"/>
                    <a:stretch>
                      <a:fillRect/>
                    </a:stretch>
                  </pic:blipFill>
                  <pic:spPr>
                    <a:xfrm>
                      <a:off x="0" y="0"/>
                      <a:ext cx="5715000" cy="7376609"/>
                    </a:xfrm>
                    <a:prstGeom prst="rect">
                      <a:avLst/>
                    </a:prstGeom>
                  </pic:spPr>
                </pic:pic>
              </a:graphicData>
            </a:graphic>
          </wp:inline>
        </w:drawing>
      </w:r>
    </w:p>
    <w:p w14:paraId="476565A0" w14:textId="77777777" w:rsidR="002D5361" w:rsidRDefault="00000000">
      <w:pPr>
        <w:pStyle w:val="FigureCaption"/>
      </w:pPr>
      <w:r>
        <w:t xml:space="preserve">Figure S1. Period prevalence of all 15 </w:t>
      </w:r>
      <w:proofErr w:type="spellStart"/>
      <w:r>
        <w:t>BERTopic</w:t>
      </w:r>
      <w:proofErr w:type="spellEnd"/>
      <w:r>
        <w:t xml:space="preserve"> research fronts: (a) T0–T7. The vertical axis is each front's percentage of classified documents. T4 is highlighted; the panels are descriptive and do not constitute separate significance tests.</w:t>
      </w:r>
    </w:p>
    <w:p w14:paraId="17F87CBA" w14:textId="77777777" w:rsidR="002D5361" w:rsidRDefault="00000000">
      <w:r>
        <w:br w:type="page"/>
      </w:r>
    </w:p>
    <w:p w14:paraId="32D597A1" w14:textId="77777777" w:rsidR="002D5361" w:rsidRDefault="00000000">
      <w:pPr>
        <w:keepNext/>
        <w:jc w:val="center"/>
      </w:pPr>
      <w:r>
        <w:rPr>
          <w:noProof/>
        </w:rPr>
        <w:lastRenderedPageBreak/>
        <w:drawing>
          <wp:inline distT="0" distB="0" distL="0" distR="0" wp14:anchorId="435D9841" wp14:editId="78A6CD5A">
            <wp:extent cx="5715000" cy="7376609"/>
            <wp:effectExtent l="0" t="0" r="0" b="0"/>
            <wp:docPr id="2" name="Figure S1b" descr="Small-multiple period trajectories for BERTopic fronts T8 through T14." title="Figure S1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b_all15_front_trajectories_T8_T14.png"/>
                    <pic:cNvPicPr/>
                  </pic:nvPicPr>
                  <pic:blipFill>
                    <a:blip r:embed="rId9"/>
                    <a:stretch>
                      <a:fillRect/>
                    </a:stretch>
                  </pic:blipFill>
                  <pic:spPr>
                    <a:xfrm>
                      <a:off x="0" y="0"/>
                      <a:ext cx="5715000" cy="7376609"/>
                    </a:xfrm>
                    <a:prstGeom prst="rect">
                      <a:avLst/>
                    </a:prstGeom>
                  </pic:spPr>
                </pic:pic>
              </a:graphicData>
            </a:graphic>
          </wp:inline>
        </w:drawing>
      </w:r>
    </w:p>
    <w:p w14:paraId="4726CDD6" w14:textId="77777777" w:rsidR="002D5361" w:rsidRDefault="00000000">
      <w:pPr>
        <w:pStyle w:val="FigureCaption"/>
      </w:pPr>
      <w:r>
        <w:t xml:space="preserve">Figure S1. Period prevalence of all 15 </w:t>
      </w:r>
      <w:proofErr w:type="spellStart"/>
      <w:r>
        <w:t>BERTopic</w:t>
      </w:r>
      <w:proofErr w:type="spellEnd"/>
      <w:r>
        <w:t xml:space="preserve"> research fronts: (b) T8–T14. Periods I–IV correspond to 2004–2009, 2010–2015, 2016–2020, and 2021–2025.</w:t>
      </w:r>
    </w:p>
    <w:p w14:paraId="36B3561F" w14:textId="77777777" w:rsidR="002D5361" w:rsidRDefault="00000000">
      <w:pPr>
        <w:pStyle w:val="TableCaption"/>
      </w:pPr>
      <w:r>
        <w:t>Table S4. Population-decline/local-extinction uncertainty with classified and all-document denominators</w:t>
      </w:r>
    </w:p>
    <w:tbl>
      <w:tblPr>
        <w:tblStyle w:val="TableGrid"/>
        <w:tblW w:w="0" w:type="auto"/>
        <w:jc w:val="center"/>
        <w:tblLook w:val="04A0" w:firstRow="1" w:lastRow="0" w:firstColumn="1" w:lastColumn="0" w:noHBand="0" w:noVBand="1"/>
      </w:tblPr>
      <w:tblGrid>
        <w:gridCol w:w="1218"/>
        <w:gridCol w:w="1218"/>
        <w:gridCol w:w="1218"/>
        <w:gridCol w:w="1218"/>
        <w:gridCol w:w="1218"/>
        <w:gridCol w:w="1218"/>
        <w:gridCol w:w="1218"/>
        <w:gridCol w:w="1218"/>
      </w:tblGrid>
      <w:tr w:rsidR="002D5361" w14:paraId="5B255048" w14:textId="77777777">
        <w:trPr>
          <w:cantSplit/>
          <w:tblHeader/>
          <w:jc w:val="center"/>
        </w:trPr>
        <w:tc>
          <w:tcPr>
            <w:tcW w:w="1218" w:type="dxa"/>
            <w:shd w:val="clear" w:color="auto" w:fill="D9EAF7"/>
            <w:tcMar>
              <w:top w:w="55" w:type="dxa"/>
              <w:left w:w="70" w:type="dxa"/>
              <w:bottom w:w="55" w:type="dxa"/>
              <w:right w:w="70" w:type="dxa"/>
            </w:tcMar>
            <w:vAlign w:val="center"/>
          </w:tcPr>
          <w:p w14:paraId="18FBB2C3" w14:textId="77777777" w:rsidR="002D5361" w:rsidRDefault="00000000">
            <w:r>
              <w:rPr>
                <w:b/>
                <w:sz w:val="16"/>
              </w:rPr>
              <w:t>Period</w:t>
            </w:r>
          </w:p>
        </w:tc>
        <w:tc>
          <w:tcPr>
            <w:tcW w:w="1218" w:type="dxa"/>
            <w:shd w:val="clear" w:color="auto" w:fill="D9EAF7"/>
            <w:tcMar>
              <w:top w:w="55" w:type="dxa"/>
              <w:left w:w="70" w:type="dxa"/>
              <w:bottom w:w="55" w:type="dxa"/>
              <w:right w:w="70" w:type="dxa"/>
            </w:tcMar>
            <w:vAlign w:val="center"/>
          </w:tcPr>
          <w:p w14:paraId="0B05B1F8" w14:textId="77777777" w:rsidR="002D5361" w:rsidRDefault="00000000">
            <w:r>
              <w:rPr>
                <w:b/>
                <w:sz w:val="16"/>
              </w:rPr>
              <w:t>n</w:t>
            </w:r>
          </w:p>
        </w:tc>
        <w:tc>
          <w:tcPr>
            <w:tcW w:w="1218" w:type="dxa"/>
            <w:shd w:val="clear" w:color="auto" w:fill="D9EAF7"/>
            <w:tcMar>
              <w:top w:w="55" w:type="dxa"/>
              <w:left w:w="70" w:type="dxa"/>
              <w:bottom w:w="55" w:type="dxa"/>
              <w:right w:w="70" w:type="dxa"/>
            </w:tcMar>
            <w:vAlign w:val="center"/>
          </w:tcPr>
          <w:p w14:paraId="74892360" w14:textId="77777777" w:rsidR="002D5361" w:rsidRDefault="00000000">
            <w:r>
              <w:rPr>
                <w:b/>
                <w:sz w:val="16"/>
              </w:rPr>
              <w:t>Classified N</w:t>
            </w:r>
          </w:p>
        </w:tc>
        <w:tc>
          <w:tcPr>
            <w:tcW w:w="1218" w:type="dxa"/>
            <w:shd w:val="clear" w:color="auto" w:fill="D9EAF7"/>
            <w:tcMar>
              <w:top w:w="55" w:type="dxa"/>
              <w:left w:w="70" w:type="dxa"/>
              <w:bottom w:w="55" w:type="dxa"/>
              <w:right w:w="70" w:type="dxa"/>
            </w:tcMar>
            <w:vAlign w:val="center"/>
          </w:tcPr>
          <w:p w14:paraId="4C1F0120" w14:textId="77777777" w:rsidR="002D5361" w:rsidRDefault="00000000">
            <w:r>
              <w:rPr>
                <w:b/>
                <w:sz w:val="16"/>
              </w:rPr>
              <w:t>%</w:t>
            </w:r>
          </w:p>
        </w:tc>
        <w:tc>
          <w:tcPr>
            <w:tcW w:w="1218" w:type="dxa"/>
            <w:shd w:val="clear" w:color="auto" w:fill="D9EAF7"/>
            <w:tcMar>
              <w:top w:w="55" w:type="dxa"/>
              <w:left w:w="70" w:type="dxa"/>
              <w:bottom w:w="55" w:type="dxa"/>
              <w:right w:w="70" w:type="dxa"/>
            </w:tcMar>
            <w:vAlign w:val="center"/>
          </w:tcPr>
          <w:p w14:paraId="5C7B0E27" w14:textId="77777777" w:rsidR="002D5361" w:rsidRDefault="00000000">
            <w:r>
              <w:rPr>
                <w:b/>
                <w:sz w:val="16"/>
              </w:rPr>
              <w:t>95% CI</w:t>
            </w:r>
          </w:p>
        </w:tc>
        <w:tc>
          <w:tcPr>
            <w:tcW w:w="1218" w:type="dxa"/>
            <w:shd w:val="clear" w:color="auto" w:fill="D9EAF7"/>
            <w:tcMar>
              <w:top w:w="55" w:type="dxa"/>
              <w:left w:w="70" w:type="dxa"/>
              <w:bottom w:w="55" w:type="dxa"/>
              <w:right w:w="70" w:type="dxa"/>
            </w:tcMar>
            <w:vAlign w:val="center"/>
          </w:tcPr>
          <w:p w14:paraId="77DACCB9" w14:textId="77777777" w:rsidR="002D5361" w:rsidRDefault="00000000">
            <w:r>
              <w:rPr>
                <w:b/>
                <w:sz w:val="16"/>
              </w:rPr>
              <w:t>All N</w:t>
            </w:r>
          </w:p>
        </w:tc>
        <w:tc>
          <w:tcPr>
            <w:tcW w:w="1218" w:type="dxa"/>
            <w:shd w:val="clear" w:color="auto" w:fill="D9EAF7"/>
            <w:tcMar>
              <w:top w:w="55" w:type="dxa"/>
              <w:left w:w="70" w:type="dxa"/>
              <w:bottom w:w="55" w:type="dxa"/>
              <w:right w:w="70" w:type="dxa"/>
            </w:tcMar>
            <w:vAlign w:val="center"/>
          </w:tcPr>
          <w:p w14:paraId="1FECDE41" w14:textId="77777777" w:rsidR="002D5361" w:rsidRDefault="00000000">
            <w:r>
              <w:rPr>
                <w:b/>
                <w:sz w:val="16"/>
              </w:rPr>
              <w:t>%</w:t>
            </w:r>
          </w:p>
        </w:tc>
        <w:tc>
          <w:tcPr>
            <w:tcW w:w="1218" w:type="dxa"/>
            <w:shd w:val="clear" w:color="auto" w:fill="D9EAF7"/>
            <w:tcMar>
              <w:top w:w="55" w:type="dxa"/>
              <w:left w:w="70" w:type="dxa"/>
              <w:bottom w:w="55" w:type="dxa"/>
              <w:right w:w="70" w:type="dxa"/>
            </w:tcMar>
            <w:vAlign w:val="center"/>
          </w:tcPr>
          <w:p w14:paraId="5D171FA1" w14:textId="77777777" w:rsidR="002D5361" w:rsidRDefault="00000000">
            <w:r>
              <w:rPr>
                <w:b/>
                <w:sz w:val="16"/>
              </w:rPr>
              <w:t>95% CI</w:t>
            </w:r>
          </w:p>
        </w:tc>
      </w:tr>
      <w:tr w:rsidR="002D5361" w14:paraId="118C3AF9" w14:textId="77777777">
        <w:trPr>
          <w:cantSplit/>
          <w:jc w:val="center"/>
        </w:trPr>
        <w:tc>
          <w:tcPr>
            <w:tcW w:w="1218" w:type="dxa"/>
            <w:tcMar>
              <w:top w:w="55" w:type="dxa"/>
              <w:left w:w="70" w:type="dxa"/>
              <w:bottom w:w="55" w:type="dxa"/>
              <w:right w:w="70" w:type="dxa"/>
            </w:tcMar>
            <w:vAlign w:val="center"/>
          </w:tcPr>
          <w:p w14:paraId="4185D078" w14:textId="77777777" w:rsidR="002D5361" w:rsidRDefault="00000000">
            <w:r>
              <w:rPr>
                <w:sz w:val="16"/>
              </w:rPr>
              <w:t>I (2004-09)</w:t>
            </w:r>
          </w:p>
        </w:tc>
        <w:tc>
          <w:tcPr>
            <w:tcW w:w="1218" w:type="dxa"/>
            <w:tcMar>
              <w:top w:w="55" w:type="dxa"/>
              <w:left w:w="70" w:type="dxa"/>
              <w:bottom w:w="55" w:type="dxa"/>
              <w:right w:w="70" w:type="dxa"/>
            </w:tcMar>
            <w:vAlign w:val="center"/>
          </w:tcPr>
          <w:p w14:paraId="459B5E2A" w14:textId="77777777" w:rsidR="002D5361" w:rsidRDefault="00000000">
            <w:r>
              <w:rPr>
                <w:sz w:val="16"/>
              </w:rPr>
              <w:t>2</w:t>
            </w:r>
          </w:p>
        </w:tc>
        <w:tc>
          <w:tcPr>
            <w:tcW w:w="1218" w:type="dxa"/>
            <w:tcMar>
              <w:top w:w="55" w:type="dxa"/>
              <w:left w:w="70" w:type="dxa"/>
              <w:bottom w:w="55" w:type="dxa"/>
              <w:right w:w="70" w:type="dxa"/>
            </w:tcMar>
            <w:vAlign w:val="center"/>
          </w:tcPr>
          <w:p w14:paraId="7478518A" w14:textId="77777777" w:rsidR="002D5361" w:rsidRDefault="00000000">
            <w:r>
              <w:rPr>
                <w:sz w:val="16"/>
              </w:rPr>
              <w:t>107</w:t>
            </w:r>
          </w:p>
        </w:tc>
        <w:tc>
          <w:tcPr>
            <w:tcW w:w="1218" w:type="dxa"/>
            <w:tcMar>
              <w:top w:w="55" w:type="dxa"/>
              <w:left w:w="70" w:type="dxa"/>
              <w:bottom w:w="55" w:type="dxa"/>
              <w:right w:w="70" w:type="dxa"/>
            </w:tcMar>
            <w:vAlign w:val="center"/>
          </w:tcPr>
          <w:p w14:paraId="46DD04A2" w14:textId="77777777" w:rsidR="002D5361" w:rsidRDefault="00000000">
            <w:r>
              <w:rPr>
                <w:sz w:val="16"/>
              </w:rPr>
              <w:t>1.87</w:t>
            </w:r>
          </w:p>
        </w:tc>
        <w:tc>
          <w:tcPr>
            <w:tcW w:w="1218" w:type="dxa"/>
            <w:tcMar>
              <w:top w:w="55" w:type="dxa"/>
              <w:left w:w="70" w:type="dxa"/>
              <w:bottom w:w="55" w:type="dxa"/>
              <w:right w:w="70" w:type="dxa"/>
            </w:tcMar>
            <w:vAlign w:val="center"/>
          </w:tcPr>
          <w:p w14:paraId="28078B1A" w14:textId="77777777" w:rsidR="002D5361" w:rsidRDefault="00000000">
            <w:r>
              <w:rPr>
                <w:sz w:val="16"/>
              </w:rPr>
              <w:t>0.00–4.81</w:t>
            </w:r>
          </w:p>
        </w:tc>
        <w:tc>
          <w:tcPr>
            <w:tcW w:w="1218" w:type="dxa"/>
            <w:tcMar>
              <w:top w:w="55" w:type="dxa"/>
              <w:left w:w="70" w:type="dxa"/>
              <w:bottom w:w="55" w:type="dxa"/>
              <w:right w:w="70" w:type="dxa"/>
            </w:tcMar>
            <w:vAlign w:val="center"/>
          </w:tcPr>
          <w:p w14:paraId="44702C87" w14:textId="77777777" w:rsidR="002D5361" w:rsidRDefault="00000000">
            <w:r>
              <w:rPr>
                <w:sz w:val="16"/>
              </w:rPr>
              <w:t>134</w:t>
            </w:r>
          </w:p>
        </w:tc>
        <w:tc>
          <w:tcPr>
            <w:tcW w:w="1218" w:type="dxa"/>
            <w:tcMar>
              <w:top w:w="55" w:type="dxa"/>
              <w:left w:w="70" w:type="dxa"/>
              <w:bottom w:w="55" w:type="dxa"/>
              <w:right w:w="70" w:type="dxa"/>
            </w:tcMar>
            <w:vAlign w:val="center"/>
          </w:tcPr>
          <w:p w14:paraId="1E6906D8" w14:textId="77777777" w:rsidR="002D5361" w:rsidRDefault="00000000">
            <w:r>
              <w:rPr>
                <w:sz w:val="16"/>
              </w:rPr>
              <w:t>1.49</w:t>
            </w:r>
          </w:p>
        </w:tc>
        <w:tc>
          <w:tcPr>
            <w:tcW w:w="1218" w:type="dxa"/>
            <w:tcMar>
              <w:top w:w="55" w:type="dxa"/>
              <w:left w:w="70" w:type="dxa"/>
              <w:bottom w:w="55" w:type="dxa"/>
              <w:right w:w="70" w:type="dxa"/>
            </w:tcMar>
            <w:vAlign w:val="center"/>
          </w:tcPr>
          <w:p w14:paraId="3E38511A" w14:textId="77777777" w:rsidR="002D5361" w:rsidRDefault="00000000">
            <w:r>
              <w:rPr>
                <w:sz w:val="16"/>
              </w:rPr>
              <w:t>0.00–3.73</w:t>
            </w:r>
          </w:p>
        </w:tc>
      </w:tr>
      <w:tr w:rsidR="002D5361" w14:paraId="539F79E8" w14:textId="77777777">
        <w:trPr>
          <w:cantSplit/>
          <w:jc w:val="center"/>
        </w:trPr>
        <w:tc>
          <w:tcPr>
            <w:tcW w:w="1218" w:type="dxa"/>
            <w:shd w:val="clear" w:color="auto" w:fill="F7F9FB"/>
            <w:tcMar>
              <w:top w:w="55" w:type="dxa"/>
              <w:left w:w="70" w:type="dxa"/>
              <w:bottom w:w="55" w:type="dxa"/>
              <w:right w:w="70" w:type="dxa"/>
            </w:tcMar>
            <w:vAlign w:val="center"/>
          </w:tcPr>
          <w:p w14:paraId="4BBF24D8" w14:textId="77777777" w:rsidR="002D5361" w:rsidRDefault="00000000">
            <w:r>
              <w:rPr>
                <w:sz w:val="16"/>
              </w:rPr>
              <w:lastRenderedPageBreak/>
              <w:t>II (2010-15)</w:t>
            </w:r>
          </w:p>
        </w:tc>
        <w:tc>
          <w:tcPr>
            <w:tcW w:w="1218" w:type="dxa"/>
            <w:shd w:val="clear" w:color="auto" w:fill="F7F9FB"/>
            <w:tcMar>
              <w:top w:w="55" w:type="dxa"/>
              <w:left w:w="70" w:type="dxa"/>
              <w:bottom w:w="55" w:type="dxa"/>
              <w:right w:w="70" w:type="dxa"/>
            </w:tcMar>
            <w:vAlign w:val="center"/>
          </w:tcPr>
          <w:p w14:paraId="7EF549C2" w14:textId="77777777" w:rsidR="002D5361" w:rsidRDefault="00000000">
            <w:r>
              <w:rPr>
                <w:sz w:val="16"/>
              </w:rPr>
              <w:t>10</w:t>
            </w:r>
          </w:p>
        </w:tc>
        <w:tc>
          <w:tcPr>
            <w:tcW w:w="1218" w:type="dxa"/>
            <w:shd w:val="clear" w:color="auto" w:fill="F7F9FB"/>
            <w:tcMar>
              <w:top w:w="55" w:type="dxa"/>
              <w:left w:w="70" w:type="dxa"/>
              <w:bottom w:w="55" w:type="dxa"/>
              <w:right w:w="70" w:type="dxa"/>
            </w:tcMar>
            <w:vAlign w:val="center"/>
          </w:tcPr>
          <w:p w14:paraId="231B88C5" w14:textId="77777777" w:rsidR="002D5361" w:rsidRDefault="00000000">
            <w:r>
              <w:rPr>
                <w:sz w:val="16"/>
              </w:rPr>
              <w:t>202</w:t>
            </w:r>
          </w:p>
        </w:tc>
        <w:tc>
          <w:tcPr>
            <w:tcW w:w="1218" w:type="dxa"/>
            <w:shd w:val="clear" w:color="auto" w:fill="F7F9FB"/>
            <w:tcMar>
              <w:top w:w="55" w:type="dxa"/>
              <w:left w:w="70" w:type="dxa"/>
              <w:bottom w:w="55" w:type="dxa"/>
              <w:right w:w="70" w:type="dxa"/>
            </w:tcMar>
            <w:vAlign w:val="center"/>
          </w:tcPr>
          <w:p w14:paraId="725AB99E" w14:textId="77777777" w:rsidR="002D5361" w:rsidRDefault="00000000">
            <w:r>
              <w:rPr>
                <w:sz w:val="16"/>
              </w:rPr>
              <w:t>4.95</w:t>
            </w:r>
          </w:p>
        </w:tc>
        <w:tc>
          <w:tcPr>
            <w:tcW w:w="1218" w:type="dxa"/>
            <w:shd w:val="clear" w:color="auto" w:fill="F7F9FB"/>
            <w:tcMar>
              <w:top w:w="55" w:type="dxa"/>
              <w:left w:w="70" w:type="dxa"/>
              <w:bottom w:w="55" w:type="dxa"/>
              <w:right w:w="70" w:type="dxa"/>
            </w:tcMar>
            <w:vAlign w:val="center"/>
          </w:tcPr>
          <w:p w14:paraId="1D8FCA40" w14:textId="77777777" w:rsidR="002D5361" w:rsidRDefault="00000000">
            <w:r>
              <w:rPr>
                <w:sz w:val="16"/>
              </w:rPr>
              <w:t>2.08–8.13</w:t>
            </w:r>
          </w:p>
        </w:tc>
        <w:tc>
          <w:tcPr>
            <w:tcW w:w="1218" w:type="dxa"/>
            <w:shd w:val="clear" w:color="auto" w:fill="F7F9FB"/>
            <w:tcMar>
              <w:top w:w="55" w:type="dxa"/>
              <w:left w:w="70" w:type="dxa"/>
              <w:bottom w:w="55" w:type="dxa"/>
              <w:right w:w="70" w:type="dxa"/>
            </w:tcMar>
            <w:vAlign w:val="center"/>
          </w:tcPr>
          <w:p w14:paraId="304EC9CD" w14:textId="77777777" w:rsidR="002D5361" w:rsidRDefault="00000000">
            <w:r>
              <w:rPr>
                <w:sz w:val="16"/>
              </w:rPr>
              <w:t>270</w:t>
            </w:r>
          </w:p>
        </w:tc>
        <w:tc>
          <w:tcPr>
            <w:tcW w:w="1218" w:type="dxa"/>
            <w:shd w:val="clear" w:color="auto" w:fill="F7F9FB"/>
            <w:tcMar>
              <w:top w:w="55" w:type="dxa"/>
              <w:left w:w="70" w:type="dxa"/>
              <w:bottom w:w="55" w:type="dxa"/>
              <w:right w:w="70" w:type="dxa"/>
            </w:tcMar>
            <w:vAlign w:val="center"/>
          </w:tcPr>
          <w:p w14:paraId="59A07B10" w14:textId="77777777" w:rsidR="002D5361" w:rsidRDefault="00000000">
            <w:r>
              <w:rPr>
                <w:sz w:val="16"/>
              </w:rPr>
              <w:t>3.70</w:t>
            </w:r>
          </w:p>
        </w:tc>
        <w:tc>
          <w:tcPr>
            <w:tcW w:w="1218" w:type="dxa"/>
            <w:shd w:val="clear" w:color="auto" w:fill="F7F9FB"/>
            <w:tcMar>
              <w:top w:w="55" w:type="dxa"/>
              <w:left w:w="70" w:type="dxa"/>
              <w:bottom w:w="55" w:type="dxa"/>
              <w:right w:w="70" w:type="dxa"/>
            </w:tcMar>
            <w:vAlign w:val="center"/>
          </w:tcPr>
          <w:p w14:paraId="7C9DFA7D" w14:textId="77777777" w:rsidR="002D5361" w:rsidRDefault="00000000">
            <w:r>
              <w:rPr>
                <w:sz w:val="16"/>
              </w:rPr>
              <w:t>1.48–6.30</w:t>
            </w:r>
          </w:p>
        </w:tc>
      </w:tr>
      <w:tr w:rsidR="002D5361" w14:paraId="673C9DBC" w14:textId="77777777">
        <w:trPr>
          <w:cantSplit/>
          <w:jc w:val="center"/>
        </w:trPr>
        <w:tc>
          <w:tcPr>
            <w:tcW w:w="1218" w:type="dxa"/>
            <w:tcMar>
              <w:top w:w="55" w:type="dxa"/>
              <w:left w:w="70" w:type="dxa"/>
              <w:bottom w:w="55" w:type="dxa"/>
              <w:right w:w="70" w:type="dxa"/>
            </w:tcMar>
            <w:vAlign w:val="center"/>
          </w:tcPr>
          <w:p w14:paraId="281493B9" w14:textId="77777777" w:rsidR="002D5361" w:rsidRDefault="00000000">
            <w:r>
              <w:rPr>
                <w:sz w:val="16"/>
              </w:rPr>
              <w:t>III (2016-20)</w:t>
            </w:r>
          </w:p>
        </w:tc>
        <w:tc>
          <w:tcPr>
            <w:tcW w:w="1218" w:type="dxa"/>
            <w:tcMar>
              <w:top w:w="55" w:type="dxa"/>
              <w:left w:w="70" w:type="dxa"/>
              <w:bottom w:w="55" w:type="dxa"/>
              <w:right w:w="70" w:type="dxa"/>
            </w:tcMar>
            <w:vAlign w:val="center"/>
          </w:tcPr>
          <w:p w14:paraId="3873DCE6" w14:textId="77777777" w:rsidR="002D5361" w:rsidRDefault="00000000">
            <w:r>
              <w:rPr>
                <w:sz w:val="16"/>
              </w:rPr>
              <w:t>18</w:t>
            </w:r>
          </w:p>
        </w:tc>
        <w:tc>
          <w:tcPr>
            <w:tcW w:w="1218" w:type="dxa"/>
            <w:tcMar>
              <w:top w:w="55" w:type="dxa"/>
              <w:left w:w="70" w:type="dxa"/>
              <w:bottom w:w="55" w:type="dxa"/>
              <w:right w:w="70" w:type="dxa"/>
            </w:tcMar>
            <w:vAlign w:val="center"/>
          </w:tcPr>
          <w:p w14:paraId="4FEE4257" w14:textId="77777777" w:rsidR="002D5361" w:rsidRDefault="00000000">
            <w:r>
              <w:rPr>
                <w:sz w:val="16"/>
              </w:rPr>
              <w:t>238</w:t>
            </w:r>
          </w:p>
        </w:tc>
        <w:tc>
          <w:tcPr>
            <w:tcW w:w="1218" w:type="dxa"/>
            <w:tcMar>
              <w:top w:w="55" w:type="dxa"/>
              <w:left w:w="70" w:type="dxa"/>
              <w:bottom w:w="55" w:type="dxa"/>
              <w:right w:w="70" w:type="dxa"/>
            </w:tcMar>
            <w:vAlign w:val="center"/>
          </w:tcPr>
          <w:p w14:paraId="0273D4D5" w14:textId="77777777" w:rsidR="002D5361" w:rsidRDefault="00000000">
            <w:r>
              <w:rPr>
                <w:sz w:val="16"/>
              </w:rPr>
              <w:t>7.56</w:t>
            </w:r>
          </w:p>
        </w:tc>
        <w:tc>
          <w:tcPr>
            <w:tcW w:w="1218" w:type="dxa"/>
            <w:tcMar>
              <w:top w:w="55" w:type="dxa"/>
              <w:left w:w="70" w:type="dxa"/>
              <w:bottom w:w="55" w:type="dxa"/>
              <w:right w:w="70" w:type="dxa"/>
            </w:tcMar>
            <w:vAlign w:val="center"/>
          </w:tcPr>
          <w:p w14:paraId="30B89EF6" w14:textId="77777777" w:rsidR="002D5361" w:rsidRDefault="00000000">
            <w:r>
              <w:rPr>
                <w:sz w:val="16"/>
              </w:rPr>
              <w:t>4.31–11.16</w:t>
            </w:r>
          </w:p>
        </w:tc>
        <w:tc>
          <w:tcPr>
            <w:tcW w:w="1218" w:type="dxa"/>
            <w:tcMar>
              <w:top w:w="55" w:type="dxa"/>
              <w:left w:w="70" w:type="dxa"/>
              <w:bottom w:w="55" w:type="dxa"/>
              <w:right w:w="70" w:type="dxa"/>
            </w:tcMar>
            <w:vAlign w:val="center"/>
          </w:tcPr>
          <w:p w14:paraId="35B703F5" w14:textId="77777777" w:rsidR="002D5361" w:rsidRDefault="00000000">
            <w:r>
              <w:rPr>
                <w:sz w:val="16"/>
              </w:rPr>
              <w:t>295</w:t>
            </w:r>
          </w:p>
        </w:tc>
        <w:tc>
          <w:tcPr>
            <w:tcW w:w="1218" w:type="dxa"/>
            <w:tcMar>
              <w:top w:w="55" w:type="dxa"/>
              <w:left w:w="70" w:type="dxa"/>
              <w:bottom w:w="55" w:type="dxa"/>
              <w:right w:w="70" w:type="dxa"/>
            </w:tcMar>
            <w:vAlign w:val="center"/>
          </w:tcPr>
          <w:p w14:paraId="491FAE83" w14:textId="77777777" w:rsidR="002D5361" w:rsidRDefault="00000000">
            <w:r>
              <w:rPr>
                <w:sz w:val="16"/>
              </w:rPr>
              <w:t>6.10</w:t>
            </w:r>
          </w:p>
        </w:tc>
        <w:tc>
          <w:tcPr>
            <w:tcW w:w="1218" w:type="dxa"/>
            <w:tcMar>
              <w:top w:w="55" w:type="dxa"/>
              <w:left w:w="70" w:type="dxa"/>
              <w:bottom w:w="55" w:type="dxa"/>
              <w:right w:w="70" w:type="dxa"/>
            </w:tcMar>
            <w:vAlign w:val="center"/>
          </w:tcPr>
          <w:p w14:paraId="5F76AFA1" w14:textId="77777777" w:rsidR="002D5361" w:rsidRDefault="00000000">
            <w:r>
              <w:rPr>
                <w:sz w:val="16"/>
              </w:rPr>
              <w:t>3.39–8.81</w:t>
            </w:r>
          </w:p>
        </w:tc>
      </w:tr>
      <w:tr w:rsidR="002D5361" w14:paraId="7D3D22CE" w14:textId="77777777">
        <w:trPr>
          <w:cantSplit/>
          <w:jc w:val="center"/>
        </w:trPr>
        <w:tc>
          <w:tcPr>
            <w:tcW w:w="1218" w:type="dxa"/>
            <w:shd w:val="clear" w:color="auto" w:fill="F7F9FB"/>
            <w:tcMar>
              <w:top w:w="55" w:type="dxa"/>
              <w:left w:w="70" w:type="dxa"/>
              <w:bottom w:w="55" w:type="dxa"/>
              <w:right w:w="70" w:type="dxa"/>
            </w:tcMar>
            <w:vAlign w:val="center"/>
          </w:tcPr>
          <w:p w14:paraId="1B7C24DE" w14:textId="77777777" w:rsidR="002D5361" w:rsidRDefault="00000000">
            <w:r>
              <w:rPr>
                <w:sz w:val="16"/>
              </w:rPr>
              <w:t>IV (2021-25)</w:t>
            </w:r>
          </w:p>
        </w:tc>
        <w:tc>
          <w:tcPr>
            <w:tcW w:w="1218" w:type="dxa"/>
            <w:shd w:val="clear" w:color="auto" w:fill="F7F9FB"/>
            <w:tcMar>
              <w:top w:w="55" w:type="dxa"/>
              <w:left w:w="70" w:type="dxa"/>
              <w:bottom w:w="55" w:type="dxa"/>
              <w:right w:w="70" w:type="dxa"/>
            </w:tcMar>
            <w:vAlign w:val="center"/>
          </w:tcPr>
          <w:p w14:paraId="049F1DE3" w14:textId="77777777" w:rsidR="002D5361" w:rsidRDefault="00000000">
            <w:r>
              <w:rPr>
                <w:sz w:val="16"/>
              </w:rPr>
              <w:t>71</w:t>
            </w:r>
          </w:p>
        </w:tc>
        <w:tc>
          <w:tcPr>
            <w:tcW w:w="1218" w:type="dxa"/>
            <w:shd w:val="clear" w:color="auto" w:fill="F7F9FB"/>
            <w:tcMar>
              <w:top w:w="55" w:type="dxa"/>
              <w:left w:w="70" w:type="dxa"/>
              <w:bottom w:w="55" w:type="dxa"/>
              <w:right w:w="70" w:type="dxa"/>
            </w:tcMar>
            <w:vAlign w:val="center"/>
          </w:tcPr>
          <w:p w14:paraId="674A3AA5" w14:textId="77777777" w:rsidR="002D5361" w:rsidRDefault="00000000">
            <w:r>
              <w:rPr>
                <w:sz w:val="16"/>
              </w:rPr>
              <w:t>332</w:t>
            </w:r>
          </w:p>
        </w:tc>
        <w:tc>
          <w:tcPr>
            <w:tcW w:w="1218" w:type="dxa"/>
            <w:shd w:val="clear" w:color="auto" w:fill="F7F9FB"/>
            <w:tcMar>
              <w:top w:w="55" w:type="dxa"/>
              <w:left w:w="70" w:type="dxa"/>
              <w:bottom w:w="55" w:type="dxa"/>
              <w:right w:w="70" w:type="dxa"/>
            </w:tcMar>
            <w:vAlign w:val="center"/>
          </w:tcPr>
          <w:p w14:paraId="25B8BA17" w14:textId="77777777" w:rsidR="002D5361" w:rsidRDefault="00000000">
            <w:r>
              <w:rPr>
                <w:sz w:val="16"/>
              </w:rPr>
              <w:t>21.39</w:t>
            </w:r>
          </w:p>
        </w:tc>
        <w:tc>
          <w:tcPr>
            <w:tcW w:w="1218" w:type="dxa"/>
            <w:shd w:val="clear" w:color="auto" w:fill="F7F9FB"/>
            <w:tcMar>
              <w:top w:w="55" w:type="dxa"/>
              <w:left w:w="70" w:type="dxa"/>
              <w:bottom w:w="55" w:type="dxa"/>
              <w:right w:w="70" w:type="dxa"/>
            </w:tcMar>
            <w:vAlign w:val="center"/>
          </w:tcPr>
          <w:p w14:paraId="3AC7B848" w14:textId="77777777" w:rsidR="002D5361" w:rsidRDefault="00000000">
            <w:r>
              <w:rPr>
                <w:sz w:val="16"/>
              </w:rPr>
              <w:t>17.14–25.89</w:t>
            </w:r>
          </w:p>
        </w:tc>
        <w:tc>
          <w:tcPr>
            <w:tcW w:w="1218" w:type="dxa"/>
            <w:shd w:val="clear" w:color="auto" w:fill="F7F9FB"/>
            <w:tcMar>
              <w:top w:w="55" w:type="dxa"/>
              <w:left w:w="70" w:type="dxa"/>
              <w:bottom w:w="55" w:type="dxa"/>
              <w:right w:w="70" w:type="dxa"/>
            </w:tcMar>
            <w:vAlign w:val="center"/>
          </w:tcPr>
          <w:p w14:paraId="1AF57747" w14:textId="77777777" w:rsidR="002D5361" w:rsidRDefault="00000000">
            <w:r>
              <w:rPr>
                <w:sz w:val="16"/>
              </w:rPr>
              <w:t>428</w:t>
            </w:r>
          </w:p>
        </w:tc>
        <w:tc>
          <w:tcPr>
            <w:tcW w:w="1218" w:type="dxa"/>
            <w:shd w:val="clear" w:color="auto" w:fill="F7F9FB"/>
            <w:tcMar>
              <w:top w:w="55" w:type="dxa"/>
              <w:left w:w="70" w:type="dxa"/>
              <w:bottom w:w="55" w:type="dxa"/>
              <w:right w:w="70" w:type="dxa"/>
            </w:tcMar>
            <w:vAlign w:val="center"/>
          </w:tcPr>
          <w:p w14:paraId="55ED9F74" w14:textId="77777777" w:rsidR="002D5361" w:rsidRDefault="00000000">
            <w:r>
              <w:rPr>
                <w:sz w:val="16"/>
              </w:rPr>
              <w:t>16.59</w:t>
            </w:r>
          </w:p>
        </w:tc>
        <w:tc>
          <w:tcPr>
            <w:tcW w:w="1218" w:type="dxa"/>
            <w:shd w:val="clear" w:color="auto" w:fill="F7F9FB"/>
            <w:tcMar>
              <w:top w:w="55" w:type="dxa"/>
              <w:left w:w="70" w:type="dxa"/>
              <w:bottom w:w="55" w:type="dxa"/>
              <w:right w:w="70" w:type="dxa"/>
            </w:tcMar>
            <w:vAlign w:val="center"/>
          </w:tcPr>
          <w:p w14:paraId="180B1BFB" w14:textId="77777777" w:rsidR="002D5361" w:rsidRDefault="00000000">
            <w:r>
              <w:rPr>
                <w:sz w:val="16"/>
              </w:rPr>
              <w:t>13.08–20.09</w:t>
            </w:r>
          </w:p>
        </w:tc>
      </w:tr>
    </w:tbl>
    <w:p w14:paraId="2D6D22A3" w14:textId="77777777" w:rsidR="002D5361" w:rsidRDefault="00000000">
      <w:r>
        <w:rPr>
          <w:b/>
          <w:sz w:val="16"/>
        </w:rPr>
        <w:t>Note.</w:t>
      </w:r>
      <w:r>
        <w:rPr>
          <w:sz w:val="16"/>
        </w:rPr>
        <w:t xml:space="preserve"> 95% confidence intervals were obtained by resampling documents with replacement within each period 10,000 times and recalculating the corresponding percentage; both the bootstrap and the Cochran–Armitage trend test treat documents as independent. Cochran–Armitage trend test: classified denominator z = 6.767, p = 1.317e-11; all-document denominator z = 6.692, p = 2.195e-11.</w:t>
      </w:r>
    </w:p>
    <w:p w14:paraId="4ED68CF9" w14:textId="77777777" w:rsidR="002D5361" w:rsidRDefault="00000000">
      <w:pPr>
        <w:pStyle w:val="Heading1"/>
      </w:pPr>
      <w:r>
        <w:rPr>
          <w:rFonts w:ascii="Times New Roman" w:hAnsi="Times New Roman"/>
        </w:rPr>
        <w:t>S4. Partition stability and targeted refits</w:t>
      </w:r>
    </w:p>
    <w:p w14:paraId="17EB0A6B" w14:textId="77777777" w:rsidR="002D5361" w:rsidRDefault="00000000">
      <w:pPr>
        <w:ind w:firstLine="283"/>
      </w:pPr>
      <w:r>
        <w:t xml:space="preserve">The main 15-front </w:t>
      </w:r>
      <w:proofErr w:type="spellStart"/>
      <w:r>
        <w:t>BERTopic</w:t>
      </w:r>
      <w:proofErr w:type="spellEnd"/>
      <w:r>
        <w:t xml:space="preserve"> specification and the 14-cluster comparison specification have NMI = 0.9416 and ARI = 0.9065. The crosswalk has 14 one-to-one matches because T14 in the main specification (n = 20) has no remaining one-to-one counterpart in the 14-cluster specification. Topic IDs are assigned independently within each fitted solution and should not be interpreted as equivalent across alternative specifications.</w:t>
      </w:r>
    </w:p>
    <w:p w14:paraId="2EFB7C2B" w14:textId="77777777" w:rsidR="002D5361" w:rsidRDefault="00000000">
      <w:pPr>
        <w:pStyle w:val="TableCaption"/>
      </w:pPr>
      <w:r>
        <w:t>Table S5. Hungarian overlap crosswalk: main 15-front specification versus 14-cluster comparison specification</w:t>
      </w:r>
    </w:p>
    <w:tbl>
      <w:tblPr>
        <w:tblStyle w:val="TableGrid"/>
        <w:tblW w:w="0" w:type="auto"/>
        <w:jc w:val="center"/>
        <w:tblLook w:val="04A0" w:firstRow="1" w:lastRow="0" w:firstColumn="1" w:lastColumn="0" w:noHBand="0" w:noVBand="1"/>
      </w:tblPr>
      <w:tblGrid>
        <w:gridCol w:w="1276"/>
        <w:gridCol w:w="2622"/>
        <w:gridCol w:w="1949"/>
        <w:gridCol w:w="1949"/>
        <w:gridCol w:w="1949"/>
      </w:tblGrid>
      <w:tr w:rsidR="002D5361" w14:paraId="319C95AF" w14:textId="77777777">
        <w:trPr>
          <w:cantSplit/>
          <w:tblHeader/>
          <w:jc w:val="center"/>
        </w:trPr>
        <w:tc>
          <w:tcPr>
            <w:tcW w:w="1276" w:type="dxa"/>
            <w:shd w:val="clear" w:color="auto" w:fill="D9EAF7"/>
            <w:tcMar>
              <w:top w:w="55" w:type="dxa"/>
              <w:left w:w="70" w:type="dxa"/>
              <w:bottom w:w="55" w:type="dxa"/>
              <w:right w:w="70" w:type="dxa"/>
            </w:tcMar>
            <w:vAlign w:val="center"/>
          </w:tcPr>
          <w:p w14:paraId="00D75A89" w14:textId="77777777" w:rsidR="002D5361" w:rsidRDefault="00000000">
            <w:r>
              <w:rPr>
                <w:b/>
                <w:sz w:val="16"/>
              </w:rPr>
              <w:t>Main topic</w:t>
            </w:r>
          </w:p>
        </w:tc>
        <w:tc>
          <w:tcPr>
            <w:tcW w:w="2622" w:type="dxa"/>
            <w:shd w:val="clear" w:color="auto" w:fill="D9EAF7"/>
            <w:tcMar>
              <w:top w:w="55" w:type="dxa"/>
              <w:left w:w="70" w:type="dxa"/>
              <w:bottom w:w="55" w:type="dxa"/>
              <w:right w:w="70" w:type="dxa"/>
            </w:tcMar>
            <w:vAlign w:val="center"/>
          </w:tcPr>
          <w:p w14:paraId="60B8F63C" w14:textId="77777777" w:rsidR="002D5361" w:rsidRDefault="00000000">
            <w:r>
              <w:rPr>
                <w:b/>
                <w:sz w:val="16"/>
              </w:rPr>
              <w:t>Matched comparison topic</w:t>
            </w:r>
          </w:p>
        </w:tc>
        <w:tc>
          <w:tcPr>
            <w:tcW w:w="1949" w:type="dxa"/>
            <w:shd w:val="clear" w:color="auto" w:fill="D9EAF7"/>
            <w:tcMar>
              <w:top w:w="55" w:type="dxa"/>
              <w:left w:w="70" w:type="dxa"/>
              <w:bottom w:w="55" w:type="dxa"/>
              <w:right w:w="70" w:type="dxa"/>
            </w:tcMar>
            <w:vAlign w:val="center"/>
          </w:tcPr>
          <w:p w14:paraId="32CB4C0B" w14:textId="77777777" w:rsidR="002D5361" w:rsidRDefault="00000000">
            <w:r>
              <w:rPr>
                <w:b/>
                <w:sz w:val="16"/>
              </w:rPr>
              <w:t>Overlap</w:t>
            </w:r>
          </w:p>
        </w:tc>
        <w:tc>
          <w:tcPr>
            <w:tcW w:w="1949" w:type="dxa"/>
            <w:shd w:val="clear" w:color="auto" w:fill="D9EAF7"/>
            <w:tcMar>
              <w:top w:w="55" w:type="dxa"/>
              <w:left w:w="70" w:type="dxa"/>
              <w:bottom w:w="55" w:type="dxa"/>
              <w:right w:w="70" w:type="dxa"/>
            </w:tcMar>
            <w:vAlign w:val="center"/>
          </w:tcPr>
          <w:p w14:paraId="3C3104AF" w14:textId="77777777" w:rsidR="002D5361" w:rsidRDefault="00000000">
            <w:r>
              <w:rPr>
                <w:b/>
                <w:sz w:val="16"/>
              </w:rPr>
              <w:t>Comparison/main topic n</w:t>
            </w:r>
          </w:p>
        </w:tc>
        <w:tc>
          <w:tcPr>
            <w:tcW w:w="1949" w:type="dxa"/>
            <w:shd w:val="clear" w:color="auto" w:fill="D9EAF7"/>
            <w:tcMar>
              <w:top w:w="55" w:type="dxa"/>
              <w:left w:w="70" w:type="dxa"/>
              <w:bottom w:w="55" w:type="dxa"/>
              <w:right w:w="70" w:type="dxa"/>
            </w:tcMar>
            <w:vAlign w:val="center"/>
          </w:tcPr>
          <w:p w14:paraId="3F8D7A60" w14:textId="77777777" w:rsidR="002D5361" w:rsidRDefault="00000000">
            <w:r>
              <w:rPr>
                <w:b/>
                <w:sz w:val="16"/>
              </w:rPr>
              <w:t>Jaccard</w:t>
            </w:r>
          </w:p>
        </w:tc>
      </w:tr>
      <w:tr w:rsidR="002D5361" w14:paraId="55F4E05F" w14:textId="77777777">
        <w:trPr>
          <w:cantSplit/>
          <w:jc w:val="center"/>
        </w:trPr>
        <w:tc>
          <w:tcPr>
            <w:tcW w:w="1276" w:type="dxa"/>
            <w:tcMar>
              <w:top w:w="55" w:type="dxa"/>
              <w:left w:w="70" w:type="dxa"/>
              <w:bottom w:w="55" w:type="dxa"/>
              <w:right w:w="70" w:type="dxa"/>
            </w:tcMar>
            <w:vAlign w:val="center"/>
          </w:tcPr>
          <w:p w14:paraId="5F272820" w14:textId="77777777" w:rsidR="002D5361" w:rsidRDefault="00000000">
            <w:r>
              <w:rPr>
                <w:sz w:val="16"/>
              </w:rPr>
              <w:t>T0</w:t>
            </w:r>
          </w:p>
        </w:tc>
        <w:tc>
          <w:tcPr>
            <w:tcW w:w="2622" w:type="dxa"/>
            <w:tcMar>
              <w:top w:w="55" w:type="dxa"/>
              <w:left w:w="70" w:type="dxa"/>
              <w:bottom w:w="55" w:type="dxa"/>
              <w:right w:w="70" w:type="dxa"/>
            </w:tcMar>
            <w:vAlign w:val="center"/>
          </w:tcPr>
          <w:p w14:paraId="7C3B2D63" w14:textId="77777777" w:rsidR="002D5361" w:rsidRDefault="00000000">
            <w:r>
              <w:rPr>
                <w:sz w:val="16"/>
              </w:rPr>
              <w:t>0</w:t>
            </w:r>
          </w:p>
        </w:tc>
        <w:tc>
          <w:tcPr>
            <w:tcW w:w="1949" w:type="dxa"/>
            <w:tcMar>
              <w:top w:w="55" w:type="dxa"/>
              <w:left w:w="70" w:type="dxa"/>
              <w:bottom w:w="55" w:type="dxa"/>
              <w:right w:w="70" w:type="dxa"/>
            </w:tcMar>
            <w:vAlign w:val="center"/>
          </w:tcPr>
          <w:p w14:paraId="05492009" w14:textId="77777777" w:rsidR="002D5361" w:rsidRDefault="00000000">
            <w:r>
              <w:rPr>
                <w:sz w:val="16"/>
              </w:rPr>
              <w:t>146</w:t>
            </w:r>
          </w:p>
        </w:tc>
        <w:tc>
          <w:tcPr>
            <w:tcW w:w="1949" w:type="dxa"/>
            <w:tcMar>
              <w:top w:w="55" w:type="dxa"/>
              <w:left w:w="70" w:type="dxa"/>
              <w:bottom w:w="55" w:type="dxa"/>
              <w:right w:w="70" w:type="dxa"/>
            </w:tcMar>
            <w:vAlign w:val="center"/>
          </w:tcPr>
          <w:p w14:paraId="615EB07D" w14:textId="77777777" w:rsidR="002D5361" w:rsidRDefault="00000000">
            <w:r>
              <w:rPr>
                <w:sz w:val="16"/>
              </w:rPr>
              <w:t>147/146</w:t>
            </w:r>
          </w:p>
        </w:tc>
        <w:tc>
          <w:tcPr>
            <w:tcW w:w="1949" w:type="dxa"/>
            <w:tcMar>
              <w:top w:w="55" w:type="dxa"/>
              <w:left w:w="70" w:type="dxa"/>
              <w:bottom w:w="55" w:type="dxa"/>
              <w:right w:w="70" w:type="dxa"/>
            </w:tcMar>
            <w:vAlign w:val="center"/>
          </w:tcPr>
          <w:p w14:paraId="08A5A699" w14:textId="77777777" w:rsidR="002D5361" w:rsidRDefault="00000000">
            <w:r>
              <w:rPr>
                <w:sz w:val="16"/>
              </w:rPr>
              <w:t>0.993</w:t>
            </w:r>
          </w:p>
        </w:tc>
      </w:tr>
      <w:tr w:rsidR="002D5361" w14:paraId="7DE2726F" w14:textId="77777777">
        <w:trPr>
          <w:cantSplit/>
          <w:jc w:val="center"/>
        </w:trPr>
        <w:tc>
          <w:tcPr>
            <w:tcW w:w="1276" w:type="dxa"/>
            <w:shd w:val="clear" w:color="auto" w:fill="F7F9FB"/>
            <w:tcMar>
              <w:top w:w="55" w:type="dxa"/>
              <w:left w:w="70" w:type="dxa"/>
              <w:bottom w:w="55" w:type="dxa"/>
              <w:right w:w="70" w:type="dxa"/>
            </w:tcMar>
            <w:vAlign w:val="center"/>
          </w:tcPr>
          <w:p w14:paraId="2E507D78" w14:textId="77777777" w:rsidR="002D5361" w:rsidRDefault="00000000">
            <w:r>
              <w:rPr>
                <w:sz w:val="16"/>
              </w:rPr>
              <w:t>T1</w:t>
            </w:r>
          </w:p>
        </w:tc>
        <w:tc>
          <w:tcPr>
            <w:tcW w:w="2622" w:type="dxa"/>
            <w:shd w:val="clear" w:color="auto" w:fill="F7F9FB"/>
            <w:tcMar>
              <w:top w:w="55" w:type="dxa"/>
              <w:left w:w="70" w:type="dxa"/>
              <w:bottom w:w="55" w:type="dxa"/>
              <w:right w:w="70" w:type="dxa"/>
            </w:tcMar>
            <w:vAlign w:val="center"/>
          </w:tcPr>
          <w:p w14:paraId="60EA4014" w14:textId="77777777" w:rsidR="002D5361" w:rsidRDefault="00000000">
            <w:r>
              <w:rPr>
                <w:sz w:val="16"/>
              </w:rPr>
              <w:t>1</w:t>
            </w:r>
          </w:p>
        </w:tc>
        <w:tc>
          <w:tcPr>
            <w:tcW w:w="1949" w:type="dxa"/>
            <w:shd w:val="clear" w:color="auto" w:fill="F7F9FB"/>
            <w:tcMar>
              <w:top w:w="55" w:type="dxa"/>
              <w:left w:w="70" w:type="dxa"/>
              <w:bottom w:w="55" w:type="dxa"/>
              <w:right w:w="70" w:type="dxa"/>
            </w:tcMar>
            <w:vAlign w:val="center"/>
          </w:tcPr>
          <w:p w14:paraId="15A93727" w14:textId="77777777" w:rsidR="002D5361" w:rsidRDefault="00000000">
            <w:r>
              <w:rPr>
                <w:sz w:val="16"/>
              </w:rPr>
              <w:t>123</w:t>
            </w:r>
          </w:p>
        </w:tc>
        <w:tc>
          <w:tcPr>
            <w:tcW w:w="1949" w:type="dxa"/>
            <w:shd w:val="clear" w:color="auto" w:fill="F7F9FB"/>
            <w:tcMar>
              <w:top w:w="55" w:type="dxa"/>
              <w:left w:w="70" w:type="dxa"/>
              <w:bottom w:w="55" w:type="dxa"/>
              <w:right w:w="70" w:type="dxa"/>
            </w:tcMar>
            <w:vAlign w:val="center"/>
          </w:tcPr>
          <w:p w14:paraId="17B59EA0" w14:textId="77777777" w:rsidR="002D5361" w:rsidRDefault="00000000">
            <w:r>
              <w:rPr>
                <w:sz w:val="16"/>
              </w:rPr>
              <w:t>125/123</w:t>
            </w:r>
          </w:p>
        </w:tc>
        <w:tc>
          <w:tcPr>
            <w:tcW w:w="1949" w:type="dxa"/>
            <w:shd w:val="clear" w:color="auto" w:fill="F7F9FB"/>
            <w:tcMar>
              <w:top w:w="55" w:type="dxa"/>
              <w:left w:w="70" w:type="dxa"/>
              <w:bottom w:w="55" w:type="dxa"/>
              <w:right w:w="70" w:type="dxa"/>
            </w:tcMar>
            <w:vAlign w:val="center"/>
          </w:tcPr>
          <w:p w14:paraId="2D93103B" w14:textId="77777777" w:rsidR="002D5361" w:rsidRDefault="00000000">
            <w:r>
              <w:rPr>
                <w:sz w:val="16"/>
              </w:rPr>
              <w:t>0.984</w:t>
            </w:r>
          </w:p>
        </w:tc>
      </w:tr>
      <w:tr w:rsidR="002D5361" w14:paraId="30DEA398" w14:textId="77777777">
        <w:trPr>
          <w:cantSplit/>
          <w:jc w:val="center"/>
        </w:trPr>
        <w:tc>
          <w:tcPr>
            <w:tcW w:w="1276" w:type="dxa"/>
            <w:tcMar>
              <w:top w:w="55" w:type="dxa"/>
              <w:left w:w="70" w:type="dxa"/>
              <w:bottom w:w="55" w:type="dxa"/>
              <w:right w:w="70" w:type="dxa"/>
            </w:tcMar>
            <w:vAlign w:val="center"/>
          </w:tcPr>
          <w:p w14:paraId="734D05B5" w14:textId="77777777" w:rsidR="002D5361" w:rsidRDefault="00000000">
            <w:r>
              <w:rPr>
                <w:sz w:val="16"/>
              </w:rPr>
              <w:t>T2</w:t>
            </w:r>
          </w:p>
        </w:tc>
        <w:tc>
          <w:tcPr>
            <w:tcW w:w="2622" w:type="dxa"/>
            <w:tcMar>
              <w:top w:w="55" w:type="dxa"/>
              <w:left w:w="70" w:type="dxa"/>
              <w:bottom w:w="55" w:type="dxa"/>
              <w:right w:w="70" w:type="dxa"/>
            </w:tcMar>
            <w:vAlign w:val="center"/>
          </w:tcPr>
          <w:p w14:paraId="6CE0D47B" w14:textId="77777777" w:rsidR="002D5361" w:rsidRDefault="00000000">
            <w:r>
              <w:rPr>
                <w:sz w:val="16"/>
              </w:rPr>
              <w:t>2</w:t>
            </w:r>
          </w:p>
        </w:tc>
        <w:tc>
          <w:tcPr>
            <w:tcW w:w="1949" w:type="dxa"/>
            <w:tcMar>
              <w:top w:w="55" w:type="dxa"/>
              <w:left w:w="70" w:type="dxa"/>
              <w:bottom w:w="55" w:type="dxa"/>
              <w:right w:w="70" w:type="dxa"/>
            </w:tcMar>
            <w:vAlign w:val="center"/>
          </w:tcPr>
          <w:p w14:paraId="084469E6" w14:textId="77777777" w:rsidR="002D5361" w:rsidRDefault="00000000">
            <w:r>
              <w:rPr>
                <w:sz w:val="16"/>
              </w:rPr>
              <w:t>116</w:t>
            </w:r>
          </w:p>
        </w:tc>
        <w:tc>
          <w:tcPr>
            <w:tcW w:w="1949" w:type="dxa"/>
            <w:tcMar>
              <w:top w:w="55" w:type="dxa"/>
              <w:left w:w="70" w:type="dxa"/>
              <w:bottom w:w="55" w:type="dxa"/>
              <w:right w:w="70" w:type="dxa"/>
            </w:tcMar>
            <w:vAlign w:val="center"/>
          </w:tcPr>
          <w:p w14:paraId="439F4FBB" w14:textId="77777777" w:rsidR="002D5361" w:rsidRDefault="00000000">
            <w:r>
              <w:rPr>
                <w:sz w:val="16"/>
              </w:rPr>
              <w:t>116/116</w:t>
            </w:r>
          </w:p>
        </w:tc>
        <w:tc>
          <w:tcPr>
            <w:tcW w:w="1949" w:type="dxa"/>
            <w:tcMar>
              <w:top w:w="55" w:type="dxa"/>
              <w:left w:w="70" w:type="dxa"/>
              <w:bottom w:w="55" w:type="dxa"/>
              <w:right w:w="70" w:type="dxa"/>
            </w:tcMar>
            <w:vAlign w:val="center"/>
          </w:tcPr>
          <w:p w14:paraId="51C29518" w14:textId="77777777" w:rsidR="002D5361" w:rsidRDefault="00000000">
            <w:r>
              <w:rPr>
                <w:sz w:val="16"/>
              </w:rPr>
              <w:t>1.000</w:t>
            </w:r>
          </w:p>
        </w:tc>
      </w:tr>
      <w:tr w:rsidR="002D5361" w14:paraId="4A174244" w14:textId="77777777">
        <w:trPr>
          <w:cantSplit/>
          <w:jc w:val="center"/>
        </w:trPr>
        <w:tc>
          <w:tcPr>
            <w:tcW w:w="1276" w:type="dxa"/>
            <w:shd w:val="clear" w:color="auto" w:fill="F7F9FB"/>
            <w:tcMar>
              <w:top w:w="55" w:type="dxa"/>
              <w:left w:w="70" w:type="dxa"/>
              <w:bottom w:w="55" w:type="dxa"/>
              <w:right w:w="70" w:type="dxa"/>
            </w:tcMar>
            <w:vAlign w:val="center"/>
          </w:tcPr>
          <w:p w14:paraId="6836CAF1" w14:textId="77777777" w:rsidR="002D5361" w:rsidRDefault="00000000">
            <w:r>
              <w:rPr>
                <w:sz w:val="16"/>
              </w:rPr>
              <w:t>T4</w:t>
            </w:r>
          </w:p>
        </w:tc>
        <w:tc>
          <w:tcPr>
            <w:tcW w:w="2622" w:type="dxa"/>
            <w:shd w:val="clear" w:color="auto" w:fill="F7F9FB"/>
            <w:tcMar>
              <w:top w:w="55" w:type="dxa"/>
              <w:left w:w="70" w:type="dxa"/>
              <w:bottom w:w="55" w:type="dxa"/>
              <w:right w:w="70" w:type="dxa"/>
            </w:tcMar>
            <w:vAlign w:val="center"/>
          </w:tcPr>
          <w:p w14:paraId="19147FC1" w14:textId="77777777" w:rsidR="002D5361" w:rsidRDefault="00000000">
            <w:r>
              <w:rPr>
                <w:sz w:val="16"/>
              </w:rPr>
              <w:t>3</w:t>
            </w:r>
          </w:p>
        </w:tc>
        <w:tc>
          <w:tcPr>
            <w:tcW w:w="1949" w:type="dxa"/>
            <w:shd w:val="clear" w:color="auto" w:fill="F7F9FB"/>
            <w:tcMar>
              <w:top w:w="55" w:type="dxa"/>
              <w:left w:w="70" w:type="dxa"/>
              <w:bottom w:w="55" w:type="dxa"/>
              <w:right w:w="70" w:type="dxa"/>
            </w:tcMar>
            <w:vAlign w:val="center"/>
          </w:tcPr>
          <w:p w14:paraId="4275E0C9" w14:textId="77777777" w:rsidR="002D5361" w:rsidRDefault="00000000">
            <w:r>
              <w:rPr>
                <w:sz w:val="16"/>
              </w:rPr>
              <w:t>101</w:t>
            </w:r>
          </w:p>
        </w:tc>
        <w:tc>
          <w:tcPr>
            <w:tcW w:w="1949" w:type="dxa"/>
            <w:shd w:val="clear" w:color="auto" w:fill="F7F9FB"/>
            <w:tcMar>
              <w:top w:w="55" w:type="dxa"/>
              <w:left w:w="70" w:type="dxa"/>
              <w:bottom w:w="55" w:type="dxa"/>
              <w:right w:w="70" w:type="dxa"/>
            </w:tcMar>
            <w:vAlign w:val="center"/>
          </w:tcPr>
          <w:p w14:paraId="3F3D5869" w14:textId="77777777" w:rsidR="002D5361" w:rsidRDefault="00000000">
            <w:r>
              <w:rPr>
                <w:sz w:val="16"/>
              </w:rPr>
              <w:t>115/101</w:t>
            </w:r>
          </w:p>
        </w:tc>
        <w:tc>
          <w:tcPr>
            <w:tcW w:w="1949" w:type="dxa"/>
            <w:shd w:val="clear" w:color="auto" w:fill="F7F9FB"/>
            <w:tcMar>
              <w:top w:w="55" w:type="dxa"/>
              <w:left w:w="70" w:type="dxa"/>
              <w:bottom w:w="55" w:type="dxa"/>
              <w:right w:w="70" w:type="dxa"/>
            </w:tcMar>
            <w:vAlign w:val="center"/>
          </w:tcPr>
          <w:p w14:paraId="2F75825F" w14:textId="77777777" w:rsidR="002D5361" w:rsidRDefault="00000000">
            <w:r>
              <w:rPr>
                <w:sz w:val="16"/>
              </w:rPr>
              <w:t>0.878</w:t>
            </w:r>
          </w:p>
        </w:tc>
      </w:tr>
      <w:tr w:rsidR="002D5361" w14:paraId="5E7A9E17" w14:textId="77777777">
        <w:trPr>
          <w:cantSplit/>
          <w:jc w:val="center"/>
        </w:trPr>
        <w:tc>
          <w:tcPr>
            <w:tcW w:w="1276" w:type="dxa"/>
            <w:tcMar>
              <w:top w:w="55" w:type="dxa"/>
              <w:left w:w="70" w:type="dxa"/>
              <w:bottom w:w="55" w:type="dxa"/>
              <w:right w:w="70" w:type="dxa"/>
            </w:tcMar>
            <w:vAlign w:val="center"/>
          </w:tcPr>
          <w:p w14:paraId="7955F6AD" w14:textId="77777777" w:rsidR="002D5361" w:rsidRDefault="00000000">
            <w:r>
              <w:rPr>
                <w:sz w:val="16"/>
              </w:rPr>
              <w:t>T3</w:t>
            </w:r>
          </w:p>
        </w:tc>
        <w:tc>
          <w:tcPr>
            <w:tcW w:w="2622" w:type="dxa"/>
            <w:tcMar>
              <w:top w:w="55" w:type="dxa"/>
              <w:left w:w="70" w:type="dxa"/>
              <w:bottom w:w="55" w:type="dxa"/>
              <w:right w:w="70" w:type="dxa"/>
            </w:tcMar>
            <w:vAlign w:val="center"/>
          </w:tcPr>
          <w:p w14:paraId="71E55217" w14:textId="77777777" w:rsidR="002D5361" w:rsidRDefault="00000000">
            <w:r>
              <w:rPr>
                <w:sz w:val="16"/>
              </w:rPr>
              <w:t>4</w:t>
            </w:r>
          </w:p>
        </w:tc>
        <w:tc>
          <w:tcPr>
            <w:tcW w:w="1949" w:type="dxa"/>
            <w:tcMar>
              <w:top w:w="55" w:type="dxa"/>
              <w:left w:w="70" w:type="dxa"/>
              <w:bottom w:w="55" w:type="dxa"/>
              <w:right w:w="70" w:type="dxa"/>
            </w:tcMar>
            <w:vAlign w:val="center"/>
          </w:tcPr>
          <w:p w14:paraId="058B3751" w14:textId="77777777" w:rsidR="002D5361" w:rsidRDefault="00000000">
            <w:r>
              <w:rPr>
                <w:sz w:val="16"/>
              </w:rPr>
              <w:t>106</w:t>
            </w:r>
          </w:p>
        </w:tc>
        <w:tc>
          <w:tcPr>
            <w:tcW w:w="1949" w:type="dxa"/>
            <w:tcMar>
              <w:top w:w="55" w:type="dxa"/>
              <w:left w:w="70" w:type="dxa"/>
              <w:bottom w:w="55" w:type="dxa"/>
              <w:right w:w="70" w:type="dxa"/>
            </w:tcMar>
            <w:vAlign w:val="center"/>
          </w:tcPr>
          <w:p w14:paraId="48D5D4C0" w14:textId="77777777" w:rsidR="002D5361" w:rsidRDefault="00000000">
            <w:r>
              <w:rPr>
                <w:sz w:val="16"/>
              </w:rPr>
              <w:t>106/106</w:t>
            </w:r>
          </w:p>
        </w:tc>
        <w:tc>
          <w:tcPr>
            <w:tcW w:w="1949" w:type="dxa"/>
            <w:tcMar>
              <w:top w:w="55" w:type="dxa"/>
              <w:left w:w="70" w:type="dxa"/>
              <w:bottom w:w="55" w:type="dxa"/>
              <w:right w:w="70" w:type="dxa"/>
            </w:tcMar>
            <w:vAlign w:val="center"/>
          </w:tcPr>
          <w:p w14:paraId="4E4F97AD" w14:textId="77777777" w:rsidR="002D5361" w:rsidRDefault="00000000">
            <w:r>
              <w:rPr>
                <w:sz w:val="16"/>
              </w:rPr>
              <w:t>1.000</w:t>
            </w:r>
          </w:p>
        </w:tc>
      </w:tr>
      <w:tr w:rsidR="002D5361" w14:paraId="35B7CB05" w14:textId="77777777">
        <w:trPr>
          <w:cantSplit/>
          <w:jc w:val="center"/>
        </w:trPr>
        <w:tc>
          <w:tcPr>
            <w:tcW w:w="1276" w:type="dxa"/>
            <w:shd w:val="clear" w:color="auto" w:fill="F7F9FB"/>
            <w:tcMar>
              <w:top w:w="55" w:type="dxa"/>
              <w:left w:w="70" w:type="dxa"/>
              <w:bottom w:w="55" w:type="dxa"/>
              <w:right w:w="70" w:type="dxa"/>
            </w:tcMar>
            <w:vAlign w:val="center"/>
          </w:tcPr>
          <w:p w14:paraId="210FB4D2" w14:textId="77777777" w:rsidR="002D5361" w:rsidRDefault="00000000">
            <w:r>
              <w:rPr>
                <w:sz w:val="16"/>
              </w:rPr>
              <w:t>T5</w:t>
            </w:r>
          </w:p>
        </w:tc>
        <w:tc>
          <w:tcPr>
            <w:tcW w:w="2622" w:type="dxa"/>
            <w:shd w:val="clear" w:color="auto" w:fill="F7F9FB"/>
            <w:tcMar>
              <w:top w:w="55" w:type="dxa"/>
              <w:left w:w="70" w:type="dxa"/>
              <w:bottom w:w="55" w:type="dxa"/>
              <w:right w:w="70" w:type="dxa"/>
            </w:tcMar>
            <w:vAlign w:val="center"/>
          </w:tcPr>
          <w:p w14:paraId="7298954F" w14:textId="77777777" w:rsidR="002D5361" w:rsidRDefault="00000000">
            <w:r>
              <w:rPr>
                <w:sz w:val="16"/>
              </w:rPr>
              <w:t>5</w:t>
            </w:r>
          </w:p>
        </w:tc>
        <w:tc>
          <w:tcPr>
            <w:tcW w:w="1949" w:type="dxa"/>
            <w:shd w:val="clear" w:color="auto" w:fill="F7F9FB"/>
            <w:tcMar>
              <w:top w:w="55" w:type="dxa"/>
              <w:left w:w="70" w:type="dxa"/>
              <w:bottom w:w="55" w:type="dxa"/>
              <w:right w:w="70" w:type="dxa"/>
            </w:tcMar>
            <w:vAlign w:val="center"/>
          </w:tcPr>
          <w:p w14:paraId="62A4DA4E" w14:textId="77777777" w:rsidR="002D5361" w:rsidRDefault="00000000">
            <w:r>
              <w:rPr>
                <w:sz w:val="16"/>
              </w:rPr>
              <w:t>56</w:t>
            </w:r>
          </w:p>
        </w:tc>
        <w:tc>
          <w:tcPr>
            <w:tcW w:w="1949" w:type="dxa"/>
            <w:shd w:val="clear" w:color="auto" w:fill="F7F9FB"/>
            <w:tcMar>
              <w:top w:w="55" w:type="dxa"/>
              <w:left w:w="70" w:type="dxa"/>
              <w:bottom w:w="55" w:type="dxa"/>
              <w:right w:w="70" w:type="dxa"/>
            </w:tcMar>
            <w:vAlign w:val="center"/>
          </w:tcPr>
          <w:p w14:paraId="6957BDAC" w14:textId="77777777" w:rsidR="002D5361" w:rsidRDefault="00000000">
            <w:r>
              <w:rPr>
                <w:sz w:val="16"/>
              </w:rPr>
              <w:t>56/60</w:t>
            </w:r>
          </w:p>
        </w:tc>
        <w:tc>
          <w:tcPr>
            <w:tcW w:w="1949" w:type="dxa"/>
            <w:shd w:val="clear" w:color="auto" w:fill="F7F9FB"/>
            <w:tcMar>
              <w:top w:w="55" w:type="dxa"/>
              <w:left w:w="70" w:type="dxa"/>
              <w:bottom w:w="55" w:type="dxa"/>
              <w:right w:w="70" w:type="dxa"/>
            </w:tcMar>
            <w:vAlign w:val="center"/>
          </w:tcPr>
          <w:p w14:paraId="6614596E" w14:textId="77777777" w:rsidR="002D5361" w:rsidRDefault="00000000">
            <w:r>
              <w:rPr>
                <w:sz w:val="16"/>
              </w:rPr>
              <w:t>0.933</w:t>
            </w:r>
          </w:p>
        </w:tc>
      </w:tr>
      <w:tr w:rsidR="002D5361" w14:paraId="7AE508AE" w14:textId="77777777">
        <w:trPr>
          <w:cantSplit/>
          <w:jc w:val="center"/>
        </w:trPr>
        <w:tc>
          <w:tcPr>
            <w:tcW w:w="1276" w:type="dxa"/>
            <w:tcMar>
              <w:top w:w="55" w:type="dxa"/>
              <w:left w:w="70" w:type="dxa"/>
              <w:bottom w:w="55" w:type="dxa"/>
              <w:right w:w="70" w:type="dxa"/>
            </w:tcMar>
            <w:vAlign w:val="center"/>
          </w:tcPr>
          <w:p w14:paraId="66F45488" w14:textId="77777777" w:rsidR="002D5361" w:rsidRDefault="00000000">
            <w:r>
              <w:rPr>
                <w:sz w:val="16"/>
              </w:rPr>
              <w:t>T10</w:t>
            </w:r>
          </w:p>
        </w:tc>
        <w:tc>
          <w:tcPr>
            <w:tcW w:w="2622" w:type="dxa"/>
            <w:tcMar>
              <w:top w:w="55" w:type="dxa"/>
              <w:left w:w="70" w:type="dxa"/>
              <w:bottom w:w="55" w:type="dxa"/>
              <w:right w:w="70" w:type="dxa"/>
            </w:tcMar>
            <w:vAlign w:val="center"/>
          </w:tcPr>
          <w:p w14:paraId="465BDDD1" w14:textId="77777777" w:rsidR="002D5361" w:rsidRDefault="00000000">
            <w:r>
              <w:rPr>
                <w:sz w:val="16"/>
              </w:rPr>
              <w:t>6</w:t>
            </w:r>
          </w:p>
        </w:tc>
        <w:tc>
          <w:tcPr>
            <w:tcW w:w="1949" w:type="dxa"/>
            <w:tcMar>
              <w:top w:w="55" w:type="dxa"/>
              <w:left w:w="70" w:type="dxa"/>
              <w:bottom w:w="55" w:type="dxa"/>
              <w:right w:w="70" w:type="dxa"/>
            </w:tcMar>
            <w:vAlign w:val="center"/>
          </w:tcPr>
          <w:p w14:paraId="4D5970CB" w14:textId="77777777" w:rsidR="002D5361" w:rsidRDefault="00000000">
            <w:r>
              <w:rPr>
                <w:sz w:val="16"/>
              </w:rPr>
              <w:t>25</w:t>
            </w:r>
          </w:p>
        </w:tc>
        <w:tc>
          <w:tcPr>
            <w:tcW w:w="1949" w:type="dxa"/>
            <w:tcMar>
              <w:top w:w="55" w:type="dxa"/>
              <w:left w:w="70" w:type="dxa"/>
              <w:bottom w:w="55" w:type="dxa"/>
              <w:right w:w="70" w:type="dxa"/>
            </w:tcMar>
            <w:vAlign w:val="center"/>
          </w:tcPr>
          <w:p w14:paraId="7B48FBBA" w14:textId="77777777" w:rsidR="002D5361" w:rsidRDefault="00000000">
            <w:r>
              <w:rPr>
                <w:sz w:val="16"/>
              </w:rPr>
              <w:t>53/25</w:t>
            </w:r>
          </w:p>
        </w:tc>
        <w:tc>
          <w:tcPr>
            <w:tcW w:w="1949" w:type="dxa"/>
            <w:tcMar>
              <w:top w:w="55" w:type="dxa"/>
              <w:left w:w="70" w:type="dxa"/>
              <w:bottom w:w="55" w:type="dxa"/>
              <w:right w:w="70" w:type="dxa"/>
            </w:tcMar>
            <w:vAlign w:val="center"/>
          </w:tcPr>
          <w:p w14:paraId="39EE028F" w14:textId="77777777" w:rsidR="002D5361" w:rsidRDefault="00000000">
            <w:r>
              <w:rPr>
                <w:sz w:val="16"/>
              </w:rPr>
              <w:t>0.472</w:t>
            </w:r>
          </w:p>
        </w:tc>
      </w:tr>
      <w:tr w:rsidR="002D5361" w14:paraId="6C4D11EB" w14:textId="77777777">
        <w:trPr>
          <w:cantSplit/>
          <w:jc w:val="center"/>
        </w:trPr>
        <w:tc>
          <w:tcPr>
            <w:tcW w:w="1276" w:type="dxa"/>
            <w:shd w:val="clear" w:color="auto" w:fill="F7F9FB"/>
            <w:tcMar>
              <w:top w:w="55" w:type="dxa"/>
              <w:left w:w="70" w:type="dxa"/>
              <w:bottom w:w="55" w:type="dxa"/>
              <w:right w:w="70" w:type="dxa"/>
            </w:tcMar>
            <w:vAlign w:val="center"/>
          </w:tcPr>
          <w:p w14:paraId="3F8AE828" w14:textId="77777777" w:rsidR="002D5361" w:rsidRDefault="00000000">
            <w:r>
              <w:rPr>
                <w:sz w:val="16"/>
              </w:rPr>
              <w:t>T6</w:t>
            </w:r>
          </w:p>
        </w:tc>
        <w:tc>
          <w:tcPr>
            <w:tcW w:w="2622" w:type="dxa"/>
            <w:shd w:val="clear" w:color="auto" w:fill="F7F9FB"/>
            <w:tcMar>
              <w:top w:w="55" w:type="dxa"/>
              <w:left w:w="70" w:type="dxa"/>
              <w:bottom w:w="55" w:type="dxa"/>
              <w:right w:w="70" w:type="dxa"/>
            </w:tcMar>
            <w:vAlign w:val="center"/>
          </w:tcPr>
          <w:p w14:paraId="4EF92491" w14:textId="77777777" w:rsidR="002D5361" w:rsidRDefault="00000000">
            <w:r>
              <w:rPr>
                <w:sz w:val="16"/>
              </w:rPr>
              <w:t>7</w:t>
            </w:r>
          </w:p>
        </w:tc>
        <w:tc>
          <w:tcPr>
            <w:tcW w:w="1949" w:type="dxa"/>
            <w:shd w:val="clear" w:color="auto" w:fill="F7F9FB"/>
            <w:tcMar>
              <w:top w:w="55" w:type="dxa"/>
              <w:left w:w="70" w:type="dxa"/>
              <w:bottom w:w="55" w:type="dxa"/>
              <w:right w:w="70" w:type="dxa"/>
            </w:tcMar>
            <w:vAlign w:val="center"/>
          </w:tcPr>
          <w:p w14:paraId="46FCA6F1" w14:textId="77777777" w:rsidR="002D5361" w:rsidRDefault="00000000">
            <w:r>
              <w:rPr>
                <w:sz w:val="16"/>
              </w:rPr>
              <w:t>37</w:t>
            </w:r>
          </w:p>
        </w:tc>
        <w:tc>
          <w:tcPr>
            <w:tcW w:w="1949" w:type="dxa"/>
            <w:shd w:val="clear" w:color="auto" w:fill="F7F9FB"/>
            <w:tcMar>
              <w:top w:w="55" w:type="dxa"/>
              <w:left w:w="70" w:type="dxa"/>
              <w:bottom w:w="55" w:type="dxa"/>
              <w:right w:w="70" w:type="dxa"/>
            </w:tcMar>
            <w:vAlign w:val="center"/>
          </w:tcPr>
          <w:p w14:paraId="659D4457" w14:textId="77777777" w:rsidR="002D5361" w:rsidRDefault="00000000">
            <w:r>
              <w:rPr>
                <w:sz w:val="16"/>
              </w:rPr>
              <w:t>37/37</w:t>
            </w:r>
          </w:p>
        </w:tc>
        <w:tc>
          <w:tcPr>
            <w:tcW w:w="1949" w:type="dxa"/>
            <w:shd w:val="clear" w:color="auto" w:fill="F7F9FB"/>
            <w:tcMar>
              <w:top w:w="55" w:type="dxa"/>
              <w:left w:w="70" w:type="dxa"/>
              <w:bottom w:w="55" w:type="dxa"/>
              <w:right w:w="70" w:type="dxa"/>
            </w:tcMar>
            <w:vAlign w:val="center"/>
          </w:tcPr>
          <w:p w14:paraId="5D53A0CF" w14:textId="77777777" w:rsidR="002D5361" w:rsidRDefault="00000000">
            <w:r>
              <w:rPr>
                <w:sz w:val="16"/>
              </w:rPr>
              <w:t>1.000</w:t>
            </w:r>
          </w:p>
        </w:tc>
      </w:tr>
      <w:tr w:rsidR="002D5361" w14:paraId="7C70E5E1" w14:textId="77777777">
        <w:trPr>
          <w:cantSplit/>
          <w:jc w:val="center"/>
        </w:trPr>
        <w:tc>
          <w:tcPr>
            <w:tcW w:w="1276" w:type="dxa"/>
            <w:tcMar>
              <w:top w:w="55" w:type="dxa"/>
              <w:left w:w="70" w:type="dxa"/>
              <w:bottom w:w="55" w:type="dxa"/>
              <w:right w:w="70" w:type="dxa"/>
            </w:tcMar>
            <w:vAlign w:val="center"/>
          </w:tcPr>
          <w:p w14:paraId="63B553B6" w14:textId="77777777" w:rsidR="002D5361" w:rsidRDefault="00000000">
            <w:r>
              <w:rPr>
                <w:sz w:val="16"/>
              </w:rPr>
              <w:t>T7</w:t>
            </w:r>
          </w:p>
        </w:tc>
        <w:tc>
          <w:tcPr>
            <w:tcW w:w="2622" w:type="dxa"/>
            <w:tcMar>
              <w:top w:w="55" w:type="dxa"/>
              <w:left w:w="70" w:type="dxa"/>
              <w:bottom w:w="55" w:type="dxa"/>
              <w:right w:w="70" w:type="dxa"/>
            </w:tcMar>
            <w:vAlign w:val="center"/>
          </w:tcPr>
          <w:p w14:paraId="3E596A53" w14:textId="77777777" w:rsidR="002D5361" w:rsidRDefault="00000000">
            <w:r>
              <w:rPr>
                <w:sz w:val="16"/>
              </w:rPr>
              <w:t>8</w:t>
            </w:r>
          </w:p>
        </w:tc>
        <w:tc>
          <w:tcPr>
            <w:tcW w:w="1949" w:type="dxa"/>
            <w:tcMar>
              <w:top w:w="55" w:type="dxa"/>
              <w:left w:w="70" w:type="dxa"/>
              <w:bottom w:w="55" w:type="dxa"/>
              <w:right w:w="70" w:type="dxa"/>
            </w:tcMar>
            <w:vAlign w:val="center"/>
          </w:tcPr>
          <w:p w14:paraId="0750B9A3" w14:textId="77777777" w:rsidR="002D5361" w:rsidRDefault="00000000">
            <w:r>
              <w:rPr>
                <w:sz w:val="16"/>
              </w:rPr>
              <w:t>27</w:t>
            </w:r>
          </w:p>
        </w:tc>
        <w:tc>
          <w:tcPr>
            <w:tcW w:w="1949" w:type="dxa"/>
            <w:tcMar>
              <w:top w:w="55" w:type="dxa"/>
              <w:left w:w="70" w:type="dxa"/>
              <w:bottom w:w="55" w:type="dxa"/>
              <w:right w:w="70" w:type="dxa"/>
            </w:tcMar>
            <w:vAlign w:val="center"/>
          </w:tcPr>
          <w:p w14:paraId="3EEE60A1" w14:textId="77777777" w:rsidR="002D5361" w:rsidRDefault="00000000">
            <w:r>
              <w:rPr>
                <w:sz w:val="16"/>
              </w:rPr>
              <w:t>32/27</w:t>
            </w:r>
          </w:p>
        </w:tc>
        <w:tc>
          <w:tcPr>
            <w:tcW w:w="1949" w:type="dxa"/>
            <w:tcMar>
              <w:top w:w="55" w:type="dxa"/>
              <w:left w:w="70" w:type="dxa"/>
              <w:bottom w:w="55" w:type="dxa"/>
              <w:right w:w="70" w:type="dxa"/>
            </w:tcMar>
            <w:vAlign w:val="center"/>
          </w:tcPr>
          <w:p w14:paraId="59FDE617" w14:textId="77777777" w:rsidR="002D5361" w:rsidRDefault="00000000">
            <w:r>
              <w:rPr>
                <w:sz w:val="16"/>
              </w:rPr>
              <w:t>0.844</w:t>
            </w:r>
          </w:p>
        </w:tc>
      </w:tr>
      <w:tr w:rsidR="002D5361" w14:paraId="4601BDF6" w14:textId="77777777">
        <w:trPr>
          <w:cantSplit/>
          <w:jc w:val="center"/>
        </w:trPr>
        <w:tc>
          <w:tcPr>
            <w:tcW w:w="1276" w:type="dxa"/>
            <w:shd w:val="clear" w:color="auto" w:fill="F7F9FB"/>
            <w:tcMar>
              <w:top w:w="55" w:type="dxa"/>
              <w:left w:w="70" w:type="dxa"/>
              <w:bottom w:w="55" w:type="dxa"/>
              <w:right w:w="70" w:type="dxa"/>
            </w:tcMar>
            <w:vAlign w:val="center"/>
          </w:tcPr>
          <w:p w14:paraId="122FEDAA" w14:textId="77777777" w:rsidR="002D5361" w:rsidRDefault="00000000">
            <w:r>
              <w:rPr>
                <w:sz w:val="16"/>
              </w:rPr>
              <w:t>T8</w:t>
            </w:r>
          </w:p>
        </w:tc>
        <w:tc>
          <w:tcPr>
            <w:tcW w:w="2622" w:type="dxa"/>
            <w:shd w:val="clear" w:color="auto" w:fill="F7F9FB"/>
            <w:tcMar>
              <w:top w:w="55" w:type="dxa"/>
              <w:left w:w="70" w:type="dxa"/>
              <w:bottom w:w="55" w:type="dxa"/>
              <w:right w:w="70" w:type="dxa"/>
            </w:tcMar>
            <w:vAlign w:val="center"/>
          </w:tcPr>
          <w:p w14:paraId="53BD4F39" w14:textId="77777777" w:rsidR="002D5361" w:rsidRDefault="00000000">
            <w:r>
              <w:rPr>
                <w:sz w:val="16"/>
              </w:rPr>
              <w:t>9</w:t>
            </w:r>
          </w:p>
        </w:tc>
        <w:tc>
          <w:tcPr>
            <w:tcW w:w="1949" w:type="dxa"/>
            <w:shd w:val="clear" w:color="auto" w:fill="F7F9FB"/>
            <w:tcMar>
              <w:top w:w="55" w:type="dxa"/>
              <w:left w:w="70" w:type="dxa"/>
              <w:bottom w:w="55" w:type="dxa"/>
              <w:right w:w="70" w:type="dxa"/>
            </w:tcMar>
            <w:vAlign w:val="center"/>
          </w:tcPr>
          <w:p w14:paraId="20952DF4" w14:textId="77777777" w:rsidR="002D5361" w:rsidRDefault="00000000">
            <w:r>
              <w:rPr>
                <w:sz w:val="16"/>
              </w:rPr>
              <w:t>27</w:t>
            </w:r>
          </w:p>
        </w:tc>
        <w:tc>
          <w:tcPr>
            <w:tcW w:w="1949" w:type="dxa"/>
            <w:shd w:val="clear" w:color="auto" w:fill="F7F9FB"/>
            <w:tcMar>
              <w:top w:w="55" w:type="dxa"/>
              <w:left w:w="70" w:type="dxa"/>
              <w:bottom w:w="55" w:type="dxa"/>
              <w:right w:w="70" w:type="dxa"/>
            </w:tcMar>
            <w:vAlign w:val="center"/>
          </w:tcPr>
          <w:p w14:paraId="1610A0DE" w14:textId="77777777" w:rsidR="002D5361" w:rsidRDefault="00000000">
            <w:r>
              <w:rPr>
                <w:sz w:val="16"/>
              </w:rPr>
              <w:t>27/27</w:t>
            </w:r>
          </w:p>
        </w:tc>
        <w:tc>
          <w:tcPr>
            <w:tcW w:w="1949" w:type="dxa"/>
            <w:shd w:val="clear" w:color="auto" w:fill="F7F9FB"/>
            <w:tcMar>
              <w:top w:w="55" w:type="dxa"/>
              <w:left w:w="70" w:type="dxa"/>
              <w:bottom w:w="55" w:type="dxa"/>
              <w:right w:w="70" w:type="dxa"/>
            </w:tcMar>
            <w:vAlign w:val="center"/>
          </w:tcPr>
          <w:p w14:paraId="16F8131B" w14:textId="77777777" w:rsidR="002D5361" w:rsidRDefault="00000000">
            <w:r>
              <w:rPr>
                <w:sz w:val="16"/>
              </w:rPr>
              <w:t>1.000</w:t>
            </w:r>
          </w:p>
        </w:tc>
      </w:tr>
      <w:tr w:rsidR="002D5361" w14:paraId="56A1C62F" w14:textId="77777777">
        <w:trPr>
          <w:cantSplit/>
          <w:jc w:val="center"/>
        </w:trPr>
        <w:tc>
          <w:tcPr>
            <w:tcW w:w="1276" w:type="dxa"/>
            <w:tcMar>
              <w:top w:w="55" w:type="dxa"/>
              <w:left w:w="70" w:type="dxa"/>
              <w:bottom w:w="55" w:type="dxa"/>
              <w:right w:w="70" w:type="dxa"/>
            </w:tcMar>
            <w:vAlign w:val="center"/>
          </w:tcPr>
          <w:p w14:paraId="4BE16753" w14:textId="77777777" w:rsidR="002D5361" w:rsidRDefault="00000000">
            <w:r>
              <w:rPr>
                <w:sz w:val="16"/>
              </w:rPr>
              <w:t>T9</w:t>
            </w:r>
          </w:p>
        </w:tc>
        <w:tc>
          <w:tcPr>
            <w:tcW w:w="2622" w:type="dxa"/>
            <w:tcMar>
              <w:top w:w="55" w:type="dxa"/>
              <w:left w:w="70" w:type="dxa"/>
              <w:bottom w:w="55" w:type="dxa"/>
              <w:right w:w="70" w:type="dxa"/>
            </w:tcMar>
            <w:vAlign w:val="center"/>
          </w:tcPr>
          <w:p w14:paraId="2145B6A4" w14:textId="77777777" w:rsidR="002D5361" w:rsidRDefault="00000000">
            <w:r>
              <w:rPr>
                <w:sz w:val="16"/>
              </w:rPr>
              <w:t>10</w:t>
            </w:r>
          </w:p>
        </w:tc>
        <w:tc>
          <w:tcPr>
            <w:tcW w:w="1949" w:type="dxa"/>
            <w:tcMar>
              <w:top w:w="55" w:type="dxa"/>
              <w:left w:w="70" w:type="dxa"/>
              <w:bottom w:w="55" w:type="dxa"/>
              <w:right w:w="70" w:type="dxa"/>
            </w:tcMar>
            <w:vAlign w:val="center"/>
          </w:tcPr>
          <w:p w14:paraId="0A7C831B" w14:textId="77777777" w:rsidR="002D5361" w:rsidRDefault="00000000">
            <w:r>
              <w:rPr>
                <w:sz w:val="16"/>
              </w:rPr>
              <w:t>25</w:t>
            </w:r>
          </w:p>
        </w:tc>
        <w:tc>
          <w:tcPr>
            <w:tcW w:w="1949" w:type="dxa"/>
            <w:tcMar>
              <w:top w:w="55" w:type="dxa"/>
              <w:left w:w="70" w:type="dxa"/>
              <w:bottom w:w="55" w:type="dxa"/>
              <w:right w:w="70" w:type="dxa"/>
            </w:tcMar>
            <w:vAlign w:val="center"/>
          </w:tcPr>
          <w:p w14:paraId="65BE47E5" w14:textId="77777777" w:rsidR="002D5361" w:rsidRDefault="00000000">
            <w:r>
              <w:rPr>
                <w:sz w:val="16"/>
              </w:rPr>
              <w:t>26/25</w:t>
            </w:r>
          </w:p>
        </w:tc>
        <w:tc>
          <w:tcPr>
            <w:tcW w:w="1949" w:type="dxa"/>
            <w:tcMar>
              <w:top w:w="55" w:type="dxa"/>
              <w:left w:w="70" w:type="dxa"/>
              <w:bottom w:w="55" w:type="dxa"/>
              <w:right w:w="70" w:type="dxa"/>
            </w:tcMar>
            <w:vAlign w:val="center"/>
          </w:tcPr>
          <w:p w14:paraId="4FD91905" w14:textId="77777777" w:rsidR="002D5361" w:rsidRDefault="00000000">
            <w:r>
              <w:rPr>
                <w:sz w:val="16"/>
              </w:rPr>
              <w:t>0.962</w:t>
            </w:r>
          </w:p>
        </w:tc>
      </w:tr>
      <w:tr w:rsidR="002D5361" w14:paraId="14414728" w14:textId="77777777">
        <w:trPr>
          <w:cantSplit/>
          <w:jc w:val="center"/>
        </w:trPr>
        <w:tc>
          <w:tcPr>
            <w:tcW w:w="1276" w:type="dxa"/>
            <w:shd w:val="clear" w:color="auto" w:fill="F7F9FB"/>
            <w:tcMar>
              <w:top w:w="55" w:type="dxa"/>
              <w:left w:w="70" w:type="dxa"/>
              <w:bottom w:w="55" w:type="dxa"/>
              <w:right w:w="70" w:type="dxa"/>
            </w:tcMar>
            <w:vAlign w:val="center"/>
          </w:tcPr>
          <w:p w14:paraId="173CCC19" w14:textId="77777777" w:rsidR="002D5361" w:rsidRDefault="00000000">
            <w:r>
              <w:rPr>
                <w:sz w:val="16"/>
              </w:rPr>
              <w:t>T12</w:t>
            </w:r>
          </w:p>
        </w:tc>
        <w:tc>
          <w:tcPr>
            <w:tcW w:w="2622" w:type="dxa"/>
            <w:shd w:val="clear" w:color="auto" w:fill="F7F9FB"/>
            <w:tcMar>
              <w:top w:w="55" w:type="dxa"/>
              <w:left w:w="70" w:type="dxa"/>
              <w:bottom w:w="55" w:type="dxa"/>
              <w:right w:w="70" w:type="dxa"/>
            </w:tcMar>
            <w:vAlign w:val="center"/>
          </w:tcPr>
          <w:p w14:paraId="126E9874" w14:textId="77777777" w:rsidR="002D5361" w:rsidRDefault="00000000">
            <w:r>
              <w:rPr>
                <w:sz w:val="16"/>
              </w:rPr>
              <w:t>11</w:t>
            </w:r>
          </w:p>
        </w:tc>
        <w:tc>
          <w:tcPr>
            <w:tcW w:w="1949" w:type="dxa"/>
            <w:shd w:val="clear" w:color="auto" w:fill="F7F9FB"/>
            <w:tcMar>
              <w:top w:w="55" w:type="dxa"/>
              <w:left w:w="70" w:type="dxa"/>
              <w:bottom w:w="55" w:type="dxa"/>
              <w:right w:w="70" w:type="dxa"/>
            </w:tcMar>
            <w:vAlign w:val="center"/>
          </w:tcPr>
          <w:p w14:paraId="37DB448D" w14:textId="77777777" w:rsidR="002D5361" w:rsidRDefault="00000000">
            <w:r>
              <w:rPr>
                <w:sz w:val="16"/>
              </w:rPr>
              <w:t>22</w:t>
            </w:r>
          </w:p>
        </w:tc>
        <w:tc>
          <w:tcPr>
            <w:tcW w:w="1949" w:type="dxa"/>
            <w:shd w:val="clear" w:color="auto" w:fill="F7F9FB"/>
            <w:tcMar>
              <w:top w:w="55" w:type="dxa"/>
              <w:left w:w="70" w:type="dxa"/>
              <w:bottom w:w="55" w:type="dxa"/>
              <w:right w:w="70" w:type="dxa"/>
            </w:tcMar>
            <w:vAlign w:val="center"/>
          </w:tcPr>
          <w:p w14:paraId="71E1A7B7" w14:textId="77777777" w:rsidR="002D5361" w:rsidRDefault="00000000">
            <w:r>
              <w:rPr>
                <w:sz w:val="16"/>
              </w:rPr>
              <w:t>24/22</w:t>
            </w:r>
          </w:p>
        </w:tc>
        <w:tc>
          <w:tcPr>
            <w:tcW w:w="1949" w:type="dxa"/>
            <w:shd w:val="clear" w:color="auto" w:fill="F7F9FB"/>
            <w:tcMar>
              <w:top w:w="55" w:type="dxa"/>
              <w:left w:w="70" w:type="dxa"/>
              <w:bottom w:w="55" w:type="dxa"/>
              <w:right w:w="70" w:type="dxa"/>
            </w:tcMar>
            <w:vAlign w:val="center"/>
          </w:tcPr>
          <w:p w14:paraId="78EC1728" w14:textId="77777777" w:rsidR="002D5361" w:rsidRDefault="00000000">
            <w:r>
              <w:rPr>
                <w:sz w:val="16"/>
              </w:rPr>
              <w:t>0.917</w:t>
            </w:r>
          </w:p>
        </w:tc>
      </w:tr>
      <w:tr w:rsidR="002D5361" w14:paraId="3A15A835" w14:textId="77777777">
        <w:trPr>
          <w:cantSplit/>
          <w:jc w:val="center"/>
        </w:trPr>
        <w:tc>
          <w:tcPr>
            <w:tcW w:w="1276" w:type="dxa"/>
            <w:tcMar>
              <w:top w:w="55" w:type="dxa"/>
              <w:left w:w="70" w:type="dxa"/>
              <w:bottom w:w="55" w:type="dxa"/>
              <w:right w:w="70" w:type="dxa"/>
            </w:tcMar>
            <w:vAlign w:val="center"/>
          </w:tcPr>
          <w:p w14:paraId="2753731E" w14:textId="77777777" w:rsidR="002D5361" w:rsidRDefault="00000000">
            <w:r>
              <w:rPr>
                <w:sz w:val="16"/>
              </w:rPr>
              <w:t>T11</w:t>
            </w:r>
          </w:p>
        </w:tc>
        <w:tc>
          <w:tcPr>
            <w:tcW w:w="2622" w:type="dxa"/>
            <w:tcMar>
              <w:top w:w="55" w:type="dxa"/>
              <w:left w:w="70" w:type="dxa"/>
              <w:bottom w:w="55" w:type="dxa"/>
              <w:right w:w="70" w:type="dxa"/>
            </w:tcMar>
            <w:vAlign w:val="center"/>
          </w:tcPr>
          <w:p w14:paraId="47741878" w14:textId="77777777" w:rsidR="002D5361" w:rsidRDefault="00000000">
            <w:r>
              <w:rPr>
                <w:sz w:val="16"/>
              </w:rPr>
              <w:t>12</w:t>
            </w:r>
          </w:p>
        </w:tc>
        <w:tc>
          <w:tcPr>
            <w:tcW w:w="1949" w:type="dxa"/>
            <w:tcMar>
              <w:top w:w="55" w:type="dxa"/>
              <w:left w:w="70" w:type="dxa"/>
              <w:bottom w:w="55" w:type="dxa"/>
              <w:right w:w="70" w:type="dxa"/>
            </w:tcMar>
            <w:vAlign w:val="center"/>
          </w:tcPr>
          <w:p w14:paraId="4BDB93E0" w14:textId="77777777" w:rsidR="002D5361" w:rsidRDefault="00000000">
            <w:r>
              <w:rPr>
                <w:sz w:val="16"/>
              </w:rPr>
              <w:t>23</w:t>
            </w:r>
          </w:p>
        </w:tc>
        <w:tc>
          <w:tcPr>
            <w:tcW w:w="1949" w:type="dxa"/>
            <w:tcMar>
              <w:top w:w="55" w:type="dxa"/>
              <w:left w:w="70" w:type="dxa"/>
              <w:bottom w:w="55" w:type="dxa"/>
              <w:right w:w="70" w:type="dxa"/>
            </w:tcMar>
            <w:vAlign w:val="center"/>
          </w:tcPr>
          <w:p w14:paraId="41C4E1E0" w14:textId="77777777" w:rsidR="002D5361" w:rsidRDefault="00000000">
            <w:r>
              <w:rPr>
                <w:sz w:val="16"/>
              </w:rPr>
              <w:t>23/23</w:t>
            </w:r>
          </w:p>
        </w:tc>
        <w:tc>
          <w:tcPr>
            <w:tcW w:w="1949" w:type="dxa"/>
            <w:tcMar>
              <w:top w:w="55" w:type="dxa"/>
              <w:left w:w="70" w:type="dxa"/>
              <w:bottom w:w="55" w:type="dxa"/>
              <w:right w:w="70" w:type="dxa"/>
            </w:tcMar>
            <w:vAlign w:val="center"/>
          </w:tcPr>
          <w:p w14:paraId="391A1EA0" w14:textId="77777777" w:rsidR="002D5361" w:rsidRDefault="00000000">
            <w:r>
              <w:rPr>
                <w:sz w:val="16"/>
              </w:rPr>
              <w:t>1.000</w:t>
            </w:r>
          </w:p>
        </w:tc>
      </w:tr>
      <w:tr w:rsidR="002D5361" w14:paraId="6C6E66A6" w14:textId="77777777">
        <w:trPr>
          <w:cantSplit/>
          <w:jc w:val="center"/>
        </w:trPr>
        <w:tc>
          <w:tcPr>
            <w:tcW w:w="1276" w:type="dxa"/>
            <w:shd w:val="clear" w:color="auto" w:fill="F7F9FB"/>
            <w:tcMar>
              <w:top w:w="55" w:type="dxa"/>
              <w:left w:w="70" w:type="dxa"/>
              <w:bottom w:w="55" w:type="dxa"/>
              <w:right w:w="70" w:type="dxa"/>
            </w:tcMar>
            <w:vAlign w:val="center"/>
          </w:tcPr>
          <w:p w14:paraId="6BE2C90D" w14:textId="77777777" w:rsidR="002D5361" w:rsidRDefault="00000000">
            <w:r>
              <w:rPr>
                <w:sz w:val="16"/>
              </w:rPr>
              <w:t>T13</w:t>
            </w:r>
          </w:p>
        </w:tc>
        <w:tc>
          <w:tcPr>
            <w:tcW w:w="2622" w:type="dxa"/>
            <w:shd w:val="clear" w:color="auto" w:fill="F7F9FB"/>
            <w:tcMar>
              <w:top w:w="55" w:type="dxa"/>
              <w:left w:w="70" w:type="dxa"/>
              <w:bottom w:w="55" w:type="dxa"/>
              <w:right w:w="70" w:type="dxa"/>
            </w:tcMar>
            <w:vAlign w:val="center"/>
          </w:tcPr>
          <w:p w14:paraId="7647E2B8" w14:textId="77777777" w:rsidR="002D5361" w:rsidRDefault="00000000">
            <w:r>
              <w:rPr>
                <w:sz w:val="16"/>
              </w:rPr>
              <w:t>13</w:t>
            </w:r>
          </w:p>
        </w:tc>
        <w:tc>
          <w:tcPr>
            <w:tcW w:w="1949" w:type="dxa"/>
            <w:shd w:val="clear" w:color="auto" w:fill="F7F9FB"/>
            <w:tcMar>
              <w:top w:w="55" w:type="dxa"/>
              <w:left w:w="70" w:type="dxa"/>
              <w:bottom w:w="55" w:type="dxa"/>
              <w:right w:w="70" w:type="dxa"/>
            </w:tcMar>
            <w:vAlign w:val="center"/>
          </w:tcPr>
          <w:p w14:paraId="3ED1955E" w14:textId="77777777" w:rsidR="002D5361" w:rsidRDefault="00000000">
            <w:r>
              <w:rPr>
                <w:sz w:val="16"/>
              </w:rPr>
              <w:t>21</w:t>
            </w:r>
          </w:p>
        </w:tc>
        <w:tc>
          <w:tcPr>
            <w:tcW w:w="1949" w:type="dxa"/>
            <w:shd w:val="clear" w:color="auto" w:fill="F7F9FB"/>
            <w:tcMar>
              <w:top w:w="55" w:type="dxa"/>
              <w:left w:w="70" w:type="dxa"/>
              <w:bottom w:w="55" w:type="dxa"/>
              <w:right w:w="70" w:type="dxa"/>
            </w:tcMar>
            <w:vAlign w:val="center"/>
          </w:tcPr>
          <w:p w14:paraId="095C1FFA" w14:textId="77777777" w:rsidR="002D5361" w:rsidRDefault="00000000">
            <w:r>
              <w:rPr>
                <w:sz w:val="16"/>
              </w:rPr>
              <w:t>21/21</w:t>
            </w:r>
          </w:p>
        </w:tc>
        <w:tc>
          <w:tcPr>
            <w:tcW w:w="1949" w:type="dxa"/>
            <w:shd w:val="clear" w:color="auto" w:fill="F7F9FB"/>
            <w:tcMar>
              <w:top w:w="55" w:type="dxa"/>
              <w:left w:w="70" w:type="dxa"/>
              <w:bottom w:w="55" w:type="dxa"/>
              <w:right w:w="70" w:type="dxa"/>
            </w:tcMar>
            <w:vAlign w:val="center"/>
          </w:tcPr>
          <w:p w14:paraId="2E4371B8" w14:textId="77777777" w:rsidR="002D5361" w:rsidRDefault="00000000">
            <w:r>
              <w:rPr>
                <w:sz w:val="16"/>
              </w:rPr>
              <w:t>1.000</w:t>
            </w:r>
          </w:p>
        </w:tc>
      </w:tr>
    </w:tbl>
    <w:p w14:paraId="6264E118" w14:textId="77777777" w:rsidR="002D5361" w:rsidRDefault="002D5361">
      <w:pPr>
        <w:spacing w:after="0"/>
      </w:pPr>
    </w:p>
    <w:p w14:paraId="531C3A0C" w14:textId="77777777" w:rsidR="002D5361" w:rsidRDefault="00000000">
      <w:pPr>
        <w:spacing w:after="200"/>
        <w:jc w:val="left"/>
        <w:rPr>
          <w:rFonts w:eastAsiaTheme="minorEastAsia"/>
          <w:b/>
          <w:sz w:val="19"/>
        </w:rPr>
      </w:pPr>
      <w:r>
        <w:br w:type="page"/>
      </w:r>
    </w:p>
    <w:p w14:paraId="7CEBC083" w14:textId="77777777" w:rsidR="002D5361" w:rsidRDefault="00000000">
      <w:pPr>
        <w:pStyle w:val="TableCaption"/>
      </w:pPr>
      <w:r>
        <w:lastRenderedPageBreak/>
        <w:t>Table S6. Targeted refits: matched demographic front by period</w:t>
      </w:r>
    </w:p>
    <w:tbl>
      <w:tblPr>
        <w:tblStyle w:val="TableGrid"/>
        <w:tblW w:w="0" w:type="auto"/>
        <w:jc w:val="center"/>
        <w:tblLook w:val="04A0" w:firstRow="1" w:lastRow="0" w:firstColumn="1" w:lastColumn="0" w:noHBand="0" w:noVBand="1"/>
      </w:tblPr>
      <w:tblGrid>
        <w:gridCol w:w="2128"/>
        <w:gridCol w:w="1275"/>
        <w:gridCol w:w="993"/>
        <w:gridCol w:w="708"/>
        <w:gridCol w:w="1276"/>
        <w:gridCol w:w="992"/>
        <w:gridCol w:w="851"/>
        <w:gridCol w:w="709"/>
        <w:gridCol w:w="815"/>
      </w:tblGrid>
      <w:tr w:rsidR="002D5361" w14:paraId="0F226B3C" w14:textId="77777777">
        <w:trPr>
          <w:cantSplit/>
          <w:tblHeader/>
          <w:jc w:val="center"/>
        </w:trPr>
        <w:tc>
          <w:tcPr>
            <w:tcW w:w="2128" w:type="dxa"/>
            <w:shd w:val="clear" w:color="auto" w:fill="D9EAF7"/>
            <w:tcMar>
              <w:top w:w="65" w:type="dxa"/>
              <w:left w:w="80" w:type="dxa"/>
              <w:bottom w:w="65" w:type="dxa"/>
              <w:right w:w="80" w:type="dxa"/>
            </w:tcMar>
            <w:vAlign w:val="center"/>
          </w:tcPr>
          <w:p w14:paraId="7B455FD7" w14:textId="77777777" w:rsidR="002D5361" w:rsidRDefault="00000000">
            <w:r>
              <w:rPr>
                <w:b/>
                <w:sz w:val="16"/>
              </w:rPr>
              <w:t>Specification</w:t>
            </w:r>
          </w:p>
        </w:tc>
        <w:tc>
          <w:tcPr>
            <w:tcW w:w="1275" w:type="dxa"/>
            <w:shd w:val="clear" w:color="auto" w:fill="D9EAF7"/>
            <w:tcMar>
              <w:top w:w="65" w:type="dxa"/>
              <w:left w:w="80" w:type="dxa"/>
              <w:bottom w:w="65" w:type="dxa"/>
              <w:right w:w="80" w:type="dxa"/>
            </w:tcMar>
            <w:vAlign w:val="center"/>
          </w:tcPr>
          <w:p w14:paraId="2F7ABDDB" w14:textId="77777777" w:rsidR="002D5361" w:rsidRDefault="00000000">
            <w:r>
              <w:rPr>
                <w:b/>
                <w:sz w:val="16"/>
              </w:rPr>
              <w:t>Period</w:t>
            </w:r>
          </w:p>
        </w:tc>
        <w:tc>
          <w:tcPr>
            <w:tcW w:w="993" w:type="dxa"/>
            <w:shd w:val="clear" w:color="auto" w:fill="D9EAF7"/>
            <w:tcMar>
              <w:top w:w="65" w:type="dxa"/>
              <w:left w:w="80" w:type="dxa"/>
              <w:bottom w:w="65" w:type="dxa"/>
              <w:right w:w="80" w:type="dxa"/>
            </w:tcMar>
            <w:vAlign w:val="center"/>
          </w:tcPr>
          <w:p w14:paraId="12D2530D" w14:textId="77777777" w:rsidR="002D5361" w:rsidRDefault="00000000">
            <w:r>
              <w:rPr>
                <w:b/>
                <w:sz w:val="16"/>
              </w:rPr>
              <w:t>Total N</w:t>
            </w:r>
          </w:p>
        </w:tc>
        <w:tc>
          <w:tcPr>
            <w:tcW w:w="708" w:type="dxa"/>
            <w:shd w:val="clear" w:color="auto" w:fill="D9EAF7"/>
            <w:tcMar>
              <w:top w:w="65" w:type="dxa"/>
              <w:left w:w="80" w:type="dxa"/>
              <w:bottom w:w="65" w:type="dxa"/>
              <w:right w:w="80" w:type="dxa"/>
            </w:tcMar>
            <w:vAlign w:val="center"/>
          </w:tcPr>
          <w:p w14:paraId="29C8E10E" w14:textId="77777777" w:rsidR="002D5361" w:rsidRDefault="00000000">
            <w:r>
              <w:rPr>
                <w:b/>
                <w:sz w:val="16"/>
              </w:rPr>
              <w:t>K</w:t>
            </w:r>
          </w:p>
        </w:tc>
        <w:tc>
          <w:tcPr>
            <w:tcW w:w="1276" w:type="dxa"/>
            <w:shd w:val="clear" w:color="auto" w:fill="D9EAF7"/>
            <w:tcMar>
              <w:top w:w="65" w:type="dxa"/>
              <w:left w:w="80" w:type="dxa"/>
              <w:bottom w:w="65" w:type="dxa"/>
              <w:right w:w="80" w:type="dxa"/>
            </w:tcMar>
            <w:vAlign w:val="center"/>
          </w:tcPr>
          <w:p w14:paraId="1A6EACEE" w14:textId="77777777" w:rsidR="002D5361" w:rsidRDefault="00000000">
            <w:r>
              <w:rPr>
                <w:b/>
                <w:sz w:val="16"/>
              </w:rPr>
              <w:t>Period class. N</w:t>
            </w:r>
          </w:p>
        </w:tc>
        <w:tc>
          <w:tcPr>
            <w:tcW w:w="992" w:type="dxa"/>
            <w:shd w:val="clear" w:color="auto" w:fill="D9EAF7"/>
            <w:tcMar>
              <w:top w:w="65" w:type="dxa"/>
              <w:left w:w="80" w:type="dxa"/>
              <w:bottom w:w="65" w:type="dxa"/>
              <w:right w:w="80" w:type="dxa"/>
            </w:tcMar>
            <w:vAlign w:val="center"/>
          </w:tcPr>
          <w:p w14:paraId="22ECEDF2" w14:textId="77777777" w:rsidR="002D5361" w:rsidRDefault="00000000">
            <w:r>
              <w:rPr>
                <w:b/>
                <w:sz w:val="16"/>
              </w:rPr>
              <w:t>Demo n</w:t>
            </w:r>
          </w:p>
        </w:tc>
        <w:tc>
          <w:tcPr>
            <w:tcW w:w="851" w:type="dxa"/>
            <w:shd w:val="clear" w:color="auto" w:fill="D9EAF7"/>
            <w:tcMar>
              <w:top w:w="65" w:type="dxa"/>
              <w:left w:w="80" w:type="dxa"/>
              <w:bottom w:w="65" w:type="dxa"/>
              <w:right w:w="80" w:type="dxa"/>
            </w:tcMar>
            <w:vAlign w:val="center"/>
          </w:tcPr>
          <w:p w14:paraId="76711B54" w14:textId="77777777" w:rsidR="002D5361" w:rsidRDefault="00000000">
            <w:r>
              <w:rPr>
                <w:b/>
                <w:sz w:val="16"/>
              </w:rPr>
              <w:t>% class.</w:t>
            </w:r>
          </w:p>
        </w:tc>
        <w:tc>
          <w:tcPr>
            <w:tcW w:w="709" w:type="dxa"/>
            <w:shd w:val="clear" w:color="auto" w:fill="D9EAF7"/>
            <w:tcMar>
              <w:top w:w="65" w:type="dxa"/>
              <w:left w:w="80" w:type="dxa"/>
              <w:bottom w:w="65" w:type="dxa"/>
              <w:right w:w="80" w:type="dxa"/>
            </w:tcMar>
            <w:vAlign w:val="center"/>
          </w:tcPr>
          <w:p w14:paraId="6C324B1E" w14:textId="77777777" w:rsidR="002D5361" w:rsidRDefault="00000000">
            <w:r>
              <w:rPr>
                <w:b/>
                <w:sz w:val="16"/>
              </w:rPr>
              <w:t>% all</w:t>
            </w:r>
          </w:p>
        </w:tc>
        <w:tc>
          <w:tcPr>
            <w:tcW w:w="815" w:type="dxa"/>
            <w:shd w:val="clear" w:color="auto" w:fill="D9EAF7"/>
            <w:tcMar>
              <w:top w:w="65" w:type="dxa"/>
              <w:left w:w="80" w:type="dxa"/>
              <w:bottom w:w="65" w:type="dxa"/>
              <w:right w:w="80" w:type="dxa"/>
            </w:tcMar>
            <w:vAlign w:val="center"/>
          </w:tcPr>
          <w:p w14:paraId="6078A36D" w14:textId="77777777" w:rsidR="002D5361" w:rsidRDefault="00000000">
            <w:r>
              <w:rPr>
                <w:b/>
                <w:sz w:val="16"/>
              </w:rPr>
              <w:t>Jaccard</w:t>
            </w:r>
          </w:p>
        </w:tc>
      </w:tr>
      <w:tr w:rsidR="002D5361" w14:paraId="798FDA13" w14:textId="77777777">
        <w:trPr>
          <w:cantSplit/>
          <w:jc w:val="center"/>
        </w:trPr>
        <w:tc>
          <w:tcPr>
            <w:tcW w:w="2128" w:type="dxa"/>
            <w:tcMar>
              <w:top w:w="65" w:type="dxa"/>
              <w:left w:w="80" w:type="dxa"/>
              <w:bottom w:w="65" w:type="dxa"/>
              <w:right w:w="80" w:type="dxa"/>
            </w:tcMar>
            <w:vAlign w:val="center"/>
          </w:tcPr>
          <w:p w14:paraId="3678A015" w14:textId="77777777" w:rsidR="002D5361" w:rsidRDefault="00000000">
            <w:r>
              <w:rPr>
                <w:sz w:val="16"/>
              </w:rPr>
              <w:t>No keyword fields</w:t>
            </w:r>
          </w:p>
        </w:tc>
        <w:tc>
          <w:tcPr>
            <w:tcW w:w="1275" w:type="dxa"/>
            <w:tcMar>
              <w:top w:w="65" w:type="dxa"/>
              <w:left w:w="80" w:type="dxa"/>
              <w:bottom w:w="65" w:type="dxa"/>
              <w:right w:w="80" w:type="dxa"/>
            </w:tcMar>
            <w:vAlign w:val="center"/>
          </w:tcPr>
          <w:p w14:paraId="4CA223D0" w14:textId="77777777" w:rsidR="002D5361" w:rsidRDefault="00000000">
            <w:r>
              <w:rPr>
                <w:sz w:val="16"/>
              </w:rPr>
              <w:t>I (2004-09)</w:t>
            </w:r>
          </w:p>
        </w:tc>
        <w:tc>
          <w:tcPr>
            <w:tcW w:w="993" w:type="dxa"/>
            <w:tcMar>
              <w:top w:w="65" w:type="dxa"/>
              <w:left w:w="80" w:type="dxa"/>
              <w:bottom w:w="65" w:type="dxa"/>
              <w:right w:w="80" w:type="dxa"/>
            </w:tcMar>
            <w:vAlign w:val="center"/>
          </w:tcPr>
          <w:p w14:paraId="0344C8C5" w14:textId="77777777" w:rsidR="002D5361" w:rsidRDefault="00000000">
            <w:r>
              <w:rPr>
                <w:sz w:val="16"/>
              </w:rPr>
              <w:t>1127</w:t>
            </w:r>
          </w:p>
        </w:tc>
        <w:tc>
          <w:tcPr>
            <w:tcW w:w="708" w:type="dxa"/>
            <w:tcMar>
              <w:top w:w="65" w:type="dxa"/>
              <w:left w:w="80" w:type="dxa"/>
              <w:bottom w:w="65" w:type="dxa"/>
              <w:right w:w="80" w:type="dxa"/>
            </w:tcMar>
            <w:vAlign w:val="center"/>
          </w:tcPr>
          <w:p w14:paraId="00D6D7C1" w14:textId="77777777" w:rsidR="002D5361" w:rsidRDefault="00000000">
            <w:r>
              <w:rPr>
                <w:sz w:val="16"/>
              </w:rPr>
              <w:t>14</w:t>
            </w:r>
          </w:p>
        </w:tc>
        <w:tc>
          <w:tcPr>
            <w:tcW w:w="1276" w:type="dxa"/>
            <w:tcMar>
              <w:top w:w="65" w:type="dxa"/>
              <w:left w:w="80" w:type="dxa"/>
              <w:bottom w:w="65" w:type="dxa"/>
              <w:right w:w="80" w:type="dxa"/>
            </w:tcMar>
            <w:vAlign w:val="center"/>
          </w:tcPr>
          <w:p w14:paraId="4D1FC4B5" w14:textId="77777777" w:rsidR="002D5361" w:rsidRDefault="00000000">
            <w:r>
              <w:rPr>
                <w:sz w:val="16"/>
              </w:rPr>
              <w:t>100</w:t>
            </w:r>
          </w:p>
        </w:tc>
        <w:tc>
          <w:tcPr>
            <w:tcW w:w="992" w:type="dxa"/>
            <w:tcMar>
              <w:top w:w="65" w:type="dxa"/>
              <w:left w:w="80" w:type="dxa"/>
              <w:bottom w:w="65" w:type="dxa"/>
              <w:right w:w="80" w:type="dxa"/>
            </w:tcMar>
            <w:vAlign w:val="center"/>
          </w:tcPr>
          <w:p w14:paraId="56CA2A10" w14:textId="77777777" w:rsidR="002D5361" w:rsidRDefault="00000000">
            <w:r>
              <w:rPr>
                <w:sz w:val="16"/>
              </w:rPr>
              <w:t>3</w:t>
            </w:r>
          </w:p>
        </w:tc>
        <w:tc>
          <w:tcPr>
            <w:tcW w:w="851" w:type="dxa"/>
            <w:tcMar>
              <w:top w:w="65" w:type="dxa"/>
              <w:left w:w="80" w:type="dxa"/>
              <w:bottom w:w="65" w:type="dxa"/>
              <w:right w:w="80" w:type="dxa"/>
            </w:tcMar>
            <w:vAlign w:val="center"/>
          </w:tcPr>
          <w:p w14:paraId="24BC9E80" w14:textId="77777777" w:rsidR="002D5361" w:rsidRDefault="00000000">
            <w:r>
              <w:rPr>
                <w:sz w:val="16"/>
              </w:rPr>
              <w:t>3.00</w:t>
            </w:r>
          </w:p>
        </w:tc>
        <w:tc>
          <w:tcPr>
            <w:tcW w:w="709" w:type="dxa"/>
            <w:tcMar>
              <w:top w:w="65" w:type="dxa"/>
              <w:left w:w="80" w:type="dxa"/>
              <w:bottom w:w="65" w:type="dxa"/>
              <w:right w:w="80" w:type="dxa"/>
            </w:tcMar>
            <w:vAlign w:val="center"/>
          </w:tcPr>
          <w:p w14:paraId="7319638C" w14:textId="77777777" w:rsidR="002D5361" w:rsidRDefault="00000000">
            <w:r>
              <w:rPr>
                <w:sz w:val="16"/>
              </w:rPr>
              <w:t>2.24</w:t>
            </w:r>
          </w:p>
        </w:tc>
        <w:tc>
          <w:tcPr>
            <w:tcW w:w="815" w:type="dxa"/>
            <w:tcMar>
              <w:top w:w="65" w:type="dxa"/>
              <w:left w:w="80" w:type="dxa"/>
              <w:bottom w:w="65" w:type="dxa"/>
              <w:right w:w="80" w:type="dxa"/>
            </w:tcMar>
            <w:vAlign w:val="center"/>
          </w:tcPr>
          <w:p w14:paraId="300CE3E7" w14:textId="77777777" w:rsidR="002D5361" w:rsidRDefault="00000000">
            <w:r>
              <w:rPr>
                <w:sz w:val="16"/>
              </w:rPr>
              <w:t>0.610</w:t>
            </w:r>
          </w:p>
        </w:tc>
      </w:tr>
      <w:tr w:rsidR="002D5361" w14:paraId="6D88E11A" w14:textId="77777777">
        <w:trPr>
          <w:cantSplit/>
          <w:jc w:val="center"/>
        </w:trPr>
        <w:tc>
          <w:tcPr>
            <w:tcW w:w="2128" w:type="dxa"/>
            <w:shd w:val="clear" w:color="auto" w:fill="F7F9FB"/>
            <w:tcMar>
              <w:top w:w="65" w:type="dxa"/>
              <w:left w:w="80" w:type="dxa"/>
              <w:bottom w:w="65" w:type="dxa"/>
              <w:right w:w="80" w:type="dxa"/>
            </w:tcMar>
            <w:vAlign w:val="center"/>
          </w:tcPr>
          <w:p w14:paraId="1EADFDD8" w14:textId="77777777" w:rsidR="002D5361" w:rsidRDefault="002D5361"/>
        </w:tc>
        <w:tc>
          <w:tcPr>
            <w:tcW w:w="1275" w:type="dxa"/>
            <w:shd w:val="clear" w:color="auto" w:fill="F7F9FB"/>
            <w:tcMar>
              <w:top w:w="65" w:type="dxa"/>
              <w:left w:w="80" w:type="dxa"/>
              <w:bottom w:w="65" w:type="dxa"/>
              <w:right w:w="80" w:type="dxa"/>
            </w:tcMar>
            <w:vAlign w:val="center"/>
          </w:tcPr>
          <w:p w14:paraId="13F01386" w14:textId="77777777" w:rsidR="002D5361" w:rsidRDefault="00000000">
            <w:r>
              <w:rPr>
                <w:sz w:val="16"/>
              </w:rPr>
              <w:t>II (2010-15)</w:t>
            </w:r>
          </w:p>
        </w:tc>
        <w:tc>
          <w:tcPr>
            <w:tcW w:w="993" w:type="dxa"/>
            <w:shd w:val="clear" w:color="auto" w:fill="F7F9FB"/>
            <w:tcMar>
              <w:top w:w="65" w:type="dxa"/>
              <w:left w:w="80" w:type="dxa"/>
              <w:bottom w:w="65" w:type="dxa"/>
              <w:right w:w="80" w:type="dxa"/>
            </w:tcMar>
            <w:vAlign w:val="center"/>
          </w:tcPr>
          <w:p w14:paraId="7C29BD2A" w14:textId="77777777" w:rsidR="002D5361" w:rsidRDefault="00000000">
            <w:r>
              <w:rPr>
                <w:sz w:val="16"/>
              </w:rPr>
              <w:t>1127</w:t>
            </w:r>
          </w:p>
        </w:tc>
        <w:tc>
          <w:tcPr>
            <w:tcW w:w="708" w:type="dxa"/>
            <w:shd w:val="clear" w:color="auto" w:fill="F7F9FB"/>
            <w:tcMar>
              <w:top w:w="65" w:type="dxa"/>
              <w:left w:w="80" w:type="dxa"/>
              <w:bottom w:w="65" w:type="dxa"/>
              <w:right w:w="80" w:type="dxa"/>
            </w:tcMar>
            <w:vAlign w:val="center"/>
          </w:tcPr>
          <w:p w14:paraId="684AEB04" w14:textId="77777777" w:rsidR="002D5361" w:rsidRDefault="00000000">
            <w:r>
              <w:rPr>
                <w:sz w:val="16"/>
              </w:rPr>
              <w:t>14</w:t>
            </w:r>
          </w:p>
        </w:tc>
        <w:tc>
          <w:tcPr>
            <w:tcW w:w="1276" w:type="dxa"/>
            <w:shd w:val="clear" w:color="auto" w:fill="F7F9FB"/>
            <w:tcMar>
              <w:top w:w="65" w:type="dxa"/>
              <w:left w:w="80" w:type="dxa"/>
              <w:bottom w:w="65" w:type="dxa"/>
              <w:right w:w="80" w:type="dxa"/>
            </w:tcMar>
            <w:vAlign w:val="center"/>
          </w:tcPr>
          <w:p w14:paraId="1D26F4E9" w14:textId="77777777" w:rsidR="002D5361" w:rsidRDefault="00000000">
            <w:r>
              <w:rPr>
                <w:sz w:val="16"/>
              </w:rPr>
              <w:t>217</w:t>
            </w:r>
          </w:p>
        </w:tc>
        <w:tc>
          <w:tcPr>
            <w:tcW w:w="992" w:type="dxa"/>
            <w:shd w:val="clear" w:color="auto" w:fill="F7F9FB"/>
            <w:tcMar>
              <w:top w:w="65" w:type="dxa"/>
              <w:left w:w="80" w:type="dxa"/>
              <w:bottom w:w="65" w:type="dxa"/>
              <w:right w:w="80" w:type="dxa"/>
            </w:tcMar>
            <w:vAlign w:val="center"/>
          </w:tcPr>
          <w:p w14:paraId="7A8E5D2B" w14:textId="77777777" w:rsidR="002D5361" w:rsidRDefault="00000000">
            <w:r>
              <w:rPr>
                <w:sz w:val="16"/>
              </w:rPr>
              <w:t>8</w:t>
            </w:r>
          </w:p>
        </w:tc>
        <w:tc>
          <w:tcPr>
            <w:tcW w:w="851" w:type="dxa"/>
            <w:shd w:val="clear" w:color="auto" w:fill="F7F9FB"/>
            <w:tcMar>
              <w:top w:w="65" w:type="dxa"/>
              <w:left w:w="80" w:type="dxa"/>
              <w:bottom w:w="65" w:type="dxa"/>
              <w:right w:w="80" w:type="dxa"/>
            </w:tcMar>
            <w:vAlign w:val="center"/>
          </w:tcPr>
          <w:p w14:paraId="4299223F" w14:textId="77777777" w:rsidR="002D5361" w:rsidRDefault="00000000">
            <w:r>
              <w:rPr>
                <w:sz w:val="16"/>
              </w:rPr>
              <w:t>3.69</w:t>
            </w:r>
          </w:p>
        </w:tc>
        <w:tc>
          <w:tcPr>
            <w:tcW w:w="709" w:type="dxa"/>
            <w:shd w:val="clear" w:color="auto" w:fill="F7F9FB"/>
            <w:tcMar>
              <w:top w:w="65" w:type="dxa"/>
              <w:left w:w="80" w:type="dxa"/>
              <w:bottom w:w="65" w:type="dxa"/>
              <w:right w:w="80" w:type="dxa"/>
            </w:tcMar>
            <w:vAlign w:val="center"/>
          </w:tcPr>
          <w:p w14:paraId="07C3ACD2" w14:textId="77777777" w:rsidR="002D5361" w:rsidRDefault="00000000">
            <w:r>
              <w:rPr>
                <w:sz w:val="16"/>
              </w:rPr>
              <w:t>2.96</w:t>
            </w:r>
          </w:p>
        </w:tc>
        <w:tc>
          <w:tcPr>
            <w:tcW w:w="815" w:type="dxa"/>
            <w:shd w:val="clear" w:color="auto" w:fill="F7F9FB"/>
            <w:tcMar>
              <w:top w:w="65" w:type="dxa"/>
              <w:left w:w="80" w:type="dxa"/>
              <w:bottom w:w="65" w:type="dxa"/>
              <w:right w:w="80" w:type="dxa"/>
            </w:tcMar>
            <w:vAlign w:val="center"/>
          </w:tcPr>
          <w:p w14:paraId="78C9B746" w14:textId="77777777" w:rsidR="002D5361" w:rsidRDefault="00000000">
            <w:r>
              <w:rPr>
                <w:sz w:val="16"/>
              </w:rPr>
              <w:t>0.610</w:t>
            </w:r>
          </w:p>
        </w:tc>
      </w:tr>
      <w:tr w:rsidR="002D5361" w14:paraId="634091A0" w14:textId="77777777">
        <w:trPr>
          <w:cantSplit/>
          <w:jc w:val="center"/>
        </w:trPr>
        <w:tc>
          <w:tcPr>
            <w:tcW w:w="2128" w:type="dxa"/>
            <w:tcMar>
              <w:top w:w="65" w:type="dxa"/>
              <w:left w:w="80" w:type="dxa"/>
              <w:bottom w:w="65" w:type="dxa"/>
              <w:right w:w="80" w:type="dxa"/>
            </w:tcMar>
            <w:vAlign w:val="center"/>
          </w:tcPr>
          <w:p w14:paraId="37309935" w14:textId="77777777" w:rsidR="002D5361" w:rsidRDefault="002D5361"/>
        </w:tc>
        <w:tc>
          <w:tcPr>
            <w:tcW w:w="1275" w:type="dxa"/>
            <w:tcMar>
              <w:top w:w="65" w:type="dxa"/>
              <w:left w:w="80" w:type="dxa"/>
              <w:bottom w:w="65" w:type="dxa"/>
              <w:right w:w="80" w:type="dxa"/>
            </w:tcMar>
            <w:vAlign w:val="center"/>
          </w:tcPr>
          <w:p w14:paraId="5E725C58" w14:textId="77777777" w:rsidR="002D5361" w:rsidRDefault="00000000">
            <w:r>
              <w:rPr>
                <w:sz w:val="16"/>
              </w:rPr>
              <w:t>III (2016-20)</w:t>
            </w:r>
          </w:p>
        </w:tc>
        <w:tc>
          <w:tcPr>
            <w:tcW w:w="993" w:type="dxa"/>
            <w:tcMar>
              <w:top w:w="65" w:type="dxa"/>
              <w:left w:w="80" w:type="dxa"/>
              <w:bottom w:w="65" w:type="dxa"/>
              <w:right w:w="80" w:type="dxa"/>
            </w:tcMar>
            <w:vAlign w:val="center"/>
          </w:tcPr>
          <w:p w14:paraId="644D90DB" w14:textId="77777777" w:rsidR="002D5361" w:rsidRDefault="00000000">
            <w:r>
              <w:rPr>
                <w:sz w:val="16"/>
              </w:rPr>
              <w:t>1127</w:t>
            </w:r>
          </w:p>
        </w:tc>
        <w:tc>
          <w:tcPr>
            <w:tcW w:w="708" w:type="dxa"/>
            <w:tcMar>
              <w:top w:w="65" w:type="dxa"/>
              <w:left w:w="80" w:type="dxa"/>
              <w:bottom w:w="65" w:type="dxa"/>
              <w:right w:w="80" w:type="dxa"/>
            </w:tcMar>
            <w:vAlign w:val="center"/>
          </w:tcPr>
          <w:p w14:paraId="0EBB0930" w14:textId="77777777" w:rsidR="002D5361" w:rsidRDefault="00000000">
            <w:r>
              <w:rPr>
                <w:sz w:val="16"/>
              </w:rPr>
              <w:t>14</w:t>
            </w:r>
          </w:p>
        </w:tc>
        <w:tc>
          <w:tcPr>
            <w:tcW w:w="1276" w:type="dxa"/>
            <w:tcMar>
              <w:top w:w="65" w:type="dxa"/>
              <w:left w:w="80" w:type="dxa"/>
              <w:bottom w:w="65" w:type="dxa"/>
              <w:right w:w="80" w:type="dxa"/>
            </w:tcMar>
            <w:vAlign w:val="center"/>
          </w:tcPr>
          <w:p w14:paraId="385C31EE" w14:textId="77777777" w:rsidR="002D5361" w:rsidRDefault="00000000">
            <w:r>
              <w:rPr>
                <w:sz w:val="16"/>
              </w:rPr>
              <w:t>242</w:t>
            </w:r>
          </w:p>
        </w:tc>
        <w:tc>
          <w:tcPr>
            <w:tcW w:w="992" w:type="dxa"/>
            <w:tcMar>
              <w:top w:w="65" w:type="dxa"/>
              <w:left w:w="80" w:type="dxa"/>
              <w:bottom w:w="65" w:type="dxa"/>
              <w:right w:w="80" w:type="dxa"/>
            </w:tcMar>
            <w:vAlign w:val="center"/>
          </w:tcPr>
          <w:p w14:paraId="43F459D8" w14:textId="77777777" w:rsidR="002D5361" w:rsidRDefault="00000000">
            <w:r>
              <w:rPr>
                <w:sz w:val="16"/>
              </w:rPr>
              <w:t>22</w:t>
            </w:r>
          </w:p>
        </w:tc>
        <w:tc>
          <w:tcPr>
            <w:tcW w:w="851" w:type="dxa"/>
            <w:tcMar>
              <w:top w:w="65" w:type="dxa"/>
              <w:left w:w="80" w:type="dxa"/>
              <w:bottom w:w="65" w:type="dxa"/>
              <w:right w:w="80" w:type="dxa"/>
            </w:tcMar>
            <w:vAlign w:val="center"/>
          </w:tcPr>
          <w:p w14:paraId="102779E8" w14:textId="77777777" w:rsidR="002D5361" w:rsidRDefault="00000000">
            <w:r>
              <w:rPr>
                <w:sz w:val="16"/>
              </w:rPr>
              <w:t>9.09</w:t>
            </w:r>
          </w:p>
        </w:tc>
        <w:tc>
          <w:tcPr>
            <w:tcW w:w="709" w:type="dxa"/>
            <w:tcMar>
              <w:top w:w="65" w:type="dxa"/>
              <w:left w:w="80" w:type="dxa"/>
              <w:bottom w:w="65" w:type="dxa"/>
              <w:right w:w="80" w:type="dxa"/>
            </w:tcMar>
            <w:vAlign w:val="center"/>
          </w:tcPr>
          <w:p w14:paraId="557C62DE" w14:textId="77777777" w:rsidR="002D5361" w:rsidRDefault="00000000">
            <w:r>
              <w:rPr>
                <w:sz w:val="16"/>
              </w:rPr>
              <w:t>7.46</w:t>
            </w:r>
          </w:p>
        </w:tc>
        <w:tc>
          <w:tcPr>
            <w:tcW w:w="815" w:type="dxa"/>
            <w:tcMar>
              <w:top w:w="65" w:type="dxa"/>
              <w:left w:w="80" w:type="dxa"/>
              <w:bottom w:w="65" w:type="dxa"/>
              <w:right w:w="80" w:type="dxa"/>
            </w:tcMar>
            <w:vAlign w:val="center"/>
          </w:tcPr>
          <w:p w14:paraId="1FE9B139" w14:textId="77777777" w:rsidR="002D5361" w:rsidRDefault="00000000">
            <w:r>
              <w:rPr>
                <w:sz w:val="16"/>
              </w:rPr>
              <w:t>0.610</w:t>
            </w:r>
          </w:p>
        </w:tc>
      </w:tr>
      <w:tr w:rsidR="002D5361" w14:paraId="26772DEA" w14:textId="77777777">
        <w:trPr>
          <w:cantSplit/>
          <w:jc w:val="center"/>
        </w:trPr>
        <w:tc>
          <w:tcPr>
            <w:tcW w:w="2128" w:type="dxa"/>
            <w:shd w:val="clear" w:color="auto" w:fill="F7F9FB"/>
            <w:tcMar>
              <w:top w:w="65" w:type="dxa"/>
              <w:left w:w="80" w:type="dxa"/>
              <w:bottom w:w="65" w:type="dxa"/>
              <w:right w:w="80" w:type="dxa"/>
            </w:tcMar>
            <w:vAlign w:val="center"/>
          </w:tcPr>
          <w:p w14:paraId="3F1F90A0" w14:textId="77777777" w:rsidR="002D5361" w:rsidRDefault="002D5361"/>
        </w:tc>
        <w:tc>
          <w:tcPr>
            <w:tcW w:w="1275" w:type="dxa"/>
            <w:shd w:val="clear" w:color="auto" w:fill="F7F9FB"/>
            <w:tcMar>
              <w:top w:w="65" w:type="dxa"/>
              <w:left w:w="80" w:type="dxa"/>
              <w:bottom w:w="65" w:type="dxa"/>
              <w:right w:w="80" w:type="dxa"/>
            </w:tcMar>
            <w:vAlign w:val="center"/>
          </w:tcPr>
          <w:p w14:paraId="38FC1A60" w14:textId="77777777" w:rsidR="002D5361" w:rsidRDefault="00000000">
            <w:r>
              <w:rPr>
                <w:sz w:val="16"/>
              </w:rPr>
              <w:t>IV (2021-25)</w:t>
            </w:r>
          </w:p>
        </w:tc>
        <w:tc>
          <w:tcPr>
            <w:tcW w:w="993" w:type="dxa"/>
            <w:shd w:val="clear" w:color="auto" w:fill="F7F9FB"/>
            <w:tcMar>
              <w:top w:w="65" w:type="dxa"/>
              <w:left w:w="80" w:type="dxa"/>
              <w:bottom w:w="65" w:type="dxa"/>
              <w:right w:w="80" w:type="dxa"/>
            </w:tcMar>
            <w:vAlign w:val="center"/>
          </w:tcPr>
          <w:p w14:paraId="3A8C9CF5" w14:textId="77777777" w:rsidR="002D5361" w:rsidRDefault="00000000">
            <w:r>
              <w:rPr>
                <w:sz w:val="16"/>
              </w:rPr>
              <w:t>1127</w:t>
            </w:r>
          </w:p>
        </w:tc>
        <w:tc>
          <w:tcPr>
            <w:tcW w:w="708" w:type="dxa"/>
            <w:shd w:val="clear" w:color="auto" w:fill="F7F9FB"/>
            <w:tcMar>
              <w:top w:w="65" w:type="dxa"/>
              <w:left w:w="80" w:type="dxa"/>
              <w:bottom w:w="65" w:type="dxa"/>
              <w:right w:w="80" w:type="dxa"/>
            </w:tcMar>
            <w:vAlign w:val="center"/>
          </w:tcPr>
          <w:p w14:paraId="3F6E32CE" w14:textId="77777777" w:rsidR="002D5361" w:rsidRDefault="00000000">
            <w:r>
              <w:rPr>
                <w:sz w:val="16"/>
              </w:rPr>
              <w:t>14</w:t>
            </w:r>
          </w:p>
        </w:tc>
        <w:tc>
          <w:tcPr>
            <w:tcW w:w="1276" w:type="dxa"/>
            <w:shd w:val="clear" w:color="auto" w:fill="F7F9FB"/>
            <w:tcMar>
              <w:top w:w="65" w:type="dxa"/>
              <w:left w:w="80" w:type="dxa"/>
              <w:bottom w:w="65" w:type="dxa"/>
              <w:right w:w="80" w:type="dxa"/>
            </w:tcMar>
            <w:vAlign w:val="center"/>
          </w:tcPr>
          <w:p w14:paraId="019FCD79" w14:textId="77777777" w:rsidR="002D5361" w:rsidRDefault="00000000">
            <w:r>
              <w:rPr>
                <w:sz w:val="16"/>
              </w:rPr>
              <w:t>335</w:t>
            </w:r>
          </w:p>
        </w:tc>
        <w:tc>
          <w:tcPr>
            <w:tcW w:w="992" w:type="dxa"/>
            <w:shd w:val="clear" w:color="auto" w:fill="F7F9FB"/>
            <w:tcMar>
              <w:top w:w="65" w:type="dxa"/>
              <w:left w:w="80" w:type="dxa"/>
              <w:bottom w:w="65" w:type="dxa"/>
              <w:right w:w="80" w:type="dxa"/>
            </w:tcMar>
            <w:vAlign w:val="center"/>
          </w:tcPr>
          <w:p w14:paraId="6A9A5D1E" w14:textId="77777777" w:rsidR="002D5361" w:rsidRDefault="00000000">
            <w:r>
              <w:rPr>
                <w:sz w:val="16"/>
              </w:rPr>
              <w:t>85</w:t>
            </w:r>
          </w:p>
        </w:tc>
        <w:tc>
          <w:tcPr>
            <w:tcW w:w="851" w:type="dxa"/>
            <w:shd w:val="clear" w:color="auto" w:fill="F7F9FB"/>
            <w:tcMar>
              <w:top w:w="65" w:type="dxa"/>
              <w:left w:w="80" w:type="dxa"/>
              <w:bottom w:w="65" w:type="dxa"/>
              <w:right w:w="80" w:type="dxa"/>
            </w:tcMar>
            <w:vAlign w:val="center"/>
          </w:tcPr>
          <w:p w14:paraId="3EF330A6" w14:textId="77777777" w:rsidR="002D5361" w:rsidRDefault="00000000">
            <w:r>
              <w:rPr>
                <w:sz w:val="16"/>
              </w:rPr>
              <w:t>25.37</w:t>
            </w:r>
          </w:p>
        </w:tc>
        <w:tc>
          <w:tcPr>
            <w:tcW w:w="709" w:type="dxa"/>
            <w:shd w:val="clear" w:color="auto" w:fill="F7F9FB"/>
            <w:tcMar>
              <w:top w:w="65" w:type="dxa"/>
              <w:left w:w="80" w:type="dxa"/>
              <w:bottom w:w="65" w:type="dxa"/>
              <w:right w:w="80" w:type="dxa"/>
            </w:tcMar>
            <w:vAlign w:val="center"/>
          </w:tcPr>
          <w:p w14:paraId="129E3310" w14:textId="77777777" w:rsidR="002D5361" w:rsidRDefault="00000000">
            <w:r>
              <w:rPr>
                <w:sz w:val="16"/>
              </w:rPr>
              <w:t>19.86</w:t>
            </w:r>
          </w:p>
        </w:tc>
        <w:tc>
          <w:tcPr>
            <w:tcW w:w="815" w:type="dxa"/>
            <w:shd w:val="clear" w:color="auto" w:fill="F7F9FB"/>
            <w:tcMar>
              <w:top w:w="65" w:type="dxa"/>
              <w:left w:w="80" w:type="dxa"/>
              <w:bottom w:w="65" w:type="dxa"/>
              <w:right w:w="80" w:type="dxa"/>
            </w:tcMar>
            <w:vAlign w:val="center"/>
          </w:tcPr>
          <w:p w14:paraId="5A19AFB9" w14:textId="77777777" w:rsidR="002D5361" w:rsidRDefault="00000000">
            <w:r>
              <w:rPr>
                <w:sz w:val="16"/>
              </w:rPr>
              <w:t>0.610</w:t>
            </w:r>
          </w:p>
        </w:tc>
      </w:tr>
      <w:tr w:rsidR="002D5361" w14:paraId="7BCEE267" w14:textId="77777777">
        <w:trPr>
          <w:cantSplit/>
          <w:jc w:val="center"/>
        </w:trPr>
        <w:tc>
          <w:tcPr>
            <w:tcW w:w="2128" w:type="dxa"/>
            <w:tcMar>
              <w:top w:w="65" w:type="dxa"/>
              <w:left w:w="80" w:type="dxa"/>
              <w:bottom w:w="65" w:type="dxa"/>
              <w:right w:w="80" w:type="dxa"/>
            </w:tcMar>
            <w:vAlign w:val="center"/>
          </w:tcPr>
          <w:p w14:paraId="45293E74" w14:textId="77777777" w:rsidR="002D5361" w:rsidRDefault="00000000">
            <w:r>
              <w:rPr>
                <w:sz w:val="16"/>
              </w:rPr>
              <w:t>Korean fields only</w:t>
            </w:r>
          </w:p>
        </w:tc>
        <w:tc>
          <w:tcPr>
            <w:tcW w:w="1275" w:type="dxa"/>
            <w:tcMar>
              <w:top w:w="65" w:type="dxa"/>
              <w:left w:w="80" w:type="dxa"/>
              <w:bottom w:w="65" w:type="dxa"/>
              <w:right w:w="80" w:type="dxa"/>
            </w:tcMar>
            <w:vAlign w:val="center"/>
          </w:tcPr>
          <w:p w14:paraId="5A4DB6D0" w14:textId="77777777" w:rsidR="002D5361" w:rsidRDefault="00000000">
            <w:r>
              <w:rPr>
                <w:sz w:val="16"/>
              </w:rPr>
              <w:t>I (2004-09)</w:t>
            </w:r>
          </w:p>
        </w:tc>
        <w:tc>
          <w:tcPr>
            <w:tcW w:w="993" w:type="dxa"/>
            <w:tcMar>
              <w:top w:w="65" w:type="dxa"/>
              <w:left w:w="80" w:type="dxa"/>
              <w:bottom w:w="65" w:type="dxa"/>
              <w:right w:w="80" w:type="dxa"/>
            </w:tcMar>
            <w:vAlign w:val="center"/>
          </w:tcPr>
          <w:p w14:paraId="726B3F1F" w14:textId="77777777" w:rsidR="002D5361" w:rsidRDefault="00000000">
            <w:r>
              <w:rPr>
                <w:sz w:val="16"/>
              </w:rPr>
              <w:t>1127</w:t>
            </w:r>
          </w:p>
        </w:tc>
        <w:tc>
          <w:tcPr>
            <w:tcW w:w="708" w:type="dxa"/>
            <w:tcMar>
              <w:top w:w="65" w:type="dxa"/>
              <w:left w:w="80" w:type="dxa"/>
              <w:bottom w:w="65" w:type="dxa"/>
              <w:right w:w="80" w:type="dxa"/>
            </w:tcMar>
            <w:vAlign w:val="center"/>
          </w:tcPr>
          <w:p w14:paraId="1761883E" w14:textId="77777777" w:rsidR="002D5361" w:rsidRDefault="00000000">
            <w:r>
              <w:rPr>
                <w:sz w:val="16"/>
              </w:rPr>
              <w:t>15</w:t>
            </w:r>
          </w:p>
        </w:tc>
        <w:tc>
          <w:tcPr>
            <w:tcW w:w="1276" w:type="dxa"/>
            <w:tcMar>
              <w:top w:w="65" w:type="dxa"/>
              <w:left w:w="80" w:type="dxa"/>
              <w:bottom w:w="65" w:type="dxa"/>
              <w:right w:w="80" w:type="dxa"/>
            </w:tcMar>
            <w:vAlign w:val="center"/>
          </w:tcPr>
          <w:p w14:paraId="13B46F4B" w14:textId="77777777" w:rsidR="002D5361" w:rsidRDefault="00000000">
            <w:r>
              <w:rPr>
                <w:sz w:val="16"/>
              </w:rPr>
              <w:t>104</w:t>
            </w:r>
          </w:p>
        </w:tc>
        <w:tc>
          <w:tcPr>
            <w:tcW w:w="992" w:type="dxa"/>
            <w:tcMar>
              <w:top w:w="65" w:type="dxa"/>
              <w:left w:w="80" w:type="dxa"/>
              <w:bottom w:w="65" w:type="dxa"/>
              <w:right w:w="80" w:type="dxa"/>
            </w:tcMar>
            <w:vAlign w:val="center"/>
          </w:tcPr>
          <w:p w14:paraId="0C1E4FA4" w14:textId="77777777" w:rsidR="002D5361" w:rsidRDefault="00000000">
            <w:r>
              <w:rPr>
                <w:sz w:val="16"/>
              </w:rPr>
              <w:t>3</w:t>
            </w:r>
          </w:p>
        </w:tc>
        <w:tc>
          <w:tcPr>
            <w:tcW w:w="851" w:type="dxa"/>
            <w:tcMar>
              <w:top w:w="65" w:type="dxa"/>
              <w:left w:w="80" w:type="dxa"/>
              <w:bottom w:w="65" w:type="dxa"/>
              <w:right w:w="80" w:type="dxa"/>
            </w:tcMar>
            <w:vAlign w:val="center"/>
          </w:tcPr>
          <w:p w14:paraId="01E1ED52" w14:textId="77777777" w:rsidR="002D5361" w:rsidRDefault="00000000">
            <w:r>
              <w:rPr>
                <w:sz w:val="16"/>
              </w:rPr>
              <w:t>2.88</w:t>
            </w:r>
          </w:p>
        </w:tc>
        <w:tc>
          <w:tcPr>
            <w:tcW w:w="709" w:type="dxa"/>
            <w:tcMar>
              <w:top w:w="65" w:type="dxa"/>
              <w:left w:w="80" w:type="dxa"/>
              <w:bottom w:w="65" w:type="dxa"/>
              <w:right w:w="80" w:type="dxa"/>
            </w:tcMar>
            <w:vAlign w:val="center"/>
          </w:tcPr>
          <w:p w14:paraId="535A12BE" w14:textId="77777777" w:rsidR="002D5361" w:rsidRDefault="00000000">
            <w:r>
              <w:rPr>
                <w:sz w:val="16"/>
              </w:rPr>
              <w:t>2.24</w:t>
            </w:r>
          </w:p>
        </w:tc>
        <w:tc>
          <w:tcPr>
            <w:tcW w:w="815" w:type="dxa"/>
            <w:tcMar>
              <w:top w:w="65" w:type="dxa"/>
              <w:left w:w="80" w:type="dxa"/>
              <w:bottom w:w="65" w:type="dxa"/>
              <w:right w:w="80" w:type="dxa"/>
            </w:tcMar>
            <w:vAlign w:val="center"/>
          </w:tcPr>
          <w:p w14:paraId="418DE675" w14:textId="77777777" w:rsidR="002D5361" w:rsidRDefault="00000000">
            <w:r>
              <w:rPr>
                <w:sz w:val="16"/>
              </w:rPr>
              <w:t>0.754</w:t>
            </w:r>
          </w:p>
        </w:tc>
      </w:tr>
      <w:tr w:rsidR="002D5361" w14:paraId="10258F93" w14:textId="77777777">
        <w:trPr>
          <w:cantSplit/>
          <w:jc w:val="center"/>
        </w:trPr>
        <w:tc>
          <w:tcPr>
            <w:tcW w:w="2128" w:type="dxa"/>
            <w:shd w:val="clear" w:color="auto" w:fill="F7F9FB"/>
            <w:tcMar>
              <w:top w:w="65" w:type="dxa"/>
              <w:left w:w="80" w:type="dxa"/>
              <w:bottom w:w="65" w:type="dxa"/>
              <w:right w:w="80" w:type="dxa"/>
            </w:tcMar>
            <w:vAlign w:val="center"/>
          </w:tcPr>
          <w:p w14:paraId="4AD089B2" w14:textId="77777777" w:rsidR="002D5361" w:rsidRDefault="002D5361"/>
        </w:tc>
        <w:tc>
          <w:tcPr>
            <w:tcW w:w="1275" w:type="dxa"/>
            <w:shd w:val="clear" w:color="auto" w:fill="F7F9FB"/>
            <w:tcMar>
              <w:top w:w="65" w:type="dxa"/>
              <w:left w:w="80" w:type="dxa"/>
              <w:bottom w:w="65" w:type="dxa"/>
              <w:right w:w="80" w:type="dxa"/>
            </w:tcMar>
            <w:vAlign w:val="center"/>
          </w:tcPr>
          <w:p w14:paraId="3D3F4A4E" w14:textId="77777777" w:rsidR="002D5361" w:rsidRDefault="00000000">
            <w:r>
              <w:rPr>
                <w:sz w:val="16"/>
              </w:rPr>
              <w:t>II (2010-15)</w:t>
            </w:r>
          </w:p>
        </w:tc>
        <w:tc>
          <w:tcPr>
            <w:tcW w:w="993" w:type="dxa"/>
            <w:shd w:val="clear" w:color="auto" w:fill="F7F9FB"/>
            <w:tcMar>
              <w:top w:w="65" w:type="dxa"/>
              <w:left w:w="80" w:type="dxa"/>
              <w:bottom w:w="65" w:type="dxa"/>
              <w:right w:w="80" w:type="dxa"/>
            </w:tcMar>
            <w:vAlign w:val="center"/>
          </w:tcPr>
          <w:p w14:paraId="4012679B" w14:textId="77777777" w:rsidR="002D5361" w:rsidRDefault="00000000">
            <w:r>
              <w:rPr>
                <w:sz w:val="16"/>
              </w:rPr>
              <w:t>1127</w:t>
            </w:r>
          </w:p>
        </w:tc>
        <w:tc>
          <w:tcPr>
            <w:tcW w:w="708" w:type="dxa"/>
            <w:shd w:val="clear" w:color="auto" w:fill="F7F9FB"/>
            <w:tcMar>
              <w:top w:w="65" w:type="dxa"/>
              <w:left w:w="80" w:type="dxa"/>
              <w:bottom w:w="65" w:type="dxa"/>
              <w:right w:w="80" w:type="dxa"/>
            </w:tcMar>
            <w:vAlign w:val="center"/>
          </w:tcPr>
          <w:p w14:paraId="1D1D73E9" w14:textId="77777777" w:rsidR="002D5361" w:rsidRDefault="00000000">
            <w:r>
              <w:rPr>
                <w:sz w:val="16"/>
              </w:rPr>
              <w:t>15</w:t>
            </w:r>
          </w:p>
        </w:tc>
        <w:tc>
          <w:tcPr>
            <w:tcW w:w="1276" w:type="dxa"/>
            <w:shd w:val="clear" w:color="auto" w:fill="F7F9FB"/>
            <w:tcMar>
              <w:top w:w="65" w:type="dxa"/>
              <w:left w:w="80" w:type="dxa"/>
              <w:bottom w:w="65" w:type="dxa"/>
              <w:right w:w="80" w:type="dxa"/>
            </w:tcMar>
            <w:vAlign w:val="center"/>
          </w:tcPr>
          <w:p w14:paraId="0DF479E1" w14:textId="77777777" w:rsidR="002D5361" w:rsidRDefault="00000000">
            <w:r>
              <w:rPr>
                <w:sz w:val="16"/>
              </w:rPr>
              <w:t>220</w:t>
            </w:r>
          </w:p>
        </w:tc>
        <w:tc>
          <w:tcPr>
            <w:tcW w:w="992" w:type="dxa"/>
            <w:shd w:val="clear" w:color="auto" w:fill="F7F9FB"/>
            <w:tcMar>
              <w:top w:w="65" w:type="dxa"/>
              <w:left w:w="80" w:type="dxa"/>
              <w:bottom w:w="65" w:type="dxa"/>
              <w:right w:w="80" w:type="dxa"/>
            </w:tcMar>
            <w:vAlign w:val="center"/>
          </w:tcPr>
          <w:p w14:paraId="76F4641B" w14:textId="77777777" w:rsidR="002D5361" w:rsidRDefault="00000000">
            <w:r>
              <w:rPr>
                <w:sz w:val="16"/>
              </w:rPr>
              <w:t>11</w:t>
            </w:r>
          </w:p>
        </w:tc>
        <w:tc>
          <w:tcPr>
            <w:tcW w:w="851" w:type="dxa"/>
            <w:shd w:val="clear" w:color="auto" w:fill="F7F9FB"/>
            <w:tcMar>
              <w:top w:w="65" w:type="dxa"/>
              <w:left w:w="80" w:type="dxa"/>
              <w:bottom w:w="65" w:type="dxa"/>
              <w:right w:w="80" w:type="dxa"/>
            </w:tcMar>
            <w:vAlign w:val="center"/>
          </w:tcPr>
          <w:p w14:paraId="18B168EE" w14:textId="77777777" w:rsidR="002D5361" w:rsidRDefault="00000000">
            <w:r>
              <w:rPr>
                <w:sz w:val="16"/>
              </w:rPr>
              <w:t>5.00</w:t>
            </w:r>
          </w:p>
        </w:tc>
        <w:tc>
          <w:tcPr>
            <w:tcW w:w="709" w:type="dxa"/>
            <w:shd w:val="clear" w:color="auto" w:fill="F7F9FB"/>
            <w:tcMar>
              <w:top w:w="65" w:type="dxa"/>
              <w:left w:w="80" w:type="dxa"/>
              <w:bottom w:w="65" w:type="dxa"/>
              <w:right w:w="80" w:type="dxa"/>
            </w:tcMar>
            <w:vAlign w:val="center"/>
          </w:tcPr>
          <w:p w14:paraId="69133585" w14:textId="77777777" w:rsidR="002D5361" w:rsidRDefault="00000000">
            <w:r>
              <w:rPr>
                <w:sz w:val="16"/>
              </w:rPr>
              <w:t>4.07</w:t>
            </w:r>
          </w:p>
        </w:tc>
        <w:tc>
          <w:tcPr>
            <w:tcW w:w="815" w:type="dxa"/>
            <w:shd w:val="clear" w:color="auto" w:fill="F7F9FB"/>
            <w:tcMar>
              <w:top w:w="65" w:type="dxa"/>
              <w:left w:w="80" w:type="dxa"/>
              <w:bottom w:w="65" w:type="dxa"/>
              <w:right w:w="80" w:type="dxa"/>
            </w:tcMar>
            <w:vAlign w:val="center"/>
          </w:tcPr>
          <w:p w14:paraId="20F91EF6" w14:textId="77777777" w:rsidR="002D5361" w:rsidRDefault="00000000">
            <w:r>
              <w:rPr>
                <w:sz w:val="16"/>
              </w:rPr>
              <w:t>0.754</w:t>
            </w:r>
          </w:p>
        </w:tc>
      </w:tr>
      <w:tr w:rsidR="002D5361" w14:paraId="0C40E477" w14:textId="77777777">
        <w:trPr>
          <w:cantSplit/>
          <w:jc w:val="center"/>
        </w:trPr>
        <w:tc>
          <w:tcPr>
            <w:tcW w:w="2128" w:type="dxa"/>
            <w:tcMar>
              <w:top w:w="65" w:type="dxa"/>
              <w:left w:w="80" w:type="dxa"/>
              <w:bottom w:w="65" w:type="dxa"/>
              <w:right w:w="80" w:type="dxa"/>
            </w:tcMar>
            <w:vAlign w:val="center"/>
          </w:tcPr>
          <w:p w14:paraId="0C01A377" w14:textId="77777777" w:rsidR="002D5361" w:rsidRDefault="002D5361"/>
        </w:tc>
        <w:tc>
          <w:tcPr>
            <w:tcW w:w="1275" w:type="dxa"/>
            <w:tcMar>
              <w:top w:w="65" w:type="dxa"/>
              <w:left w:w="80" w:type="dxa"/>
              <w:bottom w:w="65" w:type="dxa"/>
              <w:right w:w="80" w:type="dxa"/>
            </w:tcMar>
            <w:vAlign w:val="center"/>
          </w:tcPr>
          <w:p w14:paraId="35E8D463" w14:textId="77777777" w:rsidR="002D5361" w:rsidRDefault="00000000">
            <w:r>
              <w:rPr>
                <w:sz w:val="16"/>
              </w:rPr>
              <w:t>III (2016-20)</w:t>
            </w:r>
          </w:p>
        </w:tc>
        <w:tc>
          <w:tcPr>
            <w:tcW w:w="993" w:type="dxa"/>
            <w:tcMar>
              <w:top w:w="65" w:type="dxa"/>
              <w:left w:w="80" w:type="dxa"/>
              <w:bottom w:w="65" w:type="dxa"/>
              <w:right w:w="80" w:type="dxa"/>
            </w:tcMar>
            <w:vAlign w:val="center"/>
          </w:tcPr>
          <w:p w14:paraId="4028B0BB" w14:textId="77777777" w:rsidR="002D5361" w:rsidRDefault="00000000">
            <w:r>
              <w:rPr>
                <w:sz w:val="16"/>
              </w:rPr>
              <w:t>1127</w:t>
            </w:r>
          </w:p>
        </w:tc>
        <w:tc>
          <w:tcPr>
            <w:tcW w:w="708" w:type="dxa"/>
            <w:tcMar>
              <w:top w:w="65" w:type="dxa"/>
              <w:left w:w="80" w:type="dxa"/>
              <w:bottom w:w="65" w:type="dxa"/>
              <w:right w:w="80" w:type="dxa"/>
            </w:tcMar>
            <w:vAlign w:val="center"/>
          </w:tcPr>
          <w:p w14:paraId="7410DCCF" w14:textId="77777777" w:rsidR="002D5361" w:rsidRDefault="00000000">
            <w:r>
              <w:rPr>
                <w:sz w:val="16"/>
              </w:rPr>
              <w:t>15</w:t>
            </w:r>
          </w:p>
        </w:tc>
        <w:tc>
          <w:tcPr>
            <w:tcW w:w="1276" w:type="dxa"/>
            <w:tcMar>
              <w:top w:w="65" w:type="dxa"/>
              <w:left w:w="80" w:type="dxa"/>
              <w:bottom w:w="65" w:type="dxa"/>
              <w:right w:w="80" w:type="dxa"/>
            </w:tcMar>
            <w:vAlign w:val="center"/>
          </w:tcPr>
          <w:p w14:paraId="45F3DA19" w14:textId="77777777" w:rsidR="002D5361" w:rsidRDefault="00000000">
            <w:r>
              <w:rPr>
                <w:sz w:val="16"/>
              </w:rPr>
              <w:t>253</w:t>
            </w:r>
          </w:p>
        </w:tc>
        <w:tc>
          <w:tcPr>
            <w:tcW w:w="992" w:type="dxa"/>
            <w:tcMar>
              <w:top w:w="65" w:type="dxa"/>
              <w:left w:w="80" w:type="dxa"/>
              <w:bottom w:w="65" w:type="dxa"/>
              <w:right w:w="80" w:type="dxa"/>
            </w:tcMar>
            <w:vAlign w:val="center"/>
          </w:tcPr>
          <w:p w14:paraId="3702D650" w14:textId="77777777" w:rsidR="002D5361" w:rsidRDefault="00000000">
            <w:r>
              <w:rPr>
                <w:sz w:val="16"/>
              </w:rPr>
              <w:t>18</w:t>
            </w:r>
          </w:p>
        </w:tc>
        <w:tc>
          <w:tcPr>
            <w:tcW w:w="851" w:type="dxa"/>
            <w:tcMar>
              <w:top w:w="65" w:type="dxa"/>
              <w:left w:w="80" w:type="dxa"/>
              <w:bottom w:w="65" w:type="dxa"/>
              <w:right w:w="80" w:type="dxa"/>
            </w:tcMar>
            <w:vAlign w:val="center"/>
          </w:tcPr>
          <w:p w14:paraId="02E47DC1" w14:textId="77777777" w:rsidR="002D5361" w:rsidRDefault="00000000">
            <w:r>
              <w:rPr>
                <w:sz w:val="16"/>
              </w:rPr>
              <w:t>7.11</w:t>
            </w:r>
          </w:p>
        </w:tc>
        <w:tc>
          <w:tcPr>
            <w:tcW w:w="709" w:type="dxa"/>
            <w:tcMar>
              <w:top w:w="65" w:type="dxa"/>
              <w:left w:w="80" w:type="dxa"/>
              <w:bottom w:w="65" w:type="dxa"/>
              <w:right w:w="80" w:type="dxa"/>
            </w:tcMar>
            <w:vAlign w:val="center"/>
          </w:tcPr>
          <w:p w14:paraId="12B8FB8E" w14:textId="77777777" w:rsidR="002D5361" w:rsidRDefault="00000000">
            <w:r>
              <w:rPr>
                <w:sz w:val="16"/>
              </w:rPr>
              <w:t>6.10</w:t>
            </w:r>
          </w:p>
        </w:tc>
        <w:tc>
          <w:tcPr>
            <w:tcW w:w="815" w:type="dxa"/>
            <w:tcMar>
              <w:top w:w="65" w:type="dxa"/>
              <w:left w:w="80" w:type="dxa"/>
              <w:bottom w:w="65" w:type="dxa"/>
              <w:right w:w="80" w:type="dxa"/>
            </w:tcMar>
            <w:vAlign w:val="center"/>
          </w:tcPr>
          <w:p w14:paraId="5D973108" w14:textId="77777777" w:rsidR="002D5361" w:rsidRDefault="00000000">
            <w:r>
              <w:rPr>
                <w:sz w:val="16"/>
              </w:rPr>
              <w:t>0.754</w:t>
            </w:r>
          </w:p>
        </w:tc>
      </w:tr>
      <w:tr w:rsidR="002D5361" w14:paraId="2D660540" w14:textId="77777777">
        <w:trPr>
          <w:cantSplit/>
          <w:jc w:val="center"/>
        </w:trPr>
        <w:tc>
          <w:tcPr>
            <w:tcW w:w="2128" w:type="dxa"/>
            <w:shd w:val="clear" w:color="auto" w:fill="F7F9FB"/>
            <w:tcMar>
              <w:top w:w="65" w:type="dxa"/>
              <w:left w:w="80" w:type="dxa"/>
              <w:bottom w:w="65" w:type="dxa"/>
              <w:right w:w="80" w:type="dxa"/>
            </w:tcMar>
            <w:vAlign w:val="center"/>
          </w:tcPr>
          <w:p w14:paraId="30895391" w14:textId="77777777" w:rsidR="002D5361" w:rsidRDefault="002D5361"/>
        </w:tc>
        <w:tc>
          <w:tcPr>
            <w:tcW w:w="1275" w:type="dxa"/>
            <w:shd w:val="clear" w:color="auto" w:fill="F7F9FB"/>
            <w:tcMar>
              <w:top w:w="65" w:type="dxa"/>
              <w:left w:w="80" w:type="dxa"/>
              <w:bottom w:w="65" w:type="dxa"/>
              <w:right w:w="80" w:type="dxa"/>
            </w:tcMar>
            <w:vAlign w:val="center"/>
          </w:tcPr>
          <w:p w14:paraId="1F57AD35" w14:textId="77777777" w:rsidR="002D5361" w:rsidRDefault="00000000">
            <w:r>
              <w:rPr>
                <w:sz w:val="16"/>
              </w:rPr>
              <w:t>IV (2021-25)</w:t>
            </w:r>
          </w:p>
        </w:tc>
        <w:tc>
          <w:tcPr>
            <w:tcW w:w="993" w:type="dxa"/>
            <w:shd w:val="clear" w:color="auto" w:fill="F7F9FB"/>
            <w:tcMar>
              <w:top w:w="65" w:type="dxa"/>
              <w:left w:w="80" w:type="dxa"/>
              <w:bottom w:w="65" w:type="dxa"/>
              <w:right w:w="80" w:type="dxa"/>
            </w:tcMar>
            <w:vAlign w:val="center"/>
          </w:tcPr>
          <w:p w14:paraId="019C8155" w14:textId="77777777" w:rsidR="002D5361" w:rsidRDefault="00000000">
            <w:r>
              <w:rPr>
                <w:sz w:val="16"/>
              </w:rPr>
              <w:t>1127</w:t>
            </w:r>
          </w:p>
        </w:tc>
        <w:tc>
          <w:tcPr>
            <w:tcW w:w="708" w:type="dxa"/>
            <w:shd w:val="clear" w:color="auto" w:fill="F7F9FB"/>
            <w:tcMar>
              <w:top w:w="65" w:type="dxa"/>
              <w:left w:w="80" w:type="dxa"/>
              <w:bottom w:w="65" w:type="dxa"/>
              <w:right w:w="80" w:type="dxa"/>
            </w:tcMar>
            <w:vAlign w:val="center"/>
          </w:tcPr>
          <w:p w14:paraId="6C1A3A65" w14:textId="77777777" w:rsidR="002D5361" w:rsidRDefault="00000000">
            <w:r>
              <w:rPr>
                <w:sz w:val="16"/>
              </w:rPr>
              <w:t>15</w:t>
            </w:r>
          </w:p>
        </w:tc>
        <w:tc>
          <w:tcPr>
            <w:tcW w:w="1276" w:type="dxa"/>
            <w:shd w:val="clear" w:color="auto" w:fill="F7F9FB"/>
            <w:tcMar>
              <w:top w:w="65" w:type="dxa"/>
              <w:left w:w="80" w:type="dxa"/>
              <w:bottom w:w="65" w:type="dxa"/>
              <w:right w:w="80" w:type="dxa"/>
            </w:tcMar>
            <w:vAlign w:val="center"/>
          </w:tcPr>
          <w:p w14:paraId="453F2E73" w14:textId="77777777" w:rsidR="002D5361" w:rsidRDefault="00000000">
            <w:r>
              <w:rPr>
                <w:sz w:val="16"/>
              </w:rPr>
              <w:t>359</w:t>
            </w:r>
          </w:p>
        </w:tc>
        <w:tc>
          <w:tcPr>
            <w:tcW w:w="992" w:type="dxa"/>
            <w:shd w:val="clear" w:color="auto" w:fill="F7F9FB"/>
            <w:tcMar>
              <w:top w:w="65" w:type="dxa"/>
              <w:left w:w="80" w:type="dxa"/>
              <w:bottom w:w="65" w:type="dxa"/>
              <w:right w:w="80" w:type="dxa"/>
            </w:tcMar>
            <w:vAlign w:val="center"/>
          </w:tcPr>
          <w:p w14:paraId="23E5DD9A" w14:textId="77777777" w:rsidR="002D5361" w:rsidRDefault="00000000">
            <w:r>
              <w:rPr>
                <w:sz w:val="16"/>
              </w:rPr>
              <w:t>88</w:t>
            </w:r>
          </w:p>
        </w:tc>
        <w:tc>
          <w:tcPr>
            <w:tcW w:w="851" w:type="dxa"/>
            <w:shd w:val="clear" w:color="auto" w:fill="F7F9FB"/>
            <w:tcMar>
              <w:top w:w="65" w:type="dxa"/>
              <w:left w:w="80" w:type="dxa"/>
              <w:bottom w:w="65" w:type="dxa"/>
              <w:right w:w="80" w:type="dxa"/>
            </w:tcMar>
            <w:vAlign w:val="center"/>
          </w:tcPr>
          <w:p w14:paraId="44731F08" w14:textId="77777777" w:rsidR="002D5361" w:rsidRDefault="00000000">
            <w:r>
              <w:rPr>
                <w:sz w:val="16"/>
              </w:rPr>
              <w:t>24.51</w:t>
            </w:r>
          </w:p>
        </w:tc>
        <w:tc>
          <w:tcPr>
            <w:tcW w:w="709" w:type="dxa"/>
            <w:shd w:val="clear" w:color="auto" w:fill="F7F9FB"/>
            <w:tcMar>
              <w:top w:w="65" w:type="dxa"/>
              <w:left w:w="80" w:type="dxa"/>
              <w:bottom w:w="65" w:type="dxa"/>
              <w:right w:w="80" w:type="dxa"/>
            </w:tcMar>
            <w:vAlign w:val="center"/>
          </w:tcPr>
          <w:p w14:paraId="0F7A57B1" w14:textId="77777777" w:rsidR="002D5361" w:rsidRDefault="00000000">
            <w:r>
              <w:rPr>
                <w:sz w:val="16"/>
              </w:rPr>
              <w:t>20.56</w:t>
            </w:r>
          </w:p>
        </w:tc>
        <w:tc>
          <w:tcPr>
            <w:tcW w:w="815" w:type="dxa"/>
            <w:shd w:val="clear" w:color="auto" w:fill="F7F9FB"/>
            <w:tcMar>
              <w:top w:w="65" w:type="dxa"/>
              <w:left w:w="80" w:type="dxa"/>
              <w:bottom w:w="65" w:type="dxa"/>
              <w:right w:w="80" w:type="dxa"/>
            </w:tcMar>
            <w:vAlign w:val="center"/>
          </w:tcPr>
          <w:p w14:paraId="6382D659" w14:textId="77777777" w:rsidR="002D5361" w:rsidRDefault="00000000">
            <w:r>
              <w:rPr>
                <w:sz w:val="16"/>
              </w:rPr>
              <w:t>0.754</w:t>
            </w:r>
          </w:p>
        </w:tc>
      </w:tr>
      <w:tr w:rsidR="002D5361" w14:paraId="446FB4B8" w14:textId="77777777">
        <w:trPr>
          <w:cantSplit/>
          <w:jc w:val="center"/>
        </w:trPr>
        <w:tc>
          <w:tcPr>
            <w:tcW w:w="2128" w:type="dxa"/>
            <w:tcMar>
              <w:top w:w="65" w:type="dxa"/>
              <w:left w:w="80" w:type="dxa"/>
              <w:bottom w:w="65" w:type="dxa"/>
              <w:right w:w="80" w:type="dxa"/>
            </w:tcMar>
            <w:vAlign w:val="center"/>
          </w:tcPr>
          <w:p w14:paraId="3DE437D3" w14:textId="77777777" w:rsidR="002D5361" w:rsidRDefault="00000000">
            <w:r>
              <w:rPr>
                <w:sz w:val="16"/>
              </w:rPr>
              <w:t>Add 246 flagged records (N=1,373)</w:t>
            </w:r>
          </w:p>
        </w:tc>
        <w:tc>
          <w:tcPr>
            <w:tcW w:w="1275" w:type="dxa"/>
            <w:tcMar>
              <w:top w:w="65" w:type="dxa"/>
              <w:left w:w="80" w:type="dxa"/>
              <w:bottom w:w="65" w:type="dxa"/>
              <w:right w:w="80" w:type="dxa"/>
            </w:tcMar>
            <w:vAlign w:val="center"/>
          </w:tcPr>
          <w:p w14:paraId="773E6FBE" w14:textId="77777777" w:rsidR="002D5361" w:rsidRDefault="00000000">
            <w:r>
              <w:rPr>
                <w:sz w:val="16"/>
              </w:rPr>
              <w:t>I (2004-09)</w:t>
            </w:r>
          </w:p>
        </w:tc>
        <w:tc>
          <w:tcPr>
            <w:tcW w:w="993" w:type="dxa"/>
            <w:tcMar>
              <w:top w:w="65" w:type="dxa"/>
              <w:left w:w="80" w:type="dxa"/>
              <w:bottom w:w="65" w:type="dxa"/>
              <w:right w:w="80" w:type="dxa"/>
            </w:tcMar>
            <w:vAlign w:val="center"/>
          </w:tcPr>
          <w:p w14:paraId="3151C0EA" w14:textId="77777777" w:rsidR="002D5361" w:rsidRDefault="00000000">
            <w:r>
              <w:rPr>
                <w:sz w:val="16"/>
              </w:rPr>
              <w:t>1373</w:t>
            </w:r>
          </w:p>
        </w:tc>
        <w:tc>
          <w:tcPr>
            <w:tcW w:w="708" w:type="dxa"/>
            <w:tcMar>
              <w:top w:w="65" w:type="dxa"/>
              <w:left w:w="80" w:type="dxa"/>
              <w:bottom w:w="65" w:type="dxa"/>
              <w:right w:w="80" w:type="dxa"/>
            </w:tcMar>
            <w:vAlign w:val="center"/>
          </w:tcPr>
          <w:p w14:paraId="28629246" w14:textId="77777777" w:rsidR="002D5361" w:rsidRDefault="00000000">
            <w:r>
              <w:rPr>
                <w:sz w:val="16"/>
              </w:rPr>
              <w:t>19</w:t>
            </w:r>
          </w:p>
        </w:tc>
        <w:tc>
          <w:tcPr>
            <w:tcW w:w="1276" w:type="dxa"/>
            <w:tcMar>
              <w:top w:w="65" w:type="dxa"/>
              <w:left w:w="80" w:type="dxa"/>
              <w:bottom w:w="65" w:type="dxa"/>
              <w:right w:w="80" w:type="dxa"/>
            </w:tcMar>
            <w:vAlign w:val="center"/>
          </w:tcPr>
          <w:p w14:paraId="689242EC" w14:textId="77777777" w:rsidR="002D5361" w:rsidRDefault="00000000">
            <w:r>
              <w:rPr>
                <w:sz w:val="16"/>
              </w:rPr>
              <w:t>133</w:t>
            </w:r>
          </w:p>
        </w:tc>
        <w:tc>
          <w:tcPr>
            <w:tcW w:w="992" w:type="dxa"/>
            <w:tcMar>
              <w:top w:w="65" w:type="dxa"/>
              <w:left w:w="80" w:type="dxa"/>
              <w:bottom w:w="65" w:type="dxa"/>
              <w:right w:w="80" w:type="dxa"/>
            </w:tcMar>
            <w:vAlign w:val="center"/>
          </w:tcPr>
          <w:p w14:paraId="4E1E3A1D" w14:textId="77777777" w:rsidR="002D5361" w:rsidRDefault="00000000">
            <w:r>
              <w:rPr>
                <w:sz w:val="16"/>
              </w:rPr>
              <w:t>6</w:t>
            </w:r>
          </w:p>
        </w:tc>
        <w:tc>
          <w:tcPr>
            <w:tcW w:w="851" w:type="dxa"/>
            <w:tcMar>
              <w:top w:w="65" w:type="dxa"/>
              <w:left w:w="80" w:type="dxa"/>
              <w:bottom w:w="65" w:type="dxa"/>
              <w:right w:w="80" w:type="dxa"/>
            </w:tcMar>
            <w:vAlign w:val="center"/>
          </w:tcPr>
          <w:p w14:paraId="78A85754" w14:textId="77777777" w:rsidR="002D5361" w:rsidRDefault="00000000">
            <w:r>
              <w:rPr>
                <w:sz w:val="16"/>
              </w:rPr>
              <w:t>4.51</w:t>
            </w:r>
          </w:p>
        </w:tc>
        <w:tc>
          <w:tcPr>
            <w:tcW w:w="709" w:type="dxa"/>
            <w:tcMar>
              <w:top w:w="65" w:type="dxa"/>
              <w:left w:w="80" w:type="dxa"/>
              <w:bottom w:w="65" w:type="dxa"/>
              <w:right w:w="80" w:type="dxa"/>
            </w:tcMar>
            <w:vAlign w:val="center"/>
          </w:tcPr>
          <w:p w14:paraId="6D2B27D3" w14:textId="77777777" w:rsidR="002D5361" w:rsidRDefault="00000000">
            <w:r>
              <w:rPr>
                <w:sz w:val="16"/>
              </w:rPr>
              <w:t>3.77</w:t>
            </w:r>
          </w:p>
        </w:tc>
        <w:tc>
          <w:tcPr>
            <w:tcW w:w="815" w:type="dxa"/>
            <w:tcMar>
              <w:top w:w="65" w:type="dxa"/>
              <w:left w:w="80" w:type="dxa"/>
              <w:bottom w:w="65" w:type="dxa"/>
              <w:right w:w="80" w:type="dxa"/>
            </w:tcMar>
            <w:vAlign w:val="center"/>
          </w:tcPr>
          <w:p w14:paraId="2BA3C2AA" w14:textId="77777777" w:rsidR="002D5361" w:rsidRDefault="00000000">
            <w:r>
              <w:rPr>
                <w:sz w:val="16"/>
              </w:rPr>
              <w:t>0.555</w:t>
            </w:r>
          </w:p>
        </w:tc>
      </w:tr>
      <w:tr w:rsidR="002D5361" w14:paraId="29EA4B6C" w14:textId="77777777">
        <w:trPr>
          <w:cantSplit/>
          <w:jc w:val="center"/>
        </w:trPr>
        <w:tc>
          <w:tcPr>
            <w:tcW w:w="2128" w:type="dxa"/>
            <w:shd w:val="clear" w:color="auto" w:fill="F7F9FB"/>
            <w:tcMar>
              <w:top w:w="65" w:type="dxa"/>
              <w:left w:w="80" w:type="dxa"/>
              <w:bottom w:w="65" w:type="dxa"/>
              <w:right w:w="80" w:type="dxa"/>
            </w:tcMar>
            <w:vAlign w:val="center"/>
          </w:tcPr>
          <w:p w14:paraId="0C74E332" w14:textId="77777777" w:rsidR="002D5361" w:rsidRDefault="002D5361"/>
        </w:tc>
        <w:tc>
          <w:tcPr>
            <w:tcW w:w="1275" w:type="dxa"/>
            <w:shd w:val="clear" w:color="auto" w:fill="F7F9FB"/>
            <w:tcMar>
              <w:top w:w="65" w:type="dxa"/>
              <w:left w:w="80" w:type="dxa"/>
              <w:bottom w:w="65" w:type="dxa"/>
              <w:right w:w="80" w:type="dxa"/>
            </w:tcMar>
            <w:vAlign w:val="center"/>
          </w:tcPr>
          <w:p w14:paraId="7B3C9B4D" w14:textId="77777777" w:rsidR="002D5361" w:rsidRDefault="00000000">
            <w:r>
              <w:rPr>
                <w:sz w:val="16"/>
              </w:rPr>
              <w:t>II (2010-15)</w:t>
            </w:r>
          </w:p>
        </w:tc>
        <w:tc>
          <w:tcPr>
            <w:tcW w:w="993" w:type="dxa"/>
            <w:shd w:val="clear" w:color="auto" w:fill="F7F9FB"/>
            <w:tcMar>
              <w:top w:w="65" w:type="dxa"/>
              <w:left w:w="80" w:type="dxa"/>
              <w:bottom w:w="65" w:type="dxa"/>
              <w:right w:w="80" w:type="dxa"/>
            </w:tcMar>
            <w:vAlign w:val="center"/>
          </w:tcPr>
          <w:p w14:paraId="5F1EC445" w14:textId="77777777" w:rsidR="002D5361" w:rsidRDefault="00000000">
            <w:r>
              <w:rPr>
                <w:sz w:val="16"/>
              </w:rPr>
              <w:t>1373</w:t>
            </w:r>
          </w:p>
        </w:tc>
        <w:tc>
          <w:tcPr>
            <w:tcW w:w="708" w:type="dxa"/>
            <w:shd w:val="clear" w:color="auto" w:fill="F7F9FB"/>
            <w:tcMar>
              <w:top w:w="65" w:type="dxa"/>
              <w:left w:w="80" w:type="dxa"/>
              <w:bottom w:w="65" w:type="dxa"/>
              <w:right w:w="80" w:type="dxa"/>
            </w:tcMar>
            <w:vAlign w:val="center"/>
          </w:tcPr>
          <w:p w14:paraId="3A5C691A" w14:textId="77777777" w:rsidR="002D5361" w:rsidRDefault="00000000">
            <w:r>
              <w:rPr>
                <w:sz w:val="16"/>
              </w:rPr>
              <w:t>19</w:t>
            </w:r>
          </w:p>
        </w:tc>
        <w:tc>
          <w:tcPr>
            <w:tcW w:w="1276" w:type="dxa"/>
            <w:shd w:val="clear" w:color="auto" w:fill="F7F9FB"/>
            <w:tcMar>
              <w:top w:w="65" w:type="dxa"/>
              <w:left w:w="80" w:type="dxa"/>
              <w:bottom w:w="65" w:type="dxa"/>
              <w:right w:w="80" w:type="dxa"/>
            </w:tcMar>
            <w:vAlign w:val="center"/>
          </w:tcPr>
          <w:p w14:paraId="0638E2B7" w14:textId="77777777" w:rsidR="002D5361" w:rsidRDefault="00000000">
            <w:r>
              <w:rPr>
                <w:sz w:val="16"/>
              </w:rPr>
              <w:t>256</w:t>
            </w:r>
          </w:p>
        </w:tc>
        <w:tc>
          <w:tcPr>
            <w:tcW w:w="992" w:type="dxa"/>
            <w:shd w:val="clear" w:color="auto" w:fill="F7F9FB"/>
            <w:tcMar>
              <w:top w:w="65" w:type="dxa"/>
              <w:left w:w="80" w:type="dxa"/>
              <w:bottom w:w="65" w:type="dxa"/>
              <w:right w:w="80" w:type="dxa"/>
            </w:tcMar>
            <w:vAlign w:val="center"/>
          </w:tcPr>
          <w:p w14:paraId="4F5E38E8" w14:textId="77777777" w:rsidR="002D5361" w:rsidRDefault="00000000">
            <w:r>
              <w:rPr>
                <w:sz w:val="16"/>
              </w:rPr>
              <w:t>21</w:t>
            </w:r>
          </w:p>
        </w:tc>
        <w:tc>
          <w:tcPr>
            <w:tcW w:w="851" w:type="dxa"/>
            <w:shd w:val="clear" w:color="auto" w:fill="F7F9FB"/>
            <w:tcMar>
              <w:top w:w="65" w:type="dxa"/>
              <w:left w:w="80" w:type="dxa"/>
              <w:bottom w:w="65" w:type="dxa"/>
              <w:right w:w="80" w:type="dxa"/>
            </w:tcMar>
            <w:vAlign w:val="center"/>
          </w:tcPr>
          <w:p w14:paraId="6CB9FF7C" w14:textId="77777777" w:rsidR="002D5361" w:rsidRDefault="00000000">
            <w:r>
              <w:rPr>
                <w:sz w:val="16"/>
              </w:rPr>
              <w:t>8.20</w:t>
            </w:r>
          </w:p>
        </w:tc>
        <w:tc>
          <w:tcPr>
            <w:tcW w:w="709" w:type="dxa"/>
            <w:shd w:val="clear" w:color="auto" w:fill="F7F9FB"/>
            <w:tcMar>
              <w:top w:w="65" w:type="dxa"/>
              <w:left w:w="80" w:type="dxa"/>
              <w:bottom w:w="65" w:type="dxa"/>
              <w:right w:w="80" w:type="dxa"/>
            </w:tcMar>
            <w:vAlign w:val="center"/>
          </w:tcPr>
          <w:p w14:paraId="368B24C5" w14:textId="77777777" w:rsidR="002D5361" w:rsidRDefault="00000000">
            <w:r>
              <w:rPr>
                <w:sz w:val="16"/>
              </w:rPr>
              <w:t>6.58</w:t>
            </w:r>
          </w:p>
        </w:tc>
        <w:tc>
          <w:tcPr>
            <w:tcW w:w="815" w:type="dxa"/>
            <w:shd w:val="clear" w:color="auto" w:fill="F7F9FB"/>
            <w:tcMar>
              <w:top w:w="65" w:type="dxa"/>
              <w:left w:w="80" w:type="dxa"/>
              <w:bottom w:w="65" w:type="dxa"/>
              <w:right w:w="80" w:type="dxa"/>
            </w:tcMar>
            <w:vAlign w:val="center"/>
          </w:tcPr>
          <w:p w14:paraId="130E62A0" w14:textId="77777777" w:rsidR="002D5361" w:rsidRDefault="00000000">
            <w:r>
              <w:rPr>
                <w:sz w:val="16"/>
              </w:rPr>
              <w:t>0.555</w:t>
            </w:r>
          </w:p>
        </w:tc>
      </w:tr>
      <w:tr w:rsidR="002D5361" w14:paraId="585C9DC7" w14:textId="77777777">
        <w:trPr>
          <w:cantSplit/>
          <w:jc w:val="center"/>
        </w:trPr>
        <w:tc>
          <w:tcPr>
            <w:tcW w:w="2128" w:type="dxa"/>
            <w:tcMar>
              <w:top w:w="65" w:type="dxa"/>
              <w:left w:w="80" w:type="dxa"/>
              <w:bottom w:w="65" w:type="dxa"/>
              <w:right w:w="80" w:type="dxa"/>
            </w:tcMar>
            <w:vAlign w:val="center"/>
          </w:tcPr>
          <w:p w14:paraId="1C5C4A06" w14:textId="77777777" w:rsidR="002D5361" w:rsidRDefault="002D5361"/>
        </w:tc>
        <w:tc>
          <w:tcPr>
            <w:tcW w:w="1275" w:type="dxa"/>
            <w:tcMar>
              <w:top w:w="65" w:type="dxa"/>
              <w:left w:w="80" w:type="dxa"/>
              <w:bottom w:w="65" w:type="dxa"/>
              <w:right w:w="80" w:type="dxa"/>
            </w:tcMar>
            <w:vAlign w:val="center"/>
          </w:tcPr>
          <w:p w14:paraId="1B908F37" w14:textId="77777777" w:rsidR="002D5361" w:rsidRDefault="00000000">
            <w:r>
              <w:rPr>
                <w:sz w:val="16"/>
              </w:rPr>
              <w:t>III (2016-20)</w:t>
            </w:r>
          </w:p>
        </w:tc>
        <w:tc>
          <w:tcPr>
            <w:tcW w:w="993" w:type="dxa"/>
            <w:tcMar>
              <w:top w:w="65" w:type="dxa"/>
              <w:left w:w="80" w:type="dxa"/>
              <w:bottom w:w="65" w:type="dxa"/>
              <w:right w:w="80" w:type="dxa"/>
            </w:tcMar>
            <w:vAlign w:val="center"/>
          </w:tcPr>
          <w:p w14:paraId="13D2EBF4" w14:textId="77777777" w:rsidR="002D5361" w:rsidRDefault="00000000">
            <w:r>
              <w:rPr>
                <w:sz w:val="16"/>
              </w:rPr>
              <w:t>1373</w:t>
            </w:r>
          </w:p>
        </w:tc>
        <w:tc>
          <w:tcPr>
            <w:tcW w:w="708" w:type="dxa"/>
            <w:tcMar>
              <w:top w:w="65" w:type="dxa"/>
              <w:left w:w="80" w:type="dxa"/>
              <w:bottom w:w="65" w:type="dxa"/>
              <w:right w:w="80" w:type="dxa"/>
            </w:tcMar>
            <w:vAlign w:val="center"/>
          </w:tcPr>
          <w:p w14:paraId="1DB2A13F" w14:textId="77777777" w:rsidR="002D5361" w:rsidRDefault="00000000">
            <w:r>
              <w:rPr>
                <w:sz w:val="16"/>
              </w:rPr>
              <w:t>19</w:t>
            </w:r>
          </w:p>
        </w:tc>
        <w:tc>
          <w:tcPr>
            <w:tcW w:w="1276" w:type="dxa"/>
            <w:tcMar>
              <w:top w:w="65" w:type="dxa"/>
              <w:left w:w="80" w:type="dxa"/>
              <w:bottom w:w="65" w:type="dxa"/>
              <w:right w:w="80" w:type="dxa"/>
            </w:tcMar>
            <w:vAlign w:val="center"/>
          </w:tcPr>
          <w:p w14:paraId="68E0AACD" w14:textId="77777777" w:rsidR="002D5361" w:rsidRDefault="00000000">
            <w:r>
              <w:rPr>
                <w:sz w:val="16"/>
              </w:rPr>
              <w:t>313</w:t>
            </w:r>
          </w:p>
        </w:tc>
        <w:tc>
          <w:tcPr>
            <w:tcW w:w="992" w:type="dxa"/>
            <w:tcMar>
              <w:top w:w="65" w:type="dxa"/>
              <w:left w:w="80" w:type="dxa"/>
              <w:bottom w:w="65" w:type="dxa"/>
              <w:right w:w="80" w:type="dxa"/>
            </w:tcMar>
            <w:vAlign w:val="center"/>
          </w:tcPr>
          <w:p w14:paraId="0E056E2A" w14:textId="77777777" w:rsidR="002D5361" w:rsidRDefault="00000000">
            <w:r>
              <w:rPr>
                <w:sz w:val="16"/>
              </w:rPr>
              <w:t>36</w:t>
            </w:r>
          </w:p>
        </w:tc>
        <w:tc>
          <w:tcPr>
            <w:tcW w:w="851" w:type="dxa"/>
            <w:tcMar>
              <w:top w:w="65" w:type="dxa"/>
              <w:left w:w="80" w:type="dxa"/>
              <w:bottom w:w="65" w:type="dxa"/>
              <w:right w:w="80" w:type="dxa"/>
            </w:tcMar>
            <w:vAlign w:val="center"/>
          </w:tcPr>
          <w:p w14:paraId="0160061F" w14:textId="77777777" w:rsidR="002D5361" w:rsidRDefault="00000000">
            <w:r>
              <w:rPr>
                <w:sz w:val="16"/>
              </w:rPr>
              <w:t>11.50</w:t>
            </w:r>
          </w:p>
        </w:tc>
        <w:tc>
          <w:tcPr>
            <w:tcW w:w="709" w:type="dxa"/>
            <w:tcMar>
              <w:top w:w="65" w:type="dxa"/>
              <w:left w:w="80" w:type="dxa"/>
              <w:bottom w:w="65" w:type="dxa"/>
              <w:right w:w="80" w:type="dxa"/>
            </w:tcMar>
            <w:vAlign w:val="center"/>
          </w:tcPr>
          <w:p w14:paraId="5BD783F7" w14:textId="77777777" w:rsidR="002D5361" w:rsidRDefault="00000000">
            <w:r>
              <w:rPr>
                <w:sz w:val="16"/>
              </w:rPr>
              <w:t>9.86</w:t>
            </w:r>
          </w:p>
        </w:tc>
        <w:tc>
          <w:tcPr>
            <w:tcW w:w="815" w:type="dxa"/>
            <w:tcMar>
              <w:top w:w="65" w:type="dxa"/>
              <w:left w:w="80" w:type="dxa"/>
              <w:bottom w:w="65" w:type="dxa"/>
              <w:right w:w="80" w:type="dxa"/>
            </w:tcMar>
            <w:vAlign w:val="center"/>
          </w:tcPr>
          <w:p w14:paraId="75EE771E" w14:textId="77777777" w:rsidR="002D5361" w:rsidRDefault="00000000">
            <w:r>
              <w:rPr>
                <w:sz w:val="16"/>
              </w:rPr>
              <w:t>0.555</w:t>
            </w:r>
          </w:p>
        </w:tc>
      </w:tr>
      <w:tr w:rsidR="002D5361" w14:paraId="76CCADA7" w14:textId="77777777">
        <w:trPr>
          <w:cantSplit/>
          <w:jc w:val="center"/>
        </w:trPr>
        <w:tc>
          <w:tcPr>
            <w:tcW w:w="2128" w:type="dxa"/>
            <w:shd w:val="clear" w:color="auto" w:fill="F7F9FB"/>
            <w:tcMar>
              <w:top w:w="65" w:type="dxa"/>
              <w:left w:w="80" w:type="dxa"/>
              <w:bottom w:w="65" w:type="dxa"/>
              <w:right w:w="80" w:type="dxa"/>
            </w:tcMar>
            <w:vAlign w:val="center"/>
          </w:tcPr>
          <w:p w14:paraId="741DBA13" w14:textId="77777777" w:rsidR="002D5361" w:rsidRDefault="002D5361"/>
        </w:tc>
        <w:tc>
          <w:tcPr>
            <w:tcW w:w="1275" w:type="dxa"/>
            <w:shd w:val="clear" w:color="auto" w:fill="F7F9FB"/>
            <w:tcMar>
              <w:top w:w="65" w:type="dxa"/>
              <w:left w:w="80" w:type="dxa"/>
              <w:bottom w:w="65" w:type="dxa"/>
              <w:right w:w="80" w:type="dxa"/>
            </w:tcMar>
            <w:vAlign w:val="center"/>
          </w:tcPr>
          <w:p w14:paraId="3378627D" w14:textId="77777777" w:rsidR="002D5361" w:rsidRDefault="00000000">
            <w:r>
              <w:rPr>
                <w:sz w:val="16"/>
              </w:rPr>
              <w:t>IV (2021-25)</w:t>
            </w:r>
          </w:p>
        </w:tc>
        <w:tc>
          <w:tcPr>
            <w:tcW w:w="993" w:type="dxa"/>
            <w:shd w:val="clear" w:color="auto" w:fill="F7F9FB"/>
            <w:tcMar>
              <w:top w:w="65" w:type="dxa"/>
              <w:left w:w="80" w:type="dxa"/>
              <w:bottom w:w="65" w:type="dxa"/>
              <w:right w:w="80" w:type="dxa"/>
            </w:tcMar>
            <w:vAlign w:val="center"/>
          </w:tcPr>
          <w:p w14:paraId="2C672B5B" w14:textId="77777777" w:rsidR="002D5361" w:rsidRDefault="00000000">
            <w:r>
              <w:rPr>
                <w:sz w:val="16"/>
              </w:rPr>
              <w:t>1373</w:t>
            </w:r>
          </w:p>
        </w:tc>
        <w:tc>
          <w:tcPr>
            <w:tcW w:w="708" w:type="dxa"/>
            <w:shd w:val="clear" w:color="auto" w:fill="F7F9FB"/>
            <w:tcMar>
              <w:top w:w="65" w:type="dxa"/>
              <w:left w:w="80" w:type="dxa"/>
              <w:bottom w:w="65" w:type="dxa"/>
              <w:right w:w="80" w:type="dxa"/>
            </w:tcMar>
            <w:vAlign w:val="center"/>
          </w:tcPr>
          <w:p w14:paraId="0CF702A6" w14:textId="77777777" w:rsidR="002D5361" w:rsidRDefault="00000000">
            <w:r>
              <w:rPr>
                <w:sz w:val="16"/>
              </w:rPr>
              <w:t>19</w:t>
            </w:r>
          </w:p>
        </w:tc>
        <w:tc>
          <w:tcPr>
            <w:tcW w:w="1276" w:type="dxa"/>
            <w:shd w:val="clear" w:color="auto" w:fill="F7F9FB"/>
            <w:tcMar>
              <w:top w:w="65" w:type="dxa"/>
              <w:left w:w="80" w:type="dxa"/>
              <w:bottom w:w="65" w:type="dxa"/>
              <w:right w:w="80" w:type="dxa"/>
            </w:tcMar>
            <w:vAlign w:val="center"/>
          </w:tcPr>
          <w:p w14:paraId="7B2D63CE" w14:textId="77777777" w:rsidR="002D5361" w:rsidRDefault="00000000">
            <w:r>
              <w:rPr>
                <w:sz w:val="16"/>
              </w:rPr>
              <w:t>456</w:t>
            </w:r>
          </w:p>
        </w:tc>
        <w:tc>
          <w:tcPr>
            <w:tcW w:w="992" w:type="dxa"/>
            <w:shd w:val="clear" w:color="auto" w:fill="F7F9FB"/>
            <w:tcMar>
              <w:top w:w="65" w:type="dxa"/>
              <w:left w:w="80" w:type="dxa"/>
              <w:bottom w:w="65" w:type="dxa"/>
              <w:right w:w="80" w:type="dxa"/>
            </w:tcMar>
            <w:vAlign w:val="center"/>
          </w:tcPr>
          <w:p w14:paraId="175ADD4F" w14:textId="77777777" w:rsidR="002D5361" w:rsidRDefault="00000000">
            <w:r>
              <w:rPr>
                <w:sz w:val="16"/>
              </w:rPr>
              <w:t>126</w:t>
            </w:r>
          </w:p>
        </w:tc>
        <w:tc>
          <w:tcPr>
            <w:tcW w:w="851" w:type="dxa"/>
            <w:shd w:val="clear" w:color="auto" w:fill="F7F9FB"/>
            <w:tcMar>
              <w:top w:w="65" w:type="dxa"/>
              <w:left w:w="80" w:type="dxa"/>
              <w:bottom w:w="65" w:type="dxa"/>
              <w:right w:w="80" w:type="dxa"/>
            </w:tcMar>
            <w:vAlign w:val="center"/>
          </w:tcPr>
          <w:p w14:paraId="13E8E2C3" w14:textId="77777777" w:rsidR="002D5361" w:rsidRDefault="00000000">
            <w:r>
              <w:rPr>
                <w:sz w:val="16"/>
              </w:rPr>
              <w:t>27.63</w:t>
            </w:r>
          </w:p>
        </w:tc>
        <w:tc>
          <w:tcPr>
            <w:tcW w:w="709" w:type="dxa"/>
            <w:shd w:val="clear" w:color="auto" w:fill="F7F9FB"/>
            <w:tcMar>
              <w:top w:w="65" w:type="dxa"/>
              <w:left w:w="80" w:type="dxa"/>
              <w:bottom w:w="65" w:type="dxa"/>
              <w:right w:w="80" w:type="dxa"/>
            </w:tcMar>
            <w:vAlign w:val="center"/>
          </w:tcPr>
          <w:p w14:paraId="68501C1E" w14:textId="77777777" w:rsidR="002D5361" w:rsidRDefault="00000000">
            <w:r>
              <w:rPr>
                <w:sz w:val="16"/>
              </w:rPr>
              <w:t>23.77</w:t>
            </w:r>
          </w:p>
        </w:tc>
        <w:tc>
          <w:tcPr>
            <w:tcW w:w="815" w:type="dxa"/>
            <w:shd w:val="clear" w:color="auto" w:fill="F7F9FB"/>
            <w:tcMar>
              <w:top w:w="65" w:type="dxa"/>
              <w:left w:w="80" w:type="dxa"/>
              <w:bottom w:w="65" w:type="dxa"/>
              <w:right w:w="80" w:type="dxa"/>
            </w:tcMar>
            <w:vAlign w:val="center"/>
          </w:tcPr>
          <w:p w14:paraId="64539D76" w14:textId="77777777" w:rsidR="002D5361" w:rsidRDefault="00000000">
            <w:r>
              <w:rPr>
                <w:sz w:val="16"/>
              </w:rPr>
              <w:t>0.555</w:t>
            </w:r>
          </w:p>
        </w:tc>
      </w:tr>
      <w:tr w:rsidR="002D5361" w14:paraId="617F7229" w14:textId="77777777">
        <w:trPr>
          <w:cantSplit/>
          <w:jc w:val="center"/>
        </w:trPr>
        <w:tc>
          <w:tcPr>
            <w:tcW w:w="2128" w:type="dxa"/>
            <w:tcMar>
              <w:top w:w="65" w:type="dxa"/>
              <w:left w:w="80" w:type="dxa"/>
              <w:bottom w:w="65" w:type="dxa"/>
              <w:right w:w="80" w:type="dxa"/>
            </w:tcMar>
            <w:vAlign w:val="center"/>
          </w:tcPr>
          <w:p w14:paraId="252ECE30" w14:textId="77777777" w:rsidR="002D5361" w:rsidRDefault="00000000">
            <w:r>
              <w:rPr>
                <w:sz w:val="16"/>
              </w:rPr>
              <w:t>Broad prefilter refit (N=1,939)</w:t>
            </w:r>
          </w:p>
        </w:tc>
        <w:tc>
          <w:tcPr>
            <w:tcW w:w="1275" w:type="dxa"/>
            <w:tcMar>
              <w:top w:w="65" w:type="dxa"/>
              <w:left w:w="80" w:type="dxa"/>
              <w:bottom w:w="65" w:type="dxa"/>
              <w:right w:w="80" w:type="dxa"/>
            </w:tcMar>
            <w:vAlign w:val="center"/>
          </w:tcPr>
          <w:p w14:paraId="0FA8DE48" w14:textId="77777777" w:rsidR="002D5361" w:rsidRDefault="00000000">
            <w:r>
              <w:rPr>
                <w:sz w:val="16"/>
              </w:rPr>
              <w:t>I (2004-09)</w:t>
            </w:r>
          </w:p>
        </w:tc>
        <w:tc>
          <w:tcPr>
            <w:tcW w:w="993" w:type="dxa"/>
            <w:tcMar>
              <w:top w:w="65" w:type="dxa"/>
              <w:left w:w="80" w:type="dxa"/>
              <w:bottom w:w="65" w:type="dxa"/>
              <w:right w:w="80" w:type="dxa"/>
            </w:tcMar>
            <w:vAlign w:val="center"/>
          </w:tcPr>
          <w:p w14:paraId="5C6437A3" w14:textId="77777777" w:rsidR="002D5361" w:rsidRDefault="00000000">
            <w:r>
              <w:rPr>
                <w:sz w:val="16"/>
              </w:rPr>
              <w:t>1939</w:t>
            </w:r>
          </w:p>
        </w:tc>
        <w:tc>
          <w:tcPr>
            <w:tcW w:w="708" w:type="dxa"/>
            <w:tcMar>
              <w:top w:w="65" w:type="dxa"/>
              <w:left w:w="80" w:type="dxa"/>
              <w:bottom w:w="65" w:type="dxa"/>
              <w:right w:w="80" w:type="dxa"/>
            </w:tcMar>
            <w:vAlign w:val="center"/>
          </w:tcPr>
          <w:p w14:paraId="0BB74CFF" w14:textId="77777777" w:rsidR="002D5361" w:rsidRDefault="00000000">
            <w:r>
              <w:rPr>
                <w:sz w:val="16"/>
              </w:rPr>
              <w:t>25</w:t>
            </w:r>
          </w:p>
        </w:tc>
        <w:tc>
          <w:tcPr>
            <w:tcW w:w="1276" w:type="dxa"/>
            <w:tcMar>
              <w:top w:w="65" w:type="dxa"/>
              <w:left w:w="80" w:type="dxa"/>
              <w:bottom w:w="65" w:type="dxa"/>
              <w:right w:w="80" w:type="dxa"/>
            </w:tcMar>
            <w:vAlign w:val="center"/>
          </w:tcPr>
          <w:p w14:paraId="121191E1" w14:textId="77777777" w:rsidR="002D5361" w:rsidRDefault="00000000">
            <w:r>
              <w:rPr>
                <w:sz w:val="16"/>
              </w:rPr>
              <w:t>177</w:t>
            </w:r>
          </w:p>
        </w:tc>
        <w:tc>
          <w:tcPr>
            <w:tcW w:w="992" w:type="dxa"/>
            <w:tcMar>
              <w:top w:w="65" w:type="dxa"/>
              <w:left w:w="80" w:type="dxa"/>
              <w:bottom w:w="65" w:type="dxa"/>
              <w:right w:w="80" w:type="dxa"/>
            </w:tcMar>
            <w:vAlign w:val="center"/>
          </w:tcPr>
          <w:p w14:paraId="471623E7" w14:textId="77777777" w:rsidR="002D5361" w:rsidRDefault="00000000">
            <w:r>
              <w:rPr>
                <w:sz w:val="16"/>
              </w:rPr>
              <w:t>6</w:t>
            </w:r>
          </w:p>
        </w:tc>
        <w:tc>
          <w:tcPr>
            <w:tcW w:w="851" w:type="dxa"/>
            <w:tcMar>
              <w:top w:w="65" w:type="dxa"/>
              <w:left w:w="80" w:type="dxa"/>
              <w:bottom w:w="65" w:type="dxa"/>
              <w:right w:w="80" w:type="dxa"/>
            </w:tcMar>
            <w:vAlign w:val="center"/>
          </w:tcPr>
          <w:p w14:paraId="376C337A" w14:textId="77777777" w:rsidR="002D5361" w:rsidRDefault="00000000">
            <w:r>
              <w:rPr>
                <w:sz w:val="16"/>
              </w:rPr>
              <w:t>3.39</w:t>
            </w:r>
          </w:p>
        </w:tc>
        <w:tc>
          <w:tcPr>
            <w:tcW w:w="709" w:type="dxa"/>
            <w:tcMar>
              <w:top w:w="65" w:type="dxa"/>
              <w:left w:w="80" w:type="dxa"/>
              <w:bottom w:w="65" w:type="dxa"/>
              <w:right w:w="80" w:type="dxa"/>
            </w:tcMar>
            <w:vAlign w:val="center"/>
          </w:tcPr>
          <w:p w14:paraId="4CFFB200" w14:textId="77777777" w:rsidR="002D5361" w:rsidRDefault="00000000">
            <w:r>
              <w:rPr>
                <w:sz w:val="16"/>
              </w:rPr>
              <w:t>2.83</w:t>
            </w:r>
          </w:p>
        </w:tc>
        <w:tc>
          <w:tcPr>
            <w:tcW w:w="815" w:type="dxa"/>
            <w:tcMar>
              <w:top w:w="65" w:type="dxa"/>
              <w:left w:w="80" w:type="dxa"/>
              <w:bottom w:w="65" w:type="dxa"/>
              <w:right w:w="80" w:type="dxa"/>
            </w:tcMar>
            <w:vAlign w:val="center"/>
          </w:tcPr>
          <w:p w14:paraId="085C8C4F" w14:textId="77777777" w:rsidR="002D5361" w:rsidRDefault="00000000">
            <w:r>
              <w:rPr>
                <w:sz w:val="16"/>
              </w:rPr>
              <w:t>0.621</w:t>
            </w:r>
          </w:p>
        </w:tc>
      </w:tr>
      <w:tr w:rsidR="002D5361" w14:paraId="63D4F85A" w14:textId="77777777">
        <w:trPr>
          <w:cantSplit/>
          <w:jc w:val="center"/>
        </w:trPr>
        <w:tc>
          <w:tcPr>
            <w:tcW w:w="2128" w:type="dxa"/>
            <w:shd w:val="clear" w:color="auto" w:fill="F7F9FB"/>
            <w:tcMar>
              <w:top w:w="65" w:type="dxa"/>
              <w:left w:w="80" w:type="dxa"/>
              <w:bottom w:w="65" w:type="dxa"/>
              <w:right w:w="80" w:type="dxa"/>
            </w:tcMar>
            <w:vAlign w:val="center"/>
          </w:tcPr>
          <w:p w14:paraId="714B8953" w14:textId="77777777" w:rsidR="002D5361" w:rsidRDefault="002D5361"/>
        </w:tc>
        <w:tc>
          <w:tcPr>
            <w:tcW w:w="1275" w:type="dxa"/>
            <w:shd w:val="clear" w:color="auto" w:fill="F7F9FB"/>
            <w:tcMar>
              <w:top w:w="65" w:type="dxa"/>
              <w:left w:w="80" w:type="dxa"/>
              <w:bottom w:w="65" w:type="dxa"/>
              <w:right w:w="80" w:type="dxa"/>
            </w:tcMar>
            <w:vAlign w:val="center"/>
          </w:tcPr>
          <w:p w14:paraId="79E02DB5" w14:textId="77777777" w:rsidR="002D5361" w:rsidRDefault="00000000">
            <w:r>
              <w:rPr>
                <w:sz w:val="16"/>
              </w:rPr>
              <w:t>II (2010-15)</w:t>
            </w:r>
          </w:p>
        </w:tc>
        <w:tc>
          <w:tcPr>
            <w:tcW w:w="993" w:type="dxa"/>
            <w:shd w:val="clear" w:color="auto" w:fill="F7F9FB"/>
            <w:tcMar>
              <w:top w:w="65" w:type="dxa"/>
              <w:left w:w="80" w:type="dxa"/>
              <w:bottom w:w="65" w:type="dxa"/>
              <w:right w:w="80" w:type="dxa"/>
            </w:tcMar>
            <w:vAlign w:val="center"/>
          </w:tcPr>
          <w:p w14:paraId="28468300" w14:textId="77777777" w:rsidR="002D5361" w:rsidRDefault="00000000">
            <w:r>
              <w:rPr>
                <w:sz w:val="16"/>
              </w:rPr>
              <w:t>1939</w:t>
            </w:r>
          </w:p>
        </w:tc>
        <w:tc>
          <w:tcPr>
            <w:tcW w:w="708" w:type="dxa"/>
            <w:shd w:val="clear" w:color="auto" w:fill="F7F9FB"/>
            <w:tcMar>
              <w:top w:w="65" w:type="dxa"/>
              <w:left w:w="80" w:type="dxa"/>
              <w:bottom w:w="65" w:type="dxa"/>
              <w:right w:w="80" w:type="dxa"/>
            </w:tcMar>
            <w:vAlign w:val="center"/>
          </w:tcPr>
          <w:p w14:paraId="341C4F6C" w14:textId="77777777" w:rsidR="002D5361" w:rsidRDefault="00000000">
            <w:r>
              <w:rPr>
                <w:sz w:val="16"/>
              </w:rPr>
              <w:t>25</w:t>
            </w:r>
          </w:p>
        </w:tc>
        <w:tc>
          <w:tcPr>
            <w:tcW w:w="1276" w:type="dxa"/>
            <w:shd w:val="clear" w:color="auto" w:fill="F7F9FB"/>
            <w:tcMar>
              <w:top w:w="65" w:type="dxa"/>
              <w:left w:w="80" w:type="dxa"/>
              <w:bottom w:w="65" w:type="dxa"/>
              <w:right w:w="80" w:type="dxa"/>
            </w:tcMar>
            <w:vAlign w:val="center"/>
          </w:tcPr>
          <w:p w14:paraId="3D1FB375" w14:textId="77777777" w:rsidR="002D5361" w:rsidRDefault="00000000">
            <w:r>
              <w:rPr>
                <w:sz w:val="16"/>
              </w:rPr>
              <w:t>383</w:t>
            </w:r>
          </w:p>
        </w:tc>
        <w:tc>
          <w:tcPr>
            <w:tcW w:w="992" w:type="dxa"/>
            <w:shd w:val="clear" w:color="auto" w:fill="F7F9FB"/>
            <w:tcMar>
              <w:top w:w="65" w:type="dxa"/>
              <w:left w:w="80" w:type="dxa"/>
              <w:bottom w:w="65" w:type="dxa"/>
              <w:right w:w="80" w:type="dxa"/>
            </w:tcMar>
            <w:vAlign w:val="center"/>
          </w:tcPr>
          <w:p w14:paraId="04346573" w14:textId="77777777" w:rsidR="002D5361" w:rsidRDefault="00000000">
            <w:r>
              <w:rPr>
                <w:sz w:val="16"/>
              </w:rPr>
              <w:t>18</w:t>
            </w:r>
          </w:p>
        </w:tc>
        <w:tc>
          <w:tcPr>
            <w:tcW w:w="851" w:type="dxa"/>
            <w:shd w:val="clear" w:color="auto" w:fill="F7F9FB"/>
            <w:tcMar>
              <w:top w:w="65" w:type="dxa"/>
              <w:left w:w="80" w:type="dxa"/>
              <w:bottom w:w="65" w:type="dxa"/>
              <w:right w:w="80" w:type="dxa"/>
            </w:tcMar>
            <w:vAlign w:val="center"/>
          </w:tcPr>
          <w:p w14:paraId="6924AD5D" w14:textId="77777777" w:rsidR="002D5361" w:rsidRDefault="00000000">
            <w:r>
              <w:rPr>
                <w:sz w:val="16"/>
              </w:rPr>
              <w:t>4.70</w:t>
            </w:r>
          </w:p>
        </w:tc>
        <w:tc>
          <w:tcPr>
            <w:tcW w:w="709" w:type="dxa"/>
            <w:shd w:val="clear" w:color="auto" w:fill="F7F9FB"/>
            <w:tcMar>
              <w:top w:w="65" w:type="dxa"/>
              <w:left w:w="80" w:type="dxa"/>
              <w:bottom w:w="65" w:type="dxa"/>
              <w:right w:w="80" w:type="dxa"/>
            </w:tcMar>
            <w:vAlign w:val="center"/>
          </w:tcPr>
          <w:p w14:paraId="3F1BB8A7" w14:textId="77777777" w:rsidR="002D5361" w:rsidRDefault="00000000">
            <w:r>
              <w:rPr>
                <w:sz w:val="16"/>
              </w:rPr>
              <w:t>3.86</w:t>
            </w:r>
          </w:p>
        </w:tc>
        <w:tc>
          <w:tcPr>
            <w:tcW w:w="815" w:type="dxa"/>
            <w:shd w:val="clear" w:color="auto" w:fill="F7F9FB"/>
            <w:tcMar>
              <w:top w:w="65" w:type="dxa"/>
              <w:left w:w="80" w:type="dxa"/>
              <w:bottom w:w="65" w:type="dxa"/>
              <w:right w:w="80" w:type="dxa"/>
            </w:tcMar>
            <w:vAlign w:val="center"/>
          </w:tcPr>
          <w:p w14:paraId="2587BFC7" w14:textId="77777777" w:rsidR="002D5361" w:rsidRDefault="00000000">
            <w:r>
              <w:rPr>
                <w:sz w:val="16"/>
              </w:rPr>
              <w:t>0.621</w:t>
            </w:r>
          </w:p>
        </w:tc>
      </w:tr>
      <w:tr w:rsidR="002D5361" w14:paraId="14A9C0D7" w14:textId="77777777">
        <w:trPr>
          <w:cantSplit/>
          <w:jc w:val="center"/>
        </w:trPr>
        <w:tc>
          <w:tcPr>
            <w:tcW w:w="2128" w:type="dxa"/>
            <w:tcMar>
              <w:top w:w="65" w:type="dxa"/>
              <w:left w:w="80" w:type="dxa"/>
              <w:bottom w:w="65" w:type="dxa"/>
              <w:right w:w="80" w:type="dxa"/>
            </w:tcMar>
            <w:vAlign w:val="center"/>
          </w:tcPr>
          <w:p w14:paraId="7C488456" w14:textId="77777777" w:rsidR="002D5361" w:rsidRDefault="002D5361"/>
        </w:tc>
        <w:tc>
          <w:tcPr>
            <w:tcW w:w="1275" w:type="dxa"/>
            <w:tcMar>
              <w:top w:w="65" w:type="dxa"/>
              <w:left w:w="80" w:type="dxa"/>
              <w:bottom w:w="65" w:type="dxa"/>
              <w:right w:w="80" w:type="dxa"/>
            </w:tcMar>
            <w:vAlign w:val="center"/>
          </w:tcPr>
          <w:p w14:paraId="0509C9D0" w14:textId="77777777" w:rsidR="002D5361" w:rsidRDefault="00000000">
            <w:r>
              <w:rPr>
                <w:sz w:val="16"/>
              </w:rPr>
              <w:t>III (2016-20)</w:t>
            </w:r>
          </w:p>
        </w:tc>
        <w:tc>
          <w:tcPr>
            <w:tcW w:w="993" w:type="dxa"/>
            <w:tcMar>
              <w:top w:w="65" w:type="dxa"/>
              <w:left w:w="80" w:type="dxa"/>
              <w:bottom w:w="65" w:type="dxa"/>
              <w:right w:w="80" w:type="dxa"/>
            </w:tcMar>
            <w:vAlign w:val="center"/>
          </w:tcPr>
          <w:p w14:paraId="638FD9B2" w14:textId="77777777" w:rsidR="002D5361" w:rsidRDefault="00000000">
            <w:r>
              <w:rPr>
                <w:sz w:val="16"/>
              </w:rPr>
              <w:t>1939</w:t>
            </w:r>
          </w:p>
        </w:tc>
        <w:tc>
          <w:tcPr>
            <w:tcW w:w="708" w:type="dxa"/>
            <w:tcMar>
              <w:top w:w="65" w:type="dxa"/>
              <w:left w:w="80" w:type="dxa"/>
              <w:bottom w:w="65" w:type="dxa"/>
              <w:right w:w="80" w:type="dxa"/>
            </w:tcMar>
            <w:vAlign w:val="center"/>
          </w:tcPr>
          <w:p w14:paraId="209F7727" w14:textId="77777777" w:rsidR="002D5361" w:rsidRDefault="00000000">
            <w:r>
              <w:rPr>
                <w:sz w:val="16"/>
              </w:rPr>
              <w:t>25</w:t>
            </w:r>
          </w:p>
        </w:tc>
        <w:tc>
          <w:tcPr>
            <w:tcW w:w="1276" w:type="dxa"/>
            <w:tcMar>
              <w:top w:w="65" w:type="dxa"/>
              <w:left w:w="80" w:type="dxa"/>
              <w:bottom w:w="65" w:type="dxa"/>
              <w:right w:w="80" w:type="dxa"/>
            </w:tcMar>
            <w:vAlign w:val="center"/>
          </w:tcPr>
          <w:p w14:paraId="20AAE5D1" w14:textId="77777777" w:rsidR="002D5361" w:rsidRDefault="00000000">
            <w:r>
              <w:rPr>
                <w:sz w:val="16"/>
              </w:rPr>
              <w:t>452</w:t>
            </w:r>
          </w:p>
        </w:tc>
        <w:tc>
          <w:tcPr>
            <w:tcW w:w="992" w:type="dxa"/>
            <w:tcMar>
              <w:top w:w="65" w:type="dxa"/>
              <w:left w:w="80" w:type="dxa"/>
              <w:bottom w:w="65" w:type="dxa"/>
              <w:right w:w="80" w:type="dxa"/>
            </w:tcMar>
            <w:vAlign w:val="center"/>
          </w:tcPr>
          <w:p w14:paraId="573F43D0" w14:textId="77777777" w:rsidR="002D5361" w:rsidRDefault="00000000">
            <w:r>
              <w:rPr>
                <w:sz w:val="16"/>
              </w:rPr>
              <w:t>34</w:t>
            </w:r>
          </w:p>
        </w:tc>
        <w:tc>
          <w:tcPr>
            <w:tcW w:w="851" w:type="dxa"/>
            <w:tcMar>
              <w:top w:w="65" w:type="dxa"/>
              <w:left w:w="80" w:type="dxa"/>
              <w:bottom w:w="65" w:type="dxa"/>
              <w:right w:w="80" w:type="dxa"/>
            </w:tcMar>
            <w:vAlign w:val="center"/>
          </w:tcPr>
          <w:p w14:paraId="311967F1" w14:textId="77777777" w:rsidR="002D5361" w:rsidRDefault="00000000">
            <w:r>
              <w:rPr>
                <w:sz w:val="16"/>
              </w:rPr>
              <w:t>7.52</w:t>
            </w:r>
          </w:p>
        </w:tc>
        <w:tc>
          <w:tcPr>
            <w:tcW w:w="709" w:type="dxa"/>
            <w:tcMar>
              <w:top w:w="65" w:type="dxa"/>
              <w:left w:w="80" w:type="dxa"/>
              <w:bottom w:w="65" w:type="dxa"/>
              <w:right w:w="80" w:type="dxa"/>
            </w:tcMar>
            <w:vAlign w:val="center"/>
          </w:tcPr>
          <w:p w14:paraId="36B5592D" w14:textId="77777777" w:rsidR="002D5361" w:rsidRDefault="00000000">
            <w:r>
              <w:rPr>
                <w:sz w:val="16"/>
              </w:rPr>
              <w:t>6.31</w:t>
            </w:r>
          </w:p>
        </w:tc>
        <w:tc>
          <w:tcPr>
            <w:tcW w:w="815" w:type="dxa"/>
            <w:tcMar>
              <w:top w:w="65" w:type="dxa"/>
              <w:left w:w="80" w:type="dxa"/>
              <w:bottom w:w="65" w:type="dxa"/>
              <w:right w:w="80" w:type="dxa"/>
            </w:tcMar>
            <w:vAlign w:val="center"/>
          </w:tcPr>
          <w:p w14:paraId="662AD7E8" w14:textId="77777777" w:rsidR="002D5361" w:rsidRDefault="00000000">
            <w:r>
              <w:rPr>
                <w:sz w:val="16"/>
              </w:rPr>
              <w:t>0.621</w:t>
            </w:r>
          </w:p>
        </w:tc>
      </w:tr>
      <w:tr w:rsidR="002D5361" w14:paraId="36B0EF6F" w14:textId="77777777">
        <w:trPr>
          <w:cantSplit/>
          <w:jc w:val="center"/>
        </w:trPr>
        <w:tc>
          <w:tcPr>
            <w:tcW w:w="2128" w:type="dxa"/>
            <w:shd w:val="clear" w:color="auto" w:fill="F7F9FB"/>
            <w:tcMar>
              <w:top w:w="65" w:type="dxa"/>
              <w:left w:w="80" w:type="dxa"/>
              <w:bottom w:w="65" w:type="dxa"/>
              <w:right w:w="80" w:type="dxa"/>
            </w:tcMar>
            <w:vAlign w:val="center"/>
          </w:tcPr>
          <w:p w14:paraId="4F57BE9D" w14:textId="77777777" w:rsidR="002D5361" w:rsidRDefault="002D5361"/>
        </w:tc>
        <w:tc>
          <w:tcPr>
            <w:tcW w:w="1275" w:type="dxa"/>
            <w:shd w:val="clear" w:color="auto" w:fill="F7F9FB"/>
            <w:tcMar>
              <w:top w:w="65" w:type="dxa"/>
              <w:left w:w="80" w:type="dxa"/>
              <w:bottom w:w="65" w:type="dxa"/>
              <w:right w:w="80" w:type="dxa"/>
            </w:tcMar>
            <w:vAlign w:val="center"/>
          </w:tcPr>
          <w:p w14:paraId="743863F3" w14:textId="77777777" w:rsidR="002D5361" w:rsidRDefault="00000000">
            <w:r>
              <w:rPr>
                <w:sz w:val="16"/>
              </w:rPr>
              <w:t>IV (2021-25)</w:t>
            </w:r>
          </w:p>
        </w:tc>
        <w:tc>
          <w:tcPr>
            <w:tcW w:w="993" w:type="dxa"/>
            <w:shd w:val="clear" w:color="auto" w:fill="F7F9FB"/>
            <w:tcMar>
              <w:top w:w="65" w:type="dxa"/>
              <w:left w:w="80" w:type="dxa"/>
              <w:bottom w:w="65" w:type="dxa"/>
              <w:right w:w="80" w:type="dxa"/>
            </w:tcMar>
            <w:vAlign w:val="center"/>
          </w:tcPr>
          <w:p w14:paraId="325F5617" w14:textId="77777777" w:rsidR="002D5361" w:rsidRDefault="00000000">
            <w:r>
              <w:rPr>
                <w:sz w:val="16"/>
              </w:rPr>
              <w:t>1939</w:t>
            </w:r>
          </w:p>
        </w:tc>
        <w:tc>
          <w:tcPr>
            <w:tcW w:w="708" w:type="dxa"/>
            <w:shd w:val="clear" w:color="auto" w:fill="F7F9FB"/>
            <w:tcMar>
              <w:top w:w="65" w:type="dxa"/>
              <w:left w:w="80" w:type="dxa"/>
              <w:bottom w:w="65" w:type="dxa"/>
              <w:right w:w="80" w:type="dxa"/>
            </w:tcMar>
            <w:vAlign w:val="center"/>
          </w:tcPr>
          <w:p w14:paraId="0E769117" w14:textId="77777777" w:rsidR="002D5361" w:rsidRDefault="00000000">
            <w:r>
              <w:rPr>
                <w:sz w:val="16"/>
              </w:rPr>
              <w:t>25</w:t>
            </w:r>
          </w:p>
        </w:tc>
        <w:tc>
          <w:tcPr>
            <w:tcW w:w="1276" w:type="dxa"/>
            <w:shd w:val="clear" w:color="auto" w:fill="F7F9FB"/>
            <w:tcMar>
              <w:top w:w="65" w:type="dxa"/>
              <w:left w:w="80" w:type="dxa"/>
              <w:bottom w:w="65" w:type="dxa"/>
              <w:right w:w="80" w:type="dxa"/>
            </w:tcMar>
            <w:vAlign w:val="center"/>
          </w:tcPr>
          <w:p w14:paraId="75A8E5EF" w14:textId="77777777" w:rsidR="002D5361" w:rsidRDefault="00000000">
            <w:r>
              <w:rPr>
                <w:sz w:val="16"/>
              </w:rPr>
              <w:t>611</w:t>
            </w:r>
          </w:p>
        </w:tc>
        <w:tc>
          <w:tcPr>
            <w:tcW w:w="992" w:type="dxa"/>
            <w:shd w:val="clear" w:color="auto" w:fill="F7F9FB"/>
            <w:tcMar>
              <w:top w:w="65" w:type="dxa"/>
              <w:left w:w="80" w:type="dxa"/>
              <w:bottom w:w="65" w:type="dxa"/>
              <w:right w:w="80" w:type="dxa"/>
            </w:tcMar>
            <w:vAlign w:val="center"/>
          </w:tcPr>
          <w:p w14:paraId="6B8A0612" w14:textId="77777777" w:rsidR="002D5361" w:rsidRDefault="00000000">
            <w:r>
              <w:rPr>
                <w:sz w:val="16"/>
              </w:rPr>
              <w:t>146</w:t>
            </w:r>
          </w:p>
        </w:tc>
        <w:tc>
          <w:tcPr>
            <w:tcW w:w="851" w:type="dxa"/>
            <w:shd w:val="clear" w:color="auto" w:fill="F7F9FB"/>
            <w:tcMar>
              <w:top w:w="65" w:type="dxa"/>
              <w:left w:w="80" w:type="dxa"/>
              <w:bottom w:w="65" w:type="dxa"/>
              <w:right w:w="80" w:type="dxa"/>
            </w:tcMar>
            <w:vAlign w:val="center"/>
          </w:tcPr>
          <w:p w14:paraId="2917D14F" w14:textId="77777777" w:rsidR="002D5361" w:rsidRDefault="00000000">
            <w:r>
              <w:rPr>
                <w:sz w:val="16"/>
              </w:rPr>
              <w:t>23.90</w:t>
            </w:r>
          </w:p>
        </w:tc>
        <w:tc>
          <w:tcPr>
            <w:tcW w:w="709" w:type="dxa"/>
            <w:shd w:val="clear" w:color="auto" w:fill="F7F9FB"/>
            <w:tcMar>
              <w:top w:w="65" w:type="dxa"/>
              <w:left w:w="80" w:type="dxa"/>
              <w:bottom w:w="65" w:type="dxa"/>
              <w:right w:w="80" w:type="dxa"/>
            </w:tcMar>
            <w:vAlign w:val="center"/>
          </w:tcPr>
          <w:p w14:paraId="11C5856A" w14:textId="77777777" w:rsidR="002D5361" w:rsidRDefault="00000000">
            <w:r>
              <w:rPr>
                <w:sz w:val="16"/>
              </w:rPr>
              <w:t>20.22</w:t>
            </w:r>
          </w:p>
        </w:tc>
        <w:tc>
          <w:tcPr>
            <w:tcW w:w="815" w:type="dxa"/>
            <w:shd w:val="clear" w:color="auto" w:fill="F7F9FB"/>
            <w:tcMar>
              <w:top w:w="65" w:type="dxa"/>
              <w:left w:w="80" w:type="dxa"/>
              <w:bottom w:w="65" w:type="dxa"/>
              <w:right w:w="80" w:type="dxa"/>
            </w:tcMar>
            <w:vAlign w:val="center"/>
          </w:tcPr>
          <w:p w14:paraId="619BF272" w14:textId="77777777" w:rsidR="002D5361" w:rsidRDefault="00000000">
            <w:r>
              <w:rPr>
                <w:sz w:val="16"/>
              </w:rPr>
              <w:t>0.621</w:t>
            </w:r>
          </w:p>
        </w:tc>
      </w:tr>
    </w:tbl>
    <w:p w14:paraId="3CDE3E01" w14:textId="77777777" w:rsidR="002D5361" w:rsidRDefault="00000000">
      <w:r>
        <w:rPr>
          <w:b/>
          <w:sz w:val="16"/>
        </w:rPr>
        <w:t>Note.</w:t>
      </w:r>
      <w:r>
        <w:rPr>
          <w:sz w:val="16"/>
        </w:rPr>
        <w:t xml:space="preserve"> Keyword-excluded input uses titles and abstracts; Korean-fields-only uses Korean title, author keywords, and abstract; the 1,373 specification adds the 246 flagged exclusions; and the 1,939 specification fits UMAP/HDBSCAN anew on the entire preliminary screen. For the main multilingual embedding, 1,373 already encoded rows were reused exactly and the remaining 566 were newly encoded with the identical seven fields and model; sentence-transformer inference is document-independent. Period classified N is the actual denominator for each period, not the repeated full-fit classified total. For the 1,373- and 1,939-record specifications, the Jaccard value is calculated only over records shared with the primary 1,127-record corpus, while the period percentages use each specification's own denominator; Jaccard measures membership overlap and does not establish semantic equivalence.</w:t>
      </w:r>
    </w:p>
    <w:p w14:paraId="34FD8D8C" w14:textId="77777777" w:rsidR="002D5361" w:rsidRDefault="00000000">
      <w:pPr>
        <w:pStyle w:val="Heading1"/>
      </w:pPr>
      <w:r>
        <w:rPr>
          <w:rFonts w:ascii="Times New Roman" w:hAnsi="Times New Roman"/>
        </w:rPr>
        <w:t>S5. English metadata, document length, and outliers</w:t>
      </w:r>
    </w:p>
    <w:p w14:paraId="7E2BFDE3" w14:textId="77777777" w:rsidR="002D5361" w:rsidRDefault="00000000">
      <w:pPr>
        <w:pStyle w:val="TableCaption"/>
      </w:pPr>
      <w:r>
        <w:t>Table S7. Metadata coverage and length by period</w:t>
      </w:r>
    </w:p>
    <w:tbl>
      <w:tblPr>
        <w:tblStyle w:val="TableGrid"/>
        <w:tblW w:w="0" w:type="auto"/>
        <w:jc w:val="center"/>
        <w:tblLook w:val="04A0" w:firstRow="1" w:lastRow="0" w:firstColumn="1" w:lastColumn="0" w:noHBand="0" w:noVBand="1"/>
      </w:tblPr>
      <w:tblGrid>
        <w:gridCol w:w="1624"/>
        <w:gridCol w:w="1624"/>
        <w:gridCol w:w="1624"/>
        <w:gridCol w:w="1624"/>
        <w:gridCol w:w="1624"/>
        <w:gridCol w:w="1624"/>
      </w:tblGrid>
      <w:tr w:rsidR="002D5361" w14:paraId="41631D97" w14:textId="77777777">
        <w:trPr>
          <w:cantSplit/>
          <w:tblHeader/>
          <w:jc w:val="center"/>
        </w:trPr>
        <w:tc>
          <w:tcPr>
            <w:tcW w:w="1624" w:type="dxa"/>
            <w:shd w:val="clear" w:color="auto" w:fill="D9EAF7"/>
            <w:tcMar>
              <w:top w:w="55" w:type="dxa"/>
              <w:left w:w="70" w:type="dxa"/>
              <w:bottom w:w="55" w:type="dxa"/>
              <w:right w:w="70" w:type="dxa"/>
            </w:tcMar>
            <w:vAlign w:val="center"/>
          </w:tcPr>
          <w:p w14:paraId="78B7D8FC" w14:textId="77777777" w:rsidR="002D5361" w:rsidRDefault="00000000">
            <w:r>
              <w:rPr>
                <w:b/>
                <w:sz w:val="16"/>
              </w:rPr>
              <w:t>Period</w:t>
            </w:r>
          </w:p>
        </w:tc>
        <w:tc>
          <w:tcPr>
            <w:tcW w:w="1624" w:type="dxa"/>
            <w:shd w:val="clear" w:color="auto" w:fill="D9EAF7"/>
            <w:tcMar>
              <w:top w:w="55" w:type="dxa"/>
              <w:left w:w="70" w:type="dxa"/>
              <w:bottom w:w="55" w:type="dxa"/>
              <w:right w:w="70" w:type="dxa"/>
            </w:tcMar>
            <w:vAlign w:val="center"/>
          </w:tcPr>
          <w:p w14:paraId="400C2E90" w14:textId="77777777" w:rsidR="002D5361" w:rsidRDefault="00000000">
            <w:r>
              <w:rPr>
                <w:b/>
                <w:sz w:val="16"/>
              </w:rPr>
              <w:t>N</w:t>
            </w:r>
          </w:p>
        </w:tc>
        <w:tc>
          <w:tcPr>
            <w:tcW w:w="1624" w:type="dxa"/>
            <w:shd w:val="clear" w:color="auto" w:fill="D9EAF7"/>
            <w:tcMar>
              <w:top w:w="55" w:type="dxa"/>
              <w:left w:w="70" w:type="dxa"/>
              <w:bottom w:w="55" w:type="dxa"/>
              <w:right w:w="70" w:type="dxa"/>
            </w:tcMar>
            <w:vAlign w:val="center"/>
          </w:tcPr>
          <w:p w14:paraId="2E631D42" w14:textId="77777777" w:rsidR="002D5361" w:rsidRDefault="00000000">
            <w:r>
              <w:rPr>
                <w:b/>
                <w:sz w:val="16"/>
              </w:rPr>
              <w:t>English abstract %</w:t>
            </w:r>
          </w:p>
        </w:tc>
        <w:tc>
          <w:tcPr>
            <w:tcW w:w="1624" w:type="dxa"/>
            <w:shd w:val="clear" w:color="auto" w:fill="D9EAF7"/>
            <w:tcMar>
              <w:top w:w="55" w:type="dxa"/>
              <w:left w:w="70" w:type="dxa"/>
              <w:bottom w:w="55" w:type="dxa"/>
              <w:right w:w="70" w:type="dxa"/>
            </w:tcMar>
            <w:vAlign w:val="center"/>
          </w:tcPr>
          <w:p w14:paraId="2B6649BD" w14:textId="77777777" w:rsidR="002D5361" w:rsidRDefault="00000000">
            <w:r>
              <w:rPr>
                <w:b/>
                <w:sz w:val="16"/>
              </w:rPr>
              <w:t>English keywords %</w:t>
            </w:r>
          </w:p>
        </w:tc>
        <w:tc>
          <w:tcPr>
            <w:tcW w:w="1624" w:type="dxa"/>
            <w:shd w:val="clear" w:color="auto" w:fill="D9EAF7"/>
            <w:tcMar>
              <w:top w:w="55" w:type="dxa"/>
              <w:left w:w="70" w:type="dxa"/>
              <w:bottom w:w="55" w:type="dxa"/>
              <w:right w:w="70" w:type="dxa"/>
            </w:tcMar>
            <w:vAlign w:val="center"/>
          </w:tcPr>
          <w:p w14:paraId="0E27AC8F" w14:textId="77777777" w:rsidR="002D5361" w:rsidRDefault="00000000">
            <w:r>
              <w:rPr>
                <w:b/>
                <w:sz w:val="16"/>
              </w:rPr>
              <w:t>Median tokens</w:t>
            </w:r>
          </w:p>
        </w:tc>
        <w:tc>
          <w:tcPr>
            <w:tcW w:w="1624" w:type="dxa"/>
            <w:shd w:val="clear" w:color="auto" w:fill="D9EAF7"/>
            <w:tcMar>
              <w:top w:w="55" w:type="dxa"/>
              <w:left w:w="70" w:type="dxa"/>
              <w:bottom w:w="55" w:type="dxa"/>
              <w:right w:w="70" w:type="dxa"/>
            </w:tcMar>
            <w:vAlign w:val="center"/>
          </w:tcPr>
          <w:p w14:paraId="231395B6" w14:textId="77777777" w:rsidR="002D5361" w:rsidRDefault="00000000">
            <w:r>
              <w:rPr>
                <w:b/>
                <w:sz w:val="16"/>
              </w:rPr>
              <w:t>Outlier %</w:t>
            </w:r>
          </w:p>
        </w:tc>
      </w:tr>
      <w:tr w:rsidR="002D5361" w14:paraId="2AB948CD" w14:textId="77777777">
        <w:trPr>
          <w:cantSplit/>
          <w:jc w:val="center"/>
        </w:trPr>
        <w:tc>
          <w:tcPr>
            <w:tcW w:w="1624" w:type="dxa"/>
            <w:tcMar>
              <w:top w:w="55" w:type="dxa"/>
              <w:left w:w="70" w:type="dxa"/>
              <w:bottom w:w="55" w:type="dxa"/>
              <w:right w:w="70" w:type="dxa"/>
            </w:tcMar>
            <w:vAlign w:val="center"/>
          </w:tcPr>
          <w:p w14:paraId="127305B8" w14:textId="77777777" w:rsidR="002D5361" w:rsidRDefault="00000000">
            <w:r>
              <w:rPr>
                <w:sz w:val="16"/>
              </w:rPr>
              <w:t>I (2004-09)</w:t>
            </w:r>
          </w:p>
        </w:tc>
        <w:tc>
          <w:tcPr>
            <w:tcW w:w="1624" w:type="dxa"/>
            <w:tcMar>
              <w:top w:w="55" w:type="dxa"/>
              <w:left w:w="70" w:type="dxa"/>
              <w:bottom w:w="55" w:type="dxa"/>
              <w:right w:w="70" w:type="dxa"/>
            </w:tcMar>
            <w:vAlign w:val="center"/>
          </w:tcPr>
          <w:p w14:paraId="61AF31D8" w14:textId="77777777" w:rsidR="002D5361" w:rsidRDefault="00000000">
            <w:r>
              <w:rPr>
                <w:sz w:val="16"/>
              </w:rPr>
              <w:t>134</w:t>
            </w:r>
          </w:p>
        </w:tc>
        <w:tc>
          <w:tcPr>
            <w:tcW w:w="1624" w:type="dxa"/>
            <w:tcMar>
              <w:top w:w="55" w:type="dxa"/>
              <w:left w:w="70" w:type="dxa"/>
              <w:bottom w:w="55" w:type="dxa"/>
              <w:right w:w="70" w:type="dxa"/>
            </w:tcMar>
            <w:vAlign w:val="center"/>
          </w:tcPr>
          <w:p w14:paraId="191808AF" w14:textId="77777777" w:rsidR="002D5361" w:rsidRDefault="00000000">
            <w:r>
              <w:rPr>
                <w:sz w:val="16"/>
              </w:rPr>
              <w:t>89.55</w:t>
            </w:r>
          </w:p>
        </w:tc>
        <w:tc>
          <w:tcPr>
            <w:tcW w:w="1624" w:type="dxa"/>
            <w:tcMar>
              <w:top w:w="55" w:type="dxa"/>
              <w:left w:w="70" w:type="dxa"/>
              <w:bottom w:w="55" w:type="dxa"/>
              <w:right w:w="70" w:type="dxa"/>
            </w:tcMar>
            <w:vAlign w:val="center"/>
          </w:tcPr>
          <w:p w14:paraId="4A11D38D" w14:textId="77777777" w:rsidR="002D5361" w:rsidRDefault="00000000">
            <w:r>
              <w:rPr>
                <w:sz w:val="16"/>
              </w:rPr>
              <w:t>88.81</w:t>
            </w:r>
          </w:p>
        </w:tc>
        <w:tc>
          <w:tcPr>
            <w:tcW w:w="1624" w:type="dxa"/>
            <w:tcMar>
              <w:top w:w="55" w:type="dxa"/>
              <w:left w:w="70" w:type="dxa"/>
              <w:bottom w:w="55" w:type="dxa"/>
              <w:right w:w="70" w:type="dxa"/>
            </w:tcMar>
            <w:vAlign w:val="center"/>
          </w:tcPr>
          <w:p w14:paraId="28EDA7FC" w14:textId="77777777" w:rsidR="002D5361" w:rsidRDefault="00000000">
            <w:r>
              <w:rPr>
                <w:sz w:val="16"/>
              </w:rPr>
              <w:t>475.5</w:t>
            </w:r>
          </w:p>
        </w:tc>
        <w:tc>
          <w:tcPr>
            <w:tcW w:w="1624" w:type="dxa"/>
            <w:tcMar>
              <w:top w:w="55" w:type="dxa"/>
              <w:left w:w="70" w:type="dxa"/>
              <w:bottom w:w="55" w:type="dxa"/>
              <w:right w:w="70" w:type="dxa"/>
            </w:tcMar>
            <w:vAlign w:val="center"/>
          </w:tcPr>
          <w:p w14:paraId="40522745" w14:textId="77777777" w:rsidR="002D5361" w:rsidRDefault="00000000">
            <w:r>
              <w:rPr>
                <w:sz w:val="16"/>
              </w:rPr>
              <w:t>20.15</w:t>
            </w:r>
          </w:p>
        </w:tc>
      </w:tr>
      <w:tr w:rsidR="002D5361" w14:paraId="6930603F" w14:textId="77777777">
        <w:trPr>
          <w:cantSplit/>
          <w:jc w:val="center"/>
        </w:trPr>
        <w:tc>
          <w:tcPr>
            <w:tcW w:w="1624" w:type="dxa"/>
            <w:shd w:val="clear" w:color="auto" w:fill="F7F9FB"/>
            <w:tcMar>
              <w:top w:w="55" w:type="dxa"/>
              <w:left w:w="70" w:type="dxa"/>
              <w:bottom w:w="55" w:type="dxa"/>
              <w:right w:w="70" w:type="dxa"/>
            </w:tcMar>
            <w:vAlign w:val="center"/>
          </w:tcPr>
          <w:p w14:paraId="212AA5EF" w14:textId="77777777" w:rsidR="002D5361" w:rsidRDefault="00000000">
            <w:r>
              <w:rPr>
                <w:sz w:val="16"/>
              </w:rPr>
              <w:t>II (2010-15)</w:t>
            </w:r>
          </w:p>
        </w:tc>
        <w:tc>
          <w:tcPr>
            <w:tcW w:w="1624" w:type="dxa"/>
            <w:shd w:val="clear" w:color="auto" w:fill="F7F9FB"/>
            <w:tcMar>
              <w:top w:w="55" w:type="dxa"/>
              <w:left w:w="70" w:type="dxa"/>
              <w:bottom w:w="55" w:type="dxa"/>
              <w:right w:w="70" w:type="dxa"/>
            </w:tcMar>
            <w:vAlign w:val="center"/>
          </w:tcPr>
          <w:p w14:paraId="7C2C83E8" w14:textId="77777777" w:rsidR="002D5361" w:rsidRDefault="00000000">
            <w:r>
              <w:rPr>
                <w:sz w:val="16"/>
              </w:rPr>
              <w:t>270</w:t>
            </w:r>
          </w:p>
        </w:tc>
        <w:tc>
          <w:tcPr>
            <w:tcW w:w="1624" w:type="dxa"/>
            <w:shd w:val="clear" w:color="auto" w:fill="F7F9FB"/>
            <w:tcMar>
              <w:top w:w="55" w:type="dxa"/>
              <w:left w:w="70" w:type="dxa"/>
              <w:bottom w:w="55" w:type="dxa"/>
              <w:right w:w="70" w:type="dxa"/>
            </w:tcMar>
            <w:vAlign w:val="center"/>
          </w:tcPr>
          <w:p w14:paraId="52CD636D" w14:textId="77777777" w:rsidR="002D5361" w:rsidRDefault="00000000">
            <w:r>
              <w:rPr>
                <w:sz w:val="16"/>
              </w:rPr>
              <w:t>98.52</w:t>
            </w:r>
          </w:p>
        </w:tc>
        <w:tc>
          <w:tcPr>
            <w:tcW w:w="1624" w:type="dxa"/>
            <w:shd w:val="clear" w:color="auto" w:fill="F7F9FB"/>
            <w:tcMar>
              <w:top w:w="55" w:type="dxa"/>
              <w:left w:w="70" w:type="dxa"/>
              <w:bottom w:w="55" w:type="dxa"/>
              <w:right w:w="70" w:type="dxa"/>
            </w:tcMar>
            <w:vAlign w:val="center"/>
          </w:tcPr>
          <w:p w14:paraId="2C6C2816" w14:textId="77777777" w:rsidR="002D5361" w:rsidRDefault="00000000">
            <w:r>
              <w:rPr>
                <w:sz w:val="16"/>
              </w:rPr>
              <w:t>98.52</w:t>
            </w:r>
          </w:p>
        </w:tc>
        <w:tc>
          <w:tcPr>
            <w:tcW w:w="1624" w:type="dxa"/>
            <w:shd w:val="clear" w:color="auto" w:fill="F7F9FB"/>
            <w:tcMar>
              <w:top w:w="55" w:type="dxa"/>
              <w:left w:w="70" w:type="dxa"/>
              <w:bottom w:w="55" w:type="dxa"/>
              <w:right w:w="70" w:type="dxa"/>
            </w:tcMar>
            <w:vAlign w:val="center"/>
          </w:tcPr>
          <w:p w14:paraId="4C4AA584" w14:textId="77777777" w:rsidR="002D5361" w:rsidRDefault="00000000">
            <w:r>
              <w:rPr>
                <w:sz w:val="16"/>
              </w:rPr>
              <w:t>502.0</w:t>
            </w:r>
          </w:p>
        </w:tc>
        <w:tc>
          <w:tcPr>
            <w:tcW w:w="1624" w:type="dxa"/>
            <w:shd w:val="clear" w:color="auto" w:fill="F7F9FB"/>
            <w:tcMar>
              <w:top w:w="55" w:type="dxa"/>
              <w:left w:w="70" w:type="dxa"/>
              <w:bottom w:w="55" w:type="dxa"/>
              <w:right w:w="70" w:type="dxa"/>
            </w:tcMar>
            <w:vAlign w:val="center"/>
          </w:tcPr>
          <w:p w14:paraId="66BC8467" w14:textId="77777777" w:rsidR="002D5361" w:rsidRDefault="00000000">
            <w:r>
              <w:rPr>
                <w:sz w:val="16"/>
              </w:rPr>
              <w:t>25.19</w:t>
            </w:r>
          </w:p>
        </w:tc>
      </w:tr>
      <w:tr w:rsidR="002D5361" w14:paraId="7E67E4C7" w14:textId="77777777">
        <w:trPr>
          <w:cantSplit/>
          <w:jc w:val="center"/>
        </w:trPr>
        <w:tc>
          <w:tcPr>
            <w:tcW w:w="1624" w:type="dxa"/>
            <w:tcMar>
              <w:top w:w="55" w:type="dxa"/>
              <w:left w:w="70" w:type="dxa"/>
              <w:bottom w:w="55" w:type="dxa"/>
              <w:right w:w="70" w:type="dxa"/>
            </w:tcMar>
            <w:vAlign w:val="center"/>
          </w:tcPr>
          <w:p w14:paraId="7FE94240" w14:textId="77777777" w:rsidR="002D5361" w:rsidRDefault="00000000">
            <w:r>
              <w:rPr>
                <w:sz w:val="16"/>
              </w:rPr>
              <w:t>III (2016-20)</w:t>
            </w:r>
          </w:p>
        </w:tc>
        <w:tc>
          <w:tcPr>
            <w:tcW w:w="1624" w:type="dxa"/>
            <w:tcMar>
              <w:top w:w="55" w:type="dxa"/>
              <w:left w:w="70" w:type="dxa"/>
              <w:bottom w:w="55" w:type="dxa"/>
              <w:right w:w="70" w:type="dxa"/>
            </w:tcMar>
            <w:vAlign w:val="center"/>
          </w:tcPr>
          <w:p w14:paraId="329F8AA3" w14:textId="77777777" w:rsidR="002D5361" w:rsidRDefault="00000000">
            <w:r>
              <w:rPr>
                <w:sz w:val="16"/>
              </w:rPr>
              <w:t>295</w:t>
            </w:r>
          </w:p>
        </w:tc>
        <w:tc>
          <w:tcPr>
            <w:tcW w:w="1624" w:type="dxa"/>
            <w:tcMar>
              <w:top w:w="55" w:type="dxa"/>
              <w:left w:w="70" w:type="dxa"/>
              <w:bottom w:w="55" w:type="dxa"/>
              <w:right w:w="70" w:type="dxa"/>
            </w:tcMar>
            <w:vAlign w:val="center"/>
          </w:tcPr>
          <w:p w14:paraId="2D964C95" w14:textId="77777777" w:rsidR="002D5361" w:rsidRDefault="00000000">
            <w:r>
              <w:rPr>
                <w:sz w:val="16"/>
              </w:rPr>
              <w:t>99.32</w:t>
            </w:r>
          </w:p>
        </w:tc>
        <w:tc>
          <w:tcPr>
            <w:tcW w:w="1624" w:type="dxa"/>
            <w:tcMar>
              <w:top w:w="55" w:type="dxa"/>
              <w:left w:w="70" w:type="dxa"/>
              <w:bottom w:w="55" w:type="dxa"/>
              <w:right w:w="70" w:type="dxa"/>
            </w:tcMar>
            <w:vAlign w:val="center"/>
          </w:tcPr>
          <w:p w14:paraId="7A04C0E6" w14:textId="77777777" w:rsidR="002D5361" w:rsidRDefault="00000000">
            <w:r>
              <w:rPr>
                <w:sz w:val="16"/>
              </w:rPr>
              <w:t>99.66</w:t>
            </w:r>
          </w:p>
        </w:tc>
        <w:tc>
          <w:tcPr>
            <w:tcW w:w="1624" w:type="dxa"/>
            <w:tcMar>
              <w:top w:w="55" w:type="dxa"/>
              <w:left w:w="70" w:type="dxa"/>
              <w:bottom w:w="55" w:type="dxa"/>
              <w:right w:w="70" w:type="dxa"/>
            </w:tcMar>
            <w:vAlign w:val="center"/>
          </w:tcPr>
          <w:p w14:paraId="2369306B" w14:textId="77777777" w:rsidR="002D5361" w:rsidRDefault="00000000">
            <w:r>
              <w:rPr>
                <w:sz w:val="16"/>
              </w:rPr>
              <w:t>537.0</w:t>
            </w:r>
          </w:p>
        </w:tc>
        <w:tc>
          <w:tcPr>
            <w:tcW w:w="1624" w:type="dxa"/>
            <w:tcMar>
              <w:top w:w="55" w:type="dxa"/>
              <w:left w:w="70" w:type="dxa"/>
              <w:bottom w:w="55" w:type="dxa"/>
              <w:right w:w="70" w:type="dxa"/>
            </w:tcMar>
            <w:vAlign w:val="center"/>
          </w:tcPr>
          <w:p w14:paraId="15732BE6" w14:textId="77777777" w:rsidR="002D5361" w:rsidRDefault="00000000">
            <w:r>
              <w:rPr>
                <w:sz w:val="16"/>
              </w:rPr>
              <w:t>19.32</w:t>
            </w:r>
          </w:p>
        </w:tc>
      </w:tr>
      <w:tr w:rsidR="002D5361" w14:paraId="07AF77E4" w14:textId="77777777">
        <w:trPr>
          <w:cantSplit/>
          <w:jc w:val="center"/>
        </w:trPr>
        <w:tc>
          <w:tcPr>
            <w:tcW w:w="1624" w:type="dxa"/>
            <w:shd w:val="clear" w:color="auto" w:fill="F7F9FB"/>
            <w:tcMar>
              <w:top w:w="55" w:type="dxa"/>
              <w:left w:w="70" w:type="dxa"/>
              <w:bottom w:w="55" w:type="dxa"/>
              <w:right w:w="70" w:type="dxa"/>
            </w:tcMar>
            <w:vAlign w:val="center"/>
          </w:tcPr>
          <w:p w14:paraId="72C09868" w14:textId="77777777" w:rsidR="002D5361" w:rsidRDefault="00000000">
            <w:r>
              <w:rPr>
                <w:sz w:val="16"/>
              </w:rPr>
              <w:t>IV (2021-25)</w:t>
            </w:r>
          </w:p>
        </w:tc>
        <w:tc>
          <w:tcPr>
            <w:tcW w:w="1624" w:type="dxa"/>
            <w:shd w:val="clear" w:color="auto" w:fill="F7F9FB"/>
            <w:tcMar>
              <w:top w:w="55" w:type="dxa"/>
              <w:left w:w="70" w:type="dxa"/>
              <w:bottom w:w="55" w:type="dxa"/>
              <w:right w:w="70" w:type="dxa"/>
            </w:tcMar>
            <w:vAlign w:val="center"/>
          </w:tcPr>
          <w:p w14:paraId="61A3C032" w14:textId="77777777" w:rsidR="002D5361" w:rsidRDefault="00000000">
            <w:r>
              <w:rPr>
                <w:sz w:val="16"/>
              </w:rPr>
              <w:t>428</w:t>
            </w:r>
          </w:p>
        </w:tc>
        <w:tc>
          <w:tcPr>
            <w:tcW w:w="1624" w:type="dxa"/>
            <w:shd w:val="clear" w:color="auto" w:fill="F7F9FB"/>
            <w:tcMar>
              <w:top w:w="55" w:type="dxa"/>
              <w:left w:w="70" w:type="dxa"/>
              <w:bottom w:w="55" w:type="dxa"/>
              <w:right w:w="70" w:type="dxa"/>
            </w:tcMar>
            <w:vAlign w:val="center"/>
          </w:tcPr>
          <w:p w14:paraId="62112616" w14:textId="77777777" w:rsidR="002D5361" w:rsidRDefault="00000000">
            <w:r>
              <w:rPr>
                <w:sz w:val="16"/>
              </w:rPr>
              <w:t>99.77</w:t>
            </w:r>
          </w:p>
        </w:tc>
        <w:tc>
          <w:tcPr>
            <w:tcW w:w="1624" w:type="dxa"/>
            <w:shd w:val="clear" w:color="auto" w:fill="F7F9FB"/>
            <w:tcMar>
              <w:top w:w="55" w:type="dxa"/>
              <w:left w:w="70" w:type="dxa"/>
              <w:bottom w:w="55" w:type="dxa"/>
              <w:right w:w="70" w:type="dxa"/>
            </w:tcMar>
            <w:vAlign w:val="center"/>
          </w:tcPr>
          <w:p w14:paraId="46EF17B9" w14:textId="77777777" w:rsidR="002D5361" w:rsidRDefault="00000000">
            <w:r>
              <w:rPr>
                <w:sz w:val="16"/>
              </w:rPr>
              <w:t>99.77</w:t>
            </w:r>
          </w:p>
        </w:tc>
        <w:tc>
          <w:tcPr>
            <w:tcW w:w="1624" w:type="dxa"/>
            <w:shd w:val="clear" w:color="auto" w:fill="F7F9FB"/>
            <w:tcMar>
              <w:top w:w="55" w:type="dxa"/>
              <w:left w:w="70" w:type="dxa"/>
              <w:bottom w:w="55" w:type="dxa"/>
              <w:right w:w="70" w:type="dxa"/>
            </w:tcMar>
            <w:vAlign w:val="center"/>
          </w:tcPr>
          <w:p w14:paraId="5D6DE61A" w14:textId="77777777" w:rsidR="002D5361" w:rsidRDefault="00000000">
            <w:r>
              <w:rPr>
                <w:sz w:val="16"/>
              </w:rPr>
              <w:t>532.0</w:t>
            </w:r>
          </w:p>
        </w:tc>
        <w:tc>
          <w:tcPr>
            <w:tcW w:w="1624" w:type="dxa"/>
            <w:shd w:val="clear" w:color="auto" w:fill="F7F9FB"/>
            <w:tcMar>
              <w:top w:w="55" w:type="dxa"/>
              <w:left w:w="70" w:type="dxa"/>
              <w:bottom w:w="55" w:type="dxa"/>
              <w:right w:w="70" w:type="dxa"/>
            </w:tcMar>
            <w:vAlign w:val="center"/>
          </w:tcPr>
          <w:p w14:paraId="5C2161BD" w14:textId="77777777" w:rsidR="002D5361" w:rsidRDefault="00000000">
            <w:r>
              <w:rPr>
                <w:sz w:val="16"/>
              </w:rPr>
              <w:t>22.43</w:t>
            </w:r>
          </w:p>
        </w:tc>
      </w:tr>
    </w:tbl>
    <w:p w14:paraId="71970C57" w14:textId="77777777" w:rsidR="002D5361" w:rsidRDefault="002D5361">
      <w:pPr>
        <w:spacing w:after="0"/>
      </w:pPr>
    </w:p>
    <w:p w14:paraId="4AC14D61" w14:textId="77777777" w:rsidR="002D5361" w:rsidRDefault="00000000">
      <w:r>
        <w:rPr>
          <w:b/>
          <w:sz w:val="16"/>
        </w:rPr>
        <w:lastRenderedPageBreak/>
        <w:t>Note.</w:t>
      </w:r>
      <w:r>
        <w:rPr>
          <w:sz w:val="16"/>
        </w:rPr>
        <w:t xml:space="preserve"> Year–token Spearman correlation: ρ = 0.108, p = 0.00028. Classified and outlier median lengths were 518 and 521 tokens (Mann–Whitney p = 0.740). The outlier rate was higher with an English abstract than without one (22.15% vs 14.29%), so English metadata may affect local density. Period outlier rates were non-monotonic (20.15%, 25.19%, 19.32%, 22.43%), which does not support a simple temporal-confounding explanation.</w:t>
      </w:r>
    </w:p>
    <w:p w14:paraId="74C2721A" w14:textId="77777777" w:rsidR="002D5361" w:rsidRDefault="00000000">
      <w:pPr>
        <w:pStyle w:val="Heading1"/>
      </w:pPr>
      <w:r>
        <w:rPr>
          <w:rFonts w:ascii="Times New Roman" w:hAnsi="Times New Roman"/>
        </w:rPr>
        <w:t>S6. Descriptive co-word analysis</w:t>
      </w:r>
    </w:p>
    <w:p w14:paraId="62A056EA" w14:textId="77777777" w:rsidR="002D5361" w:rsidRDefault="00000000">
      <w:pPr>
        <w:pStyle w:val="TableCaption"/>
      </w:pPr>
      <w:r>
        <w:t>Table S8. Equal-N without-replacement subsampling distribution of raw qualifying edges (weight ≥ 3)</w:t>
      </w:r>
    </w:p>
    <w:tbl>
      <w:tblPr>
        <w:tblStyle w:val="TableGrid"/>
        <w:tblW w:w="0" w:type="auto"/>
        <w:jc w:val="center"/>
        <w:tblLook w:val="04A0" w:firstRow="1" w:lastRow="0" w:firstColumn="1" w:lastColumn="0" w:noHBand="0" w:noVBand="1"/>
      </w:tblPr>
      <w:tblGrid>
        <w:gridCol w:w="1218"/>
        <w:gridCol w:w="1218"/>
        <w:gridCol w:w="1218"/>
        <w:gridCol w:w="1218"/>
        <w:gridCol w:w="1218"/>
        <w:gridCol w:w="1218"/>
        <w:gridCol w:w="1218"/>
        <w:gridCol w:w="1218"/>
      </w:tblGrid>
      <w:tr w:rsidR="002D5361" w14:paraId="3DE6930C" w14:textId="77777777">
        <w:trPr>
          <w:cantSplit/>
          <w:tblHeader/>
          <w:jc w:val="center"/>
        </w:trPr>
        <w:tc>
          <w:tcPr>
            <w:tcW w:w="1218" w:type="dxa"/>
            <w:shd w:val="clear" w:color="auto" w:fill="D9EAF7"/>
            <w:tcMar>
              <w:top w:w="65" w:type="dxa"/>
              <w:left w:w="80" w:type="dxa"/>
              <w:bottom w:w="65" w:type="dxa"/>
              <w:right w:w="80" w:type="dxa"/>
            </w:tcMar>
            <w:vAlign w:val="center"/>
          </w:tcPr>
          <w:p w14:paraId="3C33386F" w14:textId="77777777" w:rsidR="002D5361" w:rsidRDefault="00000000">
            <w:r>
              <w:rPr>
                <w:b/>
                <w:sz w:val="16"/>
              </w:rPr>
              <w:t>Period</w:t>
            </w:r>
          </w:p>
        </w:tc>
        <w:tc>
          <w:tcPr>
            <w:tcW w:w="1218" w:type="dxa"/>
            <w:shd w:val="clear" w:color="auto" w:fill="D9EAF7"/>
            <w:tcMar>
              <w:top w:w="65" w:type="dxa"/>
              <w:left w:w="80" w:type="dxa"/>
              <w:bottom w:w="65" w:type="dxa"/>
              <w:right w:w="80" w:type="dxa"/>
            </w:tcMar>
            <w:vAlign w:val="center"/>
          </w:tcPr>
          <w:p w14:paraId="1408C39B" w14:textId="77777777" w:rsidR="002D5361" w:rsidRDefault="00000000">
            <w:r>
              <w:rPr>
                <w:b/>
                <w:sz w:val="16"/>
              </w:rPr>
              <w:t>Original N</w:t>
            </w:r>
          </w:p>
        </w:tc>
        <w:tc>
          <w:tcPr>
            <w:tcW w:w="1218" w:type="dxa"/>
            <w:shd w:val="clear" w:color="auto" w:fill="D9EAF7"/>
            <w:tcMar>
              <w:top w:w="65" w:type="dxa"/>
              <w:left w:w="80" w:type="dxa"/>
              <w:bottom w:w="65" w:type="dxa"/>
              <w:right w:w="80" w:type="dxa"/>
            </w:tcMar>
            <w:vAlign w:val="center"/>
          </w:tcPr>
          <w:p w14:paraId="2F44DD83" w14:textId="77777777" w:rsidR="002D5361" w:rsidRDefault="00000000">
            <w:r>
              <w:rPr>
                <w:b/>
                <w:sz w:val="16"/>
              </w:rPr>
              <w:t>Subsample N</w:t>
            </w:r>
          </w:p>
        </w:tc>
        <w:tc>
          <w:tcPr>
            <w:tcW w:w="1218" w:type="dxa"/>
            <w:shd w:val="clear" w:color="auto" w:fill="D9EAF7"/>
            <w:tcMar>
              <w:top w:w="65" w:type="dxa"/>
              <w:left w:w="80" w:type="dxa"/>
              <w:bottom w:w="65" w:type="dxa"/>
              <w:right w:w="80" w:type="dxa"/>
            </w:tcMar>
            <w:vAlign w:val="center"/>
          </w:tcPr>
          <w:p w14:paraId="7FF2BA03" w14:textId="77777777" w:rsidR="002D5361" w:rsidRDefault="00000000">
            <w:r>
              <w:rPr>
                <w:b/>
                <w:sz w:val="16"/>
              </w:rPr>
              <w:t>B</w:t>
            </w:r>
          </w:p>
        </w:tc>
        <w:tc>
          <w:tcPr>
            <w:tcW w:w="1218" w:type="dxa"/>
            <w:shd w:val="clear" w:color="auto" w:fill="D9EAF7"/>
            <w:tcMar>
              <w:top w:w="65" w:type="dxa"/>
              <w:left w:w="80" w:type="dxa"/>
              <w:bottom w:w="65" w:type="dxa"/>
              <w:right w:w="80" w:type="dxa"/>
            </w:tcMar>
            <w:vAlign w:val="center"/>
          </w:tcPr>
          <w:p w14:paraId="1DD6F39D" w14:textId="77777777" w:rsidR="002D5361" w:rsidRDefault="00000000">
            <w:r>
              <w:rPr>
                <w:b/>
                <w:sz w:val="16"/>
              </w:rPr>
              <w:t>Full edges</w:t>
            </w:r>
          </w:p>
        </w:tc>
        <w:tc>
          <w:tcPr>
            <w:tcW w:w="1218" w:type="dxa"/>
            <w:shd w:val="clear" w:color="auto" w:fill="D9EAF7"/>
            <w:tcMar>
              <w:top w:w="65" w:type="dxa"/>
              <w:left w:w="80" w:type="dxa"/>
              <w:bottom w:w="65" w:type="dxa"/>
              <w:right w:w="80" w:type="dxa"/>
            </w:tcMar>
            <w:vAlign w:val="center"/>
          </w:tcPr>
          <w:p w14:paraId="5A4C7E83" w14:textId="77777777" w:rsidR="002D5361" w:rsidRDefault="00000000">
            <w:r>
              <w:rPr>
                <w:b/>
                <w:sz w:val="16"/>
              </w:rPr>
              <w:t>Median</w:t>
            </w:r>
          </w:p>
        </w:tc>
        <w:tc>
          <w:tcPr>
            <w:tcW w:w="1218" w:type="dxa"/>
            <w:shd w:val="clear" w:color="auto" w:fill="D9EAF7"/>
            <w:tcMar>
              <w:top w:w="65" w:type="dxa"/>
              <w:left w:w="80" w:type="dxa"/>
              <w:bottom w:w="65" w:type="dxa"/>
              <w:right w:w="80" w:type="dxa"/>
            </w:tcMar>
            <w:vAlign w:val="center"/>
          </w:tcPr>
          <w:p w14:paraId="439E556F" w14:textId="77777777" w:rsidR="002D5361" w:rsidRDefault="00000000">
            <w:r>
              <w:rPr>
                <w:b/>
                <w:sz w:val="16"/>
              </w:rPr>
              <w:t>Mean</w:t>
            </w:r>
          </w:p>
        </w:tc>
        <w:tc>
          <w:tcPr>
            <w:tcW w:w="1218" w:type="dxa"/>
            <w:shd w:val="clear" w:color="auto" w:fill="D9EAF7"/>
            <w:tcMar>
              <w:top w:w="65" w:type="dxa"/>
              <w:left w:w="80" w:type="dxa"/>
              <w:bottom w:w="65" w:type="dxa"/>
              <w:right w:w="80" w:type="dxa"/>
            </w:tcMar>
            <w:vAlign w:val="center"/>
          </w:tcPr>
          <w:p w14:paraId="2C40681B" w14:textId="77777777" w:rsidR="002D5361" w:rsidRDefault="00000000">
            <w:r>
              <w:rPr>
                <w:b/>
                <w:sz w:val="16"/>
              </w:rPr>
              <w:t>95% interval</w:t>
            </w:r>
          </w:p>
        </w:tc>
      </w:tr>
      <w:tr w:rsidR="002D5361" w14:paraId="4DB401E8" w14:textId="77777777">
        <w:trPr>
          <w:cantSplit/>
          <w:jc w:val="center"/>
        </w:trPr>
        <w:tc>
          <w:tcPr>
            <w:tcW w:w="1218" w:type="dxa"/>
            <w:tcMar>
              <w:top w:w="65" w:type="dxa"/>
              <w:left w:w="80" w:type="dxa"/>
              <w:bottom w:w="65" w:type="dxa"/>
              <w:right w:w="80" w:type="dxa"/>
            </w:tcMar>
            <w:vAlign w:val="center"/>
          </w:tcPr>
          <w:p w14:paraId="51A418E3" w14:textId="77777777" w:rsidR="002D5361" w:rsidRDefault="00000000">
            <w:r>
              <w:rPr>
                <w:sz w:val="16"/>
              </w:rPr>
              <w:t>Early (2004-12)</w:t>
            </w:r>
          </w:p>
        </w:tc>
        <w:tc>
          <w:tcPr>
            <w:tcW w:w="1218" w:type="dxa"/>
            <w:tcMar>
              <w:top w:w="65" w:type="dxa"/>
              <w:left w:w="80" w:type="dxa"/>
              <w:bottom w:w="65" w:type="dxa"/>
              <w:right w:w="80" w:type="dxa"/>
            </w:tcMar>
            <w:vAlign w:val="center"/>
          </w:tcPr>
          <w:p w14:paraId="1F5B9B07" w14:textId="77777777" w:rsidR="002D5361" w:rsidRDefault="00000000">
            <w:r>
              <w:rPr>
                <w:sz w:val="16"/>
              </w:rPr>
              <w:t>265</w:t>
            </w:r>
          </w:p>
        </w:tc>
        <w:tc>
          <w:tcPr>
            <w:tcW w:w="1218" w:type="dxa"/>
            <w:tcMar>
              <w:top w:w="65" w:type="dxa"/>
              <w:left w:w="80" w:type="dxa"/>
              <w:bottom w:w="65" w:type="dxa"/>
              <w:right w:w="80" w:type="dxa"/>
            </w:tcMar>
            <w:vAlign w:val="center"/>
          </w:tcPr>
          <w:p w14:paraId="185717DD" w14:textId="77777777" w:rsidR="002D5361" w:rsidRDefault="00000000">
            <w:r>
              <w:rPr>
                <w:sz w:val="16"/>
              </w:rPr>
              <w:t>265</w:t>
            </w:r>
          </w:p>
        </w:tc>
        <w:tc>
          <w:tcPr>
            <w:tcW w:w="1218" w:type="dxa"/>
            <w:tcMar>
              <w:top w:w="65" w:type="dxa"/>
              <w:left w:w="80" w:type="dxa"/>
              <w:bottom w:w="65" w:type="dxa"/>
              <w:right w:w="80" w:type="dxa"/>
            </w:tcMar>
            <w:vAlign w:val="center"/>
          </w:tcPr>
          <w:p w14:paraId="603B353A" w14:textId="77777777" w:rsidR="002D5361" w:rsidRDefault="00000000">
            <w:r>
              <w:rPr>
                <w:sz w:val="16"/>
              </w:rPr>
              <w:t>5000</w:t>
            </w:r>
          </w:p>
        </w:tc>
        <w:tc>
          <w:tcPr>
            <w:tcW w:w="1218" w:type="dxa"/>
            <w:tcMar>
              <w:top w:w="65" w:type="dxa"/>
              <w:left w:w="80" w:type="dxa"/>
              <w:bottom w:w="65" w:type="dxa"/>
              <w:right w:w="80" w:type="dxa"/>
            </w:tcMar>
            <w:vAlign w:val="center"/>
          </w:tcPr>
          <w:p w14:paraId="5A75D7E6" w14:textId="77777777" w:rsidR="002D5361" w:rsidRDefault="00000000">
            <w:r>
              <w:rPr>
                <w:sz w:val="16"/>
              </w:rPr>
              <w:t>3</w:t>
            </w:r>
          </w:p>
        </w:tc>
        <w:tc>
          <w:tcPr>
            <w:tcW w:w="1218" w:type="dxa"/>
            <w:tcMar>
              <w:top w:w="65" w:type="dxa"/>
              <w:left w:w="80" w:type="dxa"/>
              <w:bottom w:w="65" w:type="dxa"/>
              <w:right w:w="80" w:type="dxa"/>
            </w:tcMar>
            <w:vAlign w:val="center"/>
          </w:tcPr>
          <w:p w14:paraId="75E8669F" w14:textId="77777777" w:rsidR="002D5361" w:rsidRDefault="00000000">
            <w:r>
              <w:rPr>
                <w:sz w:val="16"/>
              </w:rPr>
              <w:t>3</w:t>
            </w:r>
          </w:p>
        </w:tc>
        <w:tc>
          <w:tcPr>
            <w:tcW w:w="1218" w:type="dxa"/>
            <w:tcMar>
              <w:top w:w="65" w:type="dxa"/>
              <w:left w:w="80" w:type="dxa"/>
              <w:bottom w:w="65" w:type="dxa"/>
              <w:right w:w="80" w:type="dxa"/>
            </w:tcMar>
            <w:vAlign w:val="center"/>
          </w:tcPr>
          <w:p w14:paraId="6FB5DA52" w14:textId="77777777" w:rsidR="002D5361" w:rsidRDefault="00000000">
            <w:r>
              <w:rPr>
                <w:sz w:val="16"/>
              </w:rPr>
              <w:t>3.0</w:t>
            </w:r>
          </w:p>
        </w:tc>
        <w:tc>
          <w:tcPr>
            <w:tcW w:w="1218" w:type="dxa"/>
            <w:tcMar>
              <w:top w:w="65" w:type="dxa"/>
              <w:left w:w="80" w:type="dxa"/>
              <w:bottom w:w="65" w:type="dxa"/>
              <w:right w:w="80" w:type="dxa"/>
            </w:tcMar>
            <w:vAlign w:val="center"/>
          </w:tcPr>
          <w:p w14:paraId="2E855FAB" w14:textId="77777777" w:rsidR="002D5361" w:rsidRDefault="00000000">
            <w:r>
              <w:rPr>
                <w:sz w:val="16"/>
              </w:rPr>
              <w:t>3–3</w:t>
            </w:r>
          </w:p>
        </w:tc>
      </w:tr>
      <w:tr w:rsidR="002D5361" w14:paraId="18EFA03F" w14:textId="77777777">
        <w:trPr>
          <w:cantSplit/>
          <w:jc w:val="center"/>
        </w:trPr>
        <w:tc>
          <w:tcPr>
            <w:tcW w:w="1218" w:type="dxa"/>
            <w:shd w:val="clear" w:color="auto" w:fill="F7F9FB"/>
            <w:tcMar>
              <w:top w:w="65" w:type="dxa"/>
              <w:left w:w="80" w:type="dxa"/>
              <w:bottom w:w="65" w:type="dxa"/>
              <w:right w:w="80" w:type="dxa"/>
            </w:tcMar>
            <w:vAlign w:val="center"/>
          </w:tcPr>
          <w:p w14:paraId="0DB9F282" w14:textId="77777777" w:rsidR="002D5361" w:rsidRDefault="00000000">
            <w:r>
              <w:rPr>
                <w:sz w:val="16"/>
              </w:rPr>
              <w:t>Middle (2013-18)</w:t>
            </w:r>
          </w:p>
        </w:tc>
        <w:tc>
          <w:tcPr>
            <w:tcW w:w="1218" w:type="dxa"/>
            <w:shd w:val="clear" w:color="auto" w:fill="F7F9FB"/>
            <w:tcMar>
              <w:top w:w="65" w:type="dxa"/>
              <w:left w:w="80" w:type="dxa"/>
              <w:bottom w:w="65" w:type="dxa"/>
              <w:right w:w="80" w:type="dxa"/>
            </w:tcMar>
            <w:vAlign w:val="center"/>
          </w:tcPr>
          <w:p w14:paraId="319914CF" w14:textId="77777777" w:rsidR="002D5361" w:rsidRDefault="00000000">
            <w:r>
              <w:rPr>
                <w:sz w:val="16"/>
              </w:rPr>
              <w:t>307</w:t>
            </w:r>
          </w:p>
        </w:tc>
        <w:tc>
          <w:tcPr>
            <w:tcW w:w="1218" w:type="dxa"/>
            <w:shd w:val="clear" w:color="auto" w:fill="F7F9FB"/>
            <w:tcMar>
              <w:top w:w="65" w:type="dxa"/>
              <w:left w:w="80" w:type="dxa"/>
              <w:bottom w:w="65" w:type="dxa"/>
              <w:right w:w="80" w:type="dxa"/>
            </w:tcMar>
            <w:vAlign w:val="center"/>
          </w:tcPr>
          <w:p w14:paraId="58C009C9" w14:textId="77777777" w:rsidR="002D5361" w:rsidRDefault="00000000">
            <w:r>
              <w:rPr>
                <w:sz w:val="16"/>
              </w:rPr>
              <w:t>265</w:t>
            </w:r>
          </w:p>
        </w:tc>
        <w:tc>
          <w:tcPr>
            <w:tcW w:w="1218" w:type="dxa"/>
            <w:shd w:val="clear" w:color="auto" w:fill="F7F9FB"/>
            <w:tcMar>
              <w:top w:w="65" w:type="dxa"/>
              <w:left w:w="80" w:type="dxa"/>
              <w:bottom w:w="65" w:type="dxa"/>
              <w:right w:w="80" w:type="dxa"/>
            </w:tcMar>
            <w:vAlign w:val="center"/>
          </w:tcPr>
          <w:p w14:paraId="5A4453E3" w14:textId="77777777" w:rsidR="002D5361" w:rsidRDefault="00000000">
            <w:r>
              <w:rPr>
                <w:sz w:val="16"/>
              </w:rPr>
              <w:t>5000</w:t>
            </w:r>
          </w:p>
        </w:tc>
        <w:tc>
          <w:tcPr>
            <w:tcW w:w="1218" w:type="dxa"/>
            <w:shd w:val="clear" w:color="auto" w:fill="F7F9FB"/>
            <w:tcMar>
              <w:top w:w="65" w:type="dxa"/>
              <w:left w:w="80" w:type="dxa"/>
              <w:bottom w:w="65" w:type="dxa"/>
              <w:right w:w="80" w:type="dxa"/>
            </w:tcMar>
            <w:vAlign w:val="center"/>
          </w:tcPr>
          <w:p w14:paraId="0A530C93" w14:textId="77777777" w:rsidR="002D5361" w:rsidRDefault="00000000">
            <w:r>
              <w:rPr>
                <w:sz w:val="16"/>
              </w:rPr>
              <w:t>11</w:t>
            </w:r>
          </w:p>
        </w:tc>
        <w:tc>
          <w:tcPr>
            <w:tcW w:w="1218" w:type="dxa"/>
            <w:shd w:val="clear" w:color="auto" w:fill="F7F9FB"/>
            <w:tcMar>
              <w:top w:w="65" w:type="dxa"/>
              <w:left w:w="80" w:type="dxa"/>
              <w:bottom w:w="65" w:type="dxa"/>
              <w:right w:w="80" w:type="dxa"/>
            </w:tcMar>
            <w:vAlign w:val="center"/>
          </w:tcPr>
          <w:p w14:paraId="2F162677" w14:textId="77777777" w:rsidR="002D5361" w:rsidRDefault="00000000">
            <w:r>
              <w:rPr>
                <w:sz w:val="16"/>
              </w:rPr>
              <w:t>9</w:t>
            </w:r>
          </w:p>
        </w:tc>
        <w:tc>
          <w:tcPr>
            <w:tcW w:w="1218" w:type="dxa"/>
            <w:shd w:val="clear" w:color="auto" w:fill="F7F9FB"/>
            <w:tcMar>
              <w:top w:w="65" w:type="dxa"/>
              <w:left w:w="80" w:type="dxa"/>
              <w:bottom w:w="65" w:type="dxa"/>
              <w:right w:w="80" w:type="dxa"/>
            </w:tcMar>
            <w:vAlign w:val="center"/>
          </w:tcPr>
          <w:p w14:paraId="7FCE6C82" w14:textId="77777777" w:rsidR="002D5361" w:rsidRDefault="00000000">
            <w:r>
              <w:rPr>
                <w:sz w:val="16"/>
              </w:rPr>
              <w:t>8.6</w:t>
            </w:r>
          </w:p>
        </w:tc>
        <w:tc>
          <w:tcPr>
            <w:tcW w:w="1218" w:type="dxa"/>
            <w:shd w:val="clear" w:color="auto" w:fill="F7F9FB"/>
            <w:tcMar>
              <w:top w:w="65" w:type="dxa"/>
              <w:left w:w="80" w:type="dxa"/>
              <w:bottom w:w="65" w:type="dxa"/>
              <w:right w:w="80" w:type="dxa"/>
            </w:tcMar>
            <w:vAlign w:val="center"/>
          </w:tcPr>
          <w:p w14:paraId="2D25A9CB" w14:textId="77777777" w:rsidR="002D5361" w:rsidRDefault="00000000">
            <w:r>
              <w:rPr>
                <w:sz w:val="16"/>
              </w:rPr>
              <w:t>5–11</w:t>
            </w:r>
          </w:p>
        </w:tc>
      </w:tr>
      <w:tr w:rsidR="002D5361" w14:paraId="6D29E033" w14:textId="77777777">
        <w:trPr>
          <w:cantSplit/>
          <w:jc w:val="center"/>
        </w:trPr>
        <w:tc>
          <w:tcPr>
            <w:tcW w:w="1218" w:type="dxa"/>
            <w:tcMar>
              <w:top w:w="65" w:type="dxa"/>
              <w:left w:w="80" w:type="dxa"/>
              <w:bottom w:w="65" w:type="dxa"/>
              <w:right w:w="80" w:type="dxa"/>
            </w:tcMar>
            <w:vAlign w:val="center"/>
          </w:tcPr>
          <w:p w14:paraId="3BE36003" w14:textId="77777777" w:rsidR="002D5361" w:rsidRDefault="00000000">
            <w:r>
              <w:rPr>
                <w:sz w:val="16"/>
              </w:rPr>
              <w:t>Recent (2019-25)</w:t>
            </w:r>
          </w:p>
        </w:tc>
        <w:tc>
          <w:tcPr>
            <w:tcW w:w="1218" w:type="dxa"/>
            <w:tcMar>
              <w:top w:w="65" w:type="dxa"/>
              <w:left w:w="80" w:type="dxa"/>
              <w:bottom w:w="65" w:type="dxa"/>
              <w:right w:w="80" w:type="dxa"/>
            </w:tcMar>
            <w:vAlign w:val="center"/>
          </w:tcPr>
          <w:p w14:paraId="1CE725BD" w14:textId="77777777" w:rsidR="002D5361" w:rsidRDefault="00000000">
            <w:r>
              <w:rPr>
                <w:sz w:val="16"/>
              </w:rPr>
              <w:t>555</w:t>
            </w:r>
          </w:p>
        </w:tc>
        <w:tc>
          <w:tcPr>
            <w:tcW w:w="1218" w:type="dxa"/>
            <w:tcMar>
              <w:top w:w="65" w:type="dxa"/>
              <w:left w:w="80" w:type="dxa"/>
              <w:bottom w:w="65" w:type="dxa"/>
              <w:right w:w="80" w:type="dxa"/>
            </w:tcMar>
            <w:vAlign w:val="center"/>
          </w:tcPr>
          <w:p w14:paraId="6A9F848C" w14:textId="77777777" w:rsidR="002D5361" w:rsidRDefault="00000000">
            <w:r>
              <w:rPr>
                <w:sz w:val="16"/>
              </w:rPr>
              <w:t>265</w:t>
            </w:r>
          </w:p>
        </w:tc>
        <w:tc>
          <w:tcPr>
            <w:tcW w:w="1218" w:type="dxa"/>
            <w:tcMar>
              <w:top w:w="65" w:type="dxa"/>
              <w:left w:w="80" w:type="dxa"/>
              <w:bottom w:w="65" w:type="dxa"/>
              <w:right w:w="80" w:type="dxa"/>
            </w:tcMar>
            <w:vAlign w:val="center"/>
          </w:tcPr>
          <w:p w14:paraId="04ACD43E" w14:textId="77777777" w:rsidR="002D5361" w:rsidRDefault="00000000">
            <w:r>
              <w:rPr>
                <w:sz w:val="16"/>
              </w:rPr>
              <w:t>5000</w:t>
            </w:r>
          </w:p>
        </w:tc>
        <w:tc>
          <w:tcPr>
            <w:tcW w:w="1218" w:type="dxa"/>
            <w:tcMar>
              <w:top w:w="65" w:type="dxa"/>
              <w:left w:w="80" w:type="dxa"/>
              <w:bottom w:w="65" w:type="dxa"/>
              <w:right w:w="80" w:type="dxa"/>
            </w:tcMar>
            <w:vAlign w:val="center"/>
          </w:tcPr>
          <w:p w14:paraId="7556F8C8" w14:textId="77777777" w:rsidR="002D5361" w:rsidRDefault="00000000">
            <w:r>
              <w:rPr>
                <w:sz w:val="16"/>
              </w:rPr>
              <w:t>33</w:t>
            </w:r>
          </w:p>
        </w:tc>
        <w:tc>
          <w:tcPr>
            <w:tcW w:w="1218" w:type="dxa"/>
            <w:tcMar>
              <w:top w:w="65" w:type="dxa"/>
              <w:left w:w="80" w:type="dxa"/>
              <w:bottom w:w="65" w:type="dxa"/>
              <w:right w:w="80" w:type="dxa"/>
            </w:tcMar>
            <w:vAlign w:val="center"/>
          </w:tcPr>
          <w:p w14:paraId="2492FB95" w14:textId="77777777" w:rsidR="002D5361" w:rsidRDefault="00000000">
            <w:r>
              <w:rPr>
                <w:sz w:val="16"/>
              </w:rPr>
              <w:t>8</w:t>
            </w:r>
          </w:p>
        </w:tc>
        <w:tc>
          <w:tcPr>
            <w:tcW w:w="1218" w:type="dxa"/>
            <w:tcMar>
              <w:top w:w="65" w:type="dxa"/>
              <w:left w:w="80" w:type="dxa"/>
              <w:bottom w:w="65" w:type="dxa"/>
              <w:right w:w="80" w:type="dxa"/>
            </w:tcMar>
            <w:vAlign w:val="center"/>
          </w:tcPr>
          <w:p w14:paraId="35CA3E66" w14:textId="77777777" w:rsidR="002D5361" w:rsidRDefault="00000000">
            <w:r>
              <w:rPr>
                <w:sz w:val="16"/>
              </w:rPr>
              <w:t>8.3</w:t>
            </w:r>
          </w:p>
        </w:tc>
        <w:tc>
          <w:tcPr>
            <w:tcW w:w="1218" w:type="dxa"/>
            <w:tcMar>
              <w:top w:w="65" w:type="dxa"/>
              <w:left w:w="80" w:type="dxa"/>
              <w:bottom w:w="65" w:type="dxa"/>
              <w:right w:w="80" w:type="dxa"/>
            </w:tcMar>
            <w:vAlign w:val="center"/>
          </w:tcPr>
          <w:p w14:paraId="2AC89C88" w14:textId="77777777" w:rsidR="002D5361" w:rsidRDefault="00000000">
            <w:r>
              <w:rPr>
                <w:sz w:val="16"/>
              </w:rPr>
              <w:t>4–13</w:t>
            </w:r>
          </w:p>
        </w:tc>
      </w:tr>
    </w:tbl>
    <w:p w14:paraId="7A8AF9B6" w14:textId="77777777" w:rsidR="002D5361" w:rsidRDefault="00000000">
      <w:r>
        <w:rPr>
          <w:b/>
          <w:sz w:val="16"/>
        </w:rPr>
        <w:t>Note.</w:t>
      </w:r>
      <w:r>
        <w:rPr>
          <w:sz w:val="16"/>
        </w:rPr>
        <w:t xml:space="preserve"> Original N is the number of eligible documents in each period; all resamples use the common subsample size of 265 documents without replacement. B = 5,000 resamples. Full edges is the number of qualifying edges (weight ≥ 3) in the unsampled period network; the interval summarizes the resampling distribution.</w:t>
      </w:r>
    </w:p>
    <w:p w14:paraId="409ABE9E" w14:textId="77777777" w:rsidR="002D5361" w:rsidRDefault="00000000">
      <w:pPr>
        <w:spacing w:after="120" w:line="259" w:lineRule="auto"/>
        <w:ind w:firstLine="312"/>
      </w:pPr>
      <w:r>
        <w:t>Co-word analysis describes relations among terms through their joint occurrence (Callon et al., 1991). Table S9 reports raw support, pointwise mutual information (PMI), and Jaccard rankings; PMI follows the association formulation of Church and Hanks (1990).</w:t>
      </w:r>
    </w:p>
    <w:p w14:paraId="0B8F84D9" w14:textId="77777777" w:rsidR="002D5361" w:rsidRDefault="002D5361">
      <w:pPr>
        <w:spacing w:after="0"/>
      </w:pPr>
    </w:p>
    <w:p w14:paraId="1BE83D52" w14:textId="77777777" w:rsidR="002D5361" w:rsidRDefault="00000000">
      <w:pPr>
        <w:pStyle w:val="TableCaption"/>
      </w:pPr>
      <w:r>
        <w:t>Table S9. Quantitative comparison of raw, PMI, and Jaccard edge rankings</w:t>
      </w:r>
    </w:p>
    <w:tbl>
      <w:tblPr>
        <w:tblStyle w:val="TableGrid"/>
        <w:tblW w:w="0" w:type="auto"/>
        <w:jc w:val="center"/>
        <w:tblLook w:val="04A0" w:firstRow="1" w:lastRow="0" w:firstColumn="1" w:lastColumn="0" w:noHBand="0" w:noVBand="1"/>
      </w:tblPr>
      <w:tblGrid>
        <w:gridCol w:w="1392"/>
        <w:gridCol w:w="875"/>
        <w:gridCol w:w="2268"/>
        <w:gridCol w:w="1418"/>
        <w:gridCol w:w="1134"/>
        <w:gridCol w:w="1265"/>
        <w:gridCol w:w="1392"/>
      </w:tblGrid>
      <w:tr w:rsidR="002D5361" w14:paraId="73480E36" w14:textId="77777777">
        <w:trPr>
          <w:cantSplit/>
          <w:tblHeader/>
          <w:jc w:val="center"/>
        </w:trPr>
        <w:tc>
          <w:tcPr>
            <w:tcW w:w="1392" w:type="dxa"/>
            <w:shd w:val="clear" w:color="auto" w:fill="D9EAF7"/>
            <w:tcMar>
              <w:top w:w="65" w:type="dxa"/>
              <w:left w:w="80" w:type="dxa"/>
              <w:bottom w:w="65" w:type="dxa"/>
              <w:right w:w="80" w:type="dxa"/>
            </w:tcMar>
            <w:vAlign w:val="center"/>
          </w:tcPr>
          <w:p w14:paraId="37852704" w14:textId="77777777" w:rsidR="002D5361" w:rsidRDefault="00000000">
            <w:r>
              <w:rPr>
                <w:b/>
                <w:sz w:val="16"/>
              </w:rPr>
              <w:t>Period</w:t>
            </w:r>
          </w:p>
        </w:tc>
        <w:tc>
          <w:tcPr>
            <w:tcW w:w="875" w:type="dxa"/>
            <w:shd w:val="clear" w:color="auto" w:fill="D9EAF7"/>
            <w:tcMar>
              <w:top w:w="65" w:type="dxa"/>
              <w:left w:w="80" w:type="dxa"/>
              <w:bottom w:w="65" w:type="dxa"/>
              <w:right w:w="80" w:type="dxa"/>
            </w:tcMar>
            <w:vAlign w:val="center"/>
          </w:tcPr>
          <w:p w14:paraId="0A368F16" w14:textId="77777777" w:rsidR="002D5361" w:rsidRDefault="00000000">
            <w:r>
              <w:rPr>
                <w:b/>
                <w:sz w:val="16"/>
              </w:rPr>
              <w:t>Edges</w:t>
            </w:r>
          </w:p>
        </w:tc>
        <w:tc>
          <w:tcPr>
            <w:tcW w:w="2268" w:type="dxa"/>
            <w:shd w:val="clear" w:color="auto" w:fill="D9EAF7"/>
            <w:tcMar>
              <w:top w:w="65" w:type="dxa"/>
              <w:left w:w="80" w:type="dxa"/>
              <w:bottom w:w="65" w:type="dxa"/>
              <w:right w:w="80" w:type="dxa"/>
            </w:tcMar>
            <w:vAlign w:val="center"/>
          </w:tcPr>
          <w:p w14:paraId="6A1BEF2B" w14:textId="77777777" w:rsidR="002D5361" w:rsidRDefault="00000000">
            <w:r>
              <w:rPr>
                <w:b/>
                <w:sz w:val="16"/>
              </w:rPr>
              <w:t>Pair</w:t>
            </w:r>
          </w:p>
        </w:tc>
        <w:tc>
          <w:tcPr>
            <w:tcW w:w="1418" w:type="dxa"/>
            <w:shd w:val="clear" w:color="auto" w:fill="D9EAF7"/>
            <w:tcMar>
              <w:top w:w="65" w:type="dxa"/>
              <w:left w:w="80" w:type="dxa"/>
              <w:bottom w:w="65" w:type="dxa"/>
              <w:right w:w="80" w:type="dxa"/>
            </w:tcMar>
            <w:vAlign w:val="center"/>
          </w:tcPr>
          <w:p w14:paraId="4CB33CF5" w14:textId="77777777" w:rsidR="002D5361" w:rsidRDefault="00000000">
            <w:r>
              <w:rPr>
                <w:b/>
                <w:sz w:val="16"/>
              </w:rPr>
              <w:t>Spearman ρ</w:t>
            </w:r>
          </w:p>
        </w:tc>
        <w:tc>
          <w:tcPr>
            <w:tcW w:w="1134" w:type="dxa"/>
            <w:shd w:val="clear" w:color="auto" w:fill="D9EAF7"/>
            <w:tcMar>
              <w:top w:w="65" w:type="dxa"/>
              <w:left w:w="80" w:type="dxa"/>
              <w:bottom w:w="65" w:type="dxa"/>
              <w:right w:w="80" w:type="dxa"/>
            </w:tcMar>
            <w:vAlign w:val="center"/>
          </w:tcPr>
          <w:p w14:paraId="133651E8" w14:textId="77777777" w:rsidR="002D5361" w:rsidRDefault="00000000">
            <w:r>
              <w:rPr>
                <w:b/>
                <w:sz w:val="16"/>
              </w:rPr>
              <w:t>p</w:t>
            </w:r>
          </w:p>
        </w:tc>
        <w:tc>
          <w:tcPr>
            <w:tcW w:w="1265" w:type="dxa"/>
            <w:shd w:val="clear" w:color="auto" w:fill="D9EAF7"/>
            <w:tcMar>
              <w:top w:w="65" w:type="dxa"/>
              <w:left w:w="80" w:type="dxa"/>
              <w:bottom w:w="65" w:type="dxa"/>
              <w:right w:w="80" w:type="dxa"/>
            </w:tcMar>
            <w:vAlign w:val="center"/>
          </w:tcPr>
          <w:p w14:paraId="25F0EF06" w14:textId="77777777" w:rsidR="002D5361" w:rsidRDefault="00000000">
            <w:r>
              <w:rPr>
                <w:b/>
                <w:sz w:val="16"/>
              </w:rPr>
              <w:t>RBO</w:t>
            </w:r>
          </w:p>
        </w:tc>
        <w:tc>
          <w:tcPr>
            <w:tcW w:w="1392" w:type="dxa"/>
            <w:shd w:val="clear" w:color="auto" w:fill="D9EAF7"/>
            <w:tcMar>
              <w:top w:w="65" w:type="dxa"/>
              <w:left w:w="80" w:type="dxa"/>
              <w:bottom w:w="65" w:type="dxa"/>
              <w:right w:w="80" w:type="dxa"/>
            </w:tcMar>
            <w:vAlign w:val="center"/>
          </w:tcPr>
          <w:p w14:paraId="270E866F" w14:textId="77777777" w:rsidR="002D5361" w:rsidRDefault="00000000">
            <w:r>
              <w:rPr>
                <w:b/>
                <w:sz w:val="16"/>
              </w:rPr>
              <w:t>Top-N overlap</w:t>
            </w:r>
          </w:p>
        </w:tc>
      </w:tr>
      <w:tr w:rsidR="002D5361" w14:paraId="0C578647" w14:textId="77777777">
        <w:trPr>
          <w:cantSplit/>
          <w:jc w:val="center"/>
        </w:trPr>
        <w:tc>
          <w:tcPr>
            <w:tcW w:w="1392" w:type="dxa"/>
            <w:tcMar>
              <w:top w:w="65" w:type="dxa"/>
              <w:left w:w="80" w:type="dxa"/>
              <w:bottom w:w="65" w:type="dxa"/>
              <w:right w:w="80" w:type="dxa"/>
            </w:tcMar>
            <w:vAlign w:val="center"/>
          </w:tcPr>
          <w:p w14:paraId="2E562F2B" w14:textId="77777777" w:rsidR="002D5361" w:rsidRDefault="00000000">
            <w:r>
              <w:rPr>
                <w:sz w:val="16"/>
              </w:rPr>
              <w:t>Early (2004-12)</w:t>
            </w:r>
          </w:p>
        </w:tc>
        <w:tc>
          <w:tcPr>
            <w:tcW w:w="875" w:type="dxa"/>
            <w:tcMar>
              <w:top w:w="65" w:type="dxa"/>
              <w:left w:w="80" w:type="dxa"/>
              <w:bottom w:w="65" w:type="dxa"/>
              <w:right w:w="80" w:type="dxa"/>
            </w:tcMar>
            <w:vAlign w:val="center"/>
          </w:tcPr>
          <w:p w14:paraId="3B5C60B5" w14:textId="77777777" w:rsidR="002D5361" w:rsidRDefault="00000000">
            <w:r>
              <w:rPr>
                <w:sz w:val="16"/>
              </w:rPr>
              <w:t>3</w:t>
            </w:r>
          </w:p>
        </w:tc>
        <w:tc>
          <w:tcPr>
            <w:tcW w:w="2268" w:type="dxa"/>
            <w:tcMar>
              <w:top w:w="65" w:type="dxa"/>
              <w:left w:w="80" w:type="dxa"/>
              <w:bottom w:w="65" w:type="dxa"/>
              <w:right w:w="80" w:type="dxa"/>
            </w:tcMar>
            <w:vAlign w:val="center"/>
          </w:tcPr>
          <w:p w14:paraId="61F6E2A8" w14:textId="77777777" w:rsidR="002D5361" w:rsidRDefault="00000000">
            <w:r>
              <w:rPr>
                <w:sz w:val="16"/>
              </w:rPr>
              <w:t>raw support vs PMI</w:t>
            </w:r>
          </w:p>
        </w:tc>
        <w:tc>
          <w:tcPr>
            <w:tcW w:w="1418" w:type="dxa"/>
            <w:tcMar>
              <w:top w:w="65" w:type="dxa"/>
              <w:left w:w="80" w:type="dxa"/>
              <w:bottom w:w="65" w:type="dxa"/>
              <w:right w:w="80" w:type="dxa"/>
            </w:tcMar>
            <w:vAlign w:val="center"/>
          </w:tcPr>
          <w:p w14:paraId="57623E3E" w14:textId="77777777" w:rsidR="002D5361" w:rsidRDefault="00000000">
            <w:r>
              <w:rPr>
                <w:sz w:val="16"/>
              </w:rPr>
              <w:t>0.000</w:t>
            </w:r>
          </w:p>
        </w:tc>
        <w:tc>
          <w:tcPr>
            <w:tcW w:w="1134" w:type="dxa"/>
            <w:tcMar>
              <w:top w:w="65" w:type="dxa"/>
              <w:left w:w="80" w:type="dxa"/>
              <w:bottom w:w="65" w:type="dxa"/>
              <w:right w:w="80" w:type="dxa"/>
            </w:tcMar>
            <w:vAlign w:val="center"/>
          </w:tcPr>
          <w:p w14:paraId="6EFAA9FC" w14:textId="77777777" w:rsidR="002D5361" w:rsidRDefault="00000000">
            <w:r>
              <w:rPr>
                <w:sz w:val="16"/>
              </w:rPr>
              <w:t>1</w:t>
            </w:r>
          </w:p>
        </w:tc>
        <w:tc>
          <w:tcPr>
            <w:tcW w:w="1265" w:type="dxa"/>
            <w:tcMar>
              <w:top w:w="65" w:type="dxa"/>
              <w:left w:w="80" w:type="dxa"/>
              <w:bottom w:w="65" w:type="dxa"/>
              <w:right w:w="80" w:type="dxa"/>
            </w:tcMar>
            <w:vAlign w:val="center"/>
          </w:tcPr>
          <w:p w14:paraId="2158241B" w14:textId="77777777" w:rsidR="002D5361" w:rsidRDefault="00000000">
            <w:r>
              <w:rPr>
                <w:sz w:val="16"/>
              </w:rPr>
              <w:t>0.900</w:t>
            </w:r>
          </w:p>
        </w:tc>
        <w:tc>
          <w:tcPr>
            <w:tcW w:w="1392" w:type="dxa"/>
            <w:tcMar>
              <w:top w:w="65" w:type="dxa"/>
              <w:left w:w="80" w:type="dxa"/>
              <w:bottom w:w="65" w:type="dxa"/>
              <w:right w:w="80" w:type="dxa"/>
            </w:tcMar>
            <w:vAlign w:val="center"/>
          </w:tcPr>
          <w:p w14:paraId="4D6DE784" w14:textId="77777777" w:rsidR="002D5361" w:rsidRDefault="00000000">
            <w:r>
              <w:rPr>
                <w:sz w:val="16"/>
              </w:rPr>
              <w:t>3</w:t>
            </w:r>
          </w:p>
        </w:tc>
      </w:tr>
      <w:tr w:rsidR="002D5361" w14:paraId="4FE67FAE" w14:textId="77777777">
        <w:trPr>
          <w:cantSplit/>
          <w:jc w:val="center"/>
        </w:trPr>
        <w:tc>
          <w:tcPr>
            <w:tcW w:w="1392" w:type="dxa"/>
            <w:shd w:val="clear" w:color="auto" w:fill="F7F9FB"/>
            <w:tcMar>
              <w:top w:w="65" w:type="dxa"/>
              <w:left w:w="80" w:type="dxa"/>
              <w:bottom w:w="65" w:type="dxa"/>
              <w:right w:w="80" w:type="dxa"/>
            </w:tcMar>
            <w:vAlign w:val="center"/>
          </w:tcPr>
          <w:p w14:paraId="14C704AC" w14:textId="77777777" w:rsidR="002D5361" w:rsidRDefault="00000000">
            <w:r>
              <w:rPr>
                <w:sz w:val="16"/>
              </w:rPr>
              <w:t>Early (2004-12)</w:t>
            </w:r>
          </w:p>
        </w:tc>
        <w:tc>
          <w:tcPr>
            <w:tcW w:w="875" w:type="dxa"/>
            <w:shd w:val="clear" w:color="auto" w:fill="F7F9FB"/>
            <w:tcMar>
              <w:top w:w="65" w:type="dxa"/>
              <w:left w:w="80" w:type="dxa"/>
              <w:bottom w:w="65" w:type="dxa"/>
              <w:right w:w="80" w:type="dxa"/>
            </w:tcMar>
            <w:vAlign w:val="center"/>
          </w:tcPr>
          <w:p w14:paraId="320AFAC6" w14:textId="77777777" w:rsidR="002D5361" w:rsidRDefault="00000000">
            <w:r>
              <w:rPr>
                <w:sz w:val="16"/>
              </w:rPr>
              <w:t>3</w:t>
            </w:r>
          </w:p>
        </w:tc>
        <w:tc>
          <w:tcPr>
            <w:tcW w:w="2268" w:type="dxa"/>
            <w:shd w:val="clear" w:color="auto" w:fill="F7F9FB"/>
            <w:tcMar>
              <w:top w:w="65" w:type="dxa"/>
              <w:left w:w="80" w:type="dxa"/>
              <w:bottom w:w="65" w:type="dxa"/>
              <w:right w:w="80" w:type="dxa"/>
            </w:tcMar>
            <w:vAlign w:val="center"/>
          </w:tcPr>
          <w:p w14:paraId="6A4351EC" w14:textId="77777777" w:rsidR="002D5361" w:rsidRDefault="00000000">
            <w:r>
              <w:rPr>
                <w:sz w:val="16"/>
              </w:rPr>
              <w:t>raw support vs Jaccard</w:t>
            </w:r>
          </w:p>
        </w:tc>
        <w:tc>
          <w:tcPr>
            <w:tcW w:w="1418" w:type="dxa"/>
            <w:shd w:val="clear" w:color="auto" w:fill="F7F9FB"/>
            <w:tcMar>
              <w:top w:w="65" w:type="dxa"/>
              <w:left w:w="80" w:type="dxa"/>
              <w:bottom w:w="65" w:type="dxa"/>
              <w:right w:w="80" w:type="dxa"/>
            </w:tcMar>
            <w:vAlign w:val="center"/>
          </w:tcPr>
          <w:p w14:paraId="33AABC54" w14:textId="77777777" w:rsidR="002D5361" w:rsidRDefault="00000000">
            <w:r>
              <w:rPr>
                <w:sz w:val="16"/>
              </w:rPr>
              <w:t>0.000</w:t>
            </w:r>
          </w:p>
        </w:tc>
        <w:tc>
          <w:tcPr>
            <w:tcW w:w="1134" w:type="dxa"/>
            <w:shd w:val="clear" w:color="auto" w:fill="F7F9FB"/>
            <w:tcMar>
              <w:top w:w="65" w:type="dxa"/>
              <w:left w:w="80" w:type="dxa"/>
              <w:bottom w:w="65" w:type="dxa"/>
              <w:right w:w="80" w:type="dxa"/>
            </w:tcMar>
            <w:vAlign w:val="center"/>
          </w:tcPr>
          <w:p w14:paraId="3807A414" w14:textId="77777777" w:rsidR="002D5361" w:rsidRDefault="00000000">
            <w:r>
              <w:rPr>
                <w:sz w:val="16"/>
              </w:rPr>
              <w:t>1</w:t>
            </w:r>
          </w:p>
        </w:tc>
        <w:tc>
          <w:tcPr>
            <w:tcW w:w="1265" w:type="dxa"/>
            <w:shd w:val="clear" w:color="auto" w:fill="F7F9FB"/>
            <w:tcMar>
              <w:top w:w="65" w:type="dxa"/>
              <w:left w:w="80" w:type="dxa"/>
              <w:bottom w:w="65" w:type="dxa"/>
              <w:right w:w="80" w:type="dxa"/>
            </w:tcMar>
            <w:vAlign w:val="center"/>
          </w:tcPr>
          <w:p w14:paraId="182E6AA3" w14:textId="77777777" w:rsidR="002D5361" w:rsidRDefault="00000000">
            <w:r>
              <w:rPr>
                <w:sz w:val="16"/>
              </w:rPr>
              <w:t>0.900</w:t>
            </w:r>
          </w:p>
        </w:tc>
        <w:tc>
          <w:tcPr>
            <w:tcW w:w="1392" w:type="dxa"/>
            <w:shd w:val="clear" w:color="auto" w:fill="F7F9FB"/>
            <w:tcMar>
              <w:top w:w="65" w:type="dxa"/>
              <w:left w:w="80" w:type="dxa"/>
              <w:bottom w:w="65" w:type="dxa"/>
              <w:right w:w="80" w:type="dxa"/>
            </w:tcMar>
            <w:vAlign w:val="center"/>
          </w:tcPr>
          <w:p w14:paraId="47BD9ABF" w14:textId="77777777" w:rsidR="002D5361" w:rsidRDefault="00000000">
            <w:r>
              <w:rPr>
                <w:sz w:val="16"/>
              </w:rPr>
              <w:t>3</w:t>
            </w:r>
          </w:p>
        </w:tc>
      </w:tr>
      <w:tr w:rsidR="002D5361" w14:paraId="60A832B5" w14:textId="77777777">
        <w:trPr>
          <w:cantSplit/>
          <w:jc w:val="center"/>
        </w:trPr>
        <w:tc>
          <w:tcPr>
            <w:tcW w:w="1392" w:type="dxa"/>
            <w:tcMar>
              <w:top w:w="65" w:type="dxa"/>
              <w:left w:w="80" w:type="dxa"/>
              <w:bottom w:w="65" w:type="dxa"/>
              <w:right w:w="80" w:type="dxa"/>
            </w:tcMar>
            <w:vAlign w:val="center"/>
          </w:tcPr>
          <w:p w14:paraId="58BD1E6F" w14:textId="77777777" w:rsidR="002D5361" w:rsidRDefault="00000000">
            <w:r>
              <w:rPr>
                <w:sz w:val="16"/>
              </w:rPr>
              <w:t>Early (2004-12)</w:t>
            </w:r>
          </w:p>
        </w:tc>
        <w:tc>
          <w:tcPr>
            <w:tcW w:w="875" w:type="dxa"/>
            <w:tcMar>
              <w:top w:w="65" w:type="dxa"/>
              <w:left w:w="80" w:type="dxa"/>
              <w:bottom w:w="65" w:type="dxa"/>
              <w:right w:w="80" w:type="dxa"/>
            </w:tcMar>
            <w:vAlign w:val="center"/>
          </w:tcPr>
          <w:p w14:paraId="6A457B90" w14:textId="77777777" w:rsidR="002D5361" w:rsidRDefault="00000000">
            <w:r>
              <w:rPr>
                <w:sz w:val="16"/>
              </w:rPr>
              <w:t>3</w:t>
            </w:r>
          </w:p>
        </w:tc>
        <w:tc>
          <w:tcPr>
            <w:tcW w:w="2268" w:type="dxa"/>
            <w:tcMar>
              <w:top w:w="65" w:type="dxa"/>
              <w:left w:w="80" w:type="dxa"/>
              <w:bottom w:w="65" w:type="dxa"/>
              <w:right w:w="80" w:type="dxa"/>
            </w:tcMar>
            <w:vAlign w:val="center"/>
          </w:tcPr>
          <w:p w14:paraId="06A22B18" w14:textId="77777777" w:rsidR="002D5361" w:rsidRDefault="00000000">
            <w:r>
              <w:rPr>
                <w:sz w:val="16"/>
              </w:rPr>
              <w:t>PMI vs Jaccard</w:t>
            </w:r>
          </w:p>
        </w:tc>
        <w:tc>
          <w:tcPr>
            <w:tcW w:w="1418" w:type="dxa"/>
            <w:tcMar>
              <w:top w:w="65" w:type="dxa"/>
              <w:left w:w="80" w:type="dxa"/>
              <w:bottom w:w="65" w:type="dxa"/>
              <w:right w:w="80" w:type="dxa"/>
            </w:tcMar>
            <w:vAlign w:val="center"/>
          </w:tcPr>
          <w:p w14:paraId="165BDACA" w14:textId="77777777" w:rsidR="002D5361" w:rsidRDefault="00000000">
            <w:r>
              <w:rPr>
                <w:sz w:val="16"/>
              </w:rPr>
              <w:t>1.000</w:t>
            </w:r>
          </w:p>
        </w:tc>
        <w:tc>
          <w:tcPr>
            <w:tcW w:w="1134" w:type="dxa"/>
            <w:tcMar>
              <w:top w:w="65" w:type="dxa"/>
              <w:left w:w="80" w:type="dxa"/>
              <w:bottom w:w="65" w:type="dxa"/>
              <w:right w:w="80" w:type="dxa"/>
            </w:tcMar>
            <w:vAlign w:val="center"/>
          </w:tcPr>
          <w:p w14:paraId="5CE52B28" w14:textId="77777777" w:rsidR="002D5361" w:rsidRDefault="00000000">
            <w:r>
              <w:rPr>
                <w:sz w:val="16"/>
              </w:rPr>
              <w:t>0</w:t>
            </w:r>
          </w:p>
        </w:tc>
        <w:tc>
          <w:tcPr>
            <w:tcW w:w="1265" w:type="dxa"/>
            <w:tcMar>
              <w:top w:w="65" w:type="dxa"/>
              <w:left w:w="80" w:type="dxa"/>
              <w:bottom w:w="65" w:type="dxa"/>
              <w:right w:w="80" w:type="dxa"/>
            </w:tcMar>
            <w:vAlign w:val="center"/>
          </w:tcPr>
          <w:p w14:paraId="5EB58B13" w14:textId="77777777" w:rsidR="002D5361" w:rsidRDefault="00000000">
            <w:r>
              <w:rPr>
                <w:sz w:val="16"/>
              </w:rPr>
              <w:t>1.000</w:t>
            </w:r>
          </w:p>
        </w:tc>
        <w:tc>
          <w:tcPr>
            <w:tcW w:w="1392" w:type="dxa"/>
            <w:tcMar>
              <w:top w:w="65" w:type="dxa"/>
              <w:left w:w="80" w:type="dxa"/>
              <w:bottom w:w="65" w:type="dxa"/>
              <w:right w:w="80" w:type="dxa"/>
            </w:tcMar>
            <w:vAlign w:val="center"/>
          </w:tcPr>
          <w:p w14:paraId="75A5472B" w14:textId="77777777" w:rsidR="002D5361" w:rsidRDefault="00000000">
            <w:r>
              <w:rPr>
                <w:sz w:val="16"/>
              </w:rPr>
              <w:t>3</w:t>
            </w:r>
          </w:p>
        </w:tc>
      </w:tr>
      <w:tr w:rsidR="002D5361" w14:paraId="0488DE6C" w14:textId="77777777">
        <w:trPr>
          <w:cantSplit/>
          <w:jc w:val="center"/>
        </w:trPr>
        <w:tc>
          <w:tcPr>
            <w:tcW w:w="1392" w:type="dxa"/>
            <w:shd w:val="clear" w:color="auto" w:fill="F7F9FB"/>
            <w:tcMar>
              <w:top w:w="65" w:type="dxa"/>
              <w:left w:w="80" w:type="dxa"/>
              <w:bottom w:w="65" w:type="dxa"/>
              <w:right w:w="80" w:type="dxa"/>
            </w:tcMar>
            <w:vAlign w:val="center"/>
          </w:tcPr>
          <w:p w14:paraId="2FAE2DC9" w14:textId="77777777" w:rsidR="002D5361" w:rsidRDefault="00000000">
            <w:r>
              <w:rPr>
                <w:sz w:val="16"/>
              </w:rPr>
              <w:t>Middle (2013-18)</w:t>
            </w:r>
          </w:p>
        </w:tc>
        <w:tc>
          <w:tcPr>
            <w:tcW w:w="875" w:type="dxa"/>
            <w:shd w:val="clear" w:color="auto" w:fill="F7F9FB"/>
            <w:tcMar>
              <w:top w:w="65" w:type="dxa"/>
              <w:left w:w="80" w:type="dxa"/>
              <w:bottom w:w="65" w:type="dxa"/>
              <w:right w:w="80" w:type="dxa"/>
            </w:tcMar>
            <w:vAlign w:val="center"/>
          </w:tcPr>
          <w:p w14:paraId="481F3E4D" w14:textId="77777777" w:rsidR="002D5361" w:rsidRDefault="00000000">
            <w:r>
              <w:rPr>
                <w:sz w:val="16"/>
              </w:rPr>
              <w:t>11</w:t>
            </w:r>
          </w:p>
        </w:tc>
        <w:tc>
          <w:tcPr>
            <w:tcW w:w="2268" w:type="dxa"/>
            <w:shd w:val="clear" w:color="auto" w:fill="F7F9FB"/>
            <w:tcMar>
              <w:top w:w="65" w:type="dxa"/>
              <w:left w:w="80" w:type="dxa"/>
              <w:bottom w:w="65" w:type="dxa"/>
              <w:right w:w="80" w:type="dxa"/>
            </w:tcMar>
            <w:vAlign w:val="center"/>
          </w:tcPr>
          <w:p w14:paraId="71A5F858" w14:textId="77777777" w:rsidR="002D5361" w:rsidRDefault="00000000">
            <w:r>
              <w:rPr>
                <w:sz w:val="16"/>
              </w:rPr>
              <w:t>raw support vs PMI</w:t>
            </w:r>
          </w:p>
        </w:tc>
        <w:tc>
          <w:tcPr>
            <w:tcW w:w="1418" w:type="dxa"/>
            <w:shd w:val="clear" w:color="auto" w:fill="F7F9FB"/>
            <w:tcMar>
              <w:top w:w="65" w:type="dxa"/>
              <w:left w:w="80" w:type="dxa"/>
              <w:bottom w:w="65" w:type="dxa"/>
              <w:right w:w="80" w:type="dxa"/>
            </w:tcMar>
            <w:vAlign w:val="center"/>
          </w:tcPr>
          <w:p w14:paraId="07354926" w14:textId="77777777" w:rsidR="002D5361" w:rsidRDefault="00000000">
            <w:r>
              <w:rPr>
                <w:sz w:val="16"/>
              </w:rPr>
              <w:t>0.075</w:t>
            </w:r>
          </w:p>
        </w:tc>
        <w:tc>
          <w:tcPr>
            <w:tcW w:w="1134" w:type="dxa"/>
            <w:shd w:val="clear" w:color="auto" w:fill="F7F9FB"/>
            <w:tcMar>
              <w:top w:w="65" w:type="dxa"/>
              <w:left w:w="80" w:type="dxa"/>
              <w:bottom w:w="65" w:type="dxa"/>
              <w:right w:w="80" w:type="dxa"/>
            </w:tcMar>
            <w:vAlign w:val="center"/>
          </w:tcPr>
          <w:p w14:paraId="2243EFFA" w14:textId="77777777" w:rsidR="002D5361" w:rsidRDefault="00000000">
            <w:r>
              <w:rPr>
                <w:sz w:val="16"/>
              </w:rPr>
              <w:t>0.826</w:t>
            </w:r>
          </w:p>
        </w:tc>
        <w:tc>
          <w:tcPr>
            <w:tcW w:w="1265" w:type="dxa"/>
            <w:shd w:val="clear" w:color="auto" w:fill="F7F9FB"/>
            <w:tcMar>
              <w:top w:w="65" w:type="dxa"/>
              <w:left w:w="80" w:type="dxa"/>
              <w:bottom w:w="65" w:type="dxa"/>
              <w:right w:w="80" w:type="dxa"/>
            </w:tcMar>
            <w:vAlign w:val="center"/>
          </w:tcPr>
          <w:p w14:paraId="235A1400" w14:textId="77777777" w:rsidR="002D5361" w:rsidRDefault="00000000">
            <w:r>
              <w:rPr>
                <w:sz w:val="16"/>
              </w:rPr>
              <w:t>0.628</w:t>
            </w:r>
          </w:p>
        </w:tc>
        <w:tc>
          <w:tcPr>
            <w:tcW w:w="1392" w:type="dxa"/>
            <w:shd w:val="clear" w:color="auto" w:fill="F7F9FB"/>
            <w:tcMar>
              <w:top w:w="65" w:type="dxa"/>
              <w:left w:w="80" w:type="dxa"/>
              <w:bottom w:w="65" w:type="dxa"/>
              <w:right w:w="80" w:type="dxa"/>
            </w:tcMar>
            <w:vAlign w:val="center"/>
          </w:tcPr>
          <w:p w14:paraId="51BE1718" w14:textId="77777777" w:rsidR="002D5361" w:rsidRDefault="00000000">
            <w:r>
              <w:rPr>
                <w:sz w:val="16"/>
              </w:rPr>
              <w:t>9</w:t>
            </w:r>
          </w:p>
        </w:tc>
      </w:tr>
      <w:tr w:rsidR="002D5361" w14:paraId="6D82833C" w14:textId="77777777">
        <w:trPr>
          <w:cantSplit/>
          <w:jc w:val="center"/>
        </w:trPr>
        <w:tc>
          <w:tcPr>
            <w:tcW w:w="1392" w:type="dxa"/>
            <w:tcMar>
              <w:top w:w="65" w:type="dxa"/>
              <w:left w:w="80" w:type="dxa"/>
              <w:bottom w:w="65" w:type="dxa"/>
              <w:right w:w="80" w:type="dxa"/>
            </w:tcMar>
            <w:vAlign w:val="center"/>
          </w:tcPr>
          <w:p w14:paraId="11C97B87" w14:textId="77777777" w:rsidR="002D5361" w:rsidRDefault="00000000">
            <w:r>
              <w:rPr>
                <w:sz w:val="16"/>
              </w:rPr>
              <w:t>Middle (2013-18)</w:t>
            </w:r>
          </w:p>
        </w:tc>
        <w:tc>
          <w:tcPr>
            <w:tcW w:w="875" w:type="dxa"/>
            <w:tcMar>
              <w:top w:w="65" w:type="dxa"/>
              <w:left w:w="80" w:type="dxa"/>
              <w:bottom w:w="65" w:type="dxa"/>
              <w:right w:w="80" w:type="dxa"/>
            </w:tcMar>
            <w:vAlign w:val="center"/>
          </w:tcPr>
          <w:p w14:paraId="7994968C" w14:textId="77777777" w:rsidR="002D5361" w:rsidRDefault="00000000">
            <w:r>
              <w:rPr>
                <w:sz w:val="16"/>
              </w:rPr>
              <w:t>11</w:t>
            </w:r>
          </w:p>
        </w:tc>
        <w:tc>
          <w:tcPr>
            <w:tcW w:w="2268" w:type="dxa"/>
            <w:tcMar>
              <w:top w:w="65" w:type="dxa"/>
              <w:left w:w="80" w:type="dxa"/>
              <w:bottom w:w="65" w:type="dxa"/>
              <w:right w:w="80" w:type="dxa"/>
            </w:tcMar>
            <w:vAlign w:val="center"/>
          </w:tcPr>
          <w:p w14:paraId="54607504" w14:textId="77777777" w:rsidR="002D5361" w:rsidRDefault="00000000">
            <w:r>
              <w:rPr>
                <w:sz w:val="16"/>
              </w:rPr>
              <w:t>raw support vs Jaccard</w:t>
            </w:r>
          </w:p>
        </w:tc>
        <w:tc>
          <w:tcPr>
            <w:tcW w:w="1418" w:type="dxa"/>
            <w:tcMar>
              <w:top w:w="65" w:type="dxa"/>
              <w:left w:w="80" w:type="dxa"/>
              <w:bottom w:w="65" w:type="dxa"/>
              <w:right w:w="80" w:type="dxa"/>
            </w:tcMar>
            <w:vAlign w:val="center"/>
          </w:tcPr>
          <w:p w14:paraId="1375F38C" w14:textId="77777777" w:rsidR="002D5361" w:rsidRDefault="00000000">
            <w:r>
              <w:rPr>
                <w:sz w:val="16"/>
              </w:rPr>
              <w:t>0.356</w:t>
            </w:r>
          </w:p>
        </w:tc>
        <w:tc>
          <w:tcPr>
            <w:tcW w:w="1134" w:type="dxa"/>
            <w:tcMar>
              <w:top w:w="65" w:type="dxa"/>
              <w:left w:w="80" w:type="dxa"/>
              <w:bottom w:w="65" w:type="dxa"/>
              <w:right w:w="80" w:type="dxa"/>
            </w:tcMar>
            <w:vAlign w:val="center"/>
          </w:tcPr>
          <w:p w14:paraId="2F0CF436" w14:textId="77777777" w:rsidR="002D5361" w:rsidRDefault="00000000">
            <w:r>
              <w:rPr>
                <w:sz w:val="16"/>
              </w:rPr>
              <w:t>0.283</w:t>
            </w:r>
          </w:p>
        </w:tc>
        <w:tc>
          <w:tcPr>
            <w:tcW w:w="1265" w:type="dxa"/>
            <w:tcMar>
              <w:top w:w="65" w:type="dxa"/>
              <w:left w:w="80" w:type="dxa"/>
              <w:bottom w:w="65" w:type="dxa"/>
              <w:right w:w="80" w:type="dxa"/>
            </w:tcMar>
            <w:vAlign w:val="center"/>
          </w:tcPr>
          <w:p w14:paraId="1F0197DB" w14:textId="77777777" w:rsidR="002D5361" w:rsidRDefault="00000000">
            <w:r>
              <w:rPr>
                <w:sz w:val="16"/>
              </w:rPr>
              <w:t>0.656</w:t>
            </w:r>
          </w:p>
        </w:tc>
        <w:tc>
          <w:tcPr>
            <w:tcW w:w="1392" w:type="dxa"/>
            <w:tcMar>
              <w:top w:w="65" w:type="dxa"/>
              <w:left w:w="80" w:type="dxa"/>
              <w:bottom w:w="65" w:type="dxa"/>
              <w:right w:w="80" w:type="dxa"/>
            </w:tcMar>
            <w:vAlign w:val="center"/>
          </w:tcPr>
          <w:p w14:paraId="1B2B770A" w14:textId="77777777" w:rsidR="002D5361" w:rsidRDefault="00000000">
            <w:r>
              <w:rPr>
                <w:sz w:val="16"/>
              </w:rPr>
              <w:t>9</w:t>
            </w:r>
          </w:p>
        </w:tc>
      </w:tr>
      <w:tr w:rsidR="002D5361" w14:paraId="5C0AC72B" w14:textId="77777777">
        <w:trPr>
          <w:cantSplit/>
          <w:jc w:val="center"/>
        </w:trPr>
        <w:tc>
          <w:tcPr>
            <w:tcW w:w="1392" w:type="dxa"/>
            <w:shd w:val="clear" w:color="auto" w:fill="F7F9FB"/>
            <w:tcMar>
              <w:top w:w="65" w:type="dxa"/>
              <w:left w:w="80" w:type="dxa"/>
              <w:bottom w:w="65" w:type="dxa"/>
              <w:right w:w="80" w:type="dxa"/>
            </w:tcMar>
            <w:vAlign w:val="center"/>
          </w:tcPr>
          <w:p w14:paraId="42F19560" w14:textId="77777777" w:rsidR="002D5361" w:rsidRDefault="00000000">
            <w:r>
              <w:rPr>
                <w:sz w:val="16"/>
              </w:rPr>
              <w:t>Middle (2013-18)</w:t>
            </w:r>
          </w:p>
        </w:tc>
        <w:tc>
          <w:tcPr>
            <w:tcW w:w="875" w:type="dxa"/>
            <w:shd w:val="clear" w:color="auto" w:fill="F7F9FB"/>
            <w:tcMar>
              <w:top w:w="65" w:type="dxa"/>
              <w:left w:w="80" w:type="dxa"/>
              <w:bottom w:w="65" w:type="dxa"/>
              <w:right w:w="80" w:type="dxa"/>
            </w:tcMar>
            <w:vAlign w:val="center"/>
          </w:tcPr>
          <w:p w14:paraId="48FC5206" w14:textId="77777777" w:rsidR="002D5361" w:rsidRDefault="00000000">
            <w:r>
              <w:rPr>
                <w:sz w:val="16"/>
              </w:rPr>
              <w:t>11</w:t>
            </w:r>
          </w:p>
        </w:tc>
        <w:tc>
          <w:tcPr>
            <w:tcW w:w="2268" w:type="dxa"/>
            <w:shd w:val="clear" w:color="auto" w:fill="F7F9FB"/>
            <w:tcMar>
              <w:top w:w="65" w:type="dxa"/>
              <w:left w:w="80" w:type="dxa"/>
              <w:bottom w:w="65" w:type="dxa"/>
              <w:right w:w="80" w:type="dxa"/>
            </w:tcMar>
            <w:vAlign w:val="center"/>
          </w:tcPr>
          <w:p w14:paraId="12E39B55" w14:textId="77777777" w:rsidR="002D5361" w:rsidRDefault="00000000">
            <w:r>
              <w:rPr>
                <w:sz w:val="16"/>
              </w:rPr>
              <w:t>PMI vs Jaccard</w:t>
            </w:r>
          </w:p>
        </w:tc>
        <w:tc>
          <w:tcPr>
            <w:tcW w:w="1418" w:type="dxa"/>
            <w:shd w:val="clear" w:color="auto" w:fill="F7F9FB"/>
            <w:tcMar>
              <w:top w:w="65" w:type="dxa"/>
              <w:left w:w="80" w:type="dxa"/>
              <w:bottom w:w="65" w:type="dxa"/>
              <w:right w:w="80" w:type="dxa"/>
            </w:tcMar>
            <w:vAlign w:val="center"/>
          </w:tcPr>
          <w:p w14:paraId="40CAB59D" w14:textId="77777777" w:rsidR="002D5361" w:rsidRDefault="00000000">
            <w:r>
              <w:rPr>
                <w:sz w:val="16"/>
              </w:rPr>
              <w:t>0.855</w:t>
            </w:r>
          </w:p>
        </w:tc>
        <w:tc>
          <w:tcPr>
            <w:tcW w:w="1134" w:type="dxa"/>
            <w:shd w:val="clear" w:color="auto" w:fill="F7F9FB"/>
            <w:tcMar>
              <w:top w:w="65" w:type="dxa"/>
              <w:left w:w="80" w:type="dxa"/>
              <w:bottom w:w="65" w:type="dxa"/>
              <w:right w:w="80" w:type="dxa"/>
            </w:tcMar>
            <w:vAlign w:val="center"/>
          </w:tcPr>
          <w:p w14:paraId="3BA6288B" w14:textId="77777777" w:rsidR="002D5361" w:rsidRDefault="00000000">
            <w:r>
              <w:rPr>
                <w:sz w:val="16"/>
              </w:rPr>
              <w:t>0.000807</w:t>
            </w:r>
          </w:p>
        </w:tc>
        <w:tc>
          <w:tcPr>
            <w:tcW w:w="1265" w:type="dxa"/>
            <w:shd w:val="clear" w:color="auto" w:fill="F7F9FB"/>
            <w:tcMar>
              <w:top w:w="65" w:type="dxa"/>
              <w:left w:w="80" w:type="dxa"/>
              <w:bottom w:w="65" w:type="dxa"/>
              <w:right w:w="80" w:type="dxa"/>
            </w:tcMar>
            <w:vAlign w:val="center"/>
          </w:tcPr>
          <w:p w14:paraId="706E3489" w14:textId="77777777" w:rsidR="002D5361" w:rsidRDefault="00000000">
            <w:r>
              <w:rPr>
                <w:sz w:val="16"/>
              </w:rPr>
              <w:t>0.918</w:t>
            </w:r>
          </w:p>
        </w:tc>
        <w:tc>
          <w:tcPr>
            <w:tcW w:w="1392" w:type="dxa"/>
            <w:shd w:val="clear" w:color="auto" w:fill="F7F9FB"/>
            <w:tcMar>
              <w:top w:w="65" w:type="dxa"/>
              <w:left w:w="80" w:type="dxa"/>
              <w:bottom w:w="65" w:type="dxa"/>
              <w:right w:w="80" w:type="dxa"/>
            </w:tcMar>
            <w:vAlign w:val="center"/>
          </w:tcPr>
          <w:p w14:paraId="4EE25604" w14:textId="77777777" w:rsidR="002D5361" w:rsidRDefault="00000000">
            <w:r>
              <w:rPr>
                <w:sz w:val="16"/>
              </w:rPr>
              <w:t>10</w:t>
            </w:r>
          </w:p>
        </w:tc>
      </w:tr>
      <w:tr w:rsidR="002D5361" w14:paraId="34F17D57" w14:textId="77777777">
        <w:trPr>
          <w:cantSplit/>
          <w:jc w:val="center"/>
        </w:trPr>
        <w:tc>
          <w:tcPr>
            <w:tcW w:w="1392" w:type="dxa"/>
            <w:tcMar>
              <w:top w:w="65" w:type="dxa"/>
              <w:left w:w="80" w:type="dxa"/>
              <w:bottom w:w="65" w:type="dxa"/>
              <w:right w:w="80" w:type="dxa"/>
            </w:tcMar>
            <w:vAlign w:val="center"/>
          </w:tcPr>
          <w:p w14:paraId="2487B628" w14:textId="77777777" w:rsidR="002D5361" w:rsidRDefault="00000000">
            <w:r>
              <w:rPr>
                <w:sz w:val="16"/>
              </w:rPr>
              <w:t>Recent (2019-25)</w:t>
            </w:r>
          </w:p>
        </w:tc>
        <w:tc>
          <w:tcPr>
            <w:tcW w:w="875" w:type="dxa"/>
            <w:tcMar>
              <w:top w:w="65" w:type="dxa"/>
              <w:left w:w="80" w:type="dxa"/>
              <w:bottom w:w="65" w:type="dxa"/>
              <w:right w:w="80" w:type="dxa"/>
            </w:tcMar>
            <w:vAlign w:val="center"/>
          </w:tcPr>
          <w:p w14:paraId="0563E7D7" w14:textId="77777777" w:rsidR="002D5361" w:rsidRDefault="00000000">
            <w:r>
              <w:rPr>
                <w:sz w:val="16"/>
              </w:rPr>
              <w:t>33</w:t>
            </w:r>
          </w:p>
        </w:tc>
        <w:tc>
          <w:tcPr>
            <w:tcW w:w="2268" w:type="dxa"/>
            <w:tcMar>
              <w:top w:w="65" w:type="dxa"/>
              <w:left w:w="80" w:type="dxa"/>
              <w:bottom w:w="65" w:type="dxa"/>
              <w:right w:w="80" w:type="dxa"/>
            </w:tcMar>
            <w:vAlign w:val="center"/>
          </w:tcPr>
          <w:p w14:paraId="64C1C545" w14:textId="77777777" w:rsidR="002D5361" w:rsidRDefault="00000000">
            <w:r>
              <w:rPr>
                <w:sz w:val="16"/>
              </w:rPr>
              <w:t>raw support vs PMI</w:t>
            </w:r>
          </w:p>
        </w:tc>
        <w:tc>
          <w:tcPr>
            <w:tcW w:w="1418" w:type="dxa"/>
            <w:tcMar>
              <w:top w:w="65" w:type="dxa"/>
              <w:left w:w="80" w:type="dxa"/>
              <w:bottom w:w="65" w:type="dxa"/>
              <w:right w:w="80" w:type="dxa"/>
            </w:tcMar>
            <w:vAlign w:val="center"/>
          </w:tcPr>
          <w:p w14:paraId="78B9E1AC" w14:textId="77777777" w:rsidR="002D5361" w:rsidRDefault="00000000">
            <w:r>
              <w:rPr>
                <w:sz w:val="16"/>
              </w:rPr>
              <w:t>-0.224</w:t>
            </w:r>
          </w:p>
        </w:tc>
        <w:tc>
          <w:tcPr>
            <w:tcW w:w="1134" w:type="dxa"/>
            <w:tcMar>
              <w:top w:w="65" w:type="dxa"/>
              <w:left w:w="80" w:type="dxa"/>
              <w:bottom w:w="65" w:type="dxa"/>
              <w:right w:w="80" w:type="dxa"/>
            </w:tcMar>
            <w:vAlign w:val="center"/>
          </w:tcPr>
          <w:p w14:paraId="0E137C1F" w14:textId="77777777" w:rsidR="002D5361" w:rsidRDefault="00000000">
            <w:r>
              <w:rPr>
                <w:sz w:val="16"/>
              </w:rPr>
              <w:t>0.211</w:t>
            </w:r>
          </w:p>
        </w:tc>
        <w:tc>
          <w:tcPr>
            <w:tcW w:w="1265" w:type="dxa"/>
            <w:tcMar>
              <w:top w:w="65" w:type="dxa"/>
              <w:left w:w="80" w:type="dxa"/>
              <w:bottom w:w="65" w:type="dxa"/>
              <w:right w:w="80" w:type="dxa"/>
            </w:tcMar>
            <w:vAlign w:val="center"/>
          </w:tcPr>
          <w:p w14:paraId="1C8D75D3" w14:textId="77777777" w:rsidR="002D5361" w:rsidRDefault="00000000">
            <w:r>
              <w:rPr>
                <w:sz w:val="16"/>
              </w:rPr>
              <w:t>0.209</w:t>
            </w:r>
          </w:p>
        </w:tc>
        <w:tc>
          <w:tcPr>
            <w:tcW w:w="1392" w:type="dxa"/>
            <w:tcMar>
              <w:top w:w="65" w:type="dxa"/>
              <w:left w:w="80" w:type="dxa"/>
              <w:bottom w:w="65" w:type="dxa"/>
              <w:right w:w="80" w:type="dxa"/>
            </w:tcMar>
            <w:vAlign w:val="center"/>
          </w:tcPr>
          <w:p w14:paraId="79EDDAD8" w14:textId="77777777" w:rsidR="002D5361" w:rsidRDefault="00000000">
            <w:r>
              <w:rPr>
                <w:sz w:val="16"/>
              </w:rPr>
              <w:t>1</w:t>
            </w:r>
          </w:p>
        </w:tc>
      </w:tr>
      <w:tr w:rsidR="002D5361" w14:paraId="2DE612BC" w14:textId="77777777">
        <w:trPr>
          <w:cantSplit/>
          <w:jc w:val="center"/>
        </w:trPr>
        <w:tc>
          <w:tcPr>
            <w:tcW w:w="1392" w:type="dxa"/>
            <w:shd w:val="clear" w:color="auto" w:fill="F7F9FB"/>
            <w:tcMar>
              <w:top w:w="65" w:type="dxa"/>
              <w:left w:w="80" w:type="dxa"/>
              <w:bottom w:w="65" w:type="dxa"/>
              <w:right w:w="80" w:type="dxa"/>
            </w:tcMar>
            <w:vAlign w:val="center"/>
          </w:tcPr>
          <w:p w14:paraId="2F624999" w14:textId="77777777" w:rsidR="002D5361" w:rsidRDefault="00000000">
            <w:r>
              <w:rPr>
                <w:sz w:val="16"/>
              </w:rPr>
              <w:t>Recent (2019-25)</w:t>
            </w:r>
          </w:p>
        </w:tc>
        <w:tc>
          <w:tcPr>
            <w:tcW w:w="875" w:type="dxa"/>
            <w:shd w:val="clear" w:color="auto" w:fill="F7F9FB"/>
            <w:tcMar>
              <w:top w:w="65" w:type="dxa"/>
              <w:left w:w="80" w:type="dxa"/>
              <w:bottom w:w="65" w:type="dxa"/>
              <w:right w:w="80" w:type="dxa"/>
            </w:tcMar>
            <w:vAlign w:val="center"/>
          </w:tcPr>
          <w:p w14:paraId="68AE4800" w14:textId="77777777" w:rsidR="002D5361" w:rsidRDefault="00000000">
            <w:r>
              <w:rPr>
                <w:sz w:val="16"/>
              </w:rPr>
              <w:t>33</w:t>
            </w:r>
          </w:p>
        </w:tc>
        <w:tc>
          <w:tcPr>
            <w:tcW w:w="2268" w:type="dxa"/>
            <w:shd w:val="clear" w:color="auto" w:fill="F7F9FB"/>
            <w:tcMar>
              <w:top w:w="65" w:type="dxa"/>
              <w:left w:w="80" w:type="dxa"/>
              <w:bottom w:w="65" w:type="dxa"/>
              <w:right w:w="80" w:type="dxa"/>
            </w:tcMar>
            <w:vAlign w:val="center"/>
          </w:tcPr>
          <w:p w14:paraId="010D048A" w14:textId="77777777" w:rsidR="002D5361" w:rsidRDefault="00000000">
            <w:r>
              <w:rPr>
                <w:sz w:val="16"/>
              </w:rPr>
              <w:t>raw support vs Jaccard</w:t>
            </w:r>
          </w:p>
        </w:tc>
        <w:tc>
          <w:tcPr>
            <w:tcW w:w="1418" w:type="dxa"/>
            <w:shd w:val="clear" w:color="auto" w:fill="F7F9FB"/>
            <w:tcMar>
              <w:top w:w="65" w:type="dxa"/>
              <w:left w:w="80" w:type="dxa"/>
              <w:bottom w:w="65" w:type="dxa"/>
              <w:right w:w="80" w:type="dxa"/>
            </w:tcMar>
            <w:vAlign w:val="center"/>
          </w:tcPr>
          <w:p w14:paraId="6B73E21F" w14:textId="77777777" w:rsidR="002D5361" w:rsidRDefault="00000000">
            <w:r>
              <w:rPr>
                <w:sz w:val="16"/>
              </w:rPr>
              <w:t>0.274</w:t>
            </w:r>
          </w:p>
        </w:tc>
        <w:tc>
          <w:tcPr>
            <w:tcW w:w="1134" w:type="dxa"/>
            <w:shd w:val="clear" w:color="auto" w:fill="F7F9FB"/>
            <w:tcMar>
              <w:top w:w="65" w:type="dxa"/>
              <w:left w:w="80" w:type="dxa"/>
              <w:bottom w:w="65" w:type="dxa"/>
              <w:right w:w="80" w:type="dxa"/>
            </w:tcMar>
            <w:vAlign w:val="center"/>
          </w:tcPr>
          <w:p w14:paraId="57B69DBF" w14:textId="77777777" w:rsidR="002D5361" w:rsidRDefault="00000000">
            <w:r>
              <w:rPr>
                <w:sz w:val="16"/>
              </w:rPr>
              <w:t>0.123</w:t>
            </w:r>
          </w:p>
        </w:tc>
        <w:tc>
          <w:tcPr>
            <w:tcW w:w="1265" w:type="dxa"/>
            <w:shd w:val="clear" w:color="auto" w:fill="F7F9FB"/>
            <w:tcMar>
              <w:top w:w="65" w:type="dxa"/>
              <w:left w:w="80" w:type="dxa"/>
              <w:bottom w:w="65" w:type="dxa"/>
              <w:right w:w="80" w:type="dxa"/>
            </w:tcMar>
            <w:vAlign w:val="center"/>
          </w:tcPr>
          <w:p w14:paraId="13CE8FB7" w14:textId="77777777" w:rsidR="002D5361" w:rsidRDefault="00000000">
            <w:r>
              <w:rPr>
                <w:sz w:val="16"/>
              </w:rPr>
              <w:t>0.542</w:t>
            </w:r>
          </w:p>
        </w:tc>
        <w:tc>
          <w:tcPr>
            <w:tcW w:w="1392" w:type="dxa"/>
            <w:shd w:val="clear" w:color="auto" w:fill="F7F9FB"/>
            <w:tcMar>
              <w:top w:w="65" w:type="dxa"/>
              <w:left w:w="80" w:type="dxa"/>
              <w:bottom w:w="65" w:type="dxa"/>
              <w:right w:w="80" w:type="dxa"/>
            </w:tcMar>
            <w:vAlign w:val="center"/>
          </w:tcPr>
          <w:p w14:paraId="766C2576" w14:textId="77777777" w:rsidR="002D5361" w:rsidRDefault="00000000">
            <w:r>
              <w:rPr>
                <w:sz w:val="16"/>
              </w:rPr>
              <w:t>3</w:t>
            </w:r>
          </w:p>
        </w:tc>
      </w:tr>
      <w:tr w:rsidR="002D5361" w14:paraId="2C26A510" w14:textId="77777777">
        <w:trPr>
          <w:cantSplit/>
          <w:jc w:val="center"/>
        </w:trPr>
        <w:tc>
          <w:tcPr>
            <w:tcW w:w="1392" w:type="dxa"/>
            <w:tcMar>
              <w:top w:w="65" w:type="dxa"/>
              <w:left w:w="80" w:type="dxa"/>
              <w:bottom w:w="65" w:type="dxa"/>
              <w:right w:w="80" w:type="dxa"/>
            </w:tcMar>
            <w:vAlign w:val="center"/>
          </w:tcPr>
          <w:p w14:paraId="6E697B4E" w14:textId="77777777" w:rsidR="002D5361" w:rsidRDefault="00000000">
            <w:r>
              <w:rPr>
                <w:sz w:val="16"/>
              </w:rPr>
              <w:t>Recent (2019-25)</w:t>
            </w:r>
          </w:p>
        </w:tc>
        <w:tc>
          <w:tcPr>
            <w:tcW w:w="875" w:type="dxa"/>
            <w:tcMar>
              <w:top w:w="65" w:type="dxa"/>
              <w:left w:w="80" w:type="dxa"/>
              <w:bottom w:w="65" w:type="dxa"/>
              <w:right w:w="80" w:type="dxa"/>
            </w:tcMar>
            <w:vAlign w:val="center"/>
          </w:tcPr>
          <w:p w14:paraId="5FAC4456" w14:textId="77777777" w:rsidR="002D5361" w:rsidRDefault="00000000">
            <w:r>
              <w:rPr>
                <w:sz w:val="16"/>
              </w:rPr>
              <w:t>33</w:t>
            </w:r>
          </w:p>
        </w:tc>
        <w:tc>
          <w:tcPr>
            <w:tcW w:w="2268" w:type="dxa"/>
            <w:tcMar>
              <w:top w:w="65" w:type="dxa"/>
              <w:left w:w="80" w:type="dxa"/>
              <w:bottom w:w="65" w:type="dxa"/>
              <w:right w:w="80" w:type="dxa"/>
            </w:tcMar>
            <w:vAlign w:val="center"/>
          </w:tcPr>
          <w:p w14:paraId="6EC691BF" w14:textId="77777777" w:rsidR="002D5361" w:rsidRDefault="00000000">
            <w:r>
              <w:rPr>
                <w:sz w:val="16"/>
              </w:rPr>
              <w:t>PMI vs Jaccard</w:t>
            </w:r>
          </w:p>
        </w:tc>
        <w:tc>
          <w:tcPr>
            <w:tcW w:w="1418" w:type="dxa"/>
            <w:tcMar>
              <w:top w:w="65" w:type="dxa"/>
              <w:left w:w="80" w:type="dxa"/>
              <w:bottom w:w="65" w:type="dxa"/>
              <w:right w:w="80" w:type="dxa"/>
            </w:tcMar>
            <w:vAlign w:val="center"/>
          </w:tcPr>
          <w:p w14:paraId="52D24BEA" w14:textId="77777777" w:rsidR="002D5361" w:rsidRDefault="00000000">
            <w:r>
              <w:rPr>
                <w:sz w:val="16"/>
              </w:rPr>
              <w:t>0.794</w:t>
            </w:r>
          </w:p>
        </w:tc>
        <w:tc>
          <w:tcPr>
            <w:tcW w:w="1134" w:type="dxa"/>
            <w:tcMar>
              <w:top w:w="65" w:type="dxa"/>
              <w:left w:w="80" w:type="dxa"/>
              <w:bottom w:w="65" w:type="dxa"/>
              <w:right w:w="80" w:type="dxa"/>
            </w:tcMar>
            <w:vAlign w:val="center"/>
          </w:tcPr>
          <w:p w14:paraId="68B72FD7" w14:textId="77777777" w:rsidR="002D5361" w:rsidRDefault="00000000">
            <w:r>
              <w:rPr>
                <w:sz w:val="16"/>
              </w:rPr>
              <w:t>3.6e-08</w:t>
            </w:r>
          </w:p>
        </w:tc>
        <w:tc>
          <w:tcPr>
            <w:tcW w:w="1265" w:type="dxa"/>
            <w:tcMar>
              <w:top w:w="65" w:type="dxa"/>
              <w:left w:w="80" w:type="dxa"/>
              <w:bottom w:w="65" w:type="dxa"/>
              <w:right w:w="80" w:type="dxa"/>
            </w:tcMar>
            <w:vAlign w:val="center"/>
          </w:tcPr>
          <w:p w14:paraId="56B33128" w14:textId="77777777" w:rsidR="002D5361" w:rsidRDefault="00000000">
            <w:r>
              <w:rPr>
                <w:sz w:val="16"/>
              </w:rPr>
              <w:t>0.557</w:t>
            </w:r>
          </w:p>
        </w:tc>
        <w:tc>
          <w:tcPr>
            <w:tcW w:w="1392" w:type="dxa"/>
            <w:tcMar>
              <w:top w:w="65" w:type="dxa"/>
              <w:left w:w="80" w:type="dxa"/>
              <w:bottom w:w="65" w:type="dxa"/>
              <w:right w:w="80" w:type="dxa"/>
            </w:tcMar>
            <w:vAlign w:val="center"/>
          </w:tcPr>
          <w:p w14:paraId="3371B482" w14:textId="77777777" w:rsidR="002D5361" w:rsidRDefault="00000000">
            <w:r>
              <w:rPr>
                <w:sz w:val="16"/>
              </w:rPr>
              <w:t>8</w:t>
            </w:r>
          </w:p>
        </w:tc>
      </w:tr>
    </w:tbl>
    <w:p w14:paraId="61971560" w14:textId="77777777" w:rsidR="002D5361" w:rsidRDefault="002D5361">
      <w:pPr>
        <w:spacing w:after="0"/>
      </w:pPr>
    </w:p>
    <w:p w14:paraId="7C1BF769" w14:textId="77777777" w:rsidR="002D5361" w:rsidRDefault="00000000">
      <w:r>
        <w:rPr>
          <w:b/>
          <w:sz w:val="16"/>
        </w:rPr>
        <w:t>Note.</w:t>
      </w:r>
      <w:r>
        <w:rPr>
          <w:sz w:val="16"/>
        </w:rPr>
        <w:t xml:space="preserve"> Without-replacement equal-N subsampling was used because repeated selection of the same document would inflate edge support. The middle and recent matched-N distributions overlap substantially. Because author keywords are also included in the </w:t>
      </w:r>
      <w:proofErr w:type="spellStart"/>
      <w:r>
        <w:rPr>
          <w:sz w:val="16"/>
        </w:rPr>
        <w:t>BERTopic</w:t>
      </w:r>
      <w:proofErr w:type="spellEnd"/>
      <w:r>
        <w:rPr>
          <w:sz w:val="16"/>
        </w:rPr>
        <w:t xml:space="preserve"> input, the co-word analysis is descriptive and does not provide independent validation.</w:t>
      </w:r>
    </w:p>
    <w:p w14:paraId="57EF7ACB" w14:textId="77777777" w:rsidR="002D5361" w:rsidRDefault="00000000">
      <w:pPr>
        <w:pStyle w:val="Heading1"/>
      </w:pPr>
      <w:r>
        <w:rPr>
          <w:rFonts w:ascii="Times New Roman" w:hAnsi="Times New Roman"/>
        </w:rPr>
        <w:t>S7. Auxiliary corpus relevance score (CRS)</w:t>
      </w:r>
    </w:p>
    <w:p w14:paraId="19469D22" w14:textId="77777777" w:rsidR="002D5361" w:rsidRDefault="00000000">
      <w:pPr>
        <w:ind w:firstLine="283"/>
      </w:pPr>
      <w:r>
        <w:t xml:space="preserve">The Conservative Relevance Score (CRS) is an auxiliary rule for identifying domestic policy-type mega-regional governance, not demographic vocabulary. CRS = 5×hard + 1×soft − 2×foreign − 1×urban. Hard terms include </w:t>
      </w:r>
      <w:proofErr w:type="spellStart"/>
      <w:r>
        <w:t>특별지방자치단체</w:t>
      </w:r>
      <w:proofErr w:type="spellEnd"/>
      <w:r>
        <w:t xml:space="preserve"> and </w:t>
      </w:r>
      <w:proofErr w:type="spellStart"/>
      <w:r>
        <w:t>초광역권계획</w:t>
      </w:r>
      <w:proofErr w:type="spellEnd"/>
      <w:r>
        <w:t xml:space="preserve">; soft terms include regional-coalition names such as </w:t>
      </w:r>
      <w:proofErr w:type="spellStart"/>
      <w:r>
        <w:t>부울경</w:t>
      </w:r>
      <w:proofErr w:type="spellEnd"/>
      <w:r>
        <w:t xml:space="preserve"> and </w:t>
      </w:r>
      <w:proofErr w:type="spellStart"/>
      <w:r>
        <w:lastRenderedPageBreak/>
        <w:t>대구경북</w:t>
      </w:r>
      <w:proofErr w:type="spellEnd"/>
      <w:r>
        <w:t>. Extended requires score ≥ 5, hard ≥ 1, foreign ≤ 1, and urban ≤ 1. Core requires score ≥ 6, hard ≥ 1, foreign = 0, and urban ≤ 1; Stricter Core raises the score cutoff to 7. Core is nested within Extended.</w:t>
      </w:r>
    </w:p>
    <w:p w14:paraId="4506DD98" w14:textId="77777777" w:rsidR="002D5361" w:rsidRDefault="00000000">
      <w:pPr>
        <w:pStyle w:val="TableCaption"/>
      </w:pPr>
      <w:r>
        <w:t>Table S10. CRS threshold-region census confusion matrix and metrics</w:t>
      </w:r>
    </w:p>
    <w:tbl>
      <w:tblPr>
        <w:tblStyle w:val="TableGrid"/>
        <w:tblW w:w="0" w:type="auto"/>
        <w:jc w:val="center"/>
        <w:tblLook w:val="04A0" w:firstRow="1" w:lastRow="0" w:firstColumn="1" w:lastColumn="0" w:noHBand="0" w:noVBand="1"/>
      </w:tblPr>
      <w:tblGrid>
        <w:gridCol w:w="3249"/>
        <w:gridCol w:w="3249"/>
        <w:gridCol w:w="3249"/>
      </w:tblGrid>
      <w:tr w:rsidR="002D5361" w14:paraId="268BC9F3" w14:textId="77777777">
        <w:trPr>
          <w:cantSplit/>
          <w:tblHeader/>
          <w:jc w:val="center"/>
        </w:trPr>
        <w:tc>
          <w:tcPr>
            <w:tcW w:w="3249" w:type="dxa"/>
            <w:shd w:val="clear" w:color="auto" w:fill="D9EAF7"/>
            <w:tcMar>
              <w:top w:w="55" w:type="dxa"/>
              <w:left w:w="70" w:type="dxa"/>
              <w:bottom w:w="55" w:type="dxa"/>
              <w:right w:w="70" w:type="dxa"/>
            </w:tcMar>
            <w:vAlign w:val="center"/>
          </w:tcPr>
          <w:p w14:paraId="336FEB8F" w14:textId="77777777" w:rsidR="002D5361" w:rsidRDefault="002D5361"/>
        </w:tc>
        <w:tc>
          <w:tcPr>
            <w:tcW w:w="3249" w:type="dxa"/>
            <w:shd w:val="clear" w:color="auto" w:fill="D9EAF7"/>
            <w:tcMar>
              <w:top w:w="55" w:type="dxa"/>
              <w:left w:w="70" w:type="dxa"/>
              <w:bottom w:w="55" w:type="dxa"/>
              <w:right w:w="70" w:type="dxa"/>
            </w:tcMar>
            <w:vAlign w:val="center"/>
          </w:tcPr>
          <w:p w14:paraId="67AC9088" w14:textId="77777777" w:rsidR="002D5361" w:rsidRDefault="00000000">
            <w:r>
              <w:rPr>
                <w:b/>
                <w:sz w:val="16"/>
              </w:rPr>
              <w:t>Human relevant</w:t>
            </w:r>
          </w:p>
        </w:tc>
        <w:tc>
          <w:tcPr>
            <w:tcW w:w="3249" w:type="dxa"/>
            <w:shd w:val="clear" w:color="auto" w:fill="D9EAF7"/>
            <w:tcMar>
              <w:top w:w="55" w:type="dxa"/>
              <w:left w:w="70" w:type="dxa"/>
              <w:bottom w:w="55" w:type="dxa"/>
              <w:right w:w="70" w:type="dxa"/>
            </w:tcMar>
            <w:vAlign w:val="center"/>
          </w:tcPr>
          <w:p w14:paraId="6231AB76" w14:textId="77777777" w:rsidR="002D5361" w:rsidRDefault="00000000">
            <w:r>
              <w:rPr>
                <w:b/>
                <w:sz w:val="16"/>
              </w:rPr>
              <w:t>Human not relevant</w:t>
            </w:r>
          </w:p>
        </w:tc>
      </w:tr>
      <w:tr w:rsidR="002D5361" w14:paraId="67128419" w14:textId="77777777">
        <w:trPr>
          <w:cantSplit/>
          <w:jc w:val="center"/>
        </w:trPr>
        <w:tc>
          <w:tcPr>
            <w:tcW w:w="3249" w:type="dxa"/>
            <w:tcMar>
              <w:top w:w="55" w:type="dxa"/>
              <w:left w:w="70" w:type="dxa"/>
              <w:bottom w:w="55" w:type="dxa"/>
              <w:right w:w="70" w:type="dxa"/>
            </w:tcMar>
            <w:vAlign w:val="center"/>
          </w:tcPr>
          <w:p w14:paraId="5BCF4153" w14:textId="77777777" w:rsidR="002D5361" w:rsidRDefault="00000000">
            <w:r>
              <w:rPr>
                <w:sz w:val="16"/>
              </w:rPr>
              <w:t>CRS Core</w:t>
            </w:r>
          </w:p>
        </w:tc>
        <w:tc>
          <w:tcPr>
            <w:tcW w:w="3249" w:type="dxa"/>
            <w:tcMar>
              <w:top w:w="55" w:type="dxa"/>
              <w:left w:w="70" w:type="dxa"/>
              <w:bottom w:w="55" w:type="dxa"/>
              <w:right w:w="70" w:type="dxa"/>
            </w:tcMar>
            <w:vAlign w:val="center"/>
          </w:tcPr>
          <w:p w14:paraId="3909E305" w14:textId="77777777" w:rsidR="002D5361" w:rsidRDefault="00000000">
            <w:r>
              <w:rPr>
                <w:sz w:val="16"/>
              </w:rPr>
              <w:t>11</w:t>
            </w:r>
          </w:p>
        </w:tc>
        <w:tc>
          <w:tcPr>
            <w:tcW w:w="3249" w:type="dxa"/>
            <w:tcMar>
              <w:top w:w="55" w:type="dxa"/>
              <w:left w:w="70" w:type="dxa"/>
              <w:bottom w:w="55" w:type="dxa"/>
              <w:right w:w="70" w:type="dxa"/>
            </w:tcMar>
            <w:vAlign w:val="center"/>
          </w:tcPr>
          <w:p w14:paraId="4B5716CD" w14:textId="77777777" w:rsidR="002D5361" w:rsidRDefault="00000000">
            <w:r>
              <w:rPr>
                <w:sz w:val="16"/>
              </w:rPr>
              <w:t>2</w:t>
            </w:r>
          </w:p>
        </w:tc>
      </w:tr>
      <w:tr w:rsidR="002D5361" w14:paraId="38232EF1" w14:textId="77777777">
        <w:trPr>
          <w:cantSplit/>
          <w:jc w:val="center"/>
        </w:trPr>
        <w:tc>
          <w:tcPr>
            <w:tcW w:w="3249" w:type="dxa"/>
            <w:shd w:val="clear" w:color="auto" w:fill="F7F9FB"/>
            <w:tcMar>
              <w:top w:w="55" w:type="dxa"/>
              <w:left w:w="70" w:type="dxa"/>
              <w:bottom w:w="55" w:type="dxa"/>
              <w:right w:w="70" w:type="dxa"/>
            </w:tcMar>
            <w:vAlign w:val="center"/>
          </w:tcPr>
          <w:p w14:paraId="4C6293D0" w14:textId="77777777" w:rsidR="002D5361" w:rsidRDefault="00000000">
            <w:r>
              <w:rPr>
                <w:sz w:val="16"/>
              </w:rPr>
              <w:t>Not CRS Core</w:t>
            </w:r>
          </w:p>
        </w:tc>
        <w:tc>
          <w:tcPr>
            <w:tcW w:w="3249" w:type="dxa"/>
            <w:shd w:val="clear" w:color="auto" w:fill="F7F9FB"/>
            <w:tcMar>
              <w:top w:w="55" w:type="dxa"/>
              <w:left w:w="70" w:type="dxa"/>
              <w:bottom w:w="55" w:type="dxa"/>
              <w:right w:w="70" w:type="dxa"/>
            </w:tcMar>
            <w:vAlign w:val="center"/>
          </w:tcPr>
          <w:p w14:paraId="7CCD7F81" w14:textId="77777777" w:rsidR="002D5361" w:rsidRDefault="00000000">
            <w:r>
              <w:rPr>
                <w:sz w:val="16"/>
              </w:rPr>
              <w:t>2</w:t>
            </w:r>
          </w:p>
        </w:tc>
        <w:tc>
          <w:tcPr>
            <w:tcW w:w="3249" w:type="dxa"/>
            <w:shd w:val="clear" w:color="auto" w:fill="F7F9FB"/>
            <w:tcMar>
              <w:top w:w="55" w:type="dxa"/>
              <w:left w:w="70" w:type="dxa"/>
              <w:bottom w:w="55" w:type="dxa"/>
              <w:right w:w="70" w:type="dxa"/>
            </w:tcMar>
            <w:vAlign w:val="center"/>
          </w:tcPr>
          <w:p w14:paraId="72A17C1C" w14:textId="77777777" w:rsidR="002D5361" w:rsidRDefault="00000000">
            <w:r>
              <w:rPr>
                <w:sz w:val="16"/>
              </w:rPr>
              <w:t>15</w:t>
            </w:r>
          </w:p>
        </w:tc>
      </w:tr>
    </w:tbl>
    <w:p w14:paraId="38CC9543" w14:textId="77777777" w:rsidR="002D5361" w:rsidRDefault="002D5361">
      <w:pPr>
        <w:spacing w:after="0"/>
      </w:pPr>
    </w:p>
    <w:p w14:paraId="1B8710A5" w14:textId="77777777" w:rsidR="002D5361" w:rsidRDefault="00000000">
      <w:r>
        <w:rPr>
          <w:b/>
          <w:sz w:val="16"/>
        </w:rPr>
        <w:t>Note.</w:t>
      </w:r>
      <w:r>
        <w:rPr>
          <w:sz w:val="16"/>
        </w:rPr>
        <w:t xml:space="preserve"> The census covered all 30 records with scores 4–7. Agreement compares the fixed CRS rule with a single human adjudication, not two independent human coders. Precision = recall = F1 = 0.846; accuracy = 0.867; Cohen's κ = 0.729. The human reference labels themselves therefore do not have an independently estimated inter-coder reliability. The Conservative Relevance Score is exploratory and domain-specific, not a validated screening classifier, and this 30-record census does not estimate its sensitivity, specificity, or recall over the full corpus.</w:t>
      </w:r>
    </w:p>
    <w:p w14:paraId="27965399" w14:textId="77777777" w:rsidR="002D5361" w:rsidRDefault="00000000">
      <w:pPr>
        <w:pStyle w:val="TableCaption"/>
      </w:pPr>
      <w:r>
        <w:t>Table S11. CRS alternative specifications</w:t>
      </w:r>
    </w:p>
    <w:tbl>
      <w:tblPr>
        <w:tblStyle w:val="TableGrid"/>
        <w:tblW w:w="0" w:type="auto"/>
        <w:jc w:val="center"/>
        <w:tblLook w:val="04A0" w:firstRow="1" w:lastRow="0" w:firstColumn="1" w:lastColumn="0" w:noHBand="0" w:noVBand="1"/>
      </w:tblPr>
      <w:tblGrid>
        <w:gridCol w:w="1343"/>
        <w:gridCol w:w="1070"/>
        <w:gridCol w:w="1068"/>
        <w:gridCol w:w="1074"/>
        <w:gridCol w:w="1072"/>
        <w:gridCol w:w="1068"/>
        <w:gridCol w:w="1074"/>
        <w:gridCol w:w="1065"/>
        <w:gridCol w:w="1072"/>
      </w:tblGrid>
      <w:tr w:rsidR="002D5361" w14:paraId="4FC96105" w14:textId="77777777">
        <w:trPr>
          <w:cantSplit/>
          <w:tblHeader/>
          <w:jc w:val="center"/>
        </w:trPr>
        <w:tc>
          <w:tcPr>
            <w:tcW w:w="1083" w:type="dxa"/>
            <w:shd w:val="clear" w:color="auto" w:fill="D9EAF7"/>
            <w:tcMar>
              <w:top w:w="65" w:type="dxa"/>
              <w:left w:w="80" w:type="dxa"/>
              <w:bottom w:w="65" w:type="dxa"/>
              <w:right w:w="80" w:type="dxa"/>
            </w:tcMar>
            <w:vAlign w:val="center"/>
          </w:tcPr>
          <w:p w14:paraId="4D11DD43" w14:textId="77777777" w:rsidR="002D5361" w:rsidRDefault="00000000">
            <w:r>
              <w:rPr>
                <w:b/>
                <w:sz w:val="16"/>
              </w:rPr>
              <w:t>Specification</w:t>
            </w:r>
          </w:p>
        </w:tc>
        <w:tc>
          <w:tcPr>
            <w:tcW w:w="1083" w:type="dxa"/>
            <w:shd w:val="clear" w:color="auto" w:fill="D9EAF7"/>
            <w:tcMar>
              <w:top w:w="65" w:type="dxa"/>
              <w:left w:w="80" w:type="dxa"/>
              <w:bottom w:w="65" w:type="dxa"/>
              <w:right w:w="80" w:type="dxa"/>
            </w:tcMar>
            <w:vAlign w:val="center"/>
          </w:tcPr>
          <w:p w14:paraId="41623486" w14:textId="77777777" w:rsidR="002D5361" w:rsidRDefault="00000000">
            <w:r>
              <w:rPr>
                <w:b/>
                <w:sz w:val="16"/>
              </w:rPr>
              <w:t>Hard</w:t>
            </w:r>
          </w:p>
        </w:tc>
        <w:tc>
          <w:tcPr>
            <w:tcW w:w="1083" w:type="dxa"/>
            <w:shd w:val="clear" w:color="auto" w:fill="D9EAF7"/>
            <w:tcMar>
              <w:top w:w="65" w:type="dxa"/>
              <w:left w:w="80" w:type="dxa"/>
              <w:bottom w:w="65" w:type="dxa"/>
              <w:right w:w="80" w:type="dxa"/>
            </w:tcMar>
            <w:vAlign w:val="center"/>
          </w:tcPr>
          <w:p w14:paraId="6F85C2B5" w14:textId="77777777" w:rsidR="002D5361" w:rsidRDefault="00000000">
            <w:r>
              <w:rPr>
                <w:b/>
                <w:sz w:val="16"/>
              </w:rPr>
              <w:t>Soft</w:t>
            </w:r>
          </w:p>
        </w:tc>
        <w:tc>
          <w:tcPr>
            <w:tcW w:w="1083" w:type="dxa"/>
            <w:shd w:val="clear" w:color="auto" w:fill="D9EAF7"/>
            <w:tcMar>
              <w:top w:w="65" w:type="dxa"/>
              <w:left w:w="80" w:type="dxa"/>
              <w:bottom w:w="65" w:type="dxa"/>
              <w:right w:w="80" w:type="dxa"/>
            </w:tcMar>
            <w:vAlign w:val="center"/>
          </w:tcPr>
          <w:p w14:paraId="798B8546" w14:textId="77777777" w:rsidR="002D5361" w:rsidRDefault="00000000">
            <w:r>
              <w:rPr>
                <w:b/>
                <w:sz w:val="16"/>
              </w:rPr>
              <w:t>Foreign</w:t>
            </w:r>
          </w:p>
        </w:tc>
        <w:tc>
          <w:tcPr>
            <w:tcW w:w="1083" w:type="dxa"/>
            <w:shd w:val="clear" w:color="auto" w:fill="D9EAF7"/>
            <w:tcMar>
              <w:top w:w="65" w:type="dxa"/>
              <w:left w:w="80" w:type="dxa"/>
              <w:bottom w:w="65" w:type="dxa"/>
              <w:right w:w="80" w:type="dxa"/>
            </w:tcMar>
            <w:vAlign w:val="center"/>
          </w:tcPr>
          <w:p w14:paraId="7884C171" w14:textId="77777777" w:rsidR="002D5361" w:rsidRDefault="00000000">
            <w:r>
              <w:rPr>
                <w:b/>
                <w:sz w:val="16"/>
              </w:rPr>
              <w:t>Urban</w:t>
            </w:r>
          </w:p>
        </w:tc>
        <w:tc>
          <w:tcPr>
            <w:tcW w:w="1083" w:type="dxa"/>
            <w:shd w:val="clear" w:color="auto" w:fill="D9EAF7"/>
            <w:tcMar>
              <w:top w:w="65" w:type="dxa"/>
              <w:left w:w="80" w:type="dxa"/>
              <w:bottom w:w="65" w:type="dxa"/>
              <w:right w:w="80" w:type="dxa"/>
            </w:tcMar>
            <w:vAlign w:val="center"/>
          </w:tcPr>
          <w:p w14:paraId="17FE055D" w14:textId="77777777" w:rsidR="002D5361" w:rsidRDefault="00000000">
            <w:r>
              <w:rPr>
                <w:b/>
                <w:sz w:val="16"/>
              </w:rPr>
              <w:t>Cut</w:t>
            </w:r>
          </w:p>
        </w:tc>
        <w:tc>
          <w:tcPr>
            <w:tcW w:w="1083" w:type="dxa"/>
            <w:shd w:val="clear" w:color="auto" w:fill="D9EAF7"/>
            <w:tcMar>
              <w:top w:w="65" w:type="dxa"/>
              <w:left w:w="80" w:type="dxa"/>
              <w:bottom w:w="65" w:type="dxa"/>
              <w:right w:w="80" w:type="dxa"/>
            </w:tcMar>
            <w:vAlign w:val="center"/>
          </w:tcPr>
          <w:p w14:paraId="07207743" w14:textId="77777777" w:rsidR="002D5361" w:rsidRDefault="00000000">
            <w:r>
              <w:rPr>
                <w:b/>
                <w:sz w:val="16"/>
              </w:rPr>
              <w:t>Foreign max</w:t>
            </w:r>
          </w:p>
        </w:tc>
        <w:tc>
          <w:tcPr>
            <w:tcW w:w="1083" w:type="dxa"/>
            <w:shd w:val="clear" w:color="auto" w:fill="D9EAF7"/>
            <w:tcMar>
              <w:top w:w="65" w:type="dxa"/>
              <w:left w:w="80" w:type="dxa"/>
              <w:bottom w:w="65" w:type="dxa"/>
              <w:right w:w="80" w:type="dxa"/>
            </w:tcMar>
            <w:vAlign w:val="center"/>
          </w:tcPr>
          <w:p w14:paraId="038BFAD8" w14:textId="77777777" w:rsidR="002D5361" w:rsidRDefault="00000000">
            <w:r>
              <w:rPr>
                <w:b/>
                <w:sz w:val="16"/>
              </w:rPr>
              <w:t>n</w:t>
            </w:r>
          </w:p>
        </w:tc>
        <w:tc>
          <w:tcPr>
            <w:tcW w:w="1083" w:type="dxa"/>
            <w:shd w:val="clear" w:color="auto" w:fill="D9EAF7"/>
            <w:tcMar>
              <w:top w:w="65" w:type="dxa"/>
              <w:left w:w="80" w:type="dxa"/>
              <w:bottom w:w="65" w:type="dxa"/>
              <w:right w:w="80" w:type="dxa"/>
            </w:tcMar>
            <w:vAlign w:val="center"/>
          </w:tcPr>
          <w:p w14:paraId="2C22D81B" w14:textId="77777777" w:rsidR="002D5361" w:rsidRDefault="00000000">
            <w:r>
              <w:rPr>
                <w:b/>
                <w:sz w:val="16"/>
              </w:rPr>
              <w:t>% corpus</w:t>
            </w:r>
          </w:p>
        </w:tc>
      </w:tr>
      <w:tr w:rsidR="002D5361" w14:paraId="78D5450B" w14:textId="77777777">
        <w:trPr>
          <w:cantSplit/>
          <w:jc w:val="center"/>
        </w:trPr>
        <w:tc>
          <w:tcPr>
            <w:tcW w:w="1083" w:type="dxa"/>
            <w:tcMar>
              <w:top w:w="65" w:type="dxa"/>
              <w:left w:w="80" w:type="dxa"/>
              <w:bottom w:w="65" w:type="dxa"/>
              <w:right w:w="80" w:type="dxa"/>
            </w:tcMar>
            <w:vAlign w:val="center"/>
          </w:tcPr>
          <w:p w14:paraId="7B9BD527" w14:textId="77777777" w:rsidR="002D5361" w:rsidRDefault="00000000">
            <w:r>
              <w:rPr>
                <w:sz w:val="16"/>
              </w:rPr>
              <w:t>lenient</w:t>
            </w:r>
          </w:p>
        </w:tc>
        <w:tc>
          <w:tcPr>
            <w:tcW w:w="1083" w:type="dxa"/>
            <w:tcMar>
              <w:top w:w="65" w:type="dxa"/>
              <w:left w:w="80" w:type="dxa"/>
              <w:bottom w:w="65" w:type="dxa"/>
              <w:right w:w="80" w:type="dxa"/>
            </w:tcMar>
            <w:vAlign w:val="center"/>
          </w:tcPr>
          <w:p w14:paraId="244D3F4B" w14:textId="77777777" w:rsidR="002D5361" w:rsidRDefault="00000000">
            <w:r>
              <w:rPr>
                <w:sz w:val="16"/>
              </w:rPr>
              <w:t>4</w:t>
            </w:r>
          </w:p>
        </w:tc>
        <w:tc>
          <w:tcPr>
            <w:tcW w:w="1083" w:type="dxa"/>
            <w:tcMar>
              <w:top w:w="65" w:type="dxa"/>
              <w:left w:w="80" w:type="dxa"/>
              <w:bottom w:w="65" w:type="dxa"/>
              <w:right w:w="80" w:type="dxa"/>
            </w:tcMar>
            <w:vAlign w:val="center"/>
          </w:tcPr>
          <w:p w14:paraId="4281D91E" w14:textId="77777777" w:rsidR="002D5361" w:rsidRDefault="00000000">
            <w:r>
              <w:rPr>
                <w:sz w:val="16"/>
              </w:rPr>
              <w:t>1</w:t>
            </w:r>
          </w:p>
        </w:tc>
        <w:tc>
          <w:tcPr>
            <w:tcW w:w="1083" w:type="dxa"/>
            <w:tcMar>
              <w:top w:w="65" w:type="dxa"/>
              <w:left w:w="80" w:type="dxa"/>
              <w:bottom w:w="65" w:type="dxa"/>
              <w:right w:w="80" w:type="dxa"/>
            </w:tcMar>
            <w:vAlign w:val="center"/>
          </w:tcPr>
          <w:p w14:paraId="0A732892" w14:textId="77777777" w:rsidR="002D5361" w:rsidRDefault="00000000">
            <w:r>
              <w:rPr>
                <w:sz w:val="16"/>
              </w:rPr>
              <w:t>−1</w:t>
            </w:r>
          </w:p>
        </w:tc>
        <w:tc>
          <w:tcPr>
            <w:tcW w:w="1083" w:type="dxa"/>
            <w:tcMar>
              <w:top w:w="65" w:type="dxa"/>
              <w:left w:w="80" w:type="dxa"/>
              <w:bottom w:w="65" w:type="dxa"/>
              <w:right w:w="80" w:type="dxa"/>
            </w:tcMar>
            <w:vAlign w:val="center"/>
          </w:tcPr>
          <w:p w14:paraId="7EE82641" w14:textId="77777777" w:rsidR="002D5361" w:rsidRDefault="00000000">
            <w:r>
              <w:rPr>
                <w:sz w:val="16"/>
              </w:rPr>
              <w:t>−1</w:t>
            </w:r>
          </w:p>
        </w:tc>
        <w:tc>
          <w:tcPr>
            <w:tcW w:w="1083" w:type="dxa"/>
            <w:tcMar>
              <w:top w:w="65" w:type="dxa"/>
              <w:left w:w="80" w:type="dxa"/>
              <w:bottom w:w="65" w:type="dxa"/>
              <w:right w:w="80" w:type="dxa"/>
            </w:tcMar>
            <w:vAlign w:val="center"/>
          </w:tcPr>
          <w:p w14:paraId="2B1074D0" w14:textId="77777777" w:rsidR="002D5361" w:rsidRDefault="00000000">
            <w:r>
              <w:rPr>
                <w:sz w:val="16"/>
              </w:rPr>
              <w:t>5</w:t>
            </w:r>
          </w:p>
        </w:tc>
        <w:tc>
          <w:tcPr>
            <w:tcW w:w="1083" w:type="dxa"/>
            <w:tcMar>
              <w:top w:w="65" w:type="dxa"/>
              <w:left w:w="80" w:type="dxa"/>
              <w:bottom w:w="65" w:type="dxa"/>
              <w:right w:w="80" w:type="dxa"/>
            </w:tcMar>
            <w:vAlign w:val="center"/>
          </w:tcPr>
          <w:p w14:paraId="315E2A4D" w14:textId="77777777" w:rsidR="002D5361" w:rsidRDefault="00000000">
            <w:r>
              <w:rPr>
                <w:sz w:val="16"/>
              </w:rPr>
              <w:t>1</w:t>
            </w:r>
          </w:p>
        </w:tc>
        <w:tc>
          <w:tcPr>
            <w:tcW w:w="1083" w:type="dxa"/>
            <w:tcMar>
              <w:top w:w="65" w:type="dxa"/>
              <w:left w:w="80" w:type="dxa"/>
              <w:bottom w:w="65" w:type="dxa"/>
              <w:right w:w="80" w:type="dxa"/>
            </w:tcMar>
            <w:vAlign w:val="center"/>
          </w:tcPr>
          <w:p w14:paraId="0489A48B" w14:textId="77777777" w:rsidR="002D5361" w:rsidRDefault="00000000">
            <w:r>
              <w:rPr>
                <w:sz w:val="16"/>
              </w:rPr>
              <w:t>24</w:t>
            </w:r>
          </w:p>
        </w:tc>
        <w:tc>
          <w:tcPr>
            <w:tcW w:w="1083" w:type="dxa"/>
            <w:tcMar>
              <w:top w:w="65" w:type="dxa"/>
              <w:left w:w="80" w:type="dxa"/>
              <w:bottom w:w="65" w:type="dxa"/>
              <w:right w:w="80" w:type="dxa"/>
            </w:tcMar>
            <w:vAlign w:val="center"/>
          </w:tcPr>
          <w:p w14:paraId="2F7A106F" w14:textId="77777777" w:rsidR="002D5361" w:rsidRDefault="00000000">
            <w:r>
              <w:rPr>
                <w:sz w:val="16"/>
              </w:rPr>
              <w:t>2.13</w:t>
            </w:r>
          </w:p>
        </w:tc>
      </w:tr>
      <w:tr w:rsidR="002D5361" w14:paraId="31F6947B" w14:textId="77777777">
        <w:trPr>
          <w:cantSplit/>
          <w:jc w:val="center"/>
        </w:trPr>
        <w:tc>
          <w:tcPr>
            <w:tcW w:w="1083" w:type="dxa"/>
            <w:shd w:val="clear" w:color="auto" w:fill="F7F9FB"/>
            <w:tcMar>
              <w:top w:w="65" w:type="dxa"/>
              <w:left w:w="80" w:type="dxa"/>
              <w:bottom w:w="65" w:type="dxa"/>
              <w:right w:w="80" w:type="dxa"/>
            </w:tcMar>
            <w:vAlign w:val="center"/>
          </w:tcPr>
          <w:p w14:paraId="28C6A538" w14:textId="77777777" w:rsidR="002D5361" w:rsidRDefault="00000000">
            <w:proofErr w:type="spellStart"/>
            <w:r>
              <w:rPr>
                <w:sz w:val="16"/>
              </w:rPr>
              <w:t>baseline_extended</w:t>
            </w:r>
            <w:proofErr w:type="spellEnd"/>
          </w:p>
        </w:tc>
        <w:tc>
          <w:tcPr>
            <w:tcW w:w="1083" w:type="dxa"/>
            <w:shd w:val="clear" w:color="auto" w:fill="F7F9FB"/>
            <w:tcMar>
              <w:top w:w="65" w:type="dxa"/>
              <w:left w:w="80" w:type="dxa"/>
              <w:bottom w:w="65" w:type="dxa"/>
              <w:right w:w="80" w:type="dxa"/>
            </w:tcMar>
            <w:vAlign w:val="center"/>
          </w:tcPr>
          <w:p w14:paraId="67BD104F" w14:textId="77777777" w:rsidR="002D5361" w:rsidRDefault="00000000">
            <w:r>
              <w:rPr>
                <w:sz w:val="16"/>
              </w:rPr>
              <w:t>5</w:t>
            </w:r>
          </w:p>
        </w:tc>
        <w:tc>
          <w:tcPr>
            <w:tcW w:w="1083" w:type="dxa"/>
            <w:shd w:val="clear" w:color="auto" w:fill="F7F9FB"/>
            <w:tcMar>
              <w:top w:w="65" w:type="dxa"/>
              <w:left w:w="80" w:type="dxa"/>
              <w:bottom w:w="65" w:type="dxa"/>
              <w:right w:w="80" w:type="dxa"/>
            </w:tcMar>
            <w:vAlign w:val="center"/>
          </w:tcPr>
          <w:p w14:paraId="5B27A507"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1AF2E0D3" w14:textId="77777777" w:rsidR="002D5361" w:rsidRDefault="00000000">
            <w:r>
              <w:rPr>
                <w:sz w:val="16"/>
              </w:rPr>
              <w:t>−2</w:t>
            </w:r>
          </w:p>
        </w:tc>
        <w:tc>
          <w:tcPr>
            <w:tcW w:w="1083" w:type="dxa"/>
            <w:shd w:val="clear" w:color="auto" w:fill="F7F9FB"/>
            <w:tcMar>
              <w:top w:w="65" w:type="dxa"/>
              <w:left w:w="80" w:type="dxa"/>
              <w:bottom w:w="65" w:type="dxa"/>
              <w:right w:w="80" w:type="dxa"/>
            </w:tcMar>
            <w:vAlign w:val="center"/>
          </w:tcPr>
          <w:p w14:paraId="72A7CBFA"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2A49210B" w14:textId="77777777" w:rsidR="002D5361" w:rsidRDefault="00000000">
            <w:r>
              <w:rPr>
                <w:sz w:val="16"/>
              </w:rPr>
              <w:t>5</w:t>
            </w:r>
          </w:p>
        </w:tc>
        <w:tc>
          <w:tcPr>
            <w:tcW w:w="1083" w:type="dxa"/>
            <w:shd w:val="clear" w:color="auto" w:fill="F7F9FB"/>
            <w:tcMar>
              <w:top w:w="65" w:type="dxa"/>
              <w:left w:w="80" w:type="dxa"/>
              <w:bottom w:w="65" w:type="dxa"/>
              <w:right w:w="80" w:type="dxa"/>
            </w:tcMar>
            <w:vAlign w:val="center"/>
          </w:tcPr>
          <w:p w14:paraId="52857A23"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65AB7411" w14:textId="77777777" w:rsidR="002D5361" w:rsidRDefault="00000000">
            <w:r>
              <w:rPr>
                <w:sz w:val="16"/>
              </w:rPr>
              <w:t>38</w:t>
            </w:r>
          </w:p>
        </w:tc>
        <w:tc>
          <w:tcPr>
            <w:tcW w:w="1083" w:type="dxa"/>
            <w:shd w:val="clear" w:color="auto" w:fill="F7F9FB"/>
            <w:tcMar>
              <w:top w:w="65" w:type="dxa"/>
              <w:left w:w="80" w:type="dxa"/>
              <w:bottom w:w="65" w:type="dxa"/>
              <w:right w:w="80" w:type="dxa"/>
            </w:tcMar>
            <w:vAlign w:val="center"/>
          </w:tcPr>
          <w:p w14:paraId="7D90AAD4" w14:textId="77777777" w:rsidR="002D5361" w:rsidRDefault="00000000">
            <w:r>
              <w:rPr>
                <w:sz w:val="16"/>
              </w:rPr>
              <w:t>3.37</w:t>
            </w:r>
          </w:p>
        </w:tc>
      </w:tr>
      <w:tr w:rsidR="002D5361" w14:paraId="4F7C55CD" w14:textId="77777777">
        <w:trPr>
          <w:cantSplit/>
          <w:jc w:val="center"/>
        </w:trPr>
        <w:tc>
          <w:tcPr>
            <w:tcW w:w="1083" w:type="dxa"/>
            <w:tcMar>
              <w:top w:w="65" w:type="dxa"/>
              <w:left w:w="80" w:type="dxa"/>
              <w:bottom w:w="65" w:type="dxa"/>
              <w:right w:w="80" w:type="dxa"/>
            </w:tcMar>
            <w:vAlign w:val="center"/>
          </w:tcPr>
          <w:p w14:paraId="5BAB0A20" w14:textId="77777777" w:rsidR="002D5361" w:rsidRDefault="00000000">
            <w:proofErr w:type="spellStart"/>
            <w:r>
              <w:rPr>
                <w:sz w:val="16"/>
              </w:rPr>
              <w:t>baseline_core</w:t>
            </w:r>
            <w:proofErr w:type="spellEnd"/>
          </w:p>
        </w:tc>
        <w:tc>
          <w:tcPr>
            <w:tcW w:w="1083" w:type="dxa"/>
            <w:tcMar>
              <w:top w:w="65" w:type="dxa"/>
              <w:left w:w="80" w:type="dxa"/>
              <w:bottom w:w="65" w:type="dxa"/>
              <w:right w:w="80" w:type="dxa"/>
            </w:tcMar>
            <w:vAlign w:val="center"/>
          </w:tcPr>
          <w:p w14:paraId="4BB0467D" w14:textId="77777777" w:rsidR="002D5361" w:rsidRDefault="00000000">
            <w:r>
              <w:rPr>
                <w:sz w:val="16"/>
              </w:rPr>
              <w:t>5</w:t>
            </w:r>
          </w:p>
        </w:tc>
        <w:tc>
          <w:tcPr>
            <w:tcW w:w="1083" w:type="dxa"/>
            <w:tcMar>
              <w:top w:w="65" w:type="dxa"/>
              <w:left w:w="80" w:type="dxa"/>
              <w:bottom w:w="65" w:type="dxa"/>
              <w:right w:w="80" w:type="dxa"/>
            </w:tcMar>
            <w:vAlign w:val="center"/>
          </w:tcPr>
          <w:p w14:paraId="448D1395" w14:textId="77777777" w:rsidR="002D5361" w:rsidRDefault="00000000">
            <w:r>
              <w:rPr>
                <w:sz w:val="16"/>
              </w:rPr>
              <w:t>1</w:t>
            </w:r>
          </w:p>
        </w:tc>
        <w:tc>
          <w:tcPr>
            <w:tcW w:w="1083" w:type="dxa"/>
            <w:tcMar>
              <w:top w:w="65" w:type="dxa"/>
              <w:left w:w="80" w:type="dxa"/>
              <w:bottom w:w="65" w:type="dxa"/>
              <w:right w:w="80" w:type="dxa"/>
            </w:tcMar>
            <w:vAlign w:val="center"/>
          </w:tcPr>
          <w:p w14:paraId="733523BA" w14:textId="77777777" w:rsidR="002D5361" w:rsidRDefault="00000000">
            <w:r>
              <w:rPr>
                <w:sz w:val="16"/>
              </w:rPr>
              <w:t>−2</w:t>
            </w:r>
          </w:p>
        </w:tc>
        <w:tc>
          <w:tcPr>
            <w:tcW w:w="1083" w:type="dxa"/>
            <w:tcMar>
              <w:top w:w="65" w:type="dxa"/>
              <w:left w:w="80" w:type="dxa"/>
              <w:bottom w:w="65" w:type="dxa"/>
              <w:right w:w="80" w:type="dxa"/>
            </w:tcMar>
            <w:vAlign w:val="center"/>
          </w:tcPr>
          <w:p w14:paraId="58A8864A" w14:textId="77777777" w:rsidR="002D5361" w:rsidRDefault="00000000">
            <w:r>
              <w:rPr>
                <w:sz w:val="16"/>
              </w:rPr>
              <w:t>−1</w:t>
            </w:r>
          </w:p>
        </w:tc>
        <w:tc>
          <w:tcPr>
            <w:tcW w:w="1083" w:type="dxa"/>
            <w:tcMar>
              <w:top w:w="65" w:type="dxa"/>
              <w:left w:w="80" w:type="dxa"/>
              <w:bottom w:w="65" w:type="dxa"/>
              <w:right w:w="80" w:type="dxa"/>
            </w:tcMar>
            <w:vAlign w:val="center"/>
          </w:tcPr>
          <w:p w14:paraId="54349821" w14:textId="77777777" w:rsidR="002D5361" w:rsidRDefault="00000000">
            <w:r>
              <w:rPr>
                <w:sz w:val="16"/>
              </w:rPr>
              <w:t>6</w:t>
            </w:r>
          </w:p>
        </w:tc>
        <w:tc>
          <w:tcPr>
            <w:tcW w:w="1083" w:type="dxa"/>
            <w:tcMar>
              <w:top w:w="65" w:type="dxa"/>
              <w:left w:w="80" w:type="dxa"/>
              <w:bottom w:w="65" w:type="dxa"/>
              <w:right w:w="80" w:type="dxa"/>
            </w:tcMar>
            <w:vAlign w:val="center"/>
          </w:tcPr>
          <w:p w14:paraId="00BCFC44" w14:textId="77777777" w:rsidR="002D5361" w:rsidRDefault="00000000">
            <w:r>
              <w:rPr>
                <w:sz w:val="16"/>
              </w:rPr>
              <w:t>0</w:t>
            </w:r>
          </w:p>
        </w:tc>
        <w:tc>
          <w:tcPr>
            <w:tcW w:w="1083" w:type="dxa"/>
            <w:tcMar>
              <w:top w:w="65" w:type="dxa"/>
              <w:left w:w="80" w:type="dxa"/>
              <w:bottom w:w="65" w:type="dxa"/>
              <w:right w:w="80" w:type="dxa"/>
            </w:tcMar>
            <w:vAlign w:val="center"/>
          </w:tcPr>
          <w:p w14:paraId="6D265ABF" w14:textId="77777777" w:rsidR="002D5361" w:rsidRDefault="00000000">
            <w:r>
              <w:rPr>
                <w:sz w:val="16"/>
              </w:rPr>
              <w:t>20</w:t>
            </w:r>
          </w:p>
        </w:tc>
        <w:tc>
          <w:tcPr>
            <w:tcW w:w="1083" w:type="dxa"/>
            <w:tcMar>
              <w:top w:w="65" w:type="dxa"/>
              <w:left w:w="80" w:type="dxa"/>
              <w:bottom w:w="65" w:type="dxa"/>
              <w:right w:w="80" w:type="dxa"/>
            </w:tcMar>
            <w:vAlign w:val="center"/>
          </w:tcPr>
          <w:p w14:paraId="73744B5E" w14:textId="77777777" w:rsidR="002D5361" w:rsidRDefault="00000000">
            <w:r>
              <w:rPr>
                <w:sz w:val="16"/>
              </w:rPr>
              <w:t>1.77</w:t>
            </w:r>
          </w:p>
        </w:tc>
      </w:tr>
      <w:tr w:rsidR="002D5361" w14:paraId="14C774A3" w14:textId="77777777">
        <w:trPr>
          <w:cantSplit/>
          <w:jc w:val="center"/>
        </w:trPr>
        <w:tc>
          <w:tcPr>
            <w:tcW w:w="1083" w:type="dxa"/>
            <w:shd w:val="clear" w:color="auto" w:fill="F7F9FB"/>
            <w:tcMar>
              <w:top w:w="65" w:type="dxa"/>
              <w:left w:w="80" w:type="dxa"/>
              <w:bottom w:w="65" w:type="dxa"/>
              <w:right w:w="80" w:type="dxa"/>
            </w:tcMar>
            <w:vAlign w:val="center"/>
          </w:tcPr>
          <w:p w14:paraId="6FF46EAA" w14:textId="77777777" w:rsidR="002D5361" w:rsidRDefault="00000000">
            <w:proofErr w:type="spellStart"/>
            <w:r>
              <w:rPr>
                <w:sz w:val="16"/>
              </w:rPr>
              <w:t>stricter_cutoff</w:t>
            </w:r>
            <w:proofErr w:type="spellEnd"/>
          </w:p>
        </w:tc>
        <w:tc>
          <w:tcPr>
            <w:tcW w:w="1083" w:type="dxa"/>
            <w:shd w:val="clear" w:color="auto" w:fill="F7F9FB"/>
            <w:tcMar>
              <w:top w:w="65" w:type="dxa"/>
              <w:left w:w="80" w:type="dxa"/>
              <w:bottom w:w="65" w:type="dxa"/>
              <w:right w:w="80" w:type="dxa"/>
            </w:tcMar>
            <w:vAlign w:val="center"/>
          </w:tcPr>
          <w:p w14:paraId="0F465DC1" w14:textId="77777777" w:rsidR="002D5361" w:rsidRDefault="00000000">
            <w:r>
              <w:rPr>
                <w:sz w:val="16"/>
              </w:rPr>
              <w:t>5</w:t>
            </w:r>
          </w:p>
        </w:tc>
        <w:tc>
          <w:tcPr>
            <w:tcW w:w="1083" w:type="dxa"/>
            <w:shd w:val="clear" w:color="auto" w:fill="F7F9FB"/>
            <w:tcMar>
              <w:top w:w="65" w:type="dxa"/>
              <w:left w:w="80" w:type="dxa"/>
              <w:bottom w:w="65" w:type="dxa"/>
              <w:right w:w="80" w:type="dxa"/>
            </w:tcMar>
            <w:vAlign w:val="center"/>
          </w:tcPr>
          <w:p w14:paraId="19878178"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7E7E8F96" w14:textId="77777777" w:rsidR="002D5361" w:rsidRDefault="00000000">
            <w:r>
              <w:rPr>
                <w:sz w:val="16"/>
              </w:rPr>
              <w:t>−2</w:t>
            </w:r>
          </w:p>
        </w:tc>
        <w:tc>
          <w:tcPr>
            <w:tcW w:w="1083" w:type="dxa"/>
            <w:shd w:val="clear" w:color="auto" w:fill="F7F9FB"/>
            <w:tcMar>
              <w:top w:w="65" w:type="dxa"/>
              <w:left w:w="80" w:type="dxa"/>
              <w:bottom w:w="65" w:type="dxa"/>
              <w:right w:w="80" w:type="dxa"/>
            </w:tcMar>
            <w:vAlign w:val="center"/>
          </w:tcPr>
          <w:p w14:paraId="58577A22"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2EF541F2" w14:textId="77777777" w:rsidR="002D5361" w:rsidRDefault="00000000">
            <w:r>
              <w:rPr>
                <w:sz w:val="16"/>
              </w:rPr>
              <w:t>7</w:t>
            </w:r>
          </w:p>
        </w:tc>
        <w:tc>
          <w:tcPr>
            <w:tcW w:w="1083" w:type="dxa"/>
            <w:shd w:val="clear" w:color="auto" w:fill="F7F9FB"/>
            <w:tcMar>
              <w:top w:w="65" w:type="dxa"/>
              <w:left w:w="80" w:type="dxa"/>
              <w:bottom w:w="65" w:type="dxa"/>
              <w:right w:w="80" w:type="dxa"/>
            </w:tcMar>
            <w:vAlign w:val="center"/>
          </w:tcPr>
          <w:p w14:paraId="11EFA15B" w14:textId="77777777" w:rsidR="002D5361" w:rsidRDefault="00000000">
            <w:r>
              <w:rPr>
                <w:sz w:val="16"/>
              </w:rPr>
              <w:t>0</w:t>
            </w:r>
          </w:p>
        </w:tc>
        <w:tc>
          <w:tcPr>
            <w:tcW w:w="1083" w:type="dxa"/>
            <w:shd w:val="clear" w:color="auto" w:fill="F7F9FB"/>
            <w:tcMar>
              <w:top w:w="65" w:type="dxa"/>
              <w:left w:w="80" w:type="dxa"/>
              <w:bottom w:w="65" w:type="dxa"/>
              <w:right w:w="80" w:type="dxa"/>
            </w:tcMar>
            <w:vAlign w:val="center"/>
          </w:tcPr>
          <w:p w14:paraId="310DDBA1" w14:textId="77777777" w:rsidR="002D5361" w:rsidRDefault="00000000">
            <w:r>
              <w:rPr>
                <w:sz w:val="16"/>
              </w:rPr>
              <w:t>9</w:t>
            </w:r>
          </w:p>
        </w:tc>
        <w:tc>
          <w:tcPr>
            <w:tcW w:w="1083" w:type="dxa"/>
            <w:shd w:val="clear" w:color="auto" w:fill="F7F9FB"/>
            <w:tcMar>
              <w:top w:w="65" w:type="dxa"/>
              <w:left w:w="80" w:type="dxa"/>
              <w:bottom w:w="65" w:type="dxa"/>
              <w:right w:w="80" w:type="dxa"/>
            </w:tcMar>
            <w:vAlign w:val="center"/>
          </w:tcPr>
          <w:p w14:paraId="7BAF7279" w14:textId="77777777" w:rsidR="002D5361" w:rsidRDefault="00000000">
            <w:r>
              <w:rPr>
                <w:sz w:val="16"/>
              </w:rPr>
              <w:t>0.80</w:t>
            </w:r>
          </w:p>
        </w:tc>
      </w:tr>
      <w:tr w:rsidR="002D5361" w14:paraId="738BD916" w14:textId="77777777">
        <w:trPr>
          <w:cantSplit/>
          <w:jc w:val="center"/>
        </w:trPr>
        <w:tc>
          <w:tcPr>
            <w:tcW w:w="1083" w:type="dxa"/>
            <w:tcMar>
              <w:top w:w="65" w:type="dxa"/>
              <w:left w:w="80" w:type="dxa"/>
              <w:bottom w:w="65" w:type="dxa"/>
              <w:right w:w="80" w:type="dxa"/>
            </w:tcMar>
            <w:vAlign w:val="center"/>
          </w:tcPr>
          <w:p w14:paraId="42D23B40" w14:textId="77777777" w:rsidR="002D5361" w:rsidRDefault="00000000">
            <w:proofErr w:type="spellStart"/>
            <w:r>
              <w:rPr>
                <w:sz w:val="16"/>
              </w:rPr>
              <w:t>strong_hard_term</w:t>
            </w:r>
            <w:proofErr w:type="spellEnd"/>
          </w:p>
        </w:tc>
        <w:tc>
          <w:tcPr>
            <w:tcW w:w="1083" w:type="dxa"/>
            <w:tcMar>
              <w:top w:w="65" w:type="dxa"/>
              <w:left w:w="80" w:type="dxa"/>
              <w:bottom w:w="65" w:type="dxa"/>
              <w:right w:w="80" w:type="dxa"/>
            </w:tcMar>
            <w:vAlign w:val="center"/>
          </w:tcPr>
          <w:p w14:paraId="1637DC45" w14:textId="77777777" w:rsidR="002D5361" w:rsidRDefault="00000000">
            <w:r>
              <w:rPr>
                <w:sz w:val="16"/>
              </w:rPr>
              <w:t>6</w:t>
            </w:r>
          </w:p>
        </w:tc>
        <w:tc>
          <w:tcPr>
            <w:tcW w:w="1083" w:type="dxa"/>
            <w:tcMar>
              <w:top w:w="65" w:type="dxa"/>
              <w:left w:w="80" w:type="dxa"/>
              <w:bottom w:w="65" w:type="dxa"/>
              <w:right w:w="80" w:type="dxa"/>
            </w:tcMar>
            <w:vAlign w:val="center"/>
          </w:tcPr>
          <w:p w14:paraId="780A0A9F" w14:textId="77777777" w:rsidR="002D5361" w:rsidRDefault="00000000">
            <w:r>
              <w:rPr>
                <w:sz w:val="16"/>
              </w:rPr>
              <w:t>1</w:t>
            </w:r>
          </w:p>
        </w:tc>
        <w:tc>
          <w:tcPr>
            <w:tcW w:w="1083" w:type="dxa"/>
            <w:tcMar>
              <w:top w:w="65" w:type="dxa"/>
              <w:left w:w="80" w:type="dxa"/>
              <w:bottom w:w="65" w:type="dxa"/>
              <w:right w:w="80" w:type="dxa"/>
            </w:tcMar>
            <w:vAlign w:val="center"/>
          </w:tcPr>
          <w:p w14:paraId="34466182" w14:textId="77777777" w:rsidR="002D5361" w:rsidRDefault="00000000">
            <w:r>
              <w:rPr>
                <w:sz w:val="16"/>
              </w:rPr>
              <w:t>−2</w:t>
            </w:r>
          </w:p>
        </w:tc>
        <w:tc>
          <w:tcPr>
            <w:tcW w:w="1083" w:type="dxa"/>
            <w:tcMar>
              <w:top w:w="65" w:type="dxa"/>
              <w:left w:w="80" w:type="dxa"/>
              <w:bottom w:w="65" w:type="dxa"/>
              <w:right w:w="80" w:type="dxa"/>
            </w:tcMar>
            <w:vAlign w:val="center"/>
          </w:tcPr>
          <w:p w14:paraId="0B1799DD" w14:textId="77777777" w:rsidR="002D5361" w:rsidRDefault="00000000">
            <w:r>
              <w:rPr>
                <w:sz w:val="16"/>
              </w:rPr>
              <w:t>−1</w:t>
            </w:r>
          </w:p>
        </w:tc>
        <w:tc>
          <w:tcPr>
            <w:tcW w:w="1083" w:type="dxa"/>
            <w:tcMar>
              <w:top w:w="65" w:type="dxa"/>
              <w:left w:w="80" w:type="dxa"/>
              <w:bottom w:w="65" w:type="dxa"/>
              <w:right w:w="80" w:type="dxa"/>
            </w:tcMar>
            <w:vAlign w:val="center"/>
          </w:tcPr>
          <w:p w14:paraId="23765A66" w14:textId="77777777" w:rsidR="002D5361" w:rsidRDefault="00000000">
            <w:r>
              <w:rPr>
                <w:sz w:val="16"/>
              </w:rPr>
              <w:t>7</w:t>
            </w:r>
          </w:p>
        </w:tc>
        <w:tc>
          <w:tcPr>
            <w:tcW w:w="1083" w:type="dxa"/>
            <w:tcMar>
              <w:top w:w="65" w:type="dxa"/>
              <w:left w:w="80" w:type="dxa"/>
              <w:bottom w:w="65" w:type="dxa"/>
              <w:right w:w="80" w:type="dxa"/>
            </w:tcMar>
            <w:vAlign w:val="center"/>
          </w:tcPr>
          <w:p w14:paraId="0E76CDDB" w14:textId="77777777" w:rsidR="002D5361" w:rsidRDefault="00000000">
            <w:r>
              <w:rPr>
                <w:sz w:val="16"/>
              </w:rPr>
              <w:t>0</w:t>
            </w:r>
          </w:p>
        </w:tc>
        <w:tc>
          <w:tcPr>
            <w:tcW w:w="1083" w:type="dxa"/>
            <w:tcMar>
              <w:top w:w="65" w:type="dxa"/>
              <w:left w:w="80" w:type="dxa"/>
              <w:bottom w:w="65" w:type="dxa"/>
              <w:right w:w="80" w:type="dxa"/>
            </w:tcMar>
            <w:vAlign w:val="center"/>
          </w:tcPr>
          <w:p w14:paraId="7EC3F304" w14:textId="77777777" w:rsidR="002D5361" w:rsidRDefault="00000000">
            <w:r>
              <w:rPr>
                <w:sz w:val="16"/>
              </w:rPr>
              <w:t>20</w:t>
            </w:r>
          </w:p>
        </w:tc>
        <w:tc>
          <w:tcPr>
            <w:tcW w:w="1083" w:type="dxa"/>
            <w:tcMar>
              <w:top w:w="65" w:type="dxa"/>
              <w:left w:w="80" w:type="dxa"/>
              <w:bottom w:w="65" w:type="dxa"/>
              <w:right w:w="80" w:type="dxa"/>
            </w:tcMar>
            <w:vAlign w:val="center"/>
          </w:tcPr>
          <w:p w14:paraId="3E4EE3F4" w14:textId="77777777" w:rsidR="002D5361" w:rsidRDefault="00000000">
            <w:r>
              <w:rPr>
                <w:sz w:val="16"/>
              </w:rPr>
              <w:t>1.77</w:t>
            </w:r>
          </w:p>
        </w:tc>
      </w:tr>
      <w:tr w:rsidR="002D5361" w14:paraId="3CE235FA" w14:textId="77777777">
        <w:trPr>
          <w:cantSplit/>
          <w:jc w:val="center"/>
        </w:trPr>
        <w:tc>
          <w:tcPr>
            <w:tcW w:w="1083" w:type="dxa"/>
            <w:shd w:val="clear" w:color="auto" w:fill="F7F9FB"/>
            <w:tcMar>
              <w:top w:w="65" w:type="dxa"/>
              <w:left w:w="80" w:type="dxa"/>
              <w:bottom w:w="65" w:type="dxa"/>
              <w:right w:w="80" w:type="dxa"/>
            </w:tcMar>
            <w:vAlign w:val="center"/>
          </w:tcPr>
          <w:p w14:paraId="57140BD7" w14:textId="77777777" w:rsidR="002D5361" w:rsidRDefault="00000000">
            <w:proofErr w:type="spellStart"/>
            <w:r>
              <w:rPr>
                <w:sz w:val="16"/>
              </w:rPr>
              <w:t>strong_penalties</w:t>
            </w:r>
            <w:proofErr w:type="spellEnd"/>
          </w:p>
        </w:tc>
        <w:tc>
          <w:tcPr>
            <w:tcW w:w="1083" w:type="dxa"/>
            <w:shd w:val="clear" w:color="auto" w:fill="F7F9FB"/>
            <w:tcMar>
              <w:top w:w="65" w:type="dxa"/>
              <w:left w:w="80" w:type="dxa"/>
              <w:bottom w:w="65" w:type="dxa"/>
              <w:right w:w="80" w:type="dxa"/>
            </w:tcMar>
            <w:vAlign w:val="center"/>
          </w:tcPr>
          <w:p w14:paraId="371711D8" w14:textId="77777777" w:rsidR="002D5361" w:rsidRDefault="00000000">
            <w:r>
              <w:rPr>
                <w:sz w:val="16"/>
              </w:rPr>
              <w:t>5</w:t>
            </w:r>
          </w:p>
        </w:tc>
        <w:tc>
          <w:tcPr>
            <w:tcW w:w="1083" w:type="dxa"/>
            <w:shd w:val="clear" w:color="auto" w:fill="F7F9FB"/>
            <w:tcMar>
              <w:top w:w="65" w:type="dxa"/>
              <w:left w:w="80" w:type="dxa"/>
              <w:bottom w:w="65" w:type="dxa"/>
              <w:right w:w="80" w:type="dxa"/>
            </w:tcMar>
            <w:vAlign w:val="center"/>
          </w:tcPr>
          <w:p w14:paraId="0B14640A" w14:textId="77777777" w:rsidR="002D5361" w:rsidRDefault="00000000">
            <w:r>
              <w:rPr>
                <w:sz w:val="16"/>
              </w:rPr>
              <w:t>1</w:t>
            </w:r>
          </w:p>
        </w:tc>
        <w:tc>
          <w:tcPr>
            <w:tcW w:w="1083" w:type="dxa"/>
            <w:shd w:val="clear" w:color="auto" w:fill="F7F9FB"/>
            <w:tcMar>
              <w:top w:w="65" w:type="dxa"/>
              <w:left w:w="80" w:type="dxa"/>
              <w:bottom w:w="65" w:type="dxa"/>
              <w:right w:w="80" w:type="dxa"/>
            </w:tcMar>
            <w:vAlign w:val="center"/>
          </w:tcPr>
          <w:p w14:paraId="284E7B92" w14:textId="77777777" w:rsidR="002D5361" w:rsidRDefault="00000000">
            <w:r>
              <w:rPr>
                <w:sz w:val="16"/>
              </w:rPr>
              <w:t>−3</w:t>
            </w:r>
          </w:p>
        </w:tc>
        <w:tc>
          <w:tcPr>
            <w:tcW w:w="1083" w:type="dxa"/>
            <w:shd w:val="clear" w:color="auto" w:fill="F7F9FB"/>
            <w:tcMar>
              <w:top w:w="65" w:type="dxa"/>
              <w:left w:w="80" w:type="dxa"/>
              <w:bottom w:w="65" w:type="dxa"/>
              <w:right w:w="80" w:type="dxa"/>
            </w:tcMar>
            <w:vAlign w:val="center"/>
          </w:tcPr>
          <w:p w14:paraId="65E762C2" w14:textId="77777777" w:rsidR="002D5361" w:rsidRDefault="00000000">
            <w:r>
              <w:rPr>
                <w:sz w:val="16"/>
              </w:rPr>
              <w:t>−2</w:t>
            </w:r>
          </w:p>
        </w:tc>
        <w:tc>
          <w:tcPr>
            <w:tcW w:w="1083" w:type="dxa"/>
            <w:shd w:val="clear" w:color="auto" w:fill="F7F9FB"/>
            <w:tcMar>
              <w:top w:w="65" w:type="dxa"/>
              <w:left w:w="80" w:type="dxa"/>
              <w:bottom w:w="65" w:type="dxa"/>
              <w:right w:w="80" w:type="dxa"/>
            </w:tcMar>
            <w:vAlign w:val="center"/>
          </w:tcPr>
          <w:p w14:paraId="78C49AB1" w14:textId="77777777" w:rsidR="002D5361" w:rsidRDefault="00000000">
            <w:r>
              <w:rPr>
                <w:sz w:val="16"/>
              </w:rPr>
              <w:t>6</w:t>
            </w:r>
          </w:p>
        </w:tc>
        <w:tc>
          <w:tcPr>
            <w:tcW w:w="1083" w:type="dxa"/>
            <w:shd w:val="clear" w:color="auto" w:fill="F7F9FB"/>
            <w:tcMar>
              <w:top w:w="65" w:type="dxa"/>
              <w:left w:w="80" w:type="dxa"/>
              <w:bottom w:w="65" w:type="dxa"/>
              <w:right w:w="80" w:type="dxa"/>
            </w:tcMar>
            <w:vAlign w:val="center"/>
          </w:tcPr>
          <w:p w14:paraId="296F7FEC" w14:textId="77777777" w:rsidR="002D5361" w:rsidRDefault="00000000">
            <w:r>
              <w:rPr>
                <w:sz w:val="16"/>
              </w:rPr>
              <w:t>0</w:t>
            </w:r>
          </w:p>
        </w:tc>
        <w:tc>
          <w:tcPr>
            <w:tcW w:w="1083" w:type="dxa"/>
            <w:shd w:val="clear" w:color="auto" w:fill="F7F9FB"/>
            <w:tcMar>
              <w:top w:w="65" w:type="dxa"/>
              <w:left w:w="80" w:type="dxa"/>
              <w:bottom w:w="65" w:type="dxa"/>
              <w:right w:w="80" w:type="dxa"/>
            </w:tcMar>
            <w:vAlign w:val="center"/>
          </w:tcPr>
          <w:p w14:paraId="358B51E2" w14:textId="77777777" w:rsidR="002D5361" w:rsidRDefault="00000000">
            <w:r>
              <w:rPr>
                <w:sz w:val="16"/>
              </w:rPr>
              <w:t>19</w:t>
            </w:r>
          </w:p>
        </w:tc>
        <w:tc>
          <w:tcPr>
            <w:tcW w:w="1083" w:type="dxa"/>
            <w:shd w:val="clear" w:color="auto" w:fill="F7F9FB"/>
            <w:tcMar>
              <w:top w:w="65" w:type="dxa"/>
              <w:left w:w="80" w:type="dxa"/>
              <w:bottom w:w="65" w:type="dxa"/>
              <w:right w:w="80" w:type="dxa"/>
            </w:tcMar>
            <w:vAlign w:val="center"/>
          </w:tcPr>
          <w:p w14:paraId="3CD11A14" w14:textId="77777777" w:rsidR="002D5361" w:rsidRDefault="00000000">
            <w:r>
              <w:rPr>
                <w:sz w:val="16"/>
              </w:rPr>
              <w:t>1.69</w:t>
            </w:r>
          </w:p>
        </w:tc>
      </w:tr>
    </w:tbl>
    <w:p w14:paraId="4D3D80F3" w14:textId="77777777" w:rsidR="002D5361" w:rsidRDefault="00000000">
      <w:r>
        <w:rPr>
          <w:b/>
          <w:sz w:val="16"/>
        </w:rPr>
        <w:t>Note.</w:t>
      </w:r>
      <w:r>
        <w:rPr>
          <w:sz w:val="16"/>
        </w:rPr>
        <w:t xml:space="preserve"> Hard, Soft, Foreign, and Urban are the fixed CRS component weights; Cut is the classification threshold, and Foreign max is the maximum allowed foreign-context count. n and % corpus report the number and share of the 1,127-document analytical corpus classified as relevant under each specification.</w:t>
      </w:r>
    </w:p>
    <w:p w14:paraId="4B88CEE8" w14:textId="77777777" w:rsidR="002D5361" w:rsidRDefault="002D5361">
      <w:pPr>
        <w:spacing w:after="0"/>
      </w:pPr>
    </w:p>
    <w:p w14:paraId="5A7671F2" w14:textId="77777777" w:rsidR="002D5361" w:rsidRDefault="00000000">
      <w:pPr>
        <w:pStyle w:val="Heading1"/>
      </w:pPr>
      <w:r>
        <w:rPr>
          <w:rFonts w:ascii="Times New Roman" w:hAnsi="Times New Roman"/>
        </w:rPr>
        <w:t>S8. Bibliographic descriptives</w:t>
      </w:r>
    </w:p>
    <w:p w14:paraId="0CFE3EB0" w14:textId="77777777" w:rsidR="002D5361" w:rsidRDefault="00000000">
      <w:pPr>
        <w:pStyle w:val="TableCaption"/>
      </w:pPr>
      <w:r>
        <w:t>Table S12. Top journals by article count</w:t>
      </w:r>
    </w:p>
    <w:tbl>
      <w:tblPr>
        <w:tblStyle w:val="TableGrid"/>
        <w:tblW w:w="0" w:type="auto"/>
        <w:jc w:val="center"/>
        <w:tblLook w:val="04A0" w:firstRow="1" w:lastRow="0" w:firstColumn="1" w:lastColumn="0" w:noHBand="0" w:noVBand="1"/>
      </w:tblPr>
      <w:tblGrid>
        <w:gridCol w:w="2160"/>
        <w:gridCol w:w="4608"/>
        <w:gridCol w:w="1008"/>
        <w:gridCol w:w="1296"/>
      </w:tblGrid>
      <w:tr w:rsidR="002D5361" w14:paraId="56848A89" w14:textId="77777777">
        <w:trPr>
          <w:cantSplit/>
          <w:tblHeader/>
          <w:jc w:val="center"/>
        </w:trPr>
        <w:tc>
          <w:tcPr>
            <w:tcW w:w="2160" w:type="dxa"/>
            <w:shd w:val="clear" w:color="auto" w:fill="D9EAF7"/>
            <w:tcMar>
              <w:top w:w="65" w:type="dxa"/>
              <w:left w:w="80" w:type="dxa"/>
              <w:bottom w:w="65" w:type="dxa"/>
              <w:right w:w="80" w:type="dxa"/>
            </w:tcMar>
            <w:vAlign w:val="center"/>
          </w:tcPr>
          <w:p w14:paraId="10B79D63" w14:textId="77777777" w:rsidR="002D5361" w:rsidRDefault="00000000">
            <w:r>
              <w:rPr>
                <w:b/>
                <w:sz w:val="16"/>
              </w:rPr>
              <w:t>Journal (Korean)</w:t>
            </w:r>
          </w:p>
        </w:tc>
        <w:tc>
          <w:tcPr>
            <w:tcW w:w="4608" w:type="dxa"/>
            <w:shd w:val="clear" w:color="auto" w:fill="D9EAF7"/>
            <w:tcMar>
              <w:top w:w="65" w:type="dxa"/>
              <w:left w:w="80" w:type="dxa"/>
              <w:bottom w:w="65" w:type="dxa"/>
              <w:right w:w="80" w:type="dxa"/>
            </w:tcMar>
            <w:vAlign w:val="center"/>
          </w:tcPr>
          <w:p w14:paraId="6F1DA253" w14:textId="77777777" w:rsidR="002D5361" w:rsidRDefault="00000000">
            <w:r>
              <w:rPr>
                <w:b/>
                <w:sz w:val="16"/>
              </w:rPr>
              <w:t>Journal (English)</w:t>
            </w:r>
          </w:p>
        </w:tc>
        <w:tc>
          <w:tcPr>
            <w:tcW w:w="1008" w:type="dxa"/>
            <w:shd w:val="clear" w:color="auto" w:fill="D9EAF7"/>
            <w:tcMar>
              <w:top w:w="65" w:type="dxa"/>
              <w:left w:w="80" w:type="dxa"/>
              <w:bottom w:w="65" w:type="dxa"/>
              <w:right w:w="80" w:type="dxa"/>
            </w:tcMar>
            <w:vAlign w:val="center"/>
          </w:tcPr>
          <w:p w14:paraId="5EE92F4E" w14:textId="77777777" w:rsidR="002D5361" w:rsidRDefault="00000000">
            <w:r>
              <w:rPr>
                <w:b/>
                <w:sz w:val="16"/>
              </w:rPr>
              <w:t>Articles</w:t>
            </w:r>
          </w:p>
        </w:tc>
        <w:tc>
          <w:tcPr>
            <w:tcW w:w="1296" w:type="dxa"/>
            <w:shd w:val="clear" w:color="auto" w:fill="D9EAF7"/>
            <w:tcMar>
              <w:top w:w="65" w:type="dxa"/>
              <w:left w:w="80" w:type="dxa"/>
              <w:bottom w:w="65" w:type="dxa"/>
              <w:right w:w="80" w:type="dxa"/>
            </w:tcMar>
            <w:vAlign w:val="center"/>
          </w:tcPr>
          <w:p w14:paraId="32C8A591" w14:textId="77777777" w:rsidR="002D5361" w:rsidRDefault="00000000">
            <w:r>
              <w:rPr>
                <w:b/>
                <w:sz w:val="16"/>
              </w:rPr>
              <w:t>KCI citations</w:t>
            </w:r>
          </w:p>
        </w:tc>
      </w:tr>
      <w:tr w:rsidR="002D5361" w14:paraId="7E9402F0" w14:textId="77777777">
        <w:trPr>
          <w:cantSplit/>
          <w:jc w:val="center"/>
        </w:trPr>
        <w:tc>
          <w:tcPr>
            <w:tcW w:w="2160" w:type="dxa"/>
            <w:tcMar>
              <w:top w:w="65" w:type="dxa"/>
              <w:left w:w="80" w:type="dxa"/>
              <w:bottom w:w="65" w:type="dxa"/>
              <w:right w:w="80" w:type="dxa"/>
            </w:tcMar>
            <w:vAlign w:val="center"/>
          </w:tcPr>
          <w:p w14:paraId="35C381F6" w14:textId="77777777" w:rsidR="002D5361" w:rsidRDefault="00000000">
            <w:proofErr w:type="spellStart"/>
            <w:r>
              <w:rPr>
                <w:sz w:val="16"/>
              </w:rPr>
              <w:t>지방자치법연구</w:t>
            </w:r>
            <w:proofErr w:type="spellEnd"/>
          </w:p>
        </w:tc>
        <w:tc>
          <w:tcPr>
            <w:tcW w:w="4608" w:type="dxa"/>
            <w:tcMar>
              <w:top w:w="65" w:type="dxa"/>
              <w:left w:w="80" w:type="dxa"/>
              <w:bottom w:w="65" w:type="dxa"/>
              <w:right w:w="80" w:type="dxa"/>
            </w:tcMar>
            <w:vAlign w:val="center"/>
          </w:tcPr>
          <w:p w14:paraId="285D8C31" w14:textId="77777777" w:rsidR="002D5361" w:rsidRDefault="00000000">
            <w:r>
              <w:rPr>
                <w:sz w:val="16"/>
              </w:rPr>
              <w:t>Local Government Law Journal</w:t>
            </w:r>
          </w:p>
        </w:tc>
        <w:tc>
          <w:tcPr>
            <w:tcW w:w="1008" w:type="dxa"/>
            <w:tcMar>
              <w:top w:w="65" w:type="dxa"/>
              <w:left w:w="80" w:type="dxa"/>
              <w:bottom w:w="65" w:type="dxa"/>
              <w:right w:w="80" w:type="dxa"/>
            </w:tcMar>
            <w:vAlign w:val="center"/>
          </w:tcPr>
          <w:p w14:paraId="27D7F4C4" w14:textId="77777777" w:rsidR="002D5361" w:rsidRDefault="00000000">
            <w:r>
              <w:rPr>
                <w:sz w:val="16"/>
              </w:rPr>
              <w:t>85</w:t>
            </w:r>
          </w:p>
        </w:tc>
        <w:tc>
          <w:tcPr>
            <w:tcW w:w="1296" w:type="dxa"/>
            <w:tcMar>
              <w:top w:w="65" w:type="dxa"/>
              <w:left w:w="80" w:type="dxa"/>
              <w:bottom w:w="65" w:type="dxa"/>
              <w:right w:w="80" w:type="dxa"/>
            </w:tcMar>
            <w:vAlign w:val="center"/>
          </w:tcPr>
          <w:p w14:paraId="22D5C930" w14:textId="77777777" w:rsidR="002D5361" w:rsidRDefault="00000000">
            <w:r>
              <w:rPr>
                <w:sz w:val="16"/>
              </w:rPr>
              <w:t>511</w:t>
            </w:r>
          </w:p>
        </w:tc>
      </w:tr>
      <w:tr w:rsidR="002D5361" w14:paraId="088AA578" w14:textId="77777777">
        <w:trPr>
          <w:cantSplit/>
          <w:jc w:val="center"/>
        </w:trPr>
        <w:tc>
          <w:tcPr>
            <w:tcW w:w="2160" w:type="dxa"/>
            <w:shd w:val="clear" w:color="auto" w:fill="F7F9FB"/>
            <w:tcMar>
              <w:top w:w="65" w:type="dxa"/>
              <w:left w:w="80" w:type="dxa"/>
              <w:bottom w:w="65" w:type="dxa"/>
              <w:right w:w="80" w:type="dxa"/>
            </w:tcMar>
            <w:vAlign w:val="center"/>
          </w:tcPr>
          <w:p w14:paraId="0F419C7D" w14:textId="77777777" w:rsidR="002D5361" w:rsidRDefault="00000000">
            <w:proofErr w:type="spellStart"/>
            <w:r>
              <w:rPr>
                <w:sz w:val="16"/>
              </w:rPr>
              <w:t>지방행정연구</w:t>
            </w:r>
            <w:proofErr w:type="spellEnd"/>
          </w:p>
        </w:tc>
        <w:tc>
          <w:tcPr>
            <w:tcW w:w="4608" w:type="dxa"/>
            <w:shd w:val="clear" w:color="auto" w:fill="F7F9FB"/>
            <w:tcMar>
              <w:top w:w="65" w:type="dxa"/>
              <w:left w:w="80" w:type="dxa"/>
              <w:bottom w:w="65" w:type="dxa"/>
              <w:right w:w="80" w:type="dxa"/>
            </w:tcMar>
            <w:vAlign w:val="center"/>
          </w:tcPr>
          <w:p w14:paraId="631D1F14" w14:textId="77777777" w:rsidR="002D5361" w:rsidRDefault="00000000">
            <w:r>
              <w:rPr>
                <w:sz w:val="16"/>
              </w:rPr>
              <w:t>The Korea Local Administration Review</w:t>
            </w:r>
          </w:p>
        </w:tc>
        <w:tc>
          <w:tcPr>
            <w:tcW w:w="1008" w:type="dxa"/>
            <w:shd w:val="clear" w:color="auto" w:fill="F7F9FB"/>
            <w:tcMar>
              <w:top w:w="65" w:type="dxa"/>
              <w:left w:w="80" w:type="dxa"/>
              <w:bottom w:w="65" w:type="dxa"/>
              <w:right w:w="80" w:type="dxa"/>
            </w:tcMar>
            <w:vAlign w:val="center"/>
          </w:tcPr>
          <w:p w14:paraId="6F3E40E4" w14:textId="77777777" w:rsidR="002D5361" w:rsidRDefault="00000000">
            <w:r>
              <w:rPr>
                <w:sz w:val="16"/>
              </w:rPr>
              <w:t>54</w:t>
            </w:r>
          </w:p>
        </w:tc>
        <w:tc>
          <w:tcPr>
            <w:tcW w:w="1296" w:type="dxa"/>
            <w:shd w:val="clear" w:color="auto" w:fill="F7F9FB"/>
            <w:tcMar>
              <w:top w:w="65" w:type="dxa"/>
              <w:left w:w="80" w:type="dxa"/>
              <w:bottom w:w="65" w:type="dxa"/>
              <w:right w:w="80" w:type="dxa"/>
            </w:tcMar>
            <w:vAlign w:val="center"/>
          </w:tcPr>
          <w:p w14:paraId="424C69FB" w14:textId="77777777" w:rsidR="002D5361" w:rsidRDefault="00000000">
            <w:r>
              <w:rPr>
                <w:sz w:val="16"/>
              </w:rPr>
              <w:t>544</w:t>
            </w:r>
          </w:p>
        </w:tc>
      </w:tr>
      <w:tr w:rsidR="002D5361" w14:paraId="44ABBCC5" w14:textId="77777777">
        <w:trPr>
          <w:cantSplit/>
          <w:jc w:val="center"/>
        </w:trPr>
        <w:tc>
          <w:tcPr>
            <w:tcW w:w="2160" w:type="dxa"/>
            <w:tcMar>
              <w:top w:w="65" w:type="dxa"/>
              <w:left w:w="80" w:type="dxa"/>
              <w:bottom w:w="65" w:type="dxa"/>
              <w:right w:w="80" w:type="dxa"/>
            </w:tcMar>
            <w:vAlign w:val="center"/>
          </w:tcPr>
          <w:p w14:paraId="49FA938E" w14:textId="77777777" w:rsidR="002D5361" w:rsidRDefault="00000000">
            <w:proofErr w:type="spellStart"/>
            <w:r>
              <w:rPr>
                <w:sz w:val="16"/>
              </w:rPr>
              <w:t>한국경제지리학회지</w:t>
            </w:r>
            <w:proofErr w:type="spellEnd"/>
          </w:p>
        </w:tc>
        <w:tc>
          <w:tcPr>
            <w:tcW w:w="4608" w:type="dxa"/>
            <w:tcMar>
              <w:top w:w="65" w:type="dxa"/>
              <w:left w:w="80" w:type="dxa"/>
              <w:bottom w:w="65" w:type="dxa"/>
              <w:right w:w="80" w:type="dxa"/>
            </w:tcMar>
            <w:vAlign w:val="center"/>
          </w:tcPr>
          <w:p w14:paraId="2CFB99CF" w14:textId="77777777" w:rsidR="002D5361" w:rsidRDefault="00000000">
            <w:r>
              <w:rPr>
                <w:sz w:val="16"/>
              </w:rPr>
              <w:t>Journal of the Economic Geographical Society of Korea</w:t>
            </w:r>
          </w:p>
        </w:tc>
        <w:tc>
          <w:tcPr>
            <w:tcW w:w="1008" w:type="dxa"/>
            <w:tcMar>
              <w:top w:w="65" w:type="dxa"/>
              <w:left w:w="80" w:type="dxa"/>
              <w:bottom w:w="65" w:type="dxa"/>
              <w:right w:w="80" w:type="dxa"/>
            </w:tcMar>
            <w:vAlign w:val="center"/>
          </w:tcPr>
          <w:p w14:paraId="4B487144" w14:textId="77777777" w:rsidR="002D5361" w:rsidRDefault="00000000">
            <w:r>
              <w:rPr>
                <w:sz w:val="16"/>
              </w:rPr>
              <w:t>45</w:t>
            </w:r>
          </w:p>
        </w:tc>
        <w:tc>
          <w:tcPr>
            <w:tcW w:w="1296" w:type="dxa"/>
            <w:tcMar>
              <w:top w:w="65" w:type="dxa"/>
              <w:left w:w="80" w:type="dxa"/>
              <w:bottom w:w="65" w:type="dxa"/>
              <w:right w:w="80" w:type="dxa"/>
            </w:tcMar>
            <w:vAlign w:val="center"/>
          </w:tcPr>
          <w:p w14:paraId="352E1A17" w14:textId="77777777" w:rsidR="002D5361" w:rsidRDefault="00000000">
            <w:r>
              <w:rPr>
                <w:sz w:val="16"/>
              </w:rPr>
              <w:t>340</w:t>
            </w:r>
          </w:p>
        </w:tc>
      </w:tr>
      <w:tr w:rsidR="002D5361" w14:paraId="286CCA13" w14:textId="77777777">
        <w:trPr>
          <w:cantSplit/>
          <w:jc w:val="center"/>
        </w:trPr>
        <w:tc>
          <w:tcPr>
            <w:tcW w:w="2160" w:type="dxa"/>
            <w:shd w:val="clear" w:color="auto" w:fill="F7F9FB"/>
            <w:tcMar>
              <w:top w:w="65" w:type="dxa"/>
              <w:left w:w="80" w:type="dxa"/>
              <w:bottom w:w="65" w:type="dxa"/>
              <w:right w:w="80" w:type="dxa"/>
            </w:tcMar>
            <w:vAlign w:val="center"/>
          </w:tcPr>
          <w:p w14:paraId="0B75B84C" w14:textId="77777777" w:rsidR="002D5361" w:rsidRDefault="00000000">
            <w:proofErr w:type="spellStart"/>
            <w:r>
              <w:rPr>
                <w:sz w:val="16"/>
              </w:rPr>
              <w:t>한국지방자치학회보</w:t>
            </w:r>
            <w:proofErr w:type="spellEnd"/>
          </w:p>
        </w:tc>
        <w:tc>
          <w:tcPr>
            <w:tcW w:w="4608" w:type="dxa"/>
            <w:shd w:val="clear" w:color="auto" w:fill="F7F9FB"/>
            <w:tcMar>
              <w:top w:w="65" w:type="dxa"/>
              <w:left w:w="80" w:type="dxa"/>
              <w:bottom w:w="65" w:type="dxa"/>
              <w:right w:w="80" w:type="dxa"/>
            </w:tcMar>
            <w:vAlign w:val="center"/>
          </w:tcPr>
          <w:p w14:paraId="3E2BF036" w14:textId="77777777" w:rsidR="002D5361" w:rsidRDefault="00000000">
            <w:r>
              <w:rPr>
                <w:sz w:val="16"/>
              </w:rPr>
              <w:t>Journal of Local Government Studies</w:t>
            </w:r>
          </w:p>
        </w:tc>
        <w:tc>
          <w:tcPr>
            <w:tcW w:w="1008" w:type="dxa"/>
            <w:shd w:val="clear" w:color="auto" w:fill="F7F9FB"/>
            <w:tcMar>
              <w:top w:w="65" w:type="dxa"/>
              <w:left w:w="80" w:type="dxa"/>
              <w:bottom w:w="65" w:type="dxa"/>
              <w:right w:w="80" w:type="dxa"/>
            </w:tcMar>
            <w:vAlign w:val="center"/>
          </w:tcPr>
          <w:p w14:paraId="36AB0EBA" w14:textId="77777777" w:rsidR="002D5361" w:rsidRDefault="00000000">
            <w:r>
              <w:rPr>
                <w:sz w:val="16"/>
              </w:rPr>
              <w:t>38</w:t>
            </w:r>
          </w:p>
        </w:tc>
        <w:tc>
          <w:tcPr>
            <w:tcW w:w="1296" w:type="dxa"/>
            <w:shd w:val="clear" w:color="auto" w:fill="F7F9FB"/>
            <w:tcMar>
              <w:top w:w="65" w:type="dxa"/>
              <w:left w:w="80" w:type="dxa"/>
              <w:bottom w:w="65" w:type="dxa"/>
              <w:right w:w="80" w:type="dxa"/>
            </w:tcMar>
            <w:vAlign w:val="center"/>
          </w:tcPr>
          <w:p w14:paraId="5B60B782" w14:textId="77777777" w:rsidR="002D5361" w:rsidRDefault="00000000">
            <w:r>
              <w:rPr>
                <w:sz w:val="16"/>
              </w:rPr>
              <w:t>310</w:t>
            </w:r>
          </w:p>
        </w:tc>
      </w:tr>
      <w:tr w:rsidR="002D5361" w14:paraId="3DC4921E" w14:textId="77777777">
        <w:trPr>
          <w:cantSplit/>
          <w:jc w:val="center"/>
        </w:trPr>
        <w:tc>
          <w:tcPr>
            <w:tcW w:w="2160" w:type="dxa"/>
            <w:tcMar>
              <w:top w:w="65" w:type="dxa"/>
              <w:left w:w="80" w:type="dxa"/>
              <w:bottom w:w="65" w:type="dxa"/>
              <w:right w:w="80" w:type="dxa"/>
            </w:tcMar>
            <w:vAlign w:val="center"/>
          </w:tcPr>
          <w:p w14:paraId="7090F831" w14:textId="77777777" w:rsidR="002D5361" w:rsidRDefault="00000000">
            <w:proofErr w:type="spellStart"/>
            <w:r>
              <w:rPr>
                <w:sz w:val="16"/>
              </w:rPr>
              <w:t>한국비교정부학보</w:t>
            </w:r>
            <w:proofErr w:type="spellEnd"/>
          </w:p>
        </w:tc>
        <w:tc>
          <w:tcPr>
            <w:tcW w:w="4608" w:type="dxa"/>
            <w:tcMar>
              <w:top w:w="65" w:type="dxa"/>
              <w:left w:w="80" w:type="dxa"/>
              <w:bottom w:w="65" w:type="dxa"/>
              <w:right w:w="80" w:type="dxa"/>
            </w:tcMar>
            <w:vAlign w:val="center"/>
          </w:tcPr>
          <w:p w14:paraId="048E5FF9" w14:textId="77777777" w:rsidR="002D5361" w:rsidRDefault="00000000">
            <w:r>
              <w:rPr>
                <w:sz w:val="16"/>
              </w:rPr>
              <w:t>Korean Comparative Government Review</w:t>
            </w:r>
          </w:p>
        </w:tc>
        <w:tc>
          <w:tcPr>
            <w:tcW w:w="1008" w:type="dxa"/>
            <w:tcMar>
              <w:top w:w="65" w:type="dxa"/>
              <w:left w:w="80" w:type="dxa"/>
              <w:bottom w:w="65" w:type="dxa"/>
              <w:right w:w="80" w:type="dxa"/>
            </w:tcMar>
            <w:vAlign w:val="center"/>
          </w:tcPr>
          <w:p w14:paraId="650483C9" w14:textId="77777777" w:rsidR="002D5361" w:rsidRDefault="00000000">
            <w:r>
              <w:rPr>
                <w:sz w:val="16"/>
              </w:rPr>
              <w:t>32</w:t>
            </w:r>
          </w:p>
        </w:tc>
        <w:tc>
          <w:tcPr>
            <w:tcW w:w="1296" w:type="dxa"/>
            <w:tcMar>
              <w:top w:w="65" w:type="dxa"/>
              <w:left w:w="80" w:type="dxa"/>
              <w:bottom w:w="65" w:type="dxa"/>
              <w:right w:w="80" w:type="dxa"/>
            </w:tcMar>
            <w:vAlign w:val="center"/>
          </w:tcPr>
          <w:p w14:paraId="794095ED" w14:textId="77777777" w:rsidR="002D5361" w:rsidRDefault="00000000">
            <w:r>
              <w:rPr>
                <w:sz w:val="16"/>
              </w:rPr>
              <w:t>245</w:t>
            </w:r>
          </w:p>
        </w:tc>
      </w:tr>
      <w:tr w:rsidR="002D5361" w14:paraId="7D81789B" w14:textId="77777777">
        <w:trPr>
          <w:cantSplit/>
          <w:jc w:val="center"/>
        </w:trPr>
        <w:tc>
          <w:tcPr>
            <w:tcW w:w="2160" w:type="dxa"/>
            <w:shd w:val="clear" w:color="auto" w:fill="F7F9FB"/>
            <w:tcMar>
              <w:top w:w="65" w:type="dxa"/>
              <w:left w:w="80" w:type="dxa"/>
              <w:bottom w:w="65" w:type="dxa"/>
              <w:right w:w="80" w:type="dxa"/>
            </w:tcMar>
            <w:vAlign w:val="center"/>
          </w:tcPr>
          <w:p w14:paraId="39266DD4" w14:textId="77777777" w:rsidR="002D5361" w:rsidRDefault="00000000">
            <w:proofErr w:type="spellStart"/>
            <w:r>
              <w:rPr>
                <w:sz w:val="16"/>
              </w:rPr>
              <w:t>한국지방재정논집</w:t>
            </w:r>
            <w:proofErr w:type="spellEnd"/>
          </w:p>
        </w:tc>
        <w:tc>
          <w:tcPr>
            <w:tcW w:w="4608" w:type="dxa"/>
            <w:shd w:val="clear" w:color="auto" w:fill="F7F9FB"/>
            <w:tcMar>
              <w:top w:w="65" w:type="dxa"/>
              <w:left w:w="80" w:type="dxa"/>
              <w:bottom w:w="65" w:type="dxa"/>
              <w:right w:w="80" w:type="dxa"/>
            </w:tcMar>
            <w:vAlign w:val="center"/>
          </w:tcPr>
          <w:p w14:paraId="12502B32" w14:textId="77777777" w:rsidR="002D5361" w:rsidRDefault="00000000">
            <w:r>
              <w:rPr>
                <w:sz w:val="16"/>
              </w:rPr>
              <w:t>The Korea Journal of Local Public Finance</w:t>
            </w:r>
          </w:p>
        </w:tc>
        <w:tc>
          <w:tcPr>
            <w:tcW w:w="1008" w:type="dxa"/>
            <w:shd w:val="clear" w:color="auto" w:fill="F7F9FB"/>
            <w:tcMar>
              <w:top w:w="65" w:type="dxa"/>
              <w:left w:w="80" w:type="dxa"/>
              <w:bottom w:w="65" w:type="dxa"/>
              <w:right w:w="80" w:type="dxa"/>
            </w:tcMar>
            <w:vAlign w:val="center"/>
          </w:tcPr>
          <w:p w14:paraId="2895D417" w14:textId="77777777" w:rsidR="002D5361" w:rsidRDefault="00000000">
            <w:r>
              <w:rPr>
                <w:sz w:val="16"/>
              </w:rPr>
              <w:t>32</w:t>
            </w:r>
          </w:p>
        </w:tc>
        <w:tc>
          <w:tcPr>
            <w:tcW w:w="1296" w:type="dxa"/>
            <w:shd w:val="clear" w:color="auto" w:fill="F7F9FB"/>
            <w:tcMar>
              <w:top w:w="65" w:type="dxa"/>
              <w:left w:w="80" w:type="dxa"/>
              <w:bottom w:w="65" w:type="dxa"/>
              <w:right w:w="80" w:type="dxa"/>
            </w:tcMar>
            <w:vAlign w:val="center"/>
          </w:tcPr>
          <w:p w14:paraId="16F62F4E" w14:textId="77777777" w:rsidR="002D5361" w:rsidRDefault="00000000">
            <w:r>
              <w:rPr>
                <w:sz w:val="16"/>
              </w:rPr>
              <w:t>250</w:t>
            </w:r>
          </w:p>
        </w:tc>
      </w:tr>
      <w:tr w:rsidR="002D5361" w14:paraId="714D0F27" w14:textId="77777777">
        <w:trPr>
          <w:cantSplit/>
          <w:jc w:val="center"/>
        </w:trPr>
        <w:tc>
          <w:tcPr>
            <w:tcW w:w="2160" w:type="dxa"/>
            <w:tcMar>
              <w:top w:w="65" w:type="dxa"/>
              <w:left w:w="80" w:type="dxa"/>
              <w:bottom w:w="65" w:type="dxa"/>
              <w:right w:w="80" w:type="dxa"/>
            </w:tcMar>
            <w:vAlign w:val="center"/>
          </w:tcPr>
          <w:p w14:paraId="6AFCD821" w14:textId="77777777" w:rsidR="002D5361" w:rsidRDefault="00000000">
            <w:proofErr w:type="spellStart"/>
            <w:r>
              <w:rPr>
                <w:sz w:val="16"/>
              </w:rPr>
              <w:t>국토연구</w:t>
            </w:r>
            <w:proofErr w:type="spellEnd"/>
          </w:p>
        </w:tc>
        <w:tc>
          <w:tcPr>
            <w:tcW w:w="4608" w:type="dxa"/>
            <w:tcMar>
              <w:top w:w="65" w:type="dxa"/>
              <w:left w:w="80" w:type="dxa"/>
              <w:bottom w:w="65" w:type="dxa"/>
              <w:right w:w="80" w:type="dxa"/>
            </w:tcMar>
            <w:vAlign w:val="center"/>
          </w:tcPr>
          <w:p w14:paraId="00FC53B7" w14:textId="77777777" w:rsidR="002D5361" w:rsidRDefault="00000000">
            <w:r>
              <w:rPr>
                <w:sz w:val="16"/>
              </w:rPr>
              <w:t>The Korea Spatial Planning Review</w:t>
            </w:r>
          </w:p>
        </w:tc>
        <w:tc>
          <w:tcPr>
            <w:tcW w:w="1008" w:type="dxa"/>
            <w:tcMar>
              <w:top w:w="65" w:type="dxa"/>
              <w:left w:w="80" w:type="dxa"/>
              <w:bottom w:w="65" w:type="dxa"/>
              <w:right w:w="80" w:type="dxa"/>
            </w:tcMar>
            <w:vAlign w:val="center"/>
          </w:tcPr>
          <w:p w14:paraId="6B245258" w14:textId="77777777" w:rsidR="002D5361" w:rsidRDefault="00000000">
            <w:r>
              <w:rPr>
                <w:sz w:val="16"/>
              </w:rPr>
              <w:t>29</w:t>
            </w:r>
          </w:p>
        </w:tc>
        <w:tc>
          <w:tcPr>
            <w:tcW w:w="1296" w:type="dxa"/>
            <w:tcMar>
              <w:top w:w="65" w:type="dxa"/>
              <w:left w:w="80" w:type="dxa"/>
              <w:bottom w:w="65" w:type="dxa"/>
              <w:right w:w="80" w:type="dxa"/>
            </w:tcMar>
            <w:vAlign w:val="center"/>
          </w:tcPr>
          <w:p w14:paraId="6B77E304" w14:textId="77777777" w:rsidR="002D5361" w:rsidRDefault="00000000">
            <w:r>
              <w:rPr>
                <w:sz w:val="16"/>
              </w:rPr>
              <w:t>146</w:t>
            </w:r>
          </w:p>
        </w:tc>
      </w:tr>
      <w:tr w:rsidR="002D5361" w14:paraId="360FADFB" w14:textId="77777777">
        <w:trPr>
          <w:cantSplit/>
          <w:jc w:val="center"/>
        </w:trPr>
        <w:tc>
          <w:tcPr>
            <w:tcW w:w="2160" w:type="dxa"/>
            <w:shd w:val="clear" w:color="auto" w:fill="F7F9FB"/>
            <w:tcMar>
              <w:top w:w="65" w:type="dxa"/>
              <w:left w:w="80" w:type="dxa"/>
              <w:bottom w:w="65" w:type="dxa"/>
              <w:right w:w="80" w:type="dxa"/>
            </w:tcMar>
            <w:vAlign w:val="center"/>
          </w:tcPr>
          <w:p w14:paraId="344B515E" w14:textId="77777777" w:rsidR="002D5361" w:rsidRDefault="00000000">
            <w:proofErr w:type="spellStart"/>
            <w:r>
              <w:rPr>
                <w:sz w:val="16"/>
              </w:rPr>
              <w:lastRenderedPageBreak/>
              <w:t>한국자치행정학보</w:t>
            </w:r>
            <w:proofErr w:type="spellEnd"/>
          </w:p>
        </w:tc>
        <w:tc>
          <w:tcPr>
            <w:tcW w:w="4608" w:type="dxa"/>
            <w:shd w:val="clear" w:color="auto" w:fill="F7F9FB"/>
            <w:tcMar>
              <w:top w:w="65" w:type="dxa"/>
              <w:left w:w="80" w:type="dxa"/>
              <w:bottom w:w="65" w:type="dxa"/>
              <w:right w:w="80" w:type="dxa"/>
            </w:tcMar>
            <w:vAlign w:val="center"/>
          </w:tcPr>
          <w:p w14:paraId="487D42EA" w14:textId="77777777" w:rsidR="002D5361" w:rsidRDefault="00000000">
            <w:r>
              <w:rPr>
                <w:sz w:val="16"/>
              </w:rPr>
              <w:t>Korean Journal of Local Government &amp; Administration Studies</w:t>
            </w:r>
          </w:p>
        </w:tc>
        <w:tc>
          <w:tcPr>
            <w:tcW w:w="1008" w:type="dxa"/>
            <w:shd w:val="clear" w:color="auto" w:fill="F7F9FB"/>
            <w:tcMar>
              <w:top w:w="65" w:type="dxa"/>
              <w:left w:w="80" w:type="dxa"/>
              <w:bottom w:w="65" w:type="dxa"/>
              <w:right w:w="80" w:type="dxa"/>
            </w:tcMar>
            <w:vAlign w:val="center"/>
          </w:tcPr>
          <w:p w14:paraId="087CD497" w14:textId="77777777" w:rsidR="002D5361" w:rsidRDefault="00000000">
            <w:r>
              <w:rPr>
                <w:sz w:val="16"/>
              </w:rPr>
              <w:t>24</w:t>
            </w:r>
          </w:p>
        </w:tc>
        <w:tc>
          <w:tcPr>
            <w:tcW w:w="1296" w:type="dxa"/>
            <w:shd w:val="clear" w:color="auto" w:fill="F7F9FB"/>
            <w:tcMar>
              <w:top w:w="65" w:type="dxa"/>
              <w:left w:w="80" w:type="dxa"/>
              <w:bottom w:w="65" w:type="dxa"/>
              <w:right w:w="80" w:type="dxa"/>
            </w:tcMar>
            <w:vAlign w:val="center"/>
          </w:tcPr>
          <w:p w14:paraId="37F46692" w14:textId="77777777" w:rsidR="002D5361" w:rsidRDefault="00000000">
            <w:r>
              <w:rPr>
                <w:sz w:val="16"/>
              </w:rPr>
              <w:t>119</w:t>
            </w:r>
          </w:p>
        </w:tc>
      </w:tr>
      <w:tr w:rsidR="002D5361" w14:paraId="240455E5" w14:textId="77777777">
        <w:trPr>
          <w:cantSplit/>
          <w:jc w:val="center"/>
        </w:trPr>
        <w:tc>
          <w:tcPr>
            <w:tcW w:w="2160" w:type="dxa"/>
            <w:tcMar>
              <w:top w:w="65" w:type="dxa"/>
              <w:left w:w="80" w:type="dxa"/>
              <w:bottom w:w="65" w:type="dxa"/>
              <w:right w:w="80" w:type="dxa"/>
            </w:tcMar>
            <w:vAlign w:val="center"/>
          </w:tcPr>
          <w:p w14:paraId="12923FD7" w14:textId="77777777" w:rsidR="002D5361" w:rsidRDefault="00000000">
            <w:proofErr w:type="spellStart"/>
            <w:r>
              <w:rPr>
                <w:sz w:val="16"/>
              </w:rPr>
              <w:t>한국도시지리학회지</w:t>
            </w:r>
            <w:proofErr w:type="spellEnd"/>
          </w:p>
        </w:tc>
        <w:tc>
          <w:tcPr>
            <w:tcW w:w="4608" w:type="dxa"/>
            <w:tcMar>
              <w:top w:w="65" w:type="dxa"/>
              <w:left w:w="80" w:type="dxa"/>
              <w:bottom w:w="65" w:type="dxa"/>
              <w:right w:w="80" w:type="dxa"/>
            </w:tcMar>
            <w:vAlign w:val="center"/>
          </w:tcPr>
          <w:p w14:paraId="0FA7E3CA" w14:textId="77777777" w:rsidR="002D5361" w:rsidRDefault="00000000">
            <w:r>
              <w:rPr>
                <w:sz w:val="16"/>
              </w:rPr>
              <w:t>Journal of the Korean Urban Geographical Society</w:t>
            </w:r>
          </w:p>
        </w:tc>
        <w:tc>
          <w:tcPr>
            <w:tcW w:w="1008" w:type="dxa"/>
            <w:tcMar>
              <w:top w:w="65" w:type="dxa"/>
              <w:left w:w="80" w:type="dxa"/>
              <w:bottom w:w="65" w:type="dxa"/>
              <w:right w:w="80" w:type="dxa"/>
            </w:tcMar>
            <w:vAlign w:val="center"/>
          </w:tcPr>
          <w:p w14:paraId="36DA7734" w14:textId="77777777" w:rsidR="002D5361" w:rsidRDefault="00000000">
            <w:r>
              <w:rPr>
                <w:sz w:val="16"/>
              </w:rPr>
              <w:t>19</w:t>
            </w:r>
          </w:p>
        </w:tc>
        <w:tc>
          <w:tcPr>
            <w:tcW w:w="1296" w:type="dxa"/>
            <w:tcMar>
              <w:top w:w="65" w:type="dxa"/>
              <w:left w:w="80" w:type="dxa"/>
              <w:bottom w:w="65" w:type="dxa"/>
              <w:right w:w="80" w:type="dxa"/>
            </w:tcMar>
            <w:vAlign w:val="center"/>
          </w:tcPr>
          <w:p w14:paraId="761BCFEB" w14:textId="77777777" w:rsidR="002D5361" w:rsidRDefault="00000000">
            <w:r>
              <w:rPr>
                <w:sz w:val="16"/>
              </w:rPr>
              <w:t>153</w:t>
            </w:r>
          </w:p>
        </w:tc>
      </w:tr>
      <w:tr w:rsidR="002D5361" w14:paraId="2F01484A" w14:textId="77777777">
        <w:trPr>
          <w:cantSplit/>
          <w:jc w:val="center"/>
        </w:trPr>
        <w:tc>
          <w:tcPr>
            <w:tcW w:w="2160" w:type="dxa"/>
            <w:shd w:val="clear" w:color="auto" w:fill="F7F9FB"/>
            <w:tcMar>
              <w:top w:w="65" w:type="dxa"/>
              <w:left w:w="80" w:type="dxa"/>
              <w:bottom w:w="65" w:type="dxa"/>
              <w:right w:w="80" w:type="dxa"/>
            </w:tcMar>
            <w:vAlign w:val="center"/>
          </w:tcPr>
          <w:p w14:paraId="555FFED8" w14:textId="77777777" w:rsidR="002D5361" w:rsidRDefault="00000000">
            <w:proofErr w:type="spellStart"/>
            <w:r>
              <w:rPr>
                <w:sz w:val="16"/>
              </w:rPr>
              <w:t>주거환경</w:t>
            </w:r>
            <w:proofErr w:type="spellEnd"/>
          </w:p>
        </w:tc>
        <w:tc>
          <w:tcPr>
            <w:tcW w:w="4608" w:type="dxa"/>
            <w:shd w:val="clear" w:color="auto" w:fill="F7F9FB"/>
            <w:tcMar>
              <w:top w:w="65" w:type="dxa"/>
              <w:left w:w="80" w:type="dxa"/>
              <w:bottom w:w="65" w:type="dxa"/>
              <w:right w:w="80" w:type="dxa"/>
            </w:tcMar>
            <w:vAlign w:val="center"/>
          </w:tcPr>
          <w:p w14:paraId="5EC07756" w14:textId="77777777" w:rsidR="002D5361" w:rsidRDefault="00000000">
            <w:r>
              <w:rPr>
                <w:sz w:val="16"/>
              </w:rPr>
              <w:t>Journal of The Residential Environment Institute of Korea</w:t>
            </w:r>
          </w:p>
        </w:tc>
        <w:tc>
          <w:tcPr>
            <w:tcW w:w="1008" w:type="dxa"/>
            <w:shd w:val="clear" w:color="auto" w:fill="F7F9FB"/>
            <w:tcMar>
              <w:top w:w="65" w:type="dxa"/>
              <w:left w:w="80" w:type="dxa"/>
              <w:bottom w:w="65" w:type="dxa"/>
              <w:right w:w="80" w:type="dxa"/>
            </w:tcMar>
            <w:vAlign w:val="center"/>
          </w:tcPr>
          <w:p w14:paraId="18AF1A67" w14:textId="77777777" w:rsidR="002D5361" w:rsidRDefault="00000000">
            <w:r>
              <w:rPr>
                <w:sz w:val="16"/>
              </w:rPr>
              <w:t>18</w:t>
            </w:r>
          </w:p>
        </w:tc>
        <w:tc>
          <w:tcPr>
            <w:tcW w:w="1296" w:type="dxa"/>
            <w:shd w:val="clear" w:color="auto" w:fill="F7F9FB"/>
            <w:tcMar>
              <w:top w:w="65" w:type="dxa"/>
              <w:left w:w="80" w:type="dxa"/>
              <w:bottom w:w="65" w:type="dxa"/>
              <w:right w:w="80" w:type="dxa"/>
            </w:tcMar>
            <w:vAlign w:val="center"/>
          </w:tcPr>
          <w:p w14:paraId="10949413" w14:textId="77777777" w:rsidR="002D5361" w:rsidRDefault="00000000">
            <w:r>
              <w:rPr>
                <w:sz w:val="16"/>
              </w:rPr>
              <w:t>87</w:t>
            </w:r>
          </w:p>
        </w:tc>
      </w:tr>
      <w:tr w:rsidR="002D5361" w14:paraId="106460EA" w14:textId="77777777">
        <w:trPr>
          <w:cantSplit/>
          <w:jc w:val="center"/>
        </w:trPr>
        <w:tc>
          <w:tcPr>
            <w:tcW w:w="2160" w:type="dxa"/>
            <w:tcMar>
              <w:top w:w="65" w:type="dxa"/>
              <w:left w:w="80" w:type="dxa"/>
              <w:bottom w:w="65" w:type="dxa"/>
              <w:right w:w="80" w:type="dxa"/>
            </w:tcMar>
            <w:vAlign w:val="center"/>
          </w:tcPr>
          <w:p w14:paraId="5F3EF8E0" w14:textId="77777777" w:rsidR="002D5361" w:rsidRDefault="00000000">
            <w:proofErr w:type="spellStart"/>
            <w:r>
              <w:rPr>
                <w:sz w:val="16"/>
              </w:rPr>
              <w:t>GRI연구논총</w:t>
            </w:r>
            <w:proofErr w:type="spellEnd"/>
          </w:p>
        </w:tc>
        <w:tc>
          <w:tcPr>
            <w:tcW w:w="4608" w:type="dxa"/>
            <w:tcMar>
              <w:top w:w="65" w:type="dxa"/>
              <w:left w:w="80" w:type="dxa"/>
              <w:bottom w:w="65" w:type="dxa"/>
              <w:right w:w="80" w:type="dxa"/>
            </w:tcMar>
            <w:vAlign w:val="center"/>
          </w:tcPr>
          <w:p w14:paraId="0DDE99D9" w14:textId="77777777" w:rsidR="002D5361" w:rsidRDefault="00000000">
            <w:r>
              <w:rPr>
                <w:sz w:val="16"/>
              </w:rPr>
              <w:t>Not available in KCI export</w:t>
            </w:r>
          </w:p>
        </w:tc>
        <w:tc>
          <w:tcPr>
            <w:tcW w:w="1008" w:type="dxa"/>
            <w:tcMar>
              <w:top w:w="65" w:type="dxa"/>
              <w:left w:w="80" w:type="dxa"/>
              <w:bottom w:w="65" w:type="dxa"/>
              <w:right w:w="80" w:type="dxa"/>
            </w:tcMar>
            <w:vAlign w:val="center"/>
          </w:tcPr>
          <w:p w14:paraId="2FC0BF99" w14:textId="77777777" w:rsidR="002D5361" w:rsidRDefault="00000000">
            <w:r>
              <w:rPr>
                <w:sz w:val="16"/>
              </w:rPr>
              <w:t>16</w:t>
            </w:r>
          </w:p>
        </w:tc>
        <w:tc>
          <w:tcPr>
            <w:tcW w:w="1296" w:type="dxa"/>
            <w:tcMar>
              <w:top w:w="65" w:type="dxa"/>
              <w:left w:w="80" w:type="dxa"/>
              <w:bottom w:w="65" w:type="dxa"/>
              <w:right w:w="80" w:type="dxa"/>
            </w:tcMar>
            <w:vAlign w:val="center"/>
          </w:tcPr>
          <w:p w14:paraId="1083190A" w14:textId="77777777" w:rsidR="002D5361" w:rsidRDefault="00000000">
            <w:r>
              <w:rPr>
                <w:sz w:val="16"/>
              </w:rPr>
              <w:t>109</w:t>
            </w:r>
          </w:p>
        </w:tc>
      </w:tr>
      <w:tr w:rsidR="002D5361" w14:paraId="6A67C8F5" w14:textId="77777777">
        <w:trPr>
          <w:cantSplit/>
          <w:jc w:val="center"/>
        </w:trPr>
        <w:tc>
          <w:tcPr>
            <w:tcW w:w="2160" w:type="dxa"/>
            <w:shd w:val="clear" w:color="auto" w:fill="F7F9FB"/>
            <w:tcMar>
              <w:top w:w="65" w:type="dxa"/>
              <w:left w:w="80" w:type="dxa"/>
              <w:bottom w:w="65" w:type="dxa"/>
              <w:right w:w="80" w:type="dxa"/>
            </w:tcMar>
            <w:vAlign w:val="center"/>
          </w:tcPr>
          <w:p w14:paraId="75E6A109" w14:textId="77777777" w:rsidR="002D5361" w:rsidRDefault="00000000">
            <w:proofErr w:type="spellStart"/>
            <w:r>
              <w:rPr>
                <w:sz w:val="16"/>
              </w:rPr>
              <w:t>한국거버넌스학회보</w:t>
            </w:r>
            <w:proofErr w:type="spellEnd"/>
          </w:p>
        </w:tc>
        <w:tc>
          <w:tcPr>
            <w:tcW w:w="4608" w:type="dxa"/>
            <w:shd w:val="clear" w:color="auto" w:fill="F7F9FB"/>
            <w:tcMar>
              <w:top w:w="65" w:type="dxa"/>
              <w:left w:w="80" w:type="dxa"/>
              <w:bottom w:w="65" w:type="dxa"/>
              <w:right w:w="80" w:type="dxa"/>
            </w:tcMar>
            <w:vAlign w:val="center"/>
          </w:tcPr>
          <w:p w14:paraId="2BBCC0AB" w14:textId="77777777" w:rsidR="002D5361" w:rsidRDefault="00000000">
            <w:r>
              <w:rPr>
                <w:sz w:val="16"/>
              </w:rPr>
              <w:t>The Korean Governance Review</w:t>
            </w:r>
          </w:p>
        </w:tc>
        <w:tc>
          <w:tcPr>
            <w:tcW w:w="1008" w:type="dxa"/>
            <w:shd w:val="clear" w:color="auto" w:fill="F7F9FB"/>
            <w:tcMar>
              <w:top w:w="65" w:type="dxa"/>
              <w:left w:w="80" w:type="dxa"/>
              <w:bottom w:w="65" w:type="dxa"/>
              <w:right w:w="80" w:type="dxa"/>
            </w:tcMar>
            <w:vAlign w:val="center"/>
          </w:tcPr>
          <w:p w14:paraId="03383744" w14:textId="77777777" w:rsidR="002D5361" w:rsidRDefault="00000000">
            <w:r>
              <w:rPr>
                <w:sz w:val="16"/>
              </w:rPr>
              <w:t>16</w:t>
            </w:r>
          </w:p>
        </w:tc>
        <w:tc>
          <w:tcPr>
            <w:tcW w:w="1296" w:type="dxa"/>
            <w:shd w:val="clear" w:color="auto" w:fill="F7F9FB"/>
            <w:tcMar>
              <w:top w:w="65" w:type="dxa"/>
              <w:left w:w="80" w:type="dxa"/>
              <w:bottom w:w="65" w:type="dxa"/>
              <w:right w:w="80" w:type="dxa"/>
            </w:tcMar>
            <w:vAlign w:val="center"/>
          </w:tcPr>
          <w:p w14:paraId="1EACE8B2" w14:textId="77777777" w:rsidR="002D5361" w:rsidRDefault="00000000">
            <w:r>
              <w:rPr>
                <w:sz w:val="16"/>
              </w:rPr>
              <w:t>135</w:t>
            </w:r>
          </w:p>
        </w:tc>
      </w:tr>
      <w:tr w:rsidR="002D5361" w14:paraId="3D1DCDA3" w14:textId="77777777">
        <w:trPr>
          <w:cantSplit/>
          <w:jc w:val="center"/>
        </w:trPr>
        <w:tc>
          <w:tcPr>
            <w:tcW w:w="2160" w:type="dxa"/>
            <w:tcMar>
              <w:top w:w="65" w:type="dxa"/>
              <w:left w:w="80" w:type="dxa"/>
              <w:bottom w:w="65" w:type="dxa"/>
              <w:right w:w="80" w:type="dxa"/>
            </w:tcMar>
            <w:vAlign w:val="center"/>
          </w:tcPr>
          <w:p w14:paraId="2A955D1C" w14:textId="77777777" w:rsidR="002D5361" w:rsidRDefault="00000000">
            <w:proofErr w:type="spellStart"/>
            <w:r>
              <w:rPr>
                <w:sz w:val="16"/>
              </w:rPr>
              <w:t>지역사회연구</w:t>
            </w:r>
            <w:proofErr w:type="spellEnd"/>
          </w:p>
        </w:tc>
        <w:tc>
          <w:tcPr>
            <w:tcW w:w="4608" w:type="dxa"/>
            <w:tcMar>
              <w:top w:w="65" w:type="dxa"/>
              <w:left w:w="80" w:type="dxa"/>
              <w:bottom w:w="65" w:type="dxa"/>
              <w:right w:w="80" w:type="dxa"/>
            </w:tcMar>
            <w:vAlign w:val="center"/>
          </w:tcPr>
          <w:p w14:paraId="3F21C98C" w14:textId="77777777" w:rsidR="002D5361" w:rsidRDefault="00000000">
            <w:r>
              <w:rPr>
                <w:sz w:val="16"/>
              </w:rPr>
              <w:t>Journal of Regional Studies</w:t>
            </w:r>
          </w:p>
        </w:tc>
        <w:tc>
          <w:tcPr>
            <w:tcW w:w="1008" w:type="dxa"/>
            <w:tcMar>
              <w:top w:w="65" w:type="dxa"/>
              <w:left w:w="80" w:type="dxa"/>
              <w:bottom w:w="65" w:type="dxa"/>
              <w:right w:w="80" w:type="dxa"/>
            </w:tcMar>
            <w:vAlign w:val="center"/>
          </w:tcPr>
          <w:p w14:paraId="0E3DD98D" w14:textId="77777777" w:rsidR="002D5361" w:rsidRDefault="00000000">
            <w:r>
              <w:rPr>
                <w:sz w:val="16"/>
              </w:rPr>
              <w:t>14</w:t>
            </w:r>
          </w:p>
        </w:tc>
        <w:tc>
          <w:tcPr>
            <w:tcW w:w="1296" w:type="dxa"/>
            <w:tcMar>
              <w:top w:w="65" w:type="dxa"/>
              <w:left w:w="80" w:type="dxa"/>
              <w:bottom w:w="65" w:type="dxa"/>
              <w:right w:w="80" w:type="dxa"/>
            </w:tcMar>
            <w:vAlign w:val="center"/>
          </w:tcPr>
          <w:p w14:paraId="75CFB9F4" w14:textId="77777777" w:rsidR="002D5361" w:rsidRDefault="00000000">
            <w:r>
              <w:rPr>
                <w:sz w:val="16"/>
              </w:rPr>
              <w:t>90</w:t>
            </w:r>
          </w:p>
        </w:tc>
      </w:tr>
      <w:tr w:rsidR="002D5361" w14:paraId="1035A37C" w14:textId="77777777">
        <w:trPr>
          <w:cantSplit/>
          <w:jc w:val="center"/>
        </w:trPr>
        <w:tc>
          <w:tcPr>
            <w:tcW w:w="2160" w:type="dxa"/>
            <w:shd w:val="clear" w:color="auto" w:fill="F7F9FB"/>
            <w:tcMar>
              <w:top w:w="65" w:type="dxa"/>
              <w:left w:w="80" w:type="dxa"/>
              <w:bottom w:w="65" w:type="dxa"/>
              <w:right w:w="80" w:type="dxa"/>
            </w:tcMar>
            <w:vAlign w:val="center"/>
          </w:tcPr>
          <w:p w14:paraId="3B66B3C4" w14:textId="77777777" w:rsidR="002D5361" w:rsidRDefault="00000000">
            <w:proofErr w:type="spellStart"/>
            <w:r>
              <w:rPr>
                <w:sz w:val="16"/>
              </w:rPr>
              <w:t>국가정책연구</w:t>
            </w:r>
            <w:proofErr w:type="spellEnd"/>
          </w:p>
        </w:tc>
        <w:tc>
          <w:tcPr>
            <w:tcW w:w="4608" w:type="dxa"/>
            <w:shd w:val="clear" w:color="auto" w:fill="F7F9FB"/>
            <w:tcMar>
              <w:top w:w="65" w:type="dxa"/>
              <w:left w:w="80" w:type="dxa"/>
              <w:bottom w:w="65" w:type="dxa"/>
              <w:right w:w="80" w:type="dxa"/>
            </w:tcMar>
            <w:vAlign w:val="center"/>
          </w:tcPr>
          <w:p w14:paraId="6E0B3FF7" w14:textId="77777777" w:rsidR="002D5361" w:rsidRDefault="00000000">
            <w:r>
              <w:rPr>
                <w:sz w:val="16"/>
              </w:rPr>
              <w:t>Public Policy Review</w:t>
            </w:r>
          </w:p>
        </w:tc>
        <w:tc>
          <w:tcPr>
            <w:tcW w:w="1008" w:type="dxa"/>
            <w:shd w:val="clear" w:color="auto" w:fill="F7F9FB"/>
            <w:tcMar>
              <w:top w:w="65" w:type="dxa"/>
              <w:left w:w="80" w:type="dxa"/>
              <w:bottom w:w="65" w:type="dxa"/>
              <w:right w:w="80" w:type="dxa"/>
            </w:tcMar>
            <w:vAlign w:val="center"/>
          </w:tcPr>
          <w:p w14:paraId="40A1D7CC" w14:textId="77777777" w:rsidR="002D5361" w:rsidRDefault="00000000">
            <w:r>
              <w:rPr>
                <w:sz w:val="16"/>
              </w:rPr>
              <w:t>13</w:t>
            </w:r>
          </w:p>
        </w:tc>
        <w:tc>
          <w:tcPr>
            <w:tcW w:w="1296" w:type="dxa"/>
            <w:shd w:val="clear" w:color="auto" w:fill="F7F9FB"/>
            <w:tcMar>
              <w:top w:w="65" w:type="dxa"/>
              <w:left w:w="80" w:type="dxa"/>
              <w:bottom w:w="65" w:type="dxa"/>
              <w:right w:w="80" w:type="dxa"/>
            </w:tcMar>
            <w:vAlign w:val="center"/>
          </w:tcPr>
          <w:p w14:paraId="1BE08AB3" w14:textId="77777777" w:rsidR="002D5361" w:rsidRDefault="00000000">
            <w:r>
              <w:rPr>
                <w:sz w:val="16"/>
              </w:rPr>
              <w:t>72</w:t>
            </w:r>
          </w:p>
        </w:tc>
      </w:tr>
      <w:tr w:rsidR="002D5361" w14:paraId="793F017A" w14:textId="77777777">
        <w:trPr>
          <w:cantSplit/>
          <w:jc w:val="center"/>
        </w:trPr>
        <w:tc>
          <w:tcPr>
            <w:tcW w:w="2160" w:type="dxa"/>
            <w:tcMar>
              <w:top w:w="65" w:type="dxa"/>
              <w:left w:w="80" w:type="dxa"/>
              <w:bottom w:w="65" w:type="dxa"/>
              <w:right w:w="80" w:type="dxa"/>
            </w:tcMar>
            <w:vAlign w:val="center"/>
          </w:tcPr>
          <w:p w14:paraId="74CD9732" w14:textId="77777777" w:rsidR="002D5361" w:rsidRDefault="00000000">
            <w:proofErr w:type="spellStart"/>
            <w:r>
              <w:rPr>
                <w:sz w:val="16"/>
              </w:rPr>
              <w:t>지방정부연구</w:t>
            </w:r>
            <w:proofErr w:type="spellEnd"/>
          </w:p>
        </w:tc>
        <w:tc>
          <w:tcPr>
            <w:tcW w:w="4608" w:type="dxa"/>
            <w:tcMar>
              <w:top w:w="65" w:type="dxa"/>
              <w:left w:w="80" w:type="dxa"/>
              <w:bottom w:w="65" w:type="dxa"/>
              <w:right w:w="80" w:type="dxa"/>
            </w:tcMar>
            <w:vAlign w:val="center"/>
          </w:tcPr>
          <w:p w14:paraId="0E2E607D" w14:textId="77777777" w:rsidR="002D5361" w:rsidRDefault="00000000">
            <w:r>
              <w:rPr>
                <w:sz w:val="16"/>
              </w:rPr>
              <w:t>The Korean Journal of Local Government Studies</w:t>
            </w:r>
          </w:p>
        </w:tc>
        <w:tc>
          <w:tcPr>
            <w:tcW w:w="1008" w:type="dxa"/>
            <w:tcMar>
              <w:top w:w="65" w:type="dxa"/>
              <w:left w:w="80" w:type="dxa"/>
              <w:bottom w:w="65" w:type="dxa"/>
              <w:right w:w="80" w:type="dxa"/>
            </w:tcMar>
            <w:vAlign w:val="center"/>
          </w:tcPr>
          <w:p w14:paraId="243850B0" w14:textId="77777777" w:rsidR="002D5361" w:rsidRDefault="00000000">
            <w:r>
              <w:rPr>
                <w:sz w:val="16"/>
              </w:rPr>
              <w:t>13</w:t>
            </w:r>
          </w:p>
        </w:tc>
        <w:tc>
          <w:tcPr>
            <w:tcW w:w="1296" w:type="dxa"/>
            <w:tcMar>
              <w:top w:w="65" w:type="dxa"/>
              <w:left w:w="80" w:type="dxa"/>
              <w:bottom w:w="65" w:type="dxa"/>
              <w:right w:w="80" w:type="dxa"/>
            </w:tcMar>
            <w:vAlign w:val="center"/>
          </w:tcPr>
          <w:p w14:paraId="1F7C2909" w14:textId="77777777" w:rsidR="002D5361" w:rsidRDefault="00000000">
            <w:r>
              <w:rPr>
                <w:sz w:val="16"/>
              </w:rPr>
              <w:t>170</w:t>
            </w:r>
          </w:p>
        </w:tc>
      </w:tr>
    </w:tbl>
    <w:p w14:paraId="0128A2E7" w14:textId="77777777" w:rsidR="002D5361" w:rsidRDefault="00000000">
      <w:r>
        <w:rPr>
          <w:b/>
          <w:sz w:val="16"/>
        </w:rPr>
        <w:t>Note.</w:t>
      </w:r>
      <w:r>
        <w:rPr>
          <w:sz w:val="16"/>
        </w:rPr>
        <w:t xml:space="preserve"> Citation counts are descriptive. Reference-list text was present for 95.5%, 100.0%, 100.0%, and 92.3% of Period I–IV records, but stable reference-to-KCI-record identifiers were not consistently supplied. This combination of high text presence and heterogeneous </w:t>
      </w:r>
      <w:proofErr w:type="spellStart"/>
      <w:r>
        <w:rPr>
          <w:sz w:val="16"/>
        </w:rPr>
        <w:t>linkability</w:t>
      </w:r>
      <w:proofErr w:type="spellEnd"/>
      <w:r>
        <w:rPr>
          <w:sz w:val="16"/>
        </w:rPr>
        <w:t xml:space="preserve"> prevents a temporally comparable citation network.</w:t>
      </w:r>
    </w:p>
    <w:p w14:paraId="0EFE3BE2" w14:textId="77777777" w:rsidR="002D5361" w:rsidRDefault="002D5361">
      <w:pPr>
        <w:spacing w:after="0"/>
      </w:pPr>
    </w:p>
    <w:p w14:paraId="4A4BF6EA" w14:textId="77777777" w:rsidR="002D5361" w:rsidRDefault="00000000">
      <w:pPr>
        <w:pStyle w:val="TableCaption"/>
      </w:pPr>
      <w:r>
        <w:t>Table S13. Top 15 KCI subject fields by article count</w:t>
      </w:r>
    </w:p>
    <w:tbl>
      <w:tblPr>
        <w:tblStyle w:val="TableGrid"/>
        <w:tblW w:w="0" w:type="auto"/>
        <w:jc w:val="center"/>
        <w:tblLook w:val="04A0" w:firstRow="1" w:lastRow="0" w:firstColumn="1" w:lastColumn="0" w:noHBand="0" w:noVBand="1"/>
      </w:tblPr>
      <w:tblGrid>
        <w:gridCol w:w="4873"/>
        <w:gridCol w:w="4873"/>
      </w:tblGrid>
      <w:tr w:rsidR="002D5361" w14:paraId="09DE627D" w14:textId="77777777">
        <w:trPr>
          <w:cantSplit/>
          <w:tblHeader/>
          <w:jc w:val="center"/>
        </w:trPr>
        <w:tc>
          <w:tcPr>
            <w:tcW w:w="4873" w:type="dxa"/>
            <w:shd w:val="clear" w:color="auto" w:fill="D9EAF7"/>
            <w:tcMar>
              <w:top w:w="55" w:type="dxa"/>
              <w:left w:w="70" w:type="dxa"/>
              <w:bottom w:w="55" w:type="dxa"/>
              <w:right w:w="70" w:type="dxa"/>
            </w:tcMar>
            <w:vAlign w:val="center"/>
          </w:tcPr>
          <w:p w14:paraId="5F4C3B9F" w14:textId="77777777" w:rsidR="002D5361" w:rsidRDefault="00000000">
            <w:r>
              <w:rPr>
                <w:b/>
                <w:sz w:val="16"/>
              </w:rPr>
              <w:t>Subject field</w:t>
            </w:r>
          </w:p>
        </w:tc>
        <w:tc>
          <w:tcPr>
            <w:tcW w:w="4873" w:type="dxa"/>
            <w:shd w:val="clear" w:color="auto" w:fill="D9EAF7"/>
            <w:tcMar>
              <w:top w:w="55" w:type="dxa"/>
              <w:left w:w="70" w:type="dxa"/>
              <w:bottom w:w="55" w:type="dxa"/>
              <w:right w:w="70" w:type="dxa"/>
            </w:tcMar>
            <w:vAlign w:val="center"/>
          </w:tcPr>
          <w:p w14:paraId="0A98255F" w14:textId="77777777" w:rsidR="002D5361" w:rsidRDefault="00000000">
            <w:r>
              <w:rPr>
                <w:b/>
                <w:sz w:val="16"/>
              </w:rPr>
              <w:t>Articles</w:t>
            </w:r>
          </w:p>
        </w:tc>
      </w:tr>
      <w:tr w:rsidR="002D5361" w14:paraId="51C80C99" w14:textId="77777777">
        <w:trPr>
          <w:cantSplit/>
          <w:jc w:val="center"/>
        </w:trPr>
        <w:tc>
          <w:tcPr>
            <w:tcW w:w="4873" w:type="dxa"/>
            <w:tcMar>
              <w:top w:w="55" w:type="dxa"/>
              <w:left w:w="70" w:type="dxa"/>
              <w:bottom w:w="55" w:type="dxa"/>
              <w:right w:w="70" w:type="dxa"/>
            </w:tcMar>
            <w:vAlign w:val="center"/>
          </w:tcPr>
          <w:p w14:paraId="337518FF" w14:textId="77777777" w:rsidR="002D5361" w:rsidRDefault="00000000">
            <w:proofErr w:type="spellStart"/>
            <w:r>
              <w:rPr>
                <w:sz w:val="16"/>
              </w:rPr>
              <w:t>행정학</w:t>
            </w:r>
            <w:proofErr w:type="spellEnd"/>
          </w:p>
        </w:tc>
        <w:tc>
          <w:tcPr>
            <w:tcW w:w="4873" w:type="dxa"/>
            <w:tcMar>
              <w:top w:w="55" w:type="dxa"/>
              <w:left w:w="70" w:type="dxa"/>
              <w:bottom w:w="55" w:type="dxa"/>
              <w:right w:w="70" w:type="dxa"/>
            </w:tcMar>
            <w:vAlign w:val="center"/>
          </w:tcPr>
          <w:p w14:paraId="2E4CC255" w14:textId="77777777" w:rsidR="002D5361" w:rsidRDefault="00000000">
            <w:r>
              <w:rPr>
                <w:sz w:val="16"/>
              </w:rPr>
              <w:t>138</w:t>
            </w:r>
          </w:p>
        </w:tc>
      </w:tr>
      <w:tr w:rsidR="002D5361" w14:paraId="6E68140B" w14:textId="77777777">
        <w:trPr>
          <w:cantSplit/>
          <w:jc w:val="center"/>
        </w:trPr>
        <w:tc>
          <w:tcPr>
            <w:tcW w:w="4873" w:type="dxa"/>
            <w:shd w:val="clear" w:color="auto" w:fill="F7F9FB"/>
            <w:tcMar>
              <w:top w:w="55" w:type="dxa"/>
              <w:left w:w="70" w:type="dxa"/>
              <w:bottom w:w="55" w:type="dxa"/>
              <w:right w:w="70" w:type="dxa"/>
            </w:tcMar>
            <w:vAlign w:val="center"/>
          </w:tcPr>
          <w:p w14:paraId="02981BA2" w14:textId="77777777" w:rsidR="002D5361" w:rsidRDefault="00000000">
            <w:proofErr w:type="spellStart"/>
            <w:r>
              <w:rPr>
                <w:sz w:val="16"/>
              </w:rPr>
              <w:t>법학</w:t>
            </w:r>
            <w:proofErr w:type="spellEnd"/>
          </w:p>
        </w:tc>
        <w:tc>
          <w:tcPr>
            <w:tcW w:w="4873" w:type="dxa"/>
            <w:shd w:val="clear" w:color="auto" w:fill="F7F9FB"/>
            <w:tcMar>
              <w:top w:w="55" w:type="dxa"/>
              <w:left w:w="70" w:type="dxa"/>
              <w:bottom w:w="55" w:type="dxa"/>
              <w:right w:w="70" w:type="dxa"/>
            </w:tcMar>
            <w:vAlign w:val="center"/>
          </w:tcPr>
          <w:p w14:paraId="2068C55C" w14:textId="77777777" w:rsidR="002D5361" w:rsidRDefault="00000000">
            <w:r>
              <w:rPr>
                <w:sz w:val="16"/>
              </w:rPr>
              <w:t>125</w:t>
            </w:r>
          </w:p>
        </w:tc>
      </w:tr>
      <w:tr w:rsidR="002D5361" w14:paraId="5288BE06" w14:textId="77777777">
        <w:trPr>
          <w:cantSplit/>
          <w:jc w:val="center"/>
        </w:trPr>
        <w:tc>
          <w:tcPr>
            <w:tcW w:w="4873" w:type="dxa"/>
            <w:tcMar>
              <w:top w:w="55" w:type="dxa"/>
              <w:left w:w="70" w:type="dxa"/>
              <w:bottom w:w="55" w:type="dxa"/>
              <w:right w:w="70" w:type="dxa"/>
            </w:tcMar>
            <w:vAlign w:val="center"/>
          </w:tcPr>
          <w:p w14:paraId="29D5CEA0" w14:textId="77777777" w:rsidR="002D5361" w:rsidRDefault="00000000">
            <w:proofErr w:type="spellStart"/>
            <w:r>
              <w:rPr>
                <w:sz w:val="16"/>
              </w:rPr>
              <w:t>경제학</w:t>
            </w:r>
            <w:proofErr w:type="spellEnd"/>
          </w:p>
        </w:tc>
        <w:tc>
          <w:tcPr>
            <w:tcW w:w="4873" w:type="dxa"/>
            <w:tcMar>
              <w:top w:w="55" w:type="dxa"/>
              <w:left w:w="70" w:type="dxa"/>
              <w:bottom w:w="55" w:type="dxa"/>
              <w:right w:w="70" w:type="dxa"/>
            </w:tcMar>
            <w:vAlign w:val="center"/>
          </w:tcPr>
          <w:p w14:paraId="0A64A7DF" w14:textId="77777777" w:rsidR="002D5361" w:rsidRDefault="00000000">
            <w:r>
              <w:rPr>
                <w:sz w:val="16"/>
              </w:rPr>
              <w:t>96</w:t>
            </w:r>
          </w:p>
        </w:tc>
      </w:tr>
      <w:tr w:rsidR="002D5361" w14:paraId="45ADE405" w14:textId="77777777">
        <w:trPr>
          <w:cantSplit/>
          <w:jc w:val="center"/>
        </w:trPr>
        <w:tc>
          <w:tcPr>
            <w:tcW w:w="4873" w:type="dxa"/>
            <w:shd w:val="clear" w:color="auto" w:fill="F7F9FB"/>
            <w:tcMar>
              <w:top w:w="55" w:type="dxa"/>
              <w:left w:w="70" w:type="dxa"/>
              <w:bottom w:w="55" w:type="dxa"/>
              <w:right w:w="70" w:type="dxa"/>
            </w:tcMar>
            <w:vAlign w:val="center"/>
          </w:tcPr>
          <w:p w14:paraId="62EEC5DE" w14:textId="77777777" w:rsidR="002D5361" w:rsidRDefault="00000000">
            <w:proofErr w:type="spellStart"/>
            <w:r>
              <w:rPr>
                <w:sz w:val="16"/>
              </w:rPr>
              <w:t>지리학</w:t>
            </w:r>
            <w:proofErr w:type="spellEnd"/>
          </w:p>
        </w:tc>
        <w:tc>
          <w:tcPr>
            <w:tcW w:w="4873" w:type="dxa"/>
            <w:shd w:val="clear" w:color="auto" w:fill="F7F9FB"/>
            <w:tcMar>
              <w:top w:w="55" w:type="dxa"/>
              <w:left w:w="70" w:type="dxa"/>
              <w:bottom w:w="55" w:type="dxa"/>
              <w:right w:w="70" w:type="dxa"/>
            </w:tcMar>
            <w:vAlign w:val="center"/>
          </w:tcPr>
          <w:p w14:paraId="7D29BFBE" w14:textId="77777777" w:rsidR="002D5361" w:rsidRDefault="00000000">
            <w:r>
              <w:rPr>
                <w:sz w:val="16"/>
              </w:rPr>
              <w:t>92</w:t>
            </w:r>
          </w:p>
        </w:tc>
      </w:tr>
      <w:tr w:rsidR="002D5361" w14:paraId="07B4D7B7" w14:textId="77777777">
        <w:trPr>
          <w:cantSplit/>
          <w:jc w:val="center"/>
        </w:trPr>
        <w:tc>
          <w:tcPr>
            <w:tcW w:w="4873" w:type="dxa"/>
            <w:tcMar>
              <w:top w:w="55" w:type="dxa"/>
              <w:left w:w="70" w:type="dxa"/>
              <w:bottom w:w="55" w:type="dxa"/>
              <w:right w:w="70" w:type="dxa"/>
            </w:tcMar>
            <w:vAlign w:val="center"/>
          </w:tcPr>
          <w:p w14:paraId="3B11615E" w14:textId="77777777" w:rsidR="002D5361" w:rsidRDefault="00000000">
            <w:proofErr w:type="spellStart"/>
            <w:r>
              <w:rPr>
                <w:sz w:val="16"/>
              </w:rPr>
              <w:t>정치외교학</w:t>
            </w:r>
            <w:proofErr w:type="spellEnd"/>
          </w:p>
        </w:tc>
        <w:tc>
          <w:tcPr>
            <w:tcW w:w="4873" w:type="dxa"/>
            <w:tcMar>
              <w:top w:w="55" w:type="dxa"/>
              <w:left w:w="70" w:type="dxa"/>
              <w:bottom w:w="55" w:type="dxa"/>
              <w:right w:w="70" w:type="dxa"/>
            </w:tcMar>
            <w:vAlign w:val="center"/>
          </w:tcPr>
          <w:p w14:paraId="24D12CEA" w14:textId="77777777" w:rsidR="002D5361" w:rsidRDefault="00000000">
            <w:r>
              <w:rPr>
                <w:sz w:val="16"/>
              </w:rPr>
              <w:t>73</w:t>
            </w:r>
          </w:p>
        </w:tc>
      </w:tr>
      <w:tr w:rsidR="002D5361" w14:paraId="27B2FCE2" w14:textId="77777777">
        <w:trPr>
          <w:cantSplit/>
          <w:jc w:val="center"/>
        </w:trPr>
        <w:tc>
          <w:tcPr>
            <w:tcW w:w="4873" w:type="dxa"/>
            <w:shd w:val="clear" w:color="auto" w:fill="F7F9FB"/>
            <w:tcMar>
              <w:top w:w="55" w:type="dxa"/>
              <w:left w:w="70" w:type="dxa"/>
              <w:bottom w:w="55" w:type="dxa"/>
              <w:right w:w="70" w:type="dxa"/>
            </w:tcMar>
            <w:vAlign w:val="center"/>
          </w:tcPr>
          <w:p w14:paraId="3FC43EA1" w14:textId="77777777" w:rsidR="002D5361" w:rsidRDefault="00000000">
            <w:proofErr w:type="spellStart"/>
            <w:r>
              <w:rPr>
                <w:sz w:val="16"/>
              </w:rPr>
              <w:t>국제</w:t>
            </w:r>
            <w:proofErr w:type="spellEnd"/>
            <w:r>
              <w:rPr>
                <w:sz w:val="16"/>
              </w:rPr>
              <w:t>/</w:t>
            </w:r>
            <w:proofErr w:type="spellStart"/>
            <w:r>
              <w:rPr>
                <w:sz w:val="16"/>
              </w:rPr>
              <w:t>지역개발</w:t>
            </w:r>
            <w:proofErr w:type="spellEnd"/>
          </w:p>
        </w:tc>
        <w:tc>
          <w:tcPr>
            <w:tcW w:w="4873" w:type="dxa"/>
            <w:shd w:val="clear" w:color="auto" w:fill="F7F9FB"/>
            <w:tcMar>
              <w:top w:w="55" w:type="dxa"/>
              <w:left w:w="70" w:type="dxa"/>
              <w:bottom w:w="55" w:type="dxa"/>
              <w:right w:w="70" w:type="dxa"/>
            </w:tcMar>
            <w:vAlign w:val="center"/>
          </w:tcPr>
          <w:p w14:paraId="66A37456" w14:textId="77777777" w:rsidR="002D5361" w:rsidRDefault="00000000">
            <w:r>
              <w:rPr>
                <w:sz w:val="16"/>
              </w:rPr>
              <w:t>67</w:t>
            </w:r>
          </w:p>
        </w:tc>
      </w:tr>
      <w:tr w:rsidR="002D5361" w14:paraId="246B443D" w14:textId="77777777">
        <w:trPr>
          <w:cantSplit/>
          <w:jc w:val="center"/>
        </w:trPr>
        <w:tc>
          <w:tcPr>
            <w:tcW w:w="4873" w:type="dxa"/>
            <w:tcMar>
              <w:top w:w="55" w:type="dxa"/>
              <w:left w:w="70" w:type="dxa"/>
              <w:bottom w:w="55" w:type="dxa"/>
              <w:right w:w="70" w:type="dxa"/>
            </w:tcMar>
            <w:vAlign w:val="center"/>
          </w:tcPr>
          <w:p w14:paraId="189C2453" w14:textId="77777777" w:rsidR="002D5361" w:rsidRDefault="00000000">
            <w:proofErr w:type="spellStart"/>
            <w:r>
              <w:rPr>
                <w:sz w:val="16"/>
              </w:rPr>
              <w:t>사회과학일반</w:t>
            </w:r>
            <w:proofErr w:type="spellEnd"/>
          </w:p>
        </w:tc>
        <w:tc>
          <w:tcPr>
            <w:tcW w:w="4873" w:type="dxa"/>
            <w:tcMar>
              <w:top w:w="55" w:type="dxa"/>
              <w:left w:w="70" w:type="dxa"/>
              <w:bottom w:w="55" w:type="dxa"/>
              <w:right w:w="70" w:type="dxa"/>
            </w:tcMar>
            <w:vAlign w:val="center"/>
          </w:tcPr>
          <w:p w14:paraId="392A3CCD" w14:textId="77777777" w:rsidR="002D5361" w:rsidRDefault="00000000">
            <w:r>
              <w:rPr>
                <w:sz w:val="16"/>
              </w:rPr>
              <w:t>49</w:t>
            </w:r>
          </w:p>
        </w:tc>
      </w:tr>
      <w:tr w:rsidR="002D5361" w14:paraId="6E278C99" w14:textId="77777777">
        <w:trPr>
          <w:cantSplit/>
          <w:jc w:val="center"/>
        </w:trPr>
        <w:tc>
          <w:tcPr>
            <w:tcW w:w="4873" w:type="dxa"/>
            <w:shd w:val="clear" w:color="auto" w:fill="F7F9FB"/>
            <w:tcMar>
              <w:top w:w="55" w:type="dxa"/>
              <w:left w:w="70" w:type="dxa"/>
              <w:bottom w:w="55" w:type="dxa"/>
              <w:right w:w="70" w:type="dxa"/>
            </w:tcMar>
            <w:vAlign w:val="center"/>
          </w:tcPr>
          <w:p w14:paraId="4225A1BD" w14:textId="77777777" w:rsidR="002D5361" w:rsidRDefault="00000000">
            <w:proofErr w:type="spellStart"/>
            <w:r>
              <w:rPr>
                <w:sz w:val="16"/>
              </w:rPr>
              <w:t>정책학</w:t>
            </w:r>
            <w:proofErr w:type="spellEnd"/>
          </w:p>
        </w:tc>
        <w:tc>
          <w:tcPr>
            <w:tcW w:w="4873" w:type="dxa"/>
            <w:shd w:val="clear" w:color="auto" w:fill="F7F9FB"/>
            <w:tcMar>
              <w:top w:w="55" w:type="dxa"/>
              <w:left w:w="70" w:type="dxa"/>
              <w:bottom w:w="55" w:type="dxa"/>
              <w:right w:w="70" w:type="dxa"/>
            </w:tcMar>
            <w:vAlign w:val="center"/>
          </w:tcPr>
          <w:p w14:paraId="38BAB7BC" w14:textId="77777777" w:rsidR="002D5361" w:rsidRDefault="00000000">
            <w:r>
              <w:rPr>
                <w:sz w:val="16"/>
              </w:rPr>
              <w:t>46</w:t>
            </w:r>
          </w:p>
        </w:tc>
      </w:tr>
      <w:tr w:rsidR="002D5361" w14:paraId="664DE840" w14:textId="77777777">
        <w:trPr>
          <w:cantSplit/>
          <w:jc w:val="center"/>
        </w:trPr>
        <w:tc>
          <w:tcPr>
            <w:tcW w:w="4873" w:type="dxa"/>
            <w:tcMar>
              <w:top w:w="55" w:type="dxa"/>
              <w:left w:w="70" w:type="dxa"/>
              <w:bottom w:w="55" w:type="dxa"/>
              <w:right w:w="70" w:type="dxa"/>
            </w:tcMar>
            <w:vAlign w:val="center"/>
          </w:tcPr>
          <w:p w14:paraId="7E49B999" w14:textId="77777777" w:rsidR="002D5361" w:rsidRDefault="00000000">
            <w:r>
              <w:rPr>
                <w:sz w:val="16"/>
              </w:rPr>
              <w:t>Unspecified</w:t>
            </w:r>
          </w:p>
        </w:tc>
        <w:tc>
          <w:tcPr>
            <w:tcW w:w="4873" w:type="dxa"/>
            <w:tcMar>
              <w:top w:w="55" w:type="dxa"/>
              <w:left w:w="70" w:type="dxa"/>
              <w:bottom w:w="55" w:type="dxa"/>
              <w:right w:w="70" w:type="dxa"/>
            </w:tcMar>
            <w:vAlign w:val="center"/>
          </w:tcPr>
          <w:p w14:paraId="6D6211B3" w14:textId="77777777" w:rsidR="002D5361" w:rsidRDefault="00000000">
            <w:r>
              <w:rPr>
                <w:sz w:val="16"/>
              </w:rPr>
              <w:t>32</w:t>
            </w:r>
          </w:p>
        </w:tc>
      </w:tr>
      <w:tr w:rsidR="002D5361" w14:paraId="09647DC3" w14:textId="77777777">
        <w:trPr>
          <w:cantSplit/>
          <w:jc w:val="center"/>
        </w:trPr>
        <w:tc>
          <w:tcPr>
            <w:tcW w:w="4873" w:type="dxa"/>
            <w:shd w:val="clear" w:color="auto" w:fill="F7F9FB"/>
            <w:tcMar>
              <w:top w:w="55" w:type="dxa"/>
              <w:left w:w="70" w:type="dxa"/>
              <w:bottom w:w="55" w:type="dxa"/>
              <w:right w:w="70" w:type="dxa"/>
            </w:tcMar>
            <w:vAlign w:val="center"/>
          </w:tcPr>
          <w:p w14:paraId="55D3D290" w14:textId="77777777" w:rsidR="002D5361" w:rsidRDefault="00000000">
            <w:proofErr w:type="spellStart"/>
            <w:r>
              <w:rPr>
                <w:sz w:val="16"/>
              </w:rPr>
              <w:t>지역학</w:t>
            </w:r>
            <w:proofErr w:type="spellEnd"/>
          </w:p>
        </w:tc>
        <w:tc>
          <w:tcPr>
            <w:tcW w:w="4873" w:type="dxa"/>
            <w:shd w:val="clear" w:color="auto" w:fill="F7F9FB"/>
            <w:tcMar>
              <w:top w:w="55" w:type="dxa"/>
              <w:left w:w="70" w:type="dxa"/>
              <w:bottom w:w="55" w:type="dxa"/>
              <w:right w:w="70" w:type="dxa"/>
            </w:tcMar>
            <w:vAlign w:val="center"/>
          </w:tcPr>
          <w:p w14:paraId="3A41CD0F" w14:textId="77777777" w:rsidR="002D5361" w:rsidRDefault="00000000">
            <w:r>
              <w:rPr>
                <w:sz w:val="16"/>
              </w:rPr>
              <w:t>26</w:t>
            </w:r>
          </w:p>
        </w:tc>
      </w:tr>
      <w:tr w:rsidR="002D5361" w14:paraId="1ABE0F91" w14:textId="77777777">
        <w:trPr>
          <w:cantSplit/>
          <w:jc w:val="center"/>
        </w:trPr>
        <w:tc>
          <w:tcPr>
            <w:tcW w:w="4873" w:type="dxa"/>
            <w:tcMar>
              <w:top w:w="55" w:type="dxa"/>
              <w:left w:w="70" w:type="dxa"/>
              <w:bottom w:w="55" w:type="dxa"/>
              <w:right w:w="70" w:type="dxa"/>
            </w:tcMar>
            <w:vAlign w:val="center"/>
          </w:tcPr>
          <w:p w14:paraId="6F3955FD" w14:textId="77777777" w:rsidR="002D5361" w:rsidRDefault="00000000">
            <w:proofErr w:type="spellStart"/>
            <w:r>
              <w:rPr>
                <w:sz w:val="16"/>
              </w:rPr>
              <w:t>도시</w:t>
            </w:r>
            <w:proofErr w:type="spellEnd"/>
            <w:r>
              <w:rPr>
                <w:sz w:val="16"/>
              </w:rPr>
              <w:t>/</w:t>
            </w:r>
            <w:proofErr w:type="spellStart"/>
            <w:r>
              <w:rPr>
                <w:sz w:val="16"/>
              </w:rPr>
              <w:t>지방행정</w:t>
            </w:r>
            <w:proofErr w:type="spellEnd"/>
          </w:p>
        </w:tc>
        <w:tc>
          <w:tcPr>
            <w:tcW w:w="4873" w:type="dxa"/>
            <w:tcMar>
              <w:top w:w="55" w:type="dxa"/>
              <w:left w:w="70" w:type="dxa"/>
              <w:bottom w:w="55" w:type="dxa"/>
              <w:right w:w="70" w:type="dxa"/>
            </w:tcMar>
            <w:vAlign w:val="center"/>
          </w:tcPr>
          <w:p w14:paraId="05A4B4F0" w14:textId="77777777" w:rsidR="002D5361" w:rsidRDefault="00000000">
            <w:r>
              <w:rPr>
                <w:sz w:val="16"/>
              </w:rPr>
              <w:t>24</w:t>
            </w:r>
          </w:p>
        </w:tc>
      </w:tr>
      <w:tr w:rsidR="002D5361" w14:paraId="0D0A175B" w14:textId="77777777">
        <w:trPr>
          <w:cantSplit/>
          <w:jc w:val="center"/>
        </w:trPr>
        <w:tc>
          <w:tcPr>
            <w:tcW w:w="4873" w:type="dxa"/>
            <w:shd w:val="clear" w:color="auto" w:fill="F7F9FB"/>
            <w:tcMar>
              <w:top w:w="55" w:type="dxa"/>
              <w:left w:w="70" w:type="dxa"/>
              <w:bottom w:w="55" w:type="dxa"/>
              <w:right w:w="70" w:type="dxa"/>
            </w:tcMar>
            <w:vAlign w:val="center"/>
          </w:tcPr>
          <w:p w14:paraId="0867DFE2" w14:textId="77777777" w:rsidR="002D5361" w:rsidRDefault="00000000">
            <w:proofErr w:type="spellStart"/>
            <w:r>
              <w:rPr>
                <w:sz w:val="16"/>
              </w:rPr>
              <w:t>기타인문학</w:t>
            </w:r>
            <w:proofErr w:type="spellEnd"/>
          </w:p>
        </w:tc>
        <w:tc>
          <w:tcPr>
            <w:tcW w:w="4873" w:type="dxa"/>
            <w:shd w:val="clear" w:color="auto" w:fill="F7F9FB"/>
            <w:tcMar>
              <w:top w:w="55" w:type="dxa"/>
              <w:left w:w="70" w:type="dxa"/>
              <w:bottom w:w="55" w:type="dxa"/>
              <w:right w:w="70" w:type="dxa"/>
            </w:tcMar>
            <w:vAlign w:val="center"/>
          </w:tcPr>
          <w:p w14:paraId="1404890B" w14:textId="77777777" w:rsidR="002D5361" w:rsidRDefault="00000000">
            <w:r>
              <w:rPr>
                <w:sz w:val="16"/>
              </w:rPr>
              <w:t>24</w:t>
            </w:r>
          </w:p>
        </w:tc>
      </w:tr>
      <w:tr w:rsidR="002D5361" w14:paraId="0F9798B4" w14:textId="77777777">
        <w:trPr>
          <w:cantSplit/>
          <w:jc w:val="center"/>
        </w:trPr>
        <w:tc>
          <w:tcPr>
            <w:tcW w:w="4873" w:type="dxa"/>
            <w:tcMar>
              <w:top w:w="55" w:type="dxa"/>
              <w:left w:w="70" w:type="dxa"/>
              <w:bottom w:w="55" w:type="dxa"/>
              <w:right w:w="70" w:type="dxa"/>
            </w:tcMar>
            <w:vAlign w:val="center"/>
          </w:tcPr>
          <w:p w14:paraId="572EC5EA" w14:textId="77777777" w:rsidR="002D5361" w:rsidRDefault="00000000">
            <w:proofErr w:type="spellStart"/>
            <w:r>
              <w:rPr>
                <w:sz w:val="16"/>
              </w:rPr>
              <w:t>기타사회과학</w:t>
            </w:r>
            <w:proofErr w:type="spellEnd"/>
          </w:p>
        </w:tc>
        <w:tc>
          <w:tcPr>
            <w:tcW w:w="4873" w:type="dxa"/>
            <w:tcMar>
              <w:top w:w="55" w:type="dxa"/>
              <w:left w:w="70" w:type="dxa"/>
              <w:bottom w:w="55" w:type="dxa"/>
              <w:right w:w="70" w:type="dxa"/>
            </w:tcMar>
            <w:vAlign w:val="center"/>
          </w:tcPr>
          <w:p w14:paraId="386B8344" w14:textId="77777777" w:rsidR="002D5361" w:rsidRDefault="00000000">
            <w:r>
              <w:rPr>
                <w:sz w:val="16"/>
              </w:rPr>
              <w:t>16</w:t>
            </w:r>
          </w:p>
        </w:tc>
      </w:tr>
      <w:tr w:rsidR="002D5361" w14:paraId="3EBC0364" w14:textId="77777777">
        <w:trPr>
          <w:cantSplit/>
          <w:jc w:val="center"/>
        </w:trPr>
        <w:tc>
          <w:tcPr>
            <w:tcW w:w="4873" w:type="dxa"/>
            <w:shd w:val="clear" w:color="auto" w:fill="F7F9FB"/>
            <w:tcMar>
              <w:top w:w="55" w:type="dxa"/>
              <w:left w:w="70" w:type="dxa"/>
              <w:bottom w:w="55" w:type="dxa"/>
              <w:right w:w="70" w:type="dxa"/>
            </w:tcMar>
            <w:vAlign w:val="center"/>
          </w:tcPr>
          <w:p w14:paraId="45C9F26E" w14:textId="77777777" w:rsidR="002D5361" w:rsidRDefault="00000000">
            <w:proofErr w:type="spellStart"/>
            <w:r>
              <w:rPr>
                <w:sz w:val="16"/>
              </w:rPr>
              <w:t>지역개발</w:t>
            </w:r>
            <w:proofErr w:type="spellEnd"/>
          </w:p>
        </w:tc>
        <w:tc>
          <w:tcPr>
            <w:tcW w:w="4873" w:type="dxa"/>
            <w:shd w:val="clear" w:color="auto" w:fill="F7F9FB"/>
            <w:tcMar>
              <w:top w:w="55" w:type="dxa"/>
              <w:left w:w="70" w:type="dxa"/>
              <w:bottom w:w="55" w:type="dxa"/>
              <w:right w:w="70" w:type="dxa"/>
            </w:tcMar>
            <w:vAlign w:val="center"/>
          </w:tcPr>
          <w:p w14:paraId="6F6632E9" w14:textId="77777777" w:rsidR="002D5361" w:rsidRDefault="00000000">
            <w:r>
              <w:rPr>
                <w:sz w:val="16"/>
              </w:rPr>
              <w:t>16</w:t>
            </w:r>
          </w:p>
        </w:tc>
      </w:tr>
      <w:tr w:rsidR="002D5361" w14:paraId="37160060" w14:textId="77777777">
        <w:trPr>
          <w:cantSplit/>
          <w:jc w:val="center"/>
        </w:trPr>
        <w:tc>
          <w:tcPr>
            <w:tcW w:w="4873" w:type="dxa"/>
            <w:tcMar>
              <w:top w:w="55" w:type="dxa"/>
              <w:left w:w="70" w:type="dxa"/>
              <w:bottom w:w="55" w:type="dxa"/>
              <w:right w:w="70" w:type="dxa"/>
            </w:tcMar>
            <w:vAlign w:val="center"/>
          </w:tcPr>
          <w:p w14:paraId="4DDAD8C9" w14:textId="77777777" w:rsidR="002D5361" w:rsidRDefault="00000000">
            <w:proofErr w:type="spellStart"/>
            <w:r>
              <w:rPr>
                <w:sz w:val="16"/>
              </w:rPr>
              <w:lastRenderedPageBreak/>
              <w:t>지역학일반</w:t>
            </w:r>
            <w:proofErr w:type="spellEnd"/>
          </w:p>
        </w:tc>
        <w:tc>
          <w:tcPr>
            <w:tcW w:w="4873" w:type="dxa"/>
            <w:tcMar>
              <w:top w:w="55" w:type="dxa"/>
              <w:left w:w="70" w:type="dxa"/>
              <w:bottom w:w="55" w:type="dxa"/>
              <w:right w:w="70" w:type="dxa"/>
            </w:tcMar>
            <w:vAlign w:val="center"/>
          </w:tcPr>
          <w:p w14:paraId="5FBB7F78" w14:textId="77777777" w:rsidR="002D5361" w:rsidRDefault="00000000">
            <w:r>
              <w:rPr>
                <w:sz w:val="16"/>
              </w:rPr>
              <w:t>15</w:t>
            </w:r>
          </w:p>
        </w:tc>
      </w:tr>
    </w:tbl>
    <w:p w14:paraId="62193E49" w14:textId="77777777" w:rsidR="002D5361" w:rsidRDefault="002D5361">
      <w:pPr>
        <w:spacing w:after="0"/>
      </w:pPr>
    </w:p>
    <w:p w14:paraId="7D77676F" w14:textId="77777777" w:rsidR="002D5361" w:rsidRDefault="00000000">
      <w:pPr>
        <w:pStyle w:val="Heading1"/>
      </w:pPr>
      <w:r>
        <w:rPr>
          <w:rFonts w:ascii="Times New Roman" w:hAnsi="Times New Roman"/>
        </w:rPr>
        <w:t>S9. Reproducibility materials and analytical specifications</w:t>
      </w:r>
    </w:p>
    <w:p w14:paraId="68C80342" w14:textId="77777777" w:rsidR="002D5361" w:rsidRDefault="00000000">
      <w:pPr>
        <w:ind w:firstLine="283"/>
      </w:pPr>
      <w:r>
        <w:t xml:space="preserve">The reproducibility materials distinguish the main 15-front </w:t>
      </w:r>
      <w:proofErr w:type="spellStart"/>
      <w:r>
        <w:t>BERTopic</w:t>
      </w:r>
      <w:proofErr w:type="spellEnd"/>
      <w:r>
        <w:t xml:space="preserve"> specification from the 14-cluster comparison specification and other sensitivity analyses used in the study. Documentation reconstructed from retained project evidence is explicitly labeled as reconstructed rather than contemporaneous.</w:t>
      </w:r>
    </w:p>
    <w:p w14:paraId="5C31F795" w14:textId="77777777" w:rsidR="002D5361" w:rsidRDefault="00000000">
      <w:pPr>
        <w:ind w:firstLine="283"/>
      </w:pPr>
      <w:r>
        <w:t xml:space="preserve">The reproducibility materials do not redistribute KCI-derived titles, abstracts, keywords, or personal metadata. They include stable record IDs, </w:t>
      </w:r>
      <w:proofErr w:type="spellStart"/>
      <w:r>
        <w:t>BERTopic</w:t>
      </w:r>
      <w:proofErr w:type="spellEnd"/>
      <w:r>
        <w:t xml:space="preserve"> and LDA assignments, topic-coherence results, temporal sensitivity outputs, the denominator-aligned </w:t>
      </w:r>
      <w:proofErr w:type="spellStart"/>
      <w:r>
        <w:t>BERTopic</w:t>
      </w:r>
      <w:proofErr w:type="spellEnd"/>
      <w:r>
        <w:t xml:space="preserve">–LDA comparison, descriptive co-word results, ID-only Scopus source-screen and article-confirmation evidence, environment information, code, inventory files, and checksums. The archived KCI query is identified as a reconstruction because the original account-level search history was not retained. The numerical results, tables, and figures in this manuscript and Online Resource correspond to public package version kci_tm_reproducibility_public_v2.6.1_corpus_screening_sync. Its </w:t>
      </w:r>
      <w:proofErr w:type="spellStart"/>
      <w:r>
        <w:t>Zenodo</w:t>
      </w:r>
      <w:proofErr w:type="spellEnd"/>
      <w:r>
        <w:t xml:space="preserve"> DOI and anonymous reviewer-access link will be inserted after the corresponding author completes the upload.</w:t>
      </w:r>
    </w:p>
    <w:p w14:paraId="03F3EB98" w14:textId="77777777" w:rsidR="002D5361" w:rsidRDefault="00000000">
      <w:pPr>
        <w:pStyle w:val="TableCaption"/>
      </w:pPr>
      <w:r>
        <w:t>Table S14. Files included in the reproducibility materials</w:t>
      </w:r>
    </w:p>
    <w:tbl>
      <w:tblPr>
        <w:tblStyle w:val="TableGrid"/>
        <w:tblW w:w="0" w:type="auto"/>
        <w:jc w:val="center"/>
        <w:tblLook w:val="04A0" w:firstRow="1" w:lastRow="0" w:firstColumn="1" w:lastColumn="0" w:noHBand="0" w:noVBand="1"/>
      </w:tblPr>
      <w:tblGrid>
        <w:gridCol w:w="3908"/>
        <w:gridCol w:w="5998"/>
      </w:tblGrid>
      <w:tr w:rsidR="002D5361" w14:paraId="0FC97F8B" w14:textId="77777777">
        <w:trPr>
          <w:cantSplit/>
          <w:tblHeader/>
          <w:jc w:val="center"/>
        </w:trPr>
        <w:tc>
          <w:tcPr>
            <w:tcW w:w="3908" w:type="dxa"/>
            <w:shd w:val="clear" w:color="auto" w:fill="D9EAF7"/>
            <w:tcMar>
              <w:top w:w="65" w:type="dxa"/>
              <w:left w:w="80" w:type="dxa"/>
              <w:bottom w:w="65" w:type="dxa"/>
              <w:right w:w="80" w:type="dxa"/>
            </w:tcMar>
            <w:vAlign w:val="center"/>
          </w:tcPr>
          <w:p w14:paraId="3FA1DF3D" w14:textId="77777777" w:rsidR="002D5361" w:rsidRDefault="00000000">
            <w:r>
              <w:rPr>
                <w:b/>
                <w:sz w:val="16"/>
              </w:rPr>
              <w:t>Material</w:t>
            </w:r>
          </w:p>
        </w:tc>
        <w:tc>
          <w:tcPr>
            <w:tcW w:w="5998" w:type="dxa"/>
            <w:shd w:val="clear" w:color="auto" w:fill="D9EAF7"/>
            <w:tcMar>
              <w:top w:w="65" w:type="dxa"/>
              <w:left w:w="80" w:type="dxa"/>
              <w:bottom w:w="65" w:type="dxa"/>
              <w:right w:w="80" w:type="dxa"/>
            </w:tcMar>
            <w:vAlign w:val="center"/>
          </w:tcPr>
          <w:p w14:paraId="3FFE09C4" w14:textId="77777777" w:rsidR="002D5361" w:rsidRDefault="00000000">
            <w:r>
              <w:rPr>
                <w:b/>
                <w:sz w:val="16"/>
              </w:rPr>
              <w:t>Purpose</w:t>
            </w:r>
          </w:p>
        </w:tc>
      </w:tr>
      <w:tr w:rsidR="002D5361" w14:paraId="389C8DDF" w14:textId="77777777">
        <w:trPr>
          <w:jc w:val="center"/>
        </w:trPr>
        <w:tc>
          <w:tcPr>
            <w:tcW w:w="3908" w:type="dxa"/>
          </w:tcPr>
          <w:p w14:paraId="402EBB15" w14:textId="77777777" w:rsidR="002D5361" w:rsidRDefault="00000000">
            <w:r>
              <w:rPr>
                <w:sz w:val="16"/>
              </w:rPr>
              <w:t xml:space="preserve">Document-level </w:t>
            </w:r>
            <w:proofErr w:type="spellStart"/>
            <w:r>
              <w:rPr>
                <w:sz w:val="16"/>
              </w:rPr>
              <w:t>BERTopic</w:t>
            </w:r>
            <w:proofErr w:type="spellEnd"/>
            <w:r>
              <w:rPr>
                <w:sz w:val="16"/>
              </w:rPr>
              <w:t xml:space="preserve"> assignments</w:t>
            </w:r>
          </w:p>
        </w:tc>
        <w:tc>
          <w:tcPr>
            <w:tcW w:w="5998" w:type="dxa"/>
          </w:tcPr>
          <w:p w14:paraId="5BCBE853" w14:textId="77777777" w:rsidR="002D5361" w:rsidRDefault="00000000">
            <w:r>
              <w:rPr>
                <w:sz w:val="16"/>
              </w:rPr>
              <w:t>Stable KCI IDs with main and comparison topic assignments</w:t>
            </w:r>
          </w:p>
        </w:tc>
      </w:tr>
      <w:tr w:rsidR="002D5361" w14:paraId="4A3F4A69" w14:textId="77777777">
        <w:trPr>
          <w:jc w:val="center"/>
        </w:trPr>
        <w:tc>
          <w:tcPr>
            <w:tcW w:w="3908" w:type="dxa"/>
          </w:tcPr>
          <w:p w14:paraId="68FB760E" w14:textId="77777777" w:rsidR="002D5361" w:rsidRDefault="00000000">
            <w:r>
              <w:rPr>
                <w:sz w:val="16"/>
              </w:rPr>
              <w:t>Research-front and period-share tables</w:t>
            </w:r>
          </w:p>
        </w:tc>
        <w:tc>
          <w:tcPr>
            <w:tcW w:w="5998" w:type="dxa"/>
          </w:tcPr>
          <w:p w14:paraId="11ECF352" w14:textId="77777777" w:rsidR="002D5361" w:rsidRDefault="00000000">
            <w:r>
              <w:rPr>
                <w:sz w:val="16"/>
              </w:rPr>
              <w:t>Main topic sizes, prevalence, and trend summaries</w:t>
            </w:r>
          </w:p>
        </w:tc>
      </w:tr>
      <w:tr w:rsidR="002D5361" w14:paraId="393C61A1" w14:textId="77777777">
        <w:trPr>
          <w:jc w:val="center"/>
        </w:trPr>
        <w:tc>
          <w:tcPr>
            <w:tcW w:w="3908" w:type="dxa"/>
          </w:tcPr>
          <w:p w14:paraId="79166BC4" w14:textId="77777777" w:rsidR="002D5361" w:rsidRDefault="00000000">
            <w:r>
              <w:rPr>
                <w:sz w:val="16"/>
              </w:rPr>
              <w:t>Bootstrap and trend-test outputs</w:t>
            </w:r>
          </w:p>
        </w:tc>
        <w:tc>
          <w:tcPr>
            <w:tcW w:w="5998" w:type="dxa"/>
          </w:tcPr>
          <w:p w14:paraId="6C31454C" w14:textId="77777777" w:rsidR="002D5361" w:rsidRDefault="00000000">
            <w:r>
              <w:rPr>
                <w:sz w:val="16"/>
              </w:rPr>
              <w:t>Uncertainty estimates for the principal demographic trajectory</w:t>
            </w:r>
          </w:p>
        </w:tc>
      </w:tr>
      <w:tr w:rsidR="002D5361" w14:paraId="590439A5" w14:textId="77777777">
        <w:trPr>
          <w:jc w:val="center"/>
        </w:trPr>
        <w:tc>
          <w:tcPr>
            <w:tcW w:w="3908" w:type="dxa"/>
          </w:tcPr>
          <w:p w14:paraId="5C7A426A" w14:textId="77777777" w:rsidR="002D5361" w:rsidRDefault="00000000">
            <w:r>
              <w:rPr>
                <w:sz w:val="16"/>
              </w:rPr>
              <w:t>Corpus and model sensitivity outputs</w:t>
            </w:r>
          </w:p>
        </w:tc>
        <w:tc>
          <w:tcPr>
            <w:tcW w:w="5998" w:type="dxa"/>
          </w:tcPr>
          <w:p w14:paraId="5952D00C" w14:textId="77777777" w:rsidR="002D5361" w:rsidRDefault="00000000">
            <w:r>
              <w:rPr>
                <w:sz w:val="16"/>
              </w:rPr>
              <w:t>Alternative metadata, corpus, embedding, seed, and clustering specifications</w:t>
            </w:r>
          </w:p>
        </w:tc>
      </w:tr>
      <w:tr w:rsidR="002D5361" w14:paraId="05598BED" w14:textId="77777777">
        <w:trPr>
          <w:jc w:val="center"/>
        </w:trPr>
        <w:tc>
          <w:tcPr>
            <w:tcW w:w="3908" w:type="dxa"/>
          </w:tcPr>
          <w:p w14:paraId="12244E41" w14:textId="77777777" w:rsidR="002D5361" w:rsidRDefault="00000000">
            <w:r>
              <w:rPr>
                <w:sz w:val="16"/>
              </w:rPr>
              <w:t>Document-level LDA assignments</w:t>
            </w:r>
          </w:p>
        </w:tc>
        <w:tc>
          <w:tcPr>
            <w:tcW w:w="5998" w:type="dxa"/>
          </w:tcPr>
          <w:p w14:paraId="15DAC8E4" w14:textId="77777777" w:rsidR="002D5361" w:rsidRDefault="00000000">
            <w:r>
              <w:rPr>
                <w:sz w:val="16"/>
              </w:rPr>
              <w:t xml:space="preserve">Same-corpus 15-topic baseline and </w:t>
            </w:r>
            <w:proofErr w:type="spellStart"/>
            <w:r>
              <w:rPr>
                <w:sz w:val="16"/>
              </w:rPr>
              <w:t>BERTopic</w:t>
            </w:r>
            <w:proofErr w:type="spellEnd"/>
            <w:r>
              <w:rPr>
                <w:sz w:val="16"/>
              </w:rPr>
              <w:t>–LDA comparison</w:t>
            </w:r>
          </w:p>
        </w:tc>
      </w:tr>
      <w:tr w:rsidR="002D5361" w14:paraId="337F4A55" w14:textId="77777777">
        <w:trPr>
          <w:jc w:val="center"/>
        </w:trPr>
        <w:tc>
          <w:tcPr>
            <w:tcW w:w="3908" w:type="dxa"/>
          </w:tcPr>
          <w:p w14:paraId="5759C64F" w14:textId="77777777" w:rsidR="002D5361" w:rsidRDefault="00000000">
            <w:r>
              <w:rPr>
                <w:sz w:val="16"/>
              </w:rPr>
              <w:t>Topic-coherence outputs</w:t>
            </w:r>
          </w:p>
        </w:tc>
        <w:tc>
          <w:tcPr>
            <w:tcW w:w="5998" w:type="dxa"/>
          </w:tcPr>
          <w:p w14:paraId="2A199BEB" w14:textId="77777777" w:rsidR="002D5361" w:rsidRDefault="00000000">
            <w:proofErr w:type="spellStart"/>
            <w:r>
              <w:rPr>
                <w:sz w:val="16"/>
              </w:rPr>
              <w:t>C_v</w:t>
            </w:r>
            <w:proofErr w:type="spellEnd"/>
            <w:r>
              <w:rPr>
                <w:sz w:val="16"/>
              </w:rPr>
              <w:t xml:space="preserve"> and NPMI results for </w:t>
            </w:r>
            <w:proofErr w:type="spellStart"/>
            <w:r>
              <w:rPr>
                <w:sz w:val="16"/>
              </w:rPr>
              <w:t>BERTopic</w:t>
            </w:r>
            <w:proofErr w:type="spellEnd"/>
            <w:r>
              <w:rPr>
                <w:sz w:val="16"/>
              </w:rPr>
              <w:t xml:space="preserve"> and LDA topics</w:t>
            </w:r>
          </w:p>
        </w:tc>
      </w:tr>
      <w:tr w:rsidR="002D5361" w14:paraId="6C4AD172" w14:textId="77777777">
        <w:trPr>
          <w:jc w:val="center"/>
        </w:trPr>
        <w:tc>
          <w:tcPr>
            <w:tcW w:w="3908" w:type="dxa"/>
          </w:tcPr>
          <w:p w14:paraId="35536F0E" w14:textId="77777777" w:rsidR="002D5361" w:rsidRDefault="00000000">
            <w:r>
              <w:rPr>
                <w:sz w:val="16"/>
              </w:rPr>
              <w:t>Descriptive co-word outputs</w:t>
            </w:r>
          </w:p>
        </w:tc>
        <w:tc>
          <w:tcPr>
            <w:tcW w:w="5998" w:type="dxa"/>
          </w:tcPr>
          <w:p w14:paraId="5CD82D32" w14:textId="77777777" w:rsidR="002D5361" w:rsidRDefault="00000000">
            <w:r>
              <w:rPr>
                <w:sz w:val="16"/>
              </w:rPr>
              <w:t>Equal-N and weighting diagnostics for the supplementary co-word analysis</w:t>
            </w:r>
          </w:p>
        </w:tc>
      </w:tr>
      <w:tr w:rsidR="002D5361" w14:paraId="51D5004A" w14:textId="77777777">
        <w:trPr>
          <w:jc w:val="center"/>
        </w:trPr>
        <w:tc>
          <w:tcPr>
            <w:tcW w:w="3908" w:type="dxa"/>
          </w:tcPr>
          <w:p w14:paraId="0D51ED0A" w14:textId="77777777" w:rsidR="002D5361" w:rsidRDefault="00000000">
            <w:r>
              <w:rPr>
                <w:sz w:val="16"/>
              </w:rPr>
              <w:t>Code, environment information, and checksums</w:t>
            </w:r>
          </w:p>
        </w:tc>
        <w:tc>
          <w:tcPr>
            <w:tcW w:w="5998" w:type="dxa"/>
          </w:tcPr>
          <w:p w14:paraId="1AFF5E65" w14:textId="77777777" w:rsidR="002D5361" w:rsidRDefault="00000000">
            <w:r>
              <w:rPr>
                <w:sz w:val="16"/>
              </w:rPr>
              <w:t>Reproduction scripts, software environment information, and file-integrity records</w:t>
            </w:r>
          </w:p>
        </w:tc>
      </w:tr>
      <w:tr w:rsidR="002D5361" w14:paraId="652DFB97" w14:textId="77777777">
        <w:trPr>
          <w:jc w:val="center"/>
        </w:trPr>
        <w:tc>
          <w:tcPr>
            <w:tcW w:w="3908" w:type="dxa"/>
            <w:vAlign w:val="center"/>
          </w:tcPr>
          <w:p w14:paraId="7378E82D" w14:textId="77777777" w:rsidR="002D5361" w:rsidRDefault="00000000">
            <w:r>
              <w:t>ID-only Scopus validation evidence</w:t>
            </w:r>
          </w:p>
        </w:tc>
        <w:tc>
          <w:tcPr>
            <w:tcW w:w="5998" w:type="dxa"/>
            <w:vAlign w:val="center"/>
          </w:tcPr>
          <w:p w14:paraId="007009A0" w14:textId="77777777" w:rsidR="002D5361" w:rsidRDefault="00000000">
            <w:r>
              <w:t>Source-list candidate screen, 13-candidate live recheck, 11-confirmed status file, summaries, provenance, and verification code</w:t>
            </w:r>
          </w:p>
        </w:tc>
      </w:tr>
      <w:tr w:rsidR="002D5361" w14:paraId="7006AD27" w14:textId="77777777">
        <w:trPr>
          <w:jc w:val="center"/>
        </w:trPr>
        <w:tc>
          <w:tcPr>
            <w:tcW w:w="3908" w:type="dxa"/>
            <w:vAlign w:val="center"/>
          </w:tcPr>
          <w:p w14:paraId="3019C01A" w14:textId="77777777" w:rsidR="002D5361" w:rsidRDefault="00000000">
            <w:r>
              <w:t>Final-manuscript correspondence and artifact builder</w:t>
            </w:r>
          </w:p>
        </w:tc>
        <w:tc>
          <w:tcPr>
            <w:tcW w:w="5998" w:type="dxa"/>
            <w:vAlign w:val="center"/>
          </w:tcPr>
          <w:p w14:paraId="66EB6821" w14:textId="77777777" w:rsidR="002D5361" w:rsidRDefault="00000000">
            <w:r>
              <w:t>Exact source mapping for final Tables 1–6 and Figures 1–3, plus a public-data script that regenerates their tables and figures</w:t>
            </w:r>
          </w:p>
        </w:tc>
      </w:tr>
    </w:tbl>
    <w:p w14:paraId="4B2D91FA" w14:textId="77777777" w:rsidR="002D5361" w:rsidRDefault="002D5361">
      <w:pPr>
        <w:spacing w:after="0"/>
      </w:pPr>
    </w:p>
    <w:p w14:paraId="2E45F15F" w14:textId="77777777" w:rsidR="002D5361" w:rsidRDefault="00000000">
      <w:pPr>
        <w:pStyle w:val="Heading1"/>
      </w:pPr>
      <w:r>
        <w:rPr>
          <w:rFonts w:ascii="Times New Roman" w:hAnsi="Times New Roman"/>
        </w:rPr>
        <w:t>S10. Additional model and corpus sensitivity analyses</w:t>
      </w:r>
    </w:p>
    <w:p w14:paraId="4C49A346" w14:textId="77777777" w:rsidR="002D5361" w:rsidRDefault="00000000">
      <w:pPr>
        <w:spacing w:after="120" w:line="259" w:lineRule="auto"/>
        <w:ind w:firstLine="312"/>
      </w:pPr>
      <w:r>
        <w:t xml:space="preserve">These sensitivity analyses evaluate the stability of the main demographic trajectory under five UMAP seeds (42, 7, 99, 123, and 2024), alternative HDBSCAN cluster-size settings, and a Korean-specific embedding. Each seed run used the same 1,127 sentence embeddings and HDBSCAN settings and varied only UMAP </w:t>
      </w:r>
      <w:proofErr w:type="spellStart"/>
      <w:r>
        <w:t>random_state</w:t>
      </w:r>
      <w:proofErr w:type="spellEnd"/>
      <w:r>
        <w:t>. The 14-cluster multilingual specification serves as the comparison reference for the NMI and ARI statistics reported below.</w:t>
      </w:r>
    </w:p>
    <w:p w14:paraId="4009A57F" w14:textId="77777777" w:rsidR="002D5361" w:rsidRDefault="00000000">
      <w:pPr>
        <w:pStyle w:val="TableCaption"/>
      </w:pPr>
      <w:r>
        <w:t>Table S15. UMAP seed, HDBSCAN cluster-size, and embedding sensitivity</w:t>
      </w:r>
    </w:p>
    <w:tbl>
      <w:tblPr>
        <w:tblStyle w:val="TableGrid"/>
        <w:tblW w:w="0" w:type="auto"/>
        <w:jc w:val="center"/>
        <w:tblLook w:val="04A0" w:firstRow="1" w:lastRow="0" w:firstColumn="1" w:lastColumn="0" w:noHBand="0" w:noVBand="1"/>
      </w:tblPr>
      <w:tblGrid>
        <w:gridCol w:w="2223"/>
        <w:gridCol w:w="1542"/>
        <w:gridCol w:w="1541"/>
        <w:gridCol w:w="1554"/>
        <w:gridCol w:w="1523"/>
        <w:gridCol w:w="1523"/>
      </w:tblGrid>
      <w:tr w:rsidR="002D5361" w14:paraId="221B8A3B" w14:textId="77777777" w:rsidTr="00685B43">
        <w:trPr>
          <w:cantSplit/>
          <w:tblHeader/>
          <w:jc w:val="center"/>
        </w:trPr>
        <w:tc>
          <w:tcPr>
            <w:tcW w:w="2223" w:type="dxa"/>
            <w:shd w:val="clear" w:color="auto" w:fill="D9EAF7"/>
            <w:tcMar>
              <w:top w:w="65" w:type="dxa"/>
              <w:left w:w="80" w:type="dxa"/>
              <w:bottom w:w="65" w:type="dxa"/>
              <w:right w:w="80" w:type="dxa"/>
            </w:tcMar>
            <w:vAlign w:val="center"/>
          </w:tcPr>
          <w:p w14:paraId="4D1ED6A6" w14:textId="77777777" w:rsidR="002D5361" w:rsidRDefault="00000000">
            <w:r>
              <w:rPr>
                <w:b/>
                <w:sz w:val="16"/>
              </w:rPr>
              <w:t>Specification</w:t>
            </w:r>
          </w:p>
        </w:tc>
        <w:tc>
          <w:tcPr>
            <w:tcW w:w="1542" w:type="dxa"/>
            <w:shd w:val="clear" w:color="auto" w:fill="D9EAF7"/>
            <w:tcMar>
              <w:top w:w="65" w:type="dxa"/>
              <w:left w:w="80" w:type="dxa"/>
              <w:bottom w:w="65" w:type="dxa"/>
              <w:right w:w="80" w:type="dxa"/>
            </w:tcMar>
            <w:vAlign w:val="center"/>
          </w:tcPr>
          <w:p w14:paraId="331D6C28" w14:textId="77777777" w:rsidR="002D5361" w:rsidRDefault="00000000">
            <w:r>
              <w:rPr>
                <w:b/>
                <w:sz w:val="16"/>
              </w:rPr>
              <w:t>Clusters</w:t>
            </w:r>
          </w:p>
        </w:tc>
        <w:tc>
          <w:tcPr>
            <w:tcW w:w="1541" w:type="dxa"/>
            <w:shd w:val="clear" w:color="auto" w:fill="D9EAF7"/>
            <w:tcMar>
              <w:top w:w="65" w:type="dxa"/>
              <w:left w:w="80" w:type="dxa"/>
              <w:bottom w:w="65" w:type="dxa"/>
              <w:right w:w="80" w:type="dxa"/>
            </w:tcMar>
            <w:vAlign w:val="center"/>
          </w:tcPr>
          <w:p w14:paraId="0ACB09CF" w14:textId="77777777" w:rsidR="002D5361" w:rsidRDefault="00000000">
            <w:r>
              <w:rPr>
                <w:b/>
                <w:sz w:val="16"/>
              </w:rPr>
              <w:t>Outliers</w:t>
            </w:r>
          </w:p>
        </w:tc>
        <w:tc>
          <w:tcPr>
            <w:tcW w:w="1554" w:type="dxa"/>
            <w:shd w:val="clear" w:color="auto" w:fill="D9EAF7"/>
            <w:tcMar>
              <w:top w:w="65" w:type="dxa"/>
              <w:left w:w="80" w:type="dxa"/>
              <w:bottom w:w="65" w:type="dxa"/>
              <w:right w:w="80" w:type="dxa"/>
            </w:tcMar>
            <w:vAlign w:val="center"/>
          </w:tcPr>
          <w:p w14:paraId="2A44046C" w14:textId="77777777" w:rsidR="002D5361" w:rsidRDefault="00000000">
            <w:r>
              <w:rPr>
                <w:b/>
                <w:sz w:val="16"/>
              </w:rPr>
              <w:t>Outlier %</w:t>
            </w:r>
          </w:p>
        </w:tc>
        <w:tc>
          <w:tcPr>
            <w:tcW w:w="1523" w:type="dxa"/>
            <w:shd w:val="clear" w:color="auto" w:fill="D9EAF7"/>
            <w:tcMar>
              <w:top w:w="65" w:type="dxa"/>
              <w:left w:w="80" w:type="dxa"/>
              <w:bottom w:w="65" w:type="dxa"/>
              <w:right w:w="80" w:type="dxa"/>
            </w:tcMar>
            <w:vAlign w:val="center"/>
          </w:tcPr>
          <w:p w14:paraId="0E6A5BE2" w14:textId="77777777" w:rsidR="002D5361" w:rsidRDefault="00000000">
            <w:r>
              <w:rPr>
                <w:b/>
                <w:sz w:val="16"/>
              </w:rPr>
              <w:t>ARI</w:t>
            </w:r>
          </w:p>
        </w:tc>
        <w:tc>
          <w:tcPr>
            <w:tcW w:w="1523" w:type="dxa"/>
            <w:shd w:val="clear" w:color="auto" w:fill="D9EAF7"/>
            <w:tcMar>
              <w:top w:w="65" w:type="dxa"/>
              <w:left w:w="80" w:type="dxa"/>
              <w:bottom w:w="65" w:type="dxa"/>
              <w:right w:w="80" w:type="dxa"/>
            </w:tcMar>
            <w:vAlign w:val="center"/>
          </w:tcPr>
          <w:p w14:paraId="2153ACDE" w14:textId="77777777" w:rsidR="002D5361" w:rsidRDefault="00000000">
            <w:r>
              <w:rPr>
                <w:b/>
                <w:sz w:val="16"/>
              </w:rPr>
              <w:t>NMI</w:t>
            </w:r>
          </w:p>
        </w:tc>
      </w:tr>
      <w:tr w:rsidR="002D5361" w14:paraId="2AA3AC21" w14:textId="77777777" w:rsidTr="00685B43">
        <w:trPr>
          <w:cantSplit/>
          <w:jc w:val="center"/>
        </w:trPr>
        <w:tc>
          <w:tcPr>
            <w:tcW w:w="2223" w:type="dxa"/>
            <w:tcMar>
              <w:top w:w="65" w:type="dxa"/>
              <w:left w:w="80" w:type="dxa"/>
              <w:bottom w:w="65" w:type="dxa"/>
              <w:right w:w="80" w:type="dxa"/>
            </w:tcMar>
            <w:vAlign w:val="center"/>
          </w:tcPr>
          <w:p w14:paraId="1592BB26" w14:textId="77777777" w:rsidR="002D5361" w:rsidRDefault="00000000">
            <w:r>
              <w:rPr>
                <w:sz w:val="16"/>
              </w:rPr>
              <w:t>seed_42 (main)</w:t>
            </w:r>
          </w:p>
        </w:tc>
        <w:tc>
          <w:tcPr>
            <w:tcW w:w="1542" w:type="dxa"/>
            <w:tcMar>
              <w:top w:w="65" w:type="dxa"/>
              <w:left w:w="80" w:type="dxa"/>
              <w:bottom w:w="65" w:type="dxa"/>
              <w:right w:w="80" w:type="dxa"/>
            </w:tcMar>
            <w:vAlign w:val="center"/>
          </w:tcPr>
          <w:p w14:paraId="39225FBF" w14:textId="77777777" w:rsidR="002D5361" w:rsidRDefault="00000000">
            <w:r>
              <w:rPr>
                <w:sz w:val="16"/>
              </w:rPr>
              <w:t>15</w:t>
            </w:r>
          </w:p>
        </w:tc>
        <w:tc>
          <w:tcPr>
            <w:tcW w:w="1541" w:type="dxa"/>
            <w:tcMar>
              <w:top w:w="65" w:type="dxa"/>
              <w:left w:w="80" w:type="dxa"/>
              <w:bottom w:w="65" w:type="dxa"/>
              <w:right w:w="80" w:type="dxa"/>
            </w:tcMar>
            <w:vAlign w:val="center"/>
          </w:tcPr>
          <w:p w14:paraId="76BFEC0A" w14:textId="77777777" w:rsidR="002D5361" w:rsidRDefault="00000000">
            <w:r>
              <w:rPr>
                <w:sz w:val="16"/>
              </w:rPr>
              <w:t>248</w:t>
            </w:r>
          </w:p>
        </w:tc>
        <w:tc>
          <w:tcPr>
            <w:tcW w:w="1554" w:type="dxa"/>
            <w:tcMar>
              <w:top w:w="65" w:type="dxa"/>
              <w:left w:w="80" w:type="dxa"/>
              <w:bottom w:w="65" w:type="dxa"/>
              <w:right w:w="80" w:type="dxa"/>
            </w:tcMar>
            <w:vAlign w:val="center"/>
          </w:tcPr>
          <w:p w14:paraId="3BCF2AAD" w14:textId="77777777" w:rsidR="002D5361" w:rsidRDefault="00000000">
            <w:r>
              <w:rPr>
                <w:sz w:val="16"/>
              </w:rPr>
              <w:t>22.01</w:t>
            </w:r>
          </w:p>
        </w:tc>
        <w:tc>
          <w:tcPr>
            <w:tcW w:w="1523" w:type="dxa"/>
            <w:tcMar>
              <w:top w:w="65" w:type="dxa"/>
              <w:left w:w="80" w:type="dxa"/>
              <w:bottom w:w="65" w:type="dxa"/>
              <w:right w:w="80" w:type="dxa"/>
            </w:tcMar>
            <w:vAlign w:val="center"/>
          </w:tcPr>
          <w:p w14:paraId="15A5102F" w14:textId="77777777" w:rsidR="002D5361" w:rsidRDefault="00000000">
            <w:r>
              <w:rPr>
                <w:sz w:val="16"/>
              </w:rPr>
              <w:t>0.907</w:t>
            </w:r>
          </w:p>
        </w:tc>
        <w:tc>
          <w:tcPr>
            <w:tcW w:w="1523" w:type="dxa"/>
            <w:tcMar>
              <w:top w:w="65" w:type="dxa"/>
              <w:left w:w="80" w:type="dxa"/>
              <w:bottom w:w="65" w:type="dxa"/>
              <w:right w:w="80" w:type="dxa"/>
            </w:tcMar>
            <w:vAlign w:val="center"/>
          </w:tcPr>
          <w:p w14:paraId="786A8CAC" w14:textId="77777777" w:rsidR="002D5361" w:rsidRDefault="00000000">
            <w:r>
              <w:rPr>
                <w:sz w:val="16"/>
              </w:rPr>
              <w:t>0.942</w:t>
            </w:r>
          </w:p>
        </w:tc>
      </w:tr>
      <w:tr w:rsidR="002D5361" w14:paraId="4D5CB24F" w14:textId="77777777" w:rsidTr="00685B43">
        <w:trPr>
          <w:cantSplit/>
          <w:jc w:val="center"/>
        </w:trPr>
        <w:tc>
          <w:tcPr>
            <w:tcW w:w="2223" w:type="dxa"/>
            <w:tcMar>
              <w:top w:w="65" w:type="dxa"/>
              <w:left w:w="80" w:type="dxa"/>
              <w:bottom w:w="65" w:type="dxa"/>
              <w:right w:w="80" w:type="dxa"/>
            </w:tcMar>
            <w:vAlign w:val="center"/>
          </w:tcPr>
          <w:p w14:paraId="640F3B63" w14:textId="77777777" w:rsidR="002D5361" w:rsidRDefault="00000000">
            <w:r>
              <w:rPr>
                <w:sz w:val="16"/>
              </w:rPr>
              <w:t>seed_7</w:t>
            </w:r>
          </w:p>
        </w:tc>
        <w:tc>
          <w:tcPr>
            <w:tcW w:w="1542" w:type="dxa"/>
            <w:tcMar>
              <w:top w:w="65" w:type="dxa"/>
              <w:left w:w="80" w:type="dxa"/>
              <w:bottom w:w="65" w:type="dxa"/>
              <w:right w:w="80" w:type="dxa"/>
            </w:tcMar>
            <w:vAlign w:val="center"/>
          </w:tcPr>
          <w:p w14:paraId="37663728" w14:textId="77777777" w:rsidR="002D5361" w:rsidRDefault="00000000">
            <w:r>
              <w:rPr>
                <w:sz w:val="16"/>
              </w:rPr>
              <w:t>16</w:t>
            </w:r>
          </w:p>
        </w:tc>
        <w:tc>
          <w:tcPr>
            <w:tcW w:w="1541" w:type="dxa"/>
            <w:tcMar>
              <w:top w:w="65" w:type="dxa"/>
              <w:left w:w="80" w:type="dxa"/>
              <w:bottom w:w="65" w:type="dxa"/>
              <w:right w:w="80" w:type="dxa"/>
            </w:tcMar>
            <w:vAlign w:val="center"/>
          </w:tcPr>
          <w:p w14:paraId="675ECC7A" w14:textId="77777777" w:rsidR="002D5361" w:rsidRDefault="00000000">
            <w:r>
              <w:rPr>
                <w:sz w:val="16"/>
              </w:rPr>
              <w:t>254</w:t>
            </w:r>
          </w:p>
        </w:tc>
        <w:tc>
          <w:tcPr>
            <w:tcW w:w="1554" w:type="dxa"/>
            <w:tcMar>
              <w:top w:w="65" w:type="dxa"/>
              <w:left w:w="80" w:type="dxa"/>
              <w:bottom w:w="65" w:type="dxa"/>
              <w:right w:w="80" w:type="dxa"/>
            </w:tcMar>
            <w:vAlign w:val="center"/>
          </w:tcPr>
          <w:p w14:paraId="3AD74115" w14:textId="77777777" w:rsidR="002D5361" w:rsidRDefault="00000000">
            <w:r>
              <w:rPr>
                <w:sz w:val="16"/>
              </w:rPr>
              <w:t>22.54</w:t>
            </w:r>
          </w:p>
        </w:tc>
        <w:tc>
          <w:tcPr>
            <w:tcW w:w="1523" w:type="dxa"/>
            <w:tcMar>
              <w:top w:w="65" w:type="dxa"/>
              <w:left w:w="80" w:type="dxa"/>
              <w:bottom w:w="65" w:type="dxa"/>
              <w:right w:w="80" w:type="dxa"/>
            </w:tcMar>
            <w:vAlign w:val="center"/>
          </w:tcPr>
          <w:p w14:paraId="6EE89785" w14:textId="77777777" w:rsidR="002D5361" w:rsidRDefault="00000000">
            <w:r>
              <w:rPr>
                <w:sz w:val="16"/>
              </w:rPr>
              <w:t>0.654</w:t>
            </w:r>
          </w:p>
        </w:tc>
        <w:tc>
          <w:tcPr>
            <w:tcW w:w="1523" w:type="dxa"/>
            <w:tcMar>
              <w:top w:w="65" w:type="dxa"/>
              <w:left w:w="80" w:type="dxa"/>
              <w:bottom w:w="65" w:type="dxa"/>
              <w:right w:w="80" w:type="dxa"/>
            </w:tcMar>
            <w:vAlign w:val="center"/>
          </w:tcPr>
          <w:p w14:paraId="6C09C1CC" w14:textId="77777777" w:rsidR="002D5361" w:rsidRDefault="00000000">
            <w:r>
              <w:rPr>
                <w:sz w:val="16"/>
              </w:rPr>
              <w:t>0.805</w:t>
            </w:r>
          </w:p>
        </w:tc>
      </w:tr>
      <w:tr w:rsidR="002D5361" w14:paraId="63FA8690" w14:textId="77777777" w:rsidTr="00685B43">
        <w:trPr>
          <w:cantSplit/>
          <w:jc w:val="center"/>
        </w:trPr>
        <w:tc>
          <w:tcPr>
            <w:tcW w:w="2223" w:type="dxa"/>
            <w:tcMar>
              <w:top w:w="65" w:type="dxa"/>
              <w:left w:w="80" w:type="dxa"/>
              <w:bottom w:w="65" w:type="dxa"/>
              <w:right w:w="80" w:type="dxa"/>
            </w:tcMar>
            <w:vAlign w:val="center"/>
          </w:tcPr>
          <w:p w14:paraId="78315CA2" w14:textId="77777777" w:rsidR="002D5361" w:rsidRDefault="00000000">
            <w:r>
              <w:rPr>
                <w:sz w:val="16"/>
              </w:rPr>
              <w:lastRenderedPageBreak/>
              <w:t>seed_99</w:t>
            </w:r>
          </w:p>
        </w:tc>
        <w:tc>
          <w:tcPr>
            <w:tcW w:w="1542" w:type="dxa"/>
            <w:tcMar>
              <w:top w:w="65" w:type="dxa"/>
              <w:left w:w="80" w:type="dxa"/>
              <w:bottom w:w="65" w:type="dxa"/>
              <w:right w:w="80" w:type="dxa"/>
            </w:tcMar>
            <w:vAlign w:val="center"/>
          </w:tcPr>
          <w:p w14:paraId="18BBAE30" w14:textId="77777777" w:rsidR="002D5361" w:rsidRDefault="00000000">
            <w:r>
              <w:rPr>
                <w:sz w:val="16"/>
              </w:rPr>
              <w:t>14</w:t>
            </w:r>
          </w:p>
        </w:tc>
        <w:tc>
          <w:tcPr>
            <w:tcW w:w="1541" w:type="dxa"/>
            <w:tcMar>
              <w:top w:w="65" w:type="dxa"/>
              <w:left w:w="80" w:type="dxa"/>
              <w:bottom w:w="65" w:type="dxa"/>
              <w:right w:w="80" w:type="dxa"/>
            </w:tcMar>
            <w:vAlign w:val="center"/>
          </w:tcPr>
          <w:p w14:paraId="73161A50" w14:textId="77777777" w:rsidR="002D5361" w:rsidRDefault="00000000">
            <w:r>
              <w:rPr>
                <w:sz w:val="16"/>
              </w:rPr>
              <w:t>234</w:t>
            </w:r>
          </w:p>
        </w:tc>
        <w:tc>
          <w:tcPr>
            <w:tcW w:w="1554" w:type="dxa"/>
            <w:tcMar>
              <w:top w:w="65" w:type="dxa"/>
              <w:left w:w="80" w:type="dxa"/>
              <w:bottom w:w="65" w:type="dxa"/>
              <w:right w:w="80" w:type="dxa"/>
            </w:tcMar>
            <w:vAlign w:val="center"/>
          </w:tcPr>
          <w:p w14:paraId="31FC55B7" w14:textId="77777777" w:rsidR="002D5361" w:rsidRDefault="00000000">
            <w:r>
              <w:rPr>
                <w:sz w:val="16"/>
              </w:rPr>
              <w:t>20.76</w:t>
            </w:r>
          </w:p>
        </w:tc>
        <w:tc>
          <w:tcPr>
            <w:tcW w:w="1523" w:type="dxa"/>
            <w:tcMar>
              <w:top w:w="65" w:type="dxa"/>
              <w:left w:w="80" w:type="dxa"/>
              <w:bottom w:w="65" w:type="dxa"/>
              <w:right w:w="80" w:type="dxa"/>
            </w:tcMar>
            <w:vAlign w:val="center"/>
          </w:tcPr>
          <w:p w14:paraId="387121A0" w14:textId="77777777" w:rsidR="002D5361" w:rsidRDefault="00000000">
            <w:r>
              <w:rPr>
                <w:sz w:val="16"/>
              </w:rPr>
              <w:t>0.707</w:t>
            </w:r>
          </w:p>
        </w:tc>
        <w:tc>
          <w:tcPr>
            <w:tcW w:w="1523" w:type="dxa"/>
            <w:tcMar>
              <w:top w:w="65" w:type="dxa"/>
              <w:left w:w="80" w:type="dxa"/>
              <w:bottom w:w="65" w:type="dxa"/>
              <w:right w:w="80" w:type="dxa"/>
            </w:tcMar>
            <w:vAlign w:val="center"/>
          </w:tcPr>
          <w:p w14:paraId="6723D04A" w14:textId="77777777" w:rsidR="002D5361" w:rsidRDefault="00000000">
            <w:r>
              <w:rPr>
                <w:sz w:val="16"/>
              </w:rPr>
              <w:t>0.826</w:t>
            </w:r>
          </w:p>
        </w:tc>
      </w:tr>
      <w:tr w:rsidR="002D5361" w14:paraId="377C8396" w14:textId="77777777" w:rsidTr="00685B43">
        <w:trPr>
          <w:cantSplit/>
          <w:jc w:val="center"/>
        </w:trPr>
        <w:tc>
          <w:tcPr>
            <w:tcW w:w="2223" w:type="dxa"/>
            <w:tcMar>
              <w:top w:w="65" w:type="dxa"/>
              <w:left w:w="80" w:type="dxa"/>
              <w:bottom w:w="65" w:type="dxa"/>
              <w:right w:w="80" w:type="dxa"/>
            </w:tcMar>
            <w:vAlign w:val="center"/>
          </w:tcPr>
          <w:p w14:paraId="1D0940CB" w14:textId="77777777" w:rsidR="002D5361" w:rsidRDefault="00000000">
            <w:r>
              <w:rPr>
                <w:sz w:val="16"/>
              </w:rPr>
              <w:t>seed_123</w:t>
            </w:r>
          </w:p>
        </w:tc>
        <w:tc>
          <w:tcPr>
            <w:tcW w:w="1542" w:type="dxa"/>
            <w:tcMar>
              <w:top w:w="65" w:type="dxa"/>
              <w:left w:w="80" w:type="dxa"/>
              <w:bottom w:w="65" w:type="dxa"/>
              <w:right w:w="80" w:type="dxa"/>
            </w:tcMar>
            <w:vAlign w:val="center"/>
          </w:tcPr>
          <w:p w14:paraId="0707769A" w14:textId="77777777" w:rsidR="002D5361" w:rsidRDefault="00000000">
            <w:r>
              <w:rPr>
                <w:sz w:val="16"/>
              </w:rPr>
              <w:t>15</w:t>
            </w:r>
          </w:p>
        </w:tc>
        <w:tc>
          <w:tcPr>
            <w:tcW w:w="1541" w:type="dxa"/>
            <w:tcMar>
              <w:top w:w="65" w:type="dxa"/>
              <w:left w:w="80" w:type="dxa"/>
              <w:bottom w:w="65" w:type="dxa"/>
              <w:right w:w="80" w:type="dxa"/>
            </w:tcMar>
            <w:vAlign w:val="center"/>
          </w:tcPr>
          <w:p w14:paraId="445DB707" w14:textId="77777777" w:rsidR="002D5361" w:rsidRDefault="00000000">
            <w:r>
              <w:rPr>
                <w:sz w:val="16"/>
              </w:rPr>
              <w:t>304</w:t>
            </w:r>
          </w:p>
        </w:tc>
        <w:tc>
          <w:tcPr>
            <w:tcW w:w="1554" w:type="dxa"/>
            <w:tcMar>
              <w:top w:w="65" w:type="dxa"/>
              <w:left w:w="80" w:type="dxa"/>
              <w:bottom w:w="65" w:type="dxa"/>
              <w:right w:w="80" w:type="dxa"/>
            </w:tcMar>
            <w:vAlign w:val="center"/>
          </w:tcPr>
          <w:p w14:paraId="5A437383" w14:textId="77777777" w:rsidR="002D5361" w:rsidRDefault="00000000">
            <w:r>
              <w:rPr>
                <w:sz w:val="16"/>
              </w:rPr>
              <w:t>26.97</w:t>
            </w:r>
          </w:p>
        </w:tc>
        <w:tc>
          <w:tcPr>
            <w:tcW w:w="1523" w:type="dxa"/>
            <w:tcMar>
              <w:top w:w="65" w:type="dxa"/>
              <w:left w:w="80" w:type="dxa"/>
              <w:bottom w:w="65" w:type="dxa"/>
              <w:right w:w="80" w:type="dxa"/>
            </w:tcMar>
            <w:vAlign w:val="center"/>
          </w:tcPr>
          <w:p w14:paraId="68B35EF9" w14:textId="77777777" w:rsidR="002D5361" w:rsidRDefault="00000000">
            <w:r>
              <w:rPr>
                <w:sz w:val="16"/>
              </w:rPr>
              <w:t>0.601</w:t>
            </w:r>
          </w:p>
        </w:tc>
        <w:tc>
          <w:tcPr>
            <w:tcW w:w="1523" w:type="dxa"/>
            <w:tcMar>
              <w:top w:w="65" w:type="dxa"/>
              <w:left w:w="80" w:type="dxa"/>
              <w:bottom w:w="65" w:type="dxa"/>
              <w:right w:w="80" w:type="dxa"/>
            </w:tcMar>
            <w:vAlign w:val="center"/>
          </w:tcPr>
          <w:p w14:paraId="444F765C" w14:textId="77777777" w:rsidR="002D5361" w:rsidRDefault="00000000">
            <w:r>
              <w:rPr>
                <w:sz w:val="16"/>
              </w:rPr>
              <w:t>0.799</w:t>
            </w:r>
          </w:p>
        </w:tc>
      </w:tr>
      <w:tr w:rsidR="002D5361" w14:paraId="49BCB5B8" w14:textId="77777777" w:rsidTr="00685B43">
        <w:trPr>
          <w:cantSplit/>
          <w:jc w:val="center"/>
        </w:trPr>
        <w:tc>
          <w:tcPr>
            <w:tcW w:w="2223" w:type="dxa"/>
            <w:tcMar>
              <w:top w:w="65" w:type="dxa"/>
              <w:left w:w="80" w:type="dxa"/>
              <w:bottom w:w="65" w:type="dxa"/>
              <w:right w:w="80" w:type="dxa"/>
            </w:tcMar>
            <w:vAlign w:val="center"/>
          </w:tcPr>
          <w:p w14:paraId="3ED0D501" w14:textId="77777777" w:rsidR="002D5361" w:rsidRDefault="00000000">
            <w:r>
              <w:rPr>
                <w:sz w:val="16"/>
              </w:rPr>
              <w:t>seed_2024</w:t>
            </w:r>
          </w:p>
        </w:tc>
        <w:tc>
          <w:tcPr>
            <w:tcW w:w="1542" w:type="dxa"/>
            <w:tcMar>
              <w:top w:w="65" w:type="dxa"/>
              <w:left w:w="80" w:type="dxa"/>
              <w:bottom w:w="65" w:type="dxa"/>
              <w:right w:w="80" w:type="dxa"/>
            </w:tcMar>
            <w:vAlign w:val="center"/>
          </w:tcPr>
          <w:p w14:paraId="6C885416" w14:textId="77777777" w:rsidR="002D5361" w:rsidRDefault="00000000">
            <w:r>
              <w:rPr>
                <w:sz w:val="16"/>
              </w:rPr>
              <w:t>17</w:t>
            </w:r>
          </w:p>
        </w:tc>
        <w:tc>
          <w:tcPr>
            <w:tcW w:w="1541" w:type="dxa"/>
            <w:tcMar>
              <w:top w:w="65" w:type="dxa"/>
              <w:left w:w="80" w:type="dxa"/>
              <w:bottom w:w="65" w:type="dxa"/>
              <w:right w:w="80" w:type="dxa"/>
            </w:tcMar>
            <w:vAlign w:val="center"/>
          </w:tcPr>
          <w:p w14:paraId="450ED032" w14:textId="77777777" w:rsidR="002D5361" w:rsidRDefault="00000000">
            <w:r>
              <w:rPr>
                <w:sz w:val="16"/>
              </w:rPr>
              <w:t>290</w:t>
            </w:r>
          </w:p>
        </w:tc>
        <w:tc>
          <w:tcPr>
            <w:tcW w:w="1554" w:type="dxa"/>
            <w:tcMar>
              <w:top w:w="65" w:type="dxa"/>
              <w:left w:w="80" w:type="dxa"/>
              <w:bottom w:w="65" w:type="dxa"/>
              <w:right w:w="80" w:type="dxa"/>
            </w:tcMar>
            <w:vAlign w:val="center"/>
          </w:tcPr>
          <w:p w14:paraId="6455DFE9" w14:textId="77777777" w:rsidR="002D5361" w:rsidRDefault="00000000">
            <w:r>
              <w:rPr>
                <w:sz w:val="16"/>
              </w:rPr>
              <w:t>25.73</w:t>
            </w:r>
          </w:p>
        </w:tc>
        <w:tc>
          <w:tcPr>
            <w:tcW w:w="1523" w:type="dxa"/>
            <w:tcMar>
              <w:top w:w="65" w:type="dxa"/>
              <w:left w:w="80" w:type="dxa"/>
              <w:bottom w:w="65" w:type="dxa"/>
              <w:right w:w="80" w:type="dxa"/>
            </w:tcMar>
            <w:vAlign w:val="center"/>
          </w:tcPr>
          <w:p w14:paraId="4D7BCE00" w14:textId="77777777" w:rsidR="002D5361" w:rsidRDefault="00000000">
            <w:r>
              <w:rPr>
                <w:sz w:val="16"/>
              </w:rPr>
              <w:t>0.670</w:t>
            </w:r>
          </w:p>
        </w:tc>
        <w:tc>
          <w:tcPr>
            <w:tcW w:w="1523" w:type="dxa"/>
            <w:tcMar>
              <w:top w:w="65" w:type="dxa"/>
              <w:left w:w="80" w:type="dxa"/>
              <w:bottom w:w="65" w:type="dxa"/>
              <w:right w:w="80" w:type="dxa"/>
            </w:tcMar>
            <w:vAlign w:val="center"/>
          </w:tcPr>
          <w:p w14:paraId="219AC678" w14:textId="77777777" w:rsidR="002D5361" w:rsidRDefault="00000000">
            <w:r>
              <w:rPr>
                <w:sz w:val="16"/>
              </w:rPr>
              <w:t>0.829</w:t>
            </w:r>
          </w:p>
        </w:tc>
      </w:tr>
      <w:tr w:rsidR="002D5361" w14:paraId="7D06D994" w14:textId="77777777" w:rsidTr="00685B43">
        <w:trPr>
          <w:cantSplit/>
          <w:jc w:val="center"/>
        </w:trPr>
        <w:tc>
          <w:tcPr>
            <w:tcW w:w="2223" w:type="dxa"/>
            <w:tcMar>
              <w:top w:w="65" w:type="dxa"/>
              <w:left w:w="80" w:type="dxa"/>
              <w:bottom w:w="65" w:type="dxa"/>
              <w:right w:w="80" w:type="dxa"/>
            </w:tcMar>
            <w:vAlign w:val="center"/>
          </w:tcPr>
          <w:p w14:paraId="679442A9" w14:textId="77777777" w:rsidR="002D5361" w:rsidRDefault="00000000">
            <w:r>
              <w:rPr>
                <w:sz w:val="16"/>
              </w:rPr>
              <w:t>min_cluster_15</w:t>
            </w:r>
          </w:p>
        </w:tc>
        <w:tc>
          <w:tcPr>
            <w:tcW w:w="1542" w:type="dxa"/>
            <w:tcMar>
              <w:top w:w="65" w:type="dxa"/>
              <w:left w:w="80" w:type="dxa"/>
              <w:bottom w:w="65" w:type="dxa"/>
              <w:right w:w="80" w:type="dxa"/>
            </w:tcMar>
            <w:vAlign w:val="center"/>
          </w:tcPr>
          <w:p w14:paraId="3DCE4009" w14:textId="77777777" w:rsidR="002D5361" w:rsidRDefault="00000000">
            <w:r>
              <w:rPr>
                <w:sz w:val="16"/>
              </w:rPr>
              <w:t>19</w:t>
            </w:r>
          </w:p>
        </w:tc>
        <w:tc>
          <w:tcPr>
            <w:tcW w:w="1541" w:type="dxa"/>
            <w:tcMar>
              <w:top w:w="65" w:type="dxa"/>
              <w:left w:w="80" w:type="dxa"/>
              <w:bottom w:w="65" w:type="dxa"/>
              <w:right w:w="80" w:type="dxa"/>
            </w:tcMar>
            <w:vAlign w:val="center"/>
          </w:tcPr>
          <w:p w14:paraId="2C7B6FAA" w14:textId="77777777" w:rsidR="002D5361" w:rsidRDefault="00000000">
            <w:r>
              <w:rPr>
                <w:sz w:val="16"/>
              </w:rPr>
              <w:t>177</w:t>
            </w:r>
          </w:p>
        </w:tc>
        <w:tc>
          <w:tcPr>
            <w:tcW w:w="1554" w:type="dxa"/>
            <w:tcMar>
              <w:top w:w="65" w:type="dxa"/>
              <w:left w:w="80" w:type="dxa"/>
              <w:bottom w:w="65" w:type="dxa"/>
              <w:right w:w="80" w:type="dxa"/>
            </w:tcMar>
            <w:vAlign w:val="center"/>
          </w:tcPr>
          <w:p w14:paraId="167790CC" w14:textId="77777777" w:rsidR="002D5361" w:rsidRDefault="00000000">
            <w:r>
              <w:rPr>
                <w:sz w:val="16"/>
              </w:rPr>
              <w:t>15.71</w:t>
            </w:r>
          </w:p>
        </w:tc>
        <w:tc>
          <w:tcPr>
            <w:tcW w:w="1523" w:type="dxa"/>
            <w:tcMar>
              <w:top w:w="65" w:type="dxa"/>
              <w:left w:w="80" w:type="dxa"/>
              <w:bottom w:w="65" w:type="dxa"/>
              <w:right w:w="80" w:type="dxa"/>
            </w:tcMar>
            <w:vAlign w:val="center"/>
          </w:tcPr>
          <w:p w14:paraId="03FA92E4" w14:textId="77777777" w:rsidR="002D5361" w:rsidRDefault="00000000">
            <w:r>
              <w:rPr>
                <w:sz w:val="16"/>
              </w:rPr>
              <w:t>0.819</w:t>
            </w:r>
          </w:p>
        </w:tc>
        <w:tc>
          <w:tcPr>
            <w:tcW w:w="1523" w:type="dxa"/>
            <w:tcMar>
              <w:top w:w="65" w:type="dxa"/>
              <w:left w:w="80" w:type="dxa"/>
              <w:bottom w:w="65" w:type="dxa"/>
              <w:right w:w="80" w:type="dxa"/>
            </w:tcMar>
            <w:vAlign w:val="center"/>
          </w:tcPr>
          <w:p w14:paraId="3EE1F1D2" w14:textId="77777777" w:rsidR="002D5361" w:rsidRDefault="00000000">
            <w:r>
              <w:rPr>
                <w:sz w:val="16"/>
              </w:rPr>
              <w:t>0.929</w:t>
            </w:r>
          </w:p>
        </w:tc>
      </w:tr>
      <w:tr w:rsidR="002D5361" w14:paraId="6153ADCD" w14:textId="77777777" w:rsidTr="00685B43">
        <w:trPr>
          <w:cantSplit/>
          <w:jc w:val="center"/>
        </w:trPr>
        <w:tc>
          <w:tcPr>
            <w:tcW w:w="2223" w:type="dxa"/>
            <w:tcMar>
              <w:top w:w="65" w:type="dxa"/>
              <w:left w:w="80" w:type="dxa"/>
              <w:bottom w:w="65" w:type="dxa"/>
              <w:right w:w="80" w:type="dxa"/>
            </w:tcMar>
            <w:vAlign w:val="center"/>
          </w:tcPr>
          <w:p w14:paraId="0AD6103C" w14:textId="77777777" w:rsidR="002D5361" w:rsidRDefault="00000000">
            <w:r>
              <w:rPr>
                <w:sz w:val="16"/>
              </w:rPr>
              <w:t>min_cluster_25</w:t>
            </w:r>
          </w:p>
        </w:tc>
        <w:tc>
          <w:tcPr>
            <w:tcW w:w="1542" w:type="dxa"/>
            <w:tcMar>
              <w:top w:w="65" w:type="dxa"/>
              <w:left w:w="80" w:type="dxa"/>
              <w:bottom w:w="65" w:type="dxa"/>
              <w:right w:w="80" w:type="dxa"/>
            </w:tcMar>
            <w:vAlign w:val="center"/>
          </w:tcPr>
          <w:p w14:paraId="51397EE0" w14:textId="77777777" w:rsidR="002D5361" w:rsidRDefault="00000000">
            <w:r>
              <w:rPr>
                <w:sz w:val="16"/>
              </w:rPr>
              <w:t>11</w:t>
            </w:r>
          </w:p>
        </w:tc>
        <w:tc>
          <w:tcPr>
            <w:tcW w:w="1541" w:type="dxa"/>
            <w:tcMar>
              <w:top w:w="65" w:type="dxa"/>
              <w:left w:w="80" w:type="dxa"/>
              <w:bottom w:w="65" w:type="dxa"/>
              <w:right w:w="80" w:type="dxa"/>
            </w:tcMar>
            <w:vAlign w:val="center"/>
          </w:tcPr>
          <w:p w14:paraId="25C5303E" w14:textId="77777777" w:rsidR="002D5361" w:rsidRDefault="00000000">
            <w:r>
              <w:rPr>
                <w:sz w:val="16"/>
              </w:rPr>
              <w:t>194</w:t>
            </w:r>
          </w:p>
        </w:tc>
        <w:tc>
          <w:tcPr>
            <w:tcW w:w="1554" w:type="dxa"/>
            <w:tcMar>
              <w:top w:w="65" w:type="dxa"/>
              <w:left w:w="80" w:type="dxa"/>
              <w:bottom w:w="65" w:type="dxa"/>
              <w:right w:w="80" w:type="dxa"/>
            </w:tcMar>
            <w:vAlign w:val="center"/>
          </w:tcPr>
          <w:p w14:paraId="18D87E56" w14:textId="77777777" w:rsidR="002D5361" w:rsidRDefault="00000000">
            <w:r>
              <w:rPr>
                <w:sz w:val="16"/>
              </w:rPr>
              <w:t>17.21</w:t>
            </w:r>
          </w:p>
        </w:tc>
        <w:tc>
          <w:tcPr>
            <w:tcW w:w="1523" w:type="dxa"/>
            <w:tcMar>
              <w:top w:w="65" w:type="dxa"/>
              <w:left w:w="80" w:type="dxa"/>
              <w:bottom w:w="65" w:type="dxa"/>
              <w:right w:w="80" w:type="dxa"/>
            </w:tcMar>
            <w:vAlign w:val="center"/>
          </w:tcPr>
          <w:p w14:paraId="44736B7B" w14:textId="77777777" w:rsidR="002D5361" w:rsidRDefault="00000000">
            <w:r>
              <w:rPr>
                <w:sz w:val="16"/>
              </w:rPr>
              <w:t>0.911</w:t>
            </w:r>
          </w:p>
        </w:tc>
        <w:tc>
          <w:tcPr>
            <w:tcW w:w="1523" w:type="dxa"/>
            <w:tcMar>
              <w:top w:w="65" w:type="dxa"/>
              <w:left w:w="80" w:type="dxa"/>
              <w:bottom w:w="65" w:type="dxa"/>
              <w:right w:w="80" w:type="dxa"/>
            </w:tcMar>
            <w:vAlign w:val="center"/>
          </w:tcPr>
          <w:p w14:paraId="1AEF170A" w14:textId="77777777" w:rsidR="002D5361" w:rsidRDefault="00000000">
            <w:r>
              <w:rPr>
                <w:sz w:val="16"/>
              </w:rPr>
              <w:t>0.946</w:t>
            </w:r>
          </w:p>
        </w:tc>
      </w:tr>
      <w:tr w:rsidR="002D5361" w14:paraId="2F8C342D" w14:textId="77777777" w:rsidTr="00685B43">
        <w:trPr>
          <w:cantSplit/>
          <w:jc w:val="center"/>
        </w:trPr>
        <w:tc>
          <w:tcPr>
            <w:tcW w:w="2223" w:type="dxa"/>
            <w:tcMar>
              <w:top w:w="65" w:type="dxa"/>
              <w:left w:w="80" w:type="dxa"/>
              <w:bottom w:w="65" w:type="dxa"/>
              <w:right w:w="80" w:type="dxa"/>
            </w:tcMar>
            <w:vAlign w:val="center"/>
          </w:tcPr>
          <w:p w14:paraId="623F8323" w14:textId="77777777" w:rsidR="002D5361" w:rsidRDefault="00000000">
            <w:proofErr w:type="spellStart"/>
            <w:r>
              <w:rPr>
                <w:sz w:val="16"/>
              </w:rPr>
              <w:t>korean_embedding_ko_sroberta</w:t>
            </w:r>
            <w:proofErr w:type="spellEnd"/>
          </w:p>
        </w:tc>
        <w:tc>
          <w:tcPr>
            <w:tcW w:w="1542" w:type="dxa"/>
            <w:tcMar>
              <w:top w:w="65" w:type="dxa"/>
              <w:left w:w="80" w:type="dxa"/>
              <w:bottom w:w="65" w:type="dxa"/>
              <w:right w:w="80" w:type="dxa"/>
            </w:tcMar>
            <w:vAlign w:val="center"/>
          </w:tcPr>
          <w:p w14:paraId="3996C49C" w14:textId="77777777" w:rsidR="002D5361" w:rsidRDefault="00000000">
            <w:r>
              <w:rPr>
                <w:sz w:val="16"/>
              </w:rPr>
              <w:t>12</w:t>
            </w:r>
          </w:p>
        </w:tc>
        <w:tc>
          <w:tcPr>
            <w:tcW w:w="1541" w:type="dxa"/>
            <w:tcMar>
              <w:top w:w="65" w:type="dxa"/>
              <w:left w:w="80" w:type="dxa"/>
              <w:bottom w:w="65" w:type="dxa"/>
              <w:right w:w="80" w:type="dxa"/>
            </w:tcMar>
            <w:vAlign w:val="center"/>
          </w:tcPr>
          <w:p w14:paraId="680167EA" w14:textId="77777777" w:rsidR="002D5361" w:rsidRDefault="00000000">
            <w:r>
              <w:rPr>
                <w:sz w:val="16"/>
              </w:rPr>
              <w:t>232</w:t>
            </w:r>
          </w:p>
        </w:tc>
        <w:tc>
          <w:tcPr>
            <w:tcW w:w="1554" w:type="dxa"/>
            <w:tcMar>
              <w:top w:w="65" w:type="dxa"/>
              <w:left w:w="80" w:type="dxa"/>
              <w:bottom w:w="65" w:type="dxa"/>
              <w:right w:w="80" w:type="dxa"/>
            </w:tcMar>
            <w:vAlign w:val="center"/>
          </w:tcPr>
          <w:p w14:paraId="18FC74A5" w14:textId="77777777" w:rsidR="002D5361" w:rsidRDefault="00000000">
            <w:r>
              <w:rPr>
                <w:sz w:val="16"/>
              </w:rPr>
              <w:t>20.59</w:t>
            </w:r>
          </w:p>
        </w:tc>
        <w:tc>
          <w:tcPr>
            <w:tcW w:w="1523" w:type="dxa"/>
            <w:tcMar>
              <w:top w:w="65" w:type="dxa"/>
              <w:left w:w="80" w:type="dxa"/>
              <w:bottom w:w="65" w:type="dxa"/>
              <w:right w:w="80" w:type="dxa"/>
            </w:tcMar>
            <w:vAlign w:val="center"/>
          </w:tcPr>
          <w:p w14:paraId="2813A25A" w14:textId="77777777" w:rsidR="002D5361" w:rsidRDefault="00000000">
            <w:r>
              <w:rPr>
                <w:sz w:val="16"/>
              </w:rPr>
              <w:t>0.193</w:t>
            </w:r>
          </w:p>
        </w:tc>
        <w:tc>
          <w:tcPr>
            <w:tcW w:w="1523" w:type="dxa"/>
            <w:tcMar>
              <w:top w:w="65" w:type="dxa"/>
              <w:left w:w="80" w:type="dxa"/>
              <w:bottom w:w="65" w:type="dxa"/>
              <w:right w:w="80" w:type="dxa"/>
            </w:tcMar>
            <w:vAlign w:val="center"/>
          </w:tcPr>
          <w:p w14:paraId="14482A51" w14:textId="77777777" w:rsidR="002D5361" w:rsidRDefault="00000000">
            <w:r>
              <w:rPr>
                <w:sz w:val="16"/>
              </w:rPr>
              <w:t>0.359</w:t>
            </w:r>
          </w:p>
        </w:tc>
      </w:tr>
    </w:tbl>
    <w:p w14:paraId="30BA7884" w14:textId="57500FE3" w:rsidR="002D5361" w:rsidRDefault="00685B43">
      <w:r w:rsidRPr="00685B43">
        <w:t>Note. ARI and NMI compare each clustering with the 14-cluster multilingual comparison specification. Seed 42 also reproduces the main 15-front partition exactly up to numeric labels (ARI = NMI = 1.000 against that partition). Against the main 15-front partition, seeds 7, 99, 123, and 2024 yielded ARI values of .656, .701, .609, and .639 and NMI values of .816, .822, .805, and .811, respectively. Across these four seeds, the maximum-overlap demographic counterpart rose from 1.0–4.2% in Period I to 17.2–23.4% in Period IV; all ordered trends had p &lt; .001. The lower ARI and NMI values for the Korean-specific embedding indicate greater partition sensitivity to representation choice.</w:t>
      </w:r>
    </w:p>
    <w:p w14:paraId="7CAE3571" w14:textId="77777777" w:rsidR="002D5361" w:rsidRDefault="00000000">
      <w:pPr>
        <w:keepNext/>
        <w:jc w:val="center"/>
      </w:pPr>
      <w:r>
        <w:rPr>
          <w:noProof/>
        </w:rPr>
        <w:drawing>
          <wp:inline distT="0" distB="0" distL="0" distR="0" wp14:anchorId="3220EA6F" wp14:editId="33CE7E2A">
            <wp:extent cx="5715000" cy="3096187"/>
            <wp:effectExtent l="0" t="0" r="0" b="0"/>
            <wp:docPr id="3" name="Figure S2" descr="Five period trajectories showing an upward matched demographic-front share for UMAP seeds 42, 7, 99, 123, and 2024." title="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_five_seed_demographic_trajectories.png"/>
                    <pic:cNvPicPr/>
                  </pic:nvPicPr>
                  <pic:blipFill>
                    <a:blip r:embed="rId10"/>
                    <a:stretch>
                      <a:fillRect/>
                    </a:stretch>
                  </pic:blipFill>
                  <pic:spPr>
                    <a:xfrm>
                      <a:off x="0" y="0"/>
                      <a:ext cx="5715000" cy="3096187"/>
                    </a:xfrm>
                    <a:prstGeom prst="rect">
                      <a:avLst/>
                    </a:prstGeom>
                  </pic:spPr>
                </pic:pic>
              </a:graphicData>
            </a:graphic>
          </wp:inline>
        </w:drawing>
      </w:r>
    </w:p>
    <w:p w14:paraId="424539EB" w14:textId="77777777" w:rsidR="002D5361" w:rsidRDefault="00000000">
      <w:pPr>
        <w:pStyle w:val="FigureCaption"/>
      </w:pPr>
      <w:r>
        <w:t>Figure S2. Matched demographic-front prevalence across five UMAP seeds. For each seed, the demographic counterpart is the cluster with maximum Jaccard overlap with the main T4 membership; percentages use each run's period-specific classified-document denominator.</w:t>
      </w:r>
    </w:p>
    <w:p w14:paraId="74CBCE99" w14:textId="77777777" w:rsidR="002D5361" w:rsidRDefault="002D5361">
      <w:pPr>
        <w:spacing w:after="0"/>
      </w:pPr>
    </w:p>
    <w:p w14:paraId="49C1C8CE" w14:textId="77777777" w:rsidR="002D5361" w:rsidRDefault="00000000">
      <w:pPr>
        <w:pStyle w:val="TableCaption"/>
      </w:pPr>
      <w:r>
        <w:t>Table S16. Demographic trajectory using the Korean-specific embedding (ko-</w:t>
      </w:r>
      <w:proofErr w:type="spellStart"/>
      <w:r>
        <w:t>sroberta</w:t>
      </w:r>
      <w:proofErr w:type="spellEnd"/>
      <w:r>
        <w:t>-multitask)</w:t>
      </w:r>
    </w:p>
    <w:tbl>
      <w:tblPr>
        <w:tblStyle w:val="TableGrid"/>
        <w:tblW w:w="0" w:type="auto"/>
        <w:jc w:val="center"/>
        <w:tblLook w:val="04A0" w:firstRow="1" w:lastRow="0" w:firstColumn="1" w:lastColumn="0" w:noHBand="0" w:noVBand="1"/>
      </w:tblPr>
      <w:tblGrid>
        <w:gridCol w:w="1624"/>
        <w:gridCol w:w="1624"/>
        <w:gridCol w:w="1624"/>
        <w:gridCol w:w="1624"/>
        <w:gridCol w:w="1624"/>
        <w:gridCol w:w="1624"/>
      </w:tblGrid>
      <w:tr w:rsidR="002D5361" w14:paraId="6304060D" w14:textId="77777777">
        <w:trPr>
          <w:cantSplit/>
          <w:tblHeader/>
          <w:jc w:val="center"/>
        </w:trPr>
        <w:tc>
          <w:tcPr>
            <w:tcW w:w="1624" w:type="dxa"/>
            <w:shd w:val="clear" w:color="auto" w:fill="D9EAF7"/>
            <w:tcMar>
              <w:top w:w="65" w:type="dxa"/>
              <w:left w:w="80" w:type="dxa"/>
              <w:bottom w:w="65" w:type="dxa"/>
              <w:right w:w="80" w:type="dxa"/>
            </w:tcMar>
            <w:vAlign w:val="center"/>
          </w:tcPr>
          <w:p w14:paraId="2A415F2E" w14:textId="77777777" w:rsidR="002D5361" w:rsidRDefault="00000000">
            <w:r>
              <w:rPr>
                <w:b/>
                <w:sz w:val="16"/>
              </w:rPr>
              <w:t>Period</w:t>
            </w:r>
          </w:p>
        </w:tc>
        <w:tc>
          <w:tcPr>
            <w:tcW w:w="1624" w:type="dxa"/>
            <w:shd w:val="clear" w:color="auto" w:fill="D9EAF7"/>
            <w:tcMar>
              <w:top w:w="65" w:type="dxa"/>
              <w:left w:w="80" w:type="dxa"/>
              <w:bottom w:w="65" w:type="dxa"/>
              <w:right w:w="80" w:type="dxa"/>
            </w:tcMar>
            <w:vAlign w:val="center"/>
          </w:tcPr>
          <w:p w14:paraId="28ED211C" w14:textId="77777777" w:rsidR="002D5361" w:rsidRDefault="00000000">
            <w:r>
              <w:rPr>
                <w:b/>
                <w:sz w:val="16"/>
              </w:rPr>
              <w:t>Cluster</w:t>
            </w:r>
          </w:p>
        </w:tc>
        <w:tc>
          <w:tcPr>
            <w:tcW w:w="1624" w:type="dxa"/>
            <w:shd w:val="clear" w:color="auto" w:fill="D9EAF7"/>
            <w:tcMar>
              <w:top w:w="65" w:type="dxa"/>
              <w:left w:w="80" w:type="dxa"/>
              <w:bottom w:w="65" w:type="dxa"/>
              <w:right w:w="80" w:type="dxa"/>
            </w:tcMar>
            <w:vAlign w:val="center"/>
          </w:tcPr>
          <w:p w14:paraId="2C1BE7E5" w14:textId="77777777" w:rsidR="002D5361" w:rsidRDefault="00000000">
            <w:r>
              <w:rPr>
                <w:b/>
                <w:sz w:val="16"/>
              </w:rPr>
              <w:t>n</w:t>
            </w:r>
          </w:p>
        </w:tc>
        <w:tc>
          <w:tcPr>
            <w:tcW w:w="1624" w:type="dxa"/>
            <w:shd w:val="clear" w:color="auto" w:fill="D9EAF7"/>
            <w:tcMar>
              <w:top w:w="65" w:type="dxa"/>
              <w:left w:w="80" w:type="dxa"/>
              <w:bottom w:w="65" w:type="dxa"/>
              <w:right w:w="80" w:type="dxa"/>
            </w:tcMar>
            <w:vAlign w:val="center"/>
          </w:tcPr>
          <w:p w14:paraId="459C02EC" w14:textId="77777777" w:rsidR="002D5361" w:rsidRDefault="00000000">
            <w:r>
              <w:rPr>
                <w:b/>
                <w:sz w:val="16"/>
              </w:rPr>
              <w:t>Period class. N</w:t>
            </w:r>
          </w:p>
        </w:tc>
        <w:tc>
          <w:tcPr>
            <w:tcW w:w="1624" w:type="dxa"/>
            <w:shd w:val="clear" w:color="auto" w:fill="D9EAF7"/>
            <w:tcMar>
              <w:top w:w="65" w:type="dxa"/>
              <w:left w:w="80" w:type="dxa"/>
              <w:bottom w:w="65" w:type="dxa"/>
              <w:right w:w="80" w:type="dxa"/>
            </w:tcMar>
            <w:vAlign w:val="center"/>
          </w:tcPr>
          <w:p w14:paraId="0D29038F" w14:textId="77777777" w:rsidR="002D5361" w:rsidRDefault="00000000">
            <w:r>
              <w:rPr>
                <w:b/>
                <w:sz w:val="16"/>
              </w:rPr>
              <w:t>% class.</w:t>
            </w:r>
          </w:p>
        </w:tc>
        <w:tc>
          <w:tcPr>
            <w:tcW w:w="1624" w:type="dxa"/>
            <w:shd w:val="clear" w:color="auto" w:fill="D9EAF7"/>
            <w:tcMar>
              <w:top w:w="65" w:type="dxa"/>
              <w:left w:w="80" w:type="dxa"/>
              <w:bottom w:w="65" w:type="dxa"/>
              <w:right w:w="80" w:type="dxa"/>
            </w:tcMar>
            <w:vAlign w:val="center"/>
          </w:tcPr>
          <w:p w14:paraId="797A4708" w14:textId="77777777" w:rsidR="002D5361" w:rsidRDefault="00000000">
            <w:r>
              <w:rPr>
                <w:b/>
                <w:sz w:val="16"/>
              </w:rPr>
              <w:t>Jaccard</w:t>
            </w:r>
          </w:p>
        </w:tc>
      </w:tr>
      <w:tr w:rsidR="002D5361" w14:paraId="2ACDD77D" w14:textId="77777777">
        <w:trPr>
          <w:cantSplit/>
          <w:jc w:val="center"/>
        </w:trPr>
        <w:tc>
          <w:tcPr>
            <w:tcW w:w="1624" w:type="dxa"/>
            <w:tcMar>
              <w:top w:w="65" w:type="dxa"/>
              <w:left w:w="80" w:type="dxa"/>
              <w:bottom w:w="65" w:type="dxa"/>
              <w:right w:w="80" w:type="dxa"/>
            </w:tcMar>
            <w:vAlign w:val="center"/>
          </w:tcPr>
          <w:p w14:paraId="2C68FC36" w14:textId="77777777" w:rsidR="002D5361" w:rsidRDefault="00000000">
            <w:r>
              <w:rPr>
                <w:sz w:val="16"/>
              </w:rPr>
              <w:t>I (2004-09)</w:t>
            </w:r>
          </w:p>
        </w:tc>
        <w:tc>
          <w:tcPr>
            <w:tcW w:w="1624" w:type="dxa"/>
            <w:tcMar>
              <w:top w:w="65" w:type="dxa"/>
              <w:left w:w="80" w:type="dxa"/>
              <w:bottom w:w="65" w:type="dxa"/>
              <w:right w:w="80" w:type="dxa"/>
            </w:tcMar>
            <w:vAlign w:val="center"/>
          </w:tcPr>
          <w:p w14:paraId="52A07523" w14:textId="77777777" w:rsidR="002D5361" w:rsidRDefault="00000000">
            <w:r>
              <w:rPr>
                <w:sz w:val="16"/>
              </w:rPr>
              <w:t>4</w:t>
            </w:r>
          </w:p>
        </w:tc>
        <w:tc>
          <w:tcPr>
            <w:tcW w:w="1624" w:type="dxa"/>
            <w:tcMar>
              <w:top w:w="65" w:type="dxa"/>
              <w:left w:w="80" w:type="dxa"/>
              <w:bottom w:w="65" w:type="dxa"/>
              <w:right w:w="80" w:type="dxa"/>
            </w:tcMar>
            <w:vAlign w:val="center"/>
          </w:tcPr>
          <w:p w14:paraId="70BAB187" w14:textId="77777777" w:rsidR="002D5361" w:rsidRDefault="00000000">
            <w:r>
              <w:rPr>
                <w:sz w:val="16"/>
              </w:rPr>
              <w:t>1</w:t>
            </w:r>
          </w:p>
        </w:tc>
        <w:tc>
          <w:tcPr>
            <w:tcW w:w="1624" w:type="dxa"/>
            <w:tcMar>
              <w:top w:w="65" w:type="dxa"/>
              <w:left w:w="80" w:type="dxa"/>
              <w:bottom w:w="65" w:type="dxa"/>
              <w:right w:w="80" w:type="dxa"/>
            </w:tcMar>
            <w:vAlign w:val="center"/>
          </w:tcPr>
          <w:p w14:paraId="453984E0" w14:textId="77777777" w:rsidR="002D5361" w:rsidRDefault="00000000">
            <w:r>
              <w:rPr>
                <w:sz w:val="16"/>
              </w:rPr>
              <w:t>100</w:t>
            </w:r>
          </w:p>
        </w:tc>
        <w:tc>
          <w:tcPr>
            <w:tcW w:w="1624" w:type="dxa"/>
            <w:tcMar>
              <w:top w:w="65" w:type="dxa"/>
              <w:left w:w="80" w:type="dxa"/>
              <w:bottom w:w="65" w:type="dxa"/>
              <w:right w:w="80" w:type="dxa"/>
            </w:tcMar>
            <w:vAlign w:val="center"/>
          </w:tcPr>
          <w:p w14:paraId="4AAB5087" w14:textId="77777777" w:rsidR="002D5361" w:rsidRDefault="00000000">
            <w:r>
              <w:rPr>
                <w:sz w:val="16"/>
              </w:rPr>
              <w:t>1.00</w:t>
            </w:r>
          </w:p>
        </w:tc>
        <w:tc>
          <w:tcPr>
            <w:tcW w:w="1624" w:type="dxa"/>
            <w:tcMar>
              <w:top w:w="65" w:type="dxa"/>
              <w:left w:w="80" w:type="dxa"/>
              <w:bottom w:w="65" w:type="dxa"/>
              <w:right w:w="80" w:type="dxa"/>
            </w:tcMar>
            <w:vAlign w:val="center"/>
          </w:tcPr>
          <w:p w14:paraId="293D2C00" w14:textId="77777777" w:rsidR="002D5361" w:rsidRDefault="00000000">
            <w:r>
              <w:rPr>
                <w:sz w:val="16"/>
              </w:rPr>
              <w:t>0.399</w:t>
            </w:r>
          </w:p>
        </w:tc>
      </w:tr>
      <w:tr w:rsidR="002D5361" w14:paraId="2FA8ED5A" w14:textId="77777777">
        <w:trPr>
          <w:cantSplit/>
          <w:jc w:val="center"/>
        </w:trPr>
        <w:tc>
          <w:tcPr>
            <w:tcW w:w="1624" w:type="dxa"/>
            <w:shd w:val="clear" w:color="auto" w:fill="F7F9FB"/>
            <w:tcMar>
              <w:top w:w="65" w:type="dxa"/>
              <w:left w:w="80" w:type="dxa"/>
              <w:bottom w:w="65" w:type="dxa"/>
              <w:right w:w="80" w:type="dxa"/>
            </w:tcMar>
            <w:vAlign w:val="center"/>
          </w:tcPr>
          <w:p w14:paraId="35D0A7EF" w14:textId="77777777" w:rsidR="002D5361" w:rsidRDefault="00000000">
            <w:r>
              <w:rPr>
                <w:sz w:val="16"/>
              </w:rPr>
              <w:t>II (2010-15)</w:t>
            </w:r>
          </w:p>
        </w:tc>
        <w:tc>
          <w:tcPr>
            <w:tcW w:w="1624" w:type="dxa"/>
            <w:shd w:val="clear" w:color="auto" w:fill="F7F9FB"/>
            <w:tcMar>
              <w:top w:w="65" w:type="dxa"/>
              <w:left w:w="80" w:type="dxa"/>
              <w:bottom w:w="65" w:type="dxa"/>
              <w:right w:w="80" w:type="dxa"/>
            </w:tcMar>
            <w:vAlign w:val="center"/>
          </w:tcPr>
          <w:p w14:paraId="20C74747" w14:textId="77777777" w:rsidR="002D5361" w:rsidRDefault="00000000">
            <w:r>
              <w:rPr>
                <w:sz w:val="16"/>
              </w:rPr>
              <w:t>4</w:t>
            </w:r>
          </w:p>
        </w:tc>
        <w:tc>
          <w:tcPr>
            <w:tcW w:w="1624" w:type="dxa"/>
            <w:shd w:val="clear" w:color="auto" w:fill="F7F9FB"/>
            <w:tcMar>
              <w:top w:w="65" w:type="dxa"/>
              <w:left w:w="80" w:type="dxa"/>
              <w:bottom w:w="65" w:type="dxa"/>
              <w:right w:w="80" w:type="dxa"/>
            </w:tcMar>
            <w:vAlign w:val="center"/>
          </w:tcPr>
          <w:p w14:paraId="18064543" w14:textId="77777777" w:rsidR="002D5361" w:rsidRDefault="00000000">
            <w:r>
              <w:rPr>
                <w:sz w:val="16"/>
              </w:rPr>
              <w:t>6</w:t>
            </w:r>
          </w:p>
        </w:tc>
        <w:tc>
          <w:tcPr>
            <w:tcW w:w="1624" w:type="dxa"/>
            <w:shd w:val="clear" w:color="auto" w:fill="F7F9FB"/>
            <w:tcMar>
              <w:top w:w="65" w:type="dxa"/>
              <w:left w:w="80" w:type="dxa"/>
              <w:bottom w:w="65" w:type="dxa"/>
              <w:right w:w="80" w:type="dxa"/>
            </w:tcMar>
            <w:vAlign w:val="center"/>
          </w:tcPr>
          <w:p w14:paraId="439BE658" w14:textId="77777777" w:rsidR="002D5361" w:rsidRDefault="00000000">
            <w:r>
              <w:rPr>
                <w:sz w:val="16"/>
              </w:rPr>
              <w:t>208</w:t>
            </w:r>
          </w:p>
        </w:tc>
        <w:tc>
          <w:tcPr>
            <w:tcW w:w="1624" w:type="dxa"/>
            <w:shd w:val="clear" w:color="auto" w:fill="F7F9FB"/>
            <w:tcMar>
              <w:top w:w="65" w:type="dxa"/>
              <w:left w:w="80" w:type="dxa"/>
              <w:bottom w:w="65" w:type="dxa"/>
              <w:right w:w="80" w:type="dxa"/>
            </w:tcMar>
            <w:vAlign w:val="center"/>
          </w:tcPr>
          <w:p w14:paraId="4EE090FD" w14:textId="77777777" w:rsidR="002D5361" w:rsidRDefault="00000000">
            <w:r>
              <w:rPr>
                <w:sz w:val="16"/>
              </w:rPr>
              <w:t>2.88</w:t>
            </w:r>
          </w:p>
        </w:tc>
        <w:tc>
          <w:tcPr>
            <w:tcW w:w="1624" w:type="dxa"/>
            <w:shd w:val="clear" w:color="auto" w:fill="F7F9FB"/>
            <w:tcMar>
              <w:top w:w="65" w:type="dxa"/>
              <w:left w:w="80" w:type="dxa"/>
              <w:bottom w:w="65" w:type="dxa"/>
              <w:right w:w="80" w:type="dxa"/>
            </w:tcMar>
            <w:vAlign w:val="center"/>
          </w:tcPr>
          <w:p w14:paraId="18271DA4" w14:textId="77777777" w:rsidR="002D5361" w:rsidRDefault="00000000">
            <w:r>
              <w:rPr>
                <w:sz w:val="16"/>
              </w:rPr>
              <w:t>0.399</w:t>
            </w:r>
          </w:p>
        </w:tc>
      </w:tr>
      <w:tr w:rsidR="002D5361" w14:paraId="44F18D5C" w14:textId="77777777">
        <w:trPr>
          <w:cantSplit/>
          <w:jc w:val="center"/>
        </w:trPr>
        <w:tc>
          <w:tcPr>
            <w:tcW w:w="1624" w:type="dxa"/>
            <w:tcMar>
              <w:top w:w="65" w:type="dxa"/>
              <w:left w:w="80" w:type="dxa"/>
              <w:bottom w:w="65" w:type="dxa"/>
              <w:right w:w="80" w:type="dxa"/>
            </w:tcMar>
            <w:vAlign w:val="center"/>
          </w:tcPr>
          <w:p w14:paraId="7EA66830" w14:textId="77777777" w:rsidR="002D5361" w:rsidRDefault="00000000">
            <w:r>
              <w:rPr>
                <w:sz w:val="16"/>
              </w:rPr>
              <w:t>III (2016-20)</w:t>
            </w:r>
          </w:p>
        </w:tc>
        <w:tc>
          <w:tcPr>
            <w:tcW w:w="1624" w:type="dxa"/>
            <w:tcMar>
              <w:top w:w="65" w:type="dxa"/>
              <w:left w:w="80" w:type="dxa"/>
              <w:bottom w:w="65" w:type="dxa"/>
              <w:right w:w="80" w:type="dxa"/>
            </w:tcMar>
            <w:vAlign w:val="center"/>
          </w:tcPr>
          <w:p w14:paraId="50F7F91D" w14:textId="77777777" w:rsidR="002D5361" w:rsidRDefault="00000000">
            <w:r>
              <w:rPr>
                <w:sz w:val="16"/>
              </w:rPr>
              <w:t>4</w:t>
            </w:r>
          </w:p>
        </w:tc>
        <w:tc>
          <w:tcPr>
            <w:tcW w:w="1624" w:type="dxa"/>
            <w:tcMar>
              <w:top w:w="65" w:type="dxa"/>
              <w:left w:w="80" w:type="dxa"/>
              <w:bottom w:w="65" w:type="dxa"/>
              <w:right w:w="80" w:type="dxa"/>
            </w:tcMar>
            <w:vAlign w:val="center"/>
          </w:tcPr>
          <w:p w14:paraId="541CBB28" w14:textId="77777777" w:rsidR="002D5361" w:rsidRDefault="00000000">
            <w:r>
              <w:rPr>
                <w:sz w:val="16"/>
              </w:rPr>
              <w:t>22</w:t>
            </w:r>
          </w:p>
        </w:tc>
        <w:tc>
          <w:tcPr>
            <w:tcW w:w="1624" w:type="dxa"/>
            <w:tcMar>
              <w:top w:w="65" w:type="dxa"/>
              <w:left w:w="80" w:type="dxa"/>
              <w:bottom w:w="65" w:type="dxa"/>
              <w:right w:w="80" w:type="dxa"/>
            </w:tcMar>
            <w:vAlign w:val="center"/>
          </w:tcPr>
          <w:p w14:paraId="6D44BD67" w14:textId="77777777" w:rsidR="002D5361" w:rsidRDefault="00000000">
            <w:r>
              <w:rPr>
                <w:sz w:val="16"/>
              </w:rPr>
              <w:t>233</w:t>
            </w:r>
          </w:p>
        </w:tc>
        <w:tc>
          <w:tcPr>
            <w:tcW w:w="1624" w:type="dxa"/>
            <w:tcMar>
              <w:top w:w="65" w:type="dxa"/>
              <w:left w:w="80" w:type="dxa"/>
              <w:bottom w:w="65" w:type="dxa"/>
              <w:right w:w="80" w:type="dxa"/>
            </w:tcMar>
            <w:vAlign w:val="center"/>
          </w:tcPr>
          <w:p w14:paraId="01230A63" w14:textId="77777777" w:rsidR="002D5361" w:rsidRDefault="00000000">
            <w:r>
              <w:rPr>
                <w:sz w:val="16"/>
              </w:rPr>
              <w:t>9.44</w:t>
            </w:r>
          </w:p>
        </w:tc>
        <w:tc>
          <w:tcPr>
            <w:tcW w:w="1624" w:type="dxa"/>
            <w:tcMar>
              <w:top w:w="65" w:type="dxa"/>
              <w:left w:w="80" w:type="dxa"/>
              <w:bottom w:w="65" w:type="dxa"/>
              <w:right w:w="80" w:type="dxa"/>
            </w:tcMar>
            <w:vAlign w:val="center"/>
          </w:tcPr>
          <w:p w14:paraId="38523615" w14:textId="77777777" w:rsidR="002D5361" w:rsidRDefault="00000000">
            <w:r>
              <w:rPr>
                <w:sz w:val="16"/>
              </w:rPr>
              <w:t>0.399</w:t>
            </w:r>
          </w:p>
        </w:tc>
      </w:tr>
      <w:tr w:rsidR="002D5361" w14:paraId="7F1AEBA9" w14:textId="77777777">
        <w:trPr>
          <w:cantSplit/>
          <w:jc w:val="center"/>
        </w:trPr>
        <w:tc>
          <w:tcPr>
            <w:tcW w:w="1624" w:type="dxa"/>
            <w:shd w:val="clear" w:color="auto" w:fill="F7F9FB"/>
            <w:tcMar>
              <w:top w:w="65" w:type="dxa"/>
              <w:left w:w="80" w:type="dxa"/>
              <w:bottom w:w="65" w:type="dxa"/>
              <w:right w:w="80" w:type="dxa"/>
            </w:tcMar>
            <w:vAlign w:val="center"/>
          </w:tcPr>
          <w:p w14:paraId="01C8DD8A" w14:textId="77777777" w:rsidR="002D5361" w:rsidRDefault="00000000">
            <w:r>
              <w:rPr>
                <w:sz w:val="16"/>
              </w:rPr>
              <w:lastRenderedPageBreak/>
              <w:t>IV (2021-25)</w:t>
            </w:r>
          </w:p>
        </w:tc>
        <w:tc>
          <w:tcPr>
            <w:tcW w:w="1624" w:type="dxa"/>
            <w:shd w:val="clear" w:color="auto" w:fill="F7F9FB"/>
            <w:tcMar>
              <w:top w:w="65" w:type="dxa"/>
              <w:left w:w="80" w:type="dxa"/>
              <w:bottom w:w="65" w:type="dxa"/>
              <w:right w:w="80" w:type="dxa"/>
            </w:tcMar>
            <w:vAlign w:val="center"/>
          </w:tcPr>
          <w:p w14:paraId="11E7A5D1" w14:textId="77777777" w:rsidR="002D5361" w:rsidRDefault="00000000">
            <w:r>
              <w:rPr>
                <w:sz w:val="16"/>
              </w:rPr>
              <w:t>4</w:t>
            </w:r>
          </w:p>
        </w:tc>
        <w:tc>
          <w:tcPr>
            <w:tcW w:w="1624" w:type="dxa"/>
            <w:shd w:val="clear" w:color="auto" w:fill="F7F9FB"/>
            <w:tcMar>
              <w:top w:w="65" w:type="dxa"/>
              <w:left w:w="80" w:type="dxa"/>
              <w:bottom w:w="65" w:type="dxa"/>
              <w:right w:w="80" w:type="dxa"/>
            </w:tcMar>
            <w:vAlign w:val="center"/>
          </w:tcPr>
          <w:p w14:paraId="7ED0FC9F" w14:textId="77777777" w:rsidR="002D5361" w:rsidRDefault="00000000">
            <w:r>
              <w:rPr>
                <w:sz w:val="16"/>
              </w:rPr>
              <w:t>119</w:t>
            </w:r>
          </w:p>
        </w:tc>
        <w:tc>
          <w:tcPr>
            <w:tcW w:w="1624" w:type="dxa"/>
            <w:shd w:val="clear" w:color="auto" w:fill="F7F9FB"/>
            <w:tcMar>
              <w:top w:w="65" w:type="dxa"/>
              <w:left w:w="80" w:type="dxa"/>
              <w:bottom w:w="65" w:type="dxa"/>
              <w:right w:w="80" w:type="dxa"/>
            </w:tcMar>
            <w:vAlign w:val="center"/>
          </w:tcPr>
          <w:p w14:paraId="32784B5C" w14:textId="77777777" w:rsidR="002D5361" w:rsidRDefault="00000000">
            <w:r>
              <w:rPr>
                <w:sz w:val="16"/>
              </w:rPr>
              <w:t>354</w:t>
            </w:r>
          </w:p>
        </w:tc>
        <w:tc>
          <w:tcPr>
            <w:tcW w:w="1624" w:type="dxa"/>
            <w:shd w:val="clear" w:color="auto" w:fill="F7F9FB"/>
            <w:tcMar>
              <w:top w:w="65" w:type="dxa"/>
              <w:left w:w="80" w:type="dxa"/>
              <w:bottom w:w="65" w:type="dxa"/>
              <w:right w:w="80" w:type="dxa"/>
            </w:tcMar>
            <w:vAlign w:val="center"/>
          </w:tcPr>
          <w:p w14:paraId="4BEFDBF7" w14:textId="77777777" w:rsidR="002D5361" w:rsidRDefault="00000000">
            <w:r>
              <w:rPr>
                <w:sz w:val="16"/>
              </w:rPr>
              <w:t>33.62</w:t>
            </w:r>
          </w:p>
        </w:tc>
        <w:tc>
          <w:tcPr>
            <w:tcW w:w="1624" w:type="dxa"/>
            <w:shd w:val="clear" w:color="auto" w:fill="F7F9FB"/>
            <w:tcMar>
              <w:top w:w="65" w:type="dxa"/>
              <w:left w:w="80" w:type="dxa"/>
              <w:bottom w:w="65" w:type="dxa"/>
              <w:right w:w="80" w:type="dxa"/>
            </w:tcMar>
            <w:vAlign w:val="center"/>
          </w:tcPr>
          <w:p w14:paraId="4BD680E0" w14:textId="77777777" w:rsidR="002D5361" w:rsidRDefault="00000000">
            <w:r>
              <w:rPr>
                <w:sz w:val="16"/>
              </w:rPr>
              <w:t>0.399</w:t>
            </w:r>
          </w:p>
        </w:tc>
      </w:tr>
    </w:tbl>
    <w:p w14:paraId="46CFADE0" w14:textId="77777777" w:rsidR="002D5361" w:rsidRDefault="00000000">
      <w:r>
        <w:rPr>
          <w:b/>
          <w:sz w:val="16"/>
        </w:rPr>
        <w:t>Note.</w:t>
      </w:r>
      <w:r>
        <w:rPr>
          <w:sz w:val="16"/>
        </w:rPr>
        <w:t xml:space="preserve"> Period class. N is the number of documents classified by the Korean-specific embedding in each period. Jaccard = .399 is the document-level overlap between its matched demographic cluster and the main demographic front over the full corpus, so the same value applies across period rows.</w:t>
      </w:r>
    </w:p>
    <w:p w14:paraId="284E5167" w14:textId="77777777" w:rsidR="002D5361" w:rsidRDefault="002D5361">
      <w:pPr>
        <w:spacing w:after="0"/>
      </w:pPr>
    </w:p>
    <w:p w14:paraId="5F95ACE4" w14:textId="77777777" w:rsidR="002D5361" w:rsidRDefault="00000000">
      <w:pPr>
        <w:pStyle w:val="Heading1"/>
      </w:pPr>
      <w:r>
        <w:rPr>
          <w:rFonts w:ascii="Times New Roman" w:hAnsi="Times New Roman"/>
        </w:rPr>
        <w:t>S11. Slope uncertainty</w:t>
      </w:r>
    </w:p>
    <w:p w14:paraId="0C1683D1" w14:textId="77777777" w:rsidR="002D5361" w:rsidRDefault="00000000">
      <w:pPr>
        <w:pStyle w:val="TableCaption"/>
      </w:pPr>
      <w:r>
        <w:t>Table S17. Document-bootstrap confidence intervals for all front-share slopes</w:t>
      </w:r>
    </w:p>
    <w:tbl>
      <w:tblPr>
        <w:tblStyle w:val="TableGrid"/>
        <w:tblW w:w="0" w:type="auto"/>
        <w:jc w:val="center"/>
        <w:tblLook w:val="04A0" w:firstRow="1" w:lastRow="0" w:firstColumn="1" w:lastColumn="0" w:noHBand="0" w:noVBand="1"/>
      </w:tblPr>
      <w:tblGrid>
        <w:gridCol w:w="1624"/>
        <w:gridCol w:w="1624"/>
        <w:gridCol w:w="1624"/>
        <w:gridCol w:w="1624"/>
        <w:gridCol w:w="1624"/>
      </w:tblGrid>
      <w:tr w:rsidR="002D5361" w14:paraId="70CF0F6E" w14:textId="77777777">
        <w:trPr>
          <w:cantSplit/>
          <w:tblHeader/>
          <w:jc w:val="center"/>
        </w:trPr>
        <w:tc>
          <w:tcPr>
            <w:tcW w:w="1624" w:type="dxa"/>
            <w:shd w:val="clear" w:color="auto" w:fill="D9EAF7"/>
            <w:tcMar>
              <w:top w:w="65" w:type="dxa"/>
              <w:left w:w="80" w:type="dxa"/>
              <w:bottom w:w="65" w:type="dxa"/>
              <w:right w:w="80" w:type="dxa"/>
            </w:tcMar>
            <w:vAlign w:val="center"/>
          </w:tcPr>
          <w:p w14:paraId="56CBAC5C" w14:textId="77777777" w:rsidR="002D5361" w:rsidRDefault="00000000">
            <w:r>
              <w:rPr>
                <w:b/>
                <w:sz w:val="16"/>
              </w:rPr>
              <w:t>ID</w:t>
            </w:r>
          </w:p>
        </w:tc>
        <w:tc>
          <w:tcPr>
            <w:tcW w:w="1624" w:type="dxa"/>
            <w:shd w:val="clear" w:color="auto" w:fill="D9EAF7"/>
            <w:tcMar>
              <w:top w:w="65" w:type="dxa"/>
              <w:left w:w="80" w:type="dxa"/>
              <w:bottom w:w="65" w:type="dxa"/>
              <w:right w:w="80" w:type="dxa"/>
            </w:tcMar>
            <w:vAlign w:val="center"/>
          </w:tcPr>
          <w:p w14:paraId="5EA0318B" w14:textId="77777777" w:rsidR="002D5361" w:rsidRDefault="00000000">
            <w:r>
              <w:rPr>
                <w:b/>
                <w:sz w:val="16"/>
              </w:rPr>
              <w:t>Slope</w:t>
            </w:r>
          </w:p>
        </w:tc>
        <w:tc>
          <w:tcPr>
            <w:tcW w:w="1624" w:type="dxa"/>
            <w:shd w:val="clear" w:color="auto" w:fill="D9EAF7"/>
            <w:tcMar>
              <w:top w:w="65" w:type="dxa"/>
              <w:left w:w="80" w:type="dxa"/>
              <w:bottom w:w="65" w:type="dxa"/>
              <w:right w:w="80" w:type="dxa"/>
            </w:tcMar>
            <w:vAlign w:val="center"/>
          </w:tcPr>
          <w:p w14:paraId="42997F75" w14:textId="77777777" w:rsidR="002D5361" w:rsidRDefault="00000000">
            <w:r>
              <w:rPr>
                <w:b/>
                <w:sz w:val="16"/>
              </w:rPr>
              <w:t>95% CI</w:t>
            </w:r>
          </w:p>
        </w:tc>
        <w:tc>
          <w:tcPr>
            <w:tcW w:w="1624" w:type="dxa"/>
            <w:shd w:val="clear" w:color="auto" w:fill="D9EAF7"/>
            <w:tcMar>
              <w:top w:w="65" w:type="dxa"/>
              <w:left w:w="80" w:type="dxa"/>
              <w:bottom w:w="65" w:type="dxa"/>
              <w:right w:w="80" w:type="dxa"/>
            </w:tcMar>
            <w:vAlign w:val="center"/>
          </w:tcPr>
          <w:p w14:paraId="15BB7CCE" w14:textId="77777777" w:rsidR="002D5361" w:rsidRDefault="00000000">
            <w:r>
              <w:rPr>
                <w:b/>
                <w:sz w:val="16"/>
              </w:rPr>
              <w:t>P(slope ≥ +2)</w:t>
            </w:r>
          </w:p>
        </w:tc>
        <w:tc>
          <w:tcPr>
            <w:tcW w:w="1624" w:type="dxa"/>
            <w:shd w:val="clear" w:color="auto" w:fill="D9EAF7"/>
            <w:tcMar>
              <w:top w:w="65" w:type="dxa"/>
              <w:left w:w="80" w:type="dxa"/>
              <w:bottom w:w="65" w:type="dxa"/>
              <w:right w:w="80" w:type="dxa"/>
            </w:tcMar>
            <w:vAlign w:val="center"/>
          </w:tcPr>
          <w:p w14:paraId="54AFA162" w14:textId="77777777" w:rsidR="002D5361" w:rsidRDefault="00000000">
            <w:r>
              <w:rPr>
                <w:b/>
                <w:sz w:val="16"/>
              </w:rPr>
              <w:t>P(slope ≤ −2)</w:t>
            </w:r>
          </w:p>
        </w:tc>
      </w:tr>
      <w:tr w:rsidR="002D5361" w14:paraId="6586EE34" w14:textId="77777777">
        <w:trPr>
          <w:cantSplit/>
          <w:jc w:val="center"/>
        </w:trPr>
        <w:tc>
          <w:tcPr>
            <w:tcW w:w="1624" w:type="dxa"/>
            <w:tcMar>
              <w:top w:w="65" w:type="dxa"/>
              <w:left w:w="80" w:type="dxa"/>
              <w:bottom w:w="65" w:type="dxa"/>
              <w:right w:w="80" w:type="dxa"/>
            </w:tcMar>
            <w:vAlign w:val="center"/>
          </w:tcPr>
          <w:p w14:paraId="528FDF34" w14:textId="77777777" w:rsidR="002D5361" w:rsidRDefault="00000000">
            <w:r>
              <w:rPr>
                <w:sz w:val="16"/>
              </w:rPr>
              <w:t>T0</w:t>
            </w:r>
          </w:p>
        </w:tc>
        <w:tc>
          <w:tcPr>
            <w:tcW w:w="1624" w:type="dxa"/>
            <w:tcMar>
              <w:top w:w="65" w:type="dxa"/>
              <w:left w:w="80" w:type="dxa"/>
              <w:bottom w:w="65" w:type="dxa"/>
              <w:right w:w="80" w:type="dxa"/>
            </w:tcMar>
            <w:vAlign w:val="center"/>
          </w:tcPr>
          <w:p w14:paraId="7472AB9F" w14:textId="77777777" w:rsidR="002D5361" w:rsidRDefault="00000000">
            <w:r>
              <w:rPr>
                <w:sz w:val="16"/>
              </w:rPr>
              <w:t>-2.27</w:t>
            </w:r>
          </w:p>
        </w:tc>
        <w:tc>
          <w:tcPr>
            <w:tcW w:w="1624" w:type="dxa"/>
            <w:tcMar>
              <w:top w:w="65" w:type="dxa"/>
              <w:left w:w="80" w:type="dxa"/>
              <w:bottom w:w="65" w:type="dxa"/>
              <w:right w:w="80" w:type="dxa"/>
            </w:tcMar>
            <w:vAlign w:val="center"/>
          </w:tcPr>
          <w:p w14:paraId="6E2EFBE1" w14:textId="77777777" w:rsidR="002D5361" w:rsidRDefault="00000000">
            <w:r>
              <w:rPr>
                <w:sz w:val="16"/>
              </w:rPr>
              <w:t>-4.80 to +0.24</w:t>
            </w:r>
          </w:p>
        </w:tc>
        <w:tc>
          <w:tcPr>
            <w:tcW w:w="1624" w:type="dxa"/>
            <w:tcMar>
              <w:top w:w="65" w:type="dxa"/>
              <w:left w:w="80" w:type="dxa"/>
              <w:bottom w:w="65" w:type="dxa"/>
              <w:right w:w="80" w:type="dxa"/>
            </w:tcMar>
            <w:vAlign w:val="center"/>
          </w:tcPr>
          <w:p w14:paraId="1B81D02A" w14:textId="77777777" w:rsidR="002D5361" w:rsidRDefault="00000000">
            <w:r>
              <w:rPr>
                <w:sz w:val="16"/>
              </w:rPr>
              <w:t>0.000</w:t>
            </w:r>
          </w:p>
        </w:tc>
        <w:tc>
          <w:tcPr>
            <w:tcW w:w="1624" w:type="dxa"/>
            <w:tcMar>
              <w:top w:w="65" w:type="dxa"/>
              <w:left w:w="80" w:type="dxa"/>
              <w:bottom w:w="65" w:type="dxa"/>
              <w:right w:w="80" w:type="dxa"/>
            </w:tcMar>
            <w:vAlign w:val="center"/>
          </w:tcPr>
          <w:p w14:paraId="5E1BA49C" w14:textId="77777777" w:rsidR="002D5361" w:rsidRDefault="00000000">
            <w:r>
              <w:rPr>
                <w:sz w:val="16"/>
              </w:rPr>
              <w:t>0.577</w:t>
            </w:r>
          </w:p>
        </w:tc>
      </w:tr>
      <w:tr w:rsidR="002D5361" w14:paraId="19696E23" w14:textId="77777777">
        <w:trPr>
          <w:cantSplit/>
          <w:jc w:val="center"/>
        </w:trPr>
        <w:tc>
          <w:tcPr>
            <w:tcW w:w="1624" w:type="dxa"/>
            <w:shd w:val="clear" w:color="auto" w:fill="F7F9FB"/>
            <w:tcMar>
              <w:top w:w="65" w:type="dxa"/>
              <w:left w:w="80" w:type="dxa"/>
              <w:bottom w:w="65" w:type="dxa"/>
              <w:right w:w="80" w:type="dxa"/>
            </w:tcMar>
            <w:vAlign w:val="center"/>
          </w:tcPr>
          <w:p w14:paraId="046D3290" w14:textId="77777777" w:rsidR="002D5361" w:rsidRDefault="00000000">
            <w:r>
              <w:rPr>
                <w:sz w:val="16"/>
              </w:rPr>
              <w:t>T1</w:t>
            </w:r>
          </w:p>
        </w:tc>
        <w:tc>
          <w:tcPr>
            <w:tcW w:w="1624" w:type="dxa"/>
            <w:shd w:val="clear" w:color="auto" w:fill="F7F9FB"/>
            <w:tcMar>
              <w:top w:w="65" w:type="dxa"/>
              <w:left w:w="80" w:type="dxa"/>
              <w:bottom w:w="65" w:type="dxa"/>
              <w:right w:w="80" w:type="dxa"/>
            </w:tcMar>
            <w:vAlign w:val="center"/>
          </w:tcPr>
          <w:p w14:paraId="6C39607A" w14:textId="77777777" w:rsidR="002D5361" w:rsidRDefault="00000000">
            <w:r>
              <w:rPr>
                <w:sz w:val="16"/>
              </w:rPr>
              <w:t>-1.09</w:t>
            </w:r>
          </w:p>
        </w:tc>
        <w:tc>
          <w:tcPr>
            <w:tcW w:w="1624" w:type="dxa"/>
            <w:shd w:val="clear" w:color="auto" w:fill="F7F9FB"/>
            <w:tcMar>
              <w:top w:w="65" w:type="dxa"/>
              <w:left w:w="80" w:type="dxa"/>
              <w:bottom w:w="65" w:type="dxa"/>
              <w:right w:w="80" w:type="dxa"/>
            </w:tcMar>
            <w:vAlign w:val="center"/>
          </w:tcPr>
          <w:p w14:paraId="703721ED" w14:textId="77777777" w:rsidR="002D5361" w:rsidRDefault="00000000">
            <w:r>
              <w:rPr>
                <w:sz w:val="16"/>
              </w:rPr>
              <w:t>-3.64 to +1.33</w:t>
            </w:r>
          </w:p>
        </w:tc>
        <w:tc>
          <w:tcPr>
            <w:tcW w:w="1624" w:type="dxa"/>
            <w:tcMar>
              <w:top w:w="65" w:type="dxa"/>
              <w:left w:w="80" w:type="dxa"/>
              <w:bottom w:w="65" w:type="dxa"/>
              <w:right w:w="80" w:type="dxa"/>
            </w:tcMar>
            <w:vAlign w:val="center"/>
          </w:tcPr>
          <w:p w14:paraId="0E1D79CF" w14:textId="77777777" w:rsidR="002D5361" w:rsidRDefault="00000000">
            <w:r>
              <w:rPr>
                <w:sz w:val="16"/>
              </w:rPr>
              <w:t>0.006</w:t>
            </w:r>
          </w:p>
        </w:tc>
        <w:tc>
          <w:tcPr>
            <w:tcW w:w="1624" w:type="dxa"/>
            <w:tcMar>
              <w:top w:w="65" w:type="dxa"/>
              <w:left w:w="80" w:type="dxa"/>
              <w:bottom w:w="65" w:type="dxa"/>
              <w:right w:w="80" w:type="dxa"/>
            </w:tcMar>
            <w:vAlign w:val="center"/>
          </w:tcPr>
          <w:p w14:paraId="1BD6C5A8" w14:textId="77777777" w:rsidR="002D5361" w:rsidRDefault="00000000">
            <w:r>
              <w:rPr>
                <w:sz w:val="16"/>
              </w:rPr>
              <w:t>0.232</w:t>
            </w:r>
          </w:p>
        </w:tc>
      </w:tr>
      <w:tr w:rsidR="002D5361" w14:paraId="2F8360E2" w14:textId="77777777">
        <w:trPr>
          <w:cantSplit/>
          <w:jc w:val="center"/>
        </w:trPr>
        <w:tc>
          <w:tcPr>
            <w:tcW w:w="1624" w:type="dxa"/>
            <w:tcMar>
              <w:top w:w="65" w:type="dxa"/>
              <w:left w:w="80" w:type="dxa"/>
              <w:bottom w:w="65" w:type="dxa"/>
              <w:right w:w="80" w:type="dxa"/>
            </w:tcMar>
            <w:vAlign w:val="center"/>
          </w:tcPr>
          <w:p w14:paraId="7CB2FFB7" w14:textId="77777777" w:rsidR="002D5361" w:rsidRDefault="00000000">
            <w:r>
              <w:rPr>
                <w:sz w:val="16"/>
              </w:rPr>
              <w:t>T2</w:t>
            </w:r>
          </w:p>
        </w:tc>
        <w:tc>
          <w:tcPr>
            <w:tcW w:w="1624" w:type="dxa"/>
            <w:tcMar>
              <w:top w:w="65" w:type="dxa"/>
              <w:left w:w="80" w:type="dxa"/>
              <w:bottom w:w="65" w:type="dxa"/>
              <w:right w:w="80" w:type="dxa"/>
            </w:tcMar>
            <w:vAlign w:val="center"/>
          </w:tcPr>
          <w:p w14:paraId="7A0908DC" w14:textId="77777777" w:rsidR="002D5361" w:rsidRDefault="00000000">
            <w:r>
              <w:rPr>
                <w:sz w:val="16"/>
              </w:rPr>
              <w:t>-1.25</w:t>
            </w:r>
          </w:p>
        </w:tc>
        <w:tc>
          <w:tcPr>
            <w:tcW w:w="1624" w:type="dxa"/>
            <w:tcMar>
              <w:top w:w="65" w:type="dxa"/>
              <w:left w:w="80" w:type="dxa"/>
              <w:bottom w:w="65" w:type="dxa"/>
              <w:right w:w="80" w:type="dxa"/>
            </w:tcMar>
            <w:vAlign w:val="center"/>
          </w:tcPr>
          <w:p w14:paraId="47A5EA04" w14:textId="77777777" w:rsidR="002D5361" w:rsidRDefault="00000000">
            <w:r>
              <w:rPr>
                <w:sz w:val="16"/>
              </w:rPr>
              <w:t>-3.60 to +0.92</w:t>
            </w:r>
          </w:p>
        </w:tc>
        <w:tc>
          <w:tcPr>
            <w:tcW w:w="1624" w:type="dxa"/>
            <w:tcMar>
              <w:top w:w="65" w:type="dxa"/>
              <w:left w:w="80" w:type="dxa"/>
              <w:bottom w:w="65" w:type="dxa"/>
              <w:right w:w="80" w:type="dxa"/>
            </w:tcMar>
            <w:vAlign w:val="center"/>
          </w:tcPr>
          <w:p w14:paraId="430F6C4D" w14:textId="77777777" w:rsidR="002D5361" w:rsidRDefault="00000000">
            <w:r>
              <w:rPr>
                <w:sz w:val="16"/>
              </w:rPr>
              <w:t>0.002</w:t>
            </w:r>
          </w:p>
        </w:tc>
        <w:tc>
          <w:tcPr>
            <w:tcW w:w="1624" w:type="dxa"/>
            <w:tcMar>
              <w:top w:w="65" w:type="dxa"/>
              <w:left w:w="80" w:type="dxa"/>
              <w:bottom w:w="65" w:type="dxa"/>
              <w:right w:w="80" w:type="dxa"/>
            </w:tcMar>
            <w:vAlign w:val="center"/>
          </w:tcPr>
          <w:p w14:paraId="41BA9F70" w14:textId="77777777" w:rsidR="002D5361" w:rsidRDefault="00000000">
            <w:r>
              <w:rPr>
                <w:sz w:val="16"/>
              </w:rPr>
              <w:t>0.257</w:t>
            </w:r>
          </w:p>
        </w:tc>
      </w:tr>
      <w:tr w:rsidR="002D5361" w14:paraId="164218DB" w14:textId="77777777">
        <w:trPr>
          <w:cantSplit/>
          <w:jc w:val="center"/>
        </w:trPr>
        <w:tc>
          <w:tcPr>
            <w:tcW w:w="1624" w:type="dxa"/>
            <w:shd w:val="clear" w:color="auto" w:fill="F7F9FB"/>
            <w:tcMar>
              <w:top w:w="65" w:type="dxa"/>
              <w:left w:w="80" w:type="dxa"/>
              <w:bottom w:w="65" w:type="dxa"/>
              <w:right w:w="80" w:type="dxa"/>
            </w:tcMar>
            <w:vAlign w:val="center"/>
          </w:tcPr>
          <w:p w14:paraId="5E2885BB" w14:textId="77777777" w:rsidR="002D5361" w:rsidRDefault="00000000">
            <w:r>
              <w:rPr>
                <w:sz w:val="16"/>
              </w:rPr>
              <w:t>T3</w:t>
            </w:r>
          </w:p>
        </w:tc>
        <w:tc>
          <w:tcPr>
            <w:tcW w:w="1624" w:type="dxa"/>
            <w:shd w:val="clear" w:color="auto" w:fill="F7F9FB"/>
            <w:tcMar>
              <w:top w:w="65" w:type="dxa"/>
              <w:left w:w="80" w:type="dxa"/>
              <w:bottom w:w="65" w:type="dxa"/>
              <w:right w:w="80" w:type="dxa"/>
            </w:tcMar>
            <w:vAlign w:val="center"/>
          </w:tcPr>
          <w:p w14:paraId="539F49A6" w14:textId="77777777" w:rsidR="002D5361" w:rsidRDefault="00000000">
            <w:r>
              <w:rPr>
                <w:sz w:val="16"/>
              </w:rPr>
              <w:t>+0.03</w:t>
            </w:r>
          </w:p>
        </w:tc>
        <w:tc>
          <w:tcPr>
            <w:tcW w:w="1624" w:type="dxa"/>
            <w:shd w:val="clear" w:color="auto" w:fill="F7F9FB"/>
            <w:tcMar>
              <w:top w:w="65" w:type="dxa"/>
              <w:left w:w="80" w:type="dxa"/>
              <w:bottom w:w="65" w:type="dxa"/>
              <w:right w:w="80" w:type="dxa"/>
            </w:tcMar>
            <w:vAlign w:val="center"/>
          </w:tcPr>
          <w:p w14:paraId="20D942AB" w14:textId="77777777" w:rsidR="002D5361" w:rsidRDefault="00000000">
            <w:r>
              <w:rPr>
                <w:sz w:val="16"/>
              </w:rPr>
              <w:t>-1.99 to +1.89</w:t>
            </w:r>
          </w:p>
        </w:tc>
        <w:tc>
          <w:tcPr>
            <w:tcW w:w="1624" w:type="dxa"/>
            <w:tcMar>
              <w:top w:w="65" w:type="dxa"/>
              <w:left w:w="80" w:type="dxa"/>
              <w:bottom w:w="65" w:type="dxa"/>
              <w:right w:w="80" w:type="dxa"/>
            </w:tcMar>
            <w:vAlign w:val="center"/>
          </w:tcPr>
          <w:p w14:paraId="49DF5A09" w14:textId="77777777" w:rsidR="002D5361" w:rsidRDefault="00000000">
            <w:r>
              <w:rPr>
                <w:sz w:val="16"/>
              </w:rPr>
              <w:t>0.020</w:t>
            </w:r>
          </w:p>
        </w:tc>
        <w:tc>
          <w:tcPr>
            <w:tcW w:w="1624" w:type="dxa"/>
            <w:tcMar>
              <w:top w:w="65" w:type="dxa"/>
              <w:left w:w="80" w:type="dxa"/>
              <w:bottom w:w="65" w:type="dxa"/>
              <w:right w:w="80" w:type="dxa"/>
            </w:tcMar>
            <w:vAlign w:val="center"/>
          </w:tcPr>
          <w:p w14:paraId="188DE2CA" w14:textId="77777777" w:rsidR="002D5361" w:rsidRDefault="00000000">
            <w:r>
              <w:rPr>
                <w:sz w:val="16"/>
              </w:rPr>
              <w:t>0.024</w:t>
            </w:r>
          </w:p>
        </w:tc>
      </w:tr>
      <w:tr w:rsidR="002D5361" w14:paraId="70BD5F3F" w14:textId="77777777">
        <w:trPr>
          <w:cantSplit/>
          <w:jc w:val="center"/>
        </w:trPr>
        <w:tc>
          <w:tcPr>
            <w:tcW w:w="1624" w:type="dxa"/>
            <w:tcMar>
              <w:top w:w="65" w:type="dxa"/>
              <w:left w:w="80" w:type="dxa"/>
              <w:bottom w:w="65" w:type="dxa"/>
              <w:right w:w="80" w:type="dxa"/>
            </w:tcMar>
            <w:vAlign w:val="center"/>
          </w:tcPr>
          <w:p w14:paraId="00C04940" w14:textId="77777777" w:rsidR="002D5361" w:rsidRDefault="00000000">
            <w:r>
              <w:rPr>
                <w:sz w:val="16"/>
              </w:rPr>
              <w:t>T4</w:t>
            </w:r>
          </w:p>
        </w:tc>
        <w:tc>
          <w:tcPr>
            <w:tcW w:w="1624" w:type="dxa"/>
            <w:tcMar>
              <w:top w:w="65" w:type="dxa"/>
              <w:left w:w="80" w:type="dxa"/>
              <w:bottom w:w="65" w:type="dxa"/>
              <w:right w:w="80" w:type="dxa"/>
            </w:tcMar>
            <w:vAlign w:val="center"/>
          </w:tcPr>
          <w:p w14:paraId="6BC6DEDC" w14:textId="77777777" w:rsidR="002D5361" w:rsidRDefault="00000000">
            <w:r>
              <w:rPr>
                <w:sz w:val="16"/>
              </w:rPr>
              <w:t>+6.12</w:t>
            </w:r>
          </w:p>
        </w:tc>
        <w:tc>
          <w:tcPr>
            <w:tcW w:w="1624" w:type="dxa"/>
            <w:tcMar>
              <w:top w:w="65" w:type="dxa"/>
              <w:left w:w="80" w:type="dxa"/>
              <w:bottom w:w="65" w:type="dxa"/>
              <w:right w:w="80" w:type="dxa"/>
            </w:tcMar>
            <w:vAlign w:val="center"/>
          </w:tcPr>
          <w:p w14:paraId="47608A1F" w14:textId="77777777" w:rsidR="002D5361" w:rsidRDefault="00000000">
            <w:r>
              <w:rPr>
                <w:sz w:val="16"/>
              </w:rPr>
              <w:t>+4.50 to +7.75</w:t>
            </w:r>
          </w:p>
        </w:tc>
        <w:tc>
          <w:tcPr>
            <w:tcW w:w="1624" w:type="dxa"/>
            <w:tcMar>
              <w:top w:w="65" w:type="dxa"/>
              <w:left w:w="80" w:type="dxa"/>
              <w:bottom w:w="65" w:type="dxa"/>
              <w:right w:w="80" w:type="dxa"/>
            </w:tcMar>
            <w:vAlign w:val="center"/>
          </w:tcPr>
          <w:p w14:paraId="5D9F915D" w14:textId="77777777" w:rsidR="002D5361" w:rsidRDefault="00000000">
            <w:r>
              <w:rPr>
                <w:sz w:val="16"/>
              </w:rPr>
              <w:t>1.000</w:t>
            </w:r>
          </w:p>
        </w:tc>
        <w:tc>
          <w:tcPr>
            <w:tcW w:w="1624" w:type="dxa"/>
            <w:tcMar>
              <w:top w:w="65" w:type="dxa"/>
              <w:left w:w="80" w:type="dxa"/>
              <w:bottom w:w="65" w:type="dxa"/>
              <w:right w:w="80" w:type="dxa"/>
            </w:tcMar>
            <w:vAlign w:val="center"/>
          </w:tcPr>
          <w:p w14:paraId="4D988F46" w14:textId="77777777" w:rsidR="002D5361" w:rsidRDefault="00000000">
            <w:r>
              <w:rPr>
                <w:sz w:val="16"/>
              </w:rPr>
              <w:t>0.000</w:t>
            </w:r>
          </w:p>
        </w:tc>
      </w:tr>
      <w:tr w:rsidR="002D5361" w14:paraId="1503E6A0" w14:textId="77777777">
        <w:trPr>
          <w:cantSplit/>
          <w:jc w:val="center"/>
        </w:trPr>
        <w:tc>
          <w:tcPr>
            <w:tcW w:w="1624" w:type="dxa"/>
            <w:shd w:val="clear" w:color="auto" w:fill="F7F9FB"/>
            <w:tcMar>
              <w:top w:w="65" w:type="dxa"/>
              <w:left w:w="80" w:type="dxa"/>
              <w:bottom w:w="65" w:type="dxa"/>
              <w:right w:w="80" w:type="dxa"/>
            </w:tcMar>
            <w:vAlign w:val="center"/>
          </w:tcPr>
          <w:p w14:paraId="2BFBE687" w14:textId="77777777" w:rsidR="002D5361" w:rsidRDefault="00000000">
            <w:r>
              <w:rPr>
                <w:sz w:val="16"/>
              </w:rPr>
              <w:t>T5</w:t>
            </w:r>
          </w:p>
        </w:tc>
        <w:tc>
          <w:tcPr>
            <w:tcW w:w="1624" w:type="dxa"/>
            <w:shd w:val="clear" w:color="auto" w:fill="F7F9FB"/>
            <w:tcMar>
              <w:top w:w="65" w:type="dxa"/>
              <w:left w:w="80" w:type="dxa"/>
              <w:bottom w:w="65" w:type="dxa"/>
              <w:right w:w="80" w:type="dxa"/>
            </w:tcMar>
            <w:vAlign w:val="center"/>
          </w:tcPr>
          <w:p w14:paraId="79C79F95" w14:textId="77777777" w:rsidR="002D5361" w:rsidRDefault="00000000">
            <w:r>
              <w:rPr>
                <w:sz w:val="16"/>
              </w:rPr>
              <w:t>-2.40</w:t>
            </w:r>
          </w:p>
        </w:tc>
        <w:tc>
          <w:tcPr>
            <w:tcW w:w="1624" w:type="dxa"/>
            <w:shd w:val="clear" w:color="auto" w:fill="F7F9FB"/>
            <w:tcMar>
              <w:top w:w="65" w:type="dxa"/>
              <w:left w:w="80" w:type="dxa"/>
              <w:bottom w:w="65" w:type="dxa"/>
              <w:right w:w="80" w:type="dxa"/>
            </w:tcMar>
            <w:vAlign w:val="center"/>
          </w:tcPr>
          <w:p w14:paraId="7A420F76" w14:textId="77777777" w:rsidR="002D5361" w:rsidRDefault="00000000">
            <w:r>
              <w:rPr>
                <w:sz w:val="16"/>
              </w:rPr>
              <w:t>-4.43 to -0.55</w:t>
            </w:r>
          </w:p>
        </w:tc>
        <w:tc>
          <w:tcPr>
            <w:tcW w:w="1624" w:type="dxa"/>
            <w:tcMar>
              <w:top w:w="65" w:type="dxa"/>
              <w:left w:w="80" w:type="dxa"/>
              <w:bottom w:w="65" w:type="dxa"/>
              <w:right w:w="80" w:type="dxa"/>
            </w:tcMar>
            <w:vAlign w:val="center"/>
          </w:tcPr>
          <w:p w14:paraId="53581747" w14:textId="77777777" w:rsidR="002D5361" w:rsidRDefault="00000000">
            <w:r>
              <w:rPr>
                <w:sz w:val="16"/>
              </w:rPr>
              <w:t>0.000</w:t>
            </w:r>
          </w:p>
        </w:tc>
        <w:tc>
          <w:tcPr>
            <w:tcW w:w="1624" w:type="dxa"/>
            <w:tcMar>
              <w:top w:w="65" w:type="dxa"/>
              <w:left w:w="80" w:type="dxa"/>
              <w:bottom w:w="65" w:type="dxa"/>
              <w:right w:w="80" w:type="dxa"/>
            </w:tcMar>
            <w:vAlign w:val="center"/>
          </w:tcPr>
          <w:p w14:paraId="7581F0E8" w14:textId="77777777" w:rsidR="002D5361" w:rsidRDefault="00000000">
            <w:r>
              <w:rPr>
                <w:sz w:val="16"/>
              </w:rPr>
              <w:t>0.652</w:t>
            </w:r>
          </w:p>
        </w:tc>
      </w:tr>
      <w:tr w:rsidR="002D5361" w14:paraId="63145197" w14:textId="77777777">
        <w:trPr>
          <w:cantSplit/>
          <w:jc w:val="center"/>
        </w:trPr>
        <w:tc>
          <w:tcPr>
            <w:tcW w:w="1624" w:type="dxa"/>
            <w:tcMar>
              <w:top w:w="65" w:type="dxa"/>
              <w:left w:w="80" w:type="dxa"/>
              <w:bottom w:w="65" w:type="dxa"/>
              <w:right w:w="80" w:type="dxa"/>
            </w:tcMar>
            <w:vAlign w:val="center"/>
          </w:tcPr>
          <w:p w14:paraId="51B342CB" w14:textId="77777777" w:rsidR="002D5361" w:rsidRDefault="00000000">
            <w:r>
              <w:rPr>
                <w:sz w:val="16"/>
              </w:rPr>
              <w:t>T6</w:t>
            </w:r>
          </w:p>
        </w:tc>
        <w:tc>
          <w:tcPr>
            <w:tcW w:w="1624" w:type="dxa"/>
            <w:tcMar>
              <w:top w:w="65" w:type="dxa"/>
              <w:left w:w="80" w:type="dxa"/>
              <w:bottom w:w="65" w:type="dxa"/>
              <w:right w:w="80" w:type="dxa"/>
            </w:tcMar>
            <w:vAlign w:val="center"/>
          </w:tcPr>
          <w:p w14:paraId="65164833" w14:textId="77777777" w:rsidR="002D5361" w:rsidRDefault="00000000">
            <w:r>
              <w:rPr>
                <w:sz w:val="16"/>
              </w:rPr>
              <w:t>+1.70</w:t>
            </w:r>
          </w:p>
        </w:tc>
        <w:tc>
          <w:tcPr>
            <w:tcW w:w="1624" w:type="dxa"/>
            <w:tcMar>
              <w:top w:w="65" w:type="dxa"/>
              <w:left w:w="80" w:type="dxa"/>
              <w:bottom w:w="65" w:type="dxa"/>
              <w:right w:w="80" w:type="dxa"/>
            </w:tcMar>
            <w:vAlign w:val="center"/>
          </w:tcPr>
          <w:p w14:paraId="22DCC04B" w14:textId="77777777" w:rsidR="002D5361" w:rsidRDefault="00000000">
            <w:r>
              <w:rPr>
                <w:sz w:val="16"/>
              </w:rPr>
              <w:t>+0.50 to +2.81</w:t>
            </w:r>
          </w:p>
        </w:tc>
        <w:tc>
          <w:tcPr>
            <w:tcW w:w="1624" w:type="dxa"/>
            <w:tcMar>
              <w:top w:w="65" w:type="dxa"/>
              <w:left w:w="80" w:type="dxa"/>
              <w:bottom w:w="65" w:type="dxa"/>
              <w:right w:w="80" w:type="dxa"/>
            </w:tcMar>
            <w:vAlign w:val="center"/>
          </w:tcPr>
          <w:p w14:paraId="09C9C914" w14:textId="77777777" w:rsidR="002D5361" w:rsidRDefault="00000000">
            <w:r>
              <w:rPr>
                <w:sz w:val="16"/>
              </w:rPr>
              <w:t>0.304</w:t>
            </w:r>
          </w:p>
        </w:tc>
        <w:tc>
          <w:tcPr>
            <w:tcW w:w="1624" w:type="dxa"/>
            <w:tcMar>
              <w:top w:w="65" w:type="dxa"/>
              <w:left w:w="80" w:type="dxa"/>
              <w:bottom w:w="65" w:type="dxa"/>
              <w:right w:w="80" w:type="dxa"/>
            </w:tcMar>
            <w:vAlign w:val="center"/>
          </w:tcPr>
          <w:p w14:paraId="1D33B0DA" w14:textId="77777777" w:rsidR="002D5361" w:rsidRDefault="00000000">
            <w:r>
              <w:rPr>
                <w:sz w:val="16"/>
              </w:rPr>
              <w:t>0.000</w:t>
            </w:r>
          </w:p>
        </w:tc>
      </w:tr>
      <w:tr w:rsidR="002D5361" w14:paraId="7686271B" w14:textId="77777777">
        <w:trPr>
          <w:cantSplit/>
          <w:jc w:val="center"/>
        </w:trPr>
        <w:tc>
          <w:tcPr>
            <w:tcW w:w="1624" w:type="dxa"/>
            <w:shd w:val="clear" w:color="auto" w:fill="F7F9FB"/>
            <w:tcMar>
              <w:top w:w="65" w:type="dxa"/>
              <w:left w:w="80" w:type="dxa"/>
              <w:bottom w:w="65" w:type="dxa"/>
              <w:right w:w="80" w:type="dxa"/>
            </w:tcMar>
            <w:vAlign w:val="center"/>
          </w:tcPr>
          <w:p w14:paraId="1D8B091D" w14:textId="77777777" w:rsidR="002D5361" w:rsidRDefault="00000000">
            <w:r>
              <w:rPr>
                <w:sz w:val="16"/>
              </w:rPr>
              <w:t>T7</w:t>
            </w:r>
          </w:p>
        </w:tc>
        <w:tc>
          <w:tcPr>
            <w:tcW w:w="1624" w:type="dxa"/>
            <w:shd w:val="clear" w:color="auto" w:fill="F7F9FB"/>
            <w:tcMar>
              <w:top w:w="65" w:type="dxa"/>
              <w:left w:w="80" w:type="dxa"/>
              <w:bottom w:w="65" w:type="dxa"/>
              <w:right w:w="80" w:type="dxa"/>
            </w:tcMar>
            <w:vAlign w:val="center"/>
          </w:tcPr>
          <w:p w14:paraId="79E96FA7" w14:textId="77777777" w:rsidR="002D5361" w:rsidRDefault="00000000">
            <w:r>
              <w:rPr>
                <w:sz w:val="16"/>
              </w:rPr>
              <w:t>-0.68</w:t>
            </w:r>
          </w:p>
        </w:tc>
        <w:tc>
          <w:tcPr>
            <w:tcW w:w="1624" w:type="dxa"/>
            <w:shd w:val="clear" w:color="auto" w:fill="F7F9FB"/>
            <w:tcMar>
              <w:top w:w="65" w:type="dxa"/>
              <w:left w:w="80" w:type="dxa"/>
              <w:bottom w:w="65" w:type="dxa"/>
              <w:right w:w="80" w:type="dxa"/>
            </w:tcMar>
            <w:vAlign w:val="center"/>
          </w:tcPr>
          <w:p w14:paraId="0B6D5CDF" w14:textId="77777777" w:rsidR="002D5361" w:rsidRDefault="00000000">
            <w:r>
              <w:rPr>
                <w:sz w:val="16"/>
              </w:rPr>
              <w:t>-2.22 to +0.66</w:t>
            </w:r>
          </w:p>
        </w:tc>
        <w:tc>
          <w:tcPr>
            <w:tcW w:w="1624" w:type="dxa"/>
            <w:tcMar>
              <w:top w:w="65" w:type="dxa"/>
              <w:left w:w="80" w:type="dxa"/>
              <w:bottom w:w="65" w:type="dxa"/>
              <w:right w:w="80" w:type="dxa"/>
            </w:tcMar>
            <w:vAlign w:val="center"/>
          </w:tcPr>
          <w:p w14:paraId="7D908C95" w14:textId="77777777" w:rsidR="002D5361" w:rsidRDefault="00000000">
            <w:r>
              <w:rPr>
                <w:sz w:val="16"/>
              </w:rPr>
              <w:t>0.000</w:t>
            </w:r>
          </w:p>
        </w:tc>
        <w:tc>
          <w:tcPr>
            <w:tcW w:w="1624" w:type="dxa"/>
            <w:tcMar>
              <w:top w:w="65" w:type="dxa"/>
              <w:left w:w="80" w:type="dxa"/>
              <w:bottom w:w="65" w:type="dxa"/>
              <w:right w:w="80" w:type="dxa"/>
            </w:tcMar>
            <w:vAlign w:val="center"/>
          </w:tcPr>
          <w:p w14:paraId="2D6E2B76" w14:textId="77777777" w:rsidR="002D5361" w:rsidRDefault="00000000">
            <w:r>
              <w:rPr>
                <w:sz w:val="16"/>
              </w:rPr>
              <w:t>0.046</w:t>
            </w:r>
          </w:p>
        </w:tc>
      </w:tr>
      <w:tr w:rsidR="002D5361" w14:paraId="50D4A66C" w14:textId="77777777">
        <w:trPr>
          <w:cantSplit/>
          <w:jc w:val="center"/>
        </w:trPr>
        <w:tc>
          <w:tcPr>
            <w:tcW w:w="1624" w:type="dxa"/>
            <w:tcMar>
              <w:top w:w="65" w:type="dxa"/>
              <w:left w:w="80" w:type="dxa"/>
              <w:bottom w:w="65" w:type="dxa"/>
              <w:right w:w="80" w:type="dxa"/>
            </w:tcMar>
            <w:vAlign w:val="center"/>
          </w:tcPr>
          <w:p w14:paraId="13971D77" w14:textId="77777777" w:rsidR="002D5361" w:rsidRDefault="00000000">
            <w:r>
              <w:rPr>
                <w:sz w:val="16"/>
              </w:rPr>
              <w:t>T8</w:t>
            </w:r>
          </w:p>
        </w:tc>
        <w:tc>
          <w:tcPr>
            <w:tcW w:w="1624" w:type="dxa"/>
            <w:tcMar>
              <w:top w:w="65" w:type="dxa"/>
              <w:left w:w="80" w:type="dxa"/>
              <w:bottom w:w="65" w:type="dxa"/>
              <w:right w:w="80" w:type="dxa"/>
            </w:tcMar>
            <w:vAlign w:val="center"/>
          </w:tcPr>
          <w:p w14:paraId="27520C03" w14:textId="77777777" w:rsidR="002D5361" w:rsidRDefault="00000000">
            <w:r>
              <w:rPr>
                <w:sz w:val="16"/>
              </w:rPr>
              <w:t>-0.22</w:t>
            </w:r>
          </w:p>
        </w:tc>
        <w:tc>
          <w:tcPr>
            <w:tcW w:w="1624" w:type="dxa"/>
            <w:tcMar>
              <w:top w:w="65" w:type="dxa"/>
              <w:left w:w="80" w:type="dxa"/>
              <w:bottom w:w="65" w:type="dxa"/>
              <w:right w:w="80" w:type="dxa"/>
            </w:tcMar>
            <w:vAlign w:val="center"/>
          </w:tcPr>
          <w:p w14:paraId="11A3A842" w14:textId="77777777" w:rsidR="002D5361" w:rsidRDefault="00000000">
            <w:r>
              <w:rPr>
                <w:sz w:val="16"/>
              </w:rPr>
              <w:t>-1.26 to +0.70</w:t>
            </w:r>
          </w:p>
        </w:tc>
        <w:tc>
          <w:tcPr>
            <w:tcW w:w="1624" w:type="dxa"/>
            <w:tcMar>
              <w:top w:w="65" w:type="dxa"/>
              <w:left w:w="80" w:type="dxa"/>
              <w:bottom w:w="65" w:type="dxa"/>
              <w:right w:w="80" w:type="dxa"/>
            </w:tcMar>
            <w:vAlign w:val="center"/>
          </w:tcPr>
          <w:p w14:paraId="4E7AA54C" w14:textId="77777777" w:rsidR="002D5361" w:rsidRDefault="00000000">
            <w:r>
              <w:rPr>
                <w:sz w:val="16"/>
              </w:rPr>
              <w:t>0.000</w:t>
            </w:r>
          </w:p>
        </w:tc>
        <w:tc>
          <w:tcPr>
            <w:tcW w:w="1624" w:type="dxa"/>
            <w:tcMar>
              <w:top w:w="65" w:type="dxa"/>
              <w:left w:w="80" w:type="dxa"/>
              <w:bottom w:w="65" w:type="dxa"/>
              <w:right w:w="80" w:type="dxa"/>
            </w:tcMar>
            <w:vAlign w:val="center"/>
          </w:tcPr>
          <w:p w14:paraId="52242CB9" w14:textId="77777777" w:rsidR="002D5361" w:rsidRDefault="00000000">
            <w:r>
              <w:rPr>
                <w:sz w:val="16"/>
              </w:rPr>
              <w:t>0.001</w:t>
            </w:r>
          </w:p>
        </w:tc>
      </w:tr>
      <w:tr w:rsidR="002D5361" w14:paraId="2757D07B" w14:textId="77777777">
        <w:trPr>
          <w:cantSplit/>
          <w:jc w:val="center"/>
        </w:trPr>
        <w:tc>
          <w:tcPr>
            <w:tcW w:w="1624" w:type="dxa"/>
            <w:shd w:val="clear" w:color="auto" w:fill="F7F9FB"/>
            <w:tcMar>
              <w:top w:w="65" w:type="dxa"/>
              <w:left w:w="80" w:type="dxa"/>
              <w:bottom w:w="65" w:type="dxa"/>
              <w:right w:w="80" w:type="dxa"/>
            </w:tcMar>
            <w:vAlign w:val="center"/>
          </w:tcPr>
          <w:p w14:paraId="090168AF" w14:textId="77777777" w:rsidR="002D5361" w:rsidRDefault="00000000">
            <w:r>
              <w:rPr>
                <w:sz w:val="16"/>
              </w:rPr>
              <w:t>T9</w:t>
            </w:r>
          </w:p>
        </w:tc>
        <w:tc>
          <w:tcPr>
            <w:tcW w:w="1624" w:type="dxa"/>
            <w:shd w:val="clear" w:color="auto" w:fill="F7F9FB"/>
            <w:tcMar>
              <w:top w:w="65" w:type="dxa"/>
              <w:left w:w="80" w:type="dxa"/>
              <w:bottom w:w="65" w:type="dxa"/>
              <w:right w:w="80" w:type="dxa"/>
            </w:tcMar>
            <w:vAlign w:val="center"/>
          </w:tcPr>
          <w:p w14:paraId="1619C72F" w14:textId="77777777" w:rsidR="002D5361" w:rsidRDefault="00000000">
            <w:r>
              <w:rPr>
                <w:sz w:val="16"/>
              </w:rPr>
              <w:t>-1.78</w:t>
            </w:r>
          </w:p>
        </w:tc>
        <w:tc>
          <w:tcPr>
            <w:tcW w:w="1624" w:type="dxa"/>
            <w:shd w:val="clear" w:color="auto" w:fill="F7F9FB"/>
            <w:tcMar>
              <w:top w:w="65" w:type="dxa"/>
              <w:left w:w="80" w:type="dxa"/>
              <w:bottom w:w="65" w:type="dxa"/>
              <w:right w:w="80" w:type="dxa"/>
            </w:tcMar>
            <w:vAlign w:val="center"/>
          </w:tcPr>
          <w:p w14:paraId="75FB2618" w14:textId="77777777" w:rsidR="002D5361" w:rsidRDefault="00000000">
            <w:r>
              <w:rPr>
                <w:sz w:val="16"/>
              </w:rPr>
              <w:t>-3.62 to -0.13</w:t>
            </w:r>
          </w:p>
        </w:tc>
        <w:tc>
          <w:tcPr>
            <w:tcW w:w="1624" w:type="dxa"/>
            <w:tcMar>
              <w:top w:w="65" w:type="dxa"/>
              <w:left w:w="80" w:type="dxa"/>
              <w:bottom w:w="65" w:type="dxa"/>
              <w:right w:w="80" w:type="dxa"/>
            </w:tcMar>
            <w:vAlign w:val="center"/>
          </w:tcPr>
          <w:p w14:paraId="3EF1669F" w14:textId="77777777" w:rsidR="002D5361" w:rsidRDefault="00000000">
            <w:r>
              <w:rPr>
                <w:sz w:val="16"/>
              </w:rPr>
              <w:t>0.000</w:t>
            </w:r>
          </w:p>
        </w:tc>
        <w:tc>
          <w:tcPr>
            <w:tcW w:w="1624" w:type="dxa"/>
            <w:tcMar>
              <w:top w:w="65" w:type="dxa"/>
              <w:left w:w="80" w:type="dxa"/>
              <w:bottom w:w="65" w:type="dxa"/>
              <w:right w:w="80" w:type="dxa"/>
            </w:tcMar>
            <w:vAlign w:val="center"/>
          </w:tcPr>
          <w:p w14:paraId="4DFABDFF" w14:textId="77777777" w:rsidR="002D5361" w:rsidRDefault="00000000">
            <w:r>
              <w:rPr>
                <w:sz w:val="16"/>
              </w:rPr>
              <w:t>0.392</w:t>
            </w:r>
          </w:p>
        </w:tc>
      </w:tr>
      <w:tr w:rsidR="002D5361" w14:paraId="7A839BBE" w14:textId="77777777">
        <w:trPr>
          <w:cantSplit/>
          <w:jc w:val="center"/>
        </w:trPr>
        <w:tc>
          <w:tcPr>
            <w:tcW w:w="1624" w:type="dxa"/>
            <w:tcMar>
              <w:top w:w="65" w:type="dxa"/>
              <w:left w:w="80" w:type="dxa"/>
              <w:bottom w:w="65" w:type="dxa"/>
              <w:right w:w="80" w:type="dxa"/>
            </w:tcMar>
            <w:vAlign w:val="center"/>
          </w:tcPr>
          <w:p w14:paraId="6EE5C749" w14:textId="77777777" w:rsidR="002D5361" w:rsidRDefault="00000000">
            <w:r>
              <w:rPr>
                <w:sz w:val="16"/>
              </w:rPr>
              <w:t>T10</w:t>
            </w:r>
          </w:p>
        </w:tc>
        <w:tc>
          <w:tcPr>
            <w:tcW w:w="1624" w:type="dxa"/>
            <w:tcMar>
              <w:top w:w="65" w:type="dxa"/>
              <w:left w:w="80" w:type="dxa"/>
              <w:bottom w:w="65" w:type="dxa"/>
              <w:right w:w="80" w:type="dxa"/>
            </w:tcMar>
            <w:vAlign w:val="center"/>
          </w:tcPr>
          <w:p w14:paraId="001B3C1A" w14:textId="77777777" w:rsidR="002D5361" w:rsidRDefault="00000000">
            <w:r>
              <w:rPr>
                <w:sz w:val="16"/>
              </w:rPr>
              <w:t>+0.11</w:t>
            </w:r>
          </w:p>
        </w:tc>
        <w:tc>
          <w:tcPr>
            <w:tcW w:w="1624" w:type="dxa"/>
            <w:tcMar>
              <w:top w:w="65" w:type="dxa"/>
              <w:left w:w="80" w:type="dxa"/>
              <w:bottom w:w="65" w:type="dxa"/>
              <w:right w:w="80" w:type="dxa"/>
            </w:tcMar>
            <w:vAlign w:val="center"/>
          </w:tcPr>
          <w:p w14:paraId="2FDD593C" w14:textId="77777777" w:rsidR="002D5361" w:rsidRDefault="00000000">
            <w:r>
              <w:rPr>
                <w:sz w:val="16"/>
              </w:rPr>
              <w:t>-1.07 to +1.15</w:t>
            </w:r>
          </w:p>
        </w:tc>
        <w:tc>
          <w:tcPr>
            <w:tcW w:w="1624" w:type="dxa"/>
            <w:tcMar>
              <w:top w:w="65" w:type="dxa"/>
              <w:left w:w="80" w:type="dxa"/>
              <w:bottom w:w="65" w:type="dxa"/>
              <w:right w:w="80" w:type="dxa"/>
            </w:tcMar>
            <w:vAlign w:val="center"/>
          </w:tcPr>
          <w:p w14:paraId="59B51795" w14:textId="77777777" w:rsidR="002D5361" w:rsidRDefault="00000000">
            <w:r>
              <w:rPr>
                <w:sz w:val="16"/>
              </w:rPr>
              <w:t>0.000</w:t>
            </w:r>
          </w:p>
        </w:tc>
        <w:tc>
          <w:tcPr>
            <w:tcW w:w="1624" w:type="dxa"/>
            <w:tcMar>
              <w:top w:w="65" w:type="dxa"/>
              <w:left w:w="80" w:type="dxa"/>
              <w:bottom w:w="65" w:type="dxa"/>
              <w:right w:w="80" w:type="dxa"/>
            </w:tcMar>
            <w:vAlign w:val="center"/>
          </w:tcPr>
          <w:p w14:paraId="13568D9E" w14:textId="77777777" w:rsidR="002D5361" w:rsidRDefault="00000000">
            <w:r>
              <w:rPr>
                <w:sz w:val="16"/>
              </w:rPr>
              <w:t>0.001</w:t>
            </w:r>
          </w:p>
        </w:tc>
      </w:tr>
      <w:tr w:rsidR="002D5361" w14:paraId="0CBAAA5B" w14:textId="77777777">
        <w:trPr>
          <w:cantSplit/>
          <w:jc w:val="center"/>
        </w:trPr>
        <w:tc>
          <w:tcPr>
            <w:tcW w:w="1624" w:type="dxa"/>
            <w:shd w:val="clear" w:color="auto" w:fill="F7F9FB"/>
            <w:tcMar>
              <w:top w:w="65" w:type="dxa"/>
              <w:left w:w="80" w:type="dxa"/>
              <w:bottom w:w="65" w:type="dxa"/>
              <w:right w:w="80" w:type="dxa"/>
            </w:tcMar>
            <w:vAlign w:val="center"/>
          </w:tcPr>
          <w:p w14:paraId="25FAD4D1" w14:textId="77777777" w:rsidR="002D5361" w:rsidRDefault="00000000">
            <w:r>
              <w:rPr>
                <w:sz w:val="16"/>
              </w:rPr>
              <w:t>T11</w:t>
            </w:r>
          </w:p>
        </w:tc>
        <w:tc>
          <w:tcPr>
            <w:tcW w:w="1624" w:type="dxa"/>
            <w:shd w:val="clear" w:color="auto" w:fill="F7F9FB"/>
            <w:tcMar>
              <w:top w:w="65" w:type="dxa"/>
              <w:left w:w="80" w:type="dxa"/>
              <w:bottom w:w="65" w:type="dxa"/>
              <w:right w:w="80" w:type="dxa"/>
            </w:tcMar>
            <w:vAlign w:val="center"/>
          </w:tcPr>
          <w:p w14:paraId="22C31518" w14:textId="77777777" w:rsidR="002D5361" w:rsidRDefault="00000000">
            <w:r>
              <w:rPr>
                <w:sz w:val="16"/>
              </w:rPr>
              <w:t>+1.88</w:t>
            </w:r>
          </w:p>
        </w:tc>
        <w:tc>
          <w:tcPr>
            <w:tcW w:w="1624" w:type="dxa"/>
            <w:shd w:val="clear" w:color="auto" w:fill="F7F9FB"/>
            <w:tcMar>
              <w:top w:w="65" w:type="dxa"/>
              <w:left w:w="80" w:type="dxa"/>
              <w:bottom w:w="65" w:type="dxa"/>
              <w:right w:w="80" w:type="dxa"/>
            </w:tcMar>
            <w:vAlign w:val="center"/>
          </w:tcPr>
          <w:p w14:paraId="310CF1EB" w14:textId="77777777" w:rsidR="002D5361" w:rsidRDefault="00000000">
            <w:r>
              <w:rPr>
                <w:sz w:val="16"/>
              </w:rPr>
              <w:t>+1.16 to +2.70</w:t>
            </w:r>
          </w:p>
        </w:tc>
        <w:tc>
          <w:tcPr>
            <w:tcW w:w="1624" w:type="dxa"/>
            <w:tcMar>
              <w:top w:w="65" w:type="dxa"/>
              <w:left w:w="80" w:type="dxa"/>
              <w:bottom w:w="65" w:type="dxa"/>
              <w:right w:w="80" w:type="dxa"/>
            </w:tcMar>
            <w:vAlign w:val="center"/>
          </w:tcPr>
          <w:p w14:paraId="58A980B0" w14:textId="77777777" w:rsidR="002D5361" w:rsidRDefault="00000000">
            <w:r>
              <w:rPr>
                <w:sz w:val="16"/>
              </w:rPr>
              <w:t>0.374</w:t>
            </w:r>
          </w:p>
        </w:tc>
        <w:tc>
          <w:tcPr>
            <w:tcW w:w="1624" w:type="dxa"/>
            <w:tcMar>
              <w:top w:w="65" w:type="dxa"/>
              <w:left w:w="80" w:type="dxa"/>
              <w:bottom w:w="65" w:type="dxa"/>
              <w:right w:w="80" w:type="dxa"/>
            </w:tcMar>
            <w:vAlign w:val="center"/>
          </w:tcPr>
          <w:p w14:paraId="79BAC23D" w14:textId="77777777" w:rsidR="002D5361" w:rsidRDefault="00000000">
            <w:r>
              <w:rPr>
                <w:sz w:val="16"/>
              </w:rPr>
              <w:t>0.000</w:t>
            </w:r>
          </w:p>
        </w:tc>
      </w:tr>
      <w:tr w:rsidR="002D5361" w14:paraId="17467565" w14:textId="77777777">
        <w:trPr>
          <w:cantSplit/>
          <w:jc w:val="center"/>
        </w:trPr>
        <w:tc>
          <w:tcPr>
            <w:tcW w:w="1624" w:type="dxa"/>
            <w:tcMar>
              <w:top w:w="65" w:type="dxa"/>
              <w:left w:w="80" w:type="dxa"/>
              <w:bottom w:w="65" w:type="dxa"/>
              <w:right w:w="80" w:type="dxa"/>
            </w:tcMar>
            <w:vAlign w:val="center"/>
          </w:tcPr>
          <w:p w14:paraId="702612D6" w14:textId="77777777" w:rsidR="002D5361" w:rsidRDefault="00000000">
            <w:r>
              <w:rPr>
                <w:sz w:val="16"/>
              </w:rPr>
              <w:t>T12</w:t>
            </w:r>
          </w:p>
        </w:tc>
        <w:tc>
          <w:tcPr>
            <w:tcW w:w="1624" w:type="dxa"/>
            <w:tcMar>
              <w:top w:w="65" w:type="dxa"/>
              <w:left w:w="80" w:type="dxa"/>
              <w:bottom w:w="65" w:type="dxa"/>
              <w:right w:w="80" w:type="dxa"/>
            </w:tcMar>
            <w:vAlign w:val="center"/>
          </w:tcPr>
          <w:p w14:paraId="7FAD9B44" w14:textId="77777777" w:rsidR="002D5361" w:rsidRDefault="00000000">
            <w:r>
              <w:rPr>
                <w:sz w:val="16"/>
              </w:rPr>
              <w:t>+0.63</w:t>
            </w:r>
          </w:p>
        </w:tc>
        <w:tc>
          <w:tcPr>
            <w:tcW w:w="1624" w:type="dxa"/>
            <w:tcMar>
              <w:top w:w="65" w:type="dxa"/>
              <w:left w:w="80" w:type="dxa"/>
              <w:bottom w:w="65" w:type="dxa"/>
              <w:right w:w="80" w:type="dxa"/>
            </w:tcMar>
            <w:vAlign w:val="center"/>
          </w:tcPr>
          <w:p w14:paraId="422A85E6" w14:textId="77777777" w:rsidR="002D5361" w:rsidRDefault="00000000">
            <w:r>
              <w:rPr>
                <w:sz w:val="16"/>
              </w:rPr>
              <w:t>-0.46 to +1.59</w:t>
            </w:r>
          </w:p>
        </w:tc>
        <w:tc>
          <w:tcPr>
            <w:tcW w:w="1624" w:type="dxa"/>
            <w:tcMar>
              <w:top w:w="65" w:type="dxa"/>
              <w:left w:w="80" w:type="dxa"/>
              <w:bottom w:w="65" w:type="dxa"/>
              <w:right w:w="80" w:type="dxa"/>
            </w:tcMar>
            <w:vAlign w:val="center"/>
          </w:tcPr>
          <w:p w14:paraId="745FAEAE" w14:textId="77777777" w:rsidR="002D5361" w:rsidRDefault="00000000">
            <w:r>
              <w:rPr>
                <w:sz w:val="16"/>
              </w:rPr>
              <w:t>0.003</w:t>
            </w:r>
          </w:p>
        </w:tc>
        <w:tc>
          <w:tcPr>
            <w:tcW w:w="1624" w:type="dxa"/>
            <w:tcMar>
              <w:top w:w="65" w:type="dxa"/>
              <w:left w:w="80" w:type="dxa"/>
              <w:bottom w:w="65" w:type="dxa"/>
              <w:right w:w="80" w:type="dxa"/>
            </w:tcMar>
            <w:vAlign w:val="center"/>
          </w:tcPr>
          <w:p w14:paraId="15BD3928" w14:textId="77777777" w:rsidR="002D5361" w:rsidRDefault="00000000">
            <w:r>
              <w:rPr>
                <w:sz w:val="16"/>
              </w:rPr>
              <w:t>0.000</w:t>
            </w:r>
          </w:p>
        </w:tc>
      </w:tr>
      <w:tr w:rsidR="002D5361" w14:paraId="10FED540" w14:textId="77777777">
        <w:trPr>
          <w:cantSplit/>
          <w:jc w:val="center"/>
        </w:trPr>
        <w:tc>
          <w:tcPr>
            <w:tcW w:w="1624" w:type="dxa"/>
            <w:shd w:val="clear" w:color="auto" w:fill="F7F9FB"/>
            <w:tcMar>
              <w:top w:w="65" w:type="dxa"/>
              <w:left w:w="80" w:type="dxa"/>
              <w:bottom w:w="65" w:type="dxa"/>
              <w:right w:w="80" w:type="dxa"/>
            </w:tcMar>
            <w:vAlign w:val="center"/>
          </w:tcPr>
          <w:p w14:paraId="05127092" w14:textId="77777777" w:rsidR="002D5361" w:rsidRDefault="00000000">
            <w:r>
              <w:rPr>
                <w:sz w:val="16"/>
              </w:rPr>
              <w:t>T13</w:t>
            </w:r>
          </w:p>
        </w:tc>
        <w:tc>
          <w:tcPr>
            <w:tcW w:w="1624" w:type="dxa"/>
            <w:shd w:val="clear" w:color="auto" w:fill="F7F9FB"/>
            <w:tcMar>
              <w:top w:w="65" w:type="dxa"/>
              <w:left w:w="80" w:type="dxa"/>
              <w:bottom w:w="65" w:type="dxa"/>
              <w:right w:w="80" w:type="dxa"/>
            </w:tcMar>
            <w:vAlign w:val="center"/>
          </w:tcPr>
          <w:p w14:paraId="2F755274" w14:textId="77777777" w:rsidR="002D5361" w:rsidRDefault="00000000">
            <w:r>
              <w:rPr>
                <w:sz w:val="16"/>
              </w:rPr>
              <w:t>+0.07</w:t>
            </w:r>
          </w:p>
        </w:tc>
        <w:tc>
          <w:tcPr>
            <w:tcW w:w="1624" w:type="dxa"/>
            <w:shd w:val="clear" w:color="auto" w:fill="F7F9FB"/>
            <w:tcMar>
              <w:top w:w="65" w:type="dxa"/>
              <w:left w:w="80" w:type="dxa"/>
              <w:bottom w:w="65" w:type="dxa"/>
              <w:right w:w="80" w:type="dxa"/>
            </w:tcMar>
            <w:vAlign w:val="center"/>
          </w:tcPr>
          <w:p w14:paraId="42E8F592" w14:textId="77777777" w:rsidR="002D5361" w:rsidRDefault="00000000">
            <w:r>
              <w:rPr>
                <w:sz w:val="16"/>
              </w:rPr>
              <w:t>-1.08 to +1.07</w:t>
            </w:r>
          </w:p>
        </w:tc>
        <w:tc>
          <w:tcPr>
            <w:tcW w:w="1624" w:type="dxa"/>
            <w:tcMar>
              <w:top w:w="65" w:type="dxa"/>
              <w:left w:w="80" w:type="dxa"/>
              <w:bottom w:w="65" w:type="dxa"/>
              <w:right w:w="80" w:type="dxa"/>
            </w:tcMar>
            <w:vAlign w:val="center"/>
          </w:tcPr>
          <w:p w14:paraId="7E21BC2D" w14:textId="77777777" w:rsidR="002D5361" w:rsidRDefault="00000000">
            <w:r>
              <w:rPr>
                <w:sz w:val="16"/>
              </w:rPr>
              <w:t>0.000</w:t>
            </w:r>
          </w:p>
        </w:tc>
        <w:tc>
          <w:tcPr>
            <w:tcW w:w="1624" w:type="dxa"/>
            <w:tcMar>
              <w:top w:w="65" w:type="dxa"/>
              <w:left w:w="80" w:type="dxa"/>
              <w:bottom w:w="65" w:type="dxa"/>
              <w:right w:w="80" w:type="dxa"/>
            </w:tcMar>
            <w:vAlign w:val="center"/>
          </w:tcPr>
          <w:p w14:paraId="6F3CF7E4" w14:textId="77777777" w:rsidR="002D5361" w:rsidRDefault="00000000">
            <w:r>
              <w:rPr>
                <w:sz w:val="16"/>
              </w:rPr>
              <w:t>0.001</w:t>
            </w:r>
          </w:p>
        </w:tc>
      </w:tr>
      <w:tr w:rsidR="002D5361" w14:paraId="68041F55" w14:textId="77777777">
        <w:trPr>
          <w:cantSplit/>
          <w:jc w:val="center"/>
        </w:trPr>
        <w:tc>
          <w:tcPr>
            <w:tcW w:w="1624" w:type="dxa"/>
            <w:tcMar>
              <w:top w:w="65" w:type="dxa"/>
              <w:left w:w="80" w:type="dxa"/>
              <w:bottom w:w="65" w:type="dxa"/>
              <w:right w:w="80" w:type="dxa"/>
            </w:tcMar>
            <w:vAlign w:val="center"/>
          </w:tcPr>
          <w:p w14:paraId="1B47AFA0" w14:textId="77777777" w:rsidR="002D5361" w:rsidRDefault="00000000">
            <w:r>
              <w:rPr>
                <w:sz w:val="16"/>
              </w:rPr>
              <w:t>T14</w:t>
            </w:r>
          </w:p>
        </w:tc>
        <w:tc>
          <w:tcPr>
            <w:tcW w:w="1624" w:type="dxa"/>
            <w:tcMar>
              <w:top w:w="65" w:type="dxa"/>
              <w:left w:w="80" w:type="dxa"/>
              <w:bottom w:w="65" w:type="dxa"/>
              <w:right w:w="80" w:type="dxa"/>
            </w:tcMar>
            <w:vAlign w:val="center"/>
          </w:tcPr>
          <w:p w14:paraId="28294985" w14:textId="77777777" w:rsidR="002D5361" w:rsidRDefault="00000000">
            <w:r>
              <w:rPr>
                <w:sz w:val="16"/>
              </w:rPr>
              <w:t>-0.85</w:t>
            </w:r>
          </w:p>
        </w:tc>
        <w:tc>
          <w:tcPr>
            <w:tcW w:w="1624" w:type="dxa"/>
            <w:tcMar>
              <w:top w:w="65" w:type="dxa"/>
              <w:left w:w="80" w:type="dxa"/>
              <w:bottom w:w="65" w:type="dxa"/>
              <w:right w:w="80" w:type="dxa"/>
            </w:tcMar>
            <w:vAlign w:val="center"/>
          </w:tcPr>
          <w:p w14:paraId="52F6363A" w14:textId="77777777" w:rsidR="002D5361" w:rsidRDefault="00000000">
            <w:r>
              <w:rPr>
                <w:sz w:val="16"/>
              </w:rPr>
              <w:t>-2.11 to +0.20</w:t>
            </w:r>
          </w:p>
        </w:tc>
        <w:tc>
          <w:tcPr>
            <w:tcW w:w="1624" w:type="dxa"/>
            <w:tcMar>
              <w:top w:w="65" w:type="dxa"/>
              <w:left w:w="80" w:type="dxa"/>
              <w:bottom w:w="65" w:type="dxa"/>
              <w:right w:w="80" w:type="dxa"/>
            </w:tcMar>
            <w:vAlign w:val="center"/>
          </w:tcPr>
          <w:p w14:paraId="4A8B30C7" w14:textId="77777777" w:rsidR="002D5361" w:rsidRDefault="00000000">
            <w:r>
              <w:rPr>
                <w:sz w:val="16"/>
              </w:rPr>
              <w:t>0.000</w:t>
            </w:r>
          </w:p>
        </w:tc>
        <w:tc>
          <w:tcPr>
            <w:tcW w:w="1624" w:type="dxa"/>
            <w:tcMar>
              <w:top w:w="65" w:type="dxa"/>
              <w:left w:w="80" w:type="dxa"/>
              <w:bottom w:w="65" w:type="dxa"/>
              <w:right w:w="80" w:type="dxa"/>
            </w:tcMar>
            <w:vAlign w:val="center"/>
          </w:tcPr>
          <w:p w14:paraId="58DB16BC" w14:textId="77777777" w:rsidR="002D5361" w:rsidRDefault="00000000">
            <w:r>
              <w:rPr>
                <w:sz w:val="16"/>
              </w:rPr>
              <w:t>0.036</w:t>
            </w:r>
          </w:p>
        </w:tc>
      </w:tr>
    </w:tbl>
    <w:p w14:paraId="0132F572" w14:textId="77777777" w:rsidR="002D5361" w:rsidRDefault="00000000">
      <w:r>
        <w:rPr>
          <w:b/>
          <w:sz w:val="16"/>
        </w:rPr>
        <w:t>Note.</w:t>
      </w:r>
      <w:r>
        <w:rPr>
          <w:sz w:val="16"/>
        </w:rPr>
        <w:t xml:space="preserve"> Slope is the change in front share, in percentage points per ordered analytical period, not an annual rate; the four periods span six, six, five, and five years, respectively. Confidence intervals are obtained by resampling documents with replacement within each period 10,000 times and recalculating the corresponding front share, treating documents as independent. P(slope ≥ +2) and P(slope ≤ −2) are the shares of bootstrap resamples in which the estimated slope met or exceeded the ±2.0-percentage-point thresholds used only in this table as an exploratory description of directional consistency; they do not correspond to a categorical Emerging/Declining classification applied elsewhere in the manuscript.</w:t>
      </w:r>
    </w:p>
    <w:p w14:paraId="1AFEC9AB" w14:textId="77777777" w:rsidR="002D5361" w:rsidRDefault="002D5361">
      <w:pPr>
        <w:spacing w:after="0"/>
      </w:pPr>
    </w:p>
    <w:p w14:paraId="3B8B61E4" w14:textId="77777777" w:rsidR="002D5361" w:rsidRDefault="00000000">
      <w:pPr>
        <w:pStyle w:val="Heading1"/>
      </w:pPr>
      <w:r>
        <w:rPr>
          <w:rFonts w:ascii="Times New Roman" w:hAnsi="Times New Roman"/>
        </w:rPr>
        <w:t>S12. Reference-list metadata coverage</w:t>
      </w:r>
    </w:p>
    <w:p w14:paraId="6D3732B7" w14:textId="77777777" w:rsidR="002D5361" w:rsidRDefault="00000000">
      <w:pPr>
        <w:pStyle w:val="TableCaption"/>
      </w:pPr>
      <w:r>
        <w:t>Table S18. Reference-list metadata coverage by analytical period</w:t>
      </w:r>
    </w:p>
    <w:tbl>
      <w:tblPr>
        <w:tblStyle w:val="TableGrid"/>
        <w:tblW w:w="0" w:type="auto"/>
        <w:jc w:val="center"/>
        <w:tblLook w:val="04A0" w:firstRow="1" w:lastRow="0" w:firstColumn="1" w:lastColumn="0" w:noHBand="0" w:noVBand="1"/>
      </w:tblPr>
      <w:tblGrid>
        <w:gridCol w:w="1624"/>
        <w:gridCol w:w="1624"/>
        <w:gridCol w:w="1624"/>
        <w:gridCol w:w="1624"/>
        <w:gridCol w:w="1624"/>
        <w:gridCol w:w="1624"/>
      </w:tblGrid>
      <w:tr w:rsidR="002D5361" w14:paraId="1F9B8A91" w14:textId="77777777">
        <w:trPr>
          <w:cantSplit/>
          <w:tblHeader/>
          <w:jc w:val="center"/>
        </w:trPr>
        <w:tc>
          <w:tcPr>
            <w:tcW w:w="1624" w:type="dxa"/>
            <w:shd w:val="clear" w:color="auto" w:fill="D9EAF7"/>
            <w:tcMar>
              <w:top w:w="65" w:type="dxa"/>
              <w:left w:w="80" w:type="dxa"/>
              <w:bottom w:w="65" w:type="dxa"/>
              <w:right w:w="80" w:type="dxa"/>
            </w:tcMar>
            <w:vAlign w:val="center"/>
          </w:tcPr>
          <w:p w14:paraId="79A1988E" w14:textId="77777777" w:rsidR="002D5361" w:rsidRDefault="00000000">
            <w:r>
              <w:rPr>
                <w:b/>
                <w:sz w:val="16"/>
              </w:rPr>
              <w:t>Period</w:t>
            </w:r>
          </w:p>
        </w:tc>
        <w:tc>
          <w:tcPr>
            <w:tcW w:w="1624" w:type="dxa"/>
            <w:shd w:val="clear" w:color="auto" w:fill="D9EAF7"/>
            <w:tcMar>
              <w:top w:w="65" w:type="dxa"/>
              <w:left w:w="80" w:type="dxa"/>
              <w:bottom w:w="65" w:type="dxa"/>
              <w:right w:w="80" w:type="dxa"/>
            </w:tcMar>
            <w:vAlign w:val="center"/>
          </w:tcPr>
          <w:p w14:paraId="47666603" w14:textId="77777777" w:rsidR="002D5361" w:rsidRDefault="00000000">
            <w:r>
              <w:rPr>
                <w:b/>
                <w:sz w:val="16"/>
              </w:rPr>
              <w:t>N</w:t>
            </w:r>
          </w:p>
        </w:tc>
        <w:tc>
          <w:tcPr>
            <w:tcW w:w="1624" w:type="dxa"/>
            <w:shd w:val="clear" w:color="auto" w:fill="D9EAF7"/>
            <w:tcMar>
              <w:top w:w="65" w:type="dxa"/>
              <w:left w:w="80" w:type="dxa"/>
              <w:bottom w:w="65" w:type="dxa"/>
              <w:right w:w="80" w:type="dxa"/>
            </w:tcMar>
            <w:vAlign w:val="center"/>
          </w:tcPr>
          <w:p w14:paraId="3E64669E" w14:textId="77777777" w:rsidR="002D5361" w:rsidRDefault="00000000">
            <w:r>
              <w:rPr>
                <w:b/>
                <w:sz w:val="16"/>
              </w:rPr>
              <w:t>Reference text n</w:t>
            </w:r>
          </w:p>
        </w:tc>
        <w:tc>
          <w:tcPr>
            <w:tcW w:w="1624" w:type="dxa"/>
            <w:shd w:val="clear" w:color="auto" w:fill="D9EAF7"/>
            <w:tcMar>
              <w:top w:w="65" w:type="dxa"/>
              <w:left w:w="80" w:type="dxa"/>
              <w:bottom w:w="65" w:type="dxa"/>
              <w:right w:w="80" w:type="dxa"/>
            </w:tcMar>
            <w:vAlign w:val="center"/>
          </w:tcPr>
          <w:p w14:paraId="2CC199F6" w14:textId="77777777" w:rsidR="002D5361" w:rsidRDefault="00000000">
            <w:r>
              <w:rPr>
                <w:b/>
                <w:sz w:val="16"/>
              </w:rPr>
              <w:t>Reference text %</w:t>
            </w:r>
          </w:p>
        </w:tc>
        <w:tc>
          <w:tcPr>
            <w:tcW w:w="1624" w:type="dxa"/>
            <w:shd w:val="clear" w:color="auto" w:fill="D9EAF7"/>
            <w:tcMar>
              <w:top w:w="65" w:type="dxa"/>
              <w:left w:w="80" w:type="dxa"/>
              <w:bottom w:w="65" w:type="dxa"/>
              <w:right w:w="80" w:type="dxa"/>
            </w:tcMar>
            <w:vAlign w:val="center"/>
          </w:tcPr>
          <w:p w14:paraId="1A3C2EB0" w14:textId="77777777" w:rsidR="002D5361" w:rsidRDefault="00000000">
            <w:r>
              <w:rPr>
                <w:b/>
                <w:sz w:val="16"/>
              </w:rPr>
              <w:t>Positive count n</w:t>
            </w:r>
          </w:p>
        </w:tc>
        <w:tc>
          <w:tcPr>
            <w:tcW w:w="1624" w:type="dxa"/>
            <w:shd w:val="clear" w:color="auto" w:fill="D9EAF7"/>
            <w:tcMar>
              <w:top w:w="65" w:type="dxa"/>
              <w:left w:w="80" w:type="dxa"/>
              <w:bottom w:w="65" w:type="dxa"/>
              <w:right w:w="80" w:type="dxa"/>
            </w:tcMar>
            <w:vAlign w:val="center"/>
          </w:tcPr>
          <w:p w14:paraId="11D7D1E2" w14:textId="77777777" w:rsidR="002D5361" w:rsidRDefault="00000000">
            <w:r>
              <w:rPr>
                <w:b/>
                <w:sz w:val="16"/>
              </w:rPr>
              <w:t>Positive count %</w:t>
            </w:r>
          </w:p>
        </w:tc>
      </w:tr>
      <w:tr w:rsidR="002D5361" w14:paraId="558D4F3E" w14:textId="77777777">
        <w:trPr>
          <w:cantSplit/>
          <w:jc w:val="center"/>
        </w:trPr>
        <w:tc>
          <w:tcPr>
            <w:tcW w:w="1624" w:type="dxa"/>
            <w:tcMar>
              <w:top w:w="65" w:type="dxa"/>
              <w:left w:w="80" w:type="dxa"/>
              <w:bottom w:w="65" w:type="dxa"/>
              <w:right w:w="80" w:type="dxa"/>
            </w:tcMar>
            <w:vAlign w:val="center"/>
          </w:tcPr>
          <w:p w14:paraId="2D1FB0BF" w14:textId="77777777" w:rsidR="002D5361" w:rsidRDefault="00000000">
            <w:r>
              <w:rPr>
                <w:sz w:val="16"/>
              </w:rPr>
              <w:t>I (2004-09)</w:t>
            </w:r>
          </w:p>
        </w:tc>
        <w:tc>
          <w:tcPr>
            <w:tcW w:w="1624" w:type="dxa"/>
            <w:tcMar>
              <w:top w:w="65" w:type="dxa"/>
              <w:left w:w="80" w:type="dxa"/>
              <w:bottom w:w="65" w:type="dxa"/>
              <w:right w:w="80" w:type="dxa"/>
            </w:tcMar>
            <w:vAlign w:val="center"/>
          </w:tcPr>
          <w:p w14:paraId="33CC6196" w14:textId="77777777" w:rsidR="002D5361" w:rsidRDefault="00000000">
            <w:r>
              <w:rPr>
                <w:sz w:val="16"/>
              </w:rPr>
              <w:t>134</w:t>
            </w:r>
          </w:p>
        </w:tc>
        <w:tc>
          <w:tcPr>
            <w:tcW w:w="1624" w:type="dxa"/>
            <w:tcMar>
              <w:top w:w="65" w:type="dxa"/>
              <w:left w:w="80" w:type="dxa"/>
              <w:bottom w:w="65" w:type="dxa"/>
              <w:right w:w="80" w:type="dxa"/>
            </w:tcMar>
            <w:vAlign w:val="center"/>
          </w:tcPr>
          <w:p w14:paraId="42C874EF" w14:textId="77777777" w:rsidR="002D5361" w:rsidRDefault="00000000">
            <w:r>
              <w:rPr>
                <w:sz w:val="16"/>
              </w:rPr>
              <w:t>128</w:t>
            </w:r>
          </w:p>
        </w:tc>
        <w:tc>
          <w:tcPr>
            <w:tcW w:w="1624" w:type="dxa"/>
            <w:tcMar>
              <w:top w:w="65" w:type="dxa"/>
              <w:left w:w="80" w:type="dxa"/>
              <w:bottom w:w="65" w:type="dxa"/>
              <w:right w:w="80" w:type="dxa"/>
            </w:tcMar>
            <w:vAlign w:val="center"/>
          </w:tcPr>
          <w:p w14:paraId="1F3ACC91" w14:textId="77777777" w:rsidR="002D5361" w:rsidRDefault="00000000">
            <w:r>
              <w:rPr>
                <w:sz w:val="16"/>
              </w:rPr>
              <w:t>95.52</w:t>
            </w:r>
          </w:p>
        </w:tc>
        <w:tc>
          <w:tcPr>
            <w:tcW w:w="1624" w:type="dxa"/>
            <w:tcMar>
              <w:top w:w="65" w:type="dxa"/>
              <w:left w:w="80" w:type="dxa"/>
              <w:bottom w:w="65" w:type="dxa"/>
              <w:right w:w="80" w:type="dxa"/>
            </w:tcMar>
            <w:vAlign w:val="center"/>
          </w:tcPr>
          <w:p w14:paraId="2DC6A50D" w14:textId="77777777" w:rsidR="002D5361" w:rsidRDefault="00000000">
            <w:r>
              <w:rPr>
                <w:sz w:val="16"/>
              </w:rPr>
              <w:t>128</w:t>
            </w:r>
          </w:p>
        </w:tc>
        <w:tc>
          <w:tcPr>
            <w:tcW w:w="1624" w:type="dxa"/>
            <w:tcMar>
              <w:top w:w="65" w:type="dxa"/>
              <w:left w:w="80" w:type="dxa"/>
              <w:bottom w:w="65" w:type="dxa"/>
              <w:right w:w="80" w:type="dxa"/>
            </w:tcMar>
            <w:vAlign w:val="center"/>
          </w:tcPr>
          <w:p w14:paraId="38B6BD6A" w14:textId="77777777" w:rsidR="002D5361" w:rsidRDefault="00000000">
            <w:r>
              <w:rPr>
                <w:sz w:val="16"/>
              </w:rPr>
              <w:t>95.52</w:t>
            </w:r>
          </w:p>
        </w:tc>
      </w:tr>
      <w:tr w:rsidR="002D5361" w14:paraId="6F3FB08A" w14:textId="77777777">
        <w:trPr>
          <w:cantSplit/>
          <w:jc w:val="center"/>
        </w:trPr>
        <w:tc>
          <w:tcPr>
            <w:tcW w:w="1624" w:type="dxa"/>
            <w:shd w:val="clear" w:color="auto" w:fill="F7F9FB"/>
            <w:tcMar>
              <w:top w:w="65" w:type="dxa"/>
              <w:left w:w="80" w:type="dxa"/>
              <w:bottom w:w="65" w:type="dxa"/>
              <w:right w:w="80" w:type="dxa"/>
            </w:tcMar>
            <w:vAlign w:val="center"/>
          </w:tcPr>
          <w:p w14:paraId="2925DF28" w14:textId="77777777" w:rsidR="002D5361" w:rsidRDefault="00000000">
            <w:r>
              <w:rPr>
                <w:sz w:val="16"/>
              </w:rPr>
              <w:t>II (2010-15)</w:t>
            </w:r>
          </w:p>
        </w:tc>
        <w:tc>
          <w:tcPr>
            <w:tcW w:w="1624" w:type="dxa"/>
            <w:shd w:val="clear" w:color="auto" w:fill="F7F9FB"/>
            <w:tcMar>
              <w:top w:w="65" w:type="dxa"/>
              <w:left w:w="80" w:type="dxa"/>
              <w:bottom w:w="65" w:type="dxa"/>
              <w:right w:w="80" w:type="dxa"/>
            </w:tcMar>
            <w:vAlign w:val="center"/>
          </w:tcPr>
          <w:p w14:paraId="2CEECF02" w14:textId="77777777" w:rsidR="002D5361" w:rsidRDefault="00000000">
            <w:r>
              <w:rPr>
                <w:sz w:val="16"/>
              </w:rPr>
              <w:t>270</w:t>
            </w:r>
          </w:p>
        </w:tc>
        <w:tc>
          <w:tcPr>
            <w:tcW w:w="1624" w:type="dxa"/>
            <w:shd w:val="clear" w:color="auto" w:fill="F7F9FB"/>
            <w:tcMar>
              <w:top w:w="65" w:type="dxa"/>
              <w:left w:w="80" w:type="dxa"/>
              <w:bottom w:w="65" w:type="dxa"/>
              <w:right w:w="80" w:type="dxa"/>
            </w:tcMar>
            <w:vAlign w:val="center"/>
          </w:tcPr>
          <w:p w14:paraId="60885285" w14:textId="77777777" w:rsidR="002D5361" w:rsidRDefault="00000000">
            <w:r>
              <w:rPr>
                <w:sz w:val="16"/>
              </w:rPr>
              <w:t>270</w:t>
            </w:r>
          </w:p>
        </w:tc>
        <w:tc>
          <w:tcPr>
            <w:tcW w:w="1624" w:type="dxa"/>
            <w:shd w:val="clear" w:color="auto" w:fill="F7F9FB"/>
            <w:tcMar>
              <w:top w:w="65" w:type="dxa"/>
              <w:left w:w="80" w:type="dxa"/>
              <w:bottom w:w="65" w:type="dxa"/>
              <w:right w:w="80" w:type="dxa"/>
            </w:tcMar>
            <w:vAlign w:val="center"/>
          </w:tcPr>
          <w:p w14:paraId="68D2AD81" w14:textId="77777777" w:rsidR="002D5361" w:rsidRDefault="00000000">
            <w:r>
              <w:rPr>
                <w:sz w:val="16"/>
              </w:rPr>
              <w:t>100.00</w:t>
            </w:r>
          </w:p>
        </w:tc>
        <w:tc>
          <w:tcPr>
            <w:tcW w:w="1624" w:type="dxa"/>
            <w:shd w:val="clear" w:color="auto" w:fill="F7F9FB"/>
            <w:tcMar>
              <w:top w:w="65" w:type="dxa"/>
              <w:left w:w="80" w:type="dxa"/>
              <w:bottom w:w="65" w:type="dxa"/>
              <w:right w:w="80" w:type="dxa"/>
            </w:tcMar>
            <w:vAlign w:val="center"/>
          </w:tcPr>
          <w:p w14:paraId="75570AFF" w14:textId="77777777" w:rsidR="002D5361" w:rsidRDefault="00000000">
            <w:r>
              <w:rPr>
                <w:sz w:val="16"/>
              </w:rPr>
              <w:t>270</w:t>
            </w:r>
          </w:p>
        </w:tc>
        <w:tc>
          <w:tcPr>
            <w:tcW w:w="1624" w:type="dxa"/>
            <w:shd w:val="clear" w:color="auto" w:fill="F7F9FB"/>
            <w:tcMar>
              <w:top w:w="65" w:type="dxa"/>
              <w:left w:w="80" w:type="dxa"/>
              <w:bottom w:w="65" w:type="dxa"/>
              <w:right w:w="80" w:type="dxa"/>
            </w:tcMar>
            <w:vAlign w:val="center"/>
          </w:tcPr>
          <w:p w14:paraId="274DD060" w14:textId="77777777" w:rsidR="002D5361" w:rsidRDefault="00000000">
            <w:r>
              <w:rPr>
                <w:sz w:val="16"/>
              </w:rPr>
              <w:t>100.00</w:t>
            </w:r>
          </w:p>
        </w:tc>
      </w:tr>
      <w:tr w:rsidR="002D5361" w14:paraId="2D3FD384" w14:textId="77777777">
        <w:trPr>
          <w:cantSplit/>
          <w:jc w:val="center"/>
        </w:trPr>
        <w:tc>
          <w:tcPr>
            <w:tcW w:w="1624" w:type="dxa"/>
            <w:tcMar>
              <w:top w:w="65" w:type="dxa"/>
              <w:left w:w="80" w:type="dxa"/>
              <w:bottom w:w="65" w:type="dxa"/>
              <w:right w:w="80" w:type="dxa"/>
            </w:tcMar>
            <w:vAlign w:val="center"/>
          </w:tcPr>
          <w:p w14:paraId="79648AC7" w14:textId="77777777" w:rsidR="002D5361" w:rsidRDefault="00000000">
            <w:r>
              <w:rPr>
                <w:sz w:val="16"/>
              </w:rPr>
              <w:lastRenderedPageBreak/>
              <w:t>III (2016-20)</w:t>
            </w:r>
          </w:p>
        </w:tc>
        <w:tc>
          <w:tcPr>
            <w:tcW w:w="1624" w:type="dxa"/>
            <w:tcMar>
              <w:top w:w="65" w:type="dxa"/>
              <w:left w:w="80" w:type="dxa"/>
              <w:bottom w:w="65" w:type="dxa"/>
              <w:right w:w="80" w:type="dxa"/>
            </w:tcMar>
            <w:vAlign w:val="center"/>
          </w:tcPr>
          <w:p w14:paraId="212CDCD2" w14:textId="77777777" w:rsidR="002D5361" w:rsidRDefault="00000000">
            <w:r>
              <w:rPr>
                <w:sz w:val="16"/>
              </w:rPr>
              <w:t>295</w:t>
            </w:r>
          </w:p>
        </w:tc>
        <w:tc>
          <w:tcPr>
            <w:tcW w:w="1624" w:type="dxa"/>
            <w:tcMar>
              <w:top w:w="65" w:type="dxa"/>
              <w:left w:w="80" w:type="dxa"/>
              <w:bottom w:w="65" w:type="dxa"/>
              <w:right w:w="80" w:type="dxa"/>
            </w:tcMar>
            <w:vAlign w:val="center"/>
          </w:tcPr>
          <w:p w14:paraId="512026C0" w14:textId="77777777" w:rsidR="002D5361" w:rsidRDefault="00000000">
            <w:r>
              <w:rPr>
                <w:sz w:val="16"/>
              </w:rPr>
              <w:t>295</w:t>
            </w:r>
          </w:p>
        </w:tc>
        <w:tc>
          <w:tcPr>
            <w:tcW w:w="1624" w:type="dxa"/>
            <w:tcMar>
              <w:top w:w="65" w:type="dxa"/>
              <w:left w:w="80" w:type="dxa"/>
              <w:bottom w:w="65" w:type="dxa"/>
              <w:right w:w="80" w:type="dxa"/>
            </w:tcMar>
            <w:vAlign w:val="center"/>
          </w:tcPr>
          <w:p w14:paraId="597B7202" w14:textId="77777777" w:rsidR="002D5361" w:rsidRDefault="00000000">
            <w:r>
              <w:rPr>
                <w:sz w:val="16"/>
              </w:rPr>
              <w:t>100.00</w:t>
            </w:r>
          </w:p>
        </w:tc>
        <w:tc>
          <w:tcPr>
            <w:tcW w:w="1624" w:type="dxa"/>
            <w:tcMar>
              <w:top w:w="65" w:type="dxa"/>
              <w:left w:w="80" w:type="dxa"/>
              <w:bottom w:w="65" w:type="dxa"/>
              <w:right w:w="80" w:type="dxa"/>
            </w:tcMar>
            <w:vAlign w:val="center"/>
          </w:tcPr>
          <w:p w14:paraId="6FD1A3E5" w14:textId="77777777" w:rsidR="002D5361" w:rsidRDefault="00000000">
            <w:r>
              <w:rPr>
                <w:sz w:val="16"/>
              </w:rPr>
              <w:t>295</w:t>
            </w:r>
          </w:p>
        </w:tc>
        <w:tc>
          <w:tcPr>
            <w:tcW w:w="1624" w:type="dxa"/>
            <w:tcMar>
              <w:top w:w="65" w:type="dxa"/>
              <w:left w:w="80" w:type="dxa"/>
              <w:bottom w:w="65" w:type="dxa"/>
              <w:right w:w="80" w:type="dxa"/>
            </w:tcMar>
            <w:vAlign w:val="center"/>
          </w:tcPr>
          <w:p w14:paraId="58897AFB" w14:textId="77777777" w:rsidR="002D5361" w:rsidRDefault="00000000">
            <w:r>
              <w:rPr>
                <w:sz w:val="16"/>
              </w:rPr>
              <w:t>100.00</w:t>
            </w:r>
          </w:p>
        </w:tc>
      </w:tr>
      <w:tr w:rsidR="002D5361" w14:paraId="44C71622" w14:textId="77777777">
        <w:trPr>
          <w:cantSplit/>
          <w:jc w:val="center"/>
        </w:trPr>
        <w:tc>
          <w:tcPr>
            <w:tcW w:w="1624" w:type="dxa"/>
            <w:shd w:val="clear" w:color="auto" w:fill="F7F9FB"/>
            <w:tcMar>
              <w:top w:w="65" w:type="dxa"/>
              <w:left w:w="80" w:type="dxa"/>
              <w:bottom w:w="65" w:type="dxa"/>
              <w:right w:w="80" w:type="dxa"/>
            </w:tcMar>
            <w:vAlign w:val="center"/>
          </w:tcPr>
          <w:p w14:paraId="04A22AC0" w14:textId="77777777" w:rsidR="002D5361" w:rsidRDefault="00000000">
            <w:r>
              <w:rPr>
                <w:sz w:val="16"/>
              </w:rPr>
              <w:t>IV (2021-25)</w:t>
            </w:r>
          </w:p>
        </w:tc>
        <w:tc>
          <w:tcPr>
            <w:tcW w:w="1624" w:type="dxa"/>
            <w:shd w:val="clear" w:color="auto" w:fill="F7F9FB"/>
            <w:tcMar>
              <w:top w:w="65" w:type="dxa"/>
              <w:left w:w="80" w:type="dxa"/>
              <w:bottom w:w="65" w:type="dxa"/>
              <w:right w:w="80" w:type="dxa"/>
            </w:tcMar>
            <w:vAlign w:val="center"/>
          </w:tcPr>
          <w:p w14:paraId="5C4EB947" w14:textId="77777777" w:rsidR="002D5361" w:rsidRDefault="00000000">
            <w:r>
              <w:rPr>
                <w:sz w:val="16"/>
              </w:rPr>
              <w:t>428</w:t>
            </w:r>
          </w:p>
        </w:tc>
        <w:tc>
          <w:tcPr>
            <w:tcW w:w="1624" w:type="dxa"/>
            <w:shd w:val="clear" w:color="auto" w:fill="F7F9FB"/>
            <w:tcMar>
              <w:top w:w="65" w:type="dxa"/>
              <w:left w:w="80" w:type="dxa"/>
              <w:bottom w:w="65" w:type="dxa"/>
              <w:right w:w="80" w:type="dxa"/>
            </w:tcMar>
            <w:vAlign w:val="center"/>
          </w:tcPr>
          <w:p w14:paraId="5326B51B" w14:textId="77777777" w:rsidR="002D5361" w:rsidRDefault="00000000">
            <w:r>
              <w:rPr>
                <w:sz w:val="16"/>
              </w:rPr>
              <w:t>395</w:t>
            </w:r>
          </w:p>
        </w:tc>
        <w:tc>
          <w:tcPr>
            <w:tcW w:w="1624" w:type="dxa"/>
            <w:shd w:val="clear" w:color="auto" w:fill="F7F9FB"/>
            <w:tcMar>
              <w:top w:w="65" w:type="dxa"/>
              <w:left w:w="80" w:type="dxa"/>
              <w:bottom w:w="65" w:type="dxa"/>
              <w:right w:w="80" w:type="dxa"/>
            </w:tcMar>
            <w:vAlign w:val="center"/>
          </w:tcPr>
          <w:p w14:paraId="0EFE9E42" w14:textId="77777777" w:rsidR="002D5361" w:rsidRDefault="00000000">
            <w:r>
              <w:rPr>
                <w:sz w:val="16"/>
              </w:rPr>
              <w:t>92.29</w:t>
            </w:r>
          </w:p>
        </w:tc>
        <w:tc>
          <w:tcPr>
            <w:tcW w:w="1624" w:type="dxa"/>
            <w:shd w:val="clear" w:color="auto" w:fill="F7F9FB"/>
            <w:tcMar>
              <w:top w:w="65" w:type="dxa"/>
              <w:left w:w="80" w:type="dxa"/>
              <w:bottom w:w="65" w:type="dxa"/>
              <w:right w:w="80" w:type="dxa"/>
            </w:tcMar>
            <w:vAlign w:val="center"/>
          </w:tcPr>
          <w:p w14:paraId="590A0E76" w14:textId="77777777" w:rsidR="002D5361" w:rsidRDefault="00000000">
            <w:r>
              <w:rPr>
                <w:sz w:val="16"/>
              </w:rPr>
              <w:t>395</w:t>
            </w:r>
          </w:p>
        </w:tc>
        <w:tc>
          <w:tcPr>
            <w:tcW w:w="1624" w:type="dxa"/>
            <w:shd w:val="clear" w:color="auto" w:fill="F7F9FB"/>
            <w:tcMar>
              <w:top w:w="65" w:type="dxa"/>
              <w:left w:w="80" w:type="dxa"/>
              <w:bottom w:w="65" w:type="dxa"/>
              <w:right w:w="80" w:type="dxa"/>
            </w:tcMar>
            <w:vAlign w:val="center"/>
          </w:tcPr>
          <w:p w14:paraId="71D99F74" w14:textId="77777777" w:rsidR="002D5361" w:rsidRDefault="00000000">
            <w:r>
              <w:rPr>
                <w:sz w:val="16"/>
              </w:rPr>
              <w:t>92.29</w:t>
            </w:r>
          </w:p>
        </w:tc>
      </w:tr>
    </w:tbl>
    <w:p w14:paraId="24A8ECE5" w14:textId="77777777" w:rsidR="002D5361" w:rsidRDefault="002D5361">
      <w:pPr>
        <w:spacing w:after="0"/>
      </w:pPr>
    </w:p>
    <w:p w14:paraId="7F94DF29" w14:textId="77777777" w:rsidR="002D5361" w:rsidRDefault="00000000">
      <w:pPr>
        <w:spacing w:after="120" w:line="259" w:lineRule="auto"/>
      </w:pPr>
      <w:r>
        <w:rPr>
          <w:b/>
          <w:sz w:val="16"/>
        </w:rPr>
        <w:t>Note.</w:t>
      </w:r>
      <w:r>
        <w:rPr>
          <w:sz w:val="16"/>
        </w:rPr>
        <w:t xml:space="preserve"> The presence of a reference list is not equivalent to a stable citation edge. The export lacks consistently resolved reference-to-KCI-record identifiers across the full period, so these percentages quantify metadata availability while explaining why a record-level citation network was not constructed.</w:t>
      </w:r>
    </w:p>
    <w:p w14:paraId="0D421D29" w14:textId="77777777" w:rsidR="002D5361" w:rsidRDefault="00000000">
      <w:pPr>
        <w:pStyle w:val="Heading1"/>
      </w:pPr>
      <w:r>
        <w:rPr>
          <w:rFonts w:ascii="Times New Roman" w:hAnsi="Times New Roman"/>
        </w:rPr>
        <w:t>S13. Same-corpus LDA baseline and topic coherence</w:t>
      </w:r>
    </w:p>
    <w:p w14:paraId="3C656BB6" w14:textId="77777777" w:rsidR="002D5361" w:rsidRDefault="00000000">
      <w:pPr>
        <w:spacing w:after="120" w:line="259" w:lineRule="auto"/>
        <w:ind w:firstLine="312"/>
      </w:pPr>
      <w:r>
        <w:t xml:space="preserve">The LDA baseline uses the same 1,127 records and k = 15. </w:t>
      </w:r>
      <w:proofErr w:type="spellStart"/>
      <w:r>
        <w:t>Okt</w:t>
      </w:r>
      <w:proofErr w:type="spellEnd"/>
      <w:r>
        <w:t xml:space="preserve"> retains nouns, verbs, adjectives, and alphabetic tokens after Korean/English </w:t>
      </w:r>
      <w:proofErr w:type="spellStart"/>
      <w:r>
        <w:t>stopword</w:t>
      </w:r>
      <w:proofErr w:type="spellEnd"/>
      <w:r>
        <w:t xml:space="preserve"> removal; dictionary thresholds are </w:t>
      </w:r>
      <w:proofErr w:type="spellStart"/>
      <w:r>
        <w:t>no_below</w:t>
      </w:r>
      <w:proofErr w:type="spellEnd"/>
      <w:r>
        <w:t xml:space="preserve"> = 3 and </w:t>
      </w:r>
      <w:proofErr w:type="spellStart"/>
      <w:r>
        <w:t>no_above</w:t>
      </w:r>
      <w:proofErr w:type="spellEnd"/>
      <w:r>
        <w:t xml:space="preserve"> = 0.60. </w:t>
      </w:r>
      <w:proofErr w:type="spellStart"/>
      <w:r>
        <w:t>Gensim</w:t>
      </w:r>
      <w:proofErr w:type="spellEnd"/>
      <w:r>
        <w:t xml:space="preserve"> LDA uses seed 42, 10 passes, 200 iterations, and automatic alpha/eta. All documents have non-empty bags of words. A topic joins the demographic family when at least three of its top 20 terms match the disclosed population/decline/extinction lexicon; this transparent rule—defined by inspecting each topic's top terms after LDA fitting but before computing period-specific prevalence—selected T2 and T7. The best single Jaccard match is reported separately. Coherence uses the top 10 terms and the same </w:t>
      </w:r>
      <w:proofErr w:type="spellStart"/>
      <w:r>
        <w:t>Okt</w:t>
      </w:r>
      <w:proofErr w:type="spellEnd"/>
      <w:r>
        <w:t xml:space="preserve"> corpus augmented with adjacent bi- and trigrams.</w:t>
      </w:r>
    </w:p>
    <w:p w14:paraId="19E1F957" w14:textId="77777777" w:rsidR="002D5361" w:rsidRDefault="00000000">
      <w:pPr>
        <w:pStyle w:val="TableCaption"/>
      </w:pPr>
      <w:r>
        <w:t xml:space="preserve">Table S19. </w:t>
      </w:r>
      <w:proofErr w:type="spellStart"/>
      <w:r>
        <w:t>C_v</w:t>
      </w:r>
      <w:proofErr w:type="spellEnd"/>
      <w:r>
        <w:t xml:space="preserve"> and NPMI coherence for every </w:t>
      </w:r>
      <w:proofErr w:type="spellStart"/>
      <w:r>
        <w:t>BERTopic</w:t>
      </w:r>
      <w:proofErr w:type="spellEnd"/>
      <w:r>
        <w:t xml:space="preserve"> research front</w:t>
      </w:r>
    </w:p>
    <w:tbl>
      <w:tblPr>
        <w:tblStyle w:val="TableGrid"/>
        <w:tblW w:w="0" w:type="auto"/>
        <w:jc w:val="center"/>
        <w:tblLook w:val="04A0" w:firstRow="1" w:lastRow="0" w:firstColumn="1" w:lastColumn="0" w:noHBand="0" w:noVBand="1"/>
      </w:tblPr>
      <w:tblGrid>
        <w:gridCol w:w="504"/>
        <w:gridCol w:w="6048"/>
        <w:gridCol w:w="648"/>
        <w:gridCol w:w="864"/>
        <w:gridCol w:w="864"/>
      </w:tblGrid>
      <w:tr w:rsidR="002D5361" w14:paraId="7440B296" w14:textId="77777777">
        <w:trPr>
          <w:cantSplit/>
          <w:tblHeader/>
          <w:jc w:val="center"/>
        </w:trPr>
        <w:tc>
          <w:tcPr>
            <w:tcW w:w="504" w:type="dxa"/>
            <w:shd w:val="clear" w:color="auto" w:fill="D9EAF7"/>
            <w:tcMar>
              <w:top w:w="65" w:type="dxa"/>
              <w:left w:w="80" w:type="dxa"/>
              <w:bottom w:w="65" w:type="dxa"/>
              <w:right w:w="80" w:type="dxa"/>
            </w:tcMar>
            <w:vAlign w:val="center"/>
          </w:tcPr>
          <w:p w14:paraId="0D273861" w14:textId="77777777" w:rsidR="002D5361" w:rsidRDefault="00000000">
            <w:r>
              <w:rPr>
                <w:b/>
                <w:sz w:val="16"/>
              </w:rPr>
              <w:t>T</w:t>
            </w:r>
          </w:p>
        </w:tc>
        <w:tc>
          <w:tcPr>
            <w:tcW w:w="6048" w:type="dxa"/>
            <w:shd w:val="clear" w:color="auto" w:fill="D9EAF7"/>
            <w:tcMar>
              <w:top w:w="65" w:type="dxa"/>
              <w:left w:w="80" w:type="dxa"/>
              <w:bottom w:w="65" w:type="dxa"/>
              <w:right w:w="80" w:type="dxa"/>
            </w:tcMar>
            <w:vAlign w:val="center"/>
          </w:tcPr>
          <w:p w14:paraId="34AA9670" w14:textId="77777777" w:rsidR="002D5361" w:rsidRDefault="00000000">
            <w:r>
              <w:rPr>
                <w:b/>
                <w:sz w:val="16"/>
              </w:rPr>
              <w:t>Research front</w:t>
            </w:r>
          </w:p>
        </w:tc>
        <w:tc>
          <w:tcPr>
            <w:tcW w:w="648" w:type="dxa"/>
            <w:shd w:val="clear" w:color="auto" w:fill="D9EAF7"/>
            <w:tcMar>
              <w:top w:w="65" w:type="dxa"/>
              <w:left w:w="80" w:type="dxa"/>
              <w:bottom w:w="65" w:type="dxa"/>
              <w:right w:w="80" w:type="dxa"/>
            </w:tcMar>
            <w:vAlign w:val="center"/>
          </w:tcPr>
          <w:p w14:paraId="0F5A1F2E" w14:textId="77777777" w:rsidR="002D5361" w:rsidRDefault="00000000">
            <w:r>
              <w:rPr>
                <w:b/>
                <w:sz w:val="16"/>
              </w:rPr>
              <w:t>n</w:t>
            </w:r>
          </w:p>
        </w:tc>
        <w:tc>
          <w:tcPr>
            <w:tcW w:w="864" w:type="dxa"/>
            <w:shd w:val="clear" w:color="auto" w:fill="D9EAF7"/>
            <w:tcMar>
              <w:top w:w="65" w:type="dxa"/>
              <w:left w:w="80" w:type="dxa"/>
              <w:bottom w:w="65" w:type="dxa"/>
              <w:right w:w="80" w:type="dxa"/>
            </w:tcMar>
            <w:vAlign w:val="center"/>
          </w:tcPr>
          <w:p w14:paraId="0F6AEF0C" w14:textId="77777777" w:rsidR="002D5361" w:rsidRDefault="00000000">
            <w:proofErr w:type="spellStart"/>
            <w:r>
              <w:rPr>
                <w:b/>
                <w:sz w:val="16"/>
              </w:rPr>
              <w:t>C_v</w:t>
            </w:r>
            <w:proofErr w:type="spellEnd"/>
          </w:p>
        </w:tc>
        <w:tc>
          <w:tcPr>
            <w:tcW w:w="864" w:type="dxa"/>
            <w:shd w:val="clear" w:color="auto" w:fill="D9EAF7"/>
            <w:tcMar>
              <w:top w:w="65" w:type="dxa"/>
              <w:left w:w="80" w:type="dxa"/>
              <w:bottom w:w="65" w:type="dxa"/>
              <w:right w:w="80" w:type="dxa"/>
            </w:tcMar>
            <w:vAlign w:val="center"/>
          </w:tcPr>
          <w:p w14:paraId="14614FD7" w14:textId="77777777" w:rsidR="002D5361" w:rsidRDefault="00000000">
            <w:r>
              <w:rPr>
                <w:b/>
                <w:sz w:val="16"/>
              </w:rPr>
              <w:t>NPMI</w:t>
            </w:r>
          </w:p>
        </w:tc>
      </w:tr>
      <w:tr w:rsidR="002D5361" w14:paraId="0EF625B0" w14:textId="77777777">
        <w:trPr>
          <w:cantSplit/>
          <w:jc w:val="center"/>
        </w:trPr>
        <w:tc>
          <w:tcPr>
            <w:tcW w:w="504" w:type="dxa"/>
            <w:tcMar>
              <w:top w:w="65" w:type="dxa"/>
              <w:left w:w="80" w:type="dxa"/>
              <w:bottom w:w="65" w:type="dxa"/>
              <w:right w:w="80" w:type="dxa"/>
            </w:tcMar>
            <w:vAlign w:val="center"/>
          </w:tcPr>
          <w:p w14:paraId="71100945" w14:textId="77777777" w:rsidR="002D5361" w:rsidRDefault="00000000">
            <w:r>
              <w:rPr>
                <w:sz w:val="16"/>
              </w:rPr>
              <w:t>0</w:t>
            </w:r>
          </w:p>
        </w:tc>
        <w:tc>
          <w:tcPr>
            <w:tcW w:w="6048" w:type="dxa"/>
            <w:tcMar>
              <w:top w:w="65" w:type="dxa"/>
              <w:left w:w="80" w:type="dxa"/>
              <w:bottom w:w="65" w:type="dxa"/>
              <w:right w:w="80" w:type="dxa"/>
            </w:tcMar>
            <w:vAlign w:val="center"/>
          </w:tcPr>
          <w:p w14:paraId="0F4081BF" w14:textId="77777777" w:rsidR="002D5361" w:rsidRDefault="00000000">
            <w:r>
              <w:rPr>
                <w:sz w:val="16"/>
              </w:rPr>
              <w:t>Decentralization and Comparative Local Governance</w:t>
            </w:r>
          </w:p>
        </w:tc>
        <w:tc>
          <w:tcPr>
            <w:tcW w:w="648" w:type="dxa"/>
            <w:tcMar>
              <w:top w:w="65" w:type="dxa"/>
              <w:left w:w="80" w:type="dxa"/>
              <w:bottom w:w="65" w:type="dxa"/>
              <w:right w:w="80" w:type="dxa"/>
            </w:tcMar>
            <w:vAlign w:val="center"/>
          </w:tcPr>
          <w:p w14:paraId="38BE4298" w14:textId="77777777" w:rsidR="002D5361" w:rsidRDefault="00000000">
            <w:r>
              <w:rPr>
                <w:sz w:val="16"/>
              </w:rPr>
              <w:t>146</w:t>
            </w:r>
          </w:p>
        </w:tc>
        <w:tc>
          <w:tcPr>
            <w:tcW w:w="864" w:type="dxa"/>
            <w:tcMar>
              <w:top w:w="65" w:type="dxa"/>
              <w:left w:w="80" w:type="dxa"/>
              <w:bottom w:w="65" w:type="dxa"/>
              <w:right w:w="80" w:type="dxa"/>
            </w:tcMar>
            <w:vAlign w:val="center"/>
          </w:tcPr>
          <w:p w14:paraId="760DA29F" w14:textId="77777777" w:rsidR="002D5361" w:rsidRDefault="00000000">
            <w:r>
              <w:rPr>
                <w:sz w:val="16"/>
              </w:rPr>
              <w:t>0.749</w:t>
            </w:r>
          </w:p>
        </w:tc>
        <w:tc>
          <w:tcPr>
            <w:tcW w:w="864" w:type="dxa"/>
            <w:tcMar>
              <w:top w:w="65" w:type="dxa"/>
              <w:left w:w="80" w:type="dxa"/>
              <w:bottom w:w="65" w:type="dxa"/>
              <w:right w:w="80" w:type="dxa"/>
            </w:tcMar>
            <w:vAlign w:val="center"/>
          </w:tcPr>
          <w:p w14:paraId="0424B310" w14:textId="77777777" w:rsidR="002D5361" w:rsidRDefault="00000000">
            <w:r>
              <w:rPr>
                <w:sz w:val="16"/>
              </w:rPr>
              <w:t>0.128</w:t>
            </w:r>
          </w:p>
        </w:tc>
      </w:tr>
      <w:tr w:rsidR="002D5361" w14:paraId="78633A76" w14:textId="77777777">
        <w:trPr>
          <w:cantSplit/>
          <w:jc w:val="center"/>
        </w:trPr>
        <w:tc>
          <w:tcPr>
            <w:tcW w:w="504" w:type="dxa"/>
            <w:shd w:val="clear" w:color="auto" w:fill="F7F9FB"/>
            <w:tcMar>
              <w:top w:w="65" w:type="dxa"/>
              <w:left w:w="80" w:type="dxa"/>
              <w:bottom w:w="65" w:type="dxa"/>
              <w:right w:w="80" w:type="dxa"/>
            </w:tcMar>
            <w:vAlign w:val="center"/>
          </w:tcPr>
          <w:p w14:paraId="14107F3F" w14:textId="77777777" w:rsidR="002D5361" w:rsidRDefault="00000000">
            <w:r>
              <w:rPr>
                <w:sz w:val="16"/>
              </w:rPr>
              <w:t>1</w:t>
            </w:r>
          </w:p>
        </w:tc>
        <w:tc>
          <w:tcPr>
            <w:tcW w:w="6048" w:type="dxa"/>
            <w:shd w:val="clear" w:color="auto" w:fill="F7F9FB"/>
            <w:tcMar>
              <w:top w:w="65" w:type="dxa"/>
              <w:left w:w="80" w:type="dxa"/>
              <w:bottom w:w="65" w:type="dxa"/>
              <w:right w:w="80" w:type="dxa"/>
            </w:tcMar>
            <w:vAlign w:val="center"/>
          </w:tcPr>
          <w:p w14:paraId="57EE511A" w14:textId="77777777" w:rsidR="002D5361" w:rsidRDefault="00000000">
            <w:r>
              <w:rPr>
                <w:sz w:val="16"/>
              </w:rPr>
              <w:t>Regional Innovation Systems and Industrial Clusters</w:t>
            </w:r>
          </w:p>
        </w:tc>
        <w:tc>
          <w:tcPr>
            <w:tcW w:w="648" w:type="dxa"/>
            <w:shd w:val="clear" w:color="auto" w:fill="F7F9FB"/>
            <w:tcMar>
              <w:top w:w="65" w:type="dxa"/>
              <w:left w:w="80" w:type="dxa"/>
              <w:bottom w:w="65" w:type="dxa"/>
              <w:right w:w="80" w:type="dxa"/>
            </w:tcMar>
            <w:vAlign w:val="center"/>
          </w:tcPr>
          <w:p w14:paraId="6CAA3BA4" w14:textId="77777777" w:rsidR="002D5361" w:rsidRDefault="00000000">
            <w:r>
              <w:rPr>
                <w:sz w:val="16"/>
              </w:rPr>
              <w:t>123</w:t>
            </w:r>
          </w:p>
        </w:tc>
        <w:tc>
          <w:tcPr>
            <w:tcW w:w="864" w:type="dxa"/>
            <w:shd w:val="clear" w:color="auto" w:fill="F7F9FB"/>
            <w:tcMar>
              <w:top w:w="65" w:type="dxa"/>
              <w:left w:w="80" w:type="dxa"/>
              <w:bottom w:w="65" w:type="dxa"/>
              <w:right w:w="80" w:type="dxa"/>
            </w:tcMar>
            <w:vAlign w:val="center"/>
          </w:tcPr>
          <w:p w14:paraId="59BF03AE" w14:textId="77777777" w:rsidR="002D5361" w:rsidRDefault="00000000">
            <w:r>
              <w:rPr>
                <w:sz w:val="16"/>
              </w:rPr>
              <w:t>0.724</w:t>
            </w:r>
          </w:p>
        </w:tc>
        <w:tc>
          <w:tcPr>
            <w:tcW w:w="864" w:type="dxa"/>
            <w:shd w:val="clear" w:color="auto" w:fill="F7F9FB"/>
            <w:tcMar>
              <w:top w:w="65" w:type="dxa"/>
              <w:left w:w="80" w:type="dxa"/>
              <w:bottom w:w="65" w:type="dxa"/>
              <w:right w:w="80" w:type="dxa"/>
            </w:tcMar>
            <w:vAlign w:val="center"/>
          </w:tcPr>
          <w:p w14:paraId="0FFD02DB" w14:textId="77777777" w:rsidR="002D5361" w:rsidRDefault="00000000">
            <w:r>
              <w:rPr>
                <w:sz w:val="16"/>
              </w:rPr>
              <w:t>0.164</w:t>
            </w:r>
          </w:p>
        </w:tc>
      </w:tr>
      <w:tr w:rsidR="002D5361" w14:paraId="2F178E39" w14:textId="77777777">
        <w:trPr>
          <w:cantSplit/>
          <w:jc w:val="center"/>
        </w:trPr>
        <w:tc>
          <w:tcPr>
            <w:tcW w:w="504" w:type="dxa"/>
            <w:tcMar>
              <w:top w:w="65" w:type="dxa"/>
              <w:left w:w="80" w:type="dxa"/>
              <w:bottom w:w="65" w:type="dxa"/>
              <w:right w:w="80" w:type="dxa"/>
            </w:tcMar>
            <w:vAlign w:val="center"/>
          </w:tcPr>
          <w:p w14:paraId="11C6B5D5" w14:textId="77777777" w:rsidR="002D5361" w:rsidRDefault="00000000">
            <w:r>
              <w:rPr>
                <w:sz w:val="16"/>
              </w:rPr>
              <w:t>2</w:t>
            </w:r>
          </w:p>
        </w:tc>
        <w:tc>
          <w:tcPr>
            <w:tcW w:w="6048" w:type="dxa"/>
            <w:tcMar>
              <w:top w:w="65" w:type="dxa"/>
              <w:left w:w="80" w:type="dxa"/>
              <w:bottom w:w="65" w:type="dxa"/>
              <w:right w:w="80" w:type="dxa"/>
            </w:tcMar>
            <w:vAlign w:val="center"/>
          </w:tcPr>
          <w:p w14:paraId="0F3A74B0" w14:textId="77777777" w:rsidR="002D5361" w:rsidRDefault="00000000">
            <w:r>
              <w:rPr>
                <w:sz w:val="16"/>
              </w:rPr>
              <w:t>Fiscal Decentralization and Local Public Finance</w:t>
            </w:r>
          </w:p>
        </w:tc>
        <w:tc>
          <w:tcPr>
            <w:tcW w:w="648" w:type="dxa"/>
            <w:tcMar>
              <w:top w:w="65" w:type="dxa"/>
              <w:left w:w="80" w:type="dxa"/>
              <w:bottom w:w="65" w:type="dxa"/>
              <w:right w:w="80" w:type="dxa"/>
            </w:tcMar>
            <w:vAlign w:val="center"/>
          </w:tcPr>
          <w:p w14:paraId="509B4247" w14:textId="77777777" w:rsidR="002D5361" w:rsidRDefault="00000000">
            <w:r>
              <w:rPr>
                <w:sz w:val="16"/>
              </w:rPr>
              <w:t>116</w:t>
            </w:r>
          </w:p>
        </w:tc>
        <w:tc>
          <w:tcPr>
            <w:tcW w:w="864" w:type="dxa"/>
            <w:tcMar>
              <w:top w:w="65" w:type="dxa"/>
              <w:left w:w="80" w:type="dxa"/>
              <w:bottom w:w="65" w:type="dxa"/>
              <w:right w:w="80" w:type="dxa"/>
            </w:tcMar>
            <w:vAlign w:val="center"/>
          </w:tcPr>
          <w:p w14:paraId="6F4A7C6D" w14:textId="77777777" w:rsidR="002D5361" w:rsidRDefault="00000000">
            <w:r>
              <w:rPr>
                <w:sz w:val="16"/>
              </w:rPr>
              <w:t>0.570</w:t>
            </w:r>
          </w:p>
        </w:tc>
        <w:tc>
          <w:tcPr>
            <w:tcW w:w="864" w:type="dxa"/>
            <w:tcMar>
              <w:top w:w="65" w:type="dxa"/>
              <w:left w:w="80" w:type="dxa"/>
              <w:bottom w:w="65" w:type="dxa"/>
              <w:right w:w="80" w:type="dxa"/>
            </w:tcMar>
            <w:vAlign w:val="center"/>
          </w:tcPr>
          <w:p w14:paraId="17944B40" w14:textId="77777777" w:rsidR="002D5361" w:rsidRDefault="00000000">
            <w:r>
              <w:rPr>
                <w:sz w:val="16"/>
              </w:rPr>
              <w:t>0.051</w:t>
            </w:r>
          </w:p>
        </w:tc>
      </w:tr>
      <w:tr w:rsidR="002D5361" w14:paraId="0385A4AE" w14:textId="77777777">
        <w:trPr>
          <w:cantSplit/>
          <w:jc w:val="center"/>
        </w:trPr>
        <w:tc>
          <w:tcPr>
            <w:tcW w:w="504" w:type="dxa"/>
            <w:shd w:val="clear" w:color="auto" w:fill="F7F9FB"/>
            <w:tcMar>
              <w:top w:w="65" w:type="dxa"/>
              <w:left w:w="80" w:type="dxa"/>
              <w:bottom w:w="65" w:type="dxa"/>
              <w:right w:w="80" w:type="dxa"/>
            </w:tcMar>
            <w:vAlign w:val="center"/>
          </w:tcPr>
          <w:p w14:paraId="35B7EE7C" w14:textId="77777777" w:rsidR="002D5361" w:rsidRDefault="00000000">
            <w:r>
              <w:rPr>
                <w:sz w:val="16"/>
              </w:rPr>
              <w:t>3</w:t>
            </w:r>
          </w:p>
        </w:tc>
        <w:tc>
          <w:tcPr>
            <w:tcW w:w="6048" w:type="dxa"/>
            <w:shd w:val="clear" w:color="auto" w:fill="F7F9FB"/>
            <w:tcMar>
              <w:top w:w="65" w:type="dxa"/>
              <w:left w:w="80" w:type="dxa"/>
              <w:bottom w:w="65" w:type="dxa"/>
              <w:right w:w="80" w:type="dxa"/>
            </w:tcMar>
            <w:vAlign w:val="center"/>
          </w:tcPr>
          <w:p w14:paraId="6C44D35A" w14:textId="77777777" w:rsidR="002D5361" w:rsidRDefault="00000000">
            <w:r>
              <w:rPr>
                <w:sz w:val="16"/>
              </w:rPr>
              <w:t>Constitutional and Legal Reform for Local Autonomy</w:t>
            </w:r>
          </w:p>
        </w:tc>
        <w:tc>
          <w:tcPr>
            <w:tcW w:w="648" w:type="dxa"/>
            <w:shd w:val="clear" w:color="auto" w:fill="F7F9FB"/>
            <w:tcMar>
              <w:top w:w="65" w:type="dxa"/>
              <w:left w:w="80" w:type="dxa"/>
              <w:bottom w:w="65" w:type="dxa"/>
              <w:right w:w="80" w:type="dxa"/>
            </w:tcMar>
            <w:vAlign w:val="center"/>
          </w:tcPr>
          <w:p w14:paraId="276D0867" w14:textId="77777777" w:rsidR="002D5361" w:rsidRDefault="00000000">
            <w:r>
              <w:rPr>
                <w:sz w:val="16"/>
              </w:rPr>
              <w:t>106</w:t>
            </w:r>
          </w:p>
        </w:tc>
        <w:tc>
          <w:tcPr>
            <w:tcW w:w="864" w:type="dxa"/>
            <w:shd w:val="clear" w:color="auto" w:fill="F7F9FB"/>
            <w:tcMar>
              <w:top w:w="65" w:type="dxa"/>
              <w:left w:w="80" w:type="dxa"/>
              <w:bottom w:w="65" w:type="dxa"/>
              <w:right w:w="80" w:type="dxa"/>
            </w:tcMar>
            <w:vAlign w:val="center"/>
          </w:tcPr>
          <w:p w14:paraId="1CE80FB1" w14:textId="77777777" w:rsidR="002D5361" w:rsidRDefault="00000000">
            <w:r>
              <w:rPr>
                <w:sz w:val="16"/>
              </w:rPr>
              <w:t>0.785</w:t>
            </w:r>
          </w:p>
        </w:tc>
        <w:tc>
          <w:tcPr>
            <w:tcW w:w="864" w:type="dxa"/>
            <w:shd w:val="clear" w:color="auto" w:fill="F7F9FB"/>
            <w:tcMar>
              <w:top w:w="65" w:type="dxa"/>
              <w:left w:w="80" w:type="dxa"/>
              <w:bottom w:w="65" w:type="dxa"/>
              <w:right w:w="80" w:type="dxa"/>
            </w:tcMar>
            <w:vAlign w:val="center"/>
          </w:tcPr>
          <w:p w14:paraId="0DAEBC97" w14:textId="77777777" w:rsidR="002D5361" w:rsidRDefault="00000000">
            <w:r>
              <w:rPr>
                <w:sz w:val="16"/>
              </w:rPr>
              <w:t>0.206</w:t>
            </w:r>
          </w:p>
        </w:tc>
      </w:tr>
      <w:tr w:rsidR="002D5361" w14:paraId="01014982" w14:textId="77777777">
        <w:trPr>
          <w:cantSplit/>
          <w:jc w:val="center"/>
        </w:trPr>
        <w:tc>
          <w:tcPr>
            <w:tcW w:w="504" w:type="dxa"/>
            <w:tcMar>
              <w:top w:w="65" w:type="dxa"/>
              <w:left w:w="80" w:type="dxa"/>
              <w:bottom w:w="65" w:type="dxa"/>
              <w:right w:w="80" w:type="dxa"/>
            </w:tcMar>
            <w:vAlign w:val="center"/>
          </w:tcPr>
          <w:p w14:paraId="390B670D" w14:textId="77777777" w:rsidR="002D5361" w:rsidRDefault="00000000">
            <w:r>
              <w:rPr>
                <w:sz w:val="16"/>
              </w:rPr>
              <w:t>4</w:t>
            </w:r>
          </w:p>
        </w:tc>
        <w:tc>
          <w:tcPr>
            <w:tcW w:w="6048" w:type="dxa"/>
            <w:tcMar>
              <w:top w:w="65" w:type="dxa"/>
              <w:left w:w="80" w:type="dxa"/>
              <w:bottom w:w="65" w:type="dxa"/>
              <w:right w:w="80" w:type="dxa"/>
            </w:tcMar>
            <w:vAlign w:val="center"/>
          </w:tcPr>
          <w:p w14:paraId="057D2E46" w14:textId="77777777" w:rsidR="002D5361" w:rsidRDefault="00000000">
            <w:r>
              <w:rPr>
                <w:sz w:val="16"/>
              </w:rPr>
              <w:t>Population Decline, Local Extinction, and Regional Vitality</w:t>
            </w:r>
          </w:p>
        </w:tc>
        <w:tc>
          <w:tcPr>
            <w:tcW w:w="648" w:type="dxa"/>
            <w:tcMar>
              <w:top w:w="65" w:type="dxa"/>
              <w:left w:w="80" w:type="dxa"/>
              <w:bottom w:w="65" w:type="dxa"/>
              <w:right w:w="80" w:type="dxa"/>
            </w:tcMar>
            <w:vAlign w:val="center"/>
          </w:tcPr>
          <w:p w14:paraId="2E64F106" w14:textId="77777777" w:rsidR="002D5361" w:rsidRDefault="00000000">
            <w:r>
              <w:rPr>
                <w:sz w:val="16"/>
              </w:rPr>
              <w:t>101</w:t>
            </w:r>
          </w:p>
        </w:tc>
        <w:tc>
          <w:tcPr>
            <w:tcW w:w="864" w:type="dxa"/>
            <w:tcMar>
              <w:top w:w="65" w:type="dxa"/>
              <w:left w:w="80" w:type="dxa"/>
              <w:bottom w:w="65" w:type="dxa"/>
              <w:right w:w="80" w:type="dxa"/>
            </w:tcMar>
            <w:vAlign w:val="center"/>
          </w:tcPr>
          <w:p w14:paraId="717F327E" w14:textId="77777777" w:rsidR="002D5361" w:rsidRDefault="00000000">
            <w:r>
              <w:rPr>
                <w:sz w:val="16"/>
              </w:rPr>
              <w:t>0.368</w:t>
            </w:r>
          </w:p>
        </w:tc>
        <w:tc>
          <w:tcPr>
            <w:tcW w:w="864" w:type="dxa"/>
            <w:tcMar>
              <w:top w:w="65" w:type="dxa"/>
              <w:left w:w="80" w:type="dxa"/>
              <w:bottom w:w="65" w:type="dxa"/>
              <w:right w:w="80" w:type="dxa"/>
            </w:tcMar>
            <w:vAlign w:val="center"/>
          </w:tcPr>
          <w:p w14:paraId="37C0F845" w14:textId="77777777" w:rsidR="002D5361" w:rsidRDefault="00000000">
            <w:r>
              <w:rPr>
                <w:sz w:val="16"/>
              </w:rPr>
              <w:t>-0.082</w:t>
            </w:r>
          </w:p>
        </w:tc>
      </w:tr>
      <w:tr w:rsidR="002D5361" w14:paraId="5AC5D427" w14:textId="77777777">
        <w:trPr>
          <w:cantSplit/>
          <w:jc w:val="center"/>
        </w:trPr>
        <w:tc>
          <w:tcPr>
            <w:tcW w:w="504" w:type="dxa"/>
            <w:shd w:val="clear" w:color="auto" w:fill="F7F9FB"/>
            <w:tcMar>
              <w:top w:w="65" w:type="dxa"/>
              <w:left w:w="80" w:type="dxa"/>
              <w:bottom w:w="65" w:type="dxa"/>
              <w:right w:w="80" w:type="dxa"/>
            </w:tcMar>
            <w:vAlign w:val="center"/>
          </w:tcPr>
          <w:p w14:paraId="296DBCEC" w14:textId="77777777" w:rsidR="002D5361" w:rsidRDefault="00000000">
            <w:r>
              <w:rPr>
                <w:sz w:val="16"/>
              </w:rPr>
              <w:t>5</w:t>
            </w:r>
          </w:p>
        </w:tc>
        <w:tc>
          <w:tcPr>
            <w:tcW w:w="6048" w:type="dxa"/>
            <w:shd w:val="clear" w:color="auto" w:fill="F7F9FB"/>
            <w:tcMar>
              <w:top w:w="65" w:type="dxa"/>
              <w:left w:w="80" w:type="dxa"/>
              <w:bottom w:w="65" w:type="dxa"/>
              <w:right w:w="80" w:type="dxa"/>
            </w:tcMar>
            <w:vAlign w:val="center"/>
          </w:tcPr>
          <w:p w14:paraId="71F56227" w14:textId="77777777" w:rsidR="002D5361" w:rsidRDefault="00000000">
            <w:r>
              <w:rPr>
                <w:sz w:val="16"/>
              </w:rPr>
              <w:t>Firms, Manufacturing Location, and Regional Economies</w:t>
            </w:r>
          </w:p>
        </w:tc>
        <w:tc>
          <w:tcPr>
            <w:tcW w:w="648" w:type="dxa"/>
            <w:shd w:val="clear" w:color="auto" w:fill="F7F9FB"/>
            <w:tcMar>
              <w:top w:w="65" w:type="dxa"/>
              <w:left w:w="80" w:type="dxa"/>
              <w:bottom w:w="65" w:type="dxa"/>
              <w:right w:w="80" w:type="dxa"/>
            </w:tcMar>
            <w:vAlign w:val="center"/>
          </w:tcPr>
          <w:p w14:paraId="6DC37541" w14:textId="77777777" w:rsidR="002D5361" w:rsidRDefault="00000000">
            <w:r>
              <w:rPr>
                <w:sz w:val="16"/>
              </w:rPr>
              <w:t>60</w:t>
            </w:r>
          </w:p>
        </w:tc>
        <w:tc>
          <w:tcPr>
            <w:tcW w:w="864" w:type="dxa"/>
            <w:shd w:val="clear" w:color="auto" w:fill="F7F9FB"/>
            <w:tcMar>
              <w:top w:w="65" w:type="dxa"/>
              <w:left w:w="80" w:type="dxa"/>
              <w:bottom w:w="65" w:type="dxa"/>
              <w:right w:w="80" w:type="dxa"/>
            </w:tcMar>
            <w:vAlign w:val="center"/>
          </w:tcPr>
          <w:p w14:paraId="7E76233D" w14:textId="77777777" w:rsidR="002D5361" w:rsidRDefault="00000000">
            <w:r>
              <w:rPr>
                <w:sz w:val="16"/>
              </w:rPr>
              <w:t>0.905</w:t>
            </w:r>
          </w:p>
        </w:tc>
        <w:tc>
          <w:tcPr>
            <w:tcW w:w="864" w:type="dxa"/>
            <w:shd w:val="clear" w:color="auto" w:fill="F7F9FB"/>
            <w:tcMar>
              <w:top w:w="65" w:type="dxa"/>
              <w:left w:w="80" w:type="dxa"/>
              <w:bottom w:w="65" w:type="dxa"/>
              <w:right w:w="80" w:type="dxa"/>
            </w:tcMar>
            <w:vAlign w:val="center"/>
          </w:tcPr>
          <w:p w14:paraId="1532D944" w14:textId="77777777" w:rsidR="002D5361" w:rsidRDefault="00000000">
            <w:r>
              <w:rPr>
                <w:sz w:val="16"/>
              </w:rPr>
              <w:t>0.263</w:t>
            </w:r>
          </w:p>
        </w:tc>
      </w:tr>
      <w:tr w:rsidR="002D5361" w14:paraId="24F8110C" w14:textId="77777777">
        <w:trPr>
          <w:cantSplit/>
          <w:jc w:val="center"/>
        </w:trPr>
        <w:tc>
          <w:tcPr>
            <w:tcW w:w="504" w:type="dxa"/>
            <w:tcMar>
              <w:top w:w="65" w:type="dxa"/>
              <w:left w:w="80" w:type="dxa"/>
              <w:bottom w:w="65" w:type="dxa"/>
              <w:right w:w="80" w:type="dxa"/>
            </w:tcMar>
            <w:vAlign w:val="center"/>
          </w:tcPr>
          <w:p w14:paraId="7268BCD3" w14:textId="77777777" w:rsidR="002D5361" w:rsidRDefault="00000000">
            <w:r>
              <w:rPr>
                <w:sz w:val="16"/>
              </w:rPr>
              <w:t>6</w:t>
            </w:r>
          </w:p>
        </w:tc>
        <w:tc>
          <w:tcPr>
            <w:tcW w:w="6048" w:type="dxa"/>
            <w:tcMar>
              <w:top w:w="65" w:type="dxa"/>
              <w:left w:w="80" w:type="dxa"/>
              <w:bottom w:w="65" w:type="dxa"/>
              <w:right w:w="80" w:type="dxa"/>
            </w:tcMar>
            <w:vAlign w:val="center"/>
          </w:tcPr>
          <w:p w14:paraId="3720D0A1" w14:textId="77777777" w:rsidR="002D5361" w:rsidRDefault="00000000">
            <w:r>
              <w:rPr>
                <w:sz w:val="16"/>
              </w:rPr>
              <w:t>Comparative Population Decline and Ageing</w:t>
            </w:r>
          </w:p>
        </w:tc>
        <w:tc>
          <w:tcPr>
            <w:tcW w:w="648" w:type="dxa"/>
            <w:tcMar>
              <w:top w:w="65" w:type="dxa"/>
              <w:left w:w="80" w:type="dxa"/>
              <w:bottom w:w="65" w:type="dxa"/>
              <w:right w:w="80" w:type="dxa"/>
            </w:tcMar>
            <w:vAlign w:val="center"/>
          </w:tcPr>
          <w:p w14:paraId="00F09293" w14:textId="77777777" w:rsidR="002D5361" w:rsidRDefault="00000000">
            <w:r>
              <w:rPr>
                <w:sz w:val="16"/>
              </w:rPr>
              <w:t>37</w:t>
            </w:r>
          </w:p>
        </w:tc>
        <w:tc>
          <w:tcPr>
            <w:tcW w:w="864" w:type="dxa"/>
            <w:tcMar>
              <w:top w:w="65" w:type="dxa"/>
              <w:left w:w="80" w:type="dxa"/>
              <w:bottom w:w="65" w:type="dxa"/>
              <w:right w:w="80" w:type="dxa"/>
            </w:tcMar>
            <w:vAlign w:val="center"/>
          </w:tcPr>
          <w:p w14:paraId="2833BBF7" w14:textId="77777777" w:rsidR="002D5361" w:rsidRDefault="00000000">
            <w:r>
              <w:rPr>
                <w:sz w:val="16"/>
              </w:rPr>
              <w:t>0.748</w:t>
            </w:r>
          </w:p>
        </w:tc>
        <w:tc>
          <w:tcPr>
            <w:tcW w:w="864" w:type="dxa"/>
            <w:tcMar>
              <w:top w:w="65" w:type="dxa"/>
              <w:left w:w="80" w:type="dxa"/>
              <w:bottom w:w="65" w:type="dxa"/>
              <w:right w:w="80" w:type="dxa"/>
            </w:tcMar>
            <w:vAlign w:val="center"/>
          </w:tcPr>
          <w:p w14:paraId="63BEACCD" w14:textId="77777777" w:rsidR="002D5361" w:rsidRDefault="00000000">
            <w:r>
              <w:rPr>
                <w:sz w:val="16"/>
              </w:rPr>
              <w:t>0.186</w:t>
            </w:r>
          </w:p>
        </w:tc>
      </w:tr>
      <w:tr w:rsidR="002D5361" w14:paraId="480C8606" w14:textId="77777777">
        <w:trPr>
          <w:cantSplit/>
          <w:jc w:val="center"/>
        </w:trPr>
        <w:tc>
          <w:tcPr>
            <w:tcW w:w="504" w:type="dxa"/>
            <w:shd w:val="clear" w:color="auto" w:fill="F7F9FB"/>
            <w:tcMar>
              <w:top w:w="65" w:type="dxa"/>
              <w:left w:w="80" w:type="dxa"/>
              <w:bottom w:w="65" w:type="dxa"/>
              <w:right w:w="80" w:type="dxa"/>
            </w:tcMar>
            <w:vAlign w:val="center"/>
          </w:tcPr>
          <w:p w14:paraId="5BB2CFFA" w14:textId="77777777" w:rsidR="002D5361" w:rsidRDefault="00000000">
            <w:r>
              <w:rPr>
                <w:sz w:val="16"/>
              </w:rPr>
              <w:t>7</w:t>
            </w:r>
          </w:p>
        </w:tc>
        <w:tc>
          <w:tcPr>
            <w:tcW w:w="6048" w:type="dxa"/>
            <w:shd w:val="clear" w:color="auto" w:fill="F7F9FB"/>
            <w:tcMar>
              <w:top w:w="65" w:type="dxa"/>
              <w:left w:w="80" w:type="dxa"/>
              <w:bottom w:w="65" w:type="dxa"/>
              <w:right w:w="80" w:type="dxa"/>
            </w:tcMar>
            <w:vAlign w:val="center"/>
          </w:tcPr>
          <w:p w14:paraId="75E182C2" w14:textId="77777777" w:rsidR="002D5361" w:rsidRDefault="00000000">
            <w:r>
              <w:rPr>
                <w:sz w:val="16"/>
              </w:rPr>
              <w:t>Metropolitan Governance, Urban Regeneration, and Entrepreneurship</w:t>
            </w:r>
          </w:p>
        </w:tc>
        <w:tc>
          <w:tcPr>
            <w:tcW w:w="648" w:type="dxa"/>
            <w:shd w:val="clear" w:color="auto" w:fill="F7F9FB"/>
            <w:tcMar>
              <w:top w:w="65" w:type="dxa"/>
              <w:left w:w="80" w:type="dxa"/>
              <w:bottom w:w="65" w:type="dxa"/>
              <w:right w:w="80" w:type="dxa"/>
            </w:tcMar>
            <w:vAlign w:val="center"/>
          </w:tcPr>
          <w:p w14:paraId="67623D9E" w14:textId="77777777" w:rsidR="002D5361" w:rsidRDefault="00000000">
            <w:r>
              <w:rPr>
                <w:sz w:val="16"/>
              </w:rPr>
              <w:t>27</w:t>
            </w:r>
          </w:p>
        </w:tc>
        <w:tc>
          <w:tcPr>
            <w:tcW w:w="864" w:type="dxa"/>
            <w:shd w:val="clear" w:color="auto" w:fill="F7F9FB"/>
            <w:tcMar>
              <w:top w:w="65" w:type="dxa"/>
              <w:left w:w="80" w:type="dxa"/>
              <w:bottom w:w="65" w:type="dxa"/>
              <w:right w:w="80" w:type="dxa"/>
            </w:tcMar>
            <w:vAlign w:val="center"/>
          </w:tcPr>
          <w:p w14:paraId="3EE2BB07" w14:textId="77777777" w:rsidR="002D5361" w:rsidRDefault="00000000">
            <w:r>
              <w:rPr>
                <w:sz w:val="16"/>
              </w:rPr>
              <w:t>0.654</w:t>
            </w:r>
          </w:p>
        </w:tc>
        <w:tc>
          <w:tcPr>
            <w:tcW w:w="864" w:type="dxa"/>
            <w:shd w:val="clear" w:color="auto" w:fill="F7F9FB"/>
            <w:tcMar>
              <w:top w:w="65" w:type="dxa"/>
              <w:left w:w="80" w:type="dxa"/>
              <w:bottom w:w="65" w:type="dxa"/>
              <w:right w:w="80" w:type="dxa"/>
            </w:tcMar>
            <w:vAlign w:val="center"/>
          </w:tcPr>
          <w:p w14:paraId="1B2DD336" w14:textId="77777777" w:rsidR="002D5361" w:rsidRDefault="00000000">
            <w:r>
              <w:rPr>
                <w:sz w:val="16"/>
              </w:rPr>
              <w:t>0.117</w:t>
            </w:r>
          </w:p>
        </w:tc>
      </w:tr>
      <w:tr w:rsidR="002D5361" w14:paraId="1BC555AD" w14:textId="77777777">
        <w:trPr>
          <w:cantSplit/>
          <w:jc w:val="center"/>
        </w:trPr>
        <w:tc>
          <w:tcPr>
            <w:tcW w:w="504" w:type="dxa"/>
            <w:tcMar>
              <w:top w:w="65" w:type="dxa"/>
              <w:left w:w="80" w:type="dxa"/>
              <w:bottom w:w="65" w:type="dxa"/>
              <w:right w:w="80" w:type="dxa"/>
            </w:tcMar>
            <w:vAlign w:val="center"/>
          </w:tcPr>
          <w:p w14:paraId="237E71FE" w14:textId="77777777" w:rsidR="002D5361" w:rsidRDefault="00000000">
            <w:r>
              <w:rPr>
                <w:sz w:val="16"/>
              </w:rPr>
              <w:t>8</w:t>
            </w:r>
          </w:p>
        </w:tc>
        <w:tc>
          <w:tcPr>
            <w:tcW w:w="6048" w:type="dxa"/>
            <w:tcMar>
              <w:top w:w="65" w:type="dxa"/>
              <w:left w:w="80" w:type="dxa"/>
              <w:bottom w:w="65" w:type="dxa"/>
              <w:right w:w="80" w:type="dxa"/>
            </w:tcMar>
            <w:vAlign w:val="center"/>
          </w:tcPr>
          <w:p w14:paraId="44E7E0A2" w14:textId="77777777" w:rsidR="002D5361" w:rsidRDefault="00000000">
            <w:r>
              <w:rPr>
                <w:sz w:val="16"/>
              </w:rPr>
              <w:t>Chinese Central-Local Relations and Decentralization</w:t>
            </w:r>
          </w:p>
        </w:tc>
        <w:tc>
          <w:tcPr>
            <w:tcW w:w="648" w:type="dxa"/>
            <w:tcMar>
              <w:top w:w="65" w:type="dxa"/>
              <w:left w:w="80" w:type="dxa"/>
              <w:bottom w:w="65" w:type="dxa"/>
              <w:right w:w="80" w:type="dxa"/>
            </w:tcMar>
            <w:vAlign w:val="center"/>
          </w:tcPr>
          <w:p w14:paraId="0EA18C02" w14:textId="77777777" w:rsidR="002D5361" w:rsidRDefault="00000000">
            <w:r>
              <w:rPr>
                <w:sz w:val="16"/>
              </w:rPr>
              <w:t>27</w:t>
            </w:r>
          </w:p>
        </w:tc>
        <w:tc>
          <w:tcPr>
            <w:tcW w:w="864" w:type="dxa"/>
            <w:tcMar>
              <w:top w:w="65" w:type="dxa"/>
              <w:left w:w="80" w:type="dxa"/>
              <w:bottom w:w="65" w:type="dxa"/>
              <w:right w:w="80" w:type="dxa"/>
            </w:tcMar>
            <w:vAlign w:val="center"/>
          </w:tcPr>
          <w:p w14:paraId="6684E471" w14:textId="77777777" w:rsidR="002D5361" w:rsidRDefault="00000000">
            <w:r>
              <w:rPr>
                <w:sz w:val="16"/>
              </w:rPr>
              <w:t>0.895</w:t>
            </w:r>
          </w:p>
        </w:tc>
        <w:tc>
          <w:tcPr>
            <w:tcW w:w="864" w:type="dxa"/>
            <w:tcMar>
              <w:top w:w="65" w:type="dxa"/>
              <w:left w:w="80" w:type="dxa"/>
              <w:bottom w:w="65" w:type="dxa"/>
              <w:right w:w="80" w:type="dxa"/>
            </w:tcMar>
            <w:vAlign w:val="center"/>
          </w:tcPr>
          <w:p w14:paraId="133CBA57" w14:textId="77777777" w:rsidR="002D5361" w:rsidRDefault="00000000">
            <w:r>
              <w:rPr>
                <w:sz w:val="16"/>
              </w:rPr>
              <w:t>0.249</w:t>
            </w:r>
          </w:p>
        </w:tc>
      </w:tr>
      <w:tr w:rsidR="002D5361" w14:paraId="56B02F17" w14:textId="77777777">
        <w:trPr>
          <w:cantSplit/>
          <w:jc w:val="center"/>
        </w:trPr>
        <w:tc>
          <w:tcPr>
            <w:tcW w:w="504" w:type="dxa"/>
            <w:shd w:val="clear" w:color="auto" w:fill="F7F9FB"/>
            <w:tcMar>
              <w:top w:w="65" w:type="dxa"/>
              <w:left w:w="80" w:type="dxa"/>
              <w:bottom w:w="65" w:type="dxa"/>
              <w:right w:w="80" w:type="dxa"/>
            </w:tcMar>
            <w:vAlign w:val="center"/>
          </w:tcPr>
          <w:p w14:paraId="7C749EEB" w14:textId="77777777" w:rsidR="002D5361" w:rsidRDefault="00000000">
            <w:r>
              <w:rPr>
                <w:sz w:val="16"/>
              </w:rPr>
              <w:t>9</w:t>
            </w:r>
          </w:p>
        </w:tc>
        <w:tc>
          <w:tcPr>
            <w:tcW w:w="6048" w:type="dxa"/>
            <w:shd w:val="clear" w:color="auto" w:fill="F7F9FB"/>
            <w:tcMar>
              <w:top w:w="65" w:type="dxa"/>
              <w:left w:w="80" w:type="dxa"/>
              <w:bottom w:w="65" w:type="dxa"/>
              <w:right w:w="80" w:type="dxa"/>
            </w:tcMar>
            <w:vAlign w:val="center"/>
          </w:tcPr>
          <w:p w14:paraId="21018BBE" w14:textId="77777777" w:rsidR="002D5361" w:rsidRDefault="00000000">
            <w:r>
              <w:rPr>
                <w:sz w:val="16"/>
              </w:rPr>
              <w:t>Regional Development Policy and Mega-Regional Economies</w:t>
            </w:r>
          </w:p>
        </w:tc>
        <w:tc>
          <w:tcPr>
            <w:tcW w:w="648" w:type="dxa"/>
            <w:shd w:val="clear" w:color="auto" w:fill="F7F9FB"/>
            <w:tcMar>
              <w:top w:w="65" w:type="dxa"/>
              <w:left w:w="80" w:type="dxa"/>
              <w:bottom w:w="65" w:type="dxa"/>
              <w:right w:w="80" w:type="dxa"/>
            </w:tcMar>
            <w:vAlign w:val="center"/>
          </w:tcPr>
          <w:p w14:paraId="535AC0EE" w14:textId="77777777" w:rsidR="002D5361" w:rsidRDefault="00000000">
            <w:r>
              <w:rPr>
                <w:sz w:val="16"/>
              </w:rPr>
              <w:t>25</w:t>
            </w:r>
          </w:p>
        </w:tc>
        <w:tc>
          <w:tcPr>
            <w:tcW w:w="864" w:type="dxa"/>
            <w:shd w:val="clear" w:color="auto" w:fill="F7F9FB"/>
            <w:tcMar>
              <w:top w:w="65" w:type="dxa"/>
              <w:left w:w="80" w:type="dxa"/>
              <w:bottom w:w="65" w:type="dxa"/>
              <w:right w:w="80" w:type="dxa"/>
            </w:tcMar>
            <w:vAlign w:val="center"/>
          </w:tcPr>
          <w:p w14:paraId="5BA83A2F" w14:textId="77777777" w:rsidR="002D5361" w:rsidRDefault="00000000">
            <w:r>
              <w:rPr>
                <w:sz w:val="16"/>
              </w:rPr>
              <w:t>0.367</w:t>
            </w:r>
          </w:p>
        </w:tc>
        <w:tc>
          <w:tcPr>
            <w:tcW w:w="864" w:type="dxa"/>
            <w:shd w:val="clear" w:color="auto" w:fill="F7F9FB"/>
            <w:tcMar>
              <w:top w:w="65" w:type="dxa"/>
              <w:left w:w="80" w:type="dxa"/>
              <w:bottom w:w="65" w:type="dxa"/>
              <w:right w:w="80" w:type="dxa"/>
            </w:tcMar>
            <w:vAlign w:val="center"/>
          </w:tcPr>
          <w:p w14:paraId="5FCD011A" w14:textId="77777777" w:rsidR="002D5361" w:rsidRDefault="00000000">
            <w:r>
              <w:rPr>
                <w:sz w:val="16"/>
              </w:rPr>
              <w:t>-0.120</w:t>
            </w:r>
          </w:p>
        </w:tc>
      </w:tr>
      <w:tr w:rsidR="002D5361" w14:paraId="45468225" w14:textId="77777777">
        <w:trPr>
          <w:cantSplit/>
          <w:jc w:val="center"/>
        </w:trPr>
        <w:tc>
          <w:tcPr>
            <w:tcW w:w="504" w:type="dxa"/>
            <w:tcMar>
              <w:top w:w="65" w:type="dxa"/>
              <w:left w:w="80" w:type="dxa"/>
              <w:bottom w:w="65" w:type="dxa"/>
              <w:right w:w="80" w:type="dxa"/>
            </w:tcMar>
            <w:vAlign w:val="center"/>
          </w:tcPr>
          <w:p w14:paraId="400B6DBB" w14:textId="77777777" w:rsidR="002D5361" w:rsidRDefault="00000000">
            <w:r>
              <w:rPr>
                <w:sz w:val="16"/>
              </w:rPr>
              <w:t>10</w:t>
            </w:r>
          </w:p>
        </w:tc>
        <w:tc>
          <w:tcPr>
            <w:tcW w:w="6048" w:type="dxa"/>
            <w:tcMar>
              <w:top w:w="65" w:type="dxa"/>
              <w:left w:w="80" w:type="dxa"/>
              <w:bottom w:w="65" w:type="dxa"/>
              <w:right w:w="80" w:type="dxa"/>
            </w:tcMar>
            <w:vAlign w:val="center"/>
          </w:tcPr>
          <w:p w14:paraId="117D79C0" w14:textId="77777777" w:rsidR="002D5361" w:rsidRDefault="00000000">
            <w:r>
              <w:rPr>
                <w:sz w:val="16"/>
              </w:rPr>
              <w:t>Inter-Local Cooperation and Administrative Integration</w:t>
            </w:r>
          </w:p>
        </w:tc>
        <w:tc>
          <w:tcPr>
            <w:tcW w:w="648" w:type="dxa"/>
            <w:tcMar>
              <w:top w:w="65" w:type="dxa"/>
              <w:left w:w="80" w:type="dxa"/>
              <w:bottom w:w="65" w:type="dxa"/>
              <w:right w:w="80" w:type="dxa"/>
            </w:tcMar>
            <w:vAlign w:val="center"/>
          </w:tcPr>
          <w:p w14:paraId="15B473EC" w14:textId="77777777" w:rsidR="002D5361" w:rsidRDefault="00000000">
            <w:r>
              <w:rPr>
                <w:sz w:val="16"/>
              </w:rPr>
              <w:t>25</w:t>
            </w:r>
          </w:p>
        </w:tc>
        <w:tc>
          <w:tcPr>
            <w:tcW w:w="864" w:type="dxa"/>
            <w:tcMar>
              <w:top w:w="65" w:type="dxa"/>
              <w:left w:w="80" w:type="dxa"/>
              <w:bottom w:w="65" w:type="dxa"/>
              <w:right w:w="80" w:type="dxa"/>
            </w:tcMar>
            <w:vAlign w:val="center"/>
          </w:tcPr>
          <w:p w14:paraId="46CFEEEA" w14:textId="77777777" w:rsidR="002D5361" w:rsidRDefault="00000000">
            <w:r>
              <w:rPr>
                <w:sz w:val="16"/>
              </w:rPr>
              <w:t>0.726</w:t>
            </w:r>
          </w:p>
        </w:tc>
        <w:tc>
          <w:tcPr>
            <w:tcW w:w="864" w:type="dxa"/>
            <w:tcMar>
              <w:top w:w="65" w:type="dxa"/>
              <w:left w:w="80" w:type="dxa"/>
              <w:bottom w:w="65" w:type="dxa"/>
              <w:right w:w="80" w:type="dxa"/>
            </w:tcMar>
            <w:vAlign w:val="center"/>
          </w:tcPr>
          <w:p w14:paraId="320D5A1B" w14:textId="77777777" w:rsidR="002D5361" w:rsidRDefault="00000000">
            <w:r>
              <w:rPr>
                <w:sz w:val="16"/>
              </w:rPr>
              <w:t>0.127</w:t>
            </w:r>
          </w:p>
        </w:tc>
      </w:tr>
      <w:tr w:rsidR="002D5361" w14:paraId="5FE94B33" w14:textId="77777777">
        <w:trPr>
          <w:cantSplit/>
          <w:jc w:val="center"/>
        </w:trPr>
        <w:tc>
          <w:tcPr>
            <w:tcW w:w="504" w:type="dxa"/>
            <w:shd w:val="clear" w:color="auto" w:fill="F7F9FB"/>
            <w:tcMar>
              <w:top w:w="65" w:type="dxa"/>
              <w:left w:w="80" w:type="dxa"/>
              <w:bottom w:w="65" w:type="dxa"/>
              <w:right w:w="80" w:type="dxa"/>
            </w:tcMar>
            <w:vAlign w:val="center"/>
          </w:tcPr>
          <w:p w14:paraId="3CFB9218" w14:textId="77777777" w:rsidR="002D5361" w:rsidRDefault="00000000">
            <w:r>
              <w:rPr>
                <w:sz w:val="16"/>
              </w:rPr>
              <w:t>11</w:t>
            </w:r>
          </w:p>
        </w:tc>
        <w:tc>
          <w:tcPr>
            <w:tcW w:w="6048" w:type="dxa"/>
            <w:shd w:val="clear" w:color="auto" w:fill="F7F9FB"/>
            <w:tcMar>
              <w:top w:w="65" w:type="dxa"/>
              <w:left w:w="80" w:type="dxa"/>
              <w:bottom w:w="65" w:type="dxa"/>
              <w:right w:w="80" w:type="dxa"/>
            </w:tcMar>
            <w:vAlign w:val="center"/>
          </w:tcPr>
          <w:p w14:paraId="1A207598" w14:textId="77777777" w:rsidR="002D5361" w:rsidRDefault="00000000">
            <w:r>
              <w:rPr>
                <w:sz w:val="16"/>
              </w:rPr>
              <w:t>Youth Migration, Employment, and Regional Settlement</w:t>
            </w:r>
          </w:p>
        </w:tc>
        <w:tc>
          <w:tcPr>
            <w:tcW w:w="648" w:type="dxa"/>
            <w:shd w:val="clear" w:color="auto" w:fill="F7F9FB"/>
            <w:tcMar>
              <w:top w:w="65" w:type="dxa"/>
              <w:left w:w="80" w:type="dxa"/>
              <w:bottom w:w="65" w:type="dxa"/>
              <w:right w:w="80" w:type="dxa"/>
            </w:tcMar>
            <w:vAlign w:val="center"/>
          </w:tcPr>
          <w:p w14:paraId="6A4BF7A5" w14:textId="77777777" w:rsidR="002D5361" w:rsidRDefault="00000000">
            <w:r>
              <w:rPr>
                <w:sz w:val="16"/>
              </w:rPr>
              <w:t>23</w:t>
            </w:r>
          </w:p>
        </w:tc>
        <w:tc>
          <w:tcPr>
            <w:tcW w:w="864" w:type="dxa"/>
            <w:shd w:val="clear" w:color="auto" w:fill="F7F9FB"/>
            <w:tcMar>
              <w:top w:w="65" w:type="dxa"/>
              <w:left w:w="80" w:type="dxa"/>
              <w:bottom w:w="65" w:type="dxa"/>
              <w:right w:w="80" w:type="dxa"/>
            </w:tcMar>
            <w:vAlign w:val="center"/>
          </w:tcPr>
          <w:p w14:paraId="7F687451" w14:textId="77777777" w:rsidR="002D5361" w:rsidRDefault="00000000">
            <w:r>
              <w:rPr>
                <w:sz w:val="16"/>
              </w:rPr>
              <w:t>0.747</w:t>
            </w:r>
          </w:p>
        </w:tc>
        <w:tc>
          <w:tcPr>
            <w:tcW w:w="864" w:type="dxa"/>
            <w:shd w:val="clear" w:color="auto" w:fill="F7F9FB"/>
            <w:tcMar>
              <w:top w:w="65" w:type="dxa"/>
              <w:left w:w="80" w:type="dxa"/>
              <w:bottom w:w="65" w:type="dxa"/>
              <w:right w:w="80" w:type="dxa"/>
            </w:tcMar>
            <w:vAlign w:val="center"/>
          </w:tcPr>
          <w:p w14:paraId="65433F89" w14:textId="77777777" w:rsidR="002D5361" w:rsidRDefault="00000000">
            <w:r>
              <w:rPr>
                <w:sz w:val="16"/>
              </w:rPr>
              <w:t>0.191</w:t>
            </w:r>
          </w:p>
        </w:tc>
      </w:tr>
      <w:tr w:rsidR="002D5361" w14:paraId="57B2501C" w14:textId="77777777">
        <w:trPr>
          <w:cantSplit/>
          <w:jc w:val="center"/>
        </w:trPr>
        <w:tc>
          <w:tcPr>
            <w:tcW w:w="504" w:type="dxa"/>
            <w:tcMar>
              <w:top w:w="65" w:type="dxa"/>
              <w:left w:w="80" w:type="dxa"/>
              <w:bottom w:w="65" w:type="dxa"/>
              <w:right w:w="80" w:type="dxa"/>
            </w:tcMar>
            <w:vAlign w:val="center"/>
          </w:tcPr>
          <w:p w14:paraId="13F6DAF7" w14:textId="77777777" w:rsidR="002D5361" w:rsidRDefault="00000000">
            <w:r>
              <w:rPr>
                <w:sz w:val="16"/>
              </w:rPr>
              <w:t>12</w:t>
            </w:r>
          </w:p>
        </w:tc>
        <w:tc>
          <w:tcPr>
            <w:tcW w:w="6048" w:type="dxa"/>
            <w:tcMar>
              <w:top w:w="65" w:type="dxa"/>
              <w:left w:w="80" w:type="dxa"/>
              <w:bottom w:w="65" w:type="dxa"/>
              <w:right w:w="80" w:type="dxa"/>
            </w:tcMar>
            <w:vAlign w:val="center"/>
          </w:tcPr>
          <w:p w14:paraId="003AFDBE" w14:textId="77777777" w:rsidR="002D5361" w:rsidRDefault="00000000">
            <w:r>
              <w:rPr>
                <w:sz w:val="16"/>
              </w:rPr>
              <w:t>Evaluation of Balanced Development Programs and Indicators</w:t>
            </w:r>
          </w:p>
        </w:tc>
        <w:tc>
          <w:tcPr>
            <w:tcW w:w="648" w:type="dxa"/>
            <w:tcMar>
              <w:top w:w="65" w:type="dxa"/>
              <w:left w:w="80" w:type="dxa"/>
              <w:bottom w:w="65" w:type="dxa"/>
              <w:right w:w="80" w:type="dxa"/>
            </w:tcMar>
            <w:vAlign w:val="center"/>
          </w:tcPr>
          <w:p w14:paraId="7225047D" w14:textId="77777777" w:rsidR="002D5361" w:rsidRDefault="00000000">
            <w:r>
              <w:rPr>
                <w:sz w:val="16"/>
              </w:rPr>
              <w:t>22</w:t>
            </w:r>
          </w:p>
        </w:tc>
        <w:tc>
          <w:tcPr>
            <w:tcW w:w="864" w:type="dxa"/>
            <w:tcMar>
              <w:top w:w="65" w:type="dxa"/>
              <w:left w:w="80" w:type="dxa"/>
              <w:bottom w:w="65" w:type="dxa"/>
              <w:right w:w="80" w:type="dxa"/>
            </w:tcMar>
            <w:vAlign w:val="center"/>
          </w:tcPr>
          <w:p w14:paraId="112A1E89" w14:textId="77777777" w:rsidR="002D5361" w:rsidRDefault="00000000">
            <w:r>
              <w:rPr>
                <w:sz w:val="16"/>
              </w:rPr>
              <w:t>0.700</w:t>
            </w:r>
          </w:p>
        </w:tc>
        <w:tc>
          <w:tcPr>
            <w:tcW w:w="864" w:type="dxa"/>
            <w:tcMar>
              <w:top w:w="65" w:type="dxa"/>
              <w:left w:w="80" w:type="dxa"/>
              <w:bottom w:w="65" w:type="dxa"/>
              <w:right w:w="80" w:type="dxa"/>
            </w:tcMar>
            <w:vAlign w:val="center"/>
          </w:tcPr>
          <w:p w14:paraId="17E217A8" w14:textId="77777777" w:rsidR="002D5361" w:rsidRDefault="00000000">
            <w:r>
              <w:rPr>
                <w:sz w:val="16"/>
              </w:rPr>
              <w:t>0.033</w:t>
            </w:r>
          </w:p>
        </w:tc>
      </w:tr>
      <w:tr w:rsidR="002D5361" w14:paraId="466EA23C" w14:textId="77777777">
        <w:trPr>
          <w:cantSplit/>
          <w:jc w:val="center"/>
        </w:trPr>
        <w:tc>
          <w:tcPr>
            <w:tcW w:w="504" w:type="dxa"/>
            <w:shd w:val="clear" w:color="auto" w:fill="F7F9FB"/>
            <w:tcMar>
              <w:top w:w="65" w:type="dxa"/>
              <w:left w:w="80" w:type="dxa"/>
              <w:bottom w:w="65" w:type="dxa"/>
              <w:right w:w="80" w:type="dxa"/>
            </w:tcMar>
            <w:vAlign w:val="center"/>
          </w:tcPr>
          <w:p w14:paraId="6EB83855" w14:textId="77777777" w:rsidR="002D5361" w:rsidRDefault="00000000">
            <w:r>
              <w:rPr>
                <w:sz w:val="16"/>
              </w:rPr>
              <w:t>13</w:t>
            </w:r>
          </w:p>
        </w:tc>
        <w:tc>
          <w:tcPr>
            <w:tcW w:w="6048" w:type="dxa"/>
            <w:shd w:val="clear" w:color="auto" w:fill="F7F9FB"/>
            <w:tcMar>
              <w:top w:w="65" w:type="dxa"/>
              <w:left w:w="80" w:type="dxa"/>
              <w:bottom w:w="65" w:type="dxa"/>
              <w:right w:w="80" w:type="dxa"/>
            </w:tcMar>
            <w:vAlign w:val="center"/>
          </w:tcPr>
          <w:p w14:paraId="2C55FFE1" w14:textId="77777777" w:rsidR="002D5361" w:rsidRDefault="00000000">
            <w:r>
              <w:rPr>
                <w:sz w:val="16"/>
              </w:rPr>
              <w:t>Local Autonomy Institutions and Decentralization Perceptions</w:t>
            </w:r>
          </w:p>
        </w:tc>
        <w:tc>
          <w:tcPr>
            <w:tcW w:w="648" w:type="dxa"/>
            <w:shd w:val="clear" w:color="auto" w:fill="F7F9FB"/>
            <w:tcMar>
              <w:top w:w="65" w:type="dxa"/>
              <w:left w:w="80" w:type="dxa"/>
              <w:bottom w:w="65" w:type="dxa"/>
              <w:right w:w="80" w:type="dxa"/>
            </w:tcMar>
            <w:vAlign w:val="center"/>
          </w:tcPr>
          <w:p w14:paraId="7A461CE6" w14:textId="77777777" w:rsidR="002D5361" w:rsidRDefault="00000000">
            <w:r>
              <w:rPr>
                <w:sz w:val="16"/>
              </w:rPr>
              <w:t>21</w:t>
            </w:r>
          </w:p>
        </w:tc>
        <w:tc>
          <w:tcPr>
            <w:tcW w:w="864" w:type="dxa"/>
            <w:shd w:val="clear" w:color="auto" w:fill="F7F9FB"/>
            <w:tcMar>
              <w:top w:w="65" w:type="dxa"/>
              <w:left w:w="80" w:type="dxa"/>
              <w:bottom w:w="65" w:type="dxa"/>
              <w:right w:w="80" w:type="dxa"/>
            </w:tcMar>
            <w:vAlign w:val="center"/>
          </w:tcPr>
          <w:p w14:paraId="6ECF8C4D" w14:textId="77777777" w:rsidR="002D5361" w:rsidRDefault="00000000">
            <w:r>
              <w:rPr>
                <w:sz w:val="16"/>
              </w:rPr>
              <w:t>0.767</w:t>
            </w:r>
          </w:p>
        </w:tc>
        <w:tc>
          <w:tcPr>
            <w:tcW w:w="864" w:type="dxa"/>
            <w:shd w:val="clear" w:color="auto" w:fill="F7F9FB"/>
            <w:tcMar>
              <w:top w:w="65" w:type="dxa"/>
              <w:left w:w="80" w:type="dxa"/>
              <w:bottom w:w="65" w:type="dxa"/>
              <w:right w:w="80" w:type="dxa"/>
            </w:tcMar>
            <w:vAlign w:val="center"/>
          </w:tcPr>
          <w:p w14:paraId="2B4663C7" w14:textId="77777777" w:rsidR="002D5361" w:rsidRDefault="00000000">
            <w:r>
              <w:rPr>
                <w:sz w:val="16"/>
              </w:rPr>
              <w:t>0.166</w:t>
            </w:r>
          </w:p>
        </w:tc>
      </w:tr>
      <w:tr w:rsidR="002D5361" w14:paraId="04DD94DE" w14:textId="77777777">
        <w:trPr>
          <w:cantSplit/>
          <w:jc w:val="center"/>
        </w:trPr>
        <w:tc>
          <w:tcPr>
            <w:tcW w:w="504" w:type="dxa"/>
            <w:tcMar>
              <w:top w:w="65" w:type="dxa"/>
              <w:left w:w="80" w:type="dxa"/>
              <w:bottom w:w="65" w:type="dxa"/>
              <w:right w:w="80" w:type="dxa"/>
            </w:tcMar>
            <w:vAlign w:val="center"/>
          </w:tcPr>
          <w:p w14:paraId="1D52A294" w14:textId="77777777" w:rsidR="002D5361" w:rsidRDefault="00000000">
            <w:r>
              <w:rPr>
                <w:sz w:val="16"/>
              </w:rPr>
              <w:t>14</w:t>
            </w:r>
          </w:p>
        </w:tc>
        <w:tc>
          <w:tcPr>
            <w:tcW w:w="6048" w:type="dxa"/>
            <w:tcMar>
              <w:top w:w="65" w:type="dxa"/>
              <w:left w:w="80" w:type="dxa"/>
              <w:bottom w:w="65" w:type="dxa"/>
              <w:right w:w="80" w:type="dxa"/>
            </w:tcMar>
            <w:vAlign w:val="center"/>
          </w:tcPr>
          <w:p w14:paraId="0633C5E3" w14:textId="77777777" w:rsidR="002D5361" w:rsidRDefault="00000000">
            <w:r>
              <w:rPr>
                <w:sz w:val="16"/>
              </w:rPr>
              <w:t>Administrative Organization, Functional Assignment, and Performance</w:t>
            </w:r>
          </w:p>
        </w:tc>
        <w:tc>
          <w:tcPr>
            <w:tcW w:w="648" w:type="dxa"/>
            <w:tcMar>
              <w:top w:w="65" w:type="dxa"/>
              <w:left w:w="80" w:type="dxa"/>
              <w:bottom w:w="65" w:type="dxa"/>
              <w:right w:w="80" w:type="dxa"/>
            </w:tcMar>
            <w:vAlign w:val="center"/>
          </w:tcPr>
          <w:p w14:paraId="0B3B38D6" w14:textId="77777777" w:rsidR="002D5361" w:rsidRDefault="00000000">
            <w:r>
              <w:rPr>
                <w:sz w:val="16"/>
              </w:rPr>
              <w:t>20</w:t>
            </w:r>
          </w:p>
        </w:tc>
        <w:tc>
          <w:tcPr>
            <w:tcW w:w="864" w:type="dxa"/>
            <w:tcMar>
              <w:top w:w="65" w:type="dxa"/>
              <w:left w:w="80" w:type="dxa"/>
              <w:bottom w:w="65" w:type="dxa"/>
              <w:right w:w="80" w:type="dxa"/>
            </w:tcMar>
            <w:vAlign w:val="center"/>
          </w:tcPr>
          <w:p w14:paraId="7A001306" w14:textId="77777777" w:rsidR="002D5361" w:rsidRDefault="00000000">
            <w:r>
              <w:rPr>
                <w:sz w:val="16"/>
              </w:rPr>
              <w:t>0.892</w:t>
            </w:r>
          </w:p>
        </w:tc>
        <w:tc>
          <w:tcPr>
            <w:tcW w:w="864" w:type="dxa"/>
            <w:tcMar>
              <w:top w:w="65" w:type="dxa"/>
              <w:left w:w="80" w:type="dxa"/>
              <w:bottom w:w="65" w:type="dxa"/>
              <w:right w:w="80" w:type="dxa"/>
            </w:tcMar>
            <w:vAlign w:val="center"/>
          </w:tcPr>
          <w:p w14:paraId="6FE6D09A" w14:textId="77777777" w:rsidR="002D5361" w:rsidRDefault="00000000">
            <w:r>
              <w:rPr>
                <w:sz w:val="16"/>
              </w:rPr>
              <w:t>0.248</w:t>
            </w:r>
          </w:p>
        </w:tc>
      </w:tr>
    </w:tbl>
    <w:p w14:paraId="43A4B1EF" w14:textId="77777777" w:rsidR="002D5361" w:rsidRDefault="00000000">
      <w:pPr>
        <w:spacing w:after="120" w:line="259" w:lineRule="auto"/>
      </w:pPr>
      <w:r>
        <w:rPr>
          <w:b/>
          <w:sz w:val="16"/>
        </w:rPr>
        <w:t>Note.</w:t>
      </w:r>
      <w:r>
        <w:rPr>
          <w:sz w:val="16"/>
        </w:rPr>
        <w:t xml:space="preserve"> Across 15 </w:t>
      </w:r>
      <w:proofErr w:type="spellStart"/>
      <w:r>
        <w:rPr>
          <w:sz w:val="16"/>
        </w:rPr>
        <w:t>BERTopic</w:t>
      </w:r>
      <w:proofErr w:type="spellEnd"/>
      <w:r>
        <w:rPr>
          <w:sz w:val="16"/>
        </w:rPr>
        <w:t xml:space="preserve"> fronts, mean </w:t>
      </w:r>
      <w:proofErr w:type="spellStart"/>
      <w:r>
        <w:rPr>
          <w:sz w:val="16"/>
        </w:rPr>
        <w:t>C_v</w:t>
      </w:r>
      <w:proofErr w:type="spellEnd"/>
      <w:r>
        <w:rPr>
          <w:sz w:val="16"/>
        </w:rPr>
        <w:t xml:space="preserve"> = 0.706 and mean NPMI = 0.128. T4 is below those means (</w:t>
      </w:r>
      <w:proofErr w:type="spellStart"/>
      <w:r>
        <w:rPr>
          <w:sz w:val="16"/>
        </w:rPr>
        <w:t>C_v</w:t>
      </w:r>
      <w:proofErr w:type="spellEnd"/>
      <w:r>
        <w:rPr>
          <w:sz w:val="16"/>
        </w:rPr>
        <w:t xml:space="preserve"> = .368; NPMI = −.082), so the label is interpreted as a broad policy assemblage rather than a compact lexical topic.</w:t>
      </w:r>
    </w:p>
    <w:p w14:paraId="204AFAE3" w14:textId="77777777" w:rsidR="002D5361" w:rsidRDefault="00000000">
      <w:pPr>
        <w:pStyle w:val="TableCaption"/>
      </w:pPr>
      <w:r>
        <w:t xml:space="preserve">Table S20. </w:t>
      </w:r>
      <w:proofErr w:type="spellStart"/>
      <w:r>
        <w:t>C_v</w:t>
      </w:r>
      <w:proofErr w:type="spellEnd"/>
      <w:r>
        <w:t xml:space="preserve"> and NPMI coherence for every 15-topic LDA component</w:t>
      </w:r>
    </w:p>
    <w:tbl>
      <w:tblPr>
        <w:tblStyle w:val="TableGrid"/>
        <w:tblW w:w="0" w:type="auto"/>
        <w:jc w:val="center"/>
        <w:tblLook w:val="04A0" w:firstRow="1" w:lastRow="0" w:firstColumn="1" w:lastColumn="0" w:noHBand="0" w:noVBand="1"/>
      </w:tblPr>
      <w:tblGrid>
        <w:gridCol w:w="720"/>
        <w:gridCol w:w="648"/>
        <w:gridCol w:w="792"/>
        <w:gridCol w:w="792"/>
        <w:gridCol w:w="6624"/>
      </w:tblGrid>
      <w:tr w:rsidR="002D5361" w14:paraId="0C2D9E91" w14:textId="77777777">
        <w:trPr>
          <w:cantSplit/>
          <w:tblHeader/>
          <w:jc w:val="center"/>
        </w:trPr>
        <w:tc>
          <w:tcPr>
            <w:tcW w:w="720" w:type="dxa"/>
            <w:shd w:val="clear" w:color="auto" w:fill="D9EAF7"/>
            <w:tcMar>
              <w:top w:w="65" w:type="dxa"/>
              <w:left w:w="80" w:type="dxa"/>
              <w:bottom w:w="65" w:type="dxa"/>
              <w:right w:w="80" w:type="dxa"/>
            </w:tcMar>
            <w:vAlign w:val="center"/>
          </w:tcPr>
          <w:p w14:paraId="7787A0DE" w14:textId="77777777" w:rsidR="002D5361" w:rsidRDefault="00000000">
            <w:r>
              <w:rPr>
                <w:b/>
                <w:sz w:val="16"/>
              </w:rPr>
              <w:t>LDA T</w:t>
            </w:r>
          </w:p>
        </w:tc>
        <w:tc>
          <w:tcPr>
            <w:tcW w:w="648" w:type="dxa"/>
            <w:shd w:val="clear" w:color="auto" w:fill="D9EAF7"/>
            <w:tcMar>
              <w:top w:w="65" w:type="dxa"/>
              <w:left w:w="80" w:type="dxa"/>
              <w:bottom w:w="65" w:type="dxa"/>
              <w:right w:w="80" w:type="dxa"/>
            </w:tcMar>
            <w:vAlign w:val="center"/>
          </w:tcPr>
          <w:p w14:paraId="29334CA7" w14:textId="77777777" w:rsidR="002D5361" w:rsidRDefault="00000000">
            <w:r>
              <w:rPr>
                <w:b/>
                <w:sz w:val="16"/>
              </w:rPr>
              <w:t>n</w:t>
            </w:r>
          </w:p>
        </w:tc>
        <w:tc>
          <w:tcPr>
            <w:tcW w:w="792" w:type="dxa"/>
            <w:shd w:val="clear" w:color="auto" w:fill="D9EAF7"/>
            <w:tcMar>
              <w:top w:w="65" w:type="dxa"/>
              <w:left w:w="80" w:type="dxa"/>
              <w:bottom w:w="65" w:type="dxa"/>
              <w:right w:w="80" w:type="dxa"/>
            </w:tcMar>
            <w:vAlign w:val="center"/>
          </w:tcPr>
          <w:p w14:paraId="30105AA4" w14:textId="77777777" w:rsidR="002D5361" w:rsidRDefault="00000000">
            <w:proofErr w:type="spellStart"/>
            <w:r>
              <w:rPr>
                <w:b/>
                <w:sz w:val="16"/>
              </w:rPr>
              <w:t>C_v</w:t>
            </w:r>
            <w:proofErr w:type="spellEnd"/>
          </w:p>
        </w:tc>
        <w:tc>
          <w:tcPr>
            <w:tcW w:w="792" w:type="dxa"/>
            <w:shd w:val="clear" w:color="auto" w:fill="D9EAF7"/>
            <w:tcMar>
              <w:top w:w="65" w:type="dxa"/>
              <w:left w:w="80" w:type="dxa"/>
              <w:bottom w:w="65" w:type="dxa"/>
              <w:right w:w="80" w:type="dxa"/>
            </w:tcMar>
            <w:vAlign w:val="center"/>
          </w:tcPr>
          <w:p w14:paraId="7E72135A" w14:textId="77777777" w:rsidR="002D5361" w:rsidRDefault="00000000">
            <w:r>
              <w:rPr>
                <w:b/>
                <w:sz w:val="16"/>
              </w:rPr>
              <w:t>NPMI</w:t>
            </w:r>
          </w:p>
        </w:tc>
        <w:tc>
          <w:tcPr>
            <w:tcW w:w="6624" w:type="dxa"/>
            <w:shd w:val="clear" w:color="auto" w:fill="D9EAF7"/>
            <w:tcMar>
              <w:top w:w="65" w:type="dxa"/>
              <w:left w:w="80" w:type="dxa"/>
              <w:bottom w:w="65" w:type="dxa"/>
              <w:right w:w="80" w:type="dxa"/>
            </w:tcMar>
            <w:vAlign w:val="center"/>
          </w:tcPr>
          <w:p w14:paraId="795D525C" w14:textId="77777777" w:rsidR="002D5361" w:rsidRDefault="00000000">
            <w:r>
              <w:rPr>
                <w:b/>
                <w:sz w:val="16"/>
              </w:rPr>
              <w:t>Top 10 terms</w:t>
            </w:r>
          </w:p>
        </w:tc>
      </w:tr>
      <w:tr w:rsidR="002D5361" w14:paraId="10944C68" w14:textId="77777777">
        <w:trPr>
          <w:cantSplit/>
          <w:jc w:val="center"/>
        </w:trPr>
        <w:tc>
          <w:tcPr>
            <w:tcW w:w="720" w:type="dxa"/>
            <w:tcMar>
              <w:top w:w="65" w:type="dxa"/>
              <w:left w:w="80" w:type="dxa"/>
              <w:bottom w:w="65" w:type="dxa"/>
              <w:right w:w="80" w:type="dxa"/>
            </w:tcMar>
            <w:vAlign w:val="center"/>
          </w:tcPr>
          <w:p w14:paraId="4D28DFFD" w14:textId="77777777" w:rsidR="002D5361" w:rsidRDefault="00000000">
            <w:r>
              <w:rPr>
                <w:sz w:val="16"/>
              </w:rPr>
              <w:lastRenderedPageBreak/>
              <w:t>0</w:t>
            </w:r>
          </w:p>
        </w:tc>
        <w:tc>
          <w:tcPr>
            <w:tcW w:w="648" w:type="dxa"/>
            <w:tcMar>
              <w:top w:w="65" w:type="dxa"/>
              <w:left w:w="80" w:type="dxa"/>
              <w:bottom w:w="65" w:type="dxa"/>
              <w:right w:w="80" w:type="dxa"/>
            </w:tcMar>
            <w:vAlign w:val="center"/>
          </w:tcPr>
          <w:p w14:paraId="3425D968" w14:textId="77777777" w:rsidR="002D5361" w:rsidRDefault="00000000">
            <w:r>
              <w:rPr>
                <w:sz w:val="16"/>
              </w:rPr>
              <w:t>47</w:t>
            </w:r>
          </w:p>
        </w:tc>
        <w:tc>
          <w:tcPr>
            <w:tcW w:w="792" w:type="dxa"/>
            <w:tcMar>
              <w:top w:w="65" w:type="dxa"/>
              <w:left w:w="80" w:type="dxa"/>
              <w:bottom w:w="65" w:type="dxa"/>
              <w:right w:w="80" w:type="dxa"/>
            </w:tcMar>
            <w:vAlign w:val="center"/>
          </w:tcPr>
          <w:p w14:paraId="2B124539" w14:textId="77777777" w:rsidR="002D5361" w:rsidRDefault="00000000">
            <w:r>
              <w:rPr>
                <w:sz w:val="16"/>
              </w:rPr>
              <w:t>0.727</w:t>
            </w:r>
          </w:p>
        </w:tc>
        <w:tc>
          <w:tcPr>
            <w:tcW w:w="792" w:type="dxa"/>
            <w:tcMar>
              <w:top w:w="65" w:type="dxa"/>
              <w:left w:w="80" w:type="dxa"/>
              <w:bottom w:w="65" w:type="dxa"/>
              <w:right w:w="80" w:type="dxa"/>
            </w:tcMar>
            <w:vAlign w:val="center"/>
          </w:tcPr>
          <w:p w14:paraId="76F65865" w14:textId="77777777" w:rsidR="002D5361" w:rsidRDefault="00000000">
            <w:r>
              <w:rPr>
                <w:sz w:val="16"/>
              </w:rPr>
              <w:t>-0.002</w:t>
            </w:r>
          </w:p>
        </w:tc>
        <w:tc>
          <w:tcPr>
            <w:tcW w:w="6624" w:type="dxa"/>
            <w:tcMar>
              <w:top w:w="65" w:type="dxa"/>
              <w:left w:w="80" w:type="dxa"/>
              <w:bottom w:w="65" w:type="dxa"/>
              <w:right w:w="80" w:type="dxa"/>
            </w:tcMar>
            <w:vAlign w:val="center"/>
          </w:tcPr>
          <w:p w14:paraId="63AA1FD6" w14:textId="77777777" w:rsidR="002D5361" w:rsidRDefault="00000000">
            <w:r>
              <w:rPr>
                <w:sz w:val="16"/>
              </w:rPr>
              <w:t xml:space="preserve">public; decentralization; </w:t>
            </w:r>
            <w:proofErr w:type="spellStart"/>
            <w:r>
              <w:rPr>
                <w:sz w:val="16"/>
              </w:rPr>
              <w:t>지방</w:t>
            </w:r>
            <w:proofErr w:type="spellEnd"/>
            <w:r>
              <w:rPr>
                <w:sz w:val="16"/>
              </w:rPr>
              <w:t xml:space="preserve">; local; political; party; performance; </w:t>
            </w:r>
            <w:proofErr w:type="spellStart"/>
            <w:r>
              <w:rPr>
                <w:sz w:val="16"/>
              </w:rPr>
              <w:t>성과</w:t>
            </w:r>
            <w:proofErr w:type="spellEnd"/>
            <w:r>
              <w:rPr>
                <w:sz w:val="16"/>
              </w:rPr>
              <w:t>; government; efficiency</w:t>
            </w:r>
          </w:p>
        </w:tc>
      </w:tr>
      <w:tr w:rsidR="002D5361" w14:paraId="79D34223" w14:textId="77777777">
        <w:trPr>
          <w:cantSplit/>
          <w:jc w:val="center"/>
        </w:trPr>
        <w:tc>
          <w:tcPr>
            <w:tcW w:w="720" w:type="dxa"/>
            <w:shd w:val="clear" w:color="auto" w:fill="F7F9FB"/>
            <w:tcMar>
              <w:top w:w="65" w:type="dxa"/>
              <w:left w:w="80" w:type="dxa"/>
              <w:bottom w:w="65" w:type="dxa"/>
              <w:right w:w="80" w:type="dxa"/>
            </w:tcMar>
            <w:vAlign w:val="center"/>
          </w:tcPr>
          <w:p w14:paraId="2443E855" w14:textId="77777777" w:rsidR="002D5361" w:rsidRDefault="00000000">
            <w:r>
              <w:rPr>
                <w:sz w:val="16"/>
              </w:rPr>
              <w:t>1</w:t>
            </w:r>
          </w:p>
        </w:tc>
        <w:tc>
          <w:tcPr>
            <w:tcW w:w="648" w:type="dxa"/>
            <w:shd w:val="clear" w:color="auto" w:fill="F7F9FB"/>
            <w:tcMar>
              <w:top w:w="65" w:type="dxa"/>
              <w:left w:w="80" w:type="dxa"/>
              <w:bottom w:w="65" w:type="dxa"/>
              <w:right w:w="80" w:type="dxa"/>
            </w:tcMar>
            <w:vAlign w:val="center"/>
          </w:tcPr>
          <w:p w14:paraId="5C34C158" w14:textId="77777777" w:rsidR="002D5361" w:rsidRDefault="00000000">
            <w:r>
              <w:rPr>
                <w:sz w:val="16"/>
              </w:rPr>
              <w:t>34</w:t>
            </w:r>
          </w:p>
        </w:tc>
        <w:tc>
          <w:tcPr>
            <w:tcW w:w="792" w:type="dxa"/>
            <w:shd w:val="clear" w:color="auto" w:fill="F7F9FB"/>
            <w:tcMar>
              <w:top w:w="65" w:type="dxa"/>
              <w:left w:w="80" w:type="dxa"/>
              <w:bottom w:w="65" w:type="dxa"/>
              <w:right w:w="80" w:type="dxa"/>
            </w:tcMar>
            <w:vAlign w:val="center"/>
          </w:tcPr>
          <w:p w14:paraId="6EEA3D35" w14:textId="77777777" w:rsidR="002D5361" w:rsidRDefault="00000000">
            <w:r>
              <w:rPr>
                <w:sz w:val="16"/>
              </w:rPr>
              <w:t>0.625</w:t>
            </w:r>
          </w:p>
        </w:tc>
        <w:tc>
          <w:tcPr>
            <w:tcW w:w="792" w:type="dxa"/>
            <w:shd w:val="clear" w:color="auto" w:fill="F7F9FB"/>
            <w:tcMar>
              <w:top w:w="65" w:type="dxa"/>
              <w:left w:w="80" w:type="dxa"/>
              <w:bottom w:w="65" w:type="dxa"/>
              <w:right w:w="80" w:type="dxa"/>
            </w:tcMar>
            <w:vAlign w:val="center"/>
          </w:tcPr>
          <w:p w14:paraId="2B3B1E34" w14:textId="77777777" w:rsidR="002D5361" w:rsidRDefault="00000000">
            <w:r>
              <w:rPr>
                <w:sz w:val="16"/>
              </w:rPr>
              <w:t>-0.046</w:t>
            </w:r>
          </w:p>
        </w:tc>
        <w:tc>
          <w:tcPr>
            <w:tcW w:w="6624" w:type="dxa"/>
            <w:shd w:val="clear" w:color="auto" w:fill="F7F9FB"/>
            <w:tcMar>
              <w:top w:w="65" w:type="dxa"/>
              <w:left w:w="80" w:type="dxa"/>
              <w:bottom w:w="65" w:type="dxa"/>
              <w:right w:w="80" w:type="dxa"/>
            </w:tcMar>
            <w:vAlign w:val="center"/>
          </w:tcPr>
          <w:p w14:paraId="160285CA" w14:textId="77777777" w:rsidR="002D5361" w:rsidRDefault="00000000">
            <w:r>
              <w:rPr>
                <w:sz w:val="16"/>
              </w:rPr>
              <w:t xml:space="preserve">energy; </w:t>
            </w:r>
            <w:proofErr w:type="spellStart"/>
            <w:r>
              <w:rPr>
                <w:sz w:val="16"/>
              </w:rPr>
              <w:t>수도권</w:t>
            </w:r>
            <w:proofErr w:type="spellEnd"/>
            <w:r>
              <w:rPr>
                <w:sz w:val="16"/>
              </w:rPr>
              <w:t xml:space="preserve">; local; employment; </w:t>
            </w:r>
            <w:proofErr w:type="spellStart"/>
            <w:r>
              <w:rPr>
                <w:sz w:val="16"/>
              </w:rPr>
              <w:t>에너지</w:t>
            </w:r>
            <w:proofErr w:type="spellEnd"/>
            <w:r>
              <w:rPr>
                <w:sz w:val="16"/>
              </w:rPr>
              <w:t xml:space="preserve">; capital; non; region; metropolitan; </w:t>
            </w:r>
            <w:proofErr w:type="spellStart"/>
            <w:r>
              <w:rPr>
                <w:sz w:val="16"/>
              </w:rPr>
              <w:t>korea</w:t>
            </w:r>
            <w:proofErr w:type="spellEnd"/>
          </w:p>
        </w:tc>
      </w:tr>
      <w:tr w:rsidR="002D5361" w14:paraId="717DFE7C" w14:textId="77777777">
        <w:trPr>
          <w:cantSplit/>
          <w:jc w:val="center"/>
        </w:trPr>
        <w:tc>
          <w:tcPr>
            <w:tcW w:w="720" w:type="dxa"/>
            <w:tcMar>
              <w:top w:w="65" w:type="dxa"/>
              <w:left w:w="80" w:type="dxa"/>
              <w:bottom w:w="65" w:type="dxa"/>
              <w:right w:w="80" w:type="dxa"/>
            </w:tcMar>
            <w:vAlign w:val="center"/>
          </w:tcPr>
          <w:p w14:paraId="389D3BEA" w14:textId="77777777" w:rsidR="002D5361" w:rsidRDefault="00000000">
            <w:r>
              <w:rPr>
                <w:sz w:val="16"/>
              </w:rPr>
              <w:t>2</w:t>
            </w:r>
          </w:p>
        </w:tc>
        <w:tc>
          <w:tcPr>
            <w:tcW w:w="648" w:type="dxa"/>
            <w:tcMar>
              <w:top w:w="65" w:type="dxa"/>
              <w:left w:w="80" w:type="dxa"/>
              <w:bottom w:w="65" w:type="dxa"/>
              <w:right w:w="80" w:type="dxa"/>
            </w:tcMar>
            <w:vAlign w:val="center"/>
          </w:tcPr>
          <w:p w14:paraId="03105BF3" w14:textId="77777777" w:rsidR="002D5361" w:rsidRDefault="00000000">
            <w:r>
              <w:rPr>
                <w:sz w:val="16"/>
              </w:rPr>
              <w:t>68</w:t>
            </w:r>
          </w:p>
        </w:tc>
        <w:tc>
          <w:tcPr>
            <w:tcW w:w="792" w:type="dxa"/>
            <w:tcMar>
              <w:top w:w="65" w:type="dxa"/>
              <w:left w:w="80" w:type="dxa"/>
              <w:bottom w:w="65" w:type="dxa"/>
              <w:right w:w="80" w:type="dxa"/>
            </w:tcMar>
            <w:vAlign w:val="center"/>
          </w:tcPr>
          <w:p w14:paraId="25A427E2" w14:textId="77777777" w:rsidR="002D5361" w:rsidRDefault="00000000">
            <w:r>
              <w:rPr>
                <w:sz w:val="16"/>
              </w:rPr>
              <w:t>0.754</w:t>
            </w:r>
          </w:p>
        </w:tc>
        <w:tc>
          <w:tcPr>
            <w:tcW w:w="792" w:type="dxa"/>
            <w:tcMar>
              <w:top w:w="65" w:type="dxa"/>
              <w:left w:w="80" w:type="dxa"/>
              <w:bottom w:w="65" w:type="dxa"/>
              <w:right w:w="80" w:type="dxa"/>
            </w:tcMar>
            <w:vAlign w:val="center"/>
          </w:tcPr>
          <w:p w14:paraId="259AE232" w14:textId="77777777" w:rsidR="002D5361" w:rsidRDefault="00000000">
            <w:r>
              <w:rPr>
                <w:sz w:val="16"/>
              </w:rPr>
              <w:t>-0.024</w:t>
            </w:r>
          </w:p>
        </w:tc>
        <w:tc>
          <w:tcPr>
            <w:tcW w:w="6624" w:type="dxa"/>
            <w:tcMar>
              <w:top w:w="65" w:type="dxa"/>
              <w:left w:w="80" w:type="dxa"/>
              <w:bottom w:w="65" w:type="dxa"/>
              <w:right w:w="80" w:type="dxa"/>
            </w:tcMar>
            <w:vAlign w:val="center"/>
          </w:tcPr>
          <w:p w14:paraId="41E46185" w14:textId="77777777" w:rsidR="002D5361" w:rsidRDefault="00000000">
            <w:proofErr w:type="spellStart"/>
            <w:r>
              <w:rPr>
                <w:sz w:val="16"/>
              </w:rPr>
              <w:t>인구</w:t>
            </w:r>
            <w:proofErr w:type="spellEnd"/>
            <w:r>
              <w:rPr>
                <w:sz w:val="16"/>
              </w:rPr>
              <w:t xml:space="preserve">; population; local; </w:t>
            </w:r>
            <w:proofErr w:type="spellStart"/>
            <w:r>
              <w:rPr>
                <w:sz w:val="16"/>
              </w:rPr>
              <w:t>감소</w:t>
            </w:r>
            <w:proofErr w:type="spellEnd"/>
            <w:r>
              <w:rPr>
                <w:sz w:val="16"/>
              </w:rPr>
              <w:t xml:space="preserve">; areas; </w:t>
            </w:r>
            <w:proofErr w:type="spellStart"/>
            <w:r>
              <w:rPr>
                <w:sz w:val="16"/>
              </w:rPr>
              <w:t>소멸</w:t>
            </w:r>
            <w:proofErr w:type="spellEnd"/>
            <w:r>
              <w:rPr>
                <w:sz w:val="16"/>
              </w:rPr>
              <w:t xml:space="preserve">; decline; regional; extinction; </w:t>
            </w:r>
            <w:proofErr w:type="spellStart"/>
            <w:r>
              <w:rPr>
                <w:sz w:val="16"/>
              </w:rPr>
              <w:t>지방</w:t>
            </w:r>
            <w:proofErr w:type="spellEnd"/>
          </w:p>
        </w:tc>
      </w:tr>
      <w:tr w:rsidR="002D5361" w14:paraId="6F86F2A4" w14:textId="77777777">
        <w:trPr>
          <w:cantSplit/>
          <w:jc w:val="center"/>
        </w:trPr>
        <w:tc>
          <w:tcPr>
            <w:tcW w:w="720" w:type="dxa"/>
            <w:shd w:val="clear" w:color="auto" w:fill="F7F9FB"/>
            <w:tcMar>
              <w:top w:w="65" w:type="dxa"/>
              <w:left w:w="80" w:type="dxa"/>
              <w:bottom w:w="65" w:type="dxa"/>
              <w:right w:w="80" w:type="dxa"/>
            </w:tcMar>
            <w:vAlign w:val="center"/>
          </w:tcPr>
          <w:p w14:paraId="0998CCB7" w14:textId="77777777" w:rsidR="002D5361" w:rsidRDefault="00000000">
            <w:r>
              <w:rPr>
                <w:sz w:val="16"/>
              </w:rPr>
              <w:t>3</w:t>
            </w:r>
          </w:p>
        </w:tc>
        <w:tc>
          <w:tcPr>
            <w:tcW w:w="648" w:type="dxa"/>
            <w:shd w:val="clear" w:color="auto" w:fill="F7F9FB"/>
            <w:tcMar>
              <w:top w:w="65" w:type="dxa"/>
              <w:left w:w="80" w:type="dxa"/>
              <w:bottom w:w="65" w:type="dxa"/>
              <w:right w:w="80" w:type="dxa"/>
            </w:tcMar>
            <w:vAlign w:val="center"/>
          </w:tcPr>
          <w:p w14:paraId="45F25116" w14:textId="77777777" w:rsidR="002D5361" w:rsidRDefault="00000000">
            <w:r>
              <w:rPr>
                <w:sz w:val="16"/>
              </w:rPr>
              <w:t>100</w:t>
            </w:r>
          </w:p>
        </w:tc>
        <w:tc>
          <w:tcPr>
            <w:tcW w:w="792" w:type="dxa"/>
            <w:shd w:val="clear" w:color="auto" w:fill="F7F9FB"/>
            <w:tcMar>
              <w:top w:w="65" w:type="dxa"/>
              <w:left w:w="80" w:type="dxa"/>
              <w:bottom w:w="65" w:type="dxa"/>
              <w:right w:w="80" w:type="dxa"/>
            </w:tcMar>
            <w:vAlign w:val="center"/>
          </w:tcPr>
          <w:p w14:paraId="7C1D9334" w14:textId="77777777" w:rsidR="002D5361" w:rsidRDefault="00000000">
            <w:r>
              <w:rPr>
                <w:sz w:val="16"/>
              </w:rPr>
              <w:t>0.726</w:t>
            </w:r>
          </w:p>
        </w:tc>
        <w:tc>
          <w:tcPr>
            <w:tcW w:w="792" w:type="dxa"/>
            <w:shd w:val="clear" w:color="auto" w:fill="F7F9FB"/>
            <w:tcMar>
              <w:top w:w="65" w:type="dxa"/>
              <w:left w:w="80" w:type="dxa"/>
              <w:bottom w:w="65" w:type="dxa"/>
              <w:right w:w="80" w:type="dxa"/>
            </w:tcMar>
            <w:vAlign w:val="center"/>
          </w:tcPr>
          <w:p w14:paraId="15A52668" w14:textId="77777777" w:rsidR="002D5361" w:rsidRDefault="00000000">
            <w:r>
              <w:rPr>
                <w:sz w:val="16"/>
              </w:rPr>
              <w:t>-0.004</w:t>
            </w:r>
          </w:p>
        </w:tc>
        <w:tc>
          <w:tcPr>
            <w:tcW w:w="6624" w:type="dxa"/>
            <w:shd w:val="clear" w:color="auto" w:fill="F7F9FB"/>
            <w:tcMar>
              <w:top w:w="65" w:type="dxa"/>
              <w:left w:w="80" w:type="dxa"/>
              <w:bottom w:w="65" w:type="dxa"/>
              <w:right w:w="80" w:type="dxa"/>
            </w:tcMar>
            <w:vAlign w:val="center"/>
          </w:tcPr>
          <w:p w14:paraId="7BBF28A3" w14:textId="77777777" w:rsidR="002D5361" w:rsidRDefault="00000000">
            <w:r>
              <w:rPr>
                <w:sz w:val="16"/>
              </w:rPr>
              <w:t xml:space="preserve">metropolitan; area; administrative; </w:t>
            </w:r>
            <w:proofErr w:type="spellStart"/>
            <w:r>
              <w:rPr>
                <w:sz w:val="16"/>
              </w:rPr>
              <w:t>통합</w:t>
            </w:r>
            <w:proofErr w:type="spellEnd"/>
            <w:r>
              <w:rPr>
                <w:sz w:val="16"/>
              </w:rPr>
              <w:t xml:space="preserve">; consolidation; </w:t>
            </w:r>
            <w:proofErr w:type="spellStart"/>
            <w:r>
              <w:rPr>
                <w:sz w:val="16"/>
              </w:rPr>
              <w:t>수도권</w:t>
            </w:r>
            <w:proofErr w:type="spellEnd"/>
            <w:r>
              <w:rPr>
                <w:sz w:val="16"/>
              </w:rPr>
              <w:t xml:space="preserve">; </w:t>
            </w:r>
            <w:proofErr w:type="spellStart"/>
            <w:r>
              <w:rPr>
                <w:sz w:val="16"/>
              </w:rPr>
              <w:t>seoul</w:t>
            </w:r>
            <w:proofErr w:type="spellEnd"/>
            <w:r>
              <w:rPr>
                <w:sz w:val="16"/>
              </w:rPr>
              <w:t>; development; policy; spatial</w:t>
            </w:r>
          </w:p>
        </w:tc>
      </w:tr>
      <w:tr w:rsidR="002D5361" w14:paraId="496C8729" w14:textId="77777777">
        <w:trPr>
          <w:cantSplit/>
          <w:jc w:val="center"/>
        </w:trPr>
        <w:tc>
          <w:tcPr>
            <w:tcW w:w="720" w:type="dxa"/>
            <w:tcMar>
              <w:top w:w="65" w:type="dxa"/>
              <w:left w:w="80" w:type="dxa"/>
              <w:bottom w:w="65" w:type="dxa"/>
              <w:right w:w="80" w:type="dxa"/>
            </w:tcMar>
            <w:vAlign w:val="center"/>
          </w:tcPr>
          <w:p w14:paraId="2717807B" w14:textId="77777777" w:rsidR="002D5361" w:rsidRDefault="00000000">
            <w:r>
              <w:rPr>
                <w:sz w:val="16"/>
              </w:rPr>
              <w:t>4</w:t>
            </w:r>
          </w:p>
        </w:tc>
        <w:tc>
          <w:tcPr>
            <w:tcW w:w="648" w:type="dxa"/>
            <w:tcMar>
              <w:top w:w="65" w:type="dxa"/>
              <w:left w:w="80" w:type="dxa"/>
              <w:bottom w:w="65" w:type="dxa"/>
              <w:right w:w="80" w:type="dxa"/>
            </w:tcMar>
            <w:vAlign w:val="center"/>
          </w:tcPr>
          <w:p w14:paraId="4BA8AEBF" w14:textId="77777777" w:rsidR="002D5361" w:rsidRDefault="00000000">
            <w:r>
              <w:rPr>
                <w:sz w:val="16"/>
              </w:rPr>
              <w:t>65</w:t>
            </w:r>
          </w:p>
        </w:tc>
        <w:tc>
          <w:tcPr>
            <w:tcW w:w="792" w:type="dxa"/>
            <w:tcMar>
              <w:top w:w="65" w:type="dxa"/>
              <w:left w:w="80" w:type="dxa"/>
              <w:bottom w:w="65" w:type="dxa"/>
              <w:right w:w="80" w:type="dxa"/>
            </w:tcMar>
            <w:vAlign w:val="center"/>
          </w:tcPr>
          <w:p w14:paraId="2144BAD8" w14:textId="77777777" w:rsidR="002D5361" w:rsidRDefault="00000000">
            <w:r>
              <w:rPr>
                <w:sz w:val="16"/>
              </w:rPr>
              <w:t>0.812</w:t>
            </w:r>
          </w:p>
        </w:tc>
        <w:tc>
          <w:tcPr>
            <w:tcW w:w="792" w:type="dxa"/>
            <w:tcMar>
              <w:top w:w="65" w:type="dxa"/>
              <w:left w:w="80" w:type="dxa"/>
              <w:bottom w:w="65" w:type="dxa"/>
              <w:right w:w="80" w:type="dxa"/>
            </w:tcMar>
            <w:vAlign w:val="center"/>
          </w:tcPr>
          <w:p w14:paraId="64C0A1B2" w14:textId="77777777" w:rsidR="002D5361" w:rsidRDefault="00000000">
            <w:r>
              <w:rPr>
                <w:sz w:val="16"/>
              </w:rPr>
              <w:t>0.081</w:t>
            </w:r>
          </w:p>
        </w:tc>
        <w:tc>
          <w:tcPr>
            <w:tcW w:w="6624" w:type="dxa"/>
            <w:tcMar>
              <w:top w:w="65" w:type="dxa"/>
              <w:left w:w="80" w:type="dxa"/>
              <w:bottom w:w="65" w:type="dxa"/>
              <w:right w:w="80" w:type="dxa"/>
            </w:tcMar>
            <w:vAlign w:val="center"/>
          </w:tcPr>
          <w:p w14:paraId="4D081077" w14:textId="77777777" w:rsidR="002D5361" w:rsidRDefault="00000000">
            <w:r>
              <w:rPr>
                <w:sz w:val="16"/>
              </w:rPr>
              <w:t xml:space="preserve">local; welfare; government; city; development; public; governments; </w:t>
            </w:r>
            <w:proofErr w:type="spellStart"/>
            <w:r>
              <w:rPr>
                <w:sz w:val="16"/>
              </w:rPr>
              <w:t>복지</w:t>
            </w:r>
            <w:proofErr w:type="spellEnd"/>
            <w:r>
              <w:rPr>
                <w:sz w:val="16"/>
              </w:rPr>
              <w:t>; urban; social</w:t>
            </w:r>
          </w:p>
        </w:tc>
      </w:tr>
      <w:tr w:rsidR="002D5361" w14:paraId="47C52D30" w14:textId="77777777">
        <w:trPr>
          <w:cantSplit/>
          <w:jc w:val="center"/>
        </w:trPr>
        <w:tc>
          <w:tcPr>
            <w:tcW w:w="720" w:type="dxa"/>
            <w:shd w:val="clear" w:color="auto" w:fill="F7F9FB"/>
            <w:tcMar>
              <w:top w:w="65" w:type="dxa"/>
              <w:left w:w="80" w:type="dxa"/>
              <w:bottom w:w="65" w:type="dxa"/>
              <w:right w:w="80" w:type="dxa"/>
            </w:tcMar>
            <w:vAlign w:val="center"/>
          </w:tcPr>
          <w:p w14:paraId="638A193E" w14:textId="77777777" w:rsidR="002D5361" w:rsidRDefault="00000000">
            <w:r>
              <w:rPr>
                <w:sz w:val="16"/>
              </w:rPr>
              <w:t>5</w:t>
            </w:r>
          </w:p>
        </w:tc>
        <w:tc>
          <w:tcPr>
            <w:tcW w:w="648" w:type="dxa"/>
            <w:shd w:val="clear" w:color="auto" w:fill="F7F9FB"/>
            <w:tcMar>
              <w:top w:w="65" w:type="dxa"/>
              <w:left w:w="80" w:type="dxa"/>
              <w:bottom w:w="65" w:type="dxa"/>
              <w:right w:w="80" w:type="dxa"/>
            </w:tcMar>
            <w:vAlign w:val="center"/>
          </w:tcPr>
          <w:p w14:paraId="43F74833" w14:textId="77777777" w:rsidR="002D5361" w:rsidRDefault="00000000">
            <w:r>
              <w:rPr>
                <w:sz w:val="16"/>
              </w:rPr>
              <w:t>86</w:t>
            </w:r>
          </w:p>
        </w:tc>
        <w:tc>
          <w:tcPr>
            <w:tcW w:w="792" w:type="dxa"/>
            <w:shd w:val="clear" w:color="auto" w:fill="F7F9FB"/>
            <w:tcMar>
              <w:top w:w="65" w:type="dxa"/>
              <w:left w:w="80" w:type="dxa"/>
              <w:bottom w:w="65" w:type="dxa"/>
              <w:right w:w="80" w:type="dxa"/>
            </w:tcMar>
            <w:vAlign w:val="center"/>
          </w:tcPr>
          <w:p w14:paraId="00999CDB" w14:textId="77777777" w:rsidR="002D5361" w:rsidRDefault="00000000">
            <w:r>
              <w:rPr>
                <w:sz w:val="16"/>
              </w:rPr>
              <w:t>0.742</w:t>
            </w:r>
          </w:p>
        </w:tc>
        <w:tc>
          <w:tcPr>
            <w:tcW w:w="792" w:type="dxa"/>
            <w:shd w:val="clear" w:color="auto" w:fill="F7F9FB"/>
            <w:tcMar>
              <w:top w:w="65" w:type="dxa"/>
              <w:left w:w="80" w:type="dxa"/>
              <w:bottom w:w="65" w:type="dxa"/>
              <w:right w:w="80" w:type="dxa"/>
            </w:tcMar>
            <w:vAlign w:val="center"/>
          </w:tcPr>
          <w:p w14:paraId="2023263F" w14:textId="77777777" w:rsidR="002D5361" w:rsidRDefault="00000000">
            <w:r>
              <w:rPr>
                <w:sz w:val="16"/>
              </w:rPr>
              <w:t>0.110</w:t>
            </w:r>
          </w:p>
        </w:tc>
        <w:tc>
          <w:tcPr>
            <w:tcW w:w="6624" w:type="dxa"/>
            <w:shd w:val="clear" w:color="auto" w:fill="F7F9FB"/>
            <w:tcMar>
              <w:top w:w="65" w:type="dxa"/>
              <w:left w:w="80" w:type="dxa"/>
              <w:bottom w:w="65" w:type="dxa"/>
              <w:right w:w="80" w:type="dxa"/>
            </w:tcMar>
            <w:vAlign w:val="center"/>
          </w:tcPr>
          <w:p w14:paraId="7F7F0A90" w14:textId="77777777" w:rsidR="002D5361" w:rsidRDefault="00000000">
            <w:r>
              <w:rPr>
                <w:sz w:val="16"/>
              </w:rPr>
              <w:t xml:space="preserve">regional; development; policy; economic; </w:t>
            </w:r>
            <w:proofErr w:type="spellStart"/>
            <w:r>
              <w:rPr>
                <w:sz w:val="16"/>
              </w:rPr>
              <w:t>정책</w:t>
            </w:r>
            <w:proofErr w:type="spellEnd"/>
            <w:r>
              <w:rPr>
                <w:sz w:val="16"/>
              </w:rPr>
              <w:t xml:space="preserve">; balanced; </w:t>
            </w:r>
            <w:proofErr w:type="spellStart"/>
            <w:r>
              <w:rPr>
                <w:sz w:val="16"/>
              </w:rPr>
              <w:t>발전</w:t>
            </w:r>
            <w:proofErr w:type="spellEnd"/>
            <w:r>
              <w:rPr>
                <w:sz w:val="16"/>
              </w:rPr>
              <w:t xml:space="preserve">; region; </w:t>
            </w:r>
            <w:proofErr w:type="spellStart"/>
            <w:r>
              <w:rPr>
                <w:sz w:val="16"/>
              </w:rPr>
              <w:t>china</w:t>
            </w:r>
            <w:proofErr w:type="spellEnd"/>
            <w:r>
              <w:rPr>
                <w:sz w:val="16"/>
              </w:rPr>
              <w:t xml:space="preserve">; </w:t>
            </w:r>
            <w:proofErr w:type="spellStart"/>
            <w:r>
              <w:rPr>
                <w:sz w:val="16"/>
              </w:rPr>
              <w:t>광역</w:t>
            </w:r>
            <w:proofErr w:type="spellEnd"/>
          </w:p>
        </w:tc>
      </w:tr>
      <w:tr w:rsidR="002D5361" w14:paraId="7DF68C43" w14:textId="77777777">
        <w:trPr>
          <w:cantSplit/>
          <w:jc w:val="center"/>
        </w:trPr>
        <w:tc>
          <w:tcPr>
            <w:tcW w:w="720" w:type="dxa"/>
            <w:tcMar>
              <w:top w:w="65" w:type="dxa"/>
              <w:left w:w="80" w:type="dxa"/>
              <w:bottom w:w="65" w:type="dxa"/>
              <w:right w:w="80" w:type="dxa"/>
            </w:tcMar>
            <w:vAlign w:val="center"/>
          </w:tcPr>
          <w:p w14:paraId="726357D6" w14:textId="77777777" w:rsidR="002D5361" w:rsidRDefault="00000000">
            <w:r>
              <w:rPr>
                <w:sz w:val="16"/>
              </w:rPr>
              <w:t>6</w:t>
            </w:r>
          </w:p>
        </w:tc>
        <w:tc>
          <w:tcPr>
            <w:tcW w:w="648" w:type="dxa"/>
            <w:tcMar>
              <w:top w:w="65" w:type="dxa"/>
              <w:left w:w="80" w:type="dxa"/>
              <w:bottom w:w="65" w:type="dxa"/>
              <w:right w:w="80" w:type="dxa"/>
            </w:tcMar>
            <w:vAlign w:val="center"/>
          </w:tcPr>
          <w:p w14:paraId="682D9EEE" w14:textId="77777777" w:rsidR="002D5361" w:rsidRDefault="00000000">
            <w:r>
              <w:rPr>
                <w:sz w:val="16"/>
              </w:rPr>
              <w:t>40</w:t>
            </w:r>
          </w:p>
        </w:tc>
        <w:tc>
          <w:tcPr>
            <w:tcW w:w="792" w:type="dxa"/>
            <w:tcMar>
              <w:top w:w="65" w:type="dxa"/>
              <w:left w:w="80" w:type="dxa"/>
              <w:bottom w:w="65" w:type="dxa"/>
              <w:right w:w="80" w:type="dxa"/>
            </w:tcMar>
            <w:vAlign w:val="center"/>
          </w:tcPr>
          <w:p w14:paraId="393709C5" w14:textId="77777777" w:rsidR="002D5361" w:rsidRDefault="00000000">
            <w:r>
              <w:rPr>
                <w:sz w:val="16"/>
              </w:rPr>
              <w:t>0.273</w:t>
            </w:r>
          </w:p>
        </w:tc>
        <w:tc>
          <w:tcPr>
            <w:tcW w:w="792" w:type="dxa"/>
            <w:tcMar>
              <w:top w:w="65" w:type="dxa"/>
              <w:left w:w="80" w:type="dxa"/>
              <w:bottom w:w="65" w:type="dxa"/>
              <w:right w:w="80" w:type="dxa"/>
            </w:tcMar>
            <w:vAlign w:val="center"/>
          </w:tcPr>
          <w:p w14:paraId="0F7EA755" w14:textId="77777777" w:rsidR="002D5361" w:rsidRDefault="00000000">
            <w:r>
              <w:rPr>
                <w:sz w:val="16"/>
              </w:rPr>
              <w:t>-0.208</w:t>
            </w:r>
          </w:p>
        </w:tc>
        <w:tc>
          <w:tcPr>
            <w:tcW w:w="6624" w:type="dxa"/>
            <w:tcMar>
              <w:top w:w="65" w:type="dxa"/>
              <w:left w:w="80" w:type="dxa"/>
              <w:bottom w:w="65" w:type="dxa"/>
              <w:right w:w="80" w:type="dxa"/>
            </w:tcMar>
            <w:vAlign w:val="center"/>
          </w:tcPr>
          <w:p w14:paraId="08E6166A" w14:textId="77777777" w:rsidR="002D5361" w:rsidRDefault="00000000">
            <w:r>
              <w:rPr>
                <w:sz w:val="16"/>
              </w:rPr>
              <w:t xml:space="preserve">der; social; die; </w:t>
            </w:r>
            <w:proofErr w:type="spellStart"/>
            <w:r>
              <w:rPr>
                <w:sz w:val="16"/>
              </w:rPr>
              <w:t>korea</w:t>
            </w:r>
            <w:proofErr w:type="spellEnd"/>
            <w:r>
              <w:rPr>
                <w:sz w:val="16"/>
              </w:rPr>
              <w:t xml:space="preserve">; </w:t>
            </w:r>
            <w:proofErr w:type="spellStart"/>
            <w:r>
              <w:rPr>
                <w:sz w:val="16"/>
              </w:rPr>
              <w:t>사회</w:t>
            </w:r>
            <w:proofErr w:type="spellEnd"/>
            <w:r>
              <w:rPr>
                <w:sz w:val="16"/>
              </w:rPr>
              <w:t>; und; cultural; area; news; local</w:t>
            </w:r>
          </w:p>
        </w:tc>
      </w:tr>
      <w:tr w:rsidR="002D5361" w14:paraId="07A41385" w14:textId="77777777">
        <w:trPr>
          <w:cantSplit/>
          <w:jc w:val="center"/>
        </w:trPr>
        <w:tc>
          <w:tcPr>
            <w:tcW w:w="720" w:type="dxa"/>
            <w:shd w:val="clear" w:color="auto" w:fill="F7F9FB"/>
            <w:tcMar>
              <w:top w:w="65" w:type="dxa"/>
              <w:left w:w="80" w:type="dxa"/>
              <w:bottom w:w="65" w:type="dxa"/>
              <w:right w:w="80" w:type="dxa"/>
            </w:tcMar>
            <w:vAlign w:val="center"/>
          </w:tcPr>
          <w:p w14:paraId="766FE989" w14:textId="77777777" w:rsidR="002D5361" w:rsidRDefault="00000000">
            <w:r>
              <w:rPr>
                <w:sz w:val="16"/>
              </w:rPr>
              <w:t>7</w:t>
            </w:r>
          </w:p>
        </w:tc>
        <w:tc>
          <w:tcPr>
            <w:tcW w:w="648" w:type="dxa"/>
            <w:shd w:val="clear" w:color="auto" w:fill="F7F9FB"/>
            <w:tcMar>
              <w:top w:w="65" w:type="dxa"/>
              <w:left w:w="80" w:type="dxa"/>
              <w:bottom w:w="65" w:type="dxa"/>
              <w:right w:w="80" w:type="dxa"/>
            </w:tcMar>
            <w:vAlign w:val="center"/>
          </w:tcPr>
          <w:p w14:paraId="3E5F2F12" w14:textId="77777777" w:rsidR="002D5361" w:rsidRDefault="00000000">
            <w:r>
              <w:rPr>
                <w:sz w:val="16"/>
              </w:rPr>
              <w:t>86</w:t>
            </w:r>
          </w:p>
        </w:tc>
        <w:tc>
          <w:tcPr>
            <w:tcW w:w="792" w:type="dxa"/>
            <w:shd w:val="clear" w:color="auto" w:fill="F7F9FB"/>
            <w:tcMar>
              <w:top w:w="65" w:type="dxa"/>
              <w:left w:w="80" w:type="dxa"/>
              <w:bottom w:w="65" w:type="dxa"/>
              <w:right w:w="80" w:type="dxa"/>
            </w:tcMar>
            <w:vAlign w:val="center"/>
          </w:tcPr>
          <w:p w14:paraId="649D9A95" w14:textId="77777777" w:rsidR="002D5361" w:rsidRDefault="00000000">
            <w:r>
              <w:rPr>
                <w:sz w:val="16"/>
              </w:rPr>
              <w:t>0.796</w:t>
            </w:r>
          </w:p>
        </w:tc>
        <w:tc>
          <w:tcPr>
            <w:tcW w:w="792" w:type="dxa"/>
            <w:shd w:val="clear" w:color="auto" w:fill="F7F9FB"/>
            <w:tcMar>
              <w:top w:w="65" w:type="dxa"/>
              <w:left w:w="80" w:type="dxa"/>
              <w:bottom w:w="65" w:type="dxa"/>
              <w:right w:w="80" w:type="dxa"/>
            </w:tcMar>
            <w:vAlign w:val="center"/>
          </w:tcPr>
          <w:p w14:paraId="0D402631" w14:textId="77777777" w:rsidR="002D5361" w:rsidRDefault="00000000">
            <w:r>
              <w:rPr>
                <w:sz w:val="16"/>
              </w:rPr>
              <w:t>0.056</w:t>
            </w:r>
          </w:p>
        </w:tc>
        <w:tc>
          <w:tcPr>
            <w:tcW w:w="6624" w:type="dxa"/>
            <w:shd w:val="clear" w:color="auto" w:fill="F7F9FB"/>
            <w:tcMar>
              <w:top w:w="65" w:type="dxa"/>
              <w:left w:w="80" w:type="dxa"/>
              <w:bottom w:w="65" w:type="dxa"/>
              <w:right w:w="80" w:type="dxa"/>
            </w:tcMar>
            <w:vAlign w:val="center"/>
          </w:tcPr>
          <w:p w14:paraId="7105D407" w14:textId="77777777" w:rsidR="002D5361" w:rsidRDefault="00000000">
            <w:r>
              <w:rPr>
                <w:sz w:val="16"/>
              </w:rPr>
              <w:t xml:space="preserve">population; </w:t>
            </w:r>
            <w:proofErr w:type="spellStart"/>
            <w:r>
              <w:rPr>
                <w:sz w:val="16"/>
              </w:rPr>
              <w:t>인구</w:t>
            </w:r>
            <w:proofErr w:type="spellEnd"/>
            <w:r>
              <w:rPr>
                <w:sz w:val="16"/>
              </w:rPr>
              <w:t xml:space="preserve">; area; </w:t>
            </w:r>
            <w:proofErr w:type="spellStart"/>
            <w:r>
              <w:rPr>
                <w:sz w:val="16"/>
              </w:rPr>
              <w:t>감소</w:t>
            </w:r>
            <w:proofErr w:type="spellEnd"/>
            <w:r>
              <w:rPr>
                <w:sz w:val="16"/>
              </w:rPr>
              <w:t>; decline; urban; areas; local; cities; extinction</w:t>
            </w:r>
          </w:p>
        </w:tc>
      </w:tr>
      <w:tr w:rsidR="002D5361" w14:paraId="69AEA09C" w14:textId="77777777">
        <w:trPr>
          <w:cantSplit/>
          <w:jc w:val="center"/>
        </w:trPr>
        <w:tc>
          <w:tcPr>
            <w:tcW w:w="720" w:type="dxa"/>
            <w:tcMar>
              <w:top w:w="65" w:type="dxa"/>
              <w:left w:w="80" w:type="dxa"/>
              <w:bottom w:w="65" w:type="dxa"/>
              <w:right w:w="80" w:type="dxa"/>
            </w:tcMar>
            <w:vAlign w:val="center"/>
          </w:tcPr>
          <w:p w14:paraId="3C8D9C46" w14:textId="77777777" w:rsidR="002D5361" w:rsidRDefault="00000000">
            <w:r>
              <w:rPr>
                <w:sz w:val="16"/>
              </w:rPr>
              <w:t>8</w:t>
            </w:r>
          </w:p>
        </w:tc>
        <w:tc>
          <w:tcPr>
            <w:tcW w:w="648" w:type="dxa"/>
            <w:tcMar>
              <w:top w:w="65" w:type="dxa"/>
              <w:left w:w="80" w:type="dxa"/>
              <w:bottom w:w="65" w:type="dxa"/>
              <w:right w:w="80" w:type="dxa"/>
            </w:tcMar>
            <w:vAlign w:val="center"/>
          </w:tcPr>
          <w:p w14:paraId="1FB103CC" w14:textId="77777777" w:rsidR="002D5361" w:rsidRDefault="00000000">
            <w:r>
              <w:rPr>
                <w:sz w:val="16"/>
              </w:rPr>
              <w:t>53</w:t>
            </w:r>
          </w:p>
        </w:tc>
        <w:tc>
          <w:tcPr>
            <w:tcW w:w="792" w:type="dxa"/>
            <w:tcMar>
              <w:top w:w="65" w:type="dxa"/>
              <w:left w:w="80" w:type="dxa"/>
              <w:bottom w:w="65" w:type="dxa"/>
              <w:right w:w="80" w:type="dxa"/>
            </w:tcMar>
            <w:vAlign w:val="center"/>
          </w:tcPr>
          <w:p w14:paraId="64EB5ED5" w14:textId="77777777" w:rsidR="002D5361" w:rsidRDefault="00000000">
            <w:r>
              <w:rPr>
                <w:sz w:val="16"/>
              </w:rPr>
              <w:t>0.791</w:t>
            </w:r>
          </w:p>
        </w:tc>
        <w:tc>
          <w:tcPr>
            <w:tcW w:w="792" w:type="dxa"/>
            <w:tcMar>
              <w:top w:w="65" w:type="dxa"/>
              <w:left w:w="80" w:type="dxa"/>
              <w:bottom w:w="65" w:type="dxa"/>
              <w:right w:w="80" w:type="dxa"/>
            </w:tcMar>
            <w:vAlign w:val="center"/>
          </w:tcPr>
          <w:p w14:paraId="34A1F449" w14:textId="77777777" w:rsidR="002D5361" w:rsidRDefault="00000000">
            <w:r>
              <w:rPr>
                <w:sz w:val="16"/>
              </w:rPr>
              <w:t>0.020</w:t>
            </w:r>
          </w:p>
        </w:tc>
        <w:tc>
          <w:tcPr>
            <w:tcW w:w="6624" w:type="dxa"/>
            <w:tcMar>
              <w:top w:w="65" w:type="dxa"/>
              <w:left w:w="80" w:type="dxa"/>
              <w:bottom w:w="65" w:type="dxa"/>
              <w:right w:w="80" w:type="dxa"/>
            </w:tcMar>
            <w:vAlign w:val="center"/>
          </w:tcPr>
          <w:p w14:paraId="4425655E" w14:textId="77777777" w:rsidR="002D5361" w:rsidRDefault="00000000">
            <w:r>
              <w:rPr>
                <w:sz w:val="16"/>
              </w:rPr>
              <w:t xml:space="preserve">housing; metropolitan; area; </w:t>
            </w:r>
            <w:proofErr w:type="spellStart"/>
            <w:r>
              <w:rPr>
                <w:sz w:val="16"/>
              </w:rPr>
              <w:t>수도권</w:t>
            </w:r>
            <w:proofErr w:type="spellEnd"/>
            <w:r>
              <w:rPr>
                <w:sz w:val="16"/>
              </w:rPr>
              <w:t xml:space="preserve">; economic; non; </w:t>
            </w:r>
            <w:proofErr w:type="spellStart"/>
            <w:r>
              <w:rPr>
                <w:sz w:val="16"/>
              </w:rPr>
              <w:t>korea</w:t>
            </w:r>
            <w:proofErr w:type="spellEnd"/>
            <w:r>
              <w:rPr>
                <w:sz w:val="16"/>
              </w:rPr>
              <w:t xml:space="preserve">; capital; </w:t>
            </w:r>
            <w:proofErr w:type="spellStart"/>
            <w:r>
              <w:rPr>
                <w:sz w:val="16"/>
              </w:rPr>
              <w:t>주택</w:t>
            </w:r>
            <w:proofErr w:type="spellEnd"/>
            <w:r>
              <w:rPr>
                <w:sz w:val="16"/>
              </w:rPr>
              <w:t>; regional</w:t>
            </w:r>
          </w:p>
        </w:tc>
      </w:tr>
      <w:tr w:rsidR="002D5361" w14:paraId="38B7902E" w14:textId="77777777">
        <w:trPr>
          <w:cantSplit/>
          <w:jc w:val="center"/>
        </w:trPr>
        <w:tc>
          <w:tcPr>
            <w:tcW w:w="720" w:type="dxa"/>
            <w:shd w:val="clear" w:color="auto" w:fill="F7F9FB"/>
            <w:tcMar>
              <w:top w:w="65" w:type="dxa"/>
              <w:left w:w="80" w:type="dxa"/>
              <w:bottom w:w="65" w:type="dxa"/>
              <w:right w:w="80" w:type="dxa"/>
            </w:tcMar>
            <w:vAlign w:val="center"/>
          </w:tcPr>
          <w:p w14:paraId="6B547C3A" w14:textId="77777777" w:rsidR="002D5361" w:rsidRDefault="00000000">
            <w:r>
              <w:rPr>
                <w:sz w:val="16"/>
              </w:rPr>
              <w:t>9</w:t>
            </w:r>
          </w:p>
        </w:tc>
        <w:tc>
          <w:tcPr>
            <w:tcW w:w="648" w:type="dxa"/>
            <w:shd w:val="clear" w:color="auto" w:fill="F7F9FB"/>
            <w:tcMar>
              <w:top w:w="65" w:type="dxa"/>
              <w:left w:w="80" w:type="dxa"/>
              <w:bottom w:w="65" w:type="dxa"/>
              <w:right w:w="80" w:type="dxa"/>
            </w:tcMar>
            <w:vAlign w:val="center"/>
          </w:tcPr>
          <w:p w14:paraId="232EAB11" w14:textId="77777777" w:rsidR="002D5361" w:rsidRDefault="00000000">
            <w:r>
              <w:rPr>
                <w:sz w:val="16"/>
              </w:rPr>
              <w:t>66</w:t>
            </w:r>
          </w:p>
        </w:tc>
        <w:tc>
          <w:tcPr>
            <w:tcW w:w="792" w:type="dxa"/>
            <w:shd w:val="clear" w:color="auto" w:fill="F7F9FB"/>
            <w:tcMar>
              <w:top w:w="65" w:type="dxa"/>
              <w:left w:w="80" w:type="dxa"/>
              <w:bottom w:w="65" w:type="dxa"/>
              <w:right w:w="80" w:type="dxa"/>
            </w:tcMar>
            <w:vAlign w:val="center"/>
          </w:tcPr>
          <w:p w14:paraId="50657787" w14:textId="77777777" w:rsidR="002D5361" w:rsidRDefault="00000000">
            <w:r>
              <w:rPr>
                <w:sz w:val="16"/>
              </w:rPr>
              <w:t>0.885</w:t>
            </w:r>
          </w:p>
        </w:tc>
        <w:tc>
          <w:tcPr>
            <w:tcW w:w="792" w:type="dxa"/>
            <w:shd w:val="clear" w:color="auto" w:fill="F7F9FB"/>
            <w:tcMar>
              <w:top w:w="65" w:type="dxa"/>
              <w:left w:w="80" w:type="dxa"/>
              <w:bottom w:w="65" w:type="dxa"/>
              <w:right w:w="80" w:type="dxa"/>
            </w:tcMar>
            <w:vAlign w:val="center"/>
          </w:tcPr>
          <w:p w14:paraId="5FA75367" w14:textId="77777777" w:rsidR="002D5361" w:rsidRDefault="00000000">
            <w:r>
              <w:rPr>
                <w:sz w:val="16"/>
              </w:rPr>
              <w:t>0.254</w:t>
            </w:r>
          </w:p>
        </w:tc>
        <w:tc>
          <w:tcPr>
            <w:tcW w:w="6624" w:type="dxa"/>
            <w:shd w:val="clear" w:color="auto" w:fill="F7F9FB"/>
            <w:tcMar>
              <w:top w:w="65" w:type="dxa"/>
              <w:left w:w="80" w:type="dxa"/>
              <w:bottom w:w="65" w:type="dxa"/>
              <w:right w:w="80" w:type="dxa"/>
            </w:tcMar>
            <w:vAlign w:val="center"/>
          </w:tcPr>
          <w:p w14:paraId="31377CB2" w14:textId="77777777" w:rsidR="002D5361" w:rsidRDefault="00000000">
            <w:r>
              <w:rPr>
                <w:sz w:val="16"/>
              </w:rPr>
              <w:t>local; regional; development; government; autonomy; special; education; self; decentralization; policy</w:t>
            </w:r>
          </w:p>
        </w:tc>
      </w:tr>
      <w:tr w:rsidR="002D5361" w14:paraId="64E38275" w14:textId="77777777">
        <w:trPr>
          <w:cantSplit/>
          <w:jc w:val="center"/>
        </w:trPr>
        <w:tc>
          <w:tcPr>
            <w:tcW w:w="720" w:type="dxa"/>
            <w:tcMar>
              <w:top w:w="65" w:type="dxa"/>
              <w:left w:w="80" w:type="dxa"/>
              <w:bottom w:w="65" w:type="dxa"/>
              <w:right w:w="80" w:type="dxa"/>
            </w:tcMar>
            <w:vAlign w:val="center"/>
          </w:tcPr>
          <w:p w14:paraId="7523148B" w14:textId="77777777" w:rsidR="002D5361" w:rsidRDefault="00000000">
            <w:r>
              <w:rPr>
                <w:sz w:val="16"/>
              </w:rPr>
              <w:t>10</w:t>
            </w:r>
          </w:p>
        </w:tc>
        <w:tc>
          <w:tcPr>
            <w:tcW w:w="648" w:type="dxa"/>
            <w:tcMar>
              <w:top w:w="65" w:type="dxa"/>
              <w:left w:w="80" w:type="dxa"/>
              <w:bottom w:w="65" w:type="dxa"/>
              <w:right w:w="80" w:type="dxa"/>
            </w:tcMar>
            <w:vAlign w:val="center"/>
          </w:tcPr>
          <w:p w14:paraId="5DD7FE8C" w14:textId="77777777" w:rsidR="002D5361" w:rsidRDefault="00000000">
            <w:r>
              <w:rPr>
                <w:sz w:val="16"/>
              </w:rPr>
              <w:t>28</w:t>
            </w:r>
          </w:p>
        </w:tc>
        <w:tc>
          <w:tcPr>
            <w:tcW w:w="792" w:type="dxa"/>
            <w:tcMar>
              <w:top w:w="65" w:type="dxa"/>
              <w:left w:w="80" w:type="dxa"/>
              <w:bottom w:w="65" w:type="dxa"/>
              <w:right w:w="80" w:type="dxa"/>
            </w:tcMar>
            <w:vAlign w:val="center"/>
          </w:tcPr>
          <w:p w14:paraId="424D29FC" w14:textId="77777777" w:rsidR="002D5361" w:rsidRDefault="00000000">
            <w:r>
              <w:rPr>
                <w:sz w:val="16"/>
              </w:rPr>
              <w:t>0.899</w:t>
            </w:r>
          </w:p>
        </w:tc>
        <w:tc>
          <w:tcPr>
            <w:tcW w:w="792" w:type="dxa"/>
            <w:tcMar>
              <w:top w:w="65" w:type="dxa"/>
              <w:left w:w="80" w:type="dxa"/>
              <w:bottom w:w="65" w:type="dxa"/>
              <w:right w:w="80" w:type="dxa"/>
            </w:tcMar>
            <w:vAlign w:val="center"/>
          </w:tcPr>
          <w:p w14:paraId="25507C52" w14:textId="77777777" w:rsidR="002D5361" w:rsidRDefault="00000000">
            <w:r>
              <w:rPr>
                <w:sz w:val="16"/>
              </w:rPr>
              <w:t>0.401</w:t>
            </w:r>
          </w:p>
        </w:tc>
        <w:tc>
          <w:tcPr>
            <w:tcW w:w="6624" w:type="dxa"/>
            <w:tcMar>
              <w:top w:w="65" w:type="dxa"/>
              <w:left w:w="80" w:type="dxa"/>
              <w:bottom w:w="65" w:type="dxa"/>
              <w:right w:w="80" w:type="dxa"/>
            </w:tcMar>
            <w:vAlign w:val="center"/>
          </w:tcPr>
          <w:p w14:paraId="1BBE0C1D" w14:textId="77777777" w:rsidR="002D5361" w:rsidRDefault="00000000">
            <w:r>
              <w:rPr>
                <w:sz w:val="16"/>
              </w:rPr>
              <w:t xml:space="preserve">la; le; et; des; </w:t>
            </w:r>
            <w:proofErr w:type="spellStart"/>
            <w:r>
              <w:rPr>
                <w:sz w:val="16"/>
              </w:rPr>
              <w:t>en</w:t>
            </w:r>
            <w:proofErr w:type="spellEnd"/>
            <w:r>
              <w:rPr>
                <w:sz w:val="16"/>
              </w:rPr>
              <w:t xml:space="preserve">; les; du; </w:t>
            </w:r>
            <w:proofErr w:type="spellStart"/>
            <w:r>
              <w:rPr>
                <w:sz w:val="16"/>
              </w:rPr>
              <w:t>centralisation</w:t>
            </w:r>
            <w:proofErr w:type="spellEnd"/>
            <w:r>
              <w:rPr>
                <w:sz w:val="16"/>
              </w:rPr>
              <w:t xml:space="preserve">; </w:t>
            </w:r>
            <w:proofErr w:type="spellStart"/>
            <w:r>
              <w:rPr>
                <w:sz w:val="16"/>
              </w:rPr>
              <w:t>collectivit</w:t>
            </w:r>
            <w:proofErr w:type="spellEnd"/>
            <w:r>
              <w:rPr>
                <w:sz w:val="16"/>
              </w:rPr>
              <w:t xml:space="preserve">; </w:t>
            </w:r>
            <w:proofErr w:type="spellStart"/>
            <w:r>
              <w:rPr>
                <w:sz w:val="16"/>
              </w:rPr>
              <w:t>지방</w:t>
            </w:r>
            <w:proofErr w:type="spellEnd"/>
          </w:p>
        </w:tc>
      </w:tr>
      <w:tr w:rsidR="002D5361" w14:paraId="6FB6970F" w14:textId="77777777">
        <w:trPr>
          <w:cantSplit/>
          <w:jc w:val="center"/>
        </w:trPr>
        <w:tc>
          <w:tcPr>
            <w:tcW w:w="720" w:type="dxa"/>
            <w:shd w:val="clear" w:color="auto" w:fill="F7F9FB"/>
            <w:tcMar>
              <w:top w:w="65" w:type="dxa"/>
              <w:left w:w="80" w:type="dxa"/>
              <w:bottom w:w="65" w:type="dxa"/>
              <w:right w:w="80" w:type="dxa"/>
            </w:tcMar>
            <w:vAlign w:val="center"/>
          </w:tcPr>
          <w:p w14:paraId="0710BF1D" w14:textId="77777777" w:rsidR="002D5361" w:rsidRDefault="00000000">
            <w:r>
              <w:rPr>
                <w:sz w:val="16"/>
              </w:rPr>
              <w:t>11</w:t>
            </w:r>
          </w:p>
        </w:tc>
        <w:tc>
          <w:tcPr>
            <w:tcW w:w="648" w:type="dxa"/>
            <w:shd w:val="clear" w:color="auto" w:fill="F7F9FB"/>
            <w:tcMar>
              <w:top w:w="65" w:type="dxa"/>
              <w:left w:w="80" w:type="dxa"/>
              <w:bottom w:w="65" w:type="dxa"/>
              <w:right w:w="80" w:type="dxa"/>
            </w:tcMar>
            <w:vAlign w:val="center"/>
          </w:tcPr>
          <w:p w14:paraId="288071A3" w14:textId="77777777" w:rsidR="002D5361" w:rsidRDefault="00000000">
            <w:r>
              <w:rPr>
                <w:sz w:val="16"/>
              </w:rPr>
              <w:t>71</w:t>
            </w:r>
          </w:p>
        </w:tc>
        <w:tc>
          <w:tcPr>
            <w:tcW w:w="792" w:type="dxa"/>
            <w:shd w:val="clear" w:color="auto" w:fill="F7F9FB"/>
            <w:tcMar>
              <w:top w:w="65" w:type="dxa"/>
              <w:left w:w="80" w:type="dxa"/>
              <w:bottom w:w="65" w:type="dxa"/>
              <w:right w:w="80" w:type="dxa"/>
            </w:tcMar>
            <w:vAlign w:val="center"/>
          </w:tcPr>
          <w:p w14:paraId="6294333C" w14:textId="77777777" w:rsidR="002D5361" w:rsidRDefault="00000000">
            <w:r>
              <w:rPr>
                <w:sz w:val="16"/>
              </w:rPr>
              <w:t>0.785</w:t>
            </w:r>
          </w:p>
        </w:tc>
        <w:tc>
          <w:tcPr>
            <w:tcW w:w="792" w:type="dxa"/>
            <w:shd w:val="clear" w:color="auto" w:fill="F7F9FB"/>
            <w:tcMar>
              <w:top w:w="65" w:type="dxa"/>
              <w:left w:w="80" w:type="dxa"/>
              <w:bottom w:w="65" w:type="dxa"/>
              <w:right w:w="80" w:type="dxa"/>
            </w:tcMar>
            <w:vAlign w:val="center"/>
          </w:tcPr>
          <w:p w14:paraId="6A7E6766" w14:textId="77777777" w:rsidR="002D5361" w:rsidRDefault="00000000">
            <w:r>
              <w:rPr>
                <w:sz w:val="16"/>
              </w:rPr>
              <w:t>0.040</w:t>
            </w:r>
          </w:p>
        </w:tc>
        <w:tc>
          <w:tcPr>
            <w:tcW w:w="6624" w:type="dxa"/>
            <w:shd w:val="clear" w:color="auto" w:fill="F7F9FB"/>
            <w:tcMar>
              <w:top w:w="65" w:type="dxa"/>
              <w:left w:w="80" w:type="dxa"/>
              <w:bottom w:w="65" w:type="dxa"/>
              <w:right w:w="80" w:type="dxa"/>
            </w:tcMar>
            <w:vAlign w:val="center"/>
          </w:tcPr>
          <w:p w14:paraId="0E51B5C2" w14:textId="77777777" w:rsidR="002D5361" w:rsidRDefault="00000000">
            <w:r>
              <w:rPr>
                <w:sz w:val="16"/>
              </w:rPr>
              <w:t xml:space="preserve">policy; </w:t>
            </w:r>
            <w:proofErr w:type="spellStart"/>
            <w:r>
              <w:rPr>
                <w:sz w:val="16"/>
              </w:rPr>
              <w:t>정책</w:t>
            </w:r>
            <w:proofErr w:type="spellEnd"/>
            <w:r>
              <w:rPr>
                <w:sz w:val="16"/>
              </w:rPr>
              <w:t xml:space="preserve">; local; regional; areas; industry; new; region; </w:t>
            </w:r>
            <w:proofErr w:type="spellStart"/>
            <w:r>
              <w:rPr>
                <w:sz w:val="16"/>
              </w:rPr>
              <w:t>산업</w:t>
            </w:r>
            <w:proofErr w:type="spellEnd"/>
            <w:r>
              <w:rPr>
                <w:sz w:val="16"/>
              </w:rPr>
              <w:t>; cultural</w:t>
            </w:r>
          </w:p>
        </w:tc>
      </w:tr>
      <w:tr w:rsidR="002D5361" w14:paraId="541EAECD" w14:textId="77777777">
        <w:trPr>
          <w:cantSplit/>
          <w:jc w:val="center"/>
        </w:trPr>
        <w:tc>
          <w:tcPr>
            <w:tcW w:w="720" w:type="dxa"/>
            <w:tcMar>
              <w:top w:w="65" w:type="dxa"/>
              <w:left w:w="80" w:type="dxa"/>
              <w:bottom w:w="65" w:type="dxa"/>
              <w:right w:w="80" w:type="dxa"/>
            </w:tcMar>
            <w:vAlign w:val="center"/>
          </w:tcPr>
          <w:p w14:paraId="4ACE1482" w14:textId="77777777" w:rsidR="002D5361" w:rsidRDefault="00000000">
            <w:r>
              <w:rPr>
                <w:sz w:val="16"/>
              </w:rPr>
              <w:t>12</w:t>
            </w:r>
          </w:p>
        </w:tc>
        <w:tc>
          <w:tcPr>
            <w:tcW w:w="648" w:type="dxa"/>
            <w:tcMar>
              <w:top w:w="65" w:type="dxa"/>
              <w:left w:w="80" w:type="dxa"/>
              <w:bottom w:w="65" w:type="dxa"/>
              <w:right w:w="80" w:type="dxa"/>
            </w:tcMar>
            <w:vAlign w:val="center"/>
          </w:tcPr>
          <w:p w14:paraId="5EF59505" w14:textId="77777777" w:rsidR="002D5361" w:rsidRDefault="00000000">
            <w:r>
              <w:rPr>
                <w:sz w:val="16"/>
              </w:rPr>
              <w:t>153</w:t>
            </w:r>
          </w:p>
        </w:tc>
        <w:tc>
          <w:tcPr>
            <w:tcW w:w="792" w:type="dxa"/>
            <w:tcMar>
              <w:top w:w="65" w:type="dxa"/>
              <w:left w:w="80" w:type="dxa"/>
              <w:bottom w:w="65" w:type="dxa"/>
              <w:right w:w="80" w:type="dxa"/>
            </w:tcMar>
            <w:vAlign w:val="center"/>
          </w:tcPr>
          <w:p w14:paraId="0E62B9D6" w14:textId="77777777" w:rsidR="002D5361" w:rsidRDefault="00000000">
            <w:r>
              <w:rPr>
                <w:sz w:val="16"/>
              </w:rPr>
              <w:t>0.776</w:t>
            </w:r>
          </w:p>
        </w:tc>
        <w:tc>
          <w:tcPr>
            <w:tcW w:w="792" w:type="dxa"/>
            <w:tcMar>
              <w:top w:w="65" w:type="dxa"/>
              <w:left w:w="80" w:type="dxa"/>
              <w:bottom w:w="65" w:type="dxa"/>
              <w:right w:w="80" w:type="dxa"/>
            </w:tcMar>
            <w:vAlign w:val="center"/>
          </w:tcPr>
          <w:p w14:paraId="7C7FF21F" w14:textId="77777777" w:rsidR="002D5361" w:rsidRDefault="00000000">
            <w:r>
              <w:rPr>
                <w:sz w:val="16"/>
              </w:rPr>
              <w:t>0.042</w:t>
            </w:r>
          </w:p>
        </w:tc>
        <w:tc>
          <w:tcPr>
            <w:tcW w:w="6624" w:type="dxa"/>
            <w:tcMar>
              <w:top w:w="65" w:type="dxa"/>
              <w:left w:w="80" w:type="dxa"/>
              <w:bottom w:w="65" w:type="dxa"/>
              <w:right w:w="80" w:type="dxa"/>
            </w:tcMar>
            <w:vAlign w:val="center"/>
          </w:tcPr>
          <w:p w14:paraId="537895FB" w14:textId="77777777" w:rsidR="002D5361" w:rsidRDefault="00000000">
            <w:r>
              <w:rPr>
                <w:sz w:val="16"/>
              </w:rPr>
              <w:t xml:space="preserve">local; government; </w:t>
            </w:r>
            <w:proofErr w:type="spellStart"/>
            <w:r>
              <w:rPr>
                <w:sz w:val="16"/>
              </w:rPr>
              <w:t>지방</w:t>
            </w:r>
            <w:proofErr w:type="spellEnd"/>
            <w:r>
              <w:rPr>
                <w:sz w:val="16"/>
              </w:rPr>
              <w:t xml:space="preserve">; decentralization; autonomy; </w:t>
            </w:r>
            <w:proofErr w:type="spellStart"/>
            <w:r>
              <w:rPr>
                <w:sz w:val="16"/>
              </w:rPr>
              <w:t>분권</w:t>
            </w:r>
            <w:proofErr w:type="spellEnd"/>
            <w:r>
              <w:rPr>
                <w:sz w:val="16"/>
              </w:rPr>
              <w:t xml:space="preserve">; governments; </w:t>
            </w:r>
            <w:proofErr w:type="spellStart"/>
            <w:r>
              <w:rPr>
                <w:sz w:val="16"/>
              </w:rPr>
              <w:t>지방자치단체</w:t>
            </w:r>
            <w:proofErr w:type="spellEnd"/>
            <w:r>
              <w:rPr>
                <w:sz w:val="16"/>
              </w:rPr>
              <w:t>; special; act</w:t>
            </w:r>
          </w:p>
        </w:tc>
      </w:tr>
      <w:tr w:rsidR="002D5361" w14:paraId="2A16EFCA" w14:textId="77777777">
        <w:trPr>
          <w:cantSplit/>
          <w:jc w:val="center"/>
        </w:trPr>
        <w:tc>
          <w:tcPr>
            <w:tcW w:w="720" w:type="dxa"/>
            <w:shd w:val="clear" w:color="auto" w:fill="F7F9FB"/>
            <w:tcMar>
              <w:top w:w="65" w:type="dxa"/>
              <w:left w:w="80" w:type="dxa"/>
              <w:bottom w:w="65" w:type="dxa"/>
              <w:right w:w="80" w:type="dxa"/>
            </w:tcMar>
            <w:vAlign w:val="center"/>
          </w:tcPr>
          <w:p w14:paraId="3824C88A" w14:textId="77777777" w:rsidR="002D5361" w:rsidRDefault="00000000">
            <w:r>
              <w:rPr>
                <w:sz w:val="16"/>
              </w:rPr>
              <w:t>13</w:t>
            </w:r>
          </w:p>
        </w:tc>
        <w:tc>
          <w:tcPr>
            <w:tcW w:w="648" w:type="dxa"/>
            <w:shd w:val="clear" w:color="auto" w:fill="F7F9FB"/>
            <w:tcMar>
              <w:top w:w="65" w:type="dxa"/>
              <w:left w:w="80" w:type="dxa"/>
              <w:bottom w:w="65" w:type="dxa"/>
              <w:right w:w="80" w:type="dxa"/>
            </w:tcMar>
            <w:vAlign w:val="center"/>
          </w:tcPr>
          <w:p w14:paraId="762E1658" w14:textId="77777777" w:rsidR="002D5361" w:rsidRDefault="00000000">
            <w:r>
              <w:rPr>
                <w:sz w:val="16"/>
              </w:rPr>
              <w:t>142</w:t>
            </w:r>
          </w:p>
        </w:tc>
        <w:tc>
          <w:tcPr>
            <w:tcW w:w="792" w:type="dxa"/>
            <w:shd w:val="clear" w:color="auto" w:fill="F7F9FB"/>
            <w:tcMar>
              <w:top w:w="65" w:type="dxa"/>
              <w:left w:w="80" w:type="dxa"/>
              <w:bottom w:w="65" w:type="dxa"/>
              <w:right w:w="80" w:type="dxa"/>
            </w:tcMar>
            <w:vAlign w:val="center"/>
          </w:tcPr>
          <w:p w14:paraId="611C215B" w14:textId="77777777" w:rsidR="002D5361" w:rsidRDefault="00000000">
            <w:r>
              <w:rPr>
                <w:sz w:val="16"/>
              </w:rPr>
              <w:t>0.833</w:t>
            </w:r>
          </w:p>
        </w:tc>
        <w:tc>
          <w:tcPr>
            <w:tcW w:w="792" w:type="dxa"/>
            <w:shd w:val="clear" w:color="auto" w:fill="F7F9FB"/>
            <w:tcMar>
              <w:top w:w="65" w:type="dxa"/>
              <w:left w:w="80" w:type="dxa"/>
              <w:bottom w:w="65" w:type="dxa"/>
              <w:right w:w="80" w:type="dxa"/>
            </w:tcMar>
            <w:vAlign w:val="center"/>
          </w:tcPr>
          <w:p w14:paraId="0F3895C6" w14:textId="77777777" w:rsidR="002D5361" w:rsidRDefault="00000000">
            <w:r>
              <w:rPr>
                <w:sz w:val="16"/>
              </w:rPr>
              <w:t>0.144</w:t>
            </w:r>
          </w:p>
        </w:tc>
        <w:tc>
          <w:tcPr>
            <w:tcW w:w="6624" w:type="dxa"/>
            <w:shd w:val="clear" w:color="auto" w:fill="F7F9FB"/>
            <w:tcMar>
              <w:top w:w="65" w:type="dxa"/>
              <w:left w:w="80" w:type="dxa"/>
              <w:bottom w:w="65" w:type="dxa"/>
              <w:right w:w="80" w:type="dxa"/>
            </w:tcMar>
            <w:vAlign w:val="center"/>
          </w:tcPr>
          <w:p w14:paraId="08D68E1F" w14:textId="77777777" w:rsidR="002D5361" w:rsidRDefault="00000000">
            <w:r>
              <w:rPr>
                <w:sz w:val="16"/>
              </w:rPr>
              <w:t xml:space="preserve">regional; innovation; </w:t>
            </w:r>
            <w:proofErr w:type="spellStart"/>
            <w:r>
              <w:rPr>
                <w:sz w:val="16"/>
              </w:rPr>
              <w:t>혁신</w:t>
            </w:r>
            <w:proofErr w:type="spellEnd"/>
            <w:r>
              <w:rPr>
                <w:sz w:val="16"/>
              </w:rPr>
              <w:t xml:space="preserve">; </w:t>
            </w:r>
            <w:proofErr w:type="spellStart"/>
            <w:r>
              <w:rPr>
                <w:sz w:val="16"/>
              </w:rPr>
              <w:t>산업</w:t>
            </w:r>
            <w:proofErr w:type="spellEnd"/>
            <w:r>
              <w:rPr>
                <w:sz w:val="16"/>
              </w:rPr>
              <w:t>; economic; industrial; growth; policy; development; industry</w:t>
            </w:r>
          </w:p>
        </w:tc>
      </w:tr>
      <w:tr w:rsidR="002D5361" w14:paraId="495D6ADE" w14:textId="77777777">
        <w:trPr>
          <w:cantSplit/>
          <w:jc w:val="center"/>
        </w:trPr>
        <w:tc>
          <w:tcPr>
            <w:tcW w:w="720" w:type="dxa"/>
            <w:tcMar>
              <w:top w:w="65" w:type="dxa"/>
              <w:left w:w="80" w:type="dxa"/>
              <w:bottom w:w="65" w:type="dxa"/>
              <w:right w:w="80" w:type="dxa"/>
            </w:tcMar>
            <w:vAlign w:val="center"/>
          </w:tcPr>
          <w:p w14:paraId="4CF9D885" w14:textId="77777777" w:rsidR="002D5361" w:rsidRDefault="00000000">
            <w:r>
              <w:rPr>
                <w:sz w:val="16"/>
              </w:rPr>
              <w:t>14</w:t>
            </w:r>
          </w:p>
        </w:tc>
        <w:tc>
          <w:tcPr>
            <w:tcW w:w="648" w:type="dxa"/>
            <w:tcMar>
              <w:top w:w="65" w:type="dxa"/>
              <w:left w:w="80" w:type="dxa"/>
              <w:bottom w:w="65" w:type="dxa"/>
              <w:right w:w="80" w:type="dxa"/>
            </w:tcMar>
            <w:vAlign w:val="center"/>
          </w:tcPr>
          <w:p w14:paraId="27F452BD" w14:textId="77777777" w:rsidR="002D5361" w:rsidRDefault="00000000">
            <w:r>
              <w:rPr>
                <w:sz w:val="16"/>
              </w:rPr>
              <w:t>88</w:t>
            </w:r>
          </w:p>
        </w:tc>
        <w:tc>
          <w:tcPr>
            <w:tcW w:w="792" w:type="dxa"/>
            <w:tcMar>
              <w:top w:w="65" w:type="dxa"/>
              <w:left w:w="80" w:type="dxa"/>
              <w:bottom w:w="65" w:type="dxa"/>
              <w:right w:w="80" w:type="dxa"/>
            </w:tcMar>
            <w:vAlign w:val="center"/>
          </w:tcPr>
          <w:p w14:paraId="6316F021" w14:textId="77777777" w:rsidR="002D5361" w:rsidRDefault="00000000">
            <w:r>
              <w:rPr>
                <w:sz w:val="16"/>
              </w:rPr>
              <w:t>0.812</w:t>
            </w:r>
          </w:p>
        </w:tc>
        <w:tc>
          <w:tcPr>
            <w:tcW w:w="792" w:type="dxa"/>
            <w:tcMar>
              <w:top w:w="65" w:type="dxa"/>
              <w:left w:w="80" w:type="dxa"/>
              <w:bottom w:w="65" w:type="dxa"/>
              <w:right w:w="80" w:type="dxa"/>
            </w:tcMar>
            <w:vAlign w:val="center"/>
          </w:tcPr>
          <w:p w14:paraId="0207092B" w14:textId="77777777" w:rsidR="002D5361" w:rsidRDefault="00000000">
            <w:r>
              <w:rPr>
                <w:sz w:val="16"/>
              </w:rPr>
              <w:t>0.124</w:t>
            </w:r>
          </w:p>
        </w:tc>
        <w:tc>
          <w:tcPr>
            <w:tcW w:w="6624" w:type="dxa"/>
            <w:tcMar>
              <w:top w:w="65" w:type="dxa"/>
              <w:left w:w="80" w:type="dxa"/>
              <w:bottom w:w="65" w:type="dxa"/>
              <w:right w:w="80" w:type="dxa"/>
            </w:tcMar>
            <w:vAlign w:val="center"/>
          </w:tcPr>
          <w:p w14:paraId="62F76EAA" w14:textId="77777777" w:rsidR="002D5361" w:rsidRDefault="00000000">
            <w:r>
              <w:rPr>
                <w:sz w:val="16"/>
              </w:rPr>
              <w:t xml:space="preserve">fiscal; </w:t>
            </w:r>
            <w:proofErr w:type="spellStart"/>
            <w:r>
              <w:rPr>
                <w:sz w:val="16"/>
              </w:rPr>
              <w:t>재정</w:t>
            </w:r>
            <w:proofErr w:type="spellEnd"/>
            <w:r>
              <w:rPr>
                <w:sz w:val="16"/>
              </w:rPr>
              <w:t xml:space="preserve">; local; decentralization; tax; </w:t>
            </w:r>
            <w:proofErr w:type="spellStart"/>
            <w:r>
              <w:rPr>
                <w:sz w:val="16"/>
              </w:rPr>
              <w:t>분권</w:t>
            </w:r>
            <w:proofErr w:type="spellEnd"/>
            <w:r>
              <w:rPr>
                <w:sz w:val="16"/>
              </w:rPr>
              <w:t>; government; governments; welfare; financial</w:t>
            </w:r>
          </w:p>
        </w:tc>
      </w:tr>
    </w:tbl>
    <w:p w14:paraId="1FD9A1D7" w14:textId="77777777" w:rsidR="002D5361" w:rsidRDefault="00000000">
      <w:r>
        <w:rPr>
          <w:b/>
          <w:sz w:val="16"/>
        </w:rPr>
        <w:t>Note.</w:t>
      </w:r>
      <w:r>
        <w:rPr>
          <w:sz w:val="16"/>
        </w:rPr>
        <w:t xml:space="preserve"> Coherence varies substantially across LDA components; some topics, including T6, contain multilingual or weakly consolidated term sets. T6 is neither part of the demographic family (T2 + T7) nor the best single demographic match (T7), so this low-coherence component does not affect the demographic comparison reported in Table S21.</w:t>
      </w:r>
    </w:p>
    <w:p w14:paraId="7B226AC0" w14:textId="77777777" w:rsidR="002D5361" w:rsidRDefault="002D5361">
      <w:pPr>
        <w:spacing w:after="0"/>
      </w:pPr>
    </w:p>
    <w:p w14:paraId="72664A0C" w14:textId="77777777" w:rsidR="002D5361" w:rsidRDefault="00000000">
      <w:pPr>
        <w:spacing w:after="200"/>
        <w:jc w:val="left"/>
        <w:rPr>
          <w:rFonts w:eastAsiaTheme="minorEastAsia"/>
          <w:b/>
          <w:sz w:val="19"/>
        </w:rPr>
      </w:pPr>
      <w:r>
        <w:br w:type="page"/>
      </w:r>
    </w:p>
    <w:p w14:paraId="5933A9C4" w14:textId="77777777" w:rsidR="002D5361" w:rsidRDefault="00000000">
      <w:pPr>
        <w:pStyle w:val="TableCaption"/>
      </w:pPr>
      <w:r>
        <w:lastRenderedPageBreak/>
        <w:t xml:space="preserve">Table S21. Demographic trajectory in </w:t>
      </w:r>
      <w:proofErr w:type="spellStart"/>
      <w:r>
        <w:t>BERTopic</w:t>
      </w:r>
      <w:proofErr w:type="spellEnd"/>
      <w:r>
        <w:t xml:space="preserve"> and the same-corpus LDA baseline; all-document denominator</w:t>
      </w:r>
    </w:p>
    <w:tbl>
      <w:tblPr>
        <w:tblStyle w:val="TableGrid"/>
        <w:tblW w:w="0" w:type="auto"/>
        <w:jc w:val="center"/>
        <w:tblLook w:val="04A0" w:firstRow="1" w:lastRow="0" w:firstColumn="1" w:lastColumn="0" w:noHBand="0" w:noVBand="1"/>
      </w:tblPr>
      <w:tblGrid>
        <w:gridCol w:w="3024"/>
        <w:gridCol w:w="648"/>
        <w:gridCol w:w="864"/>
        <w:gridCol w:w="864"/>
        <w:gridCol w:w="864"/>
        <w:gridCol w:w="864"/>
        <w:gridCol w:w="1440"/>
      </w:tblGrid>
      <w:tr w:rsidR="002D5361" w14:paraId="6B3F7519" w14:textId="77777777">
        <w:trPr>
          <w:cantSplit/>
          <w:tblHeader/>
          <w:jc w:val="center"/>
        </w:trPr>
        <w:tc>
          <w:tcPr>
            <w:tcW w:w="3024" w:type="dxa"/>
            <w:shd w:val="clear" w:color="auto" w:fill="D9EAF7"/>
            <w:tcMar>
              <w:top w:w="65" w:type="dxa"/>
              <w:left w:w="80" w:type="dxa"/>
              <w:bottom w:w="65" w:type="dxa"/>
              <w:right w:w="80" w:type="dxa"/>
            </w:tcMar>
            <w:vAlign w:val="center"/>
          </w:tcPr>
          <w:p w14:paraId="2E04A456" w14:textId="77777777" w:rsidR="002D5361" w:rsidRDefault="00000000">
            <w:r>
              <w:rPr>
                <w:b/>
                <w:sz w:val="16"/>
              </w:rPr>
              <w:t>Model/unit</w:t>
            </w:r>
          </w:p>
        </w:tc>
        <w:tc>
          <w:tcPr>
            <w:tcW w:w="648" w:type="dxa"/>
            <w:shd w:val="clear" w:color="auto" w:fill="D9EAF7"/>
            <w:tcMar>
              <w:top w:w="65" w:type="dxa"/>
              <w:left w:w="80" w:type="dxa"/>
              <w:bottom w:w="65" w:type="dxa"/>
              <w:right w:w="80" w:type="dxa"/>
            </w:tcMar>
            <w:vAlign w:val="center"/>
          </w:tcPr>
          <w:p w14:paraId="032152CF" w14:textId="77777777" w:rsidR="002D5361" w:rsidRDefault="00000000">
            <w:r>
              <w:rPr>
                <w:b/>
                <w:sz w:val="16"/>
              </w:rPr>
              <w:t>n</w:t>
            </w:r>
          </w:p>
        </w:tc>
        <w:tc>
          <w:tcPr>
            <w:tcW w:w="864" w:type="dxa"/>
            <w:shd w:val="clear" w:color="auto" w:fill="D9EAF7"/>
            <w:tcMar>
              <w:top w:w="65" w:type="dxa"/>
              <w:left w:w="80" w:type="dxa"/>
              <w:bottom w:w="65" w:type="dxa"/>
              <w:right w:w="80" w:type="dxa"/>
            </w:tcMar>
            <w:vAlign w:val="center"/>
          </w:tcPr>
          <w:p w14:paraId="30728154" w14:textId="77777777" w:rsidR="002D5361" w:rsidRDefault="00000000">
            <w:r>
              <w:rPr>
                <w:b/>
                <w:sz w:val="16"/>
              </w:rPr>
              <w:t>I % all</w:t>
            </w:r>
          </w:p>
        </w:tc>
        <w:tc>
          <w:tcPr>
            <w:tcW w:w="864" w:type="dxa"/>
            <w:shd w:val="clear" w:color="auto" w:fill="D9EAF7"/>
            <w:tcMar>
              <w:top w:w="65" w:type="dxa"/>
              <w:left w:w="80" w:type="dxa"/>
              <w:bottom w:w="65" w:type="dxa"/>
              <w:right w:w="80" w:type="dxa"/>
            </w:tcMar>
            <w:vAlign w:val="center"/>
          </w:tcPr>
          <w:p w14:paraId="33D83ADA" w14:textId="77777777" w:rsidR="002D5361" w:rsidRDefault="00000000">
            <w:r>
              <w:rPr>
                <w:b/>
                <w:sz w:val="16"/>
              </w:rPr>
              <w:t>II % all</w:t>
            </w:r>
          </w:p>
        </w:tc>
        <w:tc>
          <w:tcPr>
            <w:tcW w:w="864" w:type="dxa"/>
            <w:shd w:val="clear" w:color="auto" w:fill="D9EAF7"/>
            <w:tcMar>
              <w:top w:w="65" w:type="dxa"/>
              <w:left w:w="80" w:type="dxa"/>
              <w:bottom w:w="65" w:type="dxa"/>
              <w:right w:w="80" w:type="dxa"/>
            </w:tcMar>
            <w:vAlign w:val="center"/>
          </w:tcPr>
          <w:p w14:paraId="095684AE" w14:textId="77777777" w:rsidR="002D5361" w:rsidRDefault="00000000">
            <w:r>
              <w:rPr>
                <w:b/>
                <w:sz w:val="16"/>
              </w:rPr>
              <w:t>III % all</w:t>
            </w:r>
          </w:p>
        </w:tc>
        <w:tc>
          <w:tcPr>
            <w:tcW w:w="864" w:type="dxa"/>
            <w:shd w:val="clear" w:color="auto" w:fill="D9EAF7"/>
            <w:tcMar>
              <w:top w:w="65" w:type="dxa"/>
              <w:left w:w="80" w:type="dxa"/>
              <w:bottom w:w="65" w:type="dxa"/>
              <w:right w:w="80" w:type="dxa"/>
            </w:tcMar>
            <w:vAlign w:val="center"/>
          </w:tcPr>
          <w:p w14:paraId="572CC5A0" w14:textId="77777777" w:rsidR="002D5361" w:rsidRDefault="00000000">
            <w:r>
              <w:rPr>
                <w:b/>
                <w:sz w:val="16"/>
              </w:rPr>
              <w:t>IV % all</w:t>
            </w:r>
          </w:p>
        </w:tc>
        <w:tc>
          <w:tcPr>
            <w:tcW w:w="1440" w:type="dxa"/>
            <w:shd w:val="clear" w:color="auto" w:fill="D9EAF7"/>
            <w:tcMar>
              <w:top w:w="65" w:type="dxa"/>
              <w:left w:w="80" w:type="dxa"/>
              <w:bottom w:w="65" w:type="dxa"/>
              <w:right w:w="80" w:type="dxa"/>
            </w:tcMar>
            <w:vAlign w:val="center"/>
          </w:tcPr>
          <w:p w14:paraId="6BA670BA" w14:textId="77777777" w:rsidR="002D5361" w:rsidRDefault="00000000">
            <w:r>
              <w:rPr>
                <w:b/>
                <w:sz w:val="16"/>
              </w:rPr>
              <w:t>Overlap/Jaccard</w:t>
            </w:r>
          </w:p>
        </w:tc>
      </w:tr>
      <w:tr w:rsidR="002D5361" w14:paraId="25845FFB" w14:textId="77777777">
        <w:trPr>
          <w:cantSplit/>
          <w:jc w:val="center"/>
        </w:trPr>
        <w:tc>
          <w:tcPr>
            <w:tcW w:w="3024" w:type="dxa"/>
            <w:tcMar>
              <w:top w:w="65" w:type="dxa"/>
              <w:left w:w="80" w:type="dxa"/>
              <w:bottom w:w="65" w:type="dxa"/>
              <w:right w:w="80" w:type="dxa"/>
            </w:tcMar>
            <w:vAlign w:val="center"/>
          </w:tcPr>
          <w:p w14:paraId="7C7C1EB7" w14:textId="77777777" w:rsidR="002D5361" w:rsidRDefault="00000000">
            <w:proofErr w:type="spellStart"/>
            <w:r>
              <w:rPr>
                <w:sz w:val="16"/>
              </w:rPr>
              <w:t>BERTopic</w:t>
            </w:r>
            <w:proofErr w:type="spellEnd"/>
            <w:r>
              <w:rPr>
                <w:sz w:val="16"/>
              </w:rPr>
              <w:t xml:space="preserve"> T4</w:t>
            </w:r>
          </w:p>
        </w:tc>
        <w:tc>
          <w:tcPr>
            <w:tcW w:w="648" w:type="dxa"/>
            <w:tcMar>
              <w:top w:w="65" w:type="dxa"/>
              <w:left w:w="80" w:type="dxa"/>
              <w:bottom w:w="65" w:type="dxa"/>
              <w:right w:w="80" w:type="dxa"/>
            </w:tcMar>
            <w:vAlign w:val="center"/>
          </w:tcPr>
          <w:p w14:paraId="40B33C34" w14:textId="77777777" w:rsidR="002D5361" w:rsidRDefault="00000000">
            <w:r>
              <w:rPr>
                <w:sz w:val="16"/>
              </w:rPr>
              <w:t>101</w:t>
            </w:r>
          </w:p>
        </w:tc>
        <w:tc>
          <w:tcPr>
            <w:tcW w:w="864" w:type="dxa"/>
            <w:tcMar>
              <w:top w:w="65" w:type="dxa"/>
              <w:left w:w="80" w:type="dxa"/>
              <w:bottom w:w="65" w:type="dxa"/>
              <w:right w:w="80" w:type="dxa"/>
            </w:tcMar>
            <w:vAlign w:val="center"/>
          </w:tcPr>
          <w:p w14:paraId="37197C1F" w14:textId="77777777" w:rsidR="002D5361" w:rsidRDefault="00000000">
            <w:r>
              <w:rPr>
                <w:sz w:val="16"/>
              </w:rPr>
              <w:t>1.49</w:t>
            </w:r>
          </w:p>
        </w:tc>
        <w:tc>
          <w:tcPr>
            <w:tcW w:w="864" w:type="dxa"/>
            <w:tcMar>
              <w:top w:w="65" w:type="dxa"/>
              <w:left w:w="80" w:type="dxa"/>
              <w:bottom w:w="65" w:type="dxa"/>
              <w:right w:w="80" w:type="dxa"/>
            </w:tcMar>
            <w:vAlign w:val="center"/>
          </w:tcPr>
          <w:p w14:paraId="67BB73F2" w14:textId="77777777" w:rsidR="002D5361" w:rsidRDefault="00000000">
            <w:r>
              <w:rPr>
                <w:sz w:val="16"/>
              </w:rPr>
              <w:t>3.70</w:t>
            </w:r>
          </w:p>
        </w:tc>
        <w:tc>
          <w:tcPr>
            <w:tcW w:w="864" w:type="dxa"/>
            <w:tcMar>
              <w:top w:w="65" w:type="dxa"/>
              <w:left w:w="80" w:type="dxa"/>
              <w:bottom w:w="65" w:type="dxa"/>
              <w:right w:w="80" w:type="dxa"/>
            </w:tcMar>
            <w:vAlign w:val="center"/>
          </w:tcPr>
          <w:p w14:paraId="1D5BFE15" w14:textId="77777777" w:rsidR="002D5361" w:rsidRDefault="00000000">
            <w:r>
              <w:rPr>
                <w:sz w:val="16"/>
              </w:rPr>
              <w:t>6.10</w:t>
            </w:r>
          </w:p>
        </w:tc>
        <w:tc>
          <w:tcPr>
            <w:tcW w:w="864" w:type="dxa"/>
            <w:tcMar>
              <w:top w:w="65" w:type="dxa"/>
              <w:left w:w="80" w:type="dxa"/>
              <w:bottom w:w="65" w:type="dxa"/>
              <w:right w:w="80" w:type="dxa"/>
            </w:tcMar>
            <w:vAlign w:val="center"/>
          </w:tcPr>
          <w:p w14:paraId="6D2F2612" w14:textId="77777777" w:rsidR="002D5361" w:rsidRDefault="00000000">
            <w:r>
              <w:rPr>
                <w:sz w:val="16"/>
              </w:rPr>
              <w:t>16.59</w:t>
            </w:r>
          </w:p>
        </w:tc>
        <w:tc>
          <w:tcPr>
            <w:tcW w:w="1440" w:type="dxa"/>
            <w:tcMar>
              <w:top w:w="65" w:type="dxa"/>
              <w:left w:w="80" w:type="dxa"/>
              <w:bottom w:w="65" w:type="dxa"/>
              <w:right w:w="80" w:type="dxa"/>
            </w:tcMar>
            <w:vAlign w:val="center"/>
          </w:tcPr>
          <w:p w14:paraId="44D47474" w14:textId="77777777" w:rsidR="002D5361" w:rsidRDefault="00000000">
            <w:r>
              <w:rPr>
                <w:sz w:val="16"/>
              </w:rPr>
              <w:t>reference</w:t>
            </w:r>
          </w:p>
        </w:tc>
      </w:tr>
      <w:tr w:rsidR="002D5361" w14:paraId="7A89E947" w14:textId="77777777">
        <w:trPr>
          <w:cantSplit/>
          <w:jc w:val="center"/>
        </w:trPr>
        <w:tc>
          <w:tcPr>
            <w:tcW w:w="3024" w:type="dxa"/>
            <w:shd w:val="clear" w:color="auto" w:fill="F7F9FB"/>
            <w:tcMar>
              <w:top w:w="65" w:type="dxa"/>
              <w:left w:w="80" w:type="dxa"/>
              <w:bottom w:w="65" w:type="dxa"/>
              <w:right w:w="80" w:type="dxa"/>
            </w:tcMar>
            <w:vAlign w:val="center"/>
          </w:tcPr>
          <w:p w14:paraId="6262F1DB" w14:textId="77777777" w:rsidR="002D5361" w:rsidRDefault="00000000">
            <w:r>
              <w:rPr>
                <w:sz w:val="16"/>
              </w:rPr>
              <w:t>LDA best single T7</w:t>
            </w:r>
          </w:p>
        </w:tc>
        <w:tc>
          <w:tcPr>
            <w:tcW w:w="648" w:type="dxa"/>
            <w:shd w:val="clear" w:color="auto" w:fill="F7F9FB"/>
            <w:tcMar>
              <w:top w:w="65" w:type="dxa"/>
              <w:left w:w="80" w:type="dxa"/>
              <w:bottom w:w="65" w:type="dxa"/>
              <w:right w:w="80" w:type="dxa"/>
            </w:tcMar>
            <w:vAlign w:val="center"/>
          </w:tcPr>
          <w:p w14:paraId="08E537F4" w14:textId="77777777" w:rsidR="002D5361" w:rsidRDefault="00000000">
            <w:r>
              <w:rPr>
                <w:sz w:val="16"/>
              </w:rPr>
              <w:t>86</w:t>
            </w:r>
          </w:p>
        </w:tc>
        <w:tc>
          <w:tcPr>
            <w:tcW w:w="864" w:type="dxa"/>
            <w:shd w:val="clear" w:color="auto" w:fill="F7F9FB"/>
            <w:tcMar>
              <w:top w:w="65" w:type="dxa"/>
              <w:left w:w="80" w:type="dxa"/>
              <w:bottom w:w="65" w:type="dxa"/>
              <w:right w:w="80" w:type="dxa"/>
            </w:tcMar>
            <w:vAlign w:val="center"/>
          </w:tcPr>
          <w:p w14:paraId="5CA03380" w14:textId="77777777" w:rsidR="002D5361" w:rsidRDefault="00000000">
            <w:r>
              <w:rPr>
                <w:sz w:val="16"/>
              </w:rPr>
              <w:t>2.24</w:t>
            </w:r>
          </w:p>
        </w:tc>
        <w:tc>
          <w:tcPr>
            <w:tcW w:w="864" w:type="dxa"/>
            <w:shd w:val="clear" w:color="auto" w:fill="F7F9FB"/>
            <w:tcMar>
              <w:top w:w="65" w:type="dxa"/>
              <w:left w:w="80" w:type="dxa"/>
              <w:bottom w:w="65" w:type="dxa"/>
              <w:right w:w="80" w:type="dxa"/>
            </w:tcMar>
            <w:vAlign w:val="center"/>
          </w:tcPr>
          <w:p w14:paraId="08E4A79F" w14:textId="77777777" w:rsidR="002D5361" w:rsidRDefault="00000000">
            <w:r>
              <w:rPr>
                <w:sz w:val="16"/>
              </w:rPr>
              <w:t>3.33</w:t>
            </w:r>
          </w:p>
        </w:tc>
        <w:tc>
          <w:tcPr>
            <w:tcW w:w="864" w:type="dxa"/>
            <w:shd w:val="clear" w:color="auto" w:fill="F7F9FB"/>
            <w:tcMar>
              <w:top w:w="65" w:type="dxa"/>
              <w:left w:w="80" w:type="dxa"/>
              <w:bottom w:w="65" w:type="dxa"/>
              <w:right w:w="80" w:type="dxa"/>
            </w:tcMar>
            <w:vAlign w:val="center"/>
          </w:tcPr>
          <w:p w14:paraId="46FF2460" w14:textId="77777777" w:rsidR="002D5361" w:rsidRDefault="00000000">
            <w:r>
              <w:rPr>
                <w:sz w:val="16"/>
              </w:rPr>
              <w:t>7.80</w:t>
            </w:r>
          </w:p>
        </w:tc>
        <w:tc>
          <w:tcPr>
            <w:tcW w:w="864" w:type="dxa"/>
            <w:shd w:val="clear" w:color="auto" w:fill="F7F9FB"/>
            <w:tcMar>
              <w:top w:w="65" w:type="dxa"/>
              <w:left w:w="80" w:type="dxa"/>
              <w:bottom w:w="65" w:type="dxa"/>
              <w:right w:w="80" w:type="dxa"/>
            </w:tcMar>
            <w:vAlign w:val="center"/>
          </w:tcPr>
          <w:p w14:paraId="452357C2" w14:textId="77777777" w:rsidR="002D5361" w:rsidRDefault="00000000">
            <w:r>
              <w:rPr>
                <w:sz w:val="16"/>
              </w:rPr>
              <w:t>11.92</w:t>
            </w:r>
          </w:p>
        </w:tc>
        <w:tc>
          <w:tcPr>
            <w:tcW w:w="1440" w:type="dxa"/>
            <w:shd w:val="clear" w:color="auto" w:fill="F7F9FB"/>
            <w:tcMar>
              <w:top w:w="65" w:type="dxa"/>
              <w:left w:w="80" w:type="dxa"/>
              <w:bottom w:w="65" w:type="dxa"/>
              <w:right w:w="80" w:type="dxa"/>
            </w:tcMar>
            <w:vAlign w:val="center"/>
          </w:tcPr>
          <w:p w14:paraId="77EA81FE" w14:textId="77777777" w:rsidR="002D5361" w:rsidRDefault="00000000">
            <w:r>
              <w:rPr>
                <w:sz w:val="16"/>
              </w:rPr>
              <w:t>37 / 0.247</w:t>
            </w:r>
          </w:p>
        </w:tc>
      </w:tr>
      <w:tr w:rsidR="002D5361" w14:paraId="2664368D" w14:textId="77777777">
        <w:trPr>
          <w:cantSplit/>
          <w:jc w:val="center"/>
        </w:trPr>
        <w:tc>
          <w:tcPr>
            <w:tcW w:w="3024" w:type="dxa"/>
            <w:tcMar>
              <w:top w:w="65" w:type="dxa"/>
              <w:left w:w="80" w:type="dxa"/>
              <w:bottom w:w="65" w:type="dxa"/>
              <w:right w:w="80" w:type="dxa"/>
            </w:tcMar>
            <w:vAlign w:val="center"/>
          </w:tcPr>
          <w:p w14:paraId="17C73A50" w14:textId="77777777" w:rsidR="002D5361" w:rsidRDefault="00000000">
            <w:r>
              <w:rPr>
                <w:sz w:val="16"/>
              </w:rPr>
              <w:t>LDA family T2+T7</w:t>
            </w:r>
          </w:p>
        </w:tc>
        <w:tc>
          <w:tcPr>
            <w:tcW w:w="648" w:type="dxa"/>
            <w:tcMar>
              <w:top w:w="65" w:type="dxa"/>
              <w:left w:w="80" w:type="dxa"/>
              <w:bottom w:w="65" w:type="dxa"/>
              <w:right w:w="80" w:type="dxa"/>
            </w:tcMar>
            <w:vAlign w:val="center"/>
          </w:tcPr>
          <w:p w14:paraId="5114C9BB" w14:textId="77777777" w:rsidR="002D5361" w:rsidRDefault="00000000">
            <w:r>
              <w:rPr>
                <w:sz w:val="16"/>
              </w:rPr>
              <w:t>154</w:t>
            </w:r>
          </w:p>
        </w:tc>
        <w:tc>
          <w:tcPr>
            <w:tcW w:w="864" w:type="dxa"/>
            <w:tcMar>
              <w:top w:w="65" w:type="dxa"/>
              <w:left w:w="80" w:type="dxa"/>
              <w:bottom w:w="65" w:type="dxa"/>
              <w:right w:w="80" w:type="dxa"/>
            </w:tcMar>
            <w:vAlign w:val="center"/>
          </w:tcPr>
          <w:p w14:paraId="258BED64" w14:textId="77777777" w:rsidR="002D5361" w:rsidRDefault="00000000">
            <w:r>
              <w:rPr>
                <w:sz w:val="16"/>
              </w:rPr>
              <w:t>3.73</w:t>
            </w:r>
          </w:p>
        </w:tc>
        <w:tc>
          <w:tcPr>
            <w:tcW w:w="864" w:type="dxa"/>
            <w:tcMar>
              <w:top w:w="65" w:type="dxa"/>
              <w:left w:w="80" w:type="dxa"/>
              <w:bottom w:w="65" w:type="dxa"/>
              <w:right w:w="80" w:type="dxa"/>
            </w:tcMar>
            <w:vAlign w:val="center"/>
          </w:tcPr>
          <w:p w14:paraId="041EE2BC" w14:textId="77777777" w:rsidR="002D5361" w:rsidRDefault="00000000">
            <w:r>
              <w:rPr>
                <w:sz w:val="16"/>
              </w:rPr>
              <w:t>5.56</w:t>
            </w:r>
          </w:p>
        </w:tc>
        <w:tc>
          <w:tcPr>
            <w:tcW w:w="864" w:type="dxa"/>
            <w:tcMar>
              <w:top w:w="65" w:type="dxa"/>
              <w:left w:w="80" w:type="dxa"/>
              <w:bottom w:w="65" w:type="dxa"/>
              <w:right w:w="80" w:type="dxa"/>
            </w:tcMar>
            <w:vAlign w:val="center"/>
          </w:tcPr>
          <w:p w14:paraId="2FECEBC3" w14:textId="77777777" w:rsidR="002D5361" w:rsidRDefault="00000000">
            <w:r>
              <w:rPr>
                <w:sz w:val="16"/>
              </w:rPr>
              <w:t>8.47</w:t>
            </w:r>
          </w:p>
        </w:tc>
        <w:tc>
          <w:tcPr>
            <w:tcW w:w="864" w:type="dxa"/>
            <w:tcMar>
              <w:top w:w="65" w:type="dxa"/>
              <w:left w:w="80" w:type="dxa"/>
              <w:bottom w:w="65" w:type="dxa"/>
              <w:right w:w="80" w:type="dxa"/>
            </w:tcMar>
            <w:vAlign w:val="center"/>
          </w:tcPr>
          <w:p w14:paraId="2F1D6AC9" w14:textId="77777777" w:rsidR="002D5361" w:rsidRDefault="00000000">
            <w:r>
              <w:rPr>
                <w:sz w:val="16"/>
              </w:rPr>
              <w:t>25.47</w:t>
            </w:r>
          </w:p>
        </w:tc>
        <w:tc>
          <w:tcPr>
            <w:tcW w:w="1440" w:type="dxa"/>
            <w:tcMar>
              <w:top w:w="65" w:type="dxa"/>
              <w:left w:w="80" w:type="dxa"/>
              <w:bottom w:w="65" w:type="dxa"/>
              <w:right w:w="80" w:type="dxa"/>
            </w:tcMar>
            <w:vAlign w:val="center"/>
          </w:tcPr>
          <w:p w14:paraId="16967DC9" w14:textId="77777777" w:rsidR="002D5361" w:rsidRDefault="00000000">
            <w:r>
              <w:rPr>
                <w:sz w:val="16"/>
              </w:rPr>
              <w:t>58 / 0.294</w:t>
            </w:r>
          </w:p>
        </w:tc>
      </w:tr>
    </w:tbl>
    <w:p w14:paraId="6D8D9157" w14:textId="77777777" w:rsidR="002D5361" w:rsidRDefault="00000000">
      <w:pPr>
        <w:spacing w:after="120" w:line="259" w:lineRule="auto"/>
        <w:ind w:firstLine="312"/>
      </w:pPr>
      <w:r>
        <w:rPr>
          <w:b/>
          <w:sz w:val="16"/>
        </w:rPr>
        <w:t>Note.</w:t>
      </w:r>
      <w:r>
        <w:rPr>
          <w:sz w:val="16"/>
        </w:rPr>
        <w:t xml:space="preserve"> Every percentage in Table S21 uses all documents in the corresponding period (N = 134, 270, 295, and 428). The classified-document </w:t>
      </w:r>
      <w:proofErr w:type="spellStart"/>
      <w:r>
        <w:rPr>
          <w:sz w:val="16"/>
        </w:rPr>
        <w:t>BERTopic</w:t>
      </w:r>
      <w:proofErr w:type="spellEnd"/>
      <w:r>
        <w:rPr>
          <w:sz w:val="16"/>
        </w:rPr>
        <w:t xml:space="preserve"> trajectory remains available in main Table 4 and SI Tables S3–S4.</w:t>
      </w:r>
    </w:p>
    <w:p w14:paraId="6B0DB9CD" w14:textId="77777777" w:rsidR="002D5361" w:rsidRDefault="002D5361">
      <w:pPr>
        <w:spacing w:after="0"/>
      </w:pPr>
    </w:p>
    <w:p w14:paraId="089DEFC7" w14:textId="77777777" w:rsidR="002D5361" w:rsidRDefault="00000000">
      <w:pPr>
        <w:spacing w:after="120" w:line="259" w:lineRule="auto"/>
      </w:pPr>
      <w:r>
        <w:t>The LDA single-topic trend is z = 4.781 (p = 1.74×10⁻⁶); the two-topic family trend is z = 8.244 (p = 1.67×10⁻¹⁶). These tests support directional convergence, while Jaccard values show limited membership convergence.</w:t>
      </w:r>
    </w:p>
    <w:p w14:paraId="2E0453FA" w14:textId="77777777" w:rsidR="002D5361" w:rsidRDefault="00000000">
      <w:pPr>
        <w:pStyle w:val="Heading1"/>
      </w:pPr>
      <w:r>
        <w:rPr>
          <w:rFonts w:ascii="Times New Roman" w:hAnsi="Times New Roman"/>
        </w:rPr>
        <w:t>S14. 2025-exclusion and period-boundary sensitivity</w:t>
      </w:r>
    </w:p>
    <w:p w14:paraId="77165783" w14:textId="77777777" w:rsidR="002D5361" w:rsidRDefault="00000000">
      <w:pPr>
        <w:pStyle w:val="TableCaption"/>
      </w:pPr>
      <w:r>
        <w:t>Table S22. Period IV with and without publications dated 2025</w:t>
      </w:r>
    </w:p>
    <w:tbl>
      <w:tblPr>
        <w:tblStyle w:val="TableGrid"/>
        <w:tblW w:w="0" w:type="auto"/>
        <w:jc w:val="center"/>
        <w:tblLook w:val="04A0" w:firstRow="1" w:lastRow="0" w:firstColumn="1" w:lastColumn="0" w:noHBand="0" w:noVBand="1"/>
      </w:tblPr>
      <w:tblGrid>
        <w:gridCol w:w="3118"/>
        <w:gridCol w:w="1325"/>
        <w:gridCol w:w="1325"/>
        <w:gridCol w:w="1325"/>
        <w:gridCol w:w="1325"/>
        <w:gridCol w:w="1326"/>
      </w:tblGrid>
      <w:tr w:rsidR="002D5361" w14:paraId="7256A029" w14:textId="77777777">
        <w:trPr>
          <w:cantSplit/>
          <w:tblHeader/>
          <w:jc w:val="center"/>
        </w:trPr>
        <w:tc>
          <w:tcPr>
            <w:tcW w:w="3118" w:type="dxa"/>
            <w:shd w:val="clear" w:color="auto" w:fill="D9EAF7"/>
            <w:tcMar>
              <w:top w:w="65" w:type="dxa"/>
              <w:left w:w="80" w:type="dxa"/>
              <w:bottom w:w="65" w:type="dxa"/>
              <w:right w:w="80" w:type="dxa"/>
            </w:tcMar>
            <w:vAlign w:val="center"/>
          </w:tcPr>
          <w:p w14:paraId="2F28378C" w14:textId="77777777" w:rsidR="002D5361" w:rsidRDefault="00000000">
            <w:r>
              <w:rPr>
                <w:b/>
                <w:sz w:val="16"/>
              </w:rPr>
              <w:t>Specification</w:t>
            </w:r>
          </w:p>
        </w:tc>
        <w:tc>
          <w:tcPr>
            <w:tcW w:w="1325" w:type="dxa"/>
            <w:shd w:val="clear" w:color="auto" w:fill="D9EAF7"/>
            <w:tcMar>
              <w:top w:w="65" w:type="dxa"/>
              <w:left w:w="80" w:type="dxa"/>
              <w:bottom w:w="65" w:type="dxa"/>
              <w:right w:w="80" w:type="dxa"/>
            </w:tcMar>
            <w:vAlign w:val="center"/>
          </w:tcPr>
          <w:p w14:paraId="34E7D28C" w14:textId="77777777" w:rsidR="002D5361" w:rsidRDefault="00000000">
            <w:r>
              <w:rPr>
                <w:b/>
                <w:sz w:val="16"/>
              </w:rPr>
              <w:t>Demo n</w:t>
            </w:r>
          </w:p>
        </w:tc>
        <w:tc>
          <w:tcPr>
            <w:tcW w:w="1325" w:type="dxa"/>
            <w:shd w:val="clear" w:color="auto" w:fill="D9EAF7"/>
            <w:tcMar>
              <w:top w:w="65" w:type="dxa"/>
              <w:left w:w="80" w:type="dxa"/>
              <w:bottom w:w="65" w:type="dxa"/>
              <w:right w:w="80" w:type="dxa"/>
            </w:tcMar>
            <w:vAlign w:val="center"/>
          </w:tcPr>
          <w:p w14:paraId="3C8512C9" w14:textId="77777777" w:rsidR="002D5361" w:rsidRDefault="00000000">
            <w:r>
              <w:rPr>
                <w:b/>
                <w:sz w:val="16"/>
              </w:rPr>
              <w:t>Classified N</w:t>
            </w:r>
          </w:p>
        </w:tc>
        <w:tc>
          <w:tcPr>
            <w:tcW w:w="1325" w:type="dxa"/>
            <w:shd w:val="clear" w:color="auto" w:fill="D9EAF7"/>
            <w:tcMar>
              <w:top w:w="65" w:type="dxa"/>
              <w:left w:w="80" w:type="dxa"/>
              <w:bottom w:w="65" w:type="dxa"/>
              <w:right w:w="80" w:type="dxa"/>
            </w:tcMar>
            <w:vAlign w:val="center"/>
          </w:tcPr>
          <w:p w14:paraId="582E7F43" w14:textId="77777777" w:rsidR="002D5361" w:rsidRDefault="00000000">
            <w:r>
              <w:rPr>
                <w:b/>
                <w:sz w:val="16"/>
              </w:rPr>
              <w:t>% classified</w:t>
            </w:r>
          </w:p>
        </w:tc>
        <w:tc>
          <w:tcPr>
            <w:tcW w:w="1325" w:type="dxa"/>
            <w:shd w:val="clear" w:color="auto" w:fill="D9EAF7"/>
            <w:tcMar>
              <w:top w:w="65" w:type="dxa"/>
              <w:left w:w="80" w:type="dxa"/>
              <w:bottom w:w="65" w:type="dxa"/>
              <w:right w:w="80" w:type="dxa"/>
            </w:tcMar>
            <w:vAlign w:val="center"/>
          </w:tcPr>
          <w:p w14:paraId="0AD509CE" w14:textId="77777777" w:rsidR="002D5361" w:rsidRDefault="00000000">
            <w:r>
              <w:rPr>
                <w:b/>
                <w:sz w:val="16"/>
              </w:rPr>
              <w:t>All N</w:t>
            </w:r>
          </w:p>
        </w:tc>
        <w:tc>
          <w:tcPr>
            <w:tcW w:w="1326" w:type="dxa"/>
            <w:shd w:val="clear" w:color="auto" w:fill="D9EAF7"/>
            <w:tcMar>
              <w:top w:w="65" w:type="dxa"/>
              <w:left w:w="80" w:type="dxa"/>
              <w:bottom w:w="65" w:type="dxa"/>
              <w:right w:w="80" w:type="dxa"/>
            </w:tcMar>
            <w:vAlign w:val="center"/>
          </w:tcPr>
          <w:p w14:paraId="29E5DCDC" w14:textId="77777777" w:rsidR="002D5361" w:rsidRDefault="00000000">
            <w:r>
              <w:rPr>
                <w:b/>
                <w:sz w:val="16"/>
              </w:rPr>
              <w:t>% all</w:t>
            </w:r>
          </w:p>
        </w:tc>
      </w:tr>
      <w:tr w:rsidR="002D5361" w14:paraId="0C8F849E" w14:textId="77777777">
        <w:trPr>
          <w:cantSplit/>
          <w:jc w:val="center"/>
        </w:trPr>
        <w:tc>
          <w:tcPr>
            <w:tcW w:w="3118" w:type="dxa"/>
            <w:tcMar>
              <w:top w:w="65" w:type="dxa"/>
              <w:left w:w="80" w:type="dxa"/>
              <w:bottom w:w="65" w:type="dxa"/>
              <w:right w:w="80" w:type="dxa"/>
            </w:tcMar>
            <w:vAlign w:val="center"/>
          </w:tcPr>
          <w:p w14:paraId="004B469A" w14:textId="77777777" w:rsidR="002D5361" w:rsidRDefault="00000000">
            <w:r>
              <w:rPr>
                <w:sz w:val="16"/>
              </w:rPr>
              <w:t>Period IV excluding 2025 (2021-24)</w:t>
            </w:r>
          </w:p>
        </w:tc>
        <w:tc>
          <w:tcPr>
            <w:tcW w:w="1325" w:type="dxa"/>
            <w:tcMar>
              <w:top w:w="65" w:type="dxa"/>
              <w:left w:w="80" w:type="dxa"/>
              <w:bottom w:w="65" w:type="dxa"/>
              <w:right w:w="80" w:type="dxa"/>
            </w:tcMar>
            <w:vAlign w:val="center"/>
          </w:tcPr>
          <w:p w14:paraId="62E01F3E" w14:textId="77777777" w:rsidR="002D5361" w:rsidRDefault="00000000">
            <w:r>
              <w:rPr>
                <w:sz w:val="16"/>
              </w:rPr>
              <w:t>54</w:t>
            </w:r>
          </w:p>
        </w:tc>
        <w:tc>
          <w:tcPr>
            <w:tcW w:w="1325" w:type="dxa"/>
            <w:tcMar>
              <w:top w:w="65" w:type="dxa"/>
              <w:left w:w="80" w:type="dxa"/>
              <w:bottom w:w="65" w:type="dxa"/>
              <w:right w:w="80" w:type="dxa"/>
            </w:tcMar>
            <w:vAlign w:val="center"/>
          </w:tcPr>
          <w:p w14:paraId="4B1B6830" w14:textId="77777777" w:rsidR="002D5361" w:rsidRDefault="00000000">
            <w:r>
              <w:rPr>
                <w:sz w:val="16"/>
              </w:rPr>
              <w:t>254</w:t>
            </w:r>
          </w:p>
        </w:tc>
        <w:tc>
          <w:tcPr>
            <w:tcW w:w="1325" w:type="dxa"/>
            <w:tcMar>
              <w:top w:w="65" w:type="dxa"/>
              <w:left w:w="80" w:type="dxa"/>
              <w:bottom w:w="65" w:type="dxa"/>
              <w:right w:w="80" w:type="dxa"/>
            </w:tcMar>
            <w:vAlign w:val="center"/>
          </w:tcPr>
          <w:p w14:paraId="7578D96B" w14:textId="77777777" w:rsidR="002D5361" w:rsidRDefault="00000000">
            <w:r>
              <w:rPr>
                <w:sz w:val="16"/>
              </w:rPr>
              <w:t>21.26</w:t>
            </w:r>
          </w:p>
        </w:tc>
        <w:tc>
          <w:tcPr>
            <w:tcW w:w="1325" w:type="dxa"/>
            <w:tcMar>
              <w:top w:w="65" w:type="dxa"/>
              <w:left w:w="80" w:type="dxa"/>
              <w:bottom w:w="65" w:type="dxa"/>
              <w:right w:w="80" w:type="dxa"/>
            </w:tcMar>
            <w:vAlign w:val="center"/>
          </w:tcPr>
          <w:p w14:paraId="3839D1DC" w14:textId="77777777" w:rsidR="002D5361" w:rsidRDefault="00000000">
            <w:r>
              <w:rPr>
                <w:sz w:val="16"/>
              </w:rPr>
              <w:t>326</w:t>
            </w:r>
          </w:p>
        </w:tc>
        <w:tc>
          <w:tcPr>
            <w:tcW w:w="1326" w:type="dxa"/>
            <w:tcMar>
              <w:top w:w="65" w:type="dxa"/>
              <w:left w:w="80" w:type="dxa"/>
              <w:bottom w:w="65" w:type="dxa"/>
              <w:right w:w="80" w:type="dxa"/>
            </w:tcMar>
            <w:vAlign w:val="center"/>
          </w:tcPr>
          <w:p w14:paraId="1D34C5A8" w14:textId="77777777" w:rsidR="002D5361" w:rsidRDefault="00000000">
            <w:r>
              <w:rPr>
                <w:sz w:val="16"/>
              </w:rPr>
              <w:t>16.56</w:t>
            </w:r>
          </w:p>
        </w:tc>
      </w:tr>
      <w:tr w:rsidR="002D5361" w14:paraId="7D58DA75" w14:textId="77777777">
        <w:trPr>
          <w:cantSplit/>
          <w:jc w:val="center"/>
        </w:trPr>
        <w:tc>
          <w:tcPr>
            <w:tcW w:w="3118" w:type="dxa"/>
            <w:shd w:val="clear" w:color="auto" w:fill="F7F9FB"/>
            <w:tcMar>
              <w:top w:w="65" w:type="dxa"/>
              <w:left w:w="80" w:type="dxa"/>
              <w:bottom w:w="65" w:type="dxa"/>
              <w:right w:w="80" w:type="dxa"/>
            </w:tcMar>
            <w:vAlign w:val="center"/>
          </w:tcPr>
          <w:p w14:paraId="78DF58EB" w14:textId="77777777" w:rsidR="002D5361" w:rsidRDefault="00000000">
            <w:r>
              <w:rPr>
                <w:sz w:val="16"/>
              </w:rPr>
              <w:t>Full Period IV (2021-25)</w:t>
            </w:r>
          </w:p>
        </w:tc>
        <w:tc>
          <w:tcPr>
            <w:tcW w:w="1325" w:type="dxa"/>
            <w:shd w:val="clear" w:color="auto" w:fill="F7F9FB"/>
            <w:tcMar>
              <w:top w:w="65" w:type="dxa"/>
              <w:left w:w="80" w:type="dxa"/>
              <w:bottom w:w="65" w:type="dxa"/>
              <w:right w:w="80" w:type="dxa"/>
            </w:tcMar>
            <w:vAlign w:val="center"/>
          </w:tcPr>
          <w:p w14:paraId="2B632011" w14:textId="77777777" w:rsidR="002D5361" w:rsidRDefault="00000000">
            <w:r>
              <w:rPr>
                <w:sz w:val="16"/>
              </w:rPr>
              <w:t>71</w:t>
            </w:r>
          </w:p>
        </w:tc>
        <w:tc>
          <w:tcPr>
            <w:tcW w:w="1325" w:type="dxa"/>
            <w:shd w:val="clear" w:color="auto" w:fill="F7F9FB"/>
            <w:tcMar>
              <w:top w:w="65" w:type="dxa"/>
              <w:left w:w="80" w:type="dxa"/>
              <w:bottom w:w="65" w:type="dxa"/>
              <w:right w:w="80" w:type="dxa"/>
            </w:tcMar>
            <w:vAlign w:val="center"/>
          </w:tcPr>
          <w:p w14:paraId="14D1E6D9" w14:textId="77777777" w:rsidR="002D5361" w:rsidRDefault="00000000">
            <w:r>
              <w:rPr>
                <w:sz w:val="16"/>
              </w:rPr>
              <w:t>332</w:t>
            </w:r>
          </w:p>
        </w:tc>
        <w:tc>
          <w:tcPr>
            <w:tcW w:w="1325" w:type="dxa"/>
            <w:shd w:val="clear" w:color="auto" w:fill="F7F9FB"/>
            <w:tcMar>
              <w:top w:w="65" w:type="dxa"/>
              <w:left w:w="80" w:type="dxa"/>
              <w:bottom w:w="65" w:type="dxa"/>
              <w:right w:w="80" w:type="dxa"/>
            </w:tcMar>
            <w:vAlign w:val="center"/>
          </w:tcPr>
          <w:p w14:paraId="5391CEEC" w14:textId="77777777" w:rsidR="002D5361" w:rsidRDefault="00000000">
            <w:r>
              <w:rPr>
                <w:sz w:val="16"/>
              </w:rPr>
              <w:t>21.39</w:t>
            </w:r>
          </w:p>
        </w:tc>
        <w:tc>
          <w:tcPr>
            <w:tcW w:w="1325" w:type="dxa"/>
            <w:shd w:val="clear" w:color="auto" w:fill="F7F9FB"/>
            <w:tcMar>
              <w:top w:w="65" w:type="dxa"/>
              <w:left w:w="80" w:type="dxa"/>
              <w:bottom w:w="65" w:type="dxa"/>
              <w:right w:w="80" w:type="dxa"/>
            </w:tcMar>
            <w:vAlign w:val="center"/>
          </w:tcPr>
          <w:p w14:paraId="1BBC2780" w14:textId="77777777" w:rsidR="002D5361" w:rsidRDefault="00000000">
            <w:r>
              <w:rPr>
                <w:sz w:val="16"/>
              </w:rPr>
              <w:t>428</w:t>
            </w:r>
          </w:p>
        </w:tc>
        <w:tc>
          <w:tcPr>
            <w:tcW w:w="1326" w:type="dxa"/>
            <w:shd w:val="clear" w:color="auto" w:fill="F7F9FB"/>
            <w:tcMar>
              <w:top w:w="65" w:type="dxa"/>
              <w:left w:w="80" w:type="dxa"/>
              <w:bottom w:w="65" w:type="dxa"/>
              <w:right w:w="80" w:type="dxa"/>
            </w:tcMar>
            <w:vAlign w:val="center"/>
          </w:tcPr>
          <w:p w14:paraId="1C442554" w14:textId="77777777" w:rsidR="002D5361" w:rsidRDefault="00000000">
            <w:r>
              <w:rPr>
                <w:sz w:val="16"/>
              </w:rPr>
              <w:t>16.59</w:t>
            </w:r>
          </w:p>
        </w:tc>
      </w:tr>
    </w:tbl>
    <w:p w14:paraId="54C1BDA1" w14:textId="77777777" w:rsidR="002D5361" w:rsidRDefault="00000000">
      <w:r>
        <w:rPr>
          <w:b/>
          <w:sz w:val="16"/>
        </w:rPr>
        <w:t>Note.</w:t>
      </w:r>
      <w:r>
        <w:rPr>
          <w:sz w:val="16"/>
        </w:rPr>
        <w:t xml:space="preserve"> The 2025-exclusion check compares the same demographic-front definition using Period IV restricted to 2021–2024 with the full 2021–2025 period. The near-identical shares indicate that the Period IV result is not driven by 2025 alone.</w:t>
      </w:r>
    </w:p>
    <w:p w14:paraId="27949E89" w14:textId="77777777" w:rsidR="002D5361" w:rsidRDefault="002D5361">
      <w:pPr>
        <w:spacing w:after="0"/>
      </w:pPr>
    </w:p>
    <w:p w14:paraId="0B92A778" w14:textId="77777777" w:rsidR="002D5361" w:rsidRDefault="00000000">
      <w:pPr>
        <w:pStyle w:val="TableCaption"/>
      </w:pPr>
      <w:r>
        <w:t>Table S23. Demographic trend under alternative period definitions</w:t>
      </w:r>
    </w:p>
    <w:tbl>
      <w:tblPr>
        <w:tblStyle w:val="TableGrid"/>
        <w:tblW w:w="0" w:type="auto"/>
        <w:jc w:val="center"/>
        <w:tblLook w:val="04A0" w:firstRow="1" w:lastRow="0" w:firstColumn="1" w:lastColumn="0" w:noHBand="0" w:noVBand="1"/>
      </w:tblPr>
      <w:tblGrid>
        <w:gridCol w:w="1582"/>
        <w:gridCol w:w="1388"/>
        <w:gridCol w:w="1387"/>
        <w:gridCol w:w="1388"/>
        <w:gridCol w:w="1388"/>
        <w:gridCol w:w="1386"/>
        <w:gridCol w:w="1387"/>
      </w:tblGrid>
      <w:tr w:rsidR="002D5361" w14:paraId="09F5ADA3" w14:textId="77777777">
        <w:trPr>
          <w:cantSplit/>
          <w:tblHeader/>
          <w:jc w:val="center"/>
        </w:trPr>
        <w:tc>
          <w:tcPr>
            <w:tcW w:w="1392" w:type="dxa"/>
            <w:shd w:val="clear" w:color="auto" w:fill="D9EAF7"/>
            <w:tcMar>
              <w:top w:w="65" w:type="dxa"/>
              <w:left w:w="80" w:type="dxa"/>
              <w:bottom w:w="65" w:type="dxa"/>
              <w:right w:w="80" w:type="dxa"/>
            </w:tcMar>
            <w:vAlign w:val="center"/>
          </w:tcPr>
          <w:p w14:paraId="142F54D4" w14:textId="77777777" w:rsidR="002D5361" w:rsidRDefault="00000000">
            <w:pPr>
              <w:rPr>
                <w:sz w:val="16"/>
                <w:szCs w:val="16"/>
              </w:rPr>
            </w:pPr>
            <w:r>
              <w:rPr>
                <w:b/>
                <w:sz w:val="16"/>
                <w:szCs w:val="16"/>
              </w:rPr>
              <w:t>Specification</w:t>
            </w:r>
          </w:p>
        </w:tc>
        <w:tc>
          <w:tcPr>
            <w:tcW w:w="1392" w:type="dxa"/>
            <w:shd w:val="clear" w:color="auto" w:fill="D9EAF7"/>
            <w:tcMar>
              <w:top w:w="65" w:type="dxa"/>
              <w:left w:w="80" w:type="dxa"/>
              <w:bottom w:w="65" w:type="dxa"/>
              <w:right w:w="80" w:type="dxa"/>
            </w:tcMar>
            <w:vAlign w:val="center"/>
          </w:tcPr>
          <w:p w14:paraId="76D5FF43" w14:textId="77777777" w:rsidR="002D5361" w:rsidRDefault="00000000">
            <w:pPr>
              <w:rPr>
                <w:sz w:val="16"/>
                <w:szCs w:val="16"/>
              </w:rPr>
            </w:pPr>
            <w:r>
              <w:rPr>
                <w:b/>
                <w:sz w:val="16"/>
                <w:szCs w:val="16"/>
              </w:rPr>
              <w:t>Window</w:t>
            </w:r>
          </w:p>
        </w:tc>
        <w:tc>
          <w:tcPr>
            <w:tcW w:w="1392" w:type="dxa"/>
            <w:shd w:val="clear" w:color="auto" w:fill="D9EAF7"/>
            <w:tcMar>
              <w:top w:w="65" w:type="dxa"/>
              <w:left w:w="80" w:type="dxa"/>
              <w:bottom w:w="65" w:type="dxa"/>
              <w:right w:w="80" w:type="dxa"/>
            </w:tcMar>
            <w:vAlign w:val="center"/>
          </w:tcPr>
          <w:p w14:paraId="0AAE9AAA" w14:textId="77777777" w:rsidR="002D5361" w:rsidRDefault="00000000">
            <w:pPr>
              <w:rPr>
                <w:sz w:val="16"/>
                <w:szCs w:val="16"/>
              </w:rPr>
            </w:pPr>
            <w:r>
              <w:rPr>
                <w:b/>
                <w:sz w:val="16"/>
                <w:szCs w:val="16"/>
              </w:rPr>
              <w:t>Demo n</w:t>
            </w:r>
          </w:p>
        </w:tc>
        <w:tc>
          <w:tcPr>
            <w:tcW w:w="1392" w:type="dxa"/>
            <w:shd w:val="clear" w:color="auto" w:fill="D9EAF7"/>
            <w:tcMar>
              <w:top w:w="65" w:type="dxa"/>
              <w:left w:w="80" w:type="dxa"/>
              <w:bottom w:w="65" w:type="dxa"/>
              <w:right w:w="80" w:type="dxa"/>
            </w:tcMar>
            <w:vAlign w:val="center"/>
          </w:tcPr>
          <w:p w14:paraId="67701FD5" w14:textId="77777777" w:rsidR="002D5361" w:rsidRDefault="00000000">
            <w:pPr>
              <w:rPr>
                <w:sz w:val="16"/>
                <w:szCs w:val="16"/>
              </w:rPr>
            </w:pPr>
            <w:r>
              <w:rPr>
                <w:b/>
                <w:sz w:val="16"/>
                <w:szCs w:val="16"/>
              </w:rPr>
              <w:t>Classified N</w:t>
            </w:r>
          </w:p>
        </w:tc>
        <w:tc>
          <w:tcPr>
            <w:tcW w:w="1392" w:type="dxa"/>
            <w:shd w:val="clear" w:color="auto" w:fill="D9EAF7"/>
            <w:tcMar>
              <w:top w:w="65" w:type="dxa"/>
              <w:left w:w="80" w:type="dxa"/>
              <w:bottom w:w="65" w:type="dxa"/>
              <w:right w:w="80" w:type="dxa"/>
            </w:tcMar>
            <w:vAlign w:val="center"/>
          </w:tcPr>
          <w:p w14:paraId="5382116F" w14:textId="77777777" w:rsidR="002D5361" w:rsidRDefault="00000000">
            <w:pPr>
              <w:rPr>
                <w:sz w:val="16"/>
                <w:szCs w:val="16"/>
              </w:rPr>
            </w:pPr>
            <w:r>
              <w:rPr>
                <w:b/>
                <w:sz w:val="16"/>
                <w:szCs w:val="16"/>
              </w:rPr>
              <w:t>% classified</w:t>
            </w:r>
          </w:p>
        </w:tc>
        <w:tc>
          <w:tcPr>
            <w:tcW w:w="1392" w:type="dxa"/>
            <w:shd w:val="clear" w:color="auto" w:fill="D9EAF7"/>
            <w:tcMar>
              <w:top w:w="65" w:type="dxa"/>
              <w:left w:w="80" w:type="dxa"/>
              <w:bottom w:w="65" w:type="dxa"/>
              <w:right w:w="80" w:type="dxa"/>
            </w:tcMar>
            <w:vAlign w:val="center"/>
          </w:tcPr>
          <w:p w14:paraId="3FE3AE1C" w14:textId="77777777" w:rsidR="002D5361" w:rsidRDefault="00000000">
            <w:pPr>
              <w:rPr>
                <w:sz w:val="16"/>
                <w:szCs w:val="16"/>
              </w:rPr>
            </w:pPr>
            <w:r>
              <w:rPr>
                <w:b/>
                <w:sz w:val="16"/>
                <w:szCs w:val="16"/>
              </w:rPr>
              <w:t>z</w:t>
            </w:r>
          </w:p>
        </w:tc>
        <w:tc>
          <w:tcPr>
            <w:tcW w:w="1392" w:type="dxa"/>
            <w:shd w:val="clear" w:color="auto" w:fill="D9EAF7"/>
            <w:tcMar>
              <w:top w:w="65" w:type="dxa"/>
              <w:left w:w="80" w:type="dxa"/>
              <w:bottom w:w="65" w:type="dxa"/>
              <w:right w:w="80" w:type="dxa"/>
            </w:tcMar>
            <w:vAlign w:val="center"/>
          </w:tcPr>
          <w:p w14:paraId="1C9B3966" w14:textId="77777777" w:rsidR="002D5361" w:rsidRDefault="00000000">
            <w:pPr>
              <w:rPr>
                <w:sz w:val="16"/>
                <w:szCs w:val="16"/>
              </w:rPr>
            </w:pPr>
            <w:r>
              <w:rPr>
                <w:b/>
                <w:sz w:val="16"/>
                <w:szCs w:val="16"/>
              </w:rPr>
              <w:t>p</w:t>
            </w:r>
          </w:p>
        </w:tc>
      </w:tr>
      <w:tr w:rsidR="002D5361" w14:paraId="697AFACB" w14:textId="77777777">
        <w:trPr>
          <w:cantSplit/>
          <w:jc w:val="center"/>
        </w:trPr>
        <w:tc>
          <w:tcPr>
            <w:tcW w:w="1392" w:type="dxa"/>
            <w:tcMar>
              <w:top w:w="65" w:type="dxa"/>
              <w:left w:w="80" w:type="dxa"/>
              <w:bottom w:w="65" w:type="dxa"/>
              <w:right w:w="80" w:type="dxa"/>
            </w:tcMar>
            <w:vAlign w:val="center"/>
          </w:tcPr>
          <w:p w14:paraId="311306CE" w14:textId="77777777" w:rsidR="002D5361" w:rsidRDefault="00000000">
            <w:pPr>
              <w:rPr>
                <w:sz w:val="16"/>
                <w:szCs w:val="16"/>
              </w:rPr>
            </w:pPr>
            <w:proofErr w:type="spellStart"/>
            <w:r>
              <w:rPr>
                <w:sz w:val="16"/>
                <w:szCs w:val="16"/>
              </w:rPr>
              <w:t>primary_four</w:t>
            </w:r>
            <w:proofErr w:type="spellEnd"/>
          </w:p>
        </w:tc>
        <w:tc>
          <w:tcPr>
            <w:tcW w:w="1392" w:type="dxa"/>
            <w:tcMar>
              <w:top w:w="65" w:type="dxa"/>
              <w:left w:w="80" w:type="dxa"/>
              <w:bottom w:w="65" w:type="dxa"/>
              <w:right w:w="80" w:type="dxa"/>
            </w:tcMar>
            <w:vAlign w:val="center"/>
          </w:tcPr>
          <w:p w14:paraId="41F8D657" w14:textId="77777777" w:rsidR="002D5361" w:rsidRDefault="00000000">
            <w:pPr>
              <w:rPr>
                <w:sz w:val="16"/>
                <w:szCs w:val="16"/>
              </w:rPr>
            </w:pPr>
            <w:r>
              <w:rPr>
                <w:sz w:val="16"/>
                <w:szCs w:val="16"/>
              </w:rPr>
              <w:t>2004-2009</w:t>
            </w:r>
          </w:p>
        </w:tc>
        <w:tc>
          <w:tcPr>
            <w:tcW w:w="1392" w:type="dxa"/>
            <w:tcMar>
              <w:top w:w="65" w:type="dxa"/>
              <w:left w:w="80" w:type="dxa"/>
              <w:bottom w:w="65" w:type="dxa"/>
              <w:right w:w="80" w:type="dxa"/>
            </w:tcMar>
            <w:vAlign w:val="center"/>
          </w:tcPr>
          <w:p w14:paraId="0243A8B7" w14:textId="77777777" w:rsidR="002D5361" w:rsidRDefault="00000000">
            <w:pPr>
              <w:rPr>
                <w:sz w:val="16"/>
                <w:szCs w:val="16"/>
              </w:rPr>
            </w:pPr>
            <w:r>
              <w:rPr>
                <w:sz w:val="16"/>
                <w:szCs w:val="16"/>
              </w:rPr>
              <w:t>2</w:t>
            </w:r>
          </w:p>
        </w:tc>
        <w:tc>
          <w:tcPr>
            <w:tcW w:w="1392" w:type="dxa"/>
            <w:tcMar>
              <w:top w:w="65" w:type="dxa"/>
              <w:left w:w="80" w:type="dxa"/>
              <w:bottom w:w="65" w:type="dxa"/>
              <w:right w:w="80" w:type="dxa"/>
            </w:tcMar>
            <w:vAlign w:val="center"/>
          </w:tcPr>
          <w:p w14:paraId="78AC378A" w14:textId="77777777" w:rsidR="002D5361" w:rsidRDefault="00000000">
            <w:pPr>
              <w:rPr>
                <w:sz w:val="16"/>
                <w:szCs w:val="16"/>
              </w:rPr>
            </w:pPr>
            <w:r>
              <w:rPr>
                <w:sz w:val="16"/>
                <w:szCs w:val="16"/>
              </w:rPr>
              <w:t>107</w:t>
            </w:r>
          </w:p>
        </w:tc>
        <w:tc>
          <w:tcPr>
            <w:tcW w:w="1392" w:type="dxa"/>
            <w:tcMar>
              <w:top w:w="65" w:type="dxa"/>
              <w:left w:w="80" w:type="dxa"/>
              <w:bottom w:w="65" w:type="dxa"/>
              <w:right w:w="80" w:type="dxa"/>
            </w:tcMar>
            <w:vAlign w:val="center"/>
          </w:tcPr>
          <w:p w14:paraId="01DB98C8" w14:textId="77777777" w:rsidR="002D5361" w:rsidRDefault="00000000">
            <w:pPr>
              <w:rPr>
                <w:sz w:val="16"/>
                <w:szCs w:val="16"/>
              </w:rPr>
            </w:pPr>
            <w:r>
              <w:rPr>
                <w:sz w:val="16"/>
                <w:szCs w:val="16"/>
              </w:rPr>
              <w:t>1.87</w:t>
            </w:r>
          </w:p>
        </w:tc>
        <w:tc>
          <w:tcPr>
            <w:tcW w:w="1392" w:type="dxa"/>
            <w:tcMar>
              <w:top w:w="65" w:type="dxa"/>
              <w:left w:w="80" w:type="dxa"/>
              <w:bottom w:w="65" w:type="dxa"/>
              <w:right w:w="80" w:type="dxa"/>
            </w:tcMar>
            <w:vAlign w:val="center"/>
          </w:tcPr>
          <w:p w14:paraId="6080ED92" w14:textId="77777777" w:rsidR="002D5361" w:rsidRDefault="00000000">
            <w:pPr>
              <w:rPr>
                <w:sz w:val="16"/>
                <w:szCs w:val="16"/>
              </w:rPr>
            </w:pPr>
            <w:r>
              <w:rPr>
                <w:sz w:val="16"/>
                <w:szCs w:val="16"/>
              </w:rPr>
              <w:t>6.767</w:t>
            </w:r>
          </w:p>
        </w:tc>
        <w:tc>
          <w:tcPr>
            <w:tcW w:w="1392" w:type="dxa"/>
            <w:tcMar>
              <w:top w:w="65" w:type="dxa"/>
              <w:left w:w="80" w:type="dxa"/>
              <w:bottom w:w="65" w:type="dxa"/>
              <w:right w:w="80" w:type="dxa"/>
            </w:tcMar>
            <w:vAlign w:val="center"/>
          </w:tcPr>
          <w:p w14:paraId="4D26EDBB" w14:textId="77777777" w:rsidR="002D5361" w:rsidRDefault="00000000">
            <w:pPr>
              <w:rPr>
                <w:sz w:val="16"/>
                <w:szCs w:val="16"/>
              </w:rPr>
            </w:pPr>
            <w:r>
              <w:rPr>
                <w:sz w:val="16"/>
                <w:szCs w:val="16"/>
              </w:rPr>
              <w:t>1.32e-11</w:t>
            </w:r>
          </w:p>
        </w:tc>
      </w:tr>
      <w:tr w:rsidR="002D5361" w14:paraId="7D30EF60" w14:textId="77777777">
        <w:trPr>
          <w:cantSplit/>
          <w:jc w:val="center"/>
        </w:trPr>
        <w:tc>
          <w:tcPr>
            <w:tcW w:w="1392" w:type="dxa"/>
            <w:shd w:val="clear" w:color="auto" w:fill="F7F9FB"/>
            <w:tcMar>
              <w:top w:w="65" w:type="dxa"/>
              <w:left w:w="80" w:type="dxa"/>
              <w:bottom w:w="65" w:type="dxa"/>
              <w:right w:w="80" w:type="dxa"/>
            </w:tcMar>
            <w:vAlign w:val="center"/>
          </w:tcPr>
          <w:p w14:paraId="2DF4321C" w14:textId="77777777" w:rsidR="002D5361" w:rsidRDefault="002D5361">
            <w:pPr>
              <w:rPr>
                <w:sz w:val="16"/>
                <w:szCs w:val="16"/>
              </w:rPr>
            </w:pPr>
          </w:p>
        </w:tc>
        <w:tc>
          <w:tcPr>
            <w:tcW w:w="1392" w:type="dxa"/>
            <w:shd w:val="clear" w:color="auto" w:fill="F7F9FB"/>
            <w:tcMar>
              <w:top w:w="65" w:type="dxa"/>
              <w:left w:w="80" w:type="dxa"/>
              <w:bottom w:w="65" w:type="dxa"/>
              <w:right w:w="80" w:type="dxa"/>
            </w:tcMar>
            <w:vAlign w:val="center"/>
          </w:tcPr>
          <w:p w14:paraId="0C333963" w14:textId="77777777" w:rsidR="002D5361" w:rsidRDefault="00000000">
            <w:pPr>
              <w:rPr>
                <w:sz w:val="16"/>
                <w:szCs w:val="16"/>
              </w:rPr>
            </w:pPr>
            <w:r>
              <w:rPr>
                <w:sz w:val="16"/>
                <w:szCs w:val="16"/>
              </w:rPr>
              <w:t>2010-2015</w:t>
            </w:r>
          </w:p>
        </w:tc>
        <w:tc>
          <w:tcPr>
            <w:tcW w:w="1392" w:type="dxa"/>
            <w:shd w:val="clear" w:color="auto" w:fill="F7F9FB"/>
            <w:tcMar>
              <w:top w:w="65" w:type="dxa"/>
              <w:left w:w="80" w:type="dxa"/>
              <w:bottom w:w="65" w:type="dxa"/>
              <w:right w:w="80" w:type="dxa"/>
            </w:tcMar>
            <w:vAlign w:val="center"/>
          </w:tcPr>
          <w:p w14:paraId="242D3CF2" w14:textId="77777777" w:rsidR="002D5361" w:rsidRDefault="00000000">
            <w:pPr>
              <w:rPr>
                <w:sz w:val="16"/>
                <w:szCs w:val="16"/>
              </w:rPr>
            </w:pPr>
            <w:r>
              <w:rPr>
                <w:sz w:val="16"/>
                <w:szCs w:val="16"/>
              </w:rPr>
              <w:t>10</w:t>
            </w:r>
          </w:p>
        </w:tc>
        <w:tc>
          <w:tcPr>
            <w:tcW w:w="1392" w:type="dxa"/>
            <w:shd w:val="clear" w:color="auto" w:fill="F7F9FB"/>
            <w:tcMar>
              <w:top w:w="65" w:type="dxa"/>
              <w:left w:w="80" w:type="dxa"/>
              <w:bottom w:w="65" w:type="dxa"/>
              <w:right w:w="80" w:type="dxa"/>
            </w:tcMar>
            <w:vAlign w:val="center"/>
          </w:tcPr>
          <w:p w14:paraId="7687C94E" w14:textId="77777777" w:rsidR="002D5361" w:rsidRDefault="00000000">
            <w:pPr>
              <w:rPr>
                <w:sz w:val="16"/>
                <w:szCs w:val="16"/>
              </w:rPr>
            </w:pPr>
            <w:r>
              <w:rPr>
                <w:sz w:val="16"/>
                <w:szCs w:val="16"/>
              </w:rPr>
              <w:t>202</w:t>
            </w:r>
          </w:p>
        </w:tc>
        <w:tc>
          <w:tcPr>
            <w:tcW w:w="1392" w:type="dxa"/>
            <w:shd w:val="clear" w:color="auto" w:fill="F7F9FB"/>
            <w:tcMar>
              <w:top w:w="65" w:type="dxa"/>
              <w:left w:w="80" w:type="dxa"/>
              <w:bottom w:w="65" w:type="dxa"/>
              <w:right w:w="80" w:type="dxa"/>
            </w:tcMar>
            <w:vAlign w:val="center"/>
          </w:tcPr>
          <w:p w14:paraId="5242BAC8" w14:textId="77777777" w:rsidR="002D5361" w:rsidRDefault="00000000">
            <w:pPr>
              <w:rPr>
                <w:sz w:val="16"/>
                <w:szCs w:val="16"/>
              </w:rPr>
            </w:pPr>
            <w:r>
              <w:rPr>
                <w:sz w:val="16"/>
                <w:szCs w:val="16"/>
              </w:rPr>
              <w:t>4.95</w:t>
            </w:r>
          </w:p>
        </w:tc>
        <w:tc>
          <w:tcPr>
            <w:tcW w:w="1392" w:type="dxa"/>
            <w:shd w:val="clear" w:color="auto" w:fill="F7F9FB"/>
            <w:tcMar>
              <w:top w:w="65" w:type="dxa"/>
              <w:left w:w="80" w:type="dxa"/>
              <w:bottom w:w="65" w:type="dxa"/>
              <w:right w:w="80" w:type="dxa"/>
            </w:tcMar>
            <w:vAlign w:val="center"/>
          </w:tcPr>
          <w:p w14:paraId="650477D3" w14:textId="77777777" w:rsidR="002D5361" w:rsidRDefault="00000000">
            <w:pPr>
              <w:rPr>
                <w:sz w:val="16"/>
                <w:szCs w:val="16"/>
              </w:rPr>
            </w:pPr>
            <w:r>
              <w:rPr>
                <w:sz w:val="16"/>
                <w:szCs w:val="16"/>
              </w:rPr>
              <w:t>6.767</w:t>
            </w:r>
          </w:p>
        </w:tc>
        <w:tc>
          <w:tcPr>
            <w:tcW w:w="1392" w:type="dxa"/>
            <w:shd w:val="clear" w:color="auto" w:fill="F7F9FB"/>
            <w:tcMar>
              <w:top w:w="65" w:type="dxa"/>
              <w:left w:w="80" w:type="dxa"/>
              <w:bottom w:w="65" w:type="dxa"/>
              <w:right w:w="80" w:type="dxa"/>
            </w:tcMar>
            <w:vAlign w:val="center"/>
          </w:tcPr>
          <w:p w14:paraId="7775CC70" w14:textId="77777777" w:rsidR="002D5361" w:rsidRDefault="00000000">
            <w:pPr>
              <w:rPr>
                <w:sz w:val="16"/>
                <w:szCs w:val="16"/>
              </w:rPr>
            </w:pPr>
            <w:r>
              <w:rPr>
                <w:sz w:val="16"/>
                <w:szCs w:val="16"/>
              </w:rPr>
              <w:t>1.32e-11</w:t>
            </w:r>
          </w:p>
        </w:tc>
      </w:tr>
      <w:tr w:rsidR="002D5361" w14:paraId="34D8FCCD" w14:textId="77777777">
        <w:trPr>
          <w:cantSplit/>
          <w:jc w:val="center"/>
        </w:trPr>
        <w:tc>
          <w:tcPr>
            <w:tcW w:w="1392" w:type="dxa"/>
            <w:tcMar>
              <w:top w:w="65" w:type="dxa"/>
              <w:left w:w="80" w:type="dxa"/>
              <w:bottom w:w="65" w:type="dxa"/>
              <w:right w:w="80" w:type="dxa"/>
            </w:tcMar>
            <w:vAlign w:val="center"/>
          </w:tcPr>
          <w:p w14:paraId="595C3E78" w14:textId="77777777" w:rsidR="002D5361" w:rsidRDefault="002D5361">
            <w:pPr>
              <w:rPr>
                <w:sz w:val="16"/>
                <w:szCs w:val="16"/>
              </w:rPr>
            </w:pPr>
          </w:p>
        </w:tc>
        <w:tc>
          <w:tcPr>
            <w:tcW w:w="1392" w:type="dxa"/>
            <w:tcMar>
              <w:top w:w="65" w:type="dxa"/>
              <w:left w:w="80" w:type="dxa"/>
              <w:bottom w:w="65" w:type="dxa"/>
              <w:right w:w="80" w:type="dxa"/>
            </w:tcMar>
            <w:vAlign w:val="center"/>
          </w:tcPr>
          <w:p w14:paraId="42D56087" w14:textId="77777777" w:rsidR="002D5361" w:rsidRDefault="00000000">
            <w:pPr>
              <w:rPr>
                <w:sz w:val="16"/>
                <w:szCs w:val="16"/>
              </w:rPr>
            </w:pPr>
            <w:r>
              <w:rPr>
                <w:sz w:val="16"/>
                <w:szCs w:val="16"/>
              </w:rPr>
              <w:t>2016-2020</w:t>
            </w:r>
          </w:p>
        </w:tc>
        <w:tc>
          <w:tcPr>
            <w:tcW w:w="1392" w:type="dxa"/>
            <w:tcMar>
              <w:top w:w="65" w:type="dxa"/>
              <w:left w:w="80" w:type="dxa"/>
              <w:bottom w:w="65" w:type="dxa"/>
              <w:right w:w="80" w:type="dxa"/>
            </w:tcMar>
            <w:vAlign w:val="center"/>
          </w:tcPr>
          <w:p w14:paraId="0EE4FA35" w14:textId="77777777" w:rsidR="002D5361" w:rsidRDefault="00000000">
            <w:pPr>
              <w:rPr>
                <w:sz w:val="16"/>
                <w:szCs w:val="16"/>
              </w:rPr>
            </w:pPr>
            <w:r>
              <w:rPr>
                <w:sz w:val="16"/>
                <w:szCs w:val="16"/>
              </w:rPr>
              <w:t>18</w:t>
            </w:r>
          </w:p>
        </w:tc>
        <w:tc>
          <w:tcPr>
            <w:tcW w:w="1392" w:type="dxa"/>
            <w:tcMar>
              <w:top w:w="65" w:type="dxa"/>
              <w:left w:w="80" w:type="dxa"/>
              <w:bottom w:w="65" w:type="dxa"/>
              <w:right w:w="80" w:type="dxa"/>
            </w:tcMar>
            <w:vAlign w:val="center"/>
          </w:tcPr>
          <w:p w14:paraId="015F6A98" w14:textId="77777777" w:rsidR="002D5361" w:rsidRDefault="00000000">
            <w:pPr>
              <w:rPr>
                <w:sz w:val="16"/>
                <w:szCs w:val="16"/>
              </w:rPr>
            </w:pPr>
            <w:r>
              <w:rPr>
                <w:sz w:val="16"/>
                <w:szCs w:val="16"/>
              </w:rPr>
              <w:t>238</w:t>
            </w:r>
          </w:p>
        </w:tc>
        <w:tc>
          <w:tcPr>
            <w:tcW w:w="1392" w:type="dxa"/>
            <w:tcMar>
              <w:top w:w="65" w:type="dxa"/>
              <w:left w:w="80" w:type="dxa"/>
              <w:bottom w:w="65" w:type="dxa"/>
              <w:right w:w="80" w:type="dxa"/>
            </w:tcMar>
            <w:vAlign w:val="center"/>
          </w:tcPr>
          <w:p w14:paraId="44890A8E" w14:textId="77777777" w:rsidR="002D5361" w:rsidRDefault="00000000">
            <w:pPr>
              <w:rPr>
                <w:sz w:val="16"/>
                <w:szCs w:val="16"/>
              </w:rPr>
            </w:pPr>
            <w:r>
              <w:rPr>
                <w:sz w:val="16"/>
                <w:szCs w:val="16"/>
              </w:rPr>
              <w:t>7.56</w:t>
            </w:r>
          </w:p>
        </w:tc>
        <w:tc>
          <w:tcPr>
            <w:tcW w:w="1392" w:type="dxa"/>
            <w:tcMar>
              <w:top w:w="65" w:type="dxa"/>
              <w:left w:w="80" w:type="dxa"/>
              <w:bottom w:w="65" w:type="dxa"/>
              <w:right w:w="80" w:type="dxa"/>
            </w:tcMar>
            <w:vAlign w:val="center"/>
          </w:tcPr>
          <w:p w14:paraId="5866D269" w14:textId="77777777" w:rsidR="002D5361" w:rsidRDefault="00000000">
            <w:pPr>
              <w:rPr>
                <w:sz w:val="16"/>
                <w:szCs w:val="16"/>
              </w:rPr>
            </w:pPr>
            <w:r>
              <w:rPr>
                <w:sz w:val="16"/>
                <w:szCs w:val="16"/>
              </w:rPr>
              <w:t>6.767</w:t>
            </w:r>
          </w:p>
        </w:tc>
        <w:tc>
          <w:tcPr>
            <w:tcW w:w="1392" w:type="dxa"/>
            <w:tcMar>
              <w:top w:w="65" w:type="dxa"/>
              <w:left w:w="80" w:type="dxa"/>
              <w:bottom w:w="65" w:type="dxa"/>
              <w:right w:w="80" w:type="dxa"/>
            </w:tcMar>
            <w:vAlign w:val="center"/>
          </w:tcPr>
          <w:p w14:paraId="7BA2EFDD" w14:textId="77777777" w:rsidR="002D5361" w:rsidRDefault="00000000">
            <w:pPr>
              <w:rPr>
                <w:sz w:val="16"/>
                <w:szCs w:val="16"/>
              </w:rPr>
            </w:pPr>
            <w:r>
              <w:rPr>
                <w:sz w:val="16"/>
                <w:szCs w:val="16"/>
              </w:rPr>
              <w:t>1.32e-11</w:t>
            </w:r>
          </w:p>
        </w:tc>
      </w:tr>
      <w:tr w:rsidR="002D5361" w14:paraId="429C015B" w14:textId="77777777">
        <w:trPr>
          <w:cantSplit/>
          <w:jc w:val="center"/>
        </w:trPr>
        <w:tc>
          <w:tcPr>
            <w:tcW w:w="1392" w:type="dxa"/>
            <w:shd w:val="clear" w:color="auto" w:fill="F7F9FB"/>
            <w:tcMar>
              <w:top w:w="65" w:type="dxa"/>
              <w:left w:w="80" w:type="dxa"/>
              <w:bottom w:w="65" w:type="dxa"/>
              <w:right w:w="80" w:type="dxa"/>
            </w:tcMar>
            <w:vAlign w:val="center"/>
          </w:tcPr>
          <w:p w14:paraId="036726B5" w14:textId="77777777" w:rsidR="002D5361" w:rsidRDefault="002D5361">
            <w:pPr>
              <w:rPr>
                <w:sz w:val="16"/>
                <w:szCs w:val="16"/>
              </w:rPr>
            </w:pPr>
          </w:p>
        </w:tc>
        <w:tc>
          <w:tcPr>
            <w:tcW w:w="1392" w:type="dxa"/>
            <w:shd w:val="clear" w:color="auto" w:fill="F7F9FB"/>
            <w:tcMar>
              <w:top w:w="65" w:type="dxa"/>
              <w:left w:w="80" w:type="dxa"/>
              <w:bottom w:w="65" w:type="dxa"/>
              <w:right w:w="80" w:type="dxa"/>
            </w:tcMar>
            <w:vAlign w:val="center"/>
          </w:tcPr>
          <w:p w14:paraId="2744A640" w14:textId="77777777" w:rsidR="002D5361" w:rsidRDefault="00000000">
            <w:pPr>
              <w:rPr>
                <w:sz w:val="16"/>
                <w:szCs w:val="16"/>
              </w:rPr>
            </w:pPr>
            <w:r>
              <w:rPr>
                <w:sz w:val="16"/>
                <w:szCs w:val="16"/>
              </w:rPr>
              <w:t>2021-2025</w:t>
            </w:r>
          </w:p>
        </w:tc>
        <w:tc>
          <w:tcPr>
            <w:tcW w:w="1392" w:type="dxa"/>
            <w:shd w:val="clear" w:color="auto" w:fill="F7F9FB"/>
            <w:tcMar>
              <w:top w:w="65" w:type="dxa"/>
              <w:left w:w="80" w:type="dxa"/>
              <w:bottom w:w="65" w:type="dxa"/>
              <w:right w:w="80" w:type="dxa"/>
            </w:tcMar>
            <w:vAlign w:val="center"/>
          </w:tcPr>
          <w:p w14:paraId="0FAABD72" w14:textId="77777777" w:rsidR="002D5361" w:rsidRDefault="00000000">
            <w:pPr>
              <w:rPr>
                <w:sz w:val="16"/>
                <w:szCs w:val="16"/>
              </w:rPr>
            </w:pPr>
            <w:r>
              <w:rPr>
                <w:sz w:val="16"/>
                <w:szCs w:val="16"/>
              </w:rPr>
              <w:t>71</w:t>
            </w:r>
          </w:p>
        </w:tc>
        <w:tc>
          <w:tcPr>
            <w:tcW w:w="1392" w:type="dxa"/>
            <w:shd w:val="clear" w:color="auto" w:fill="F7F9FB"/>
            <w:tcMar>
              <w:top w:w="65" w:type="dxa"/>
              <w:left w:w="80" w:type="dxa"/>
              <w:bottom w:w="65" w:type="dxa"/>
              <w:right w:w="80" w:type="dxa"/>
            </w:tcMar>
            <w:vAlign w:val="center"/>
          </w:tcPr>
          <w:p w14:paraId="243269E0" w14:textId="77777777" w:rsidR="002D5361" w:rsidRDefault="00000000">
            <w:pPr>
              <w:rPr>
                <w:sz w:val="16"/>
                <w:szCs w:val="16"/>
              </w:rPr>
            </w:pPr>
            <w:r>
              <w:rPr>
                <w:sz w:val="16"/>
                <w:szCs w:val="16"/>
              </w:rPr>
              <w:t>332</w:t>
            </w:r>
          </w:p>
        </w:tc>
        <w:tc>
          <w:tcPr>
            <w:tcW w:w="1392" w:type="dxa"/>
            <w:shd w:val="clear" w:color="auto" w:fill="F7F9FB"/>
            <w:tcMar>
              <w:top w:w="65" w:type="dxa"/>
              <w:left w:w="80" w:type="dxa"/>
              <w:bottom w:w="65" w:type="dxa"/>
              <w:right w:w="80" w:type="dxa"/>
            </w:tcMar>
            <w:vAlign w:val="center"/>
          </w:tcPr>
          <w:p w14:paraId="3D147757" w14:textId="77777777" w:rsidR="002D5361" w:rsidRDefault="00000000">
            <w:pPr>
              <w:rPr>
                <w:sz w:val="16"/>
                <w:szCs w:val="16"/>
              </w:rPr>
            </w:pPr>
            <w:r>
              <w:rPr>
                <w:sz w:val="16"/>
                <w:szCs w:val="16"/>
              </w:rPr>
              <w:t>21.39</w:t>
            </w:r>
          </w:p>
        </w:tc>
        <w:tc>
          <w:tcPr>
            <w:tcW w:w="1392" w:type="dxa"/>
            <w:shd w:val="clear" w:color="auto" w:fill="F7F9FB"/>
            <w:tcMar>
              <w:top w:w="65" w:type="dxa"/>
              <w:left w:w="80" w:type="dxa"/>
              <w:bottom w:w="65" w:type="dxa"/>
              <w:right w:w="80" w:type="dxa"/>
            </w:tcMar>
            <w:vAlign w:val="center"/>
          </w:tcPr>
          <w:p w14:paraId="55330A96" w14:textId="77777777" w:rsidR="002D5361" w:rsidRDefault="00000000">
            <w:pPr>
              <w:rPr>
                <w:sz w:val="16"/>
                <w:szCs w:val="16"/>
              </w:rPr>
            </w:pPr>
            <w:r>
              <w:rPr>
                <w:sz w:val="16"/>
                <w:szCs w:val="16"/>
              </w:rPr>
              <w:t>6.767</w:t>
            </w:r>
          </w:p>
        </w:tc>
        <w:tc>
          <w:tcPr>
            <w:tcW w:w="1392" w:type="dxa"/>
            <w:shd w:val="clear" w:color="auto" w:fill="F7F9FB"/>
            <w:tcMar>
              <w:top w:w="65" w:type="dxa"/>
              <w:left w:w="80" w:type="dxa"/>
              <w:bottom w:w="65" w:type="dxa"/>
              <w:right w:w="80" w:type="dxa"/>
            </w:tcMar>
            <w:vAlign w:val="center"/>
          </w:tcPr>
          <w:p w14:paraId="222A0F5C" w14:textId="77777777" w:rsidR="002D5361" w:rsidRDefault="00000000">
            <w:pPr>
              <w:rPr>
                <w:sz w:val="16"/>
                <w:szCs w:val="16"/>
              </w:rPr>
            </w:pPr>
            <w:r>
              <w:rPr>
                <w:sz w:val="16"/>
                <w:szCs w:val="16"/>
              </w:rPr>
              <w:t>1.32e-11</w:t>
            </w:r>
          </w:p>
        </w:tc>
      </w:tr>
      <w:tr w:rsidR="002D5361" w14:paraId="696F012F" w14:textId="77777777">
        <w:trPr>
          <w:cantSplit/>
          <w:jc w:val="center"/>
        </w:trPr>
        <w:tc>
          <w:tcPr>
            <w:tcW w:w="1392" w:type="dxa"/>
            <w:tcMar>
              <w:top w:w="65" w:type="dxa"/>
              <w:left w:w="80" w:type="dxa"/>
              <w:bottom w:w="65" w:type="dxa"/>
              <w:right w:w="80" w:type="dxa"/>
            </w:tcMar>
            <w:vAlign w:val="center"/>
          </w:tcPr>
          <w:p w14:paraId="75ECDE17" w14:textId="77777777" w:rsidR="002D5361" w:rsidRDefault="00000000">
            <w:pPr>
              <w:rPr>
                <w:sz w:val="16"/>
                <w:szCs w:val="16"/>
              </w:rPr>
            </w:pPr>
            <w:r>
              <w:rPr>
                <w:sz w:val="16"/>
                <w:szCs w:val="16"/>
              </w:rPr>
              <w:t>shift_2010_to_early</w:t>
            </w:r>
          </w:p>
        </w:tc>
        <w:tc>
          <w:tcPr>
            <w:tcW w:w="1392" w:type="dxa"/>
            <w:tcMar>
              <w:top w:w="65" w:type="dxa"/>
              <w:left w:w="80" w:type="dxa"/>
              <w:bottom w:w="65" w:type="dxa"/>
              <w:right w:w="80" w:type="dxa"/>
            </w:tcMar>
            <w:vAlign w:val="center"/>
          </w:tcPr>
          <w:p w14:paraId="1B1116FD" w14:textId="77777777" w:rsidR="002D5361" w:rsidRDefault="00000000">
            <w:pPr>
              <w:rPr>
                <w:sz w:val="16"/>
                <w:szCs w:val="16"/>
              </w:rPr>
            </w:pPr>
            <w:r>
              <w:rPr>
                <w:sz w:val="16"/>
                <w:szCs w:val="16"/>
              </w:rPr>
              <w:t>2004-2010</w:t>
            </w:r>
          </w:p>
        </w:tc>
        <w:tc>
          <w:tcPr>
            <w:tcW w:w="1392" w:type="dxa"/>
            <w:tcMar>
              <w:top w:w="65" w:type="dxa"/>
              <w:left w:w="80" w:type="dxa"/>
              <w:bottom w:w="65" w:type="dxa"/>
              <w:right w:w="80" w:type="dxa"/>
            </w:tcMar>
            <w:vAlign w:val="center"/>
          </w:tcPr>
          <w:p w14:paraId="79AB9A7C" w14:textId="77777777" w:rsidR="002D5361" w:rsidRDefault="00000000">
            <w:pPr>
              <w:rPr>
                <w:sz w:val="16"/>
                <w:szCs w:val="16"/>
              </w:rPr>
            </w:pPr>
            <w:r>
              <w:rPr>
                <w:sz w:val="16"/>
                <w:szCs w:val="16"/>
              </w:rPr>
              <w:t>5</w:t>
            </w:r>
          </w:p>
        </w:tc>
        <w:tc>
          <w:tcPr>
            <w:tcW w:w="1392" w:type="dxa"/>
            <w:tcMar>
              <w:top w:w="65" w:type="dxa"/>
              <w:left w:w="80" w:type="dxa"/>
              <w:bottom w:w="65" w:type="dxa"/>
              <w:right w:w="80" w:type="dxa"/>
            </w:tcMar>
            <w:vAlign w:val="center"/>
          </w:tcPr>
          <w:p w14:paraId="47527830" w14:textId="77777777" w:rsidR="002D5361" w:rsidRDefault="00000000">
            <w:pPr>
              <w:rPr>
                <w:sz w:val="16"/>
                <w:szCs w:val="16"/>
              </w:rPr>
            </w:pPr>
            <w:r>
              <w:rPr>
                <w:sz w:val="16"/>
                <w:szCs w:val="16"/>
              </w:rPr>
              <w:t>143</w:t>
            </w:r>
          </w:p>
        </w:tc>
        <w:tc>
          <w:tcPr>
            <w:tcW w:w="1392" w:type="dxa"/>
            <w:tcMar>
              <w:top w:w="65" w:type="dxa"/>
              <w:left w:w="80" w:type="dxa"/>
              <w:bottom w:w="65" w:type="dxa"/>
              <w:right w:w="80" w:type="dxa"/>
            </w:tcMar>
            <w:vAlign w:val="center"/>
          </w:tcPr>
          <w:p w14:paraId="41D9AE11" w14:textId="77777777" w:rsidR="002D5361" w:rsidRDefault="00000000">
            <w:pPr>
              <w:rPr>
                <w:sz w:val="16"/>
                <w:szCs w:val="16"/>
              </w:rPr>
            </w:pPr>
            <w:r>
              <w:rPr>
                <w:sz w:val="16"/>
                <w:szCs w:val="16"/>
              </w:rPr>
              <w:t>3.50</w:t>
            </w:r>
          </w:p>
        </w:tc>
        <w:tc>
          <w:tcPr>
            <w:tcW w:w="1392" w:type="dxa"/>
            <w:tcMar>
              <w:top w:w="65" w:type="dxa"/>
              <w:left w:w="80" w:type="dxa"/>
              <w:bottom w:w="65" w:type="dxa"/>
              <w:right w:w="80" w:type="dxa"/>
            </w:tcMar>
            <w:vAlign w:val="center"/>
          </w:tcPr>
          <w:p w14:paraId="56F799D7" w14:textId="77777777" w:rsidR="002D5361" w:rsidRDefault="00000000">
            <w:pPr>
              <w:rPr>
                <w:sz w:val="16"/>
                <w:szCs w:val="16"/>
              </w:rPr>
            </w:pPr>
            <w:r>
              <w:rPr>
                <w:sz w:val="16"/>
                <w:szCs w:val="16"/>
              </w:rPr>
              <w:t>6.549</w:t>
            </w:r>
          </w:p>
        </w:tc>
        <w:tc>
          <w:tcPr>
            <w:tcW w:w="1392" w:type="dxa"/>
            <w:tcMar>
              <w:top w:w="65" w:type="dxa"/>
              <w:left w:w="80" w:type="dxa"/>
              <w:bottom w:w="65" w:type="dxa"/>
              <w:right w:w="80" w:type="dxa"/>
            </w:tcMar>
            <w:vAlign w:val="center"/>
          </w:tcPr>
          <w:p w14:paraId="73D5BADF" w14:textId="77777777" w:rsidR="002D5361" w:rsidRDefault="00000000">
            <w:pPr>
              <w:rPr>
                <w:sz w:val="16"/>
                <w:szCs w:val="16"/>
              </w:rPr>
            </w:pPr>
            <w:r>
              <w:rPr>
                <w:sz w:val="16"/>
                <w:szCs w:val="16"/>
              </w:rPr>
              <w:t>5.81e-11</w:t>
            </w:r>
          </w:p>
        </w:tc>
      </w:tr>
      <w:tr w:rsidR="002D5361" w14:paraId="1ED8FF4E" w14:textId="77777777">
        <w:trPr>
          <w:cantSplit/>
          <w:jc w:val="center"/>
        </w:trPr>
        <w:tc>
          <w:tcPr>
            <w:tcW w:w="1392" w:type="dxa"/>
            <w:shd w:val="clear" w:color="auto" w:fill="F7F9FB"/>
            <w:tcMar>
              <w:top w:w="65" w:type="dxa"/>
              <w:left w:w="80" w:type="dxa"/>
              <w:bottom w:w="65" w:type="dxa"/>
              <w:right w:w="80" w:type="dxa"/>
            </w:tcMar>
            <w:vAlign w:val="center"/>
          </w:tcPr>
          <w:p w14:paraId="628D51CC" w14:textId="77777777" w:rsidR="002D5361" w:rsidRDefault="002D5361">
            <w:pPr>
              <w:rPr>
                <w:sz w:val="16"/>
                <w:szCs w:val="16"/>
              </w:rPr>
            </w:pPr>
          </w:p>
        </w:tc>
        <w:tc>
          <w:tcPr>
            <w:tcW w:w="1392" w:type="dxa"/>
            <w:shd w:val="clear" w:color="auto" w:fill="F7F9FB"/>
            <w:tcMar>
              <w:top w:w="65" w:type="dxa"/>
              <w:left w:w="80" w:type="dxa"/>
              <w:bottom w:w="65" w:type="dxa"/>
              <w:right w:w="80" w:type="dxa"/>
            </w:tcMar>
            <w:vAlign w:val="center"/>
          </w:tcPr>
          <w:p w14:paraId="6287E443" w14:textId="77777777" w:rsidR="002D5361" w:rsidRDefault="00000000">
            <w:pPr>
              <w:rPr>
                <w:sz w:val="16"/>
                <w:szCs w:val="16"/>
              </w:rPr>
            </w:pPr>
            <w:r>
              <w:rPr>
                <w:sz w:val="16"/>
                <w:szCs w:val="16"/>
              </w:rPr>
              <w:t>2011-2015</w:t>
            </w:r>
          </w:p>
        </w:tc>
        <w:tc>
          <w:tcPr>
            <w:tcW w:w="1392" w:type="dxa"/>
            <w:shd w:val="clear" w:color="auto" w:fill="F7F9FB"/>
            <w:tcMar>
              <w:top w:w="65" w:type="dxa"/>
              <w:left w:w="80" w:type="dxa"/>
              <w:bottom w:w="65" w:type="dxa"/>
              <w:right w:w="80" w:type="dxa"/>
            </w:tcMar>
            <w:vAlign w:val="center"/>
          </w:tcPr>
          <w:p w14:paraId="124CC06D" w14:textId="77777777" w:rsidR="002D5361" w:rsidRDefault="00000000">
            <w:pPr>
              <w:rPr>
                <w:sz w:val="16"/>
                <w:szCs w:val="16"/>
              </w:rPr>
            </w:pPr>
            <w:r>
              <w:rPr>
                <w:sz w:val="16"/>
                <w:szCs w:val="16"/>
              </w:rPr>
              <w:t>7</w:t>
            </w:r>
          </w:p>
        </w:tc>
        <w:tc>
          <w:tcPr>
            <w:tcW w:w="1392" w:type="dxa"/>
            <w:shd w:val="clear" w:color="auto" w:fill="F7F9FB"/>
            <w:tcMar>
              <w:top w:w="65" w:type="dxa"/>
              <w:left w:w="80" w:type="dxa"/>
              <w:bottom w:w="65" w:type="dxa"/>
              <w:right w:w="80" w:type="dxa"/>
            </w:tcMar>
            <w:vAlign w:val="center"/>
          </w:tcPr>
          <w:p w14:paraId="257EC029" w14:textId="77777777" w:rsidR="002D5361" w:rsidRDefault="00000000">
            <w:pPr>
              <w:rPr>
                <w:sz w:val="16"/>
                <w:szCs w:val="16"/>
              </w:rPr>
            </w:pPr>
            <w:r>
              <w:rPr>
                <w:sz w:val="16"/>
                <w:szCs w:val="16"/>
              </w:rPr>
              <w:t>166</w:t>
            </w:r>
          </w:p>
        </w:tc>
        <w:tc>
          <w:tcPr>
            <w:tcW w:w="1392" w:type="dxa"/>
            <w:shd w:val="clear" w:color="auto" w:fill="F7F9FB"/>
            <w:tcMar>
              <w:top w:w="65" w:type="dxa"/>
              <w:left w:w="80" w:type="dxa"/>
              <w:bottom w:w="65" w:type="dxa"/>
              <w:right w:w="80" w:type="dxa"/>
            </w:tcMar>
            <w:vAlign w:val="center"/>
          </w:tcPr>
          <w:p w14:paraId="0A9E9EF8" w14:textId="77777777" w:rsidR="002D5361" w:rsidRDefault="00000000">
            <w:pPr>
              <w:rPr>
                <w:sz w:val="16"/>
                <w:szCs w:val="16"/>
              </w:rPr>
            </w:pPr>
            <w:r>
              <w:rPr>
                <w:sz w:val="16"/>
                <w:szCs w:val="16"/>
              </w:rPr>
              <w:t>4.22</w:t>
            </w:r>
          </w:p>
        </w:tc>
        <w:tc>
          <w:tcPr>
            <w:tcW w:w="1392" w:type="dxa"/>
            <w:shd w:val="clear" w:color="auto" w:fill="F7F9FB"/>
            <w:tcMar>
              <w:top w:w="65" w:type="dxa"/>
              <w:left w:w="80" w:type="dxa"/>
              <w:bottom w:w="65" w:type="dxa"/>
              <w:right w:w="80" w:type="dxa"/>
            </w:tcMar>
            <w:vAlign w:val="center"/>
          </w:tcPr>
          <w:p w14:paraId="02453ACF" w14:textId="77777777" w:rsidR="002D5361" w:rsidRDefault="00000000">
            <w:pPr>
              <w:rPr>
                <w:sz w:val="16"/>
                <w:szCs w:val="16"/>
              </w:rPr>
            </w:pPr>
            <w:r>
              <w:rPr>
                <w:sz w:val="16"/>
                <w:szCs w:val="16"/>
              </w:rPr>
              <w:t>6.549</w:t>
            </w:r>
          </w:p>
        </w:tc>
        <w:tc>
          <w:tcPr>
            <w:tcW w:w="1392" w:type="dxa"/>
            <w:shd w:val="clear" w:color="auto" w:fill="F7F9FB"/>
            <w:tcMar>
              <w:top w:w="65" w:type="dxa"/>
              <w:left w:w="80" w:type="dxa"/>
              <w:bottom w:w="65" w:type="dxa"/>
              <w:right w:w="80" w:type="dxa"/>
            </w:tcMar>
            <w:vAlign w:val="center"/>
          </w:tcPr>
          <w:p w14:paraId="34EDB8D8" w14:textId="77777777" w:rsidR="002D5361" w:rsidRDefault="00000000">
            <w:pPr>
              <w:rPr>
                <w:sz w:val="16"/>
                <w:szCs w:val="16"/>
              </w:rPr>
            </w:pPr>
            <w:r>
              <w:rPr>
                <w:sz w:val="16"/>
                <w:szCs w:val="16"/>
              </w:rPr>
              <w:t>5.81e-11</w:t>
            </w:r>
          </w:p>
        </w:tc>
      </w:tr>
      <w:tr w:rsidR="002D5361" w14:paraId="23809999" w14:textId="77777777">
        <w:trPr>
          <w:cantSplit/>
          <w:jc w:val="center"/>
        </w:trPr>
        <w:tc>
          <w:tcPr>
            <w:tcW w:w="1392" w:type="dxa"/>
            <w:tcMar>
              <w:top w:w="65" w:type="dxa"/>
              <w:left w:w="80" w:type="dxa"/>
              <w:bottom w:w="65" w:type="dxa"/>
              <w:right w:w="80" w:type="dxa"/>
            </w:tcMar>
            <w:vAlign w:val="center"/>
          </w:tcPr>
          <w:p w14:paraId="05C70CBC" w14:textId="77777777" w:rsidR="002D5361" w:rsidRDefault="002D5361">
            <w:pPr>
              <w:rPr>
                <w:sz w:val="16"/>
                <w:szCs w:val="16"/>
              </w:rPr>
            </w:pPr>
          </w:p>
        </w:tc>
        <w:tc>
          <w:tcPr>
            <w:tcW w:w="1392" w:type="dxa"/>
            <w:tcMar>
              <w:top w:w="65" w:type="dxa"/>
              <w:left w:w="80" w:type="dxa"/>
              <w:bottom w:w="65" w:type="dxa"/>
              <w:right w:w="80" w:type="dxa"/>
            </w:tcMar>
            <w:vAlign w:val="center"/>
          </w:tcPr>
          <w:p w14:paraId="40404105" w14:textId="77777777" w:rsidR="002D5361" w:rsidRDefault="00000000">
            <w:pPr>
              <w:rPr>
                <w:sz w:val="16"/>
                <w:szCs w:val="16"/>
              </w:rPr>
            </w:pPr>
            <w:r>
              <w:rPr>
                <w:sz w:val="16"/>
                <w:szCs w:val="16"/>
              </w:rPr>
              <w:t>2016-2020</w:t>
            </w:r>
          </w:p>
        </w:tc>
        <w:tc>
          <w:tcPr>
            <w:tcW w:w="1392" w:type="dxa"/>
            <w:tcMar>
              <w:top w:w="65" w:type="dxa"/>
              <w:left w:w="80" w:type="dxa"/>
              <w:bottom w:w="65" w:type="dxa"/>
              <w:right w:w="80" w:type="dxa"/>
            </w:tcMar>
            <w:vAlign w:val="center"/>
          </w:tcPr>
          <w:p w14:paraId="7C0B238C" w14:textId="77777777" w:rsidR="002D5361" w:rsidRDefault="00000000">
            <w:pPr>
              <w:rPr>
                <w:sz w:val="16"/>
                <w:szCs w:val="16"/>
              </w:rPr>
            </w:pPr>
            <w:r>
              <w:rPr>
                <w:sz w:val="16"/>
                <w:szCs w:val="16"/>
              </w:rPr>
              <w:t>18</w:t>
            </w:r>
          </w:p>
        </w:tc>
        <w:tc>
          <w:tcPr>
            <w:tcW w:w="1392" w:type="dxa"/>
            <w:tcMar>
              <w:top w:w="65" w:type="dxa"/>
              <w:left w:w="80" w:type="dxa"/>
              <w:bottom w:w="65" w:type="dxa"/>
              <w:right w:w="80" w:type="dxa"/>
            </w:tcMar>
            <w:vAlign w:val="center"/>
          </w:tcPr>
          <w:p w14:paraId="525F9DAE" w14:textId="77777777" w:rsidR="002D5361" w:rsidRDefault="00000000">
            <w:pPr>
              <w:rPr>
                <w:sz w:val="16"/>
                <w:szCs w:val="16"/>
              </w:rPr>
            </w:pPr>
            <w:r>
              <w:rPr>
                <w:sz w:val="16"/>
                <w:szCs w:val="16"/>
              </w:rPr>
              <w:t>238</w:t>
            </w:r>
          </w:p>
        </w:tc>
        <w:tc>
          <w:tcPr>
            <w:tcW w:w="1392" w:type="dxa"/>
            <w:tcMar>
              <w:top w:w="65" w:type="dxa"/>
              <w:left w:w="80" w:type="dxa"/>
              <w:bottom w:w="65" w:type="dxa"/>
              <w:right w:w="80" w:type="dxa"/>
            </w:tcMar>
            <w:vAlign w:val="center"/>
          </w:tcPr>
          <w:p w14:paraId="393104BD" w14:textId="77777777" w:rsidR="002D5361" w:rsidRDefault="00000000">
            <w:pPr>
              <w:rPr>
                <w:sz w:val="16"/>
                <w:szCs w:val="16"/>
              </w:rPr>
            </w:pPr>
            <w:r>
              <w:rPr>
                <w:sz w:val="16"/>
                <w:szCs w:val="16"/>
              </w:rPr>
              <w:t>7.56</w:t>
            </w:r>
          </w:p>
        </w:tc>
        <w:tc>
          <w:tcPr>
            <w:tcW w:w="1392" w:type="dxa"/>
            <w:tcMar>
              <w:top w:w="65" w:type="dxa"/>
              <w:left w:w="80" w:type="dxa"/>
              <w:bottom w:w="65" w:type="dxa"/>
              <w:right w:w="80" w:type="dxa"/>
            </w:tcMar>
            <w:vAlign w:val="center"/>
          </w:tcPr>
          <w:p w14:paraId="288F890C" w14:textId="77777777" w:rsidR="002D5361" w:rsidRDefault="00000000">
            <w:pPr>
              <w:rPr>
                <w:sz w:val="16"/>
                <w:szCs w:val="16"/>
              </w:rPr>
            </w:pPr>
            <w:r>
              <w:rPr>
                <w:sz w:val="16"/>
                <w:szCs w:val="16"/>
              </w:rPr>
              <w:t>6.549</w:t>
            </w:r>
          </w:p>
        </w:tc>
        <w:tc>
          <w:tcPr>
            <w:tcW w:w="1392" w:type="dxa"/>
            <w:tcMar>
              <w:top w:w="65" w:type="dxa"/>
              <w:left w:w="80" w:type="dxa"/>
              <w:bottom w:w="65" w:type="dxa"/>
              <w:right w:w="80" w:type="dxa"/>
            </w:tcMar>
            <w:vAlign w:val="center"/>
          </w:tcPr>
          <w:p w14:paraId="258968A7" w14:textId="77777777" w:rsidR="002D5361" w:rsidRDefault="00000000">
            <w:pPr>
              <w:rPr>
                <w:sz w:val="16"/>
                <w:szCs w:val="16"/>
              </w:rPr>
            </w:pPr>
            <w:r>
              <w:rPr>
                <w:sz w:val="16"/>
                <w:szCs w:val="16"/>
              </w:rPr>
              <w:t>5.81e-11</w:t>
            </w:r>
          </w:p>
        </w:tc>
      </w:tr>
      <w:tr w:rsidR="002D5361" w14:paraId="33238C28" w14:textId="77777777">
        <w:trPr>
          <w:cantSplit/>
          <w:jc w:val="center"/>
        </w:trPr>
        <w:tc>
          <w:tcPr>
            <w:tcW w:w="1392" w:type="dxa"/>
            <w:shd w:val="clear" w:color="auto" w:fill="F7F9FB"/>
            <w:tcMar>
              <w:top w:w="65" w:type="dxa"/>
              <w:left w:w="80" w:type="dxa"/>
              <w:bottom w:w="65" w:type="dxa"/>
              <w:right w:w="80" w:type="dxa"/>
            </w:tcMar>
            <w:vAlign w:val="center"/>
          </w:tcPr>
          <w:p w14:paraId="17914EA3" w14:textId="77777777" w:rsidR="002D5361" w:rsidRDefault="002D5361">
            <w:pPr>
              <w:rPr>
                <w:sz w:val="16"/>
                <w:szCs w:val="16"/>
              </w:rPr>
            </w:pPr>
          </w:p>
        </w:tc>
        <w:tc>
          <w:tcPr>
            <w:tcW w:w="1392" w:type="dxa"/>
            <w:shd w:val="clear" w:color="auto" w:fill="F7F9FB"/>
            <w:tcMar>
              <w:top w:w="65" w:type="dxa"/>
              <w:left w:w="80" w:type="dxa"/>
              <w:bottom w:w="65" w:type="dxa"/>
              <w:right w:w="80" w:type="dxa"/>
            </w:tcMar>
            <w:vAlign w:val="center"/>
          </w:tcPr>
          <w:p w14:paraId="3C8284B4" w14:textId="77777777" w:rsidR="002D5361" w:rsidRDefault="00000000">
            <w:pPr>
              <w:rPr>
                <w:sz w:val="16"/>
                <w:szCs w:val="16"/>
              </w:rPr>
            </w:pPr>
            <w:r>
              <w:rPr>
                <w:sz w:val="16"/>
                <w:szCs w:val="16"/>
              </w:rPr>
              <w:t>2021-2025</w:t>
            </w:r>
          </w:p>
        </w:tc>
        <w:tc>
          <w:tcPr>
            <w:tcW w:w="1392" w:type="dxa"/>
            <w:shd w:val="clear" w:color="auto" w:fill="F7F9FB"/>
            <w:tcMar>
              <w:top w:w="65" w:type="dxa"/>
              <w:left w:w="80" w:type="dxa"/>
              <w:bottom w:w="65" w:type="dxa"/>
              <w:right w:w="80" w:type="dxa"/>
            </w:tcMar>
            <w:vAlign w:val="center"/>
          </w:tcPr>
          <w:p w14:paraId="7629BDC9" w14:textId="77777777" w:rsidR="002D5361" w:rsidRDefault="00000000">
            <w:pPr>
              <w:rPr>
                <w:sz w:val="16"/>
                <w:szCs w:val="16"/>
              </w:rPr>
            </w:pPr>
            <w:r>
              <w:rPr>
                <w:sz w:val="16"/>
                <w:szCs w:val="16"/>
              </w:rPr>
              <w:t>71</w:t>
            </w:r>
          </w:p>
        </w:tc>
        <w:tc>
          <w:tcPr>
            <w:tcW w:w="1392" w:type="dxa"/>
            <w:shd w:val="clear" w:color="auto" w:fill="F7F9FB"/>
            <w:tcMar>
              <w:top w:w="65" w:type="dxa"/>
              <w:left w:w="80" w:type="dxa"/>
              <w:bottom w:w="65" w:type="dxa"/>
              <w:right w:w="80" w:type="dxa"/>
            </w:tcMar>
            <w:vAlign w:val="center"/>
          </w:tcPr>
          <w:p w14:paraId="3A62C467" w14:textId="77777777" w:rsidR="002D5361" w:rsidRDefault="00000000">
            <w:pPr>
              <w:rPr>
                <w:sz w:val="16"/>
                <w:szCs w:val="16"/>
              </w:rPr>
            </w:pPr>
            <w:r>
              <w:rPr>
                <w:sz w:val="16"/>
                <w:szCs w:val="16"/>
              </w:rPr>
              <w:t>332</w:t>
            </w:r>
          </w:p>
        </w:tc>
        <w:tc>
          <w:tcPr>
            <w:tcW w:w="1392" w:type="dxa"/>
            <w:shd w:val="clear" w:color="auto" w:fill="F7F9FB"/>
            <w:tcMar>
              <w:top w:w="65" w:type="dxa"/>
              <w:left w:w="80" w:type="dxa"/>
              <w:bottom w:w="65" w:type="dxa"/>
              <w:right w:w="80" w:type="dxa"/>
            </w:tcMar>
            <w:vAlign w:val="center"/>
          </w:tcPr>
          <w:p w14:paraId="7A156AF9" w14:textId="77777777" w:rsidR="002D5361" w:rsidRDefault="00000000">
            <w:pPr>
              <w:rPr>
                <w:sz w:val="16"/>
                <w:szCs w:val="16"/>
              </w:rPr>
            </w:pPr>
            <w:r>
              <w:rPr>
                <w:sz w:val="16"/>
                <w:szCs w:val="16"/>
              </w:rPr>
              <w:t>21.39</w:t>
            </w:r>
          </w:p>
        </w:tc>
        <w:tc>
          <w:tcPr>
            <w:tcW w:w="1392" w:type="dxa"/>
            <w:shd w:val="clear" w:color="auto" w:fill="F7F9FB"/>
            <w:tcMar>
              <w:top w:w="65" w:type="dxa"/>
              <w:left w:w="80" w:type="dxa"/>
              <w:bottom w:w="65" w:type="dxa"/>
              <w:right w:w="80" w:type="dxa"/>
            </w:tcMar>
            <w:vAlign w:val="center"/>
          </w:tcPr>
          <w:p w14:paraId="22B5BE35" w14:textId="77777777" w:rsidR="002D5361" w:rsidRDefault="00000000">
            <w:pPr>
              <w:rPr>
                <w:sz w:val="16"/>
                <w:szCs w:val="16"/>
              </w:rPr>
            </w:pPr>
            <w:r>
              <w:rPr>
                <w:sz w:val="16"/>
                <w:szCs w:val="16"/>
              </w:rPr>
              <w:t>6.549</w:t>
            </w:r>
          </w:p>
        </w:tc>
        <w:tc>
          <w:tcPr>
            <w:tcW w:w="1392" w:type="dxa"/>
            <w:shd w:val="clear" w:color="auto" w:fill="F7F9FB"/>
            <w:tcMar>
              <w:top w:w="65" w:type="dxa"/>
              <w:left w:w="80" w:type="dxa"/>
              <w:bottom w:w="65" w:type="dxa"/>
              <w:right w:w="80" w:type="dxa"/>
            </w:tcMar>
            <w:vAlign w:val="center"/>
          </w:tcPr>
          <w:p w14:paraId="314EB286" w14:textId="77777777" w:rsidR="002D5361" w:rsidRDefault="00000000">
            <w:pPr>
              <w:rPr>
                <w:sz w:val="16"/>
                <w:szCs w:val="16"/>
              </w:rPr>
            </w:pPr>
            <w:r>
              <w:rPr>
                <w:sz w:val="16"/>
                <w:szCs w:val="16"/>
              </w:rPr>
              <w:t>5.81e-11</w:t>
            </w:r>
          </w:p>
        </w:tc>
      </w:tr>
      <w:tr w:rsidR="002D5361" w14:paraId="14136BE9" w14:textId="77777777">
        <w:trPr>
          <w:cantSplit/>
          <w:jc w:val="center"/>
        </w:trPr>
        <w:tc>
          <w:tcPr>
            <w:tcW w:w="1392" w:type="dxa"/>
            <w:tcMar>
              <w:top w:w="65" w:type="dxa"/>
              <w:left w:w="80" w:type="dxa"/>
              <w:bottom w:w="65" w:type="dxa"/>
              <w:right w:w="80" w:type="dxa"/>
            </w:tcMar>
            <w:vAlign w:val="center"/>
          </w:tcPr>
          <w:p w14:paraId="75C4AD53" w14:textId="77777777" w:rsidR="002D5361" w:rsidRDefault="00000000">
            <w:pPr>
              <w:rPr>
                <w:sz w:val="16"/>
                <w:szCs w:val="16"/>
              </w:rPr>
            </w:pPr>
            <w:proofErr w:type="spellStart"/>
            <w:r>
              <w:rPr>
                <w:sz w:val="16"/>
                <w:szCs w:val="16"/>
              </w:rPr>
              <w:t>three_period_equalish</w:t>
            </w:r>
            <w:proofErr w:type="spellEnd"/>
          </w:p>
        </w:tc>
        <w:tc>
          <w:tcPr>
            <w:tcW w:w="1392" w:type="dxa"/>
            <w:tcMar>
              <w:top w:w="65" w:type="dxa"/>
              <w:left w:w="80" w:type="dxa"/>
              <w:bottom w:w="65" w:type="dxa"/>
              <w:right w:w="80" w:type="dxa"/>
            </w:tcMar>
            <w:vAlign w:val="center"/>
          </w:tcPr>
          <w:p w14:paraId="153A3E58" w14:textId="77777777" w:rsidR="002D5361" w:rsidRDefault="00000000">
            <w:pPr>
              <w:rPr>
                <w:sz w:val="16"/>
                <w:szCs w:val="16"/>
              </w:rPr>
            </w:pPr>
            <w:r>
              <w:rPr>
                <w:sz w:val="16"/>
                <w:szCs w:val="16"/>
              </w:rPr>
              <w:t>2004-2010</w:t>
            </w:r>
          </w:p>
        </w:tc>
        <w:tc>
          <w:tcPr>
            <w:tcW w:w="1392" w:type="dxa"/>
            <w:tcMar>
              <w:top w:w="65" w:type="dxa"/>
              <w:left w:w="80" w:type="dxa"/>
              <w:bottom w:w="65" w:type="dxa"/>
              <w:right w:w="80" w:type="dxa"/>
            </w:tcMar>
            <w:vAlign w:val="center"/>
          </w:tcPr>
          <w:p w14:paraId="76766CBD" w14:textId="77777777" w:rsidR="002D5361" w:rsidRDefault="00000000">
            <w:pPr>
              <w:rPr>
                <w:sz w:val="16"/>
                <w:szCs w:val="16"/>
              </w:rPr>
            </w:pPr>
            <w:r>
              <w:rPr>
                <w:sz w:val="16"/>
                <w:szCs w:val="16"/>
              </w:rPr>
              <w:t>5</w:t>
            </w:r>
          </w:p>
        </w:tc>
        <w:tc>
          <w:tcPr>
            <w:tcW w:w="1392" w:type="dxa"/>
            <w:tcMar>
              <w:top w:w="65" w:type="dxa"/>
              <w:left w:w="80" w:type="dxa"/>
              <w:bottom w:w="65" w:type="dxa"/>
              <w:right w:w="80" w:type="dxa"/>
            </w:tcMar>
            <w:vAlign w:val="center"/>
          </w:tcPr>
          <w:p w14:paraId="38368665" w14:textId="77777777" w:rsidR="002D5361" w:rsidRDefault="00000000">
            <w:pPr>
              <w:rPr>
                <w:sz w:val="16"/>
                <w:szCs w:val="16"/>
              </w:rPr>
            </w:pPr>
            <w:r>
              <w:rPr>
                <w:sz w:val="16"/>
                <w:szCs w:val="16"/>
              </w:rPr>
              <w:t>143</w:t>
            </w:r>
          </w:p>
        </w:tc>
        <w:tc>
          <w:tcPr>
            <w:tcW w:w="1392" w:type="dxa"/>
            <w:tcMar>
              <w:top w:w="65" w:type="dxa"/>
              <w:left w:w="80" w:type="dxa"/>
              <w:bottom w:w="65" w:type="dxa"/>
              <w:right w:w="80" w:type="dxa"/>
            </w:tcMar>
            <w:vAlign w:val="center"/>
          </w:tcPr>
          <w:p w14:paraId="1ECEB4B9" w14:textId="77777777" w:rsidR="002D5361" w:rsidRDefault="00000000">
            <w:pPr>
              <w:rPr>
                <w:sz w:val="16"/>
                <w:szCs w:val="16"/>
              </w:rPr>
            </w:pPr>
            <w:r>
              <w:rPr>
                <w:sz w:val="16"/>
                <w:szCs w:val="16"/>
              </w:rPr>
              <w:t>3.50</w:t>
            </w:r>
          </w:p>
        </w:tc>
        <w:tc>
          <w:tcPr>
            <w:tcW w:w="1392" w:type="dxa"/>
            <w:tcMar>
              <w:top w:w="65" w:type="dxa"/>
              <w:left w:w="80" w:type="dxa"/>
              <w:bottom w:w="65" w:type="dxa"/>
              <w:right w:w="80" w:type="dxa"/>
            </w:tcMar>
            <w:vAlign w:val="center"/>
          </w:tcPr>
          <w:p w14:paraId="7AF7E37D" w14:textId="77777777" w:rsidR="002D5361" w:rsidRDefault="00000000">
            <w:pPr>
              <w:rPr>
                <w:sz w:val="16"/>
                <w:szCs w:val="16"/>
              </w:rPr>
            </w:pPr>
            <w:r>
              <w:rPr>
                <w:sz w:val="16"/>
                <w:szCs w:val="16"/>
              </w:rPr>
              <w:t>5.843</w:t>
            </w:r>
          </w:p>
        </w:tc>
        <w:tc>
          <w:tcPr>
            <w:tcW w:w="1392" w:type="dxa"/>
            <w:tcMar>
              <w:top w:w="65" w:type="dxa"/>
              <w:left w:w="80" w:type="dxa"/>
              <w:bottom w:w="65" w:type="dxa"/>
              <w:right w:w="80" w:type="dxa"/>
            </w:tcMar>
            <w:vAlign w:val="center"/>
          </w:tcPr>
          <w:p w14:paraId="12DF1ACA" w14:textId="77777777" w:rsidR="002D5361" w:rsidRDefault="00000000">
            <w:pPr>
              <w:rPr>
                <w:sz w:val="16"/>
                <w:szCs w:val="16"/>
              </w:rPr>
            </w:pPr>
            <w:r>
              <w:rPr>
                <w:sz w:val="16"/>
                <w:szCs w:val="16"/>
              </w:rPr>
              <w:t>5.13e-09</w:t>
            </w:r>
          </w:p>
        </w:tc>
      </w:tr>
      <w:tr w:rsidR="002D5361" w14:paraId="208928E5" w14:textId="77777777">
        <w:trPr>
          <w:cantSplit/>
          <w:jc w:val="center"/>
        </w:trPr>
        <w:tc>
          <w:tcPr>
            <w:tcW w:w="1392" w:type="dxa"/>
            <w:shd w:val="clear" w:color="auto" w:fill="F7F9FB"/>
            <w:tcMar>
              <w:top w:w="65" w:type="dxa"/>
              <w:left w:w="80" w:type="dxa"/>
              <w:bottom w:w="65" w:type="dxa"/>
              <w:right w:w="80" w:type="dxa"/>
            </w:tcMar>
            <w:vAlign w:val="center"/>
          </w:tcPr>
          <w:p w14:paraId="481F89C8" w14:textId="77777777" w:rsidR="002D5361" w:rsidRDefault="002D5361">
            <w:pPr>
              <w:rPr>
                <w:sz w:val="16"/>
                <w:szCs w:val="16"/>
              </w:rPr>
            </w:pPr>
          </w:p>
        </w:tc>
        <w:tc>
          <w:tcPr>
            <w:tcW w:w="1392" w:type="dxa"/>
            <w:shd w:val="clear" w:color="auto" w:fill="F7F9FB"/>
            <w:tcMar>
              <w:top w:w="65" w:type="dxa"/>
              <w:left w:w="80" w:type="dxa"/>
              <w:bottom w:w="65" w:type="dxa"/>
              <w:right w:w="80" w:type="dxa"/>
            </w:tcMar>
            <w:vAlign w:val="center"/>
          </w:tcPr>
          <w:p w14:paraId="7CF5AA13" w14:textId="77777777" w:rsidR="002D5361" w:rsidRDefault="00000000">
            <w:pPr>
              <w:rPr>
                <w:sz w:val="16"/>
                <w:szCs w:val="16"/>
              </w:rPr>
            </w:pPr>
            <w:r>
              <w:rPr>
                <w:sz w:val="16"/>
                <w:szCs w:val="16"/>
              </w:rPr>
              <w:t>2011-2017</w:t>
            </w:r>
          </w:p>
        </w:tc>
        <w:tc>
          <w:tcPr>
            <w:tcW w:w="1392" w:type="dxa"/>
            <w:shd w:val="clear" w:color="auto" w:fill="F7F9FB"/>
            <w:tcMar>
              <w:top w:w="65" w:type="dxa"/>
              <w:left w:w="80" w:type="dxa"/>
              <w:bottom w:w="65" w:type="dxa"/>
              <w:right w:w="80" w:type="dxa"/>
            </w:tcMar>
            <w:vAlign w:val="center"/>
          </w:tcPr>
          <w:p w14:paraId="778A94BC" w14:textId="77777777" w:rsidR="002D5361" w:rsidRDefault="00000000">
            <w:pPr>
              <w:rPr>
                <w:sz w:val="16"/>
                <w:szCs w:val="16"/>
              </w:rPr>
            </w:pPr>
            <w:r>
              <w:rPr>
                <w:sz w:val="16"/>
                <w:szCs w:val="16"/>
              </w:rPr>
              <w:t>10</w:t>
            </w:r>
          </w:p>
        </w:tc>
        <w:tc>
          <w:tcPr>
            <w:tcW w:w="1392" w:type="dxa"/>
            <w:shd w:val="clear" w:color="auto" w:fill="F7F9FB"/>
            <w:tcMar>
              <w:top w:w="65" w:type="dxa"/>
              <w:left w:w="80" w:type="dxa"/>
              <w:bottom w:w="65" w:type="dxa"/>
              <w:right w:w="80" w:type="dxa"/>
            </w:tcMar>
            <w:vAlign w:val="center"/>
          </w:tcPr>
          <w:p w14:paraId="1A78D7A0" w14:textId="77777777" w:rsidR="002D5361" w:rsidRDefault="00000000">
            <w:pPr>
              <w:rPr>
                <w:sz w:val="16"/>
                <w:szCs w:val="16"/>
              </w:rPr>
            </w:pPr>
            <w:r>
              <w:rPr>
                <w:sz w:val="16"/>
                <w:szCs w:val="16"/>
              </w:rPr>
              <w:t>249</w:t>
            </w:r>
          </w:p>
        </w:tc>
        <w:tc>
          <w:tcPr>
            <w:tcW w:w="1392" w:type="dxa"/>
            <w:shd w:val="clear" w:color="auto" w:fill="F7F9FB"/>
            <w:tcMar>
              <w:top w:w="65" w:type="dxa"/>
              <w:left w:w="80" w:type="dxa"/>
              <w:bottom w:w="65" w:type="dxa"/>
              <w:right w:w="80" w:type="dxa"/>
            </w:tcMar>
            <w:vAlign w:val="center"/>
          </w:tcPr>
          <w:p w14:paraId="28F4DB2F" w14:textId="77777777" w:rsidR="002D5361" w:rsidRDefault="00000000">
            <w:pPr>
              <w:rPr>
                <w:sz w:val="16"/>
                <w:szCs w:val="16"/>
              </w:rPr>
            </w:pPr>
            <w:r>
              <w:rPr>
                <w:sz w:val="16"/>
                <w:szCs w:val="16"/>
              </w:rPr>
              <w:t>4.02</w:t>
            </w:r>
          </w:p>
        </w:tc>
        <w:tc>
          <w:tcPr>
            <w:tcW w:w="1392" w:type="dxa"/>
            <w:shd w:val="clear" w:color="auto" w:fill="F7F9FB"/>
            <w:tcMar>
              <w:top w:w="65" w:type="dxa"/>
              <w:left w:w="80" w:type="dxa"/>
              <w:bottom w:w="65" w:type="dxa"/>
              <w:right w:w="80" w:type="dxa"/>
            </w:tcMar>
            <w:vAlign w:val="center"/>
          </w:tcPr>
          <w:p w14:paraId="54896D8B" w14:textId="77777777" w:rsidR="002D5361" w:rsidRDefault="00000000">
            <w:pPr>
              <w:rPr>
                <w:sz w:val="16"/>
                <w:szCs w:val="16"/>
              </w:rPr>
            </w:pPr>
            <w:r>
              <w:rPr>
                <w:sz w:val="16"/>
                <w:szCs w:val="16"/>
              </w:rPr>
              <w:t>5.843</w:t>
            </w:r>
          </w:p>
        </w:tc>
        <w:tc>
          <w:tcPr>
            <w:tcW w:w="1392" w:type="dxa"/>
            <w:shd w:val="clear" w:color="auto" w:fill="F7F9FB"/>
            <w:tcMar>
              <w:top w:w="65" w:type="dxa"/>
              <w:left w:w="80" w:type="dxa"/>
              <w:bottom w:w="65" w:type="dxa"/>
              <w:right w:w="80" w:type="dxa"/>
            </w:tcMar>
            <w:vAlign w:val="center"/>
          </w:tcPr>
          <w:p w14:paraId="373C54AC" w14:textId="77777777" w:rsidR="002D5361" w:rsidRDefault="00000000">
            <w:pPr>
              <w:rPr>
                <w:sz w:val="16"/>
                <w:szCs w:val="16"/>
              </w:rPr>
            </w:pPr>
            <w:r>
              <w:rPr>
                <w:sz w:val="16"/>
                <w:szCs w:val="16"/>
              </w:rPr>
              <w:t>5.13e-09</w:t>
            </w:r>
          </w:p>
        </w:tc>
      </w:tr>
      <w:tr w:rsidR="002D5361" w14:paraId="0534D030" w14:textId="77777777">
        <w:trPr>
          <w:cantSplit/>
          <w:jc w:val="center"/>
        </w:trPr>
        <w:tc>
          <w:tcPr>
            <w:tcW w:w="1392" w:type="dxa"/>
            <w:tcMar>
              <w:top w:w="65" w:type="dxa"/>
              <w:left w:w="80" w:type="dxa"/>
              <w:bottom w:w="65" w:type="dxa"/>
              <w:right w:w="80" w:type="dxa"/>
            </w:tcMar>
            <w:vAlign w:val="center"/>
          </w:tcPr>
          <w:p w14:paraId="48F2ADEF" w14:textId="77777777" w:rsidR="002D5361" w:rsidRDefault="002D5361">
            <w:pPr>
              <w:rPr>
                <w:sz w:val="16"/>
                <w:szCs w:val="16"/>
              </w:rPr>
            </w:pPr>
          </w:p>
        </w:tc>
        <w:tc>
          <w:tcPr>
            <w:tcW w:w="1392" w:type="dxa"/>
            <w:tcMar>
              <w:top w:w="65" w:type="dxa"/>
              <w:left w:w="80" w:type="dxa"/>
              <w:bottom w:w="65" w:type="dxa"/>
              <w:right w:w="80" w:type="dxa"/>
            </w:tcMar>
            <w:vAlign w:val="center"/>
          </w:tcPr>
          <w:p w14:paraId="21079460" w14:textId="77777777" w:rsidR="002D5361" w:rsidRDefault="00000000">
            <w:pPr>
              <w:rPr>
                <w:sz w:val="16"/>
                <w:szCs w:val="16"/>
              </w:rPr>
            </w:pPr>
            <w:r>
              <w:rPr>
                <w:sz w:val="16"/>
                <w:szCs w:val="16"/>
              </w:rPr>
              <w:t>2018-2025</w:t>
            </w:r>
          </w:p>
        </w:tc>
        <w:tc>
          <w:tcPr>
            <w:tcW w:w="1392" w:type="dxa"/>
            <w:tcMar>
              <w:top w:w="65" w:type="dxa"/>
              <w:left w:w="80" w:type="dxa"/>
              <w:bottom w:w="65" w:type="dxa"/>
              <w:right w:w="80" w:type="dxa"/>
            </w:tcMar>
            <w:vAlign w:val="center"/>
          </w:tcPr>
          <w:p w14:paraId="3AD3E597" w14:textId="77777777" w:rsidR="002D5361" w:rsidRDefault="00000000">
            <w:pPr>
              <w:rPr>
                <w:sz w:val="16"/>
                <w:szCs w:val="16"/>
              </w:rPr>
            </w:pPr>
            <w:r>
              <w:rPr>
                <w:sz w:val="16"/>
                <w:szCs w:val="16"/>
              </w:rPr>
              <w:t>86</w:t>
            </w:r>
          </w:p>
        </w:tc>
        <w:tc>
          <w:tcPr>
            <w:tcW w:w="1392" w:type="dxa"/>
            <w:tcMar>
              <w:top w:w="65" w:type="dxa"/>
              <w:left w:w="80" w:type="dxa"/>
              <w:bottom w:w="65" w:type="dxa"/>
              <w:right w:w="80" w:type="dxa"/>
            </w:tcMar>
            <w:vAlign w:val="center"/>
          </w:tcPr>
          <w:p w14:paraId="6E1BACF7" w14:textId="77777777" w:rsidR="002D5361" w:rsidRDefault="00000000">
            <w:pPr>
              <w:rPr>
                <w:sz w:val="16"/>
                <w:szCs w:val="16"/>
              </w:rPr>
            </w:pPr>
            <w:r>
              <w:rPr>
                <w:sz w:val="16"/>
                <w:szCs w:val="16"/>
              </w:rPr>
              <w:t>487</w:t>
            </w:r>
          </w:p>
        </w:tc>
        <w:tc>
          <w:tcPr>
            <w:tcW w:w="1392" w:type="dxa"/>
            <w:tcMar>
              <w:top w:w="65" w:type="dxa"/>
              <w:left w:w="80" w:type="dxa"/>
              <w:bottom w:w="65" w:type="dxa"/>
              <w:right w:w="80" w:type="dxa"/>
            </w:tcMar>
            <w:vAlign w:val="center"/>
          </w:tcPr>
          <w:p w14:paraId="36C77B23" w14:textId="77777777" w:rsidR="002D5361" w:rsidRDefault="00000000">
            <w:pPr>
              <w:rPr>
                <w:sz w:val="16"/>
                <w:szCs w:val="16"/>
              </w:rPr>
            </w:pPr>
            <w:r>
              <w:rPr>
                <w:sz w:val="16"/>
                <w:szCs w:val="16"/>
              </w:rPr>
              <w:t>17.66</w:t>
            </w:r>
          </w:p>
        </w:tc>
        <w:tc>
          <w:tcPr>
            <w:tcW w:w="1392" w:type="dxa"/>
            <w:tcMar>
              <w:top w:w="65" w:type="dxa"/>
              <w:left w:w="80" w:type="dxa"/>
              <w:bottom w:w="65" w:type="dxa"/>
              <w:right w:w="80" w:type="dxa"/>
            </w:tcMar>
            <w:vAlign w:val="center"/>
          </w:tcPr>
          <w:p w14:paraId="1DCBCDDA" w14:textId="77777777" w:rsidR="002D5361" w:rsidRDefault="00000000">
            <w:pPr>
              <w:rPr>
                <w:sz w:val="16"/>
                <w:szCs w:val="16"/>
              </w:rPr>
            </w:pPr>
            <w:r>
              <w:rPr>
                <w:sz w:val="16"/>
                <w:szCs w:val="16"/>
              </w:rPr>
              <w:t>5.843</w:t>
            </w:r>
          </w:p>
        </w:tc>
        <w:tc>
          <w:tcPr>
            <w:tcW w:w="1392" w:type="dxa"/>
            <w:tcMar>
              <w:top w:w="65" w:type="dxa"/>
              <w:left w:w="80" w:type="dxa"/>
              <w:bottom w:w="65" w:type="dxa"/>
              <w:right w:w="80" w:type="dxa"/>
            </w:tcMar>
            <w:vAlign w:val="center"/>
          </w:tcPr>
          <w:p w14:paraId="2EA4D965" w14:textId="77777777" w:rsidR="002D5361" w:rsidRDefault="00000000">
            <w:pPr>
              <w:rPr>
                <w:sz w:val="16"/>
                <w:szCs w:val="16"/>
              </w:rPr>
            </w:pPr>
            <w:r>
              <w:rPr>
                <w:sz w:val="16"/>
                <w:szCs w:val="16"/>
              </w:rPr>
              <w:t>5.13e-09</w:t>
            </w:r>
          </w:p>
        </w:tc>
      </w:tr>
    </w:tbl>
    <w:p w14:paraId="56236268" w14:textId="77777777" w:rsidR="002D5361" w:rsidRDefault="00000000">
      <w:r>
        <w:rPr>
          <w:b/>
          <w:sz w:val="16"/>
        </w:rPr>
        <w:t>Note.</w:t>
      </w:r>
      <w:r>
        <w:rPr>
          <w:sz w:val="16"/>
        </w:rPr>
        <w:t xml:space="preserve"> For each alternative period definition, z and p are from a Cochran–Armitage test of ordered change across the full set of windows in that specification; the statistic is therefore repeated across the rows belonging to the same specification.</w:t>
      </w:r>
    </w:p>
    <w:p w14:paraId="268306A0" w14:textId="77777777" w:rsidR="002D5361" w:rsidRDefault="002D5361">
      <w:pPr>
        <w:spacing w:after="0"/>
      </w:pPr>
    </w:p>
    <w:p w14:paraId="0BA1EF9C" w14:textId="77777777" w:rsidR="002D5361" w:rsidRDefault="00000000">
      <w:pPr>
        <w:pStyle w:val="Heading1"/>
      </w:pPr>
      <w:r>
        <w:rPr>
          <w:rFonts w:ascii="Times New Roman" w:hAnsi="Times New Roman"/>
        </w:rPr>
        <w:lastRenderedPageBreak/>
        <w:t>S15. Subject, journal, and outlier profiles</w:t>
      </w:r>
    </w:p>
    <w:p w14:paraId="5E71F216" w14:textId="77777777" w:rsidR="002D5361" w:rsidRDefault="00000000">
      <w:pPr>
        <w:spacing w:after="120" w:line="259" w:lineRule="auto"/>
        <w:ind w:firstLine="312"/>
      </w:pPr>
      <w:r>
        <w:t>These tables are descriptive diagnostics. Percentages are calculated within categories meeting the prespecified display threshold (subject N ≥ 15; journal N ≥ 10); they are not adjusted comparisons and do not identify causal disciplinary effects.</w:t>
      </w:r>
    </w:p>
    <w:p w14:paraId="54611B98" w14:textId="77777777" w:rsidR="002D5361" w:rsidRDefault="00000000">
      <w:pPr>
        <w:pStyle w:val="TableCaption"/>
      </w:pPr>
      <w:r>
        <w:t>Table S24. KCI subject profiles meeting N ≥ 15</w:t>
      </w:r>
    </w:p>
    <w:tbl>
      <w:tblPr>
        <w:tblStyle w:val="TableGrid"/>
        <w:tblW w:w="0" w:type="auto"/>
        <w:jc w:val="center"/>
        <w:tblLook w:val="04A0" w:firstRow="1" w:lastRow="0" w:firstColumn="1" w:lastColumn="0" w:noHBand="0" w:noVBand="1"/>
      </w:tblPr>
      <w:tblGrid>
        <w:gridCol w:w="1624"/>
        <w:gridCol w:w="1624"/>
        <w:gridCol w:w="1624"/>
        <w:gridCol w:w="1624"/>
        <w:gridCol w:w="1624"/>
        <w:gridCol w:w="1624"/>
      </w:tblGrid>
      <w:tr w:rsidR="002D5361" w14:paraId="49E921AD" w14:textId="77777777">
        <w:trPr>
          <w:cantSplit/>
          <w:tblHeader/>
          <w:jc w:val="center"/>
        </w:trPr>
        <w:tc>
          <w:tcPr>
            <w:tcW w:w="1624" w:type="dxa"/>
            <w:shd w:val="clear" w:color="auto" w:fill="D9EAF7"/>
            <w:tcMar>
              <w:top w:w="65" w:type="dxa"/>
              <w:left w:w="80" w:type="dxa"/>
              <w:bottom w:w="65" w:type="dxa"/>
              <w:right w:w="80" w:type="dxa"/>
            </w:tcMar>
            <w:vAlign w:val="center"/>
          </w:tcPr>
          <w:p w14:paraId="2C6C7BC0" w14:textId="77777777" w:rsidR="002D5361" w:rsidRDefault="00000000">
            <w:r>
              <w:rPr>
                <w:b/>
                <w:sz w:val="16"/>
              </w:rPr>
              <w:t>Subject</w:t>
            </w:r>
          </w:p>
        </w:tc>
        <w:tc>
          <w:tcPr>
            <w:tcW w:w="1624" w:type="dxa"/>
            <w:shd w:val="clear" w:color="auto" w:fill="D9EAF7"/>
            <w:tcMar>
              <w:top w:w="65" w:type="dxa"/>
              <w:left w:w="80" w:type="dxa"/>
              <w:bottom w:w="65" w:type="dxa"/>
              <w:right w:w="80" w:type="dxa"/>
            </w:tcMar>
            <w:vAlign w:val="center"/>
          </w:tcPr>
          <w:p w14:paraId="58D42CF2" w14:textId="77777777" w:rsidR="002D5361" w:rsidRDefault="00000000">
            <w:r>
              <w:rPr>
                <w:b/>
                <w:sz w:val="16"/>
              </w:rPr>
              <w:t>N</w:t>
            </w:r>
          </w:p>
        </w:tc>
        <w:tc>
          <w:tcPr>
            <w:tcW w:w="1624" w:type="dxa"/>
            <w:shd w:val="clear" w:color="auto" w:fill="D9EAF7"/>
            <w:tcMar>
              <w:top w:w="65" w:type="dxa"/>
              <w:left w:w="80" w:type="dxa"/>
              <w:bottom w:w="65" w:type="dxa"/>
              <w:right w:w="80" w:type="dxa"/>
            </w:tcMar>
            <w:vAlign w:val="center"/>
          </w:tcPr>
          <w:p w14:paraId="5ECD2298" w14:textId="77777777" w:rsidR="002D5361" w:rsidRDefault="00000000">
            <w:r>
              <w:rPr>
                <w:b/>
                <w:sz w:val="16"/>
              </w:rPr>
              <w:t>Outlier n</w:t>
            </w:r>
          </w:p>
        </w:tc>
        <w:tc>
          <w:tcPr>
            <w:tcW w:w="1624" w:type="dxa"/>
            <w:shd w:val="clear" w:color="auto" w:fill="D9EAF7"/>
            <w:tcMar>
              <w:top w:w="65" w:type="dxa"/>
              <w:left w:w="80" w:type="dxa"/>
              <w:bottom w:w="65" w:type="dxa"/>
              <w:right w:w="80" w:type="dxa"/>
            </w:tcMar>
            <w:vAlign w:val="center"/>
          </w:tcPr>
          <w:p w14:paraId="7EB50385" w14:textId="77777777" w:rsidR="002D5361" w:rsidRDefault="00000000">
            <w:r>
              <w:rPr>
                <w:b/>
                <w:sz w:val="16"/>
              </w:rPr>
              <w:t>Outlier %</w:t>
            </w:r>
          </w:p>
        </w:tc>
        <w:tc>
          <w:tcPr>
            <w:tcW w:w="1624" w:type="dxa"/>
            <w:shd w:val="clear" w:color="auto" w:fill="D9EAF7"/>
            <w:tcMar>
              <w:top w:w="65" w:type="dxa"/>
              <w:left w:w="80" w:type="dxa"/>
              <w:bottom w:w="65" w:type="dxa"/>
              <w:right w:w="80" w:type="dxa"/>
            </w:tcMar>
            <w:vAlign w:val="center"/>
          </w:tcPr>
          <w:p w14:paraId="01551183" w14:textId="77777777" w:rsidR="002D5361" w:rsidRDefault="00000000">
            <w:r>
              <w:rPr>
                <w:b/>
                <w:sz w:val="16"/>
              </w:rPr>
              <w:t>T4 n</w:t>
            </w:r>
          </w:p>
        </w:tc>
        <w:tc>
          <w:tcPr>
            <w:tcW w:w="1624" w:type="dxa"/>
            <w:shd w:val="clear" w:color="auto" w:fill="D9EAF7"/>
            <w:tcMar>
              <w:top w:w="65" w:type="dxa"/>
              <w:left w:w="80" w:type="dxa"/>
              <w:bottom w:w="65" w:type="dxa"/>
              <w:right w:w="80" w:type="dxa"/>
            </w:tcMar>
            <w:vAlign w:val="center"/>
          </w:tcPr>
          <w:p w14:paraId="378D7C5F" w14:textId="77777777" w:rsidR="002D5361" w:rsidRDefault="00000000">
            <w:r>
              <w:rPr>
                <w:b/>
                <w:sz w:val="16"/>
              </w:rPr>
              <w:t>T4 %</w:t>
            </w:r>
          </w:p>
        </w:tc>
      </w:tr>
      <w:tr w:rsidR="002D5361" w14:paraId="4698D162" w14:textId="77777777">
        <w:trPr>
          <w:cantSplit/>
          <w:jc w:val="center"/>
        </w:trPr>
        <w:tc>
          <w:tcPr>
            <w:tcW w:w="1624" w:type="dxa"/>
            <w:tcMar>
              <w:top w:w="65" w:type="dxa"/>
              <w:left w:w="80" w:type="dxa"/>
              <w:bottom w:w="65" w:type="dxa"/>
              <w:right w:w="80" w:type="dxa"/>
            </w:tcMar>
            <w:vAlign w:val="center"/>
          </w:tcPr>
          <w:p w14:paraId="0FBDD500" w14:textId="77777777" w:rsidR="002D5361" w:rsidRDefault="00000000">
            <w:proofErr w:type="spellStart"/>
            <w:r>
              <w:rPr>
                <w:sz w:val="16"/>
              </w:rPr>
              <w:t>국제</w:t>
            </w:r>
            <w:proofErr w:type="spellEnd"/>
            <w:r>
              <w:rPr>
                <w:sz w:val="16"/>
              </w:rPr>
              <w:t>/</w:t>
            </w:r>
            <w:proofErr w:type="spellStart"/>
            <w:r>
              <w:rPr>
                <w:sz w:val="16"/>
              </w:rPr>
              <w:t>지역개발</w:t>
            </w:r>
            <w:proofErr w:type="spellEnd"/>
          </w:p>
        </w:tc>
        <w:tc>
          <w:tcPr>
            <w:tcW w:w="1624" w:type="dxa"/>
            <w:tcMar>
              <w:top w:w="65" w:type="dxa"/>
              <w:left w:w="80" w:type="dxa"/>
              <w:bottom w:w="65" w:type="dxa"/>
              <w:right w:w="80" w:type="dxa"/>
            </w:tcMar>
            <w:vAlign w:val="center"/>
          </w:tcPr>
          <w:p w14:paraId="00A10ABD" w14:textId="77777777" w:rsidR="002D5361" w:rsidRDefault="00000000">
            <w:r>
              <w:rPr>
                <w:sz w:val="16"/>
              </w:rPr>
              <w:t>67</w:t>
            </w:r>
          </w:p>
        </w:tc>
        <w:tc>
          <w:tcPr>
            <w:tcW w:w="1624" w:type="dxa"/>
            <w:tcMar>
              <w:top w:w="65" w:type="dxa"/>
              <w:left w:w="80" w:type="dxa"/>
              <w:bottom w:w="65" w:type="dxa"/>
              <w:right w:w="80" w:type="dxa"/>
            </w:tcMar>
            <w:vAlign w:val="center"/>
          </w:tcPr>
          <w:p w14:paraId="3D25AECE" w14:textId="77777777" w:rsidR="002D5361" w:rsidRDefault="00000000">
            <w:r>
              <w:rPr>
                <w:sz w:val="16"/>
              </w:rPr>
              <w:t>20</w:t>
            </w:r>
          </w:p>
        </w:tc>
        <w:tc>
          <w:tcPr>
            <w:tcW w:w="1624" w:type="dxa"/>
            <w:tcMar>
              <w:top w:w="65" w:type="dxa"/>
              <w:left w:w="80" w:type="dxa"/>
              <w:bottom w:w="65" w:type="dxa"/>
              <w:right w:w="80" w:type="dxa"/>
            </w:tcMar>
            <w:vAlign w:val="center"/>
          </w:tcPr>
          <w:p w14:paraId="69AFECE0" w14:textId="77777777" w:rsidR="002D5361" w:rsidRDefault="00000000">
            <w:r>
              <w:rPr>
                <w:sz w:val="16"/>
              </w:rPr>
              <w:t>29.85</w:t>
            </w:r>
          </w:p>
        </w:tc>
        <w:tc>
          <w:tcPr>
            <w:tcW w:w="1624" w:type="dxa"/>
            <w:tcMar>
              <w:top w:w="65" w:type="dxa"/>
              <w:left w:w="80" w:type="dxa"/>
              <w:bottom w:w="65" w:type="dxa"/>
              <w:right w:w="80" w:type="dxa"/>
            </w:tcMar>
            <w:vAlign w:val="center"/>
          </w:tcPr>
          <w:p w14:paraId="1D1F4317" w14:textId="77777777" w:rsidR="002D5361" w:rsidRDefault="00000000">
            <w:r>
              <w:rPr>
                <w:sz w:val="16"/>
              </w:rPr>
              <w:t>10</w:t>
            </w:r>
          </w:p>
        </w:tc>
        <w:tc>
          <w:tcPr>
            <w:tcW w:w="1624" w:type="dxa"/>
            <w:tcMar>
              <w:top w:w="65" w:type="dxa"/>
              <w:left w:w="80" w:type="dxa"/>
              <w:bottom w:w="65" w:type="dxa"/>
              <w:right w:w="80" w:type="dxa"/>
            </w:tcMar>
            <w:vAlign w:val="center"/>
          </w:tcPr>
          <w:p w14:paraId="535D8A8B" w14:textId="77777777" w:rsidR="002D5361" w:rsidRDefault="00000000">
            <w:r>
              <w:rPr>
                <w:sz w:val="16"/>
              </w:rPr>
              <w:t>14.93</w:t>
            </w:r>
          </w:p>
        </w:tc>
      </w:tr>
      <w:tr w:rsidR="002D5361" w14:paraId="5F401AC0" w14:textId="77777777">
        <w:trPr>
          <w:cantSplit/>
          <w:jc w:val="center"/>
        </w:trPr>
        <w:tc>
          <w:tcPr>
            <w:tcW w:w="1624" w:type="dxa"/>
            <w:shd w:val="clear" w:color="auto" w:fill="F7F9FB"/>
            <w:tcMar>
              <w:top w:w="65" w:type="dxa"/>
              <w:left w:w="80" w:type="dxa"/>
              <w:bottom w:w="65" w:type="dxa"/>
              <w:right w:w="80" w:type="dxa"/>
            </w:tcMar>
            <w:vAlign w:val="center"/>
          </w:tcPr>
          <w:p w14:paraId="6FA5831A" w14:textId="77777777" w:rsidR="002D5361" w:rsidRDefault="00000000">
            <w:proofErr w:type="spellStart"/>
            <w:r>
              <w:rPr>
                <w:sz w:val="16"/>
              </w:rPr>
              <w:t>행정학</w:t>
            </w:r>
            <w:proofErr w:type="spellEnd"/>
          </w:p>
        </w:tc>
        <w:tc>
          <w:tcPr>
            <w:tcW w:w="1624" w:type="dxa"/>
            <w:shd w:val="clear" w:color="auto" w:fill="F7F9FB"/>
            <w:tcMar>
              <w:top w:w="65" w:type="dxa"/>
              <w:left w:w="80" w:type="dxa"/>
              <w:bottom w:w="65" w:type="dxa"/>
              <w:right w:w="80" w:type="dxa"/>
            </w:tcMar>
            <w:vAlign w:val="center"/>
          </w:tcPr>
          <w:p w14:paraId="3BA368DE" w14:textId="77777777" w:rsidR="002D5361" w:rsidRDefault="00000000">
            <w:r>
              <w:rPr>
                <w:sz w:val="16"/>
              </w:rPr>
              <w:t>138</w:t>
            </w:r>
          </w:p>
        </w:tc>
        <w:tc>
          <w:tcPr>
            <w:tcW w:w="1624" w:type="dxa"/>
            <w:shd w:val="clear" w:color="auto" w:fill="F7F9FB"/>
            <w:tcMar>
              <w:top w:w="65" w:type="dxa"/>
              <w:left w:w="80" w:type="dxa"/>
              <w:bottom w:w="65" w:type="dxa"/>
              <w:right w:w="80" w:type="dxa"/>
            </w:tcMar>
            <w:vAlign w:val="center"/>
          </w:tcPr>
          <w:p w14:paraId="06FAE033" w14:textId="77777777" w:rsidR="002D5361" w:rsidRDefault="00000000">
            <w:r>
              <w:rPr>
                <w:sz w:val="16"/>
              </w:rPr>
              <w:t>22</w:t>
            </w:r>
          </w:p>
        </w:tc>
        <w:tc>
          <w:tcPr>
            <w:tcW w:w="1624" w:type="dxa"/>
            <w:shd w:val="clear" w:color="auto" w:fill="F7F9FB"/>
            <w:tcMar>
              <w:top w:w="65" w:type="dxa"/>
              <w:left w:w="80" w:type="dxa"/>
              <w:bottom w:w="65" w:type="dxa"/>
              <w:right w:w="80" w:type="dxa"/>
            </w:tcMar>
            <w:vAlign w:val="center"/>
          </w:tcPr>
          <w:p w14:paraId="6177A5F2" w14:textId="77777777" w:rsidR="002D5361" w:rsidRDefault="00000000">
            <w:r>
              <w:rPr>
                <w:sz w:val="16"/>
              </w:rPr>
              <w:t>15.94</w:t>
            </w:r>
          </w:p>
        </w:tc>
        <w:tc>
          <w:tcPr>
            <w:tcW w:w="1624" w:type="dxa"/>
            <w:shd w:val="clear" w:color="auto" w:fill="F7F9FB"/>
            <w:tcMar>
              <w:top w:w="65" w:type="dxa"/>
              <w:left w:w="80" w:type="dxa"/>
              <w:bottom w:w="65" w:type="dxa"/>
              <w:right w:w="80" w:type="dxa"/>
            </w:tcMar>
            <w:vAlign w:val="center"/>
          </w:tcPr>
          <w:p w14:paraId="46260F34" w14:textId="77777777" w:rsidR="002D5361" w:rsidRDefault="00000000">
            <w:r>
              <w:rPr>
                <w:sz w:val="16"/>
              </w:rPr>
              <w:t>9</w:t>
            </w:r>
          </w:p>
        </w:tc>
        <w:tc>
          <w:tcPr>
            <w:tcW w:w="1624" w:type="dxa"/>
            <w:shd w:val="clear" w:color="auto" w:fill="F7F9FB"/>
            <w:tcMar>
              <w:top w:w="65" w:type="dxa"/>
              <w:left w:w="80" w:type="dxa"/>
              <w:bottom w:w="65" w:type="dxa"/>
              <w:right w:w="80" w:type="dxa"/>
            </w:tcMar>
            <w:vAlign w:val="center"/>
          </w:tcPr>
          <w:p w14:paraId="3D221302" w14:textId="77777777" w:rsidR="002D5361" w:rsidRDefault="00000000">
            <w:r>
              <w:rPr>
                <w:sz w:val="16"/>
              </w:rPr>
              <w:t>6.52</w:t>
            </w:r>
          </w:p>
        </w:tc>
      </w:tr>
      <w:tr w:rsidR="002D5361" w14:paraId="78EE55A7" w14:textId="77777777">
        <w:trPr>
          <w:cantSplit/>
          <w:jc w:val="center"/>
        </w:trPr>
        <w:tc>
          <w:tcPr>
            <w:tcW w:w="1624" w:type="dxa"/>
            <w:tcMar>
              <w:top w:w="65" w:type="dxa"/>
              <w:left w:w="80" w:type="dxa"/>
              <w:bottom w:w="65" w:type="dxa"/>
              <w:right w:w="80" w:type="dxa"/>
            </w:tcMar>
            <w:vAlign w:val="center"/>
          </w:tcPr>
          <w:p w14:paraId="394F2E96" w14:textId="77777777" w:rsidR="002D5361" w:rsidRDefault="00000000">
            <w:proofErr w:type="spellStart"/>
            <w:r>
              <w:rPr>
                <w:sz w:val="16"/>
              </w:rPr>
              <w:t>법학</w:t>
            </w:r>
            <w:proofErr w:type="spellEnd"/>
          </w:p>
        </w:tc>
        <w:tc>
          <w:tcPr>
            <w:tcW w:w="1624" w:type="dxa"/>
            <w:tcMar>
              <w:top w:w="65" w:type="dxa"/>
              <w:left w:w="80" w:type="dxa"/>
              <w:bottom w:w="65" w:type="dxa"/>
              <w:right w:w="80" w:type="dxa"/>
            </w:tcMar>
            <w:vAlign w:val="center"/>
          </w:tcPr>
          <w:p w14:paraId="2DBB0D7B" w14:textId="77777777" w:rsidR="002D5361" w:rsidRDefault="00000000">
            <w:r>
              <w:rPr>
                <w:sz w:val="16"/>
              </w:rPr>
              <w:t>125</w:t>
            </w:r>
          </w:p>
        </w:tc>
        <w:tc>
          <w:tcPr>
            <w:tcW w:w="1624" w:type="dxa"/>
            <w:tcMar>
              <w:top w:w="65" w:type="dxa"/>
              <w:left w:w="80" w:type="dxa"/>
              <w:bottom w:w="65" w:type="dxa"/>
              <w:right w:w="80" w:type="dxa"/>
            </w:tcMar>
            <w:vAlign w:val="center"/>
          </w:tcPr>
          <w:p w14:paraId="7C00EB1E" w14:textId="77777777" w:rsidR="002D5361" w:rsidRDefault="00000000">
            <w:r>
              <w:rPr>
                <w:sz w:val="16"/>
              </w:rPr>
              <w:t>21</w:t>
            </w:r>
          </w:p>
        </w:tc>
        <w:tc>
          <w:tcPr>
            <w:tcW w:w="1624" w:type="dxa"/>
            <w:tcMar>
              <w:top w:w="65" w:type="dxa"/>
              <w:left w:w="80" w:type="dxa"/>
              <w:bottom w:w="65" w:type="dxa"/>
              <w:right w:w="80" w:type="dxa"/>
            </w:tcMar>
            <w:vAlign w:val="center"/>
          </w:tcPr>
          <w:p w14:paraId="4A48CA05" w14:textId="77777777" w:rsidR="002D5361" w:rsidRDefault="00000000">
            <w:r>
              <w:rPr>
                <w:sz w:val="16"/>
              </w:rPr>
              <w:t>16.80</w:t>
            </w:r>
          </w:p>
        </w:tc>
        <w:tc>
          <w:tcPr>
            <w:tcW w:w="1624" w:type="dxa"/>
            <w:tcMar>
              <w:top w:w="65" w:type="dxa"/>
              <w:left w:w="80" w:type="dxa"/>
              <w:bottom w:w="65" w:type="dxa"/>
              <w:right w:w="80" w:type="dxa"/>
            </w:tcMar>
            <w:vAlign w:val="center"/>
          </w:tcPr>
          <w:p w14:paraId="657AFFD9" w14:textId="77777777" w:rsidR="002D5361" w:rsidRDefault="00000000">
            <w:r>
              <w:rPr>
                <w:sz w:val="16"/>
              </w:rPr>
              <w:t>9</w:t>
            </w:r>
          </w:p>
        </w:tc>
        <w:tc>
          <w:tcPr>
            <w:tcW w:w="1624" w:type="dxa"/>
            <w:tcMar>
              <w:top w:w="65" w:type="dxa"/>
              <w:left w:w="80" w:type="dxa"/>
              <w:bottom w:w="65" w:type="dxa"/>
              <w:right w:w="80" w:type="dxa"/>
            </w:tcMar>
            <w:vAlign w:val="center"/>
          </w:tcPr>
          <w:p w14:paraId="3AB62676" w14:textId="77777777" w:rsidR="002D5361" w:rsidRDefault="00000000">
            <w:r>
              <w:rPr>
                <w:sz w:val="16"/>
              </w:rPr>
              <w:t>7.20</w:t>
            </w:r>
          </w:p>
        </w:tc>
      </w:tr>
      <w:tr w:rsidR="002D5361" w14:paraId="157C50BD" w14:textId="77777777">
        <w:trPr>
          <w:cantSplit/>
          <w:jc w:val="center"/>
        </w:trPr>
        <w:tc>
          <w:tcPr>
            <w:tcW w:w="1624" w:type="dxa"/>
            <w:shd w:val="clear" w:color="auto" w:fill="F7F9FB"/>
            <w:tcMar>
              <w:top w:w="65" w:type="dxa"/>
              <w:left w:w="80" w:type="dxa"/>
              <w:bottom w:w="65" w:type="dxa"/>
              <w:right w:w="80" w:type="dxa"/>
            </w:tcMar>
            <w:vAlign w:val="center"/>
          </w:tcPr>
          <w:p w14:paraId="6A58F13C" w14:textId="77777777" w:rsidR="002D5361" w:rsidRDefault="00000000">
            <w:proofErr w:type="spellStart"/>
            <w:r>
              <w:rPr>
                <w:sz w:val="16"/>
              </w:rPr>
              <w:t>경제학</w:t>
            </w:r>
            <w:proofErr w:type="spellEnd"/>
          </w:p>
        </w:tc>
        <w:tc>
          <w:tcPr>
            <w:tcW w:w="1624" w:type="dxa"/>
            <w:shd w:val="clear" w:color="auto" w:fill="F7F9FB"/>
            <w:tcMar>
              <w:top w:w="65" w:type="dxa"/>
              <w:left w:w="80" w:type="dxa"/>
              <w:bottom w:w="65" w:type="dxa"/>
              <w:right w:w="80" w:type="dxa"/>
            </w:tcMar>
            <w:vAlign w:val="center"/>
          </w:tcPr>
          <w:p w14:paraId="712B7784" w14:textId="77777777" w:rsidR="002D5361" w:rsidRDefault="00000000">
            <w:r>
              <w:rPr>
                <w:sz w:val="16"/>
              </w:rPr>
              <w:t>96</w:t>
            </w:r>
          </w:p>
        </w:tc>
        <w:tc>
          <w:tcPr>
            <w:tcW w:w="1624" w:type="dxa"/>
            <w:shd w:val="clear" w:color="auto" w:fill="F7F9FB"/>
            <w:tcMar>
              <w:top w:w="65" w:type="dxa"/>
              <w:left w:w="80" w:type="dxa"/>
              <w:bottom w:w="65" w:type="dxa"/>
              <w:right w:w="80" w:type="dxa"/>
            </w:tcMar>
            <w:vAlign w:val="center"/>
          </w:tcPr>
          <w:p w14:paraId="2B94F24C" w14:textId="77777777" w:rsidR="002D5361" w:rsidRDefault="00000000">
            <w:r>
              <w:rPr>
                <w:sz w:val="16"/>
              </w:rPr>
              <w:t>12</w:t>
            </w:r>
          </w:p>
        </w:tc>
        <w:tc>
          <w:tcPr>
            <w:tcW w:w="1624" w:type="dxa"/>
            <w:shd w:val="clear" w:color="auto" w:fill="F7F9FB"/>
            <w:tcMar>
              <w:top w:w="65" w:type="dxa"/>
              <w:left w:w="80" w:type="dxa"/>
              <w:bottom w:w="65" w:type="dxa"/>
              <w:right w:w="80" w:type="dxa"/>
            </w:tcMar>
            <w:vAlign w:val="center"/>
          </w:tcPr>
          <w:p w14:paraId="0C202474" w14:textId="77777777" w:rsidR="002D5361" w:rsidRDefault="00000000">
            <w:r>
              <w:rPr>
                <w:sz w:val="16"/>
              </w:rPr>
              <w:t>12.50</w:t>
            </w:r>
          </w:p>
        </w:tc>
        <w:tc>
          <w:tcPr>
            <w:tcW w:w="1624" w:type="dxa"/>
            <w:shd w:val="clear" w:color="auto" w:fill="F7F9FB"/>
            <w:tcMar>
              <w:top w:w="65" w:type="dxa"/>
              <w:left w:w="80" w:type="dxa"/>
              <w:bottom w:w="65" w:type="dxa"/>
              <w:right w:w="80" w:type="dxa"/>
            </w:tcMar>
            <w:vAlign w:val="center"/>
          </w:tcPr>
          <w:p w14:paraId="48233D9F" w14:textId="77777777" w:rsidR="002D5361" w:rsidRDefault="00000000">
            <w:r>
              <w:rPr>
                <w:sz w:val="16"/>
              </w:rPr>
              <w:t>9</w:t>
            </w:r>
          </w:p>
        </w:tc>
        <w:tc>
          <w:tcPr>
            <w:tcW w:w="1624" w:type="dxa"/>
            <w:shd w:val="clear" w:color="auto" w:fill="F7F9FB"/>
            <w:tcMar>
              <w:top w:w="65" w:type="dxa"/>
              <w:left w:w="80" w:type="dxa"/>
              <w:bottom w:w="65" w:type="dxa"/>
              <w:right w:w="80" w:type="dxa"/>
            </w:tcMar>
            <w:vAlign w:val="center"/>
          </w:tcPr>
          <w:p w14:paraId="0AFFE18B" w14:textId="77777777" w:rsidR="002D5361" w:rsidRDefault="00000000">
            <w:r>
              <w:rPr>
                <w:sz w:val="16"/>
              </w:rPr>
              <w:t>9.38</w:t>
            </w:r>
          </w:p>
        </w:tc>
      </w:tr>
      <w:tr w:rsidR="002D5361" w14:paraId="5C87B9C2" w14:textId="77777777">
        <w:trPr>
          <w:cantSplit/>
          <w:jc w:val="center"/>
        </w:trPr>
        <w:tc>
          <w:tcPr>
            <w:tcW w:w="1624" w:type="dxa"/>
            <w:tcMar>
              <w:top w:w="65" w:type="dxa"/>
              <w:left w:w="80" w:type="dxa"/>
              <w:bottom w:w="65" w:type="dxa"/>
              <w:right w:w="80" w:type="dxa"/>
            </w:tcMar>
            <w:vAlign w:val="center"/>
          </w:tcPr>
          <w:p w14:paraId="5D3221D3" w14:textId="77777777" w:rsidR="002D5361" w:rsidRDefault="00000000">
            <w:proofErr w:type="spellStart"/>
            <w:r>
              <w:rPr>
                <w:sz w:val="16"/>
              </w:rPr>
              <w:t>지리학</w:t>
            </w:r>
            <w:proofErr w:type="spellEnd"/>
          </w:p>
        </w:tc>
        <w:tc>
          <w:tcPr>
            <w:tcW w:w="1624" w:type="dxa"/>
            <w:tcMar>
              <w:top w:w="65" w:type="dxa"/>
              <w:left w:w="80" w:type="dxa"/>
              <w:bottom w:w="65" w:type="dxa"/>
              <w:right w:w="80" w:type="dxa"/>
            </w:tcMar>
            <w:vAlign w:val="center"/>
          </w:tcPr>
          <w:p w14:paraId="67487A36" w14:textId="77777777" w:rsidR="002D5361" w:rsidRDefault="00000000">
            <w:r>
              <w:rPr>
                <w:sz w:val="16"/>
              </w:rPr>
              <w:t>92</w:t>
            </w:r>
          </w:p>
        </w:tc>
        <w:tc>
          <w:tcPr>
            <w:tcW w:w="1624" w:type="dxa"/>
            <w:tcMar>
              <w:top w:w="65" w:type="dxa"/>
              <w:left w:w="80" w:type="dxa"/>
              <w:bottom w:w="65" w:type="dxa"/>
              <w:right w:w="80" w:type="dxa"/>
            </w:tcMar>
            <w:vAlign w:val="center"/>
          </w:tcPr>
          <w:p w14:paraId="62854C4C" w14:textId="77777777" w:rsidR="002D5361" w:rsidRDefault="00000000">
            <w:r>
              <w:rPr>
                <w:sz w:val="16"/>
              </w:rPr>
              <w:t>21</w:t>
            </w:r>
          </w:p>
        </w:tc>
        <w:tc>
          <w:tcPr>
            <w:tcW w:w="1624" w:type="dxa"/>
            <w:tcMar>
              <w:top w:w="65" w:type="dxa"/>
              <w:left w:w="80" w:type="dxa"/>
              <w:bottom w:w="65" w:type="dxa"/>
              <w:right w:w="80" w:type="dxa"/>
            </w:tcMar>
            <w:vAlign w:val="center"/>
          </w:tcPr>
          <w:p w14:paraId="2ECCE1EB" w14:textId="77777777" w:rsidR="002D5361" w:rsidRDefault="00000000">
            <w:r>
              <w:rPr>
                <w:sz w:val="16"/>
              </w:rPr>
              <w:t>22.83</w:t>
            </w:r>
          </w:p>
        </w:tc>
        <w:tc>
          <w:tcPr>
            <w:tcW w:w="1624" w:type="dxa"/>
            <w:tcMar>
              <w:top w:w="65" w:type="dxa"/>
              <w:left w:w="80" w:type="dxa"/>
              <w:bottom w:w="65" w:type="dxa"/>
              <w:right w:w="80" w:type="dxa"/>
            </w:tcMar>
            <w:vAlign w:val="center"/>
          </w:tcPr>
          <w:p w14:paraId="0503B3D7" w14:textId="77777777" w:rsidR="002D5361" w:rsidRDefault="00000000">
            <w:r>
              <w:rPr>
                <w:sz w:val="16"/>
              </w:rPr>
              <w:t>9</w:t>
            </w:r>
          </w:p>
        </w:tc>
        <w:tc>
          <w:tcPr>
            <w:tcW w:w="1624" w:type="dxa"/>
            <w:tcMar>
              <w:top w:w="65" w:type="dxa"/>
              <w:left w:w="80" w:type="dxa"/>
              <w:bottom w:w="65" w:type="dxa"/>
              <w:right w:w="80" w:type="dxa"/>
            </w:tcMar>
            <w:vAlign w:val="center"/>
          </w:tcPr>
          <w:p w14:paraId="7A16ECCF" w14:textId="77777777" w:rsidR="002D5361" w:rsidRDefault="00000000">
            <w:r>
              <w:rPr>
                <w:sz w:val="16"/>
              </w:rPr>
              <w:t>9.78</w:t>
            </w:r>
          </w:p>
        </w:tc>
      </w:tr>
      <w:tr w:rsidR="002D5361" w14:paraId="1B17ADDC" w14:textId="77777777">
        <w:trPr>
          <w:cantSplit/>
          <w:jc w:val="center"/>
        </w:trPr>
        <w:tc>
          <w:tcPr>
            <w:tcW w:w="1624" w:type="dxa"/>
            <w:shd w:val="clear" w:color="auto" w:fill="F7F9FB"/>
            <w:tcMar>
              <w:top w:w="65" w:type="dxa"/>
              <w:left w:w="80" w:type="dxa"/>
              <w:bottom w:w="65" w:type="dxa"/>
              <w:right w:w="80" w:type="dxa"/>
            </w:tcMar>
            <w:vAlign w:val="center"/>
          </w:tcPr>
          <w:p w14:paraId="5DEE2B5B" w14:textId="77777777" w:rsidR="002D5361" w:rsidRDefault="00000000">
            <w:r>
              <w:rPr>
                <w:sz w:val="16"/>
              </w:rPr>
              <w:t>Unspecified</w:t>
            </w:r>
          </w:p>
        </w:tc>
        <w:tc>
          <w:tcPr>
            <w:tcW w:w="1624" w:type="dxa"/>
            <w:shd w:val="clear" w:color="auto" w:fill="F7F9FB"/>
            <w:tcMar>
              <w:top w:w="65" w:type="dxa"/>
              <w:left w:w="80" w:type="dxa"/>
              <w:bottom w:w="65" w:type="dxa"/>
              <w:right w:w="80" w:type="dxa"/>
            </w:tcMar>
            <w:vAlign w:val="center"/>
          </w:tcPr>
          <w:p w14:paraId="150220C5" w14:textId="77777777" w:rsidR="002D5361" w:rsidRDefault="00000000">
            <w:r>
              <w:rPr>
                <w:sz w:val="16"/>
              </w:rPr>
              <w:t>32</w:t>
            </w:r>
          </w:p>
        </w:tc>
        <w:tc>
          <w:tcPr>
            <w:tcW w:w="1624" w:type="dxa"/>
            <w:shd w:val="clear" w:color="auto" w:fill="F7F9FB"/>
            <w:tcMar>
              <w:top w:w="65" w:type="dxa"/>
              <w:left w:w="80" w:type="dxa"/>
              <w:bottom w:w="65" w:type="dxa"/>
              <w:right w:w="80" w:type="dxa"/>
            </w:tcMar>
            <w:vAlign w:val="center"/>
          </w:tcPr>
          <w:p w14:paraId="0DAFEFD3" w14:textId="77777777" w:rsidR="002D5361" w:rsidRDefault="00000000">
            <w:r>
              <w:rPr>
                <w:sz w:val="16"/>
              </w:rPr>
              <w:t>8</w:t>
            </w:r>
          </w:p>
        </w:tc>
        <w:tc>
          <w:tcPr>
            <w:tcW w:w="1624" w:type="dxa"/>
            <w:shd w:val="clear" w:color="auto" w:fill="F7F9FB"/>
            <w:tcMar>
              <w:top w:w="65" w:type="dxa"/>
              <w:left w:w="80" w:type="dxa"/>
              <w:bottom w:w="65" w:type="dxa"/>
              <w:right w:w="80" w:type="dxa"/>
            </w:tcMar>
            <w:vAlign w:val="center"/>
          </w:tcPr>
          <w:p w14:paraId="3190255B" w14:textId="77777777" w:rsidR="002D5361" w:rsidRDefault="00000000">
            <w:r>
              <w:rPr>
                <w:sz w:val="16"/>
              </w:rPr>
              <w:t>25.00</w:t>
            </w:r>
          </w:p>
        </w:tc>
        <w:tc>
          <w:tcPr>
            <w:tcW w:w="1624" w:type="dxa"/>
            <w:shd w:val="clear" w:color="auto" w:fill="F7F9FB"/>
            <w:tcMar>
              <w:top w:w="65" w:type="dxa"/>
              <w:left w:w="80" w:type="dxa"/>
              <w:bottom w:w="65" w:type="dxa"/>
              <w:right w:w="80" w:type="dxa"/>
            </w:tcMar>
            <w:vAlign w:val="center"/>
          </w:tcPr>
          <w:p w14:paraId="01F5D447" w14:textId="77777777" w:rsidR="002D5361" w:rsidRDefault="00000000">
            <w:r>
              <w:rPr>
                <w:sz w:val="16"/>
              </w:rPr>
              <w:t>6</w:t>
            </w:r>
          </w:p>
        </w:tc>
        <w:tc>
          <w:tcPr>
            <w:tcW w:w="1624" w:type="dxa"/>
            <w:shd w:val="clear" w:color="auto" w:fill="F7F9FB"/>
            <w:tcMar>
              <w:top w:w="65" w:type="dxa"/>
              <w:left w:w="80" w:type="dxa"/>
              <w:bottom w:w="65" w:type="dxa"/>
              <w:right w:w="80" w:type="dxa"/>
            </w:tcMar>
            <w:vAlign w:val="center"/>
          </w:tcPr>
          <w:p w14:paraId="4EDD4E75" w14:textId="77777777" w:rsidR="002D5361" w:rsidRDefault="00000000">
            <w:r>
              <w:rPr>
                <w:sz w:val="16"/>
              </w:rPr>
              <w:t>18.75</w:t>
            </w:r>
          </w:p>
        </w:tc>
      </w:tr>
      <w:tr w:rsidR="002D5361" w14:paraId="361552CF" w14:textId="77777777">
        <w:trPr>
          <w:cantSplit/>
          <w:jc w:val="center"/>
        </w:trPr>
        <w:tc>
          <w:tcPr>
            <w:tcW w:w="1624" w:type="dxa"/>
            <w:tcMar>
              <w:top w:w="65" w:type="dxa"/>
              <w:left w:w="80" w:type="dxa"/>
              <w:bottom w:w="65" w:type="dxa"/>
              <w:right w:w="80" w:type="dxa"/>
            </w:tcMar>
            <w:vAlign w:val="center"/>
          </w:tcPr>
          <w:p w14:paraId="767582BF" w14:textId="77777777" w:rsidR="002D5361" w:rsidRDefault="00000000">
            <w:proofErr w:type="spellStart"/>
            <w:r>
              <w:rPr>
                <w:sz w:val="16"/>
              </w:rPr>
              <w:t>사회과학일반</w:t>
            </w:r>
            <w:proofErr w:type="spellEnd"/>
          </w:p>
        </w:tc>
        <w:tc>
          <w:tcPr>
            <w:tcW w:w="1624" w:type="dxa"/>
            <w:tcMar>
              <w:top w:w="65" w:type="dxa"/>
              <w:left w:w="80" w:type="dxa"/>
              <w:bottom w:w="65" w:type="dxa"/>
              <w:right w:w="80" w:type="dxa"/>
            </w:tcMar>
            <w:vAlign w:val="center"/>
          </w:tcPr>
          <w:p w14:paraId="1525D193" w14:textId="77777777" w:rsidR="002D5361" w:rsidRDefault="00000000">
            <w:r>
              <w:rPr>
                <w:sz w:val="16"/>
              </w:rPr>
              <w:t>49</w:t>
            </w:r>
          </w:p>
        </w:tc>
        <w:tc>
          <w:tcPr>
            <w:tcW w:w="1624" w:type="dxa"/>
            <w:tcMar>
              <w:top w:w="65" w:type="dxa"/>
              <w:left w:w="80" w:type="dxa"/>
              <w:bottom w:w="65" w:type="dxa"/>
              <w:right w:w="80" w:type="dxa"/>
            </w:tcMar>
            <w:vAlign w:val="center"/>
          </w:tcPr>
          <w:p w14:paraId="66E5B55D" w14:textId="77777777" w:rsidR="002D5361" w:rsidRDefault="00000000">
            <w:r>
              <w:rPr>
                <w:sz w:val="16"/>
              </w:rPr>
              <w:t>12</w:t>
            </w:r>
          </w:p>
        </w:tc>
        <w:tc>
          <w:tcPr>
            <w:tcW w:w="1624" w:type="dxa"/>
            <w:tcMar>
              <w:top w:w="65" w:type="dxa"/>
              <w:left w:w="80" w:type="dxa"/>
              <w:bottom w:w="65" w:type="dxa"/>
              <w:right w:w="80" w:type="dxa"/>
            </w:tcMar>
            <w:vAlign w:val="center"/>
          </w:tcPr>
          <w:p w14:paraId="156B9D22" w14:textId="77777777" w:rsidR="002D5361" w:rsidRDefault="00000000">
            <w:r>
              <w:rPr>
                <w:sz w:val="16"/>
              </w:rPr>
              <w:t>24.49</w:t>
            </w:r>
          </w:p>
        </w:tc>
        <w:tc>
          <w:tcPr>
            <w:tcW w:w="1624" w:type="dxa"/>
            <w:tcMar>
              <w:top w:w="65" w:type="dxa"/>
              <w:left w:w="80" w:type="dxa"/>
              <w:bottom w:w="65" w:type="dxa"/>
              <w:right w:w="80" w:type="dxa"/>
            </w:tcMar>
            <w:vAlign w:val="center"/>
          </w:tcPr>
          <w:p w14:paraId="5C77EDDA" w14:textId="77777777" w:rsidR="002D5361" w:rsidRDefault="00000000">
            <w:r>
              <w:rPr>
                <w:sz w:val="16"/>
              </w:rPr>
              <w:t>5</w:t>
            </w:r>
          </w:p>
        </w:tc>
        <w:tc>
          <w:tcPr>
            <w:tcW w:w="1624" w:type="dxa"/>
            <w:tcMar>
              <w:top w:w="65" w:type="dxa"/>
              <w:left w:w="80" w:type="dxa"/>
              <w:bottom w:w="65" w:type="dxa"/>
              <w:right w:w="80" w:type="dxa"/>
            </w:tcMar>
            <w:vAlign w:val="center"/>
          </w:tcPr>
          <w:p w14:paraId="7FECAF7D" w14:textId="77777777" w:rsidR="002D5361" w:rsidRDefault="00000000">
            <w:r>
              <w:rPr>
                <w:sz w:val="16"/>
              </w:rPr>
              <w:t>10.20</w:t>
            </w:r>
          </w:p>
        </w:tc>
      </w:tr>
      <w:tr w:rsidR="002D5361" w14:paraId="443655DF" w14:textId="77777777">
        <w:trPr>
          <w:cantSplit/>
          <w:jc w:val="center"/>
        </w:trPr>
        <w:tc>
          <w:tcPr>
            <w:tcW w:w="1624" w:type="dxa"/>
            <w:shd w:val="clear" w:color="auto" w:fill="F7F9FB"/>
            <w:tcMar>
              <w:top w:w="65" w:type="dxa"/>
              <w:left w:w="80" w:type="dxa"/>
              <w:bottom w:w="65" w:type="dxa"/>
              <w:right w:w="80" w:type="dxa"/>
            </w:tcMar>
            <w:vAlign w:val="center"/>
          </w:tcPr>
          <w:p w14:paraId="6B16A78A" w14:textId="77777777" w:rsidR="002D5361" w:rsidRDefault="00000000">
            <w:proofErr w:type="spellStart"/>
            <w:r>
              <w:rPr>
                <w:sz w:val="16"/>
              </w:rPr>
              <w:t>정치외교학</w:t>
            </w:r>
            <w:proofErr w:type="spellEnd"/>
          </w:p>
        </w:tc>
        <w:tc>
          <w:tcPr>
            <w:tcW w:w="1624" w:type="dxa"/>
            <w:shd w:val="clear" w:color="auto" w:fill="F7F9FB"/>
            <w:tcMar>
              <w:top w:w="65" w:type="dxa"/>
              <w:left w:w="80" w:type="dxa"/>
              <w:bottom w:w="65" w:type="dxa"/>
              <w:right w:w="80" w:type="dxa"/>
            </w:tcMar>
            <w:vAlign w:val="center"/>
          </w:tcPr>
          <w:p w14:paraId="5F2638E4" w14:textId="77777777" w:rsidR="002D5361" w:rsidRDefault="00000000">
            <w:r>
              <w:rPr>
                <w:sz w:val="16"/>
              </w:rPr>
              <w:t>73</w:t>
            </w:r>
          </w:p>
        </w:tc>
        <w:tc>
          <w:tcPr>
            <w:tcW w:w="1624" w:type="dxa"/>
            <w:shd w:val="clear" w:color="auto" w:fill="F7F9FB"/>
            <w:tcMar>
              <w:top w:w="65" w:type="dxa"/>
              <w:left w:w="80" w:type="dxa"/>
              <w:bottom w:w="65" w:type="dxa"/>
              <w:right w:w="80" w:type="dxa"/>
            </w:tcMar>
            <w:vAlign w:val="center"/>
          </w:tcPr>
          <w:p w14:paraId="58616210" w14:textId="77777777" w:rsidR="002D5361" w:rsidRDefault="00000000">
            <w:r>
              <w:rPr>
                <w:sz w:val="16"/>
              </w:rPr>
              <w:t>16</w:t>
            </w:r>
          </w:p>
        </w:tc>
        <w:tc>
          <w:tcPr>
            <w:tcW w:w="1624" w:type="dxa"/>
            <w:shd w:val="clear" w:color="auto" w:fill="F7F9FB"/>
            <w:tcMar>
              <w:top w:w="65" w:type="dxa"/>
              <w:left w:w="80" w:type="dxa"/>
              <w:bottom w:w="65" w:type="dxa"/>
              <w:right w:w="80" w:type="dxa"/>
            </w:tcMar>
            <w:vAlign w:val="center"/>
          </w:tcPr>
          <w:p w14:paraId="2AFBD47C" w14:textId="77777777" w:rsidR="002D5361" w:rsidRDefault="00000000">
            <w:r>
              <w:rPr>
                <w:sz w:val="16"/>
              </w:rPr>
              <w:t>21.92</w:t>
            </w:r>
          </w:p>
        </w:tc>
        <w:tc>
          <w:tcPr>
            <w:tcW w:w="1624" w:type="dxa"/>
            <w:shd w:val="clear" w:color="auto" w:fill="F7F9FB"/>
            <w:tcMar>
              <w:top w:w="65" w:type="dxa"/>
              <w:left w:w="80" w:type="dxa"/>
              <w:bottom w:w="65" w:type="dxa"/>
              <w:right w:w="80" w:type="dxa"/>
            </w:tcMar>
            <w:vAlign w:val="center"/>
          </w:tcPr>
          <w:p w14:paraId="1A135644" w14:textId="77777777" w:rsidR="002D5361" w:rsidRDefault="00000000">
            <w:r>
              <w:rPr>
                <w:sz w:val="16"/>
              </w:rPr>
              <w:t>4</w:t>
            </w:r>
          </w:p>
        </w:tc>
        <w:tc>
          <w:tcPr>
            <w:tcW w:w="1624" w:type="dxa"/>
            <w:shd w:val="clear" w:color="auto" w:fill="F7F9FB"/>
            <w:tcMar>
              <w:top w:w="65" w:type="dxa"/>
              <w:left w:w="80" w:type="dxa"/>
              <w:bottom w:w="65" w:type="dxa"/>
              <w:right w:w="80" w:type="dxa"/>
            </w:tcMar>
            <w:vAlign w:val="center"/>
          </w:tcPr>
          <w:p w14:paraId="72E13189" w14:textId="77777777" w:rsidR="002D5361" w:rsidRDefault="00000000">
            <w:r>
              <w:rPr>
                <w:sz w:val="16"/>
              </w:rPr>
              <w:t>5.48</w:t>
            </w:r>
          </w:p>
        </w:tc>
      </w:tr>
      <w:tr w:rsidR="002D5361" w14:paraId="248296BF" w14:textId="77777777">
        <w:trPr>
          <w:cantSplit/>
          <w:jc w:val="center"/>
        </w:trPr>
        <w:tc>
          <w:tcPr>
            <w:tcW w:w="1624" w:type="dxa"/>
            <w:tcMar>
              <w:top w:w="65" w:type="dxa"/>
              <w:left w:w="80" w:type="dxa"/>
              <w:bottom w:w="65" w:type="dxa"/>
              <w:right w:w="80" w:type="dxa"/>
            </w:tcMar>
            <w:vAlign w:val="center"/>
          </w:tcPr>
          <w:p w14:paraId="738924A6" w14:textId="77777777" w:rsidR="002D5361" w:rsidRDefault="00000000">
            <w:proofErr w:type="spellStart"/>
            <w:r>
              <w:rPr>
                <w:sz w:val="16"/>
              </w:rPr>
              <w:t>기타사회과학</w:t>
            </w:r>
            <w:proofErr w:type="spellEnd"/>
          </w:p>
        </w:tc>
        <w:tc>
          <w:tcPr>
            <w:tcW w:w="1624" w:type="dxa"/>
            <w:tcMar>
              <w:top w:w="65" w:type="dxa"/>
              <w:left w:w="80" w:type="dxa"/>
              <w:bottom w:w="65" w:type="dxa"/>
              <w:right w:w="80" w:type="dxa"/>
            </w:tcMar>
            <w:vAlign w:val="center"/>
          </w:tcPr>
          <w:p w14:paraId="6F4FEFEF" w14:textId="77777777" w:rsidR="002D5361" w:rsidRDefault="00000000">
            <w:r>
              <w:rPr>
                <w:sz w:val="16"/>
              </w:rPr>
              <w:t>16</w:t>
            </w:r>
          </w:p>
        </w:tc>
        <w:tc>
          <w:tcPr>
            <w:tcW w:w="1624" w:type="dxa"/>
            <w:tcMar>
              <w:top w:w="65" w:type="dxa"/>
              <w:left w:w="80" w:type="dxa"/>
              <w:bottom w:w="65" w:type="dxa"/>
              <w:right w:w="80" w:type="dxa"/>
            </w:tcMar>
            <w:vAlign w:val="center"/>
          </w:tcPr>
          <w:p w14:paraId="68B498EF" w14:textId="77777777" w:rsidR="002D5361" w:rsidRDefault="00000000">
            <w:r>
              <w:rPr>
                <w:sz w:val="16"/>
              </w:rPr>
              <w:t>3</w:t>
            </w:r>
          </w:p>
        </w:tc>
        <w:tc>
          <w:tcPr>
            <w:tcW w:w="1624" w:type="dxa"/>
            <w:tcMar>
              <w:top w:w="65" w:type="dxa"/>
              <w:left w:w="80" w:type="dxa"/>
              <w:bottom w:w="65" w:type="dxa"/>
              <w:right w:w="80" w:type="dxa"/>
            </w:tcMar>
            <w:vAlign w:val="center"/>
          </w:tcPr>
          <w:p w14:paraId="735C056D" w14:textId="77777777" w:rsidR="002D5361" w:rsidRDefault="00000000">
            <w:r>
              <w:rPr>
                <w:sz w:val="16"/>
              </w:rPr>
              <w:t>18.75</w:t>
            </w:r>
          </w:p>
        </w:tc>
        <w:tc>
          <w:tcPr>
            <w:tcW w:w="1624" w:type="dxa"/>
            <w:tcMar>
              <w:top w:w="65" w:type="dxa"/>
              <w:left w:w="80" w:type="dxa"/>
              <w:bottom w:w="65" w:type="dxa"/>
              <w:right w:w="80" w:type="dxa"/>
            </w:tcMar>
            <w:vAlign w:val="center"/>
          </w:tcPr>
          <w:p w14:paraId="2C49296D" w14:textId="77777777" w:rsidR="002D5361" w:rsidRDefault="00000000">
            <w:r>
              <w:rPr>
                <w:sz w:val="16"/>
              </w:rPr>
              <w:t>4</w:t>
            </w:r>
          </w:p>
        </w:tc>
        <w:tc>
          <w:tcPr>
            <w:tcW w:w="1624" w:type="dxa"/>
            <w:tcMar>
              <w:top w:w="65" w:type="dxa"/>
              <w:left w:w="80" w:type="dxa"/>
              <w:bottom w:w="65" w:type="dxa"/>
              <w:right w:w="80" w:type="dxa"/>
            </w:tcMar>
            <w:vAlign w:val="center"/>
          </w:tcPr>
          <w:p w14:paraId="0DC6F3C5" w14:textId="77777777" w:rsidR="002D5361" w:rsidRDefault="00000000">
            <w:r>
              <w:rPr>
                <w:sz w:val="16"/>
              </w:rPr>
              <w:t>25.00</w:t>
            </w:r>
          </w:p>
        </w:tc>
      </w:tr>
      <w:tr w:rsidR="002D5361" w14:paraId="1AC292CB" w14:textId="77777777">
        <w:trPr>
          <w:cantSplit/>
          <w:jc w:val="center"/>
        </w:trPr>
        <w:tc>
          <w:tcPr>
            <w:tcW w:w="1624" w:type="dxa"/>
            <w:shd w:val="clear" w:color="auto" w:fill="F7F9FB"/>
            <w:tcMar>
              <w:top w:w="65" w:type="dxa"/>
              <w:left w:w="80" w:type="dxa"/>
              <w:bottom w:w="65" w:type="dxa"/>
              <w:right w:w="80" w:type="dxa"/>
            </w:tcMar>
            <w:vAlign w:val="center"/>
          </w:tcPr>
          <w:p w14:paraId="40DDF07C" w14:textId="77777777" w:rsidR="002D5361" w:rsidRDefault="00000000">
            <w:proofErr w:type="spellStart"/>
            <w:r>
              <w:rPr>
                <w:sz w:val="16"/>
              </w:rPr>
              <w:t>정책학</w:t>
            </w:r>
            <w:proofErr w:type="spellEnd"/>
          </w:p>
        </w:tc>
        <w:tc>
          <w:tcPr>
            <w:tcW w:w="1624" w:type="dxa"/>
            <w:shd w:val="clear" w:color="auto" w:fill="F7F9FB"/>
            <w:tcMar>
              <w:top w:w="65" w:type="dxa"/>
              <w:left w:w="80" w:type="dxa"/>
              <w:bottom w:w="65" w:type="dxa"/>
              <w:right w:w="80" w:type="dxa"/>
            </w:tcMar>
            <w:vAlign w:val="center"/>
          </w:tcPr>
          <w:p w14:paraId="1D5F8962" w14:textId="77777777" w:rsidR="002D5361" w:rsidRDefault="00000000">
            <w:r>
              <w:rPr>
                <w:sz w:val="16"/>
              </w:rPr>
              <w:t>46</w:t>
            </w:r>
          </w:p>
        </w:tc>
        <w:tc>
          <w:tcPr>
            <w:tcW w:w="1624" w:type="dxa"/>
            <w:shd w:val="clear" w:color="auto" w:fill="F7F9FB"/>
            <w:tcMar>
              <w:top w:w="65" w:type="dxa"/>
              <w:left w:w="80" w:type="dxa"/>
              <w:bottom w:w="65" w:type="dxa"/>
              <w:right w:w="80" w:type="dxa"/>
            </w:tcMar>
            <w:vAlign w:val="center"/>
          </w:tcPr>
          <w:p w14:paraId="75264140" w14:textId="77777777" w:rsidR="002D5361" w:rsidRDefault="00000000">
            <w:r>
              <w:rPr>
                <w:sz w:val="16"/>
              </w:rPr>
              <w:t>11</w:t>
            </w:r>
          </w:p>
        </w:tc>
        <w:tc>
          <w:tcPr>
            <w:tcW w:w="1624" w:type="dxa"/>
            <w:shd w:val="clear" w:color="auto" w:fill="F7F9FB"/>
            <w:tcMar>
              <w:top w:w="65" w:type="dxa"/>
              <w:left w:w="80" w:type="dxa"/>
              <w:bottom w:w="65" w:type="dxa"/>
              <w:right w:w="80" w:type="dxa"/>
            </w:tcMar>
            <w:vAlign w:val="center"/>
          </w:tcPr>
          <w:p w14:paraId="57A22D7C" w14:textId="77777777" w:rsidR="002D5361" w:rsidRDefault="00000000">
            <w:r>
              <w:rPr>
                <w:sz w:val="16"/>
              </w:rPr>
              <w:t>23.91</w:t>
            </w:r>
          </w:p>
        </w:tc>
        <w:tc>
          <w:tcPr>
            <w:tcW w:w="1624" w:type="dxa"/>
            <w:shd w:val="clear" w:color="auto" w:fill="F7F9FB"/>
            <w:tcMar>
              <w:top w:w="65" w:type="dxa"/>
              <w:left w:w="80" w:type="dxa"/>
              <w:bottom w:w="65" w:type="dxa"/>
              <w:right w:w="80" w:type="dxa"/>
            </w:tcMar>
            <w:vAlign w:val="center"/>
          </w:tcPr>
          <w:p w14:paraId="03B7C3FE" w14:textId="77777777" w:rsidR="002D5361" w:rsidRDefault="00000000">
            <w:r>
              <w:rPr>
                <w:sz w:val="16"/>
              </w:rPr>
              <w:t>2</w:t>
            </w:r>
          </w:p>
        </w:tc>
        <w:tc>
          <w:tcPr>
            <w:tcW w:w="1624" w:type="dxa"/>
            <w:shd w:val="clear" w:color="auto" w:fill="F7F9FB"/>
            <w:tcMar>
              <w:top w:w="65" w:type="dxa"/>
              <w:left w:w="80" w:type="dxa"/>
              <w:bottom w:w="65" w:type="dxa"/>
              <w:right w:w="80" w:type="dxa"/>
            </w:tcMar>
            <w:vAlign w:val="center"/>
          </w:tcPr>
          <w:p w14:paraId="3BE6A7DD" w14:textId="77777777" w:rsidR="002D5361" w:rsidRDefault="00000000">
            <w:r>
              <w:rPr>
                <w:sz w:val="16"/>
              </w:rPr>
              <w:t>4.35</w:t>
            </w:r>
          </w:p>
        </w:tc>
      </w:tr>
      <w:tr w:rsidR="002D5361" w14:paraId="677DCE46" w14:textId="77777777">
        <w:trPr>
          <w:cantSplit/>
          <w:jc w:val="center"/>
        </w:trPr>
        <w:tc>
          <w:tcPr>
            <w:tcW w:w="1624" w:type="dxa"/>
            <w:tcMar>
              <w:top w:w="65" w:type="dxa"/>
              <w:left w:w="80" w:type="dxa"/>
              <w:bottom w:w="65" w:type="dxa"/>
              <w:right w:w="80" w:type="dxa"/>
            </w:tcMar>
            <w:vAlign w:val="center"/>
          </w:tcPr>
          <w:p w14:paraId="3586307E" w14:textId="77777777" w:rsidR="002D5361" w:rsidRDefault="00000000">
            <w:proofErr w:type="spellStart"/>
            <w:r>
              <w:rPr>
                <w:sz w:val="16"/>
              </w:rPr>
              <w:t>지역개발</w:t>
            </w:r>
            <w:proofErr w:type="spellEnd"/>
          </w:p>
        </w:tc>
        <w:tc>
          <w:tcPr>
            <w:tcW w:w="1624" w:type="dxa"/>
            <w:tcMar>
              <w:top w:w="65" w:type="dxa"/>
              <w:left w:w="80" w:type="dxa"/>
              <w:bottom w:w="65" w:type="dxa"/>
              <w:right w:w="80" w:type="dxa"/>
            </w:tcMar>
            <w:vAlign w:val="center"/>
          </w:tcPr>
          <w:p w14:paraId="77FF14D5" w14:textId="77777777" w:rsidR="002D5361" w:rsidRDefault="00000000">
            <w:r>
              <w:rPr>
                <w:sz w:val="16"/>
              </w:rPr>
              <w:t>16</w:t>
            </w:r>
          </w:p>
        </w:tc>
        <w:tc>
          <w:tcPr>
            <w:tcW w:w="1624" w:type="dxa"/>
            <w:tcMar>
              <w:top w:w="65" w:type="dxa"/>
              <w:left w:w="80" w:type="dxa"/>
              <w:bottom w:w="65" w:type="dxa"/>
              <w:right w:w="80" w:type="dxa"/>
            </w:tcMar>
            <w:vAlign w:val="center"/>
          </w:tcPr>
          <w:p w14:paraId="0FCF1F06" w14:textId="77777777" w:rsidR="002D5361" w:rsidRDefault="00000000">
            <w:r>
              <w:rPr>
                <w:sz w:val="16"/>
              </w:rPr>
              <w:t>6</w:t>
            </w:r>
          </w:p>
        </w:tc>
        <w:tc>
          <w:tcPr>
            <w:tcW w:w="1624" w:type="dxa"/>
            <w:tcMar>
              <w:top w:w="65" w:type="dxa"/>
              <w:left w:w="80" w:type="dxa"/>
              <w:bottom w:w="65" w:type="dxa"/>
              <w:right w:w="80" w:type="dxa"/>
            </w:tcMar>
            <w:vAlign w:val="center"/>
          </w:tcPr>
          <w:p w14:paraId="17E5F589" w14:textId="77777777" w:rsidR="002D5361" w:rsidRDefault="00000000">
            <w:r>
              <w:rPr>
                <w:sz w:val="16"/>
              </w:rPr>
              <w:t>37.50</w:t>
            </w:r>
          </w:p>
        </w:tc>
        <w:tc>
          <w:tcPr>
            <w:tcW w:w="1624" w:type="dxa"/>
            <w:tcMar>
              <w:top w:w="65" w:type="dxa"/>
              <w:left w:w="80" w:type="dxa"/>
              <w:bottom w:w="65" w:type="dxa"/>
              <w:right w:w="80" w:type="dxa"/>
            </w:tcMar>
            <w:vAlign w:val="center"/>
          </w:tcPr>
          <w:p w14:paraId="6C093FC4" w14:textId="77777777" w:rsidR="002D5361" w:rsidRDefault="00000000">
            <w:r>
              <w:rPr>
                <w:sz w:val="16"/>
              </w:rPr>
              <w:t>2</w:t>
            </w:r>
          </w:p>
        </w:tc>
        <w:tc>
          <w:tcPr>
            <w:tcW w:w="1624" w:type="dxa"/>
            <w:tcMar>
              <w:top w:w="65" w:type="dxa"/>
              <w:left w:w="80" w:type="dxa"/>
              <w:bottom w:w="65" w:type="dxa"/>
              <w:right w:w="80" w:type="dxa"/>
            </w:tcMar>
            <w:vAlign w:val="center"/>
          </w:tcPr>
          <w:p w14:paraId="39E0287B" w14:textId="77777777" w:rsidR="002D5361" w:rsidRDefault="00000000">
            <w:r>
              <w:rPr>
                <w:sz w:val="16"/>
              </w:rPr>
              <w:t>12.50</w:t>
            </w:r>
          </w:p>
        </w:tc>
      </w:tr>
      <w:tr w:rsidR="002D5361" w14:paraId="17C55EB5" w14:textId="77777777">
        <w:trPr>
          <w:cantSplit/>
          <w:jc w:val="center"/>
        </w:trPr>
        <w:tc>
          <w:tcPr>
            <w:tcW w:w="1624" w:type="dxa"/>
            <w:shd w:val="clear" w:color="auto" w:fill="F7F9FB"/>
            <w:tcMar>
              <w:top w:w="65" w:type="dxa"/>
              <w:left w:w="80" w:type="dxa"/>
              <w:bottom w:w="65" w:type="dxa"/>
              <w:right w:w="80" w:type="dxa"/>
            </w:tcMar>
            <w:vAlign w:val="center"/>
          </w:tcPr>
          <w:p w14:paraId="605F3A3B" w14:textId="77777777" w:rsidR="002D5361" w:rsidRDefault="00000000">
            <w:proofErr w:type="spellStart"/>
            <w:r>
              <w:rPr>
                <w:sz w:val="16"/>
              </w:rPr>
              <w:t>사회복지학</w:t>
            </w:r>
            <w:proofErr w:type="spellEnd"/>
          </w:p>
        </w:tc>
        <w:tc>
          <w:tcPr>
            <w:tcW w:w="1624" w:type="dxa"/>
            <w:shd w:val="clear" w:color="auto" w:fill="F7F9FB"/>
            <w:tcMar>
              <w:top w:w="65" w:type="dxa"/>
              <w:left w:w="80" w:type="dxa"/>
              <w:bottom w:w="65" w:type="dxa"/>
              <w:right w:w="80" w:type="dxa"/>
            </w:tcMar>
            <w:vAlign w:val="center"/>
          </w:tcPr>
          <w:p w14:paraId="4049CB5D" w14:textId="77777777" w:rsidR="002D5361" w:rsidRDefault="00000000">
            <w:r>
              <w:rPr>
                <w:sz w:val="16"/>
              </w:rPr>
              <w:t>15</w:t>
            </w:r>
          </w:p>
        </w:tc>
        <w:tc>
          <w:tcPr>
            <w:tcW w:w="1624" w:type="dxa"/>
            <w:shd w:val="clear" w:color="auto" w:fill="F7F9FB"/>
            <w:tcMar>
              <w:top w:w="65" w:type="dxa"/>
              <w:left w:w="80" w:type="dxa"/>
              <w:bottom w:w="65" w:type="dxa"/>
              <w:right w:w="80" w:type="dxa"/>
            </w:tcMar>
            <w:vAlign w:val="center"/>
          </w:tcPr>
          <w:p w14:paraId="6A0B9822" w14:textId="77777777" w:rsidR="002D5361" w:rsidRDefault="00000000">
            <w:r>
              <w:rPr>
                <w:sz w:val="16"/>
              </w:rPr>
              <w:t>4</w:t>
            </w:r>
          </w:p>
        </w:tc>
        <w:tc>
          <w:tcPr>
            <w:tcW w:w="1624" w:type="dxa"/>
            <w:shd w:val="clear" w:color="auto" w:fill="F7F9FB"/>
            <w:tcMar>
              <w:top w:w="65" w:type="dxa"/>
              <w:left w:w="80" w:type="dxa"/>
              <w:bottom w:w="65" w:type="dxa"/>
              <w:right w:w="80" w:type="dxa"/>
            </w:tcMar>
            <w:vAlign w:val="center"/>
          </w:tcPr>
          <w:p w14:paraId="59D83906" w14:textId="77777777" w:rsidR="002D5361" w:rsidRDefault="00000000">
            <w:r>
              <w:rPr>
                <w:sz w:val="16"/>
              </w:rPr>
              <w:t>26.67</w:t>
            </w:r>
          </w:p>
        </w:tc>
        <w:tc>
          <w:tcPr>
            <w:tcW w:w="1624" w:type="dxa"/>
            <w:shd w:val="clear" w:color="auto" w:fill="F7F9FB"/>
            <w:tcMar>
              <w:top w:w="65" w:type="dxa"/>
              <w:left w:w="80" w:type="dxa"/>
              <w:bottom w:w="65" w:type="dxa"/>
              <w:right w:w="80" w:type="dxa"/>
            </w:tcMar>
            <w:vAlign w:val="center"/>
          </w:tcPr>
          <w:p w14:paraId="571091DD" w14:textId="77777777" w:rsidR="002D5361" w:rsidRDefault="00000000">
            <w:r>
              <w:rPr>
                <w:sz w:val="16"/>
              </w:rPr>
              <w:t>2</w:t>
            </w:r>
          </w:p>
        </w:tc>
        <w:tc>
          <w:tcPr>
            <w:tcW w:w="1624" w:type="dxa"/>
            <w:shd w:val="clear" w:color="auto" w:fill="F7F9FB"/>
            <w:tcMar>
              <w:top w:w="65" w:type="dxa"/>
              <w:left w:w="80" w:type="dxa"/>
              <w:bottom w:w="65" w:type="dxa"/>
              <w:right w:w="80" w:type="dxa"/>
            </w:tcMar>
            <w:vAlign w:val="center"/>
          </w:tcPr>
          <w:p w14:paraId="31B8C0B3" w14:textId="77777777" w:rsidR="002D5361" w:rsidRDefault="00000000">
            <w:r>
              <w:rPr>
                <w:sz w:val="16"/>
              </w:rPr>
              <w:t>13.33</w:t>
            </w:r>
          </w:p>
        </w:tc>
      </w:tr>
      <w:tr w:rsidR="002D5361" w14:paraId="4C2AD305" w14:textId="77777777">
        <w:trPr>
          <w:cantSplit/>
          <w:jc w:val="center"/>
        </w:trPr>
        <w:tc>
          <w:tcPr>
            <w:tcW w:w="1624" w:type="dxa"/>
            <w:tcMar>
              <w:top w:w="65" w:type="dxa"/>
              <w:left w:w="80" w:type="dxa"/>
              <w:bottom w:w="65" w:type="dxa"/>
              <w:right w:w="80" w:type="dxa"/>
            </w:tcMar>
            <w:vAlign w:val="center"/>
          </w:tcPr>
          <w:p w14:paraId="09CF0AC4" w14:textId="77777777" w:rsidR="002D5361" w:rsidRDefault="00000000">
            <w:proofErr w:type="spellStart"/>
            <w:r>
              <w:rPr>
                <w:sz w:val="16"/>
              </w:rPr>
              <w:t>지역학일반</w:t>
            </w:r>
            <w:proofErr w:type="spellEnd"/>
          </w:p>
        </w:tc>
        <w:tc>
          <w:tcPr>
            <w:tcW w:w="1624" w:type="dxa"/>
            <w:tcMar>
              <w:top w:w="65" w:type="dxa"/>
              <w:left w:w="80" w:type="dxa"/>
              <w:bottom w:w="65" w:type="dxa"/>
              <w:right w:w="80" w:type="dxa"/>
            </w:tcMar>
            <w:vAlign w:val="center"/>
          </w:tcPr>
          <w:p w14:paraId="66DCBFD7" w14:textId="77777777" w:rsidR="002D5361" w:rsidRDefault="00000000">
            <w:r>
              <w:rPr>
                <w:sz w:val="16"/>
              </w:rPr>
              <w:t>15</w:t>
            </w:r>
          </w:p>
        </w:tc>
        <w:tc>
          <w:tcPr>
            <w:tcW w:w="1624" w:type="dxa"/>
            <w:tcMar>
              <w:top w:w="65" w:type="dxa"/>
              <w:left w:w="80" w:type="dxa"/>
              <w:bottom w:w="65" w:type="dxa"/>
              <w:right w:w="80" w:type="dxa"/>
            </w:tcMar>
            <w:vAlign w:val="center"/>
          </w:tcPr>
          <w:p w14:paraId="3DB8959D" w14:textId="77777777" w:rsidR="002D5361" w:rsidRDefault="00000000">
            <w:r>
              <w:rPr>
                <w:sz w:val="16"/>
              </w:rPr>
              <w:t>4</w:t>
            </w:r>
          </w:p>
        </w:tc>
        <w:tc>
          <w:tcPr>
            <w:tcW w:w="1624" w:type="dxa"/>
            <w:tcMar>
              <w:top w:w="65" w:type="dxa"/>
              <w:left w:w="80" w:type="dxa"/>
              <w:bottom w:w="65" w:type="dxa"/>
              <w:right w:w="80" w:type="dxa"/>
            </w:tcMar>
            <w:vAlign w:val="center"/>
          </w:tcPr>
          <w:p w14:paraId="6D508133" w14:textId="77777777" w:rsidR="002D5361" w:rsidRDefault="00000000">
            <w:r>
              <w:rPr>
                <w:sz w:val="16"/>
              </w:rPr>
              <w:t>26.67</w:t>
            </w:r>
          </w:p>
        </w:tc>
        <w:tc>
          <w:tcPr>
            <w:tcW w:w="1624" w:type="dxa"/>
            <w:tcMar>
              <w:top w:w="65" w:type="dxa"/>
              <w:left w:w="80" w:type="dxa"/>
              <w:bottom w:w="65" w:type="dxa"/>
              <w:right w:w="80" w:type="dxa"/>
            </w:tcMar>
            <w:vAlign w:val="center"/>
          </w:tcPr>
          <w:p w14:paraId="44796136" w14:textId="77777777" w:rsidR="002D5361" w:rsidRDefault="00000000">
            <w:r>
              <w:rPr>
                <w:sz w:val="16"/>
              </w:rPr>
              <w:t>2</w:t>
            </w:r>
          </w:p>
        </w:tc>
        <w:tc>
          <w:tcPr>
            <w:tcW w:w="1624" w:type="dxa"/>
            <w:tcMar>
              <w:top w:w="65" w:type="dxa"/>
              <w:left w:w="80" w:type="dxa"/>
              <w:bottom w:w="65" w:type="dxa"/>
              <w:right w:w="80" w:type="dxa"/>
            </w:tcMar>
            <w:vAlign w:val="center"/>
          </w:tcPr>
          <w:p w14:paraId="7F932CCE" w14:textId="77777777" w:rsidR="002D5361" w:rsidRDefault="00000000">
            <w:r>
              <w:rPr>
                <w:sz w:val="16"/>
              </w:rPr>
              <w:t>13.33</w:t>
            </w:r>
          </w:p>
        </w:tc>
      </w:tr>
      <w:tr w:rsidR="002D5361" w14:paraId="127EF476" w14:textId="77777777">
        <w:trPr>
          <w:cantSplit/>
          <w:jc w:val="center"/>
        </w:trPr>
        <w:tc>
          <w:tcPr>
            <w:tcW w:w="1624" w:type="dxa"/>
            <w:shd w:val="clear" w:color="auto" w:fill="F7F9FB"/>
            <w:tcMar>
              <w:top w:w="65" w:type="dxa"/>
              <w:left w:w="80" w:type="dxa"/>
              <w:bottom w:w="65" w:type="dxa"/>
              <w:right w:w="80" w:type="dxa"/>
            </w:tcMar>
            <w:vAlign w:val="center"/>
          </w:tcPr>
          <w:p w14:paraId="21EE4E25" w14:textId="77777777" w:rsidR="002D5361" w:rsidRDefault="00000000">
            <w:proofErr w:type="spellStart"/>
            <w:r>
              <w:rPr>
                <w:sz w:val="16"/>
              </w:rPr>
              <w:t>기타인문학</w:t>
            </w:r>
            <w:proofErr w:type="spellEnd"/>
          </w:p>
        </w:tc>
        <w:tc>
          <w:tcPr>
            <w:tcW w:w="1624" w:type="dxa"/>
            <w:shd w:val="clear" w:color="auto" w:fill="F7F9FB"/>
            <w:tcMar>
              <w:top w:w="65" w:type="dxa"/>
              <w:left w:w="80" w:type="dxa"/>
              <w:bottom w:w="65" w:type="dxa"/>
              <w:right w:w="80" w:type="dxa"/>
            </w:tcMar>
            <w:vAlign w:val="center"/>
          </w:tcPr>
          <w:p w14:paraId="4E38A76D" w14:textId="77777777" w:rsidR="002D5361" w:rsidRDefault="00000000">
            <w:r>
              <w:rPr>
                <w:sz w:val="16"/>
              </w:rPr>
              <w:t>24</w:t>
            </w:r>
          </w:p>
        </w:tc>
        <w:tc>
          <w:tcPr>
            <w:tcW w:w="1624" w:type="dxa"/>
            <w:shd w:val="clear" w:color="auto" w:fill="F7F9FB"/>
            <w:tcMar>
              <w:top w:w="65" w:type="dxa"/>
              <w:left w:w="80" w:type="dxa"/>
              <w:bottom w:w="65" w:type="dxa"/>
              <w:right w:w="80" w:type="dxa"/>
            </w:tcMar>
            <w:vAlign w:val="center"/>
          </w:tcPr>
          <w:p w14:paraId="6E7BCD19" w14:textId="77777777" w:rsidR="002D5361" w:rsidRDefault="00000000">
            <w:r>
              <w:rPr>
                <w:sz w:val="16"/>
              </w:rPr>
              <w:t>7</w:t>
            </w:r>
          </w:p>
        </w:tc>
        <w:tc>
          <w:tcPr>
            <w:tcW w:w="1624" w:type="dxa"/>
            <w:shd w:val="clear" w:color="auto" w:fill="F7F9FB"/>
            <w:tcMar>
              <w:top w:w="65" w:type="dxa"/>
              <w:left w:w="80" w:type="dxa"/>
              <w:bottom w:w="65" w:type="dxa"/>
              <w:right w:w="80" w:type="dxa"/>
            </w:tcMar>
            <w:vAlign w:val="center"/>
          </w:tcPr>
          <w:p w14:paraId="1E782362" w14:textId="77777777" w:rsidR="002D5361" w:rsidRDefault="00000000">
            <w:r>
              <w:rPr>
                <w:sz w:val="16"/>
              </w:rPr>
              <w:t>29.17</w:t>
            </w:r>
          </w:p>
        </w:tc>
        <w:tc>
          <w:tcPr>
            <w:tcW w:w="1624" w:type="dxa"/>
            <w:shd w:val="clear" w:color="auto" w:fill="F7F9FB"/>
            <w:tcMar>
              <w:top w:w="65" w:type="dxa"/>
              <w:left w:w="80" w:type="dxa"/>
              <w:bottom w:w="65" w:type="dxa"/>
              <w:right w:w="80" w:type="dxa"/>
            </w:tcMar>
            <w:vAlign w:val="center"/>
          </w:tcPr>
          <w:p w14:paraId="01F21E47" w14:textId="77777777" w:rsidR="002D5361" w:rsidRDefault="00000000">
            <w:r>
              <w:rPr>
                <w:sz w:val="16"/>
              </w:rPr>
              <w:t>1</w:t>
            </w:r>
          </w:p>
        </w:tc>
        <w:tc>
          <w:tcPr>
            <w:tcW w:w="1624" w:type="dxa"/>
            <w:shd w:val="clear" w:color="auto" w:fill="F7F9FB"/>
            <w:tcMar>
              <w:top w:w="65" w:type="dxa"/>
              <w:left w:w="80" w:type="dxa"/>
              <w:bottom w:w="65" w:type="dxa"/>
              <w:right w:w="80" w:type="dxa"/>
            </w:tcMar>
            <w:vAlign w:val="center"/>
          </w:tcPr>
          <w:p w14:paraId="40803BB2" w14:textId="77777777" w:rsidR="002D5361" w:rsidRDefault="00000000">
            <w:r>
              <w:rPr>
                <w:sz w:val="16"/>
              </w:rPr>
              <w:t>4.17</w:t>
            </w:r>
          </w:p>
        </w:tc>
      </w:tr>
      <w:tr w:rsidR="002D5361" w14:paraId="74A6FA5A" w14:textId="77777777">
        <w:trPr>
          <w:cantSplit/>
          <w:jc w:val="center"/>
        </w:trPr>
        <w:tc>
          <w:tcPr>
            <w:tcW w:w="1624" w:type="dxa"/>
            <w:tcMar>
              <w:top w:w="65" w:type="dxa"/>
              <w:left w:w="80" w:type="dxa"/>
              <w:bottom w:w="65" w:type="dxa"/>
              <w:right w:w="80" w:type="dxa"/>
            </w:tcMar>
            <w:vAlign w:val="center"/>
          </w:tcPr>
          <w:p w14:paraId="2B75005A" w14:textId="77777777" w:rsidR="002D5361" w:rsidRDefault="00000000">
            <w:proofErr w:type="spellStart"/>
            <w:r>
              <w:rPr>
                <w:sz w:val="16"/>
              </w:rPr>
              <w:t>도시</w:t>
            </w:r>
            <w:proofErr w:type="spellEnd"/>
            <w:r>
              <w:rPr>
                <w:sz w:val="16"/>
              </w:rPr>
              <w:t>/</w:t>
            </w:r>
            <w:proofErr w:type="spellStart"/>
            <w:r>
              <w:rPr>
                <w:sz w:val="16"/>
              </w:rPr>
              <w:t>지방행정</w:t>
            </w:r>
            <w:proofErr w:type="spellEnd"/>
          </w:p>
        </w:tc>
        <w:tc>
          <w:tcPr>
            <w:tcW w:w="1624" w:type="dxa"/>
            <w:tcMar>
              <w:top w:w="65" w:type="dxa"/>
              <w:left w:w="80" w:type="dxa"/>
              <w:bottom w:w="65" w:type="dxa"/>
              <w:right w:w="80" w:type="dxa"/>
            </w:tcMar>
            <w:vAlign w:val="center"/>
          </w:tcPr>
          <w:p w14:paraId="429B39FD" w14:textId="77777777" w:rsidR="002D5361" w:rsidRDefault="00000000">
            <w:r>
              <w:rPr>
                <w:sz w:val="16"/>
              </w:rPr>
              <w:t>24</w:t>
            </w:r>
          </w:p>
        </w:tc>
        <w:tc>
          <w:tcPr>
            <w:tcW w:w="1624" w:type="dxa"/>
            <w:tcMar>
              <w:top w:w="65" w:type="dxa"/>
              <w:left w:w="80" w:type="dxa"/>
              <w:bottom w:w="65" w:type="dxa"/>
              <w:right w:w="80" w:type="dxa"/>
            </w:tcMar>
            <w:vAlign w:val="center"/>
          </w:tcPr>
          <w:p w14:paraId="580C68B7" w14:textId="77777777" w:rsidR="002D5361" w:rsidRDefault="00000000">
            <w:r>
              <w:rPr>
                <w:sz w:val="16"/>
              </w:rPr>
              <w:t>5</w:t>
            </w:r>
          </w:p>
        </w:tc>
        <w:tc>
          <w:tcPr>
            <w:tcW w:w="1624" w:type="dxa"/>
            <w:tcMar>
              <w:top w:w="65" w:type="dxa"/>
              <w:left w:w="80" w:type="dxa"/>
              <w:bottom w:w="65" w:type="dxa"/>
              <w:right w:w="80" w:type="dxa"/>
            </w:tcMar>
            <w:vAlign w:val="center"/>
          </w:tcPr>
          <w:p w14:paraId="6F1A0B18" w14:textId="77777777" w:rsidR="002D5361" w:rsidRDefault="00000000">
            <w:r>
              <w:rPr>
                <w:sz w:val="16"/>
              </w:rPr>
              <w:t>20.83</w:t>
            </w:r>
          </w:p>
        </w:tc>
        <w:tc>
          <w:tcPr>
            <w:tcW w:w="1624" w:type="dxa"/>
            <w:tcMar>
              <w:top w:w="65" w:type="dxa"/>
              <w:left w:w="80" w:type="dxa"/>
              <w:bottom w:w="65" w:type="dxa"/>
              <w:right w:w="80" w:type="dxa"/>
            </w:tcMar>
            <w:vAlign w:val="center"/>
          </w:tcPr>
          <w:p w14:paraId="55289705" w14:textId="77777777" w:rsidR="002D5361" w:rsidRDefault="00000000">
            <w:r>
              <w:rPr>
                <w:sz w:val="16"/>
              </w:rPr>
              <w:t>1</w:t>
            </w:r>
          </w:p>
        </w:tc>
        <w:tc>
          <w:tcPr>
            <w:tcW w:w="1624" w:type="dxa"/>
            <w:tcMar>
              <w:top w:w="65" w:type="dxa"/>
              <w:left w:w="80" w:type="dxa"/>
              <w:bottom w:w="65" w:type="dxa"/>
              <w:right w:w="80" w:type="dxa"/>
            </w:tcMar>
            <w:vAlign w:val="center"/>
          </w:tcPr>
          <w:p w14:paraId="11368C09" w14:textId="77777777" w:rsidR="002D5361" w:rsidRDefault="00000000">
            <w:r>
              <w:rPr>
                <w:sz w:val="16"/>
              </w:rPr>
              <w:t>4.17</w:t>
            </w:r>
          </w:p>
        </w:tc>
      </w:tr>
      <w:tr w:rsidR="002D5361" w14:paraId="13BE35EA" w14:textId="77777777">
        <w:trPr>
          <w:cantSplit/>
          <w:jc w:val="center"/>
        </w:trPr>
        <w:tc>
          <w:tcPr>
            <w:tcW w:w="1624" w:type="dxa"/>
            <w:shd w:val="clear" w:color="auto" w:fill="F7F9FB"/>
            <w:tcMar>
              <w:top w:w="65" w:type="dxa"/>
              <w:left w:w="80" w:type="dxa"/>
              <w:bottom w:w="65" w:type="dxa"/>
              <w:right w:w="80" w:type="dxa"/>
            </w:tcMar>
            <w:vAlign w:val="center"/>
          </w:tcPr>
          <w:p w14:paraId="44DF3AAB" w14:textId="77777777" w:rsidR="002D5361" w:rsidRDefault="00000000">
            <w:proofErr w:type="spellStart"/>
            <w:r>
              <w:rPr>
                <w:sz w:val="16"/>
              </w:rPr>
              <w:t>지역학</w:t>
            </w:r>
            <w:proofErr w:type="spellEnd"/>
          </w:p>
        </w:tc>
        <w:tc>
          <w:tcPr>
            <w:tcW w:w="1624" w:type="dxa"/>
            <w:shd w:val="clear" w:color="auto" w:fill="F7F9FB"/>
            <w:tcMar>
              <w:top w:w="65" w:type="dxa"/>
              <w:left w:w="80" w:type="dxa"/>
              <w:bottom w:w="65" w:type="dxa"/>
              <w:right w:w="80" w:type="dxa"/>
            </w:tcMar>
            <w:vAlign w:val="center"/>
          </w:tcPr>
          <w:p w14:paraId="42DA8238" w14:textId="77777777" w:rsidR="002D5361" w:rsidRDefault="00000000">
            <w:r>
              <w:rPr>
                <w:sz w:val="16"/>
              </w:rPr>
              <w:t>26</w:t>
            </w:r>
          </w:p>
        </w:tc>
        <w:tc>
          <w:tcPr>
            <w:tcW w:w="1624" w:type="dxa"/>
            <w:shd w:val="clear" w:color="auto" w:fill="F7F9FB"/>
            <w:tcMar>
              <w:top w:w="65" w:type="dxa"/>
              <w:left w:w="80" w:type="dxa"/>
              <w:bottom w:w="65" w:type="dxa"/>
              <w:right w:w="80" w:type="dxa"/>
            </w:tcMar>
            <w:vAlign w:val="center"/>
          </w:tcPr>
          <w:p w14:paraId="53C27EDA" w14:textId="77777777" w:rsidR="002D5361" w:rsidRDefault="00000000">
            <w:r>
              <w:rPr>
                <w:sz w:val="16"/>
              </w:rPr>
              <w:t>8</w:t>
            </w:r>
          </w:p>
        </w:tc>
        <w:tc>
          <w:tcPr>
            <w:tcW w:w="1624" w:type="dxa"/>
            <w:shd w:val="clear" w:color="auto" w:fill="F7F9FB"/>
            <w:tcMar>
              <w:top w:w="65" w:type="dxa"/>
              <w:left w:w="80" w:type="dxa"/>
              <w:bottom w:w="65" w:type="dxa"/>
              <w:right w:w="80" w:type="dxa"/>
            </w:tcMar>
            <w:vAlign w:val="center"/>
          </w:tcPr>
          <w:p w14:paraId="6789493C" w14:textId="77777777" w:rsidR="002D5361" w:rsidRDefault="00000000">
            <w:r>
              <w:rPr>
                <w:sz w:val="16"/>
              </w:rPr>
              <w:t>30.77</w:t>
            </w:r>
          </w:p>
        </w:tc>
        <w:tc>
          <w:tcPr>
            <w:tcW w:w="1624" w:type="dxa"/>
            <w:shd w:val="clear" w:color="auto" w:fill="F7F9FB"/>
            <w:tcMar>
              <w:top w:w="65" w:type="dxa"/>
              <w:left w:w="80" w:type="dxa"/>
              <w:bottom w:w="65" w:type="dxa"/>
              <w:right w:w="80" w:type="dxa"/>
            </w:tcMar>
            <w:vAlign w:val="center"/>
          </w:tcPr>
          <w:p w14:paraId="18CB6D0C" w14:textId="77777777" w:rsidR="002D5361" w:rsidRDefault="00000000">
            <w:r>
              <w:rPr>
                <w:sz w:val="16"/>
              </w:rPr>
              <w:t>0</w:t>
            </w:r>
          </w:p>
        </w:tc>
        <w:tc>
          <w:tcPr>
            <w:tcW w:w="1624" w:type="dxa"/>
            <w:shd w:val="clear" w:color="auto" w:fill="F7F9FB"/>
            <w:tcMar>
              <w:top w:w="65" w:type="dxa"/>
              <w:left w:w="80" w:type="dxa"/>
              <w:bottom w:w="65" w:type="dxa"/>
              <w:right w:w="80" w:type="dxa"/>
            </w:tcMar>
            <w:vAlign w:val="center"/>
          </w:tcPr>
          <w:p w14:paraId="4F232E90" w14:textId="77777777" w:rsidR="002D5361" w:rsidRDefault="00000000">
            <w:r>
              <w:rPr>
                <w:sz w:val="16"/>
              </w:rPr>
              <w:t>0.00</w:t>
            </w:r>
          </w:p>
        </w:tc>
      </w:tr>
    </w:tbl>
    <w:p w14:paraId="0326FF32" w14:textId="77777777" w:rsidR="002D5361" w:rsidRDefault="00000000">
      <w:r>
        <w:rPr>
          <w:b/>
          <w:sz w:val="16"/>
        </w:rPr>
        <w:t>Note.</w:t>
      </w:r>
      <w:r>
        <w:rPr>
          <w:sz w:val="16"/>
        </w:rPr>
        <w:t xml:space="preserve"> Percentages are calculated within each KCI subject category. Only subjects with N ≥ 15 are displayed. These profiles are descriptive and unadjusted and should not be interpreted as causal disciplinary differences.</w:t>
      </w:r>
    </w:p>
    <w:p w14:paraId="0A18C296" w14:textId="77777777" w:rsidR="002D5361" w:rsidRDefault="002D5361">
      <w:pPr>
        <w:spacing w:after="0"/>
      </w:pPr>
    </w:p>
    <w:p w14:paraId="72EDA86B" w14:textId="77777777" w:rsidR="002D5361" w:rsidRDefault="00000000">
      <w:pPr>
        <w:spacing w:after="200"/>
        <w:jc w:val="left"/>
        <w:rPr>
          <w:rFonts w:eastAsiaTheme="minorEastAsia"/>
          <w:b/>
          <w:sz w:val="19"/>
        </w:rPr>
      </w:pPr>
      <w:r>
        <w:br w:type="page"/>
      </w:r>
    </w:p>
    <w:p w14:paraId="2262FCFC" w14:textId="77777777" w:rsidR="002D5361" w:rsidRDefault="00000000">
      <w:pPr>
        <w:pStyle w:val="TableCaption"/>
      </w:pPr>
      <w:r>
        <w:lastRenderedPageBreak/>
        <w:t>Table S25. Journal profiles meeting N ≥ 10</w:t>
      </w:r>
    </w:p>
    <w:tbl>
      <w:tblPr>
        <w:tblStyle w:val="TableGrid"/>
        <w:tblW w:w="0" w:type="auto"/>
        <w:jc w:val="center"/>
        <w:tblLook w:val="04A0" w:firstRow="1" w:lastRow="0" w:firstColumn="1" w:lastColumn="0" w:noHBand="0" w:noVBand="1"/>
      </w:tblPr>
      <w:tblGrid>
        <w:gridCol w:w="2126"/>
        <w:gridCol w:w="1523"/>
        <w:gridCol w:w="1524"/>
        <w:gridCol w:w="1523"/>
        <w:gridCol w:w="1524"/>
        <w:gridCol w:w="1524"/>
      </w:tblGrid>
      <w:tr w:rsidR="002D5361" w14:paraId="51F76C0E" w14:textId="77777777">
        <w:trPr>
          <w:cantSplit/>
          <w:trHeight w:hRule="exact" w:val="340"/>
          <w:tblHeader/>
          <w:jc w:val="center"/>
        </w:trPr>
        <w:tc>
          <w:tcPr>
            <w:tcW w:w="2126" w:type="dxa"/>
            <w:shd w:val="clear" w:color="auto" w:fill="D9EAF7"/>
            <w:tcMar>
              <w:top w:w="65" w:type="dxa"/>
              <w:left w:w="80" w:type="dxa"/>
              <w:bottom w:w="65" w:type="dxa"/>
              <w:right w:w="80" w:type="dxa"/>
            </w:tcMar>
            <w:vAlign w:val="center"/>
          </w:tcPr>
          <w:p w14:paraId="4A901E4C" w14:textId="77777777" w:rsidR="002D5361" w:rsidRDefault="00000000">
            <w:r>
              <w:rPr>
                <w:b/>
                <w:sz w:val="16"/>
              </w:rPr>
              <w:t>Journal</w:t>
            </w:r>
          </w:p>
        </w:tc>
        <w:tc>
          <w:tcPr>
            <w:tcW w:w="1523" w:type="dxa"/>
            <w:shd w:val="clear" w:color="auto" w:fill="D9EAF7"/>
            <w:tcMar>
              <w:top w:w="65" w:type="dxa"/>
              <w:left w:w="80" w:type="dxa"/>
              <w:bottom w:w="65" w:type="dxa"/>
              <w:right w:w="80" w:type="dxa"/>
            </w:tcMar>
            <w:vAlign w:val="center"/>
          </w:tcPr>
          <w:p w14:paraId="15E71FC8" w14:textId="77777777" w:rsidR="002D5361" w:rsidRDefault="00000000">
            <w:r>
              <w:rPr>
                <w:b/>
                <w:sz w:val="16"/>
              </w:rPr>
              <w:t>N</w:t>
            </w:r>
          </w:p>
        </w:tc>
        <w:tc>
          <w:tcPr>
            <w:tcW w:w="1524" w:type="dxa"/>
            <w:shd w:val="clear" w:color="auto" w:fill="D9EAF7"/>
            <w:tcMar>
              <w:top w:w="65" w:type="dxa"/>
              <w:left w:w="80" w:type="dxa"/>
              <w:bottom w:w="65" w:type="dxa"/>
              <w:right w:w="80" w:type="dxa"/>
            </w:tcMar>
            <w:vAlign w:val="center"/>
          </w:tcPr>
          <w:p w14:paraId="5EBAEAC9" w14:textId="77777777" w:rsidR="002D5361" w:rsidRDefault="00000000">
            <w:r>
              <w:rPr>
                <w:b/>
                <w:sz w:val="16"/>
              </w:rPr>
              <w:t>Outlier n</w:t>
            </w:r>
          </w:p>
        </w:tc>
        <w:tc>
          <w:tcPr>
            <w:tcW w:w="1523" w:type="dxa"/>
            <w:shd w:val="clear" w:color="auto" w:fill="D9EAF7"/>
            <w:tcMar>
              <w:top w:w="65" w:type="dxa"/>
              <w:left w:w="80" w:type="dxa"/>
              <w:bottom w:w="65" w:type="dxa"/>
              <w:right w:w="80" w:type="dxa"/>
            </w:tcMar>
            <w:vAlign w:val="center"/>
          </w:tcPr>
          <w:p w14:paraId="43CE0486" w14:textId="77777777" w:rsidR="002D5361" w:rsidRDefault="00000000">
            <w:r>
              <w:rPr>
                <w:b/>
                <w:sz w:val="16"/>
              </w:rPr>
              <w:t>Outlier %</w:t>
            </w:r>
          </w:p>
        </w:tc>
        <w:tc>
          <w:tcPr>
            <w:tcW w:w="1524" w:type="dxa"/>
            <w:shd w:val="clear" w:color="auto" w:fill="D9EAF7"/>
            <w:tcMar>
              <w:top w:w="65" w:type="dxa"/>
              <w:left w:w="80" w:type="dxa"/>
              <w:bottom w:w="65" w:type="dxa"/>
              <w:right w:w="80" w:type="dxa"/>
            </w:tcMar>
            <w:vAlign w:val="center"/>
          </w:tcPr>
          <w:p w14:paraId="51906AE9" w14:textId="77777777" w:rsidR="002D5361" w:rsidRDefault="00000000">
            <w:r>
              <w:rPr>
                <w:b/>
                <w:sz w:val="16"/>
              </w:rPr>
              <w:t>T4 n</w:t>
            </w:r>
          </w:p>
        </w:tc>
        <w:tc>
          <w:tcPr>
            <w:tcW w:w="1524" w:type="dxa"/>
            <w:shd w:val="clear" w:color="auto" w:fill="D9EAF7"/>
            <w:tcMar>
              <w:top w:w="65" w:type="dxa"/>
              <w:left w:w="80" w:type="dxa"/>
              <w:bottom w:w="65" w:type="dxa"/>
              <w:right w:w="80" w:type="dxa"/>
            </w:tcMar>
            <w:vAlign w:val="center"/>
          </w:tcPr>
          <w:p w14:paraId="2C624B81" w14:textId="77777777" w:rsidR="002D5361" w:rsidRDefault="00000000">
            <w:r>
              <w:rPr>
                <w:b/>
                <w:sz w:val="16"/>
              </w:rPr>
              <w:t>T4 %</w:t>
            </w:r>
          </w:p>
        </w:tc>
      </w:tr>
      <w:tr w:rsidR="002D5361" w14:paraId="28BDDCF1" w14:textId="77777777">
        <w:trPr>
          <w:cantSplit/>
          <w:trHeight w:hRule="exact" w:val="340"/>
          <w:jc w:val="center"/>
        </w:trPr>
        <w:tc>
          <w:tcPr>
            <w:tcW w:w="2126" w:type="dxa"/>
            <w:tcMar>
              <w:top w:w="65" w:type="dxa"/>
              <w:left w:w="80" w:type="dxa"/>
              <w:bottom w:w="65" w:type="dxa"/>
              <w:right w:w="80" w:type="dxa"/>
            </w:tcMar>
            <w:vAlign w:val="center"/>
          </w:tcPr>
          <w:p w14:paraId="1BF926E9" w14:textId="77777777" w:rsidR="002D5361" w:rsidRDefault="00000000">
            <w:proofErr w:type="spellStart"/>
            <w:r>
              <w:rPr>
                <w:sz w:val="16"/>
              </w:rPr>
              <w:t>한국비교정부학보</w:t>
            </w:r>
            <w:proofErr w:type="spellEnd"/>
          </w:p>
        </w:tc>
        <w:tc>
          <w:tcPr>
            <w:tcW w:w="1523" w:type="dxa"/>
            <w:tcMar>
              <w:top w:w="65" w:type="dxa"/>
              <w:left w:w="80" w:type="dxa"/>
              <w:bottom w:w="65" w:type="dxa"/>
              <w:right w:w="80" w:type="dxa"/>
            </w:tcMar>
            <w:vAlign w:val="center"/>
          </w:tcPr>
          <w:p w14:paraId="4056799C" w14:textId="77777777" w:rsidR="002D5361" w:rsidRDefault="00000000">
            <w:r>
              <w:rPr>
                <w:sz w:val="16"/>
              </w:rPr>
              <w:t>32</w:t>
            </w:r>
          </w:p>
        </w:tc>
        <w:tc>
          <w:tcPr>
            <w:tcW w:w="1524" w:type="dxa"/>
            <w:tcMar>
              <w:top w:w="65" w:type="dxa"/>
              <w:left w:w="80" w:type="dxa"/>
              <w:bottom w:w="65" w:type="dxa"/>
              <w:right w:w="80" w:type="dxa"/>
            </w:tcMar>
            <w:vAlign w:val="center"/>
          </w:tcPr>
          <w:p w14:paraId="50841BA7" w14:textId="77777777" w:rsidR="002D5361" w:rsidRDefault="00000000">
            <w:r>
              <w:rPr>
                <w:sz w:val="16"/>
              </w:rPr>
              <w:t>8</w:t>
            </w:r>
          </w:p>
        </w:tc>
        <w:tc>
          <w:tcPr>
            <w:tcW w:w="1523" w:type="dxa"/>
            <w:tcMar>
              <w:top w:w="65" w:type="dxa"/>
              <w:left w:w="80" w:type="dxa"/>
              <w:bottom w:w="65" w:type="dxa"/>
              <w:right w:w="80" w:type="dxa"/>
            </w:tcMar>
            <w:vAlign w:val="center"/>
          </w:tcPr>
          <w:p w14:paraId="7725C888" w14:textId="77777777" w:rsidR="002D5361" w:rsidRDefault="00000000">
            <w:r>
              <w:rPr>
                <w:sz w:val="16"/>
              </w:rPr>
              <w:t>25.00</w:t>
            </w:r>
          </w:p>
        </w:tc>
        <w:tc>
          <w:tcPr>
            <w:tcW w:w="1524" w:type="dxa"/>
            <w:tcMar>
              <w:top w:w="65" w:type="dxa"/>
              <w:left w:w="80" w:type="dxa"/>
              <w:bottom w:w="65" w:type="dxa"/>
              <w:right w:w="80" w:type="dxa"/>
            </w:tcMar>
            <w:vAlign w:val="center"/>
          </w:tcPr>
          <w:p w14:paraId="7F8AF4B3" w14:textId="77777777" w:rsidR="002D5361" w:rsidRDefault="00000000">
            <w:r>
              <w:rPr>
                <w:sz w:val="16"/>
              </w:rPr>
              <w:t>6</w:t>
            </w:r>
          </w:p>
        </w:tc>
        <w:tc>
          <w:tcPr>
            <w:tcW w:w="1524" w:type="dxa"/>
            <w:tcMar>
              <w:top w:w="65" w:type="dxa"/>
              <w:left w:w="80" w:type="dxa"/>
              <w:bottom w:w="65" w:type="dxa"/>
              <w:right w:w="80" w:type="dxa"/>
            </w:tcMar>
            <w:vAlign w:val="center"/>
          </w:tcPr>
          <w:p w14:paraId="10DA7B6E" w14:textId="77777777" w:rsidR="002D5361" w:rsidRDefault="00000000">
            <w:r>
              <w:rPr>
                <w:sz w:val="16"/>
              </w:rPr>
              <w:t>18.75</w:t>
            </w:r>
          </w:p>
        </w:tc>
      </w:tr>
      <w:tr w:rsidR="002D5361" w14:paraId="13EE7A36"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16D1C2F3" w14:textId="77777777" w:rsidR="002D5361" w:rsidRDefault="00000000">
            <w:proofErr w:type="spellStart"/>
            <w:r>
              <w:rPr>
                <w:sz w:val="16"/>
              </w:rPr>
              <w:t>지방자치법연구</w:t>
            </w:r>
            <w:proofErr w:type="spellEnd"/>
          </w:p>
        </w:tc>
        <w:tc>
          <w:tcPr>
            <w:tcW w:w="1523" w:type="dxa"/>
            <w:shd w:val="clear" w:color="auto" w:fill="F7F9FB"/>
            <w:tcMar>
              <w:top w:w="65" w:type="dxa"/>
              <w:left w:w="80" w:type="dxa"/>
              <w:bottom w:w="65" w:type="dxa"/>
              <w:right w:w="80" w:type="dxa"/>
            </w:tcMar>
            <w:vAlign w:val="center"/>
          </w:tcPr>
          <w:p w14:paraId="08309D00" w14:textId="77777777" w:rsidR="002D5361" w:rsidRDefault="00000000">
            <w:r>
              <w:rPr>
                <w:sz w:val="16"/>
              </w:rPr>
              <w:t>85</w:t>
            </w:r>
          </w:p>
        </w:tc>
        <w:tc>
          <w:tcPr>
            <w:tcW w:w="1524" w:type="dxa"/>
            <w:shd w:val="clear" w:color="auto" w:fill="F7F9FB"/>
            <w:tcMar>
              <w:top w:w="65" w:type="dxa"/>
              <w:left w:w="80" w:type="dxa"/>
              <w:bottom w:w="65" w:type="dxa"/>
              <w:right w:w="80" w:type="dxa"/>
            </w:tcMar>
            <w:vAlign w:val="center"/>
          </w:tcPr>
          <w:p w14:paraId="4C03CFBB" w14:textId="77777777" w:rsidR="002D5361" w:rsidRDefault="00000000">
            <w:r>
              <w:rPr>
                <w:sz w:val="16"/>
              </w:rPr>
              <w:t>12</w:t>
            </w:r>
          </w:p>
        </w:tc>
        <w:tc>
          <w:tcPr>
            <w:tcW w:w="1523" w:type="dxa"/>
            <w:shd w:val="clear" w:color="auto" w:fill="F7F9FB"/>
            <w:tcMar>
              <w:top w:w="65" w:type="dxa"/>
              <w:left w:w="80" w:type="dxa"/>
              <w:bottom w:w="65" w:type="dxa"/>
              <w:right w:w="80" w:type="dxa"/>
            </w:tcMar>
            <w:vAlign w:val="center"/>
          </w:tcPr>
          <w:p w14:paraId="494524C1" w14:textId="77777777" w:rsidR="002D5361" w:rsidRDefault="00000000">
            <w:r>
              <w:rPr>
                <w:sz w:val="16"/>
              </w:rPr>
              <w:t>14.12</w:t>
            </w:r>
          </w:p>
        </w:tc>
        <w:tc>
          <w:tcPr>
            <w:tcW w:w="1524" w:type="dxa"/>
            <w:shd w:val="clear" w:color="auto" w:fill="F7F9FB"/>
            <w:tcMar>
              <w:top w:w="65" w:type="dxa"/>
              <w:left w:w="80" w:type="dxa"/>
              <w:bottom w:w="65" w:type="dxa"/>
              <w:right w:w="80" w:type="dxa"/>
            </w:tcMar>
            <w:vAlign w:val="center"/>
          </w:tcPr>
          <w:p w14:paraId="7C9FE88F" w14:textId="77777777" w:rsidR="002D5361" w:rsidRDefault="00000000">
            <w:r>
              <w:rPr>
                <w:sz w:val="16"/>
              </w:rPr>
              <w:t>5</w:t>
            </w:r>
          </w:p>
        </w:tc>
        <w:tc>
          <w:tcPr>
            <w:tcW w:w="1524" w:type="dxa"/>
            <w:shd w:val="clear" w:color="auto" w:fill="F7F9FB"/>
            <w:tcMar>
              <w:top w:w="65" w:type="dxa"/>
              <w:left w:w="80" w:type="dxa"/>
              <w:bottom w:w="65" w:type="dxa"/>
              <w:right w:w="80" w:type="dxa"/>
            </w:tcMar>
            <w:vAlign w:val="center"/>
          </w:tcPr>
          <w:p w14:paraId="1DA9BE19" w14:textId="77777777" w:rsidR="002D5361" w:rsidRDefault="00000000">
            <w:r>
              <w:rPr>
                <w:sz w:val="16"/>
              </w:rPr>
              <w:t>5.88</w:t>
            </w:r>
          </w:p>
        </w:tc>
      </w:tr>
      <w:tr w:rsidR="002D5361" w14:paraId="358D0E72" w14:textId="77777777">
        <w:trPr>
          <w:cantSplit/>
          <w:trHeight w:hRule="exact" w:val="340"/>
          <w:jc w:val="center"/>
        </w:trPr>
        <w:tc>
          <w:tcPr>
            <w:tcW w:w="2126" w:type="dxa"/>
            <w:tcMar>
              <w:top w:w="65" w:type="dxa"/>
              <w:left w:w="80" w:type="dxa"/>
              <w:bottom w:w="65" w:type="dxa"/>
              <w:right w:w="80" w:type="dxa"/>
            </w:tcMar>
            <w:vAlign w:val="center"/>
          </w:tcPr>
          <w:p w14:paraId="3ED314C7" w14:textId="77777777" w:rsidR="002D5361" w:rsidRDefault="00000000">
            <w:proofErr w:type="spellStart"/>
            <w:r>
              <w:rPr>
                <w:sz w:val="16"/>
              </w:rPr>
              <w:t>국토연구</w:t>
            </w:r>
            <w:proofErr w:type="spellEnd"/>
          </w:p>
        </w:tc>
        <w:tc>
          <w:tcPr>
            <w:tcW w:w="1523" w:type="dxa"/>
            <w:tcMar>
              <w:top w:w="65" w:type="dxa"/>
              <w:left w:w="80" w:type="dxa"/>
              <w:bottom w:w="65" w:type="dxa"/>
              <w:right w:w="80" w:type="dxa"/>
            </w:tcMar>
            <w:vAlign w:val="center"/>
          </w:tcPr>
          <w:p w14:paraId="42D0E1BF" w14:textId="77777777" w:rsidR="002D5361" w:rsidRDefault="00000000">
            <w:r>
              <w:rPr>
                <w:sz w:val="16"/>
              </w:rPr>
              <w:t>29</w:t>
            </w:r>
          </w:p>
        </w:tc>
        <w:tc>
          <w:tcPr>
            <w:tcW w:w="1524" w:type="dxa"/>
            <w:tcMar>
              <w:top w:w="65" w:type="dxa"/>
              <w:left w:w="80" w:type="dxa"/>
              <w:bottom w:w="65" w:type="dxa"/>
              <w:right w:w="80" w:type="dxa"/>
            </w:tcMar>
            <w:vAlign w:val="center"/>
          </w:tcPr>
          <w:p w14:paraId="627132DA" w14:textId="77777777" w:rsidR="002D5361" w:rsidRDefault="00000000">
            <w:r>
              <w:rPr>
                <w:sz w:val="16"/>
              </w:rPr>
              <w:t>8</w:t>
            </w:r>
          </w:p>
        </w:tc>
        <w:tc>
          <w:tcPr>
            <w:tcW w:w="1523" w:type="dxa"/>
            <w:tcMar>
              <w:top w:w="65" w:type="dxa"/>
              <w:left w:w="80" w:type="dxa"/>
              <w:bottom w:w="65" w:type="dxa"/>
              <w:right w:w="80" w:type="dxa"/>
            </w:tcMar>
            <w:vAlign w:val="center"/>
          </w:tcPr>
          <w:p w14:paraId="2BB8C690" w14:textId="77777777" w:rsidR="002D5361" w:rsidRDefault="00000000">
            <w:r>
              <w:rPr>
                <w:sz w:val="16"/>
              </w:rPr>
              <w:t>27.59</w:t>
            </w:r>
          </w:p>
        </w:tc>
        <w:tc>
          <w:tcPr>
            <w:tcW w:w="1524" w:type="dxa"/>
            <w:tcMar>
              <w:top w:w="65" w:type="dxa"/>
              <w:left w:w="80" w:type="dxa"/>
              <w:bottom w:w="65" w:type="dxa"/>
              <w:right w:w="80" w:type="dxa"/>
            </w:tcMar>
            <w:vAlign w:val="center"/>
          </w:tcPr>
          <w:p w14:paraId="6AA65555" w14:textId="77777777" w:rsidR="002D5361" w:rsidRDefault="00000000">
            <w:r>
              <w:rPr>
                <w:sz w:val="16"/>
              </w:rPr>
              <w:t>4</w:t>
            </w:r>
          </w:p>
        </w:tc>
        <w:tc>
          <w:tcPr>
            <w:tcW w:w="1524" w:type="dxa"/>
            <w:tcMar>
              <w:top w:w="65" w:type="dxa"/>
              <w:left w:w="80" w:type="dxa"/>
              <w:bottom w:w="65" w:type="dxa"/>
              <w:right w:w="80" w:type="dxa"/>
            </w:tcMar>
            <w:vAlign w:val="center"/>
          </w:tcPr>
          <w:p w14:paraId="0A24819D" w14:textId="77777777" w:rsidR="002D5361" w:rsidRDefault="00000000">
            <w:r>
              <w:rPr>
                <w:sz w:val="16"/>
              </w:rPr>
              <w:t>13.79</w:t>
            </w:r>
          </w:p>
        </w:tc>
      </w:tr>
      <w:tr w:rsidR="002D5361" w14:paraId="0ADEAC55"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7F6FFDE8" w14:textId="77777777" w:rsidR="002D5361" w:rsidRDefault="00000000">
            <w:proofErr w:type="spellStart"/>
            <w:r>
              <w:rPr>
                <w:sz w:val="16"/>
              </w:rPr>
              <w:t>지역사회연구</w:t>
            </w:r>
            <w:proofErr w:type="spellEnd"/>
          </w:p>
        </w:tc>
        <w:tc>
          <w:tcPr>
            <w:tcW w:w="1523" w:type="dxa"/>
            <w:shd w:val="clear" w:color="auto" w:fill="F7F9FB"/>
            <w:tcMar>
              <w:top w:w="65" w:type="dxa"/>
              <w:left w:w="80" w:type="dxa"/>
              <w:bottom w:w="65" w:type="dxa"/>
              <w:right w:w="80" w:type="dxa"/>
            </w:tcMar>
            <w:vAlign w:val="center"/>
          </w:tcPr>
          <w:p w14:paraId="066CACF7" w14:textId="77777777" w:rsidR="002D5361" w:rsidRDefault="00000000">
            <w:r>
              <w:rPr>
                <w:sz w:val="16"/>
              </w:rPr>
              <w:t>14</w:t>
            </w:r>
          </w:p>
        </w:tc>
        <w:tc>
          <w:tcPr>
            <w:tcW w:w="1524" w:type="dxa"/>
            <w:shd w:val="clear" w:color="auto" w:fill="F7F9FB"/>
            <w:tcMar>
              <w:top w:w="65" w:type="dxa"/>
              <w:left w:w="80" w:type="dxa"/>
              <w:bottom w:w="65" w:type="dxa"/>
              <w:right w:w="80" w:type="dxa"/>
            </w:tcMar>
            <w:vAlign w:val="center"/>
          </w:tcPr>
          <w:p w14:paraId="123420A1" w14:textId="77777777" w:rsidR="002D5361" w:rsidRDefault="00000000">
            <w:r>
              <w:rPr>
                <w:sz w:val="16"/>
              </w:rPr>
              <w:t>2</w:t>
            </w:r>
          </w:p>
        </w:tc>
        <w:tc>
          <w:tcPr>
            <w:tcW w:w="1523" w:type="dxa"/>
            <w:shd w:val="clear" w:color="auto" w:fill="F7F9FB"/>
            <w:tcMar>
              <w:top w:w="65" w:type="dxa"/>
              <w:left w:w="80" w:type="dxa"/>
              <w:bottom w:w="65" w:type="dxa"/>
              <w:right w:w="80" w:type="dxa"/>
            </w:tcMar>
            <w:vAlign w:val="center"/>
          </w:tcPr>
          <w:p w14:paraId="74D469FF" w14:textId="77777777" w:rsidR="002D5361" w:rsidRDefault="00000000">
            <w:r>
              <w:rPr>
                <w:sz w:val="16"/>
              </w:rPr>
              <w:t>14.29</w:t>
            </w:r>
          </w:p>
        </w:tc>
        <w:tc>
          <w:tcPr>
            <w:tcW w:w="1524" w:type="dxa"/>
            <w:shd w:val="clear" w:color="auto" w:fill="F7F9FB"/>
            <w:tcMar>
              <w:top w:w="65" w:type="dxa"/>
              <w:left w:w="80" w:type="dxa"/>
              <w:bottom w:w="65" w:type="dxa"/>
              <w:right w:w="80" w:type="dxa"/>
            </w:tcMar>
            <w:vAlign w:val="center"/>
          </w:tcPr>
          <w:p w14:paraId="13F34D9B" w14:textId="77777777" w:rsidR="002D5361" w:rsidRDefault="00000000">
            <w:r>
              <w:rPr>
                <w:sz w:val="16"/>
              </w:rPr>
              <w:t>4</w:t>
            </w:r>
          </w:p>
        </w:tc>
        <w:tc>
          <w:tcPr>
            <w:tcW w:w="1524" w:type="dxa"/>
            <w:shd w:val="clear" w:color="auto" w:fill="F7F9FB"/>
            <w:tcMar>
              <w:top w:w="65" w:type="dxa"/>
              <w:left w:w="80" w:type="dxa"/>
              <w:bottom w:w="65" w:type="dxa"/>
              <w:right w:w="80" w:type="dxa"/>
            </w:tcMar>
            <w:vAlign w:val="center"/>
          </w:tcPr>
          <w:p w14:paraId="77F4F16C" w14:textId="77777777" w:rsidR="002D5361" w:rsidRDefault="00000000">
            <w:r>
              <w:rPr>
                <w:sz w:val="16"/>
              </w:rPr>
              <w:t>28.57</w:t>
            </w:r>
          </w:p>
        </w:tc>
      </w:tr>
      <w:tr w:rsidR="002D5361" w14:paraId="1B7E4855" w14:textId="77777777">
        <w:trPr>
          <w:cantSplit/>
          <w:trHeight w:hRule="exact" w:val="340"/>
          <w:jc w:val="center"/>
        </w:trPr>
        <w:tc>
          <w:tcPr>
            <w:tcW w:w="2126" w:type="dxa"/>
            <w:tcMar>
              <w:top w:w="65" w:type="dxa"/>
              <w:left w:w="80" w:type="dxa"/>
              <w:bottom w:w="65" w:type="dxa"/>
              <w:right w:w="80" w:type="dxa"/>
            </w:tcMar>
            <w:vAlign w:val="center"/>
          </w:tcPr>
          <w:p w14:paraId="1B85E22B" w14:textId="77777777" w:rsidR="002D5361" w:rsidRDefault="00000000">
            <w:proofErr w:type="spellStart"/>
            <w:r>
              <w:rPr>
                <w:sz w:val="16"/>
              </w:rPr>
              <w:t>한국지방자치학회보</w:t>
            </w:r>
            <w:proofErr w:type="spellEnd"/>
          </w:p>
        </w:tc>
        <w:tc>
          <w:tcPr>
            <w:tcW w:w="1523" w:type="dxa"/>
            <w:tcMar>
              <w:top w:w="65" w:type="dxa"/>
              <w:left w:w="80" w:type="dxa"/>
              <w:bottom w:w="65" w:type="dxa"/>
              <w:right w:w="80" w:type="dxa"/>
            </w:tcMar>
            <w:vAlign w:val="center"/>
          </w:tcPr>
          <w:p w14:paraId="7A424251" w14:textId="77777777" w:rsidR="002D5361" w:rsidRDefault="00000000">
            <w:r>
              <w:rPr>
                <w:sz w:val="16"/>
              </w:rPr>
              <w:t>38</w:t>
            </w:r>
          </w:p>
        </w:tc>
        <w:tc>
          <w:tcPr>
            <w:tcW w:w="1524" w:type="dxa"/>
            <w:tcMar>
              <w:top w:w="65" w:type="dxa"/>
              <w:left w:w="80" w:type="dxa"/>
              <w:bottom w:w="65" w:type="dxa"/>
              <w:right w:w="80" w:type="dxa"/>
            </w:tcMar>
            <w:vAlign w:val="center"/>
          </w:tcPr>
          <w:p w14:paraId="5AF70E31" w14:textId="77777777" w:rsidR="002D5361" w:rsidRDefault="00000000">
            <w:r>
              <w:rPr>
                <w:sz w:val="16"/>
              </w:rPr>
              <w:t>10</w:t>
            </w:r>
          </w:p>
        </w:tc>
        <w:tc>
          <w:tcPr>
            <w:tcW w:w="1523" w:type="dxa"/>
            <w:tcMar>
              <w:top w:w="65" w:type="dxa"/>
              <w:left w:w="80" w:type="dxa"/>
              <w:bottom w:w="65" w:type="dxa"/>
              <w:right w:w="80" w:type="dxa"/>
            </w:tcMar>
            <w:vAlign w:val="center"/>
          </w:tcPr>
          <w:p w14:paraId="52E855E0" w14:textId="77777777" w:rsidR="002D5361" w:rsidRDefault="00000000">
            <w:r>
              <w:rPr>
                <w:sz w:val="16"/>
              </w:rPr>
              <w:t>26.32</w:t>
            </w:r>
          </w:p>
        </w:tc>
        <w:tc>
          <w:tcPr>
            <w:tcW w:w="1524" w:type="dxa"/>
            <w:tcMar>
              <w:top w:w="65" w:type="dxa"/>
              <w:left w:w="80" w:type="dxa"/>
              <w:bottom w:w="65" w:type="dxa"/>
              <w:right w:w="80" w:type="dxa"/>
            </w:tcMar>
            <w:vAlign w:val="center"/>
          </w:tcPr>
          <w:p w14:paraId="363357AE" w14:textId="77777777" w:rsidR="002D5361" w:rsidRDefault="00000000">
            <w:r>
              <w:rPr>
                <w:sz w:val="16"/>
              </w:rPr>
              <w:t>3</w:t>
            </w:r>
          </w:p>
        </w:tc>
        <w:tc>
          <w:tcPr>
            <w:tcW w:w="1524" w:type="dxa"/>
            <w:tcMar>
              <w:top w:w="65" w:type="dxa"/>
              <w:left w:w="80" w:type="dxa"/>
              <w:bottom w:w="65" w:type="dxa"/>
              <w:right w:w="80" w:type="dxa"/>
            </w:tcMar>
            <w:vAlign w:val="center"/>
          </w:tcPr>
          <w:p w14:paraId="6AB777DD" w14:textId="77777777" w:rsidR="002D5361" w:rsidRDefault="00000000">
            <w:r>
              <w:rPr>
                <w:sz w:val="16"/>
              </w:rPr>
              <w:t>7.89</w:t>
            </w:r>
          </w:p>
        </w:tc>
      </w:tr>
      <w:tr w:rsidR="002D5361" w14:paraId="37656845"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56A99FB2" w14:textId="77777777" w:rsidR="002D5361" w:rsidRDefault="00000000">
            <w:proofErr w:type="spellStart"/>
            <w:r>
              <w:rPr>
                <w:sz w:val="16"/>
              </w:rPr>
              <w:t>한국지방재정논집</w:t>
            </w:r>
            <w:proofErr w:type="spellEnd"/>
          </w:p>
        </w:tc>
        <w:tc>
          <w:tcPr>
            <w:tcW w:w="1523" w:type="dxa"/>
            <w:shd w:val="clear" w:color="auto" w:fill="F7F9FB"/>
            <w:tcMar>
              <w:top w:w="65" w:type="dxa"/>
              <w:left w:w="80" w:type="dxa"/>
              <w:bottom w:w="65" w:type="dxa"/>
              <w:right w:w="80" w:type="dxa"/>
            </w:tcMar>
            <w:vAlign w:val="center"/>
          </w:tcPr>
          <w:p w14:paraId="4460600E" w14:textId="77777777" w:rsidR="002D5361" w:rsidRDefault="00000000">
            <w:r>
              <w:rPr>
                <w:sz w:val="16"/>
              </w:rPr>
              <w:t>32</w:t>
            </w:r>
          </w:p>
        </w:tc>
        <w:tc>
          <w:tcPr>
            <w:tcW w:w="1524" w:type="dxa"/>
            <w:shd w:val="clear" w:color="auto" w:fill="F7F9FB"/>
            <w:tcMar>
              <w:top w:w="65" w:type="dxa"/>
              <w:left w:w="80" w:type="dxa"/>
              <w:bottom w:w="65" w:type="dxa"/>
              <w:right w:w="80" w:type="dxa"/>
            </w:tcMar>
            <w:vAlign w:val="center"/>
          </w:tcPr>
          <w:p w14:paraId="4051E49C" w14:textId="77777777" w:rsidR="002D5361" w:rsidRDefault="00000000">
            <w:r>
              <w:rPr>
                <w:sz w:val="16"/>
              </w:rPr>
              <w:t>3</w:t>
            </w:r>
          </w:p>
        </w:tc>
        <w:tc>
          <w:tcPr>
            <w:tcW w:w="1523" w:type="dxa"/>
            <w:shd w:val="clear" w:color="auto" w:fill="F7F9FB"/>
            <w:tcMar>
              <w:top w:w="65" w:type="dxa"/>
              <w:left w:w="80" w:type="dxa"/>
              <w:bottom w:w="65" w:type="dxa"/>
              <w:right w:w="80" w:type="dxa"/>
            </w:tcMar>
            <w:vAlign w:val="center"/>
          </w:tcPr>
          <w:p w14:paraId="20BC0140" w14:textId="77777777" w:rsidR="002D5361" w:rsidRDefault="00000000">
            <w:r>
              <w:rPr>
                <w:sz w:val="16"/>
              </w:rPr>
              <w:t>9.38</w:t>
            </w:r>
          </w:p>
        </w:tc>
        <w:tc>
          <w:tcPr>
            <w:tcW w:w="1524" w:type="dxa"/>
            <w:shd w:val="clear" w:color="auto" w:fill="F7F9FB"/>
            <w:tcMar>
              <w:top w:w="65" w:type="dxa"/>
              <w:left w:w="80" w:type="dxa"/>
              <w:bottom w:w="65" w:type="dxa"/>
              <w:right w:w="80" w:type="dxa"/>
            </w:tcMar>
            <w:vAlign w:val="center"/>
          </w:tcPr>
          <w:p w14:paraId="6788C026" w14:textId="77777777" w:rsidR="002D5361" w:rsidRDefault="00000000">
            <w:r>
              <w:rPr>
                <w:sz w:val="16"/>
              </w:rPr>
              <w:t>3</w:t>
            </w:r>
          </w:p>
        </w:tc>
        <w:tc>
          <w:tcPr>
            <w:tcW w:w="1524" w:type="dxa"/>
            <w:shd w:val="clear" w:color="auto" w:fill="F7F9FB"/>
            <w:tcMar>
              <w:top w:w="65" w:type="dxa"/>
              <w:left w:w="80" w:type="dxa"/>
              <w:bottom w:w="65" w:type="dxa"/>
              <w:right w:w="80" w:type="dxa"/>
            </w:tcMar>
            <w:vAlign w:val="center"/>
          </w:tcPr>
          <w:p w14:paraId="04407216" w14:textId="77777777" w:rsidR="002D5361" w:rsidRDefault="00000000">
            <w:r>
              <w:rPr>
                <w:sz w:val="16"/>
              </w:rPr>
              <w:t>9.38</w:t>
            </w:r>
          </w:p>
        </w:tc>
      </w:tr>
      <w:tr w:rsidR="002D5361" w14:paraId="6219775E" w14:textId="77777777">
        <w:trPr>
          <w:cantSplit/>
          <w:trHeight w:hRule="exact" w:val="340"/>
          <w:jc w:val="center"/>
        </w:trPr>
        <w:tc>
          <w:tcPr>
            <w:tcW w:w="2126" w:type="dxa"/>
            <w:tcMar>
              <w:top w:w="65" w:type="dxa"/>
              <w:left w:w="80" w:type="dxa"/>
              <w:bottom w:w="65" w:type="dxa"/>
              <w:right w:w="80" w:type="dxa"/>
            </w:tcMar>
            <w:vAlign w:val="center"/>
          </w:tcPr>
          <w:p w14:paraId="485DF456" w14:textId="77777777" w:rsidR="002D5361" w:rsidRDefault="00000000">
            <w:proofErr w:type="spellStart"/>
            <w:r>
              <w:rPr>
                <w:sz w:val="16"/>
              </w:rPr>
              <w:t>한국도시지리학회지</w:t>
            </w:r>
            <w:proofErr w:type="spellEnd"/>
          </w:p>
        </w:tc>
        <w:tc>
          <w:tcPr>
            <w:tcW w:w="1523" w:type="dxa"/>
            <w:tcMar>
              <w:top w:w="65" w:type="dxa"/>
              <w:left w:w="80" w:type="dxa"/>
              <w:bottom w:w="65" w:type="dxa"/>
              <w:right w:w="80" w:type="dxa"/>
            </w:tcMar>
            <w:vAlign w:val="center"/>
          </w:tcPr>
          <w:p w14:paraId="577355D7" w14:textId="77777777" w:rsidR="002D5361" w:rsidRDefault="00000000">
            <w:r>
              <w:rPr>
                <w:sz w:val="16"/>
              </w:rPr>
              <w:t>19</w:t>
            </w:r>
          </w:p>
        </w:tc>
        <w:tc>
          <w:tcPr>
            <w:tcW w:w="1524" w:type="dxa"/>
            <w:tcMar>
              <w:top w:w="65" w:type="dxa"/>
              <w:left w:w="80" w:type="dxa"/>
              <w:bottom w:w="65" w:type="dxa"/>
              <w:right w:w="80" w:type="dxa"/>
            </w:tcMar>
            <w:vAlign w:val="center"/>
          </w:tcPr>
          <w:p w14:paraId="7EB107B2" w14:textId="77777777" w:rsidR="002D5361" w:rsidRDefault="00000000">
            <w:r>
              <w:rPr>
                <w:sz w:val="16"/>
              </w:rPr>
              <w:t>5</w:t>
            </w:r>
          </w:p>
        </w:tc>
        <w:tc>
          <w:tcPr>
            <w:tcW w:w="1523" w:type="dxa"/>
            <w:tcMar>
              <w:top w:w="65" w:type="dxa"/>
              <w:left w:w="80" w:type="dxa"/>
              <w:bottom w:w="65" w:type="dxa"/>
              <w:right w:w="80" w:type="dxa"/>
            </w:tcMar>
            <w:vAlign w:val="center"/>
          </w:tcPr>
          <w:p w14:paraId="68813BC3" w14:textId="77777777" w:rsidR="002D5361" w:rsidRDefault="00000000">
            <w:r>
              <w:rPr>
                <w:sz w:val="16"/>
              </w:rPr>
              <w:t>26.32</w:t>
            </w:r>
          </w:p>
        </w:tc>
        <w:tc>
          <w:tcPr>
            <w:tcW w:w="1524" w:type="dxa"/>
            <w:tcMar>
              <w:top w:w="65" w:type="dxa"/>
              <w:left w:w="80" w:type="dxa"/>
              <w:bottom w:w="65" w:type="dxa"/>
              <w:right w:w="80" w:type="dxa"/>
            </w:tcMar>
            <w:vAlign w:val="center"/>
          </w:tcPr>
          <w:p w14:paraId="40DE8AAC" w14:textId="77777777" w:rsidR="002D5361" w:rsidRDefault="00000000">
            <w:r>
              <w:rPr>
                <w:sz w:val="16"/>
              </w:rPr>
              <w:t>3</w:t>
            </w:r>
          </w:p>
        </w:tc>
        <w:tc>
          <w:tcPr>
            <w:tcW w:w="1524" w:type="dxa"/>
            <w:tcMar>
              <w:top w:w="65" w:type="dxa"/>
              <w:left w:w="80" w:type="dxa"/>
              <w:bottom w:w="65" w:type="dxa"/>
              <w:right w:w="80" w:type="dxa"/>
            </w:tcMar>
            <w:vAlign w:val="center"/>
          </w:tcPr>
          <w:p w14:paraId="347AB25D" w14:textId="77777777" w:rsidR="002D5361" w:rsidRDefault="00000000">
            <w:r>
              <w:rPr>
                <w:sz w:val="16"/>
              </w:rPr>
              <w:t>15.79</w:t>
            </w:r>
          </w:p>
        </w:tc>
      </w:tr>
      <w:tr w:rsidR="002D5361" w14:paraId="59C4CFAF"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06054C56" w14:textId="77777777" w:rsidR="002D5361" w:rsidRDefault="00000000">
            <w:proofErr w:type="spellStart"/>
            <w:r>
              <w:rPr>
                <w:sz w:val="16"/>
              </w:rPr>
              <w:t>서울도시연구</w:t>
            </w:r>
            <w:proofErr w:type="spellEnd"/>
          </w:p>
        </w:tc>
        <w:tc>
          <w:tcPr>
            <w:tcW w:w="1523" w:type="dxa"/>
            <w:shd w:val="clear" w:color="auto" w:fill="F7F9FB"/>
            <w:tcMar>
              <w:top w:w="65" w:type="dxa"/>
              <w:left w:w="80" w:type="dxa"/>
              <w:bottom w:w="65" w:type="dxa"/>
              <w:right w:w="80" w:type="dxa"/>
            </w:tcMar>
            <w:vAlign w:val="center"/>
          </w:tcPr>
          <w:p w14:paraId="144E2409" w14:textId="77777777" w:rsidR="002D5361" w:rsidRDefault="00000000">
            <w:r>
              <w:rPr>
                <w:sz w:val="16"/>
              </w:rPr>
              <w:t>11</w:t>
            </w:r>
          </w:p>
        </w:tc>
        <w:tc>
          <w:tcPr>
            <w:tcW w:w="1524" w:type="dxa"/>
            <w:shd w:val="clear" w:color="auto" w:fill="F7F9FB"/>
            <w:tcMar>
              <w:top w:w="65" w:type="dxa"/>
              <w:left w:w="80" w:type="dxa"/>
              <w:bottom w:w="65" w:type="dxa"/>
              <w:right w:w="80" w:type="dxa"/>
            </w:tcMar>
            <w:vAlign w:val="center"/>
          </w:tcPr>
          <w:p w14:paraId="14C927DE" w14:textId="77777777" w:rsidR="002D5361" w:rsidRDefault="00000000">
            <w:r>
              <w:rPr>
                <w:sz w:val="16"/>
              </w:rPr>
              <w:t>4</w:t>
            </w:r>
          </w:p>
        </w:tc>
        <w:tc>
          <w:tcPr>
            <w:tcW w:w="1523" w:type="dxa"/>
            <w:shd w:val="clear" w:color="auto" w:fill="F7F9FB"/>
            <w:tcMar>
              <w:top w:w="65" w:type="dxa"/>
              <w:left w:w="80" w:type="dxa"/>
              <w:bottom w:w="65" w:type="dxa"/>
              <w:right w:w="80" w:type="dxa"/>
            </w:tcMar>
            <w:vAlign w:val="center"/>
          </w:tcPr>
          <w:p w14:paraId="040B24C7" w14:textId="77777777" w:rsidR="002D5361" w:rsidRDefault="00000000">
            <w:r>
              <w:rPr>
                <w:sz w:val="16"/>
              </w:rPr>
              <w:t>36.36</w:t>
            </w:r>
          </w:p>
        </w:tc>
        <w:tc>
          <w:tcPr>
            <w:tcW w:w="1524" w:type="dxa"/>
            <w:shd w:val="clear" w:color="auto" w:fill="F7F9FB"/>
            <w:tcMar>
              <w:top w:w="65" w:type="dxa"/>
              <w:left w:w="80" w:type="dxa"/>
              <w:bottom w:w="65" w:type="dxa"/>
              <w:right w:w="80" w:type="dxa"/>
            </w:tcMar>
            <w:vAlign w:val="center"/>
          </w:tcPr>
          <w:p w14:paraId="3A8E9174" w14:textId="77777777" w:rsidR="002D5361" w:rsidRDefault="00000000">
            <w:r>
              <w:rPr>
                <w:sz w:val="16"/>
              </w:rPr>
              <w:t>3</w:t>
            </w:r>
          </w:p>
        </w:tc>
        <w:tc>
          <w:tcPr>
            <w:tcW w:w="1524" w:type="dxa"/>
            <w:shd w:val="clear" w:color="auto" w:fill="F7F9FB"/>
            <w:tcMar>
              <w:top w:w="65" w:type="dxa"/>
              <w:left w:w="80" w:type="dxa"/>
              <w:bottom w:w="65" w:type="dxa"/>
              <w:right w:w="80" w:type="dxa"/>
            </w:tcMar>
            <w:vAlign w:val="center"/>
          </w:tcPr>
          <w:p w14:paraId="0A6EDA99" w14:textId="77777777" w:rsidR="002D5361" w:rsidRDefault="00000000">
            <w:r>
              <w:rPr>
                <w:sz w:val="16"/>
              </w:rPr>
              <w:t>27.27</w:t>
            </w:r>
          </w:p>
        </w:tc>
      </w:tr>
      <w:tr w:rsidR="002D5361" w14:paraId="5DAD1F6B" w14:textId="77777777">
        <w:trPr>
          <w:cantSplit/>
          <w:trHeight w:hRule="exact" w:val="340"/>
          <w:jc w:val="center"/>
        </w:trPr>
        <w:tc>
          <w:tcPr>
            <w:tcW w:w="2126" w:type="dxa"/>
            <w:tcMar>
              <w:top w:w="65" w:type="dxa"/>
              <w:left w:w="80" w:type="dxa"/>
              <w:bottom w:w="65" w:type="dxa"/>
              <w:right w:w="80" w:type="dxa"/>
            </w:tcMar>
            <w:vAlign w:val="center"/>
          </w:tcPr>
          <w:p w14:paraId="6E605DF0" w14:textId="77777777" w:rsidR="002D5361" w:rsidRDefault="00000000">
            <w:proofErr w:type="spellStart"/>
            <w:r>
              <w:rPr>
                <w:sz w:val="16"/>
              </w:rPr>
              <w:t>지방행정연구</w:t>
            </w:r>
            <w:proofErr w:type="spellEnd"/>
          </w:p>
        </w:tc>
        <w:tc>
          <w:tcPr>
            <w:tcW w:w="1523" w:type="dxa"/>
            <w:tcMar>
              <w:top w:w="65" w:type="dxa"/>
              <w:left w:w="80" w:type="dxa"/>
              <w:bottom w:w="65" w:type="dxa"/>
              <w:right w:w="80" w:type="dxa"/>
            </w:tcMar>
            <w:vAlign w:val="center"/>
          </w:tcPr>
          <w:p w14:paraId="0200B993" w14:textId="77777777" w:rsidR="002D5361" w:rsidRDefault="00000000">
            <w:r>
              <w:rPr>
                <w:sz w:val="16"/>
              </w:rPr>
              <w:t>54</w:t>
            </w:r>
          </w:p>
        </w:tc>
        <w:tc>
          <w:tcPr>
            <w:tcW w:w="1524" w:type="dxa"/>
            <w:tcMar>
              <w:top w:w="65" w:type="dxa"/>
              <w:left w:w="80" w:type="dxa"/>
              <w:bottom w:w="65" w:type="dxa"/>
              <w:right w:w="80" w:type="dxa"/>
            </w:tcMar>
            <w:vAlign w:val="center"/>
          </w:tcPr>
          <w:p w14:paraId="70DBF9C4" w14:textId="77777777" w:rsidR="002D5361" w:rsidRDefault="00000000">
            <w:r>
              <w:rPr>
                <w:sz w:val="16"/>
              </w:rPr>
              <w:t>4</w:t>
            </w:r>
          </w:p>
        </w:tc>
        <w:tc>
          <w:tcPr>
            <w:tcW w:w="1523" w:type="dxa"/>
            <w:tcMar>
              <w:top w:w="65" w:type="dxa"/>
              <w:left w:w="80" w:type="dxa"/>
              <w:bottom w:w="65" w:type="dxa"/>
              <w:right w:w="80" w:type="dxa"/>
            </w:tcMar>
            <w:vAlign w:val="center"/>
          </w:tcPr>
          <w:p w14:paraId="4209CB57" w14:textId="77777777" w:rsidR="002D5361" w:rsidRDefault="00000000">
            <w:r>
              <w:rPr>
                <w:sz w:val="16"/>
              </w:rPr>
              <w:t>7.41</w:t>
            </w:r>
          </w:p>
        </w:tc>
        <w:tc>
          <w:tcPr>
            <w:tcW w:w="1524" w:type="dxa"/>
            <w:tcMar>
              <w:top w:w="65" w:type="dxa"/>
              <w:left w:w="80" w:type="dxa"/>
              <w:bottom w:w="65" w:type="dxa"/>
              <w:right w:w="80" w:type="dxa"/>
            </w:tcMar>
            <w:vAlign w:val="center"/>
          </w:tcPr>
          <w:p w14:paraId="0CCAB22F" w14:textId="77777777" w:rsidR="002D5361" w:rsidRDefault="00000000">
            <w:r>
              <w:rPr>
                <w:sz w:val="16"/>
              </w:rPr>
              <w:t>2</w:t>
            </w:r>
          </w:p>
        </w:tc>
        <w:tc>
          <w:tcPr>
            <w:tcW w:w="1524" w:type="dxa"/>
            <w:tcMar>
              <w:top w:w="65" w:type="dxa"/>
              <w:left w:w="80" w:type="dxa"/>
              <w:bottom w:w="65" w:type="dxa"/>
              <w:right w:w="80" w:type="dxa"/>
            </w:tcMar>
            <w:vAlign w:val="center"/>
          </w:tcPr>
          <w:p w14:paraId="572265ED" w14:textId="77777777" w:rsidR="002D5361" w:rsidRDefault="00000000">
            <w:r>
              <w:rPr>
                <w:sz w:val="16"/>
              </w:rPr>
              <w:t>3.70</w:t>
            </w:r>
          </w:p>
        </w:tc>
      </w:tr>
      <w:tr w:rsidR="002D5361" w14:paraId="5A371240"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559B4268" w14:textId="77777777" w:rsidR="002D5361" w:rsidRDefault="00000000">
            <w:proofErr w:type="spellStart"/>
            <w:r>
              <w:rPr>
                <w:sz w:val="16"/>
              </w:rPr>
              <w:t>한국경제지리학회지</w:t>
            </w:r>
            <w:proofErr w:type="spellEnd"/>
          </w:p>
        </w:tc>
        <w:tc>
          <w:tcPr>
            <w:tcW w:w="1523" w:type="dxa"/>
            <w:shd w:val="clear" w:color="auto" w:fill="F7F9FB"/>
            <w:tcMar>
              <w:top w:w="65" w:type="dxa"/>
              <w:left w:w="80" w:type="dxa"/>
              <w:bottom w:w="65" w:type="dxa"/>
              <w:right w:w="80" w:type="dxa"/>
            </w:tcMar>
            <w:vAlign w:val="center"/>
          </w:tcPr>
          <w:p w14:paraId="404F7742" w14:textId="77777777" w:rsidR="002D5361" w:rsidRDefault="00000000">
            <w:r>
              <w:rPr>
                <w:sz w:val="16"/>
              </w:rPr>
              <w:t>45</w:t>
            </w:r>
          </w:p>
        </w:tc>
        <w:tc>
          <w:tcPr>
            <w:tcW w:w="1524" w:type="dxa"/>
            <w:shd w:val="clear" w:color="auto" w:fill="F7F9FB"/>
            <w:tcMar>
              <w:top w:w="65" w:type="dxa"/>
              <w:left w:w="80" w:type="dxa"/>
              <w:bottom w:w="65" w:type="dxa"/>
              <w:right w:w="80" w:type="dxa"/>
            </w:tcMar>
            <w:vAlign w:val="center"/>
          </w:tcPr>
          <w:p w14:paraId="439EF2E5" w14:textId="77777777" w:rsidR="002D5361" w:rsidRDefault="00000000">
            <w:r>
              <w:rPr>
                <w:sz w:val="16"/>
              </w:rPr>
              <w:t>8</w:t>
            </w:r>
          </w:p>
        </w:tc>
        <w:tc>
          <w:tcPr>
            <w:tcW w:w="1523" w:type="dxa"/>
            <w:shd w:val="clear" w:color="auto" w:fill="F7F9FB"/>
            <w:tcMar>
              <w:top w:w="65" w:type="dxa"/>
              <w:left w:w="80" w:type="dxa"/>
              <w:bottom w:w="65" w:type="dxa"/>
              <w:right w:w="80" w:type="dxa"/>
            </w:tcMar>
            <w:vAlign w:val="center"/>
          </w:tcPr>
          <w:p w14:paraId="43D925D1" w14:textId="77777777" w:rsidR="002D5361" w:rsidRDefault="00000000">
            <w:r>
              <w:rPr>
                <w:sz w:val="16"/>
              </w:rPr>
              <w:t>17.78</w:t>
            </w:r>
          </w:p>
        </w:tc>
        <w:tc>
          <w:tcPr>
            <w:tcW w:w="1524" w:type="dxa"/>
            <w:shd w:val="clear" w:color="auto" w:fill="F7F9FB"/>
            <w:tcMar>
              <w:top w:w="65" w:type="dxa"/>
              <w:left w:w="80" w:type="dxa"/>
              <w:bottom w:w="65" w:type="dxa"/>
              <w:right w:w="80" w:type="dxa"/>
            </w:tcMar>
            <w:vAlign w:val="center"/>
          </w:tcPr>
          <w:p w14:paraId="7C8C889B" w14:textId="77777777" w:rsidR="002D5361" w:rsidRDefault="00000000">
            <w:r>
              <w:rPr>
                <w:sz w:val="16"/>
              </w:rPr>
              <w:t>2</w:t>
            </w:r>
          </w:p>
        </w:tc>
        <w:tc>
          <w:tcPr>
            <w:tcW w:w="1524" w:type="dxa"/>
            <w:shd w:val="clear" w:color="auto" w:fill="F7F9FB"/>
            <w:tcMar>
              <w:top w:w="65" w:type="dxa"/>
              <w:left w:w="80" w:type="dxa"/>
              <w:bottom w:w="65" w:type="dxa"/>
              <w:right w:w="80" w:type="dxa"/>
            </w:tcMar>
            <w:vAlign w:val="center"/>
          </w:tcPr>
          <w:p w14:paraId="36619FAA" w14:textId="77777777" w:rsidR="002D5361" w:rsidRDefault="00000000">
            <w:r>
              <w:rPr>
                <w:sz w:val="16"/>
              </w:rPr>
              <w:t>4.44</w:t>
            </w:r>
          </w:p>
        </w:tc>
      </w:tr>
      <w:tr w:rsidR="002D5361" w14:paraId="0C61116C" w14:textId="77777777">
        <w:trPr>
          <w:cantSplit/>
          <w:trHeight w:hRule="exact" w:val="340"/>
          <w:jc w:val="center"/>
        </w:trPr>
        <w:tc>
          <w:tcPr>
            <w:tcW w:w="2126" w:type="dxa"/>
            <w:tcMar>
              <w:top w:w="65" w:type="dxa"/>
              <w:left w:w="80" w:type="dxa"/>
              <w:bottom w:w="65" w:type="dxa"/>
              <w:right w:w="80" w:type="dxa"/>
            </w:tcMar>
            <w:vAlign w:val="center"/>
          </w:tcPr>
          <w:p w14:paraId="0DC404C2" w14:textId="77777777" w:rsidR="002D5361" w:rsidRDefault="00000000">
            <w:proofErr w:type="spellStart"/>
            <w:r>
              <w:rPr>
                <w:sz w:val="16"/>
              </w:rPr>
              <w:t>주거환경</w:t>
            </w:r>
            <w:proofErr w:type="spellEnd"/>
          </w:p>
        </w:tc>
        <w:tc>
          <w:tcPr>
            <w:tcW w:w="1523" w:type="dxa"/>
            <w:tcMar>
              <w:top w:w="65" w:type="dxa"/>
              <w:left w:w="80" w:type="dxa"/>
              <w:bottom w:w="65" w:type="dxa"/>
              <w:right w:w="80" w:type="dxa"/>
            </w:tcMar>
            <w:vAlign w:val="center"/>
          </w:tcPr>
          <w:p w14:paraId="33F74258" w14:textId="77777777" w:rsidR="002D5361" w:rsidRDefault="00000000">
            <w:r>
              <w:rPr>
                <w:sz w:val="16"/>
              </w:rPr>
              <w:t>18</w:t>
            </w:r>
          </w:p>
        </w:tc>
        <w:tc>
          <w:tcPr>
            <w:tcW w:w="1524" w:type="dxa"/>
            <w:tcMar>
              <w:top w:w="65" w:type="dxa"/>
              <w:left w:w="80" w:type="dxa"/>
              <w:bottom w:w="65" w:type="dxa"/>
              <w:right w:w="80" w:type="dxa"/>
            </w:tcMar>
            <w:vAlign w:val="center"/>
          </w:tcPr>
          <w:p w14:paraId="2FB908D4" w14:textId="77777777" w:rsidR="002D5361" w:rsidRDefault="00000000">
            <w:r>
              <w:rPr>
                <w:sz w:val="16"/>
              </w:rPr>
              <w:t>5</w:t>
            </w:r>
          </w:p>
        </w:tc>
        <w:tc>
          <w:tcPr>
            <w:tcW w:w="1523" w:type="dxa"/>
            <w:tcMar>
              <w:top w:w="65" w:type="dxa"/>
              <w:left w:w="80" w:type="dxa"/>
              <w:bottom w:w="65" w:type="dxa"/>
              <w:right w:w="80" w:type="dxa"/>
            </w:tcMar>
            <w:vAlign w:val="center"/>
          </w:tcPr>
          <w:p w14:paraId="68948534" w14:textId="77777777" w:rsidR="002D5361" w:rsidRDefault="00000000">
            <w:r>
              <w:rPr>
                <w:sz w:val="16"/>
              </w:rPr>
              <w:t>27.78</w:t>
            </w:r>
          </w:p>
        </w:tc>
        <w:tc>
          <w:tcPr>
            <w:tcW w:w="1524" w:type="dxa"/>
            <w:tcMar>
              <w:top w:w="65" w:type="dxa"/>
              <w:left w:w="80" w:type="dxa"/>
              <w:bottom w:w="65" w:type="dxa"/>
              <w:right w:w="80" w:type="dxa"/>
            </w:tcMar>
            <w:vAlign w:val="center"/>
          </w:tcPr>
          <w:p w14:paraId="24C71414" w14:textId="77777777" w:rsidR="002D5361" w:rsidRDefault="00000000">
            <w:r>
              <w:rPr>
                <w:sz w:val="16"/>
              </w:rPr>
              <w:t>2</w:t>
            </w:r>
          </w:p>
        </w:tc>
        <w:tc>
          <w:tcPr>
            <w:tcW w:w="1524" w:type="dxa"/>
            <w:tcMar>
              <w:top w:w="65" w:type="dxa"/>
              <w:left w:w="80" w:type="dxa"/>
              <w:bottom w:w="65" w:type="dxa"/>
              <w:right w:w="80" w:type="dxa"/>
            </w:tcMar>
            <w:vAlign w:val="center"/>
          </w:tcPr>
          <w:p w14:paraId="045A043C" w14:textId="77777777" w:rsidR="002D5361" w:rsidRDefault="00000000">
            <w:r>
              <w:rPr>
                <w:sz w:val="16"/>
              </w:rPr>
              <w:t>11.11</w:t>
            </w:r>
          </w:p>
        </w:tc>
      </w:tr>
      <w:tr w:rsidR="002D5361" w14:paraId="72B303C6"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02E60260" w14:textId="77777777" w:rsidR="002D5361" w:rsidRDefault="00000000">
            <w:proofErr w:type="spellStart"/>
            <w:r>
              <w:rPr>
                <w:sz w:val="16"/>
              </w:rPr>
              <w:t>GRI연구논총</w:t>
            </w:r>
            <w:proofErr w:type="spellEnd"/>
          </w:p>
        </w:tc>
        <w:tc>
          <w:tcPr>
            <w:tcW w:w="1523" w:type="dxa"/>
            <w:shd w:val="clear" w:color="auto" w:fill="F7F9FB"/>
            <w:tcMar>
              <w:top w:w="65" w:type="dxa"/>
              <w:left w:w="80" w:type="dxa"/>
              <w:bottom w:w="65" w:type="dxa"/>
              <w:right w:w="80" w:type="dxa"/>
            </w:tcMar>
            <w:vAlign w:val="center"/>
          </w:tcPr>
          <w:p w14:paraId="4CF5E1CF" w14:textId="77777777" w:rsidR="002D5361" w:rsidRDefault="00000000">
            <w:r>
              <w:rPr>
                <w:sz w:val="16"/>
              </w:rPr>
              <w:t>16</w:t>
            </w:r>
          </w:p>
        </w:tc>
        <w:tc>
          <w:tcPr>
            <w:tcW w:w="1524" w:type="dxa"/>
            <w:shd w:val="clear" w:color="auto" w:fill="F7F9FB"/>
            <w:tcMar>
              <w:top w:w="65" w:type="dxa"/>
              <w:left w:w="80" w:type="dxa"/>
              <w:bottom w:w="65" w:type="dxa"/>
              <w:right w:w="80" w:type="dxa"/>
            </w:tcMar>
            <w:vAlign w:val="center"/>
          </w:tcPr>
          <w:p w14:paraId="0FE4A03D" w14:textId="77777777" w:rsidR="002D5361" w:rsidRDefault="00000000">
            <w:r>
              <w:rPr>
                <w:sz w:val="16"/>
              </w:rPr>
              <w:t>6</w:t>
            </w:r>
          </w:p>
        </w:tc>
        <w:tc>
          <w:tcPr>
            <w:tcW w:w="1523" w:type="dxa"/>
            <w:shd w:val="clear" w:color="auto" w:fill="F7F9FB"/>
            <w:tcMar>
              <w:top w:w="65" w:type="dxa"/>
              <w:left w:w="80" w:type="dxa"/>
              <w:bottom w:w="65" w:type="dxa"/>
              <w:right w:w="80" w:type="dxa"/>
            </w:tcMar>
            <w:vAlign w:val="center"/>
          </w:tcPr>
          <w:p w14:paraId="50E40D11" w14:textId="77777777" w:rsidR="002D5361" w:rsidRDefault="00000000">
            <w:r>
              <w:rPr>
                <w:sz w:val="16"/>
              </w:rPr>
              <w:t>37.50</w:t>
            </w:r>
          </w:p>
        </w:tc>
        <w:tc>
          <w:tcPr>
            <w:tcW w:w="1524" w:type="dxa"/>
            <w:shd w:val="clear" w:color="auto" w:fill="F7F9FB"/>
            <w:tcMar>
              <w:top w:w="65" w:type="dxa"/>
              <w:left w:w="80" w:type="dxa"/>
              <w:bottom w:w="65" w:type="dxa"/>
              <w:right w:w="80" w:type="dxa"/>
            </w:tcMar>
            <w:vAlign w:val="center"/>
          </w:tcPr>
          <w:p w14:paraId="57D614E6" w14:textId="77777777" w:rsidR="002D5361" w:rsidRDefault="00000000">
            <w:r>
              <w:rPr>
                <w:sz w:val="16"/>
              </w:rPr>
              <w:t>2</w:t>
            </w:r>
          </w:p>
        </w:tc>
        <w:tc>
          <w:tcPr>
            <w:tcW w:w="1524" w:type="dxa"/>
            <w:shd w:val="clear" w:color="auto" w:fill="F7F9FB"/>
            <w:tcMar>
              <w:top w:w="65" w:type="dxa"/>
              <w:left w:w="80" w:type="dxa"/>
              <w:bottom w:w="65" w:type="dxa"/>
              <w:right w:w="80" w:type="dxa"/>
            </w:tcMar>
            <w:vAlign w:val="center"/>
          </w:tcPr>
          <w:p w14:paraId="4AEC9F95" w14:textId="77777777" w:rsidR="002D5361" w:rsidRDefault="00000000">
            <w:r>
              <w:rPr>
                <w:sz w:val="16"/>
              </w:rPr>
              <w:t>12.50</w:t>
            </w:r>
          </w:p>
        </w:tc>
      </w:tr>
      <w:tr w:rsidR="002D5361" w14:paraId="0FBF485C" w14:textId="77777777">
        <w:trPr>
          <w:cantSplit/>
          <w:trHeight w:hRule="exact" w:val="340"/>
          <w:jc w:val="center"/>
        </w:trPr>
        <w:tc>
          <w:tcPr>
            <w:tcW w:w="2126" w:type="dxa"/>
            <w:tcMar>
              <w:top w:w="65" w:type="dxa"/>
              <w:left w:w="80" w:type="dxa"/>
              <w:bottom w:w="65" w:type="dxa"/>
              <w:right w:w="80" w:type="dxa"/>
            </w:tcMar>
            <w:vAlign w:val="center"/>
          </w:tcPr>
          <w:p w14:paraId="58A4AB4E" w14:textId="77777777" w:rsidR="002D5361" w:rsidRDefault="00000000">
            <w:proofErr w:type="spellStart"/>
            <w:r>
              <w:rPr>
                <w:sz w:val="16"/>
              </w:rPr>
              <w:t>국가정책연구</w:t>
            </w:r>
            <w:proofErr w:type="spellEnd"/>
          </w:p>
        </w:tc>
        <w:tc>
          <w:tcPr>
            <w:tcW w:w="1523" w:type="dxa"/>
            <w:tcMar>
              <w:top w:w="65" w:type="dxa"/>
              <w:left w:w="80" w:type="dxa"/>
              <w:bottom w:w="65" w:type="dxa"/>
              <w:right w:w="80" w:type="dxa"/>
            </w:tcMar>
            <w:vAlign w:val="center"/>
          </w:tcPr>
          <w:p w14:paraId="404CAA39" w14:textId="77777777" w:rsidR="002D5361" w:rsidRDefault="00000000">
            <w:r>
              <w:rPr>
                <w:sz w:val="16"/>
              </w:rPr>
              <w:t>13</w:t>
            </w:r>
          </w:p>
        </w:tc>
        <w:tc>
          <w:tcPr>
            <w:tcW w:w="1524" w:type="dxa"/>
            <w:tcMar>
              <w:top w:w="65" w:type="dxa"/>
              <w:left w:w="80" w:type="dxa"/>
              <w:bottom w:w="65" w:type="dxa"/>
              <w:right w:w="80" w:type="dxa"/>
            </w:tcMar>
            <w:vAlign w:val="center"/>
          </w:tcPr>
          <w:p w14:paraId="582B3335" w14:textId="77777777" w:rsidR="002D5361" w:rsidRDefault="00000000">
            <w:r>
              <w:rPr>
                <w:sz w:val="16"/>
              </w:rPr>
              <w:t>1</w:t>
            </w:r>
          </w:p>
        </w:tc>
        <w:tc>
          <w:tcPr>
            <w:tcW w:w="1523" w:type="dxa"/>
            <w:tcMar>
              <w:top w:w="65" w:type="dxa"/>
              <w:left w:w="80" w:type="dxa"/>
              <w:bottom w:w="65" w:type="dxa"/>
              <w:right w:w="80" w:type="dxa"/>
            </w:tcMar>
            <w:vAlign w:val="center"/>
          </w:tcPr>
          <w:p w14:paraId="0C5864AE" w14:textId="77777777" w:rsidR="002D5361" w:rsidRDefault="00000000">
            <w:r>
              <w:rPr>
                <w:sz w:val="16"/>
              </w:rPr>
              <w:t>7.69</w:t>
            </w:r>
          </w:p>
        </w:tc>
        <w:tc>
          <w:tcPr>
            <w:tcW w:w="1524" w:type="dxa"/>
            <w:tcMar>
              <w:top w:w="65" w:type="dxa"/>
              <w:left w:w="80" w:type="dxa"/>
              <w:bottom w:w="65" w:type="dxa"/>
              <w:right w:w="80" w:type="dxa"/>
            </w:tcMar>
            <w:vAlign w:val="center"/>
          </w:tcPr>
          <w:p w14:paraId="361B1452" w14:textId="77777777" w:rsidR="002D5361" w:rsidRDefault="00000000">
            <w:r>
              <w:rPr>
                <w:sz w:val="16"/>
              </w:rPr>
              <w:t>2</w:t>
            </w:r>
          </w:p>
        </w:tc>
        <w:tc>
          <w:tcPr>
            <w:tcW w:w="1524" w:type="dxa"/>
            <w:tcMar>
              <w:top w:w="65" w:type="dxa"/>
              <w:left w:w="80" w:type="dxa"/>
              <w:bottom w:w="65" w:type="dxa"/>
              <w:right w:w="80" w:type="dxa"/>
            </w:tcMar>
            <w:vAlign w:val="center"/>
          </w:tcPr>
          <w:p w14:paraId="47E74E9A" w14:textId="77777777" w:rsidR="002D5361" w:rsidRDefault="00000000">
            <w:r>
              <w:rPr>
                <w:sz w:val="16"/>
              </w:rPr>
              <w:t>15.38</w:t>
            </w:r>
          </w:p>
        </w:tc>
      </w:tr>
      <w:tr w:rsidR="002D5361" w14:paraId="22C7F835"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38479FCE" w14:textId="77777777" w:rsidR="002D5361" w:rsidRDefault="00000000">
            <w:proofErr w:type="spellStart"/>
            <w:r>
              <w:rPr>
                <w:sz w:val="16"/>
              </w:rPr>
              <w:t>한국공공관리학보</w:t>
            </w:r>
            <w:proofErr w:type="spellEnd"/>
          </w:p>
        </w:tc>
        <w:tc>
          <w:tcPr>
            <w:tcW w:w="1523" w:type="dxa"/>
            <w:shd w:val="clear" w:color="auto" w:fill="F7F9FB"/>
            <w:tcMar>
              <w:top w:w="65" w:type="dxa"/>
              <w:left w:w="80" w:type="dxa"/>
              <w:bottom w:w="65" w:type="dxa"/>
              <w:right w:w="80" w:type="dxa"/>
            </w:tcMar>
            <w:vAlign w:val="center"/>
          </w:tcPr>
          <w:p w14:paraId="2ECA6606" w14:textId="77777777" w:rsidR="002D5361" w:rsidRDefault="00000000">
            <w:r>
              <w:rPr>
                <w:sz w:val="16"/>
              </w:rPr>
              <w:t>11</w:t>
            </w:r>
          </w:p>
        </w:tc>
        <w:tc>
          <w:tcPr>
            <w:tcW w:w="1524" w:type="dxa"/>
            <w:shd w:val="clear" w:color="auto" w:fill="F7F9FB"/>
            <w:tcMar>
              <w:top w:w="65" w:type="dxa"/>
              <w:left w:w="80" w:type="dxa"/>
              <w:bottom w:w="65" w:type="dxa"/>
              <w:right w:w="80" w:type="dxa"/>
            </w:tcMar>
            <w:vAlign w:val="center"/>
          </w:tcPr>
          <w:p w14:paraId="25B8B2E6" w14:textId="77777777" w:rsidR="002D5361" w:rsidRDefault="00000000">
            <w:r>
              <w:rPr>
                <w:sz w:val="16"/>
              </w:rPr>
              <w:t>3</w:t>
            </w:r>
          </w:p>
        </w:tc>
        <w:tc>
          <w:tcPr>
            <w:tcW w:w="1523" w:type="dxa"/>
            <w:shd w:val="clear" w:color="auto" w:fill="F7F9FB"/>
            <w:tcMar>
              <w:top w:w="65" w:type="dxa"/>
              <w:left w:w="80" w:type="dxa"/>
              <w:bottom w:w="65" w:type="dxa"/>
              <w:right w:w="80" w:type="dxa"/>
            </w:tcMar>
            <w:vAlign w:val="center"/>
          </w:tcPr>
          <w:p w14:paraId="39B3D64E" w14:textId="77777777" w:rsidR="002D5361" w:rsidRDefault="00000000">
            <w:r>
              <w:rPr>
                <w:sz w:val="16"/>
              </w:rPr>
              <w:t>27.27</w:t>
            </w:r>
          </w:p>
        </w:tc>
        <w:tc>
          <w:tcPr>
            <w:tcW w:w="1524" w:type="dxa"/>
            <w:shd w:val="clear" w:color="auto" w:fill="F7F9FB"/>
            <w:tcMar>
              <w:top w:w="65" w:type="dxa"/>
              <w:left w:w="80" w:type="dxa"/>
              <w:bottom w:w="65" w:type="dxa"/>
              <w:right w:w="80" w:type="dxa"/>
            </w:tcMar>
            <w:vAlign w:val="center"/>
          </w:tcPr>
          <w:p w14:paraId="43314361" w14:textId="77777777" w:rsidR="002D5361" w:rsidRDefault="00000000">
            <w:r>
              <w:rPr>
                <w:sz w:val="16"/>
              </w:rPr>
              <w:t>2</w:t>
            </w:r>
          </w:p>
        </w:tc>
        <w:tc>
          <w:tcPr>
            <w:tcW w:w="1524" w:type="dxa"/>
            <w:shd w:val="clear" w:color="auto" w:fill="F7F9FB"/>
            <w:tcMar>
              <w:top w:w="65" w:type="dxa"/>
              <w:left w:w="80" w:type="dxa"/>
              <w:bottom w:w="65" w:type="dxa"/>
              <w:right w:w="80" w:type="dxa"/>
            </w:tcMar>
            <w:vAlign w:val="center"/>
          </w:tcPr>
          <w:p w14:paraId="53F2C04C" w14:textId="77777777" w:rsidR="002D5361" w:rsidRDefault="00000000">
            <w:r>
              <w:rPr>
                <w:sz w:val="16"/>
              </w:rPr>
              <w:t>18.18</w:t>
            </w:r>
          </w:p>
        </w:tc>
      </w:tr>
      <w:tr w:rsidR="002D5361" w14:paraId="13B253CC" w14:textId="77777777">
        <w:trPr>
          <w:cantSplit/>
          <w:trHeight w:hRule="exact" w:val="340"/>
          <w:jc w:val="center"/>
        </w:trPr>
        <w:tc>
          <w:tcPr>
            <w:tcW w:w="2126" w:type="dxa"/>
            <w:tcMar>
              <w:top w:w="65" w:type="dxa"/>
              <w:left w:w="80" w:type="dxa"/>
              <w:bottom w:w="65" w:type="dxa"/>
              <w:right w:w="80" w:type="dxa"/>
            </w:tcMar>
            <w:vAlign w:val="center"/>
          </w:tcPr>
          <w:p w14:paraId="6C89BF80" w14:textId="77777777" w:rsidR="002D5361" w:rsidRDefault="00000000">
            <w:proofErr w:type="spellStart"/>
            <w:r>
              <w:rPr>
                <w:sz w:val="16"/>
              </w:rPr>
              <w:t>인문사회</w:t>
            </w:r>
            <w:proofErr w:type="spellEnd"/>
            <w:r>
              <w:rPr>
                <w:sz w:val="16"/>
              </w:rPr>
              <w:t xml:space="preserve"> 21</w:t>
            </w:r>
          </w:p>
        </w:tc>
        <w:tc>
          <w:tcPr>
            <w:tcW w:w="1523" w:type="dxa"/>
            <w:tcMar>
              <w:top w:w="65" w:type="dxa"/>
              <w:left w:w="80" w:type="dxa"/>
              <w:bottom w:w="65" w:type="dxa"/>
              <w:right w:w="80" w:type="dxa"/>
            </w:tcMar>
            <w:vAlign w:val="center"/>
          </w:tcPr>
          <w:p w14:paraId="7B847ED1" w14:textId="77777777" w:rsidR="002D5361" w:rsidRDefault="00000000">
            <w:r>
              <w:rPr>
                <w:sz w:val="16"/>
              </w:rPr>
              <w:t>10</w:t>
            </w:r>
          </w:p>
        </w:tc>
        <w:tc>
          <w:tcPr>
            <w:tcW w:w="1524" w:type="dxa"/>
            <w:tcMar>
              <w:top w:w="65" w:type="dxa"/>
              <w:left w:w="80" w:type="dxa"/>
              <w:bottom w:w="65" w:type="dxa"/>
              <w:right w:w="80" w:type="dxa"/>
            </w:tcMar>
            <w:vAlign w:val="center"/>
          </w:tcPr>
          <w:p w14:paraId="250218BB" w14:textId="77777777" w:rsidR="002D5361" w:rsidRDefault="00000000">
            <w:r>
              <w:rPr>
                <w:sz w:val="16"/>
              </w:rPr>
              <w:t>2</w:t>
            </w:r>
          </w:p>
        </w:tc>
        <w:tc>
          <w:tcPr>
            <w:tcW w:w="1523" w:type="dxa"/>
            <w:tcMar>
              <w:top w:w="65" w:type="dxa"/>
              <w:left w:w="80" w:type="dxa"/>
              <w:bottom w:w="65" w:type="dxa"/>
              <w:right w:w="80" w:type="dxa"/>
            </w:tcMar>
            <w:vAlign w:val="center"/>
          </w:tcPr>
          <w:p w14:paraId="5C7B7AB3" w14:textId="77777777" w:rsidR="002D5361" w:rsidRDefault="00000000">
            <w:r>
              <w:rPr>
                <w:sz w:val="16"/>
              </w:rPr>
              <w:t>20.00</w:t>
            </w:r>
          </w:p>
        </w:tc>
        <w:tc>
          <w:tcPr>
            <w:tcW w:w="1524" w:type="dxa"/>
            <w:tcMar>
              <w:top w:w="65" w:type="dxa"/>
              <w:left w:w="80" w:type="dxa"/>
              <w:bottom w:w="65" w:type="dxa"/>
              <w:right w:w="80" w:type="dxa"/>
            </w:tcMar>
            <w:vAlign w:val="center"/>
          </w:tcPr>
          <w:p w14:paraId="081F0AC9" w14:textId="77777777" w:rsidR="002D5361" w:rsidRDefault="00000000">
            <w:r>
              <w:rPr>
                <w:sz w:val="16"/>
              </w:rPr>
              <w:t>2</w:t>
            </w:r>
          </w:p>
        </w:tc>
        <w:tc>
          <w:tcPr>
            <w:tcW w:w="1524" w:type="dxa"/>
            <w:tcMar>
              <w:top w:w="65" w:type="dxa"/>
              <w:left w:w="80" w:type="dxa"/>
              <w:bottom w:w="65" w:type="dxa"/>
              <w:right w:w="80" w:type="dxa"/>
            </w:tcMar>
            <w:vAlign w:val="center"/>
          </w:tcPr>
          <w:p w14:paraId="29ED67C2" w14:textId="77777777" w:rsidR="002D5361" w:rsidRDefault="00000000">
            <w:r>
              <w:rPr>
                <w:sz w:val="16"/>
              </w:rPr>
              <w:t>20.00</w:t>
            </w:r>
          </w:p>
        </w:tc>
      </w:tr>
      <w:tr w:rsidR="002D5361" w14:paraId="5D6EE6DE"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3B45762D" w14:textId="77777777" w:rsidR="002D5361" w:rsidRDefault="00000000">
            <w:proofErr w:type="spellStart"/>
            <w:r>
              <w:rPr>
                <w:sz w:val="16"/>
              </w:rPr>
              <w:t>한국자치행정학보</w:t>
            </w:r>
            <w:proofErr w:type="spellEnd"/>
          </w:p>
        </w:tc>
        <w:tc>
          <w:tcPr>
            <w:tcW w:w="1523" w:type="dxa"/>
            <w:shd w:val="clear" w:color="auto" w:fill="F7F9FB"/>
            <w:tcMar>
              <w:top w:w="65" w:type="dxa"/>
              <w:left w:w="80" w:type="dxa"/>
              <w:bottom w:w="65" w:type="dxa"/>
              <w:right w:w="80" w:type="dxa"/>
            </w:tcMar>
            <w:vAlign w:val="center"/>
          </w:tcPr>
          <w:p w14:paraId="72D3779C" w14:textId="77777777" w:rsidR="002D5361" w:rsidRDefault="00000000">
            <w:r>
              <w:rPr>
                <w:sz w:val="16"/>
              </w:rPr>
              <w:t>24</w:t>
            </w:r>
          </w:p>
        </w:tc>
        <w:tc>
          <w:tcPr>
            <w:tcW w:w="1524" w:type="dxa"/>
            <w:shd w:val="clear" w:color="auto" w:fill="F7F9FB"/>
            <w:tcMar>
              <w:top w:w="65" w:type="dxa"/>
              <w:left w:w="80" w:type="dxa"/>
              <w:bottom w:w="65" w:type="dxa"/>
              <w:right w:w="80" w:type="dxa"/>
            </w:tcMar>
            <w:vAlign w:val="center"/>
          </w:tcPr>
          <w:p w14:paraId="35A07EA7" w14:textId="77777777" w:rsidR="002D5361" w:rsidRDefault="00000000">
            <w:r>
              <w:rPr>
                <w:sz w:val="16"/>
              </w:rPr>
              <w:t>5</w:t>
            </w:r>
          </w:p>
        </w:tc>
        <w:tc>
          <w:tcPr>
            <w:tcW w:w="1523" w:type="dxa"/>
            <w:shd w:val="clear" w:color="auto" w:fill="F7F9FB"/>
            <w:tcMar>
              <w:top w:w="65" w:type="dxa"/>
              <w:left w:w="80" w:type="dxa"/>
              <w:bottom w:w="65" w:type="dxa"/>
              <w:right w:w="80" w:type="dxa"/>
            </w:tcMar>
            <w:vAlign w:val="center"/>
          </w:tcPr>
          <w:p w14:paraId="6927A48F" w14:textId="77777777" w:rsidR="002D5361" w:rsidRDefault="00000000">
            <w:r>
              <w:rPr>
                <w:sz w:val="16"/>
              </w:rPr>
              <w:t>20.83</w:t>
            </w:r>
          </w:p>
        </w:tc>
        <w:tc>
          <w:tcPr>
            <w:tcW w:w="1524" w:type="dxa"/>
            <w:shd w:val="clear" w:color="auto" w:fill="F7F9FB"/>
            <w:tcMar>
              <w:top w:w="65" w:type="dxa"/>
              <w:left w:w="80" w:type="dxa"/>
              <w:bottom w:w="65" w:type="dxa"/>
              <w:right w:w="80" w:type="dxa"/>
            </w:tcMar>
            <w:vAlign w:val="center"/>
          </w:tcPr>
          <w:p w14:paraId="30E0DE43" w14:textId="77777777" w:rsidR="002D5361" w:rsidRDefault="00000000">
            <w:r>
              <w:rPr>
                <w:sz w:val="16"/>
              </w:rPr>
              <w:t>1</w:t>
            </w:r>
          </w:p>
        </w:tc>
        <w:tc>
          <w:tcPr>
            <w:tcW w:w="1524" w:type="dxa"/>
            <w:shd w:val="clear" w:color="auto" w:fill="F7F9FB"/>
            <w:tcMar>
              <w:top w:w="65" w:type="dxa"/>
              <w:left w:w="80" w:type="dxa"/>
              <w:bottom w:w="65" w:type="dxa"/>
              <w:right w:w="80" w:type="dxa"/>
            </w:tcMar>
            <w:vAlign w:val="center"/>
          </w:tcPr>
          <w:p w14:paraId="3DBB81CA" w14:textId="77777777" w:rsidR="002D5361" w:rsidRDefault="00000000">
            <w:r>
              <w:rPr>
                <w:sz w:val="16"/>
              </w:rPr>
              <w:t>4.17</w:t>
            </w:r>
          </w:p>
        </w:tc>
      </w:tr>
      <w:tr w:rsidR="002D5361" w14:paraId="6571203F" w14:textId="77777777">
        <w:trPr>
          <w:cantSplit/>
          <w:trHeight w:hRule="exact" w:val="340"/>
          <w:jc w:val="center"/>
        </w:trPr>
        <w:tc>
          <w:tcPr>
            <w:tcW w:w="2126" w:type="dxa"/>
            <w:tcMar>
              <w:top w:w="65" w:type="dxa"/>
              <w:left w:w="80" w:type="dxa"/>
              <w:bottom w:w="65" w:type="dxa"/>
              <w:right w:w="80" w:type="dxa"/>
            </w:tcMar>
            <w:vAlign w:val="center"/>
          </w:tcPr>
          <w:p w14:paraId="029BAD3E" w14:textId="77777777" w:rsidR="002D5361" w:rsidRDefault="00000000">
            <w:proofErr w:type="spellStart"/>
            <w:r>
              <w:rPr>
                <w:sz w:val="16"/>
              </w:rPr>
              <w:t>한국거버넌스학회보</w:t>
            </w:r>
            <w:proofErr w:type="spellEnd"/>
          </w:p>
        </w:tc>
        <w:tc>
          <w:tcPr>
            <w:tcW w:w="1523" w:type="dxa"/>
            <w:tcMar>
              <w:top w:w="65" w:type="dxa"/>
              <w:left w:w="80" w:type="dxa"/>
              <w:bottom w:w="65" w:type="dxa"/>
              <w:right w:w="80" w:type="dxa"/>
            </w:tcMar>
            <w:vAlign w:val="center"/>
          </w:tcPr>
          <w:p w14:paraId="2951C7CA" w14:textId="77777777" w:rsidR="002D5361" w:rsidRDefault="00000000">
            <w:r>
              <w:rPr>
                <w:sz w:val="16"/>
              </w:rPr>
              <w:t>16</w:t>
            </w:r>
          </w:p>
        </w:tc>
        <w:tc>
          <w:tcPr>
            <w:tcW w:w="1524" w:type="dxa"/>
            <w:tcMar>
              <w:top w:w="65" w:type="dxa"/>
              <w:left w:w="80" w:type="dxa"/>
              <w:bottom w:w="65" w:type="dxa"/>
              <w:right w:w="80" w:type="dxa"/>
            </w:tcMar>
            <w:vAlign w:val="center"/>
          </w:tcPr>
          <w:p w14:paraId="416A66ED" w14:textId="77777777" w:rsidR="002D5361" w:rsidRDefault="00000000">
            <w:r>
              <w:rPr>
                <w:sz w:val="16"/>
              </w:rPr>
              <w:t>2</w:t>
            </w:r>
          </w:p>
        </w:tc>
        <w:tc>
          <w:tcPr>
            <w:tcW w:w="1523" w:type="dxa"/>
            <w:tcMar>
              <w:top w:w="65" w:type="dxa"/>
              <w:left w:w="80" w:type="dxa"/>
              <w:bottom w:w="65" w:type="dxa"/>
              <w:right w:w="80" w:type="dxa"/>
            </w:tcMar>
            <w:vAlign w:val="center"/>
          </w:tcPr>
          <w:p w14:paraId="29FB7B13" w14:textId="77777777" w:rsidR="002D5361" w:rsidRDefault="00000000">
            <w:r>
              <w:rPr>
                <w:sz w:val="16"/>
              </w:rPr>
              <w:t>12.50</w:t>
            </w:r>
          </w:p>
        </w:tc>
        <w:tc>
          <w:tcPr>
            <w:tcW w:w="1524" w:type="dxa"/>
            <w:tcMar>
              <w:top w:w="65" w:type="dxa"/>
              <w:left w:w="80" w:type="dxa"/>
              <w:bottom w:w="65" w:type="dxa"/>
              <w:right w:w="80" w:type="dxa"/>
            </w:tcMar>
            <w:vAlign w:val="center"/>
          </w:tcPr>
          <w:p w14:paraId="2FAD4DBD" w14:textId="77777777" w:rsidR="002D5361" w:rsidRDefault="00000000">
            <w:r>
              <w:rPr>
                <w:sz w:val="16"/>
              </w:rPr>
              <w:t>0</w:t>
            </w:r>
          </w:p>
        </w:tc>
        <w:tc>
          <w:tcPr>
            <w:tcW w:w="1524" w:type="dxa"/>
            <w:tcMar>
              <w:top w:w="65" w:type="dxa"/>
              <w:left w:w="80" w:type="dxa"/>
              <w:bottom w:w="65" w:type="dxa"/>
              <w:right w:w="80" w:type="dxa"/>
            </w:tcMar>
            <w:vAlign w:val="center"/>
          </w:tcPr>
          <w:p w14:paraId="268C0A3A" w14:textId="77777777" w:rsidR="002D5361" w:rsidRDefault="00000000">
            <w:r>
              <w:rPr>
                <w:sz w:val="16"/>
              </w:rPr>
              <w:t>0.00</w:t>
            </w:r>
          </w:p>
        </w:tc>
      </w:tr>
      <w:tr w:rsidR="002D5361" w14:paraId="2DC86F4C"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3FEEEE2C" w14:textId="77777777" w:rsidR="002D5361" w:rsidRDefault="00000000">
            <w:proofErr w:type="spellStart"/>
            <w:r>
              <w:rPr>
                <w:sz w:val="16"/>
              </w:rPr>
              <w:t>지방정부연구</w:t>
            </w:r>
            <w:proofErr w:type="spellEnd"/>
          </w:p>
        </w:tc>
        <w:tc>
          <w:tcPr>
            <w:tcW w:w="1523" w:type="dxa"/>
            <w:shd w:val="clear" w:color="auto" w:fill="F7F9FB"/>
            <w:tcMar>
              <w:top w:w="65" w:type="dxa"/>
              <w:left w:w="80" w:type="dxa"/>
              <w:bottom w:w="65" w:type="dxa"/>
              <w:right w:w="80" w:type="dxa"/>
            </w:tcMar>
            <w:vAlign w:val="center"/>
          </w:tcPr>
          <w:p w14:paraId="4C33ED4B" w14:textId="77777777" w:rsidR="002D5361" w:rsidRDefault="00000000">
            <w:r>
              <w:rPr>
                <w:sz w:val="16"/>
              </w:rPr>
              <w:t>13</w:t>
            </w:r>
          </w:p>
        </w:tc>
        <w:tc>
          <w:tcPr>
            <w:tcW w:w="1524" w:type="dxa"/>
            <w:shd w:val="clear" w:color="auto" w:fill="F7F9FB"/>
            <w:tcMar>
              <w:top w:w="65" w:type="dxa"/>
              <w:left w:w="80" w:type="dxa"/>
              <w:bottom w:w="65" w:type="dxa"/>
              <w:right w:w="80" w:type="dxa"/>
            </w:tcMar>
            <w:vAlign w:val="center"/>
          </w:tcPr>
          <w:p w14:paraId="7F2331E1" w14:textId="77777777" w:rsidR="002D5361" w:rsidRDefault="00000000">
            <w:r>
              <w:rPr>
                <w:sz w:val="16"/>
              </w:rPr>
              <w:t>3</w:t>
            </w:r>
          </w:p>
        </w:tc>
        <w:tc>
          <w:tcPr>
            <w:tcW w:w="1523" w:type="dxa"/>
            <w:shd w:val="clear" w:color="auto" w:fill="F7F9FB"/>
            <w:tcMar>
              <w:top w:w="65" w:type="dxa"/>
              <w:left w:w="80" w:type="dxa"/>
              <w:bottom w:w="65" w:type="dxa"/>
              <w:right w:w="80" w:type="dxa"/>
            </w:tcMar>
            <w:vAlign w:val="center"/>
          </w:tcPr>
          <w:p w14:paraId="043D8A90" w14:textId="77777777" w:rsidR="002D5361" w:rsidRDefault="00000000">
            <w:r>
              <w:rPr>
                <w:sz w:val="16"/>
              </w:rPr>
              <w:t>23.08</w:t>
            </w:r>
          </w:p>
        </w:tc>
        <w:tc>
          <w:tcPr>
            <w:tcW w:w="1524" w:type="dxa"/>
            <w:shd w:val="clear" w:color="auto" w:fill="F7F9FB"/>
            <w:tcMar>
              <w:top w:w="65" w:type="dxa"/>
              <w:left w:w="80" w:type="dxa"/>
              <w:bottom w:w="65" w:type="dxa"/>
              <w:right w:w="80" w:type="dxa"/>
            </w:tcMar>
            <w:vAlign w:val="center"/>
          </w:tcPr>
          <w:p w14:paraId="47F979AC" w14:textId="77777777" w:rsidR="002D5361" w:rsidRDefault="00000000">
            <w:r>
              <w:rPr>
                <w:sz w:val="16"/>
              </w:rPr>
              <w:t>0</w:t>
            </w:r>
          </w:p>
        </w:tc>
        <w:tc>
          <w:tcPr>
            <w:tcW w:w="1524" w:type="dxa"/>
            <w:shd w:val="clear" w:color="auto" w:fill="F7F9FB"/>
            <w:tcMar>
              <w:top w:w="65" w:type="dxa"/>
              <w:left w:w="80" w:type="dxa"/>
              <w:bottom w:w="65" w:type="dxa"/>
              <w:right w:w="80" w:type="dxa"/>
            </w:tcMar>
            <w:vAlign w:val="center"/>
          </w:tcPr>
          <w:p w14:paraId="48BDA0A3" w14:textId="77777777" w:rsidR="002D5361" w:rsidRDefault="00000000">
            <w:r>
              <w:rPr>
                <w:sz w:val="16"/>
              </w:rPr>
              <w:t>0.00</w:t>
            </w:r>
          </w:p>
        </w:tc>
      </w:tr>
      <w:tr w:rsidR="002D5361" w14:paraId="7F8B1876" w14:textId="77777777">
        <w:trPr>
          <w:cantSplit/>
          <w:trHeight w:hRule="exact" w:val="340"/>
          <w:jc w:val="center"/>
        </w:trPr>
        <w:tc>
          <w:tcPr>
            <w:tcW w:w="2126" w:type="dxa"/>
            <w:tcMar>
              <w:top w:w="65" w:type="dxa"/>
              <w:left w:w="80" w:type="dxa"/>
              <w:bottom w:w="65" w:type="dxa"/>
              <w:right w:w="80" w:type="dxa"/>
            </w:tcMar>
            <w:vAlign w:val="center"/>
          </w:tcPr>
          <w:p w14:paraId="7D628787" w14:textId="77777777" w:rsidR="002D5361" w:rsidRDefault="00000000">
            <w:proofErr w:type="spellStart"/>
            <w:r>
              <w:rPr>
                <w:sz w:val="16"/>
              </w:rPr>
              <w:t>경제연구</w:t>
            </w:r>
            <w:proofErr w:type="spellEnd"/>
          </w:p>
        </w:tc>
        <w:tc>
          <w:tcPr>
            <w:tcW w:w="1523" w:type="dxa"/>
            <w:tcMar>
              <w:top w:w="65" w:type="dxa"/>
              <w:left w:w="80" w:type="dxa"/>
              <w:bottom w:w="65" w:type="dxa"/>
              <w:right w:w="80" w:type="dxa"/>
            </w:tcMar>
            <w:vAlign w:val="center"/>
          </w:tcPr>
          <w:p w14:paraId="47F64CD7" w14:textId="77777777" w:rsidR="002D5361" w:rsidRDefault="00000000">
            <w:r>
              <w:rPr>
                <w:sz w:val="16"/>
              </w:rPr>
              <w:t>12</w:t>
            </w:r>
          </w:p>
        </w:tc>
        <w:tc>
          <w:tcPr>
            <w:tcW w:w="1524" w:type="dxa"/>
            <w:tcMar>
              <w:top w:w="65" w:type="dxa"/>
              <w:left w:w="80" w:type="dxa"/>
              <w:bottom w:w="65" w:type="dxa"/>
              <w:right w:w="80" w:type="dxa"/>
            </w:tcMar>
            <w:vAlign w:val="center"/>
          </w:tcPr>
          <w:p w14:paraId="4EEEA541" w14:textId="77777777" w:rsidR="002D5361" w:rsidRDefault="00000000">
            <w:r>
              <w:rPr>
                <w:sz w:val="16"/>
              </w:rPr>
              <w:t>4</w:t>
            </w:r>
          </w:p>
        </w:tc>
        <w:tc>
          <w:tcPr>
            <w:tcW w:w="1523" w:type="dxa"/>
            <w:tcMar>
              <w:top w:w="65" w:type="dxa"/>
              <w:left w:w="80" w:type="dxa"/>
              <w:bottom w:w="65" w:type="dxa"/>
              <w:right w:w="80" w:type="dxa"/>
            </w:tcMar>
            <w:vAlign w:val="center"/>
          </w:tcPr>
          <w:p w14:paraId="34467D97" w14:textId="77777777" w:rsidR="002D5361" w:rsidRDefault="00000000">
            <w:r>
              <w:rPr>
                <w:sz w:val="16"/>
              </w:rPr>
              <w:t>33.33</w:t>
            </w:r>
          </w:p>
        </w:tc>
        <w:tc>
          <w:tcPr>
            <w:tcW w:w="1524" w:type="dxa"/>
            <w:tcMar>
              <w:top w:w="65" w:type="dxa"/>
              <w:left w:w="80" w:type="dxa"/>
              <w:bottom w:w="65" w:type="dxa"/>
              <w:right w:w="80" w:type="dxa"/>
            </w:tcMar>
            <w:vAlign w:val="center"/>
          </w:tcPr>
          <w:p w14:paraId="0F4CCE91" w14:textId="77777777" w:rsidR="002D5361" w:rsidRDefault="00000000">
            <w:r>
              <w:rPr>
                <w:sz w:val="16"/>
              </w:rPr>
              <w:t>0</w:t>
            </w:r>
          </w:p>
        </w:tc>
        <w:tc>
          <w:tcPr>
            <w:tcW w:w="1524" w:type="dxa"/>
            <w:tcMar>
              <w:top w:w="65" w:type="dxa"/>
              <w:left w:w="80" w:type="dxa"/>
              <w:bottom w:w="65" w:type="dxa"/>
              <w:right w:w="80" w:type="dxa"/>
            </w:tcMar>
            <w:vAlign w:val="center"/>
          </w:tcPr>
          <w:p w14:paraId="109D59CF" w14:textId="77777777" w:rsidR="002D5361" w:rsidRDefault="00000000">
            <w:r>
              <w:rPr>
                <w:sz w:val="16"/>
              </w:rPr>
              <w:t>0.00</w:t>
            </w:r>
          </w:p>
        </w:tc>
      </w:tr>
      <w:tr w:rsidR="002D5361" w14:paraId="0EAE7A57"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163664E6" w14:textId="77777777" w:rsidR="002D5361" w:rsidRDefault="00000000">
            <w:proofErr w:type="spellStart"/>
            <w:r>
              <w:rPr>
                <w:sz w:val="16"/>
              </w:rPr>
              <w:t>정책분석평가학회보</w:t>
            </w:r>
            <w:proofErr w:type="spellEnd"/>
          </w:p>
        </w:tc>
        <w:tc>
          <w:tcPr>
            <w:tcW w:w="1523" w:type="dxa"/>
            <w:shd w:val="clear" w:color="auto" w:fill="F7F9FB"/>
            <w:tcMar>
              <w:top w:w="65" w:type="dxa"/>
              <w:left w:w="80" w:type="dxa"/>
              <w:bottom w:w="65" w:type="dxa"/>
              <w:right w:w="80" w:type="dxa"/>
            </w:tcMar>
            <w:vAlign w:val="center"/>
          </w:tcPr>
          <w:p w14:paraId="3FC9931D" w14:textId="77777777" w:rsidR="002D5361" w:rsidRDefault="00000000">
            <w:r>
              <w:rPr>
                <w:sz w:val="16"/>
              </w:rPr>
              <w:t>11</w:t>
            </w:r>
          </w:p>
        </w:tc>
        <w:tc>
          <w:tcPr>
            <w:tcW w:w="1524" w:type="dxa"/>
            <w:shd w:val="clear" w:color="auto" w:fill="F7F9FB"/>
            <w:tcMar>
              <w:top w:w="65" w:type="dxa"/>
              <w:left w:w="80" w:type="dxa"/>
              <w:bottom w:w="65" w:type="dxa"/>
              <w:right w:w="80" w:type="dxa"/>
            </w:tcMar>
            <w:vAlign w:val="center"/>
          </w:tcPr>
          <w:p w14:paraId="331D84EB" w14:textId="77777777" w:rsidR="002D5361" w:rsidRDefault="00000000">
            <w:r>
              <w:rPr>
                <w:sz w:val="16"/>
              </w:rPr>
              <w:t>2</w:t>
            </w:r>
          </w:p>
        </w:tc>
        <w:tc>
          <w:tcPr>
            <w:tcW w:w="1523" w:type="dxa"/>
            <w:shd w:val="clear" w:color="auto" w:fill="F7F9FB"/>
            <w:tcMar>
              <w:top w:w="65" w:type="dxa"/>
              <w:left w:w="80" w:type="dxa"/>
              <w:bottom w:w="65" w:type="dxa"/>
              <w:right w:w="80" w:type="dxa"/>
            </w:tcMar>
            <w:vAlign w:val="center"/>
          </w:tcPr>
          <w:p w14:paraId="0E810CDB" w14:textId="77777777" w:rsidR="002D5361" w:rsidRDefault="00000000">
            <w:r>
              <w:rPr>
                <w:sz w:val="16"/>
              </w:rPr>
              <w:t>18.18</w:t>
            </w:r>
          </w:p>
        </w:tc>
        <w:tc>
          <w:tcPr>
            <w:tcW w:w="1524" w:type="dxa"/>
            <w:shd w:val="clear" w:color="auto" w:fill="F7F9FB"/>
            <w:tcMar>
              <w:top w:w="65" w:type="dxa"/>
              <w:left w:w="80" w:type="dxa"/>
              <w:bottom w:w="65" w:type="dxa"/>
              <w:right w:w="80" w:type="dxa"/>
            </w:tcMar>
            <w:vAlign w:val="center"/>
          </w:tcPr>
          <w:p w14:paraId="07D6ED1A" w14:textId="77777777" w:rsidR="002D5361" w:rsidRDefault="00000000">
            <w:r>
              <w:rPr>
                <w:sz w:val="16"/>
              </w:rPr>
              <w:t>0</w:t>
            </w:r>
          </w:p>
        </w:tc>
        <w:tc>
          <w:tcPr>
            <w:tcW w:w="1524" w:type="dxa"/>
            <w:shd w:val="clear" w:color="auto" w:fill="F7F9FB"/>
            <w:tcMar>
              <w:top w:w="65" w:type="dxa"/>
              <w:left w:w="80" w:type="dxa"/>
              <w:bottom w:w="65" w:type="dxa"/>
              <w:right w:w="80" w:type="dxa"/>
            </w:tcMar>
            <w:vAlign w:val="center"/>
          </w:tcPr>
          <w:p w14:paraId="5B52B31E" w14:textId="77777777" w:rsidR="002D5361" w:rsidRDefault="00000000">
            <w:r>
              <w:rPr>
                <w:sz w:val="16"/>
              </w:rPr>
              <w:t>0.00</w:t>
            </w:r>
          </w:p>
        </w:tc>
      </w:tr>
      <w:tr w:rsidR="002D5361" w14:paraId="1806269D" w14:textId="77777777">
        <w:trPr>
          <w:cantSplit/>
          <w:trHeight w:hRule="exact" w:val="340"/>
          <w:jc w:val="center"/>
        </w:trPr>
        <w:tc>
          <w:tcPr>
            <w:tcW w:w="2126" w:type="dxa"/>
            <w:tcMar>
              <w:top w:w="65" w:type="dxa"/>
              <w:left w:w="80" w:type="dxa"/>
              <w:bottom w:w="65" w:type="dxa"/>
              <w:right w:w="80" w:type="dxa"/>
            </w:tcMar>
            <w:vAlign w:val="center"/>
          </w:tcPr>
          <w:p w14:paraId="5698196C" w14:textId="77777777" w:rsidR="002D5361" w:rsidRDefault="00000000">
            <w:r>
              <w:rPr>
                <w:sz w:val="16"/>
              </w:rPr>
              <w:t>21세기정치학회보</w:t>
            </w:r>
          </w:p>
        </w:tc>
        <w:tc>
          <w:tcPr>
            <w:tcW w:w="1523" w:type="dxa"/>
            <w:tcMar>
              <w:top w:w="65" w:type="dxa"/>
              <w:left w:w="80" w:type="dxa"/>
              <w:bottom w:w="65" w:type="dxa"/>
              <w:right w:w="80" w:type="dxa"/>
            </w:tcMar>
            <w:vAlign w:val="center"/>
          </w:tcPr>
          <w:p w14:paraId="24141875" w14:textId="77777777" w:rsidR="002D5361" w:rsidRDefault="00000000">
            <w:r>
              <w:rPr>
                <w:sz w:val="16"/>
              </w:rPr>
              <w:t>10</w:t>
            </w:r>
          </w:p>
        </w:tc>
        <w:tc>
          <w:tcPr>
            <w:tcW w:w="1524" w:type="dxa"/>
            <w:tcMar>
              <w:top w:w="65" w:type="dxa"/>
              <w:left w:w="80" w:type="dxa"/>
              <w:bottom w:w="65" w:type="dxa"/>
              <w:right w:w="80" w:type="dxa"/>
            </w:tcMar>
            <w:vAlign w:val="center"/>
          </w:tcPr>
          <w:p w14:paraId="31FAFA46" w14:textId="77777777" w:rsidR="002D5361" w:rsidRDefault="00000000">
            <w:r>
              <w:rPr>
                <w:sz w:val="16"/>
              </w:rPr>
              <w:t>2</w:t>
            </w:r>
          </w:p>
        </w:tc>
        <w:tc>
          <w:tcPr>
            <w:tcW w:w="1523" w:type="dxa"/>
            <w:tcMar>
              <w:top w:w="65" w:type="dxa"/>
              <w:left w:w="80" w:type="dxa"/>
              <w:bottom w:w="65" w:type="dxa"/>
              <w:right w:w="80" w:type="dxa"/>
            </w:tcMar>
            <w:vAlign w:val="center"/>
          </w:tcPr>
          <w:p w14:paraId="04602AFF" w14:textId="77777777" w:rsidR="002D5361" w:rsidRDefault="00000000">
            <w:r>
              <w:rPr>
                <w:sz w:val="16"/>
              </w:rPr>
              <w:t>20.00</w:t>
            </w:r>
          </w:p>
        </w:tc>
        <w:tc>
          <w:tcPr>
            <w:tcW w:w="1524" w:type="dxa"/>
            <w:tcMar>
              <w:top w:w="65" w:type="dxa"/>
              <w:left w:w="80" w:type="dxa"/>
              <w:bottom w:w="65" w:type="dxa"/>
              <w:right w:w="80" w:type="dxa"/>
            </w:tcMar>
            <w:vAlign w:val="center"/>
          </w:tcPr>
          <w:p w14:paraId="785E2AC3" w14:textId="77777777" w:rsidR="002D5361" w:rsidRDefault="00000000">
            <w:r>
              <w:rPr>
                <w:sz w:val="16"/>
              </w:rPr>
              <w:t>0</w:t>
            </w:r>
          </w:p>
        </w:tc>
        <w:tc>
          <w:tcPr>
            <w:tcW w:w="1524" w:type="dxa"/>
            <w:tcMar>
              <w:top w:w="65" w:type="dxa"/>
              <w:left w:w="80" w:type="dxa"/>
              <w:bottom w:w="65" w:type="dxa"/>
              <w:right w:w="80" w:type="dxa"/>
            </w:tcMar>
            <w:vAlign w:val="center"/>
          </w:tcPr>
          <w:p w14:paraId="4F9B6889" w14:textId="77777777" w:rsidR="002D5361" w:rsidRDefault="00000000">
            <w:r>
              <w:rPr>
                <w:sz w:val="16"/>
              </w:rPr>
              <w:t>0.00</w:t>
            </w:r>
          </w:p>
        </w:tc>
      </w:tr>
      <w:tr w:rsidR="002D5361" w14:paraId="48D5B647" w14:textId="77777777">
        <w:trPr>
          <w:cantSplit/>
          <w:trHeight w:hRule="exact" w:val="340"/>
          <w:jc w:val="center"/>
        </w:trPr>
        <w:tc>
          <w:tcPr>
            <w:tcW w:w="2126" w:type="dxa"/>
            <w:shd w:val="clear" w:color="auto" w:fill="F7F9FB"/>
            <w:tcMar>
              <w:top w:w="65" w:type="dxa"/>
              <w:left w:w="80" w:type="dxa"/>
              <w:bottom w:w="65" w:type="dxa"/>
              <w:right w:w="80" w:type="dxa"/>
            </w:tcMar>
            <w:vAlign w:val="center"/>
          </w:tcPr>
          <w:p w14:paraId="3F041C84" w14:textId="77777777" w:rsidR="002D5361" w:rsidRDefault="00000000">
            <w:proofErr w:type="spellStart"/>
            <w:r>
              <w:rPr>
                <w:sz w:val="16"/>
              </w:rPr>
              <w:t>공간과</w:t>
            </w:r>
            <w:proofErr w:type="spellEnd"/>
            <w:r>
              <w:rPr>
                <w:sz w:val="16"/>
              </w:rPr>
              <w:t xml:space="preserve"> </w:t>
            </w:r>
            <w:proofErr w:type="spellStart"/>
            <w:r>
              <w:rPr>
                <w:sz w:val="16"/>
              </w:rPr>
              <w:t>사회</w:t>
            </w:r>
            <w:proofErr w:type="spellEnd"/>
          </w:p>
        </w:tc>
        <w:tc>
          <w:tcPr>
            <w:tcW w:w="1523" w:type="dxa"/>
            <w:shd w:val="clear" w:color="auto" w:fill="F7F9FB"/>
            <w:tcMar>
              <w:top w:w="65" w:type="dxa"/>
              <w:left w:w="80" w:type="dxa"/>
              <w:bottom w:w="65" w:type="dxa"/>
              <w:right w:w="80" w:type="dxa"/>
            </w:tcMar>
            <w:vAlign w:val="center"/>
          </w:tcPr>
          <w:p w14:paraId="1BC6D8BC" w14:textId="77777777" w:rsidR="002D5361" w:rsidRDefault="00000000">
            <w:r>
              <w:rPr>
                <w:sz w:val="16"/>
              </w:rPr>
              <w:t>10</w:t>
            </w:r>
          </w:p>
        </w:tc>
        <w:tc>
          <w:tcPr>
            <w:tcW w:w="1524" w:type="dxa"/>
            <w:shd w:val="clear" w:color="auto" w:fill="F7F9FB"/>
            <w:tcMar>
              <w:top w:w="65" w:type="dxa"/>
              <w:left w:w="80" w:type="dxa"/>
              <w:bottom w:w="65" w:type="dxa"/>
              <w:right w:w="80" w:type="dxa"/>
            </w:tcMar>
            <w:vAlign w:val="center"/>
          </w:tcPr>
          <w:p w14:paraId="3675638A" w14:textId="77777777" w:rsidR="002D5361" w:rsidRDefault="00000000">
            <w:r>
              <w:rPr>
                <w:sz w:val="16"/>
              </w:rPr>
              <w:t>3</w:t>
            </w:r>
          </w:p>
        </w:tc>
        <w:tc>
          <w:tcPr>
            <w:tcW w:w="1523" w:type="dxa"/>
            <w:shd w:val="clear" w:color="auto" w:fill="F7F9FB"/>
            <w:tcMar>
              <w:top w:w="65" w:type="dxa"/>
              <w:left w:w="80" w:type="dxa"/>
              <w:bottom w:w="65" w:type="dxa"/>
              <w:right w:w="80" w:type="dxa"/>
            </w:tcMar>
            <w:vAlign w:val="center"/>
          </w:tcPr>
          <w:p w14:paraId="5078644C" w14:textId="77777777" w:rsidR="002D5361" w:rsidRDefault="00000000">
            <w:r>
              <w:rPr>
                <w:sz w:val="16"/>
              </w:rPr>
              <w:t>30.00</w:t>
            </w:r>
          </w:p>
        </w:tc>
        <w:tc>
          <w:tcPr>
            <w:tcW w:w="1524" w:type="dxa"/>
            <w:shd w:val="clear" w:color="auto" w:fill="F7F9FB"/>
            <w:tcMar>
              <w:top w:w="65" w:type="dxa"/>
              <w:left w:w="80" w:type="dxa"/>
              <w:bottom w:w="65" w:type="dxa"/>
              <w:right w:w="80" w:type="dxa"/>
            </w:tcMar>
            <w:vAlign w:val="center"/>
          </w:tcPr>
          <w:p w14:paraId="35AC962B" w14:textId="77777777" w:rsidR="002D5361" w:rsidRDefault="00000000">
            <w:r>
              <w:rPr>
                <w:sz w:val="16"/>
              </w:rPr>
              <w:t>0</w:t>
            </w:r>
          </w:p>
        </w:tc>
        <w:tc>
          <w:tcPr>
            <w:tcW w:w="1524" w:type="dxa"/>
            <w:shd w:val="clear" w:color="auto" w:fill="F7F9FB"/>
            <w:tcMar>
              <w:top w:w="65" w:type="dxa"/>
              <w:left w:w="80" w:type="dxa"/>
              <w:bottom w:w="65" w:type="dxa"/>
              <w:right w:w="80" w:type="dxa"/>
            </w:tcMar>
            <w:vAlign w:val="center"/>
          </w:tcPr>
          <w:p w14:paraId="3909D24D" w14:textId="77777777" w:rsidR="002D5361" w:rsidRDefault="00000000">
            <w:r>
              <w:rPr>
                <w:sz w:val="16"/>
              </w:rPr>
              <w:t>0.00</w:t>
            </w:r>
          </w:p>
        </w:tc>
      </w:tr>
      <w:tr w:rsidR="002D5361" w14:paraId="1E05F3C8" w14:textId="77777777">
        <w:trPr>
          <w:cantSplit/>
          <w:trHeight w:hRule="exact" w:val="340"/>
          <w:jc w:val="center"/>
        </w:trPr>
        <w:tc>
          <w:tcPr>
            <w:tcW w:w="2126" w:type="dxa"/>
            <w:tcMar>
              <w:top w:w="65" w:type="dxa"/>
              <w:left w:w="80" w:type="dxa"/>
              <w:bottom w:w="65" w:type="dxa"/>
              <w:right w:w="80" w:type="dxa"/>
            </w:tcMar>
            <w:vAlign w:val="center"/>
          </w:tcPr>
          <w:p w14:paraId="49BEA79F" w14:textId="77777777" w:rsidR="002D5361" w:rsidRDefault="00000000">
            <w:proofErr w:type="spellStart"/>
            <w:r>
              <w:rPr>
                <w:sz w:val="16"/>
              </w:rPr>
              <w:t>인문사회과학연구</w:t>
            </w:r>
            <w:proofErr w:type="spellEnd"/>
          </w:p>
        </w:tc>
        <w:tc>
          <w:tcPr>
            <w:tcW w:w="1523" w:type="dxa"/>
            <w:tcMar>
              <w:top w:w="65" w:type="dxa"/>
              <w:left w:w="80" w:type="dxa"/>
              <w:bottom w:w="65" w:type="dxa"/>
              <w:right w:w="80" w:type="dxa"/>
            </w:tcMar>
            <w:vAlign w:val="center"/>
          </w:tcPr>
          <w:p w14:paraId="323152D5" w14:textId="77777777" w:rsidR="002D5361" w:rsidRDefault="00000000">
            <w:r>
              <w:rPr>
                <w:sz w:val="16"/>
              </w:rPr>
              <w:t>10</w:t>
            </w:r>
          </w:p>
        </w:tc>
        <w:tc>
          <w:tcPr>
            <w:tcW w:w="1524" w:type="dxa"/>
            <w:tcMar>
              <w:top w:w="65" w:type="dxa"/>
              <w:left w:w="80" w:type="dxa"/>
              <w:bottom w:w="65" w:type="dxa"/>
              <w:right w:w="80" w:type="dxa"/>
            </w:tcMar>
            <w:vAlign w:val="center"/>
          </w:tcPr>
          <w:p w14:paraId="29438794" w14:textId="77777777" w:rsidR="002D5361" w:rsidRDefault="00000000">
            <w:r>
              <w:rPr>
                <w:sz w:val="16"/>
              </w:rPr>
              <w:t>6</w:t>
            </w:r>
          </w:p>
        </w:tc>
        <w:tc>
          <w:tcPr>
            <w:tcW w:w="1523" w:type="dxa"/>
            <w:tcMar>
              <w:top w:w="65" w:type="dxa"/>
              <w:left w:w="80" w:type="dxa"/>
              <w:bottom w:w="65" w:type="dxa"/>
              <w:right w:w="80" w:type="dxa"/>
            </w:tcMar>
            <w:vAlign w:val="center"/>
          </w:tcPr>
          <w:p w14:paraId="1EB4F636" w14:textId="77777777" w:rsidR="002D5361" w:rsidRDefault="00000000">
            <w:r>
              <w:rPr>
                <w:sz w:val="16"/>
              </w:rPr>
              <w:t>60.00</w:t>
            </w:r>
          </w:p>
        </w:tc>
        <w:tc>
          <w:tcPr>
            <w:tcW w:w="1524" w:type="dxa"/>
            <w:tcMar>
              <w:top w:w="65" w:type="dxa"/>
              <w:left w:w="80" w:type="dxa"/>
              <w:bottom w:w="65" w:type="dxa"/>
              <w:right w:w="80" w:type="dxa"/>
            </w:tcMar>
            <w:vAlign w:val="center"/>
          </w:tcPr>
          <w:p w14:paraId="1F5626FF" w14:textId="77777777" w:rsidR="002D5361" w:rsidRDefault="00000000">
            <w:r>
              <w:rPr>
                <w:sz w:val="16"/>
              </w:rPr>
              <w:t>0</w:t>
            </w:r>
          </w:p>
        </w:tc>
        <w:tc>
          <w:tcPr>
            <w:tcW w:w="1524" w:type="dxa"/>
            <w:tcMar>
              <w:top w:w="65" w:type="dxa"/>
              <w:left w:w="80" w:type="dxa"/>
              <w:bottom w:w="65" w:type="dxa"/>
              <w:right w:w="80" w:type="dxa"/>
            </w:tcMar>
            <w:vAlign w:val="center"/>
          </w:tcPr>
          <w:p w14:paraId="4722D303" w14:textId="77777777" w:rsidR="002D5361" w:rsidRDefault="00000000">
            <w:r>
              <w:rPr>
                <w:sz w:val="16"/>
              </w:rPr>
              <w:t>0.00</w:t>
            </w:r>
          </w:p>
        </w:tc>
      </w:tr>
    </w:tbl>
    <w:p w14:paraId="65660364" w14:textId="77777777" w:rsidR="002D5361" w:rsidRDefault="00000000">
      <w:r>
        <w:rPr>
          <w:b/>
          <w:sz w:val="16"/>
        </w:rPr>
        <w:t>Note.</w:t>
      </w:r>
      <w:r>
        <w:rPr>
          <w:sz w:val="16"/>
        </w:rPr>
        <w:t xml:space="preserve"> Percentages are calculated within each journal. Only journals with N ≥ 10 are displayed. These profiles are descriptive and unadjusted and should not be interpreted as causal journal effects.</w:t>
      </w:r>
    </w:p>
    <w:p w14:paraId="159CF4F6" w14:textId="77777777" w:rsidR="002D5361" w:rsidRDefault="002D5361">
      <w:pPr>
        <w:spacing w:after="0"/>
      </w:pPr>
    </w:p>
    <w:p w14:paraId="416E4ED8" w14:textId="77777777" w:rsidR="002D5361" w:rsidRDefault="00000000">
      <w:pPr>
        <w:pStyle w:val="Heading1"/>
      </w:pPr>
      <w:r>
        <w:rPr>
          <w:rFonts w:ascii="Times New Roman" w:hAnsi="Times New Roman"/>
        </w:rPr>
        <w:t>S16. Author-concentration and permutation-based robustness check for the demographic front (T4)</w:t>
      </w:r>
    </w:p>
    <w:p w14:paraId="3FD38744" w14:textId="77777777" w:rsidR="002D5361" w:rsidRDefault="00000000">
      <w:r>
        <w:t>This section addresses two related concerns about the Cochran–Armitage trend test reported in the main text (Section 4.4): whether repeated publication by the same authors could reduce the effective independence of T4 documents, and whether the observed temporal trend is more extreme than a suitable null model would produce. It reports both checks in full; a condensed summary appears in the main text.</w:t>
      </w:r>
    </w:p>
    <w:p w14:paraId="30F90A87" w14:textId="77777777" w:rsidR="002D5361" w:rsidRDefault="00000000">
      <w:pPr>
        <w:pStyle w:val="TableCaption"/>
      </w:pPr>
      <w:r>
        <w:lastRenderedPageBreak/>
        <w:t>Table S26. Author-name concentration in the demographic front (T4) versus the classified corpus</w:t>
      </w:r>
    </w:p>
    <w:tbl>
      <w:tblPr>
        <w:tblStyle w:val="TableGrid"/>
        <w:tblW w:w="0" w:type="auto"/>
        <w:jc w:val="center"/>
        <w:tblLook w:val="04A0" w:firstRow="1" w:lastRow="0" w:firstColumn="1" w:lastColumn="0" w:noHBand="0" w:noVBand="1"/>
      </w:tblPr>
      <w:tblGrid>
        <w:gridCol w:w="3200"/>
        <w:gridCol w:w="2700"/>
        <w:gridCol w:w="2900"/>
      </w:tblGrid>
      <w:tr w:rsidR="002D5361" w14:paraId="03DE26F1" w14:textId="77777777">
        <w:trPr>
          <w:cantSplit/>
          <w:tblHeader/>
          <w:jc w:val="center"/>
        </w:trPr>
        <w:tc>
          <w:tcPr>
            <w:tcW w:w="3200" w:type="dxa"/>
            <w:shd w:val="clear" w:color="auto" w:fill="D9EAF7"/>
            <w:tcMar>
              <w:top w:w="65" w:type="dxa"/>
              <w:left w:w="80" w:type="dxa"/>
              <w:bottom w:w="65" w:type="dxa"/>
              <w:right w:w="80" w:type="dxa"/>
            </w:tcMar>
            <w:vAlign w:val="center"/>
          </w:tcPr>
          <w:p w14:paraId="5D15BA2D" w14:textId="77777777" w:rsidR="002D5361" w:rsidRDefault="00000000">
            <w:r>
              <w:rPr>
                <w:b/>
                <w:sz w:val="16"/>
              </w:rPr>
              <w:t>Metric</w:t>
            </w:r>
          </w:p>
        </w:tc>
        <w:tc>
          <w:tcPr>
            <w:tcW w:w="2700" w:type="dxa"/>
            <w:shd w:val="clear" w:color="auto" w:fill="D9EAF7"/>
            <w:tcMar>
              <w:top w:w="65" w:type="dxa"/>
              <w:left w:w="80" w:type="dxa"/>
              <w:bottom w:w="65" w:type="dxa"/>
              <w:right w:w="80" w:type="dxa"/>
            </w:tcMar>
            <w:vAlign w:val="center"/>
          </w:tcPr>
          <w:p w14:paraId="25944816" w14:textId="77777777" w:rsidR="002D5361" w:rsidRDefault="00000000">
            <w:pPr>
              <w:jc w:val="center"/>
            </w:pPr>
            <w:r>
              <w:rPr>
                <w:b/>
                <w:sz w:val="16"/>
              </w:rPr>
              <w:t>T4 (n = 101 documents)</w:t>
            </w:r>
          </w:p>
        </w:tc>
        <w:tc>
          <w:tcPr>
            <w:tcW w:w="2900" w:type="dxa"/>
            <w:shd w:val="clear" w:color="auto" w:fill="D9EAF7"/>
            <w:tcMar>
              <w:top w:w="65" w:type="dxa"/>
              <w:left w:w="80" w:type="dxa"/>
              <w:bottom w:w="65" w:type="dxa"/>
              <w:right w:w="80" w:type="dxa"/>
            </w:tcMar>
            <w:vAlign w:val="center"/>
          </w:tcPr>
          <w:p w14:paraId="449E3182" w14:textId="77777777" w:rsidR="002D5361" w:rsidRDefault="00000000">
            <w:pPr>
              <w:jc w:val="center"/>
            </w:pPr>
            <w:r>
              <w:rPr>
                <w:b/>
                <w:sz w:val="16"/>
              </w:rPr>
              <w:t>Full classified corpus (n = 879 documents)</w:t>
            </w:r>
          </w:p>
        </w:tc>
      </w:tr>
      <w:tr w:rsidR="002D5361" w14:paraId="39DF644E" w14:textId="77777777">
        <w:trPr>
          <w:cantSplit/>
          <w:jc w:val="center"/>
        </w:trPr>
        <w:tc>
          <w:tcPr>
            <w:tcW w:w="3200" w:type="dxa"/>
            <w:tcMar>
              <w:top w:w="65" w:type="dxa"/>
              <w:left w:w="80" w:type="dxa"/>
              <w:bottom w:w="65" w:type="dxa"/>
              <w:right w:w="80" w:type="dxa"/>
            </w:tcMar>
            <w:vAlign w:val="center"/>
          </w:tcPr>
          <w:p w14:paraId="7C888F70" w14:textId="77777777" w:rsidR="002D5361" w:rsidRDefault="00000000">
            <w:r>
              <w:rPr>
                <w:sz w:val="16"/>
              </w:rPr>
              <w:t>Total (document, author) authorship slots</w:t>
            </w:r>
          </w:p>
        </w:tc>
        <w:tc>
          <w:tcPr>
            <w:tcW w:w="2700" w:type="dxa"/>
            <w:tcMar>
              <w:top w:w="65" w:type="dxa"/>
              <w:left w:w="80" w:type="dxa"/>
              <w:bottom w:w="65" w:type="dxa"/>
              <w:right w:w="80" w:type="dxa"/>
            </w:tcMar>
            <w:vAlign w:val="center"/>
          </w:tcPr>
          <w:p w14:paraId="1DF3BC1E" w14:textId="77777777" w:rsidR="002D5361" w:rsidRDefault="00000000">
            <w:pPr>
              <w:jc w:val="center"/>
            </w:pPr>
            <w:r>
              <w:rPr>
                <w:sz w:val="16"/>
              </w:rPr>
              <w:t>174</w:t>
            </w:r>
          </w:p>
        </w:tc>
        <w:tc>
          <w:tcPr>
            <w:tcW w:w="2900" w:type="dxa"/>
            <w:tcMar>
              <w:top w:w="65" w:type="dxa"/>
              <w:left w:w="80" w:type="dxa"/>
              <w:bottom w:w="65" w:type="dxa"/>
              <w:right w:w="80" w:type="dxa"/>
            </w:tcMar>
            <w:vAlign w:val="center"/>
          </w:tcPr>
          <w:p w14:paraId="2A848B43" w14:textId="77777777" w:rsidR="002D5361" w:rsidRDefault="00000000">
            <w:pPr>
              <w:jc w:val="center"/>
            </w:pPr>
            <w:r>
              <w:rPr>
                <w:sz w:val="16"/>
              </w:rPr>
              <w:t>1,307</w:t>
            </w:r>
          </w:p>
        </w:tc>
      </w:tr>
      <w:tr w:rsidR="002D5361" w14:paraId="70C867C9" w14:textId="77777777">
        <w:trPr>
          <w:cantSplit/>
          <w:jc w:val="center"/>
        </w:trPr>
        <w:tc>
          <w:tcPr>
            <w:tcW w:w="3200" w:type="dxa"/>
            <w:tcMar>
              <w:top w:w="65" w:type="dxa"/>
              <w:left w:w="80" w:type="dxa"/>
              <w:bottom w:w="65" w:type="dxa"/>
              <w:right w:w="80" w:type="dxa"/>
            </w:tcMar>
            <w:vAlign w:val="center"/>
          </w:tcPr>
          <w:p w14:paraId="4A17CB71" w14:textId="77777777" w:rsidR="002D5361" w:rsidRDefault="00000000">
            <w:r>
              <w:rPr>
                <w:sz w:val="16"/>
              </w:rPr>
              <w:t>Distinct author-name strings</w:t>
            </w:r>
          </w:p>
        </w:tc>
        <w:tc>
          <w:tcPr>
            <w:tcW w:w="2700" w:type="dxa"/>
            <w:tcMar>
              <w:top w:w="65" w:type="dxa"/>
              <w:left w:w="80" w:type="dxa"/>
              <w:bottom w:w="65" w:type="dxa"/>
              <w:right w:w="80" w:type="dxa"/>
            </w:tcMar>
            <w:vAlign w:val="center"/>
          </w:tcPr>
          <w:p w14:paraId="0DE4965B" w14:textId="77777777" w:rsidR="002D5361" w:rsidRDefault="00000000">
            <w:pPr>
              <w:jc w:val="center"/>
            </w:pPr>
            <w:r>
              <w:rPr>
                <w:sz w:val="16"/>
              </w:rPr>
              <w:t>148</w:t>
            </w:r>
          </w:p>
        </w:tc>
        <w:tc>
          <w:tcPr>
            <w:tcW w:w="2900" w:type="dxa"/>
            <w:tcMar>
              <w:top w:w="65" w:type="dxa"/>
              <w:left w:w="80" w:type="dxa"/>
              <w:bottom w:w="65" w:type="dxa"/>
              <w:right w:w="80" w:type="dxa"/>
            </w:tcMar>
            <w:vAlign w:val="center"/>
          </w:tcPr>
          <w:p w14:paraId="1568CE8B" w14:textId="77777777" w:rsidR="002D5361" w:rsidRDefault="00000000">
            <w:pPr>
              <w:jc w:val="center"/>
            </w:pPr>
            <w:r>
              <w:rPr>
                <w:sz w:val="16"/>
              </w:rPr>
              <w:t>1,014</w:t>
            </w:r>
          </w:p>
        </w:tc>
      </w:tr>
      <w:tr w:rsidR="002D5361" w14:paraId="37ECD536" w14:textId="77777777">
        <w:trPr>
          <w:cantSplit/>
          <w:jc w:val="center"/>
        </w:trPr>
        <w:tc>
          <w:tcPr>
            <w:tcW w:w="3200" w:type="dxa"/>
            <w:tcMar>
              <w:top w:w="65" w:type="dxa"/>
              <w:left w:w="80" w:type="dxa"/>
              <w:bottom w:w="65" w:type="dxa"/>
              <w:right w:w="80" w:type="dxa"/>
            </w:tcMar>
            <w:vAlign w:val="center"/>
          </w:tcPr>
          <w:p w14:paraId="53427A30" w14:textId="77777777" w:rsidR="002D5361" w:rsidRDefault="00000000">
            <w:r>
              <w:rPr>
                <w:sz w:val="16"/>
              </w:rPr>
              <w:t>Most-prolific single author (max documents)</w:t>
            </w:r>
          </w:p>
        </w:tc>
        <w:tc>
          <w:tcPr>
            <w:tcW w:w="2700" w:type="dxa"/>
            <w:tcMar>
              <w:top w:w="65" w:type="dxa"/>
              <w:left w:w="80" w:type="dxa"/>
              <w:bottom w:w="65" w:type="dxa"/>
              <w:right w:w="80" w:type="dxa"/>
            </w:tcMar>
            <w:vAlign w:val="center"/>
          </w:tcPr>
          <w:p w14:paraId="38565A21" w14:textId="77777777" w:rsidR="002D5361" w:rsidRDefault="00000000">
            <w:pPr>
              <w:jc w:val="center"/>
            </w:pPr>
            <w:r>
              <w:rPr>
                <w:sz w:val="16"/>
              </w:rPr>
              <w:t>3</w:t>
            </w:r>
          </w:p>
        </w:tc>
        <w:tc>
          <w:tcPr>
            <w:tcW w:w="2900" w:type="dxa"/>
            <w:tcMar>
              <w:top w:w="65" w:type="dxa"/>
              <w:left w:w="80" w:type="dxa"/>
              <w:bottom w:w="65" w:type="dxa"/>
              <w:right w:w="80" w:type="dxa"/>
            </w:tcMar>
            <w:vAlign w:val="center"/>
          </w:tcPr>
          <w:p w14:paraId="63CC83E5" w14:textId="77777777" w:rsidR="002D5361" w:rsidRDefault="00000000">
            <w:pPr>
              <w:jc w:val="center"/>
            </w:pPr>
            <w:r>
              <w:rPr>
                <w:sz w:val="16"/>
              </w:rPr>
              <w:t>10</w:t>
            </w:r>
          </w:p>
        </w:tc>
      </w:tr>
      <w:tr w:rsidR="002D5361" w14:paraId="30874DB1" w14:textId="77777777">
        <w:trPr>
          <w:cantSplit/>
          <w:jc w:val="center"/>
        </w:trPr>
        <w:tc>
          <w:tcPr>
            <w:tcW w:w="3200" w:type="dxa"/>
            <w:tcMar>
              <w:top w:w="65" w:type="dxa"/>
              <w:left w:w="80" w:type="dxa"/>
              <w:bottom w:w="65" w:type="dxa"/>
              <w:right w:w="80" w:type="dxa"/>
            </w:tcMar>
            <w:vAlign w:val="center"/>
          </w:tcPr>
          <w:p w14:paraId="13BC5D79" w14:textId="77777777" w:rsidR="002D5361" w:rsidRDefault="00000000">
            <w:r>
              <w:rPr>
                <w:sz w:val="16"/>
              </w:rPr>
              <w:t>Authors appearing on 2+ documents</w:t>
            </w:r>
          </w:p>
        </w:tc>
        <w:tc>
          <w:tcPr>
            <w:tcW w:w="2700" w:type="dxa"/>
            <w:tcMar>
              <w:top w:w="65" w:type="dxa"/>
              <w:left w:w="80" w:type="dxa"/>
              <w:bottom w:w="65" w:type="dxa"/>
              <w:right w:w="80" w:type="dxa"/>
            </w:tcMar>
            <w:vAlign w:val="center"/>
          </w:tcPr>
          <w:p w14:paraId="3C5AB12A" w14:textId="77777777" w:rsidR="002D5361" w:rsidRDefault="00000000">
            <w:pPr>
              <w:jc w:val="center"/>
            </w:pPr>
            <w:r>
              <w:rPr>
                <w:sz w:val="16"/>
              </w:rPr>
              <w:t>23 (15.5%)</w:t>
            </w:r>
          </w:p>
        </w:tc>
        <w:tc>
          <w:tcPr>
            <w:tcW w:w="2900" w:type="dxa"/>
            <w:tcMar>
              <w:top w:w="65" w:type="dxa"/>
              <w:left w:w="80" w:type="dxa"/>
              <w:bottom w:w="65" w:type="dxa"/>
              <w:right w:w="80" w:type="dxa"/>
            </w:tcMar>
            <w:vAlign w:val="center"/>
          </w:tcPr>
          <w:p w14:paraId="7E4B79A9" w14:textId="77777777" w:rsidR="002D5361" w:rsidRDefault="00000000">
            <w:pPr>
              <w:jc w:val="center"/>
            </w:pPr>
            <w:r>
              <w:rPr>
                <w:sz w:val="16"/>
              </w:rPr>
              <w:t>184 (18.1%)</w:t>
            </w:r>
          </w:p>
        </w:tc>
      </w:tr>
    </w:tbl>
    <w:p w14:paraId="51BC5E89" w14:textId="77777777" w:rsidR="002D5361" w:rsidRDefault="00000000">
      <w:r>
        <w:rPr>
          <w:b/>
          <w:sz w:val="16"/>
        </w:rPr>
        <w:t>Note.</w:t>
      </w:r>
      <w:r>
        <w:rPr>
          <w:sz w:val="16"/>
        </w:rPr>
        <w:t xml:space="preserve"> Author-name matching uses exact string identity on the semicolon-delimited author field and cannot fully disambiguate common-name homonyms or transliteration variants of the same person, so these counts approximate rather than exactly identify unique individuals. T4's authorship concentration is not elevated relative to the classified corpus as a whole: its most-prolific-author count (3 documents) is well below the corpus-wide maximum (10), and its repeat-contributor share (15.5%) is comparable to, if anything slightly below, the corpus baseline (18.1%).</w:t>
      </w:r>
    </w:p>
    <w:p w14:paraId="42838270" w14:textId="77777777" w:rsidR="002D5361" w:rsidRDefault="002D5361">
      <w:pPr>
        <w:spacing w:after="0"/>
      </w:pPr>
    </w:p>
    <w:p w14:paraId="4A2FE644" w14:textId="77777777" w:rsidR="002D5361" w:rsidRDefault="00000000">
      <w:r>
        <w:t>A permutation check randomly reassigned the T4 label to 101 of the 879 classified documents while holding each document’s period fixed and recomputed the Cochran–Armitage z-statistic for 10,000 seeded reassignments. The null distribution was centered near zero (mean = −0.01, SD = 1.00), and the largest |z| was 4.10. None of the 10,000 reassignments produced a statistic as extreme as the observed z = 6.77; the plus-one Monte Carlo estimate is p = (0 + 1)/(10,000 + 1) = .00010. This is a conditional random-reassignment check using the same corpus and fitted assignments, not an independent validation. It does not address model-selection, corpus-boundary, repeated-author, or author-clustering uncertainty.</w:t>
      </w:r>
    </w:p>
    <w:p w14:paraId="2AA1A7E7" w14:textId="77777777" w:rsidR="002D5361" w:rsidRDefault="002D5361">
      <w:pPr>
        <w:spacing w:after="0"/>
      </w:pPr>
    </w:p>
    <w:p w14:paraId="16B323A9" w14:textId="77777777" w:rsidR="002D5361" w:rsidRDefault="00000000">
      <w:pPr>
        <w:pStyle w:val="Heading1"/>
        <w:pageBreakBefore/>
      </w:pPr>
      <w:r>
        <w:lastRenderedPageBreak/>
        <w:t>S17. Scopus source screening and confirmed article overlap</w:t>
      </w:r>
    </w:p>
    <w:p w14:paraId="716BBC98" w14:textId="77777777" w:rsidR="002D5361" w:rsidRDefault="00000000">
      <w:r>
        <w:t>The cross-database diagnostic used two stages. First, KCI print and electronic ISSNs and publication years were linked to the official Elsevier July 2026 Scopus source list. Thirteen records had an exact ISSN match within the source’s listed coverage years. Eight additional records matched an ISSN but fell outside the listed coverage years. Seventeen exact-title-only source matches were reviewed and excluded as unrelated homonyms or aliases because their ISSNs and publishers differed; 1,089 records had no exact ISSN or exact source-title match. The official source-list URL, retrieval date, and SHA-256 digest are preserved in the reproducibility package, but the source workbook itself is not redistributed.</w:t>
      </w:r>
    </w:p>
    <w:p w14:paraId="4D2F07E2" w14:textId="77777777" w:rsidR="002D5361" w:rsidRDefault="00000000">
      <w:r>
        <w:t>Second, all 13 journal-year candidates were checked at the article level on 8 September 2026 in the institutionally authenticated Scopus document interface. Eleven were confirmed: eight by exact DOI, one by exact title, and two by presence in the complete source-ISSN and publication-year result set. Although earlier relaxed-title API searches returned Scopus EIDs for two other documents, those hits did not establish matches to the target KCI articles: the target articles were absent from the complete corresponding source-ISSN and publication-year result sets. The two candidates were therefore classified as not confirmed and excluded from the reported overlap. The ID-only evidence records Scopus document identifiers for confirmed records and the search route and result-set size for every candidate.</w:t>
      </w:r>
    </w:p>
    <w:p w14:paraId="204E3BE6" w14:textId="77777777" w:rsidR="002D5361" w:rsidRDefault="00000000">
      <w:pPr>
        <w:pStyle w:val="TableCaption"/>
      </w:pPr>
      <w:r>
        <w:t>Table S27. Confirmed Scopus overlap under the two-stage procedure</w:t>
      </w:r>
    </w:p>
    <w:tbl>
      <w:tblPr>
        <w:tblStyle w:val="TableGrid"/>
        <w:tblW w:w="0" w:type="auto"/>
        <w:tblLook w:val="04A0" w:firstRow="1" w:lastRow="0" w:firstColumn="1" w:lastColumn="0" w:noHBand="0" w:noVBand="1"/>
      </w:tblPr>
      <w:tblGrid>
        <w:gridCol w:w="2436"/>
        <w:gridCol w:w="2436"/>
        <w:gridCol w:w="2436"/>
        <w:gridCol w:w="2436"/>
      </w:tblGrid>
      <w:tr w:rsidR="002D5361" w14:paraId="4880C2CE" w14:textId="77777777">
        <w:trPr>
          <w:tblHeader/>
        </w:trPr>
        <w:tc>
          <w:tcPr>
            <w:tcW w:w="2436" w:type="dxa"/>
            <w:shd w:val="clear" w:color="auto" w:fill="D9EAF7"/>
            <w:vAlign w:val="center"/>
          </w:tcPr>
          <w:p w14:paraId="745CB560" w14:textId="77777777" w:rsidR="002D5361" w:rsidRDefault="00000000">
            <w:r>
              <w:rPr>
                <w:b/>
              </w:rPr>
              <w:t>Group</w:t>
            </w:r>
          </w:p>
        </w:tc>
        <w:tc>
          <w:tcPr>
            <w:tcW w:w="2436" w:type="dxa"/>
            <w:shd w:val="clear" w:color="auto" w:fill="D9EAF7"/>
            <w:vAlign w:val="center"/>
          </w:tcPr>
          <w:p w14:paraId="23A72760" w14:textId="77777777" w:rsidR="002D5361" w:rsidRDefault="00000000">
            <w:r>
              <w:rPr>
                <w:b/>
              </w:rPr>
              <w:t>N</w:t>
            </w:r>
          </w:p>
        </w:tc>
        <w:tc>
          <w:tcPr>
            <w:tcW w:w="2436" w:type="dxa"/>
            <w:shd w:val="clear" w:color="auto" w:fill="D9EAF7"/>
            <w:vAlign w:val="center"/>
          </w:tcPr>
          <w:p w14:paraId="5E9E5F52" w14:textId="77777777" w:rsidR="002D5361" w:rsidRDefault="00000000">
            <w:r>
              <w:rPr>
                <w:b/>
              </w:rPr>
              <w:t>Confirmed</w:t>
            </w:r>
          </w:p>
        </w:tc>
        <w:tc>
          <w:tcPr>
            <w:tcW w:w="2436" w:type="dxa"/>
            <w:shd w:val="clear" w:color="auto" w:fill="D9EAF7"/>
            <w:vAlign w:val="center"/>
          </w:tcPr>
          <w:p w14:paraId="7CBBB7A2" w14:textId="77777777" w:rsidR="002D5361" w:rsidRDefault="00000000">
            <w:r>
              <w:rPr>
                <w:b/>
              </w:rPr>
              <w:t>%</w:t>
            </w:r>
          </w:p>
        </w:tc>
      </w:tr>
      <w:tr w:rsidR="002D5361" w14:paraId="59355866" w14:textId="77777777">
        <w:tc>
          <w:tcPr>
            <w:tcW w:w="2436" w:type="dxa"/>
            <w:vAlign w:val="center"/>
          </w:tcPr>
          <w:p w14:paraId="0EBE238B" w14:textId="77777777" w:rsidR="002D5361" w:rsidRDefault="00000000">
            <w:r>
              <w:t>All records</w:t>
            </w:r>
          </w:p>
        </w:tc>
        <w:tc>
          <w:tcPr>
            <w:tcW w:w="2436" w:type="dxa"/>
            <w:vAlign w:val="center"/>
          </w:tcPr>
          <w:p w14:paraId="2F6642A5" w14:textId="77777777" w:rsidR="002D5361" w:rsidRDefault="00000000">
            <w:pPr>
              <w:jc w:val="center"/>
            </w:pPr>
            <w:r>
              <w:t>1,127</w:t>
            </w:r>
          </w:p>
        </w:tc>
        <w:tc>
          <w:tcPr>
            <w:tcW w:w="2436" w:type="dxa"/>
            <w:vAlign w:val="center"/>
          </w:tcPr>
          <w:p w14:paraId="011781CC" w14:textId="77777777" w:rsidR="002D5361" w:rsidRDefault="00000000">
            <w:pPr>
              <w:jc w:val="center"/>
            </w:pPr>
            <w:r>
              <w:t>11</w:t>
            </w:r>
          </w:p>
        </w:tc>
        <w:tc>
          <w:tcPr>
            <w:tcW w:w="2436" w:type="dxa"/>
            <w:vAlign w:val="center"/>
          </w:tcPr>
          <w:p w14:paraId="7DDB1804" w14:textId="77777777" w:rsidR="002D5361" w:rsidRDefault="00000000">
            <w:pPr>
              <w:jc w:val="center"/>
            </w:pPr>
            <w:r>
              <w:t>0.98</w:t>
            </w:r>
          </w:p>
        </w:tc>
      </w:tr>
      <w:tr w:rsidR="002D5361" w14:paraId="17C2AD18" w14:textId="77777777">
        <w:tc>
          <w:tcPr>
            <w:tcW w:w="2436" w:type="dxa"/>
            <w:vAlign w:val="center"/>
          </w:tcPr>
          <w:p w14:paraId="6E8D2BAD" w14:textId="77777777" w:rsidR="002D5361" w:rsidRDefault="00000000">
            <w:r>
              <w:t>Period I (2004–2009)</w:t>
            </w:r>
          </w:p>
        </w:tc>
        <w:tc>
          <w:tcPr>
            <w:tcW w:w="2436" w:type="dxa"/>
            <w:vAlign w:val="center"/>
          </w:tcPr>
          <w:p w14:paraId="38D177E5" w14:textId="77777777" w:rsidR="002D5361" w:rsidRDefault="00000000">
            <w:pPr>
              <w:jc w:val="center"/>
            </w:pPr>
            <w:r>
              <w:t>134</w:t>
            </w:r>
          </w:p>
        </w:tc>
        <w:tc>
          <w:tcPr>
            <w:tcW w:w="2436" w:type="dxa"/>
            <w:vAlign w:val="center"/>
          </w:tcPr>
          <w:p w14:paraId="56F16355" w14:textId="77777777" w:rsidR="002D5361" w:rsidRDefault="00000000">
            <w:pPr>
              <w:jc w:val="center"/>
            </w:pPr>
            <w:r>
              <w:t>2</w:t>
            </w:r>
          </w:p>
        </w:tc>
        <w:tc>
          <w:tcPr>
            <w:tcW w:w="2436" w:type="dxa"/>
            <w:vAlign w:val="center"/>
          </w:tcPr>
          <w:p w14:paraId="057C973D" w14:textId="77777777" w:rsidR="002D5361" w:rsidRDefault="00000000">
            <w:pPr>
              <w:jc w:val="center"/>
            </w:pPr>
            <w:r>
              <w:t>1.49</w:t>
            </w:r>
          </w:p>
        </w:tc>
      </w:tr>
      <w:tr w:rsidR="002D5361" w14:paraId="3805B2D5" w14:textId="77777777">
        <w:tc>
          <w:tcPr>
            <w:tcW w:w="2436" w:type="dxa"/>
            <w:vAlign w:val="center"/>
          </w:tcPr>
          <w:p w14:paraId="22773275" w14:textId="77777777" w:rsidR="002D5361" w:rsidRDefault="00000000">
            <w:r>
              <w:t>Period II (2010–2015)</w:t>
            </w:r>
          </w:p>
        </w:tc>
        <w:tc>
          <w:tcPr>
            <w:tcW w:w="2436" w:type="dxa"/>
            <w:vAlign w:val="center"/>
          </w:tcPr>
          <w:p w14:paraId="51D789F2" w14:textId="77777777" w:rsidR="002D5361" w:rsidRDefault="00000000">
            <w:pPr>
              <w:jc w:val="center"/>
            </w:pPr>
            <w:r>
              <w:t>270</w:t>
            </w:r>
          </w:p>
        </w:tc>
        <w:tc>
          <w:tcPr>
            <w:tcW w:w="2436" w:type="dxa"/>
            <w:vAlign w:val="center"/>
          </w:tcPr>
          <w:p w14:paraId="54D3E1C7" w14:textId="77777777" w:rsidR="002D5361" w:rsidRDefault="00000000">
            <w:pPr>
              <w:jc w:val="center"/>
            </w:pPr>
            <w:r>
              <w:t>1</w:t>
            </w:r>
          </w:p>
        </w:tc>
        <w:tc>
          <w:tcPr>
            <w:tcW w:w="2436" w:type="dxa"/>
            <w:vAlign w:val="center"/>
          </w:tcPr>
          <w:p w14:paraId="5F897977" w14:textId="77777777" w:rsidR="002D5361" w:rsidRDefault="00000000">
            <w:pPr>
              <w:jc w:val="center"/>
            </w:pPr>
            <w:r>
              <w:t>0.37</w:t>
            </w:r>
          </w:p>
        </w:tc>
      </w:tr>
      <w:tr w:rsidR="002D5361" w14:paraId="2BFF8E3D" w14:textId="77777777">
        <w:tc>
          <w:tcPr>
            <w:tcW w:w="2436" w:type="dxa"/>
            <w:vAlign w:val="center"/>
          </w:tcPr>
          <w:p w14:paraId="4DAA5EBC" w14:textId="77777777" w:rsidR="002D5361" w:rsidRDefault="00000000">
            <w:r>
              <w:t>Period III (2016–2020)</w:t>
            </w:r>
          </w:p>
        </w:tc>
        <w:tc>
          <w:tcPr>
            <w:tcW w:w="2436" w:type="dxa"/>
            <w:vAlign w:val="center"/>
          </w:tcPr>
          <w:p w14:paraId="1C012578" w14:textId="77777777" w:rsidR="002D5361" w:rsidRDefault="00000000">
            <w:pPr>
              <w:jc w:val="center"/>
            </w:pPr>
            <w:r>
              <w:t>295</w:t>
            </w:r>
          </w:p>
        </w:tc>
        <w:tc>
          <w:tcPr>
            <w:tcW w:w="2436" w:type="dxa"/>
            <w:vAlign w:val="center"/>
          </w:tcPr>
          <w:p w14:paraId="730737E5" w14:textId="77777777" w:rsidR="002D5361" w:rsidRDefault="00000000">
            <w:pPr>
              <w:jc w:val="center"/>
            </w:pPr>
            <w:r>
              <w:t>2</w:t>
            </w:r>
          </w:p>
        </w:tc>
        <w:tc>
          <w:tcPr>
            <w:tcW w:w="2436" w:type="dxa"/>
            <w:vAlign w:val="center"/>
          </w:tcPr>
          <w:p w14:paraId="76F83B15" w14:textId="77777777" w:rsidR="002D5361" w:rsidRDefault="00000000">
            <w:pPr>
              <w:jc w:val="center"/>
            </w:pPr>
            <w:r>
              <w:t>0.68</w:t>
            </w:r>
          </w:p>
        </w:tc>
      </w:tr>
      <w:tr w:rsidR="002D5361" w14:paraId="2B8501CD" w14:textId="77777777">
        <w:tc>
          <w:tcPr>
            <w:tcW w:w="2436" w:type="dxa"/>
            <w:vAlign w:val="center"/>
          </w:tcPr>
          <w:p w14:paraId="06008C83" w14:textId="77777777" w:rsidR="002D5361" w:rsidRDefault="00000000">
            <w:r>
              <w:t>Period IV (2021–2025)</w:t>
            </w:r>
          </w:p>
        </w:tc>
        <w:tc>
          <w:tcPr>
            <w:tcW w:w="2436" w:type="dxa"/>
            <w:vAlign w:val="center"/>
          </w:tcPr>
          <w:p w14:paraId="5E1B229A" w14:textId="77777777" w:rsidR="002D5361" w:rsidRDefault="00000000">
            <w:pPr>
              <w:jc w:val="center"/>
            </w:pPr>
            <w:r>
              <w:t>428</w:t>
            </w:r>
          </w:p>
        </w:tc>
        <w:tc>
          <w:tcPr>
            <w:tcW w:w="2436" w:type="dxa"/>
            <w:vAlign w:val="center"/>
          </w:tcPr>
          <w:p w14:paraId="520B63CF" w14:textId="77777777" w:rsidR="002D5361" w:rsidRDefault="00000000">
            <w:pPr>
              <w:jc w:val="center"/>
            </w:pPr>
            <w:r>
              <w:t>6</w:t>
            </w:r>
          </w:p>
        </w:tc>
        <w:tc>
          <w:tcPr>
            <w:tcW w:w="2436" w:type="dxa"/>
            <w:vAlign w:val="center"/>
          </w:tcPr>
          <w:p w14:paraId="1A00CB53" w14:textId="77777777" w:rsidR="002D5361" w:rsidRDefault="00000000">
            <w:pPr>
              <w:jc w:val="center"/>
            </w:pPr>
            <w:r>
              <w:t>1.40</w:t>
            </w:r>
          </w:p>
        </w:tc>
      </w:tr>
      <w:tr w:rsidR="002D5361" w14:paraId="4E6AB922" w14:textId="77777777">
        <w:tc>
          <w:tcPr>
            <w:tcW w:w="2436" w:type="dxa"/>
            <w:vAlign w:val="center"/>
          </w:tcPr>
          <w:p w14:paraId="28A2D65D" w14:textId="77777777" w:rsidR="002D5361" w:rsidRDefault="00000000">
            <w:r>
              <w:t>T4</w:t>
            </w:r>
          </w:p>
        </w:tc>
        <w:tc>
          <w:tcPr>
            <w:tcW w:w="2436" w:type="dxa"/>
            <w:vAlign w:val="center"/>
          </w:tcPr>
          <w:p w14:paraId="0A066CCE" w14:textId="77777777" w:rsidR="002D5361" w:rsidRDefault="00000000">
            <w:pPr>
              <w:jc w:val="center"/>
            </w:pPr>
            <w:r>
              <w:t>101</w:t>
            </w:r>
          </w:p>
        </w:tc>
        <w:tc>
          <w:tcPr>
            <w:tcW w:w="2436" w:type="dxa"/>
            <w:vAlign w:val="center"/>
          </w:tcPr>
          <w:p w14:paraId="3388C519" w14:textId="77777777" w:rsidR="002D5361" w:rsidRDefault="00000000">
            <w:pPr>
              <w:jc w:val="center"/>
            </w:pPr>
            <w:r>
              <w:t>1</w:t>
            </w:r>
          </w:p>
        </w:tc>
        <w:tc>
          <w:tcPr>
            <w:tcW w:w="2436" w:type="dxa"/>
            <w:vAlign w:val="center"/>
          </w:tcPr>
          <w:p w14:paraId="20FE14A5" w14:textId="77777777" w:rsidR="002D5361" w:rsidRDefault="00000000">
            <w:pPr>
              <w:jc w:val="center"/>
            </w:pPr>
            <w:r>
              <w:t>0.99</w:t>
            </w:r>
          </w:p>
        </w:tc>
      </w:tr>
      <w:tr w:rsidR="002D5361" w14:paraId="334BBFE4" w14:textId="77777777">
        <w:tc>
          <w:tcPr>
            <w:tcW w:w="2436" w:type="dxa"/>
            <w:vAlign w:val="center"/>
          </w:tcPr>
          <w:p w14:paraId="6F4D3A38" w14:textId="77777777" w:rsidR="002D5361" w:rsidRDefault="00000000">
            <w:r>
              <w:t>All other records</w:t>
            </w:r>
          </w:p>
        </w:tc>
        <w:tc>
          <w:tcPr>
            <w:tcW w:w="2436" w:type="dxa"/>
            <w:vAlign w:val="center"/>
          </w:tcPr>
          <w:p w14:paraId="00BF73A1" w14:textId="77777777" w:rsidR="002D5361" w:rsidRDefault="00000000">
            <w:pPr>
              <w:jc w:val="center"/>
            </w:pPr>
            <w:r>
              <w:t>1,026</w:t>
            </w:r>
          </w:p>
        </w:tc>
        <w:tc>
          <w:tcPr>
            <w:tcW w:w="2436" w:type="dxa"/>
            <w:vAlign w:val="center"/>
          </w:tcPr>
          <w:p w14:paraId="4BC38F93" w14:textId="77777777" w:rsidR="002D5361" w:rsidRDefault="00000000">
            <w:pPr>
              <w:jc w:val="center"/>
            </w:pPr>
            <w:r>
              <w:t>10</w:t>
            </w:r>
          </w:p>
        </w:tc>
        <w:tc>
          <w:tcPr>
            <w:tcW w:w="2436" w:type="dxa"/>
            <w:vAlign w:val="center"/>
          </w:tcPr>
          <w:p w14:paraId="2867DB10" w14:textId="77777777" w:rsidR="002D5361" w:rsidRDefault="00000000">
            <w:pPr>
              <w:jc w:val="center"/>
            </w:pPr>
            <w:r>
              <w:t>0.97</w:t>
            </w:r>
          </w:p>
        </w:tc>
      </w:tr>
    </w:tbl>
    <w:p w14:paraId="7C0D67D0" w14:textId="77777777" w:rsidR="002D5361" w:rsidRDefault="00000000">
      <w:r>
        <w:t>Note. These values are confirmed-overlap proportions, not estimates of Scopus coverage. Journal-level inclusion in a source list does not prove article-level indexing, and the source-list screen may miss records with incomplete or inconsistent source identifiers. The false-negative rate was not estimated. A previously recorded 12-item no-hit check was reverified, but its original sampling sequence could not be reconstructed; it is therefore retained only as a bounded audit record and is not used to support the confirmed count or infer a corpus-wide error rate. The public package reproduces all counts from ID-only evidence. Repeating the live document searches requires authorized Scopus access.</w:t>
      </w:r>
    </w:p>
    <w:p w14:paraId="29549C89" w14:textId="77777777" w:rsidR="002D5361" w:rsidRDefault="00000000">
      <w:pPr>
        <w:pStyle w:val="Heading1"/>
      </w:pPr>
      <w:r>
        <w:t>References</w:t>
      </w:r>
    </w:p>
    <w:p w14:paraId="2E0604EB" w14:textId="77777777" w:rsidR="002D5361" w:rsidRDefault="00000000">
      <w:pPr>
        <w:rPr>
          <w:rFonts w:eastAsia="맑은 고딕"/>
          <w:lang w:eastAsia="ko-KR"/>
        </w:rPr>
      </w:pPr>
      <w:r>
        <w:t xml:space="preserve">Callon, M., </w:t>
      </w:r>
      <w:proofErr w:type="spellStart"/>
      <w:r>
        <w:t>Courtial</w:t>
      </w:r>
      <w:proofErr w:type="spellEnd"/>
      <w:r>
        <w:t xml:space="preserve">, J. P., &amp; Laville, F. (1991). Co-word analysis as a tool for describing the network of interactions between basic and technological research. </w:t>
      </w:r>
      <w:proofErr w:type="spellStart"/>
      <w:r>
        <w:t>Scientometrics</w:t>
      </w:r>
      <w:proofErr w:type="spellEnd"/>
      <w:r>
        <w:t>, 22(1), 155–205. https://doi.org/10.1007/BF02019280</w:t>
      </w:r>
    </w:p>
    <w:p w14:paraId="37F77A59" w14:textId="77777777" w:rsidR="002D5361" w:rsidRDefault="00000000">
      <w:r>
        <w:t>Church, K. W., &amp; Hanks, P. (1990). Word association norms, mutual information, and lexicography. Computational Linguistics, 16(1), 22–29.</w:t>
      </w:r>
    </w:p>
    <w:sectPr w:rsidR="002D5361">
      <w:headerReference w:type="default" r:id="rId11"/>
      <w:footerReference w:type="default" r:id="rId12"/>
      <w:pgSz w:w="12240" w:h="15840"/>
      <w:pgMar w:top="1134" w:right="1247" w:bottom="1134" w:left="1247" w:header="36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039C6" w14:textId="77777777" w:rsidR="00E17348" w:rsidRDefault="00E17348">
      <w:pPr>
        <w:spacing w:after="0" w:line="240" w:lineRule="auto"/>
      </w:pPr>
      <w:r>
        <w:separator/>
      </w:r>
    </w:p>
  </w:endnote>
  <w:endnote w:type="continuationSeparator" w:id="0">
    <w:p w14:paraId="6A9C907F" w14:textId="77777777" w:rsidR="00E17348" w:rsidRDefault="00E17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맑은 고딕">
    <w:panose1 w:val="020B0503020000020004"/>
    <w:charset w:val="81"/>
    <w:family w:val="modern"/>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E1941" w14:textId="77777777" w:rsidR="002D5361" w:rsidRDefault="00000000">
    <w:pPr>
      <w:pStyle w:val="Footer"/>
      <w:jc w:val="center"/>
    </w:pPr>
    <w:r>
      <w:rPr>
        <w:rFonts w:eastAsia="맑은 고딕"/>
        <w:color w:val="666666"/>
        <w:sz w:val="15"/>
      </w:rPr>
      <w:t xml:space="preserve">Supplementary Information  |  </w:t>
    </w: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EB1A9" w14:textId="77777777" w:rsidR="00E17348" w:rsidRDefault="00E17348">
      <w:pPr>
        <w:spacing w:after="0" w:line="240" w:lineRule="auto"/>
      </w:pPr>
      <w:r>
        <w:separator/>
      </w:r>
    </w:p>
  </w:footnote>
  <w:footnote w:type="continuationSeparator" w:id="0">
    <w:p w14:paraId="2095EDD1" w14:textId="77777777" w:rsidR="00E17348" w:rsidRDefault="00E173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E811" w14:textId="77777777" w:rsidR="002D5361" w:rsidRDefault="00000000">
    <w:pPr>
      <w:pStyle w:val="Header"/>
      <w:jc w:val="right"/>
    </w:pPr>
    <w:r>
      <w:rPr>
        <w:rFonts w:eastAsia="맑은 고딕"/>
        <w:color w:val="666666"/>
        <w:sz w:val="15"/>
      </w:rPr>
      <w:t>Supplementary Information | Korean balanced regional development studies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66156195">
    <w:abstractNumId w:val="8"/>
  </w:num>
  <w:num w:numId="2" w16cid:durableId="1199121343">
    <w:abstractNumId w:val="6"/>
  </w:num>
  <w:num w:numId="3" w16cid:durableId="315572159">
    <w:abstractNumId w:val="5"/>
  </w:num>
  <w:num w:numId="4" w16cid:durableId="1955018025">
    <w:abstractNumId w:val="4"/>
  </w:num>
  <w:num w:numId="5" w16cid:durableId="1406417266">
    <w:abstractNumId w:val="7"/>
  </w:num>
  <w:num w:numId="6" w16cid:durableId="355346494">
    <w:abstractNumId w:val="3"/>
  </w:num>
  <w:num w:numId="7" w16cid:durableId="842162461">
    <w:abstractNumId w:val="2"/>
  </w:num>
  <w:num w:numId="8" w16cid:durableId="986282788">
    <w:abstractNumId w:val="1"/>
  </w:num>
  <w:num w:numId="9" w16cid:durableId="8859953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13F47"/>
    <w:rsid w:val="0029639D"/>
    <w:rsid w:val="002D5361"/>
    <w:rsid w:val="00326F90"/>
    <w:rsid w:val="003417A0"/>
    <w:rsid w:val="004A44DD"/>
    <w:rsid w:val="00685B43"/>
    <w:rsid w:val="00AA1D8D"/>
    <w:rsid w:val="00B33902"/>
    <w:rsid w:val="00B47730"/>
    <w:rsid w:val="00B507BB"/>
    <w:rsid w:val="00C8092D"/>
    <w:rsid w:val="00CB0664"/>
    <w:rsid w:val="00DF0BFE"/>
    <w:rsid w:val="00E173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379F0FF"/>
  <w14:defaultImageDpi w14:val="300"/>
  <w15:docId w15:val="{3C2DF15F-6DAF-4A4D-A674-DCAE0A3F4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eastAsia="Times New Roman" w:hAnsi="Times New Roman"/>
      <w:sz w:val="21"/>
    </w:rPr>
  </w:style>
  <w:style w:type="paragraph" w:styleId="Heading1">
    <w:name w:val="heading 1"/>
    <w:basedOn w:val="Normal"/>
    <w:next w:val="Normal"/>
    <w:link w:val="Heading1Char"/>
    <w:uiPriority w:val="9"/>
    <w:qFormat/>
    <w:rsid w:val="00FC693F"/>
    <w:pPr>
      <w:keepNext/>
      <w:keepLines/>
      <w:spacing w:before="280" w:after="120"/>
      <w:outlineLvl w:val="0"/>
    </w:pPr>
    <w:rPr>
      <w:rFonts w:asciiTheme="majorHAnsi" w:eastAsiaTheme="majorEastAsia" w:hAnsiTheme="majorHAnsi" w:cstheme="majorBid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Theme="majorHAnsi" w:eastAsiaTheme="majorEastAsia" w:hAnsiTheme="majorHAnsi" w:cstheme="majorBidi"/>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Caption">
    <w:name w:val="Table Caption"/>
    <w:pPr>
      <w:keepNext/>
      <w:spacing w:before="140" w:after="60"/>
    </w:pPr>
    <w:rPr>
      <w:rFonts w:ascii="Times New Roman" w:hAnsi="Times New Roman"/>
      <w:b/>
      <w:sz w:val="19"/>
    </w:rPr>
  </w:style>
  <w:style w:type="paragraph" w:customStyle="1" w:styleId="FigureCaption">
    <w:name w:val="Figure Caption"/>
    <w:pPr>
      <w:keepLines/>
      <w:spacing w:before="60" w:after="140"/>
    </w:pPr>
    <w:rPr>
      <w:rFonts w:ascii="Times New Roman" w:hAnsi="Times New Roman"/>
      <w:sz w:val="18"/>
    </w:rPr>
  </w:style>
  <w:style w:type="paragraph" w:customStyle="1" w:styleId="References">
    <w:name w:val="References"/>
    <w:pPr>
      <w:spacing w:after="60" w:line="240" w:lineRule="auto"/>
      <w:ind w:left="369" w:hanging="369"/>
    </w:pPr>
    <w:rPr>
      <w:rFonts w:ascii="Times New Roman" w:hAnsi="Times New Roman"/>
      <w:sz w:val="18"/>
    </w:rPr>
  </w:style>
  <w:style w:type="character" w:styleId="Hyperlink">
    <w:name w:val="Hyperlink"/>
    <w:basedOn w:val="DefaultParagraphFont"/>
    <w:uiPriority w:val="99"/>
    <w:unhideWhenUsed/>
    <w:rsid w:val="00213F47"/>
    <w:rPr>
      <w:color w:val="0000FF" w:themeColor="hyperlink"/>
      <w:u w:val="single"/>
    </w:rPr>
  </w:style>
  <w:style w:type="character" w:styleId="UnresolvedMention">
    <w:name w:val="Unresolved Mention"/>
    <w:basedOn w:val="DefaultParagraphFont"/>
    <w:uiPriority w:val="99"/>
    <w:semiHidden/>
    <w:unhideWhenUsed/>
    <w:rsid w:val="00213F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19</Pages>
  <Words>5513</Words>
  <Characters>31430</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Online Resource 1 — corpus-screening-synchronized version</dc:title>
  <dc:subject>Scientometrics submission material</dc:subject>
  <dc:creator/>
  <cp:keywords/>
  <dc:description/>
  <cp:lastModifiedBy>HS Kim</cp:lastModifiedBy>
  <cp:revision>5</cp:revision>
  <dcterms:created xsi:type="dcterms:W3CDTF">2013-12-23T23:15:00Z</dcterms:created>
  <dcterms:modified xsi:type="dcterms:W3CDTF">2026-09-12T12:35:00Z</dcterms:modified>
  <cp:category/>
  <dc:identifier/>
  <dc:language/>
</cp:coreProperties>
</file>