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774C" w14:textId="4483F75F" w:rsidR="00B15F14" w:rsidRPr="00B15F14" w:rsidRDefault="00B15F14" w:rsidP="00B15F14">
      <w:pPr>
        <w:pStyle w:val="TESupportingInformation"/>
        <w:spacing w:after="0"/>
        <w:ind w:firstLine="0"/>
        <w:rPr>
          <w:rFonts w:ascii="Times New Roman" w:hAnsi="Times New Roman"/>
          <w:b/>
          <w:lang w:val="pt-BR"/>
        </w:rPr>
      </w:pPr>
      <w:r w:rsidRPr="00B15F14">
        <w:rPr>
          <w:rFonts w:ascii="Times New Roman" w:hAnsi="Times New Roman"/>
          <w:b/>
          <w:lang w:val="pt-BR"/>
        </w:rPr>
        <w:t xml:space="preserve">XIII. </w:t>
      </w:r>
      <w:r>
        <w:rPr>
          <w:rFonts w:ascii="Times New Roman" w:hAnsi="Times New Roman"/>
          <w:b/>
          <w:lang w:val="pt-BR"/>
        </w:rPr>
        <w:t xml:space="preserve">NMR </w:t>
      </w:r>
      <w:proofErr w:type="spellStart"/>
      <w:r>
        <w:rPr>
          <w:rFonts w:ascii="Times New Roman" w:hAnsi="Times New Roman"/>
          <w:b/>
          <w:lang w:val="pt-BR"/>
        </w:rPr>
        <w:t>Spectra</w:t>
      </w:r>
      <w:proofErr w:type="spellEnd"/>
    </w:p>
    <w:p w14:paraId="5C0559C3" w14:textId="67AE0CA1" w:rsidR="00F6282F" w:rsidRPr="00B15F14" w:rsidRDefault="00F6282F" w:rsidP="00F6282F">
      <w:pPr>
        <w:rPr>
          <w:lang w:val="pt-BR"/>
        </w:rPr>
      </w:pPr>
      <w:r w:rsidRPr="00B15F14">
        <w:rPr>
          <w:vertAlign w:val="superscript"/>
          <w:lang w:val="pt-BR"/>
        </w:rPr>
        <w:t>1</w:t>
      </w:r>
      <w:r w:rsidRPr="00B15F14">
        <w:rPr>
          <w:lang w:val="pt-BR"/>
        </w:rPr>
        <w:t>H NMR (500 MHz, CDCl</w:t>
      </w:r>
      <w:r w:rsidRPr="00B15F14">
        <w:rPr>
          <w:vertAlign w:val="subscript"/>
          <w:lang w:val="pt-BR"/>
        </w:rPr>
        <w:t>3</w:t>
      </w:r>
      <w:r w:rsidRPr="00B15F14">
        <w:rPr>
          <w:lang w:val="pt-BR"/>
        </w:rPr>
        <w:t xml:space="preserve">) for </w:t>
      </w:r>
      <w:r w:rsidRPr="00B15F14">
        <w:rPr>
          <w:rStyle w:val="Strong"/>
          <w:color w:val="000000"/>
          <w:lang w:val="pt-BR"/>
        </w:rPr>
        <w:t>S1</w:t>
      </w:r>
    </w:p>
    <w:p w14:paraId="501D5824" w14:textId="66612B2C" w:rsidR="004B09C3" w:rsidRPr="00B15F14" w:rsidRDefault="00F6282F" w:rsidP="00E1209D">
      <w:pPr>
        <w:rPr>
          <w:vertAlign w:val="superscript"/>
          <w:lang w:val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F035E3" wp14:editId="15EC65B8">
            <wp:simplePos x="0" y="0"/>
            <wp:positionH relativeFrom="column">
              <wp:posOffset>1668</wp:posOffset>
            </wp:positionH>
            <wp:positionV relativeFrom="paragraph">
              <wp:posOffset>8960</wp:posOffset>
            </wp:positionV>
            <wp:extent cx="6858000" cy="5276088"/>
            <wp:effectExtent l="0" t="0" r="0" b="1270"/>
            <wp:wrapSquare wrapText="bothSides"/>
            <wp:docPr id="1702898662" name="Picture 1702898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isoxazoleSM--1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CB399" w14:textId="19CAB223" w:rsidR="00F6282F" w:rsidRPr="00B15F14" w:rsidRDefault="00F130D6">
      <w:pPr>
        <w:spacing w:line="276" w:lineRule="auto"/>
        <w:jc w:val="left"/>
        <w:rPr>
          <w:vertAlign w:val="superscript"/>
          <w:lang w:val="pt-BR"/>
        </w:rPr>
      </w:pPr>
      <w:r>
        <w:rPr>
          <w:noProof/>
          <w:vertAlign w:val="superscript"/>
        </w:rPr>
        <w:drawing>
          <wp:anchor distT="0" distB="0" distL="114300" distR="114300" simplePos="0" relativeHeight="251658244" behindDoc="0" locked="0" layoutInCell="1" allowOverlap="1" wp14:anchorId="118A623E" wp14:editId="75718D75">
            <wp:simplePos x="0" y="0"/>
            <wp:positionH relativeFrom="column">
              <wp:posOffset>-6851071</wp:posOffset>
            </wp:positionH>
            <wp:positionV relativeFrom="paragraph">
              <wp:posOffset>64191</wp:posOffset>
            </wp:positionV>
            <wp:extent cx="1743710" cy="817245"/>
            <wp:effectExtent l="0" t="0" r="8890" b="1905"/>
            <wp:wrapNone/>
            <wp:docPr id="3246263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BE785" w14:textId="77777777" w:rsidR="00F6282F" w:rsidRPr="00B15F14" w:rsidRDefault="00F6282F">
      <w:pPr>
        <w:spacing w:line="276" w:lineRule="auto"/>
        <w:jc w:val="left"/>
        <w:rPr>
          <w:vertAlign w:val="superscript"/>
          <w:lang w:val="pt-BR"/>
        </w:rPr>
      </w:pPr>
      <w:r w:rsidRPr="00B15F14">
        <w:rPr>
          <w:vertAlign w:val="superscript"/>
          <w:lang w:val="pt-BR"/>
        </w:rPr>
        <w:br w:type="page"/>
      </w:r>
    </w:p>
    <w:p w14:paraId="609BF4CE" w14:textId="48BBAE18" w:rsidR="00382423" w:rsidRPr="00C43332" w:rsidRDefault="00F130D6" w:rsidP="00382423">
      <w:pPr>
        <w:rPr>
          <w:vertAlign w:val="superscript"/>
          <w:lang w:val="pt-BR"/>
        </w:rPr>
      </w:pPr>
      <w:r>
        <w:rPr>
          <w:noProof/>
          <w:vertAlign w:val="superscript"/>
        </w:rPr>
        <w:lastRenderedPageBreak/>
        <w:drawing>
          <wp:anchor distT="0" distB="0" distL="114300" distR="114300" simplePos="0" relativeHeight="251658245" behindDoc="0" locked="0" layoutInCell="1" allowOverlap="1" wp14:anchorId="50EC083B" wp14:editId="01A37F80">
            <wp:simplePos x="0" y="0"/>
            <wp:positionH relativeFrom="column">
              <wp:posOffset>263162</wp:posOffset>
            </wp:positionH>
            <wp:positionV relativeFrom="paragraph">
              <wp:posOffset>1024932</wp:posOffset>
            </wp:positionV>
            <wp:extent cx="1743710" cy="817245"/>
            <wp:effectExtent l="0" t="0" r="8890" b="1905"/>
            <wp:wrapNone/>
            <wp:docPr id="352610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423" w:rsidRPr="00C43332">
        <w:rPr>
          <w:vertAlign w:val="superscript"/>
          <w:lang w:val="pt-BR"/>
        </w:rPr>
        <w:t>13</w:t>
      </w:r>
      <w:r w:rsidR="00382423" w:rsidRPr="00C43332">
        <w:rPr>
          <w:lang w:val="pt-BR"/>
        </w:rPr>
        <w:t>C NMR (126 MHz, CDCl</w:t>
      </w:r>
      <w:r w:rsidR="00382423" w:rsidRPr="00C43332">
        <w:rPr>
          <w:vertAlign w:val="subscript"/>
          <w:lang w:val="pt-BR"/>
        </w:rPr>
        <w:t>3</w:t>
      </w:r>
      <w:r w:rsidR="00382423" w:rsidRPr="00C43332">
        <w:rPr>
          <w:lang w:val="pt-BR"/>
        </w:rPr>
        <w:t xml:space="preserve">) for </w:t>
      </w:r>
      <w:r w:rsidR="00382423" w:rsidRPr="00C43332">
        <w:rPr>
          <w:rStyle w:val="Strong"/>
          <w:color w:val="000000"/>
          <w:lang w:val="pt-BR"/>
        </w:rPr>
        <w:t>S</w:t>
      </w:r>
      <w:r w:rsidR="00382423" w:rsidRPr="00382423">
        <w:rPr>
          <w:noProof/>
          <w:vertAlign w:val="superscript"/>
        </w:rPr>
        <w:drawing>
          <wp:anchor distT="0" distB="0" distL="114300" distR="114300" simplePos="0" relativeHeight="251658241" behindDoc="0" locked="0" layoutInCell="1" allowOverlap="1" wp14:anchorId="2B7E53A9" wp14:editId="58EC10BA">
            <wp:simplePos x="0" y="0"/>
            <wp:positionH relativeFrom="column">
              <wp:posOffset>-108627</wp:posOffset>
            </wp:positionH>
            <wp:positionV relativeFrom="paragraph">
              <wp:posOffset>482320</wp:posOffset>
            </wp:positionV>
            <wp:extent cx="7772400" cy="5447665"/>
            <wp:effectExtent l="0" t="0" r="0" b="635"/>
            <wp:wrapSquare wrapText="bothSides"/>
            <wp:docPr id="2108908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9080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44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423" w:rsidRPr="00C43332">
        <w:rPr>
          <w:rStyle w:val="Strong"/>
          <w:color w:val="000000"/>
          <w:lang w:val="pt-BR"/>
        </w:rPr>
        <w:t>1</w:t>
      </w:r>
      <w:r w:rsidR="004B09C3" w:rsidRPr="00C43332">
        <w:rPr>
          <w:vertAlign w:val="superscript"/>
          <w:lang w:val="pt-BR"/>
        </w:rPr>
        <w:br w:type="page"/>
      </w:r>
    </w:p>
    <w:p w14:paraId="1BD6418E" w14:textId="7415289E" w:rsidR="009947A6" w:rsidRPr="00C43332" w:rsidRDefault="009947A6" w:rsidP="00F05FD2">
      <w:pPr>
        <w:spacing w:line="276" w:lineRule="auto"/>
        <w:jc w:val="left"/>
        <w:rPr>
          <w:vertAlign w:val="superscript"/>
          <w:lang w:val="pt-BR"/>
        </w:rPr>
      </w:pPr>
      <w:r w:rsidRPr="00C43332">
        <w:rPr>
          <w:vertAlign w:val="superscript"/>
          <w:lang w:val="pt-BR"/>
        </w:rPr>
        <w:lastRenderedPageBreak/>
        <w:t>1</w:t>
      </w:r>
      <w:r w:rsidRPr="00C43332">
        <w:rPr>
          <w:lang w:val="pt-BR"/>
        </w:rPr>
        <w:t>H NMR (500 MHz, CDCl</w:t>
      </w:r>
      <w:r w:rsidRPr="00C43332">
        <w:rPr>
          <w:vertAlign w:val="subscript"/>
          <w:lang w:val="pt-BR"/>
        </w:rPr>
        <w:t>3</w:t>
      </w:r>
      <w:r w:rsidRPr="00C43332">
        <w:rPr>
          <w:lang w:val="pt-BR"/>
        </w:rPr>
        <w:t xml:space="preserve">) for </w:t>
      </w:r>
      <w:r w:rsidRPr="00C43332">
        <w:rPr>
          <w:rStyle w:val="Strong"/>
          <w:color w:val="000000"/>
          <w:lang w:val="pt-BR"/>
        </w:rPr>
        <w:t>S2</w:t>
      </w:r>
    </w:p>
    <w:p w14:paraId="2D47AB28" w14:textId="45A22FCF" w:rsidR="009947A6" w:rsidRPr="00C43332" w:rsidRDefault="009947A6" w:rsidP="00F05FD2">
      <w:pPr>
        <w:spacing w:line="276" w:lineRule="auto"/>
        <w:jc w:val="left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FD1C82A" wp14:editId="31F6A3F3">
            <wp:simplePos x="0" y="0"/>
            <wp:positionH relativeFrom="column">
              <wp:posOffset>0</wp:posOffset>
            </wp:positionH>
            <wp:positionV relativeFrom="paragraph">
              <wp:posOffset>16049</wp:posOffset>
            </wp:positionV>
            <wp:extent cx="6858000" cy="5276088"/>
            <wp:effectExtent l="0" t="0" r="0" b="1270"/>
            <wp:wrapSquare wrapText="bothSides"/>
            <wp:docPr id="893397377" name="Picture 893397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.MeoPEG SMmnova--1H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C9F8F" w14:textId="7A10E419" w:rsidR="009947A6" w:rsidRPr="00C43332" w:rsidRDefault="000009B7" w:rsidP="009947A6">
      <w:pPr>
        <w:rPr>
          <w:lang w:val="pt-BR"/>
        </w:rPr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0D59F947" wp14:editId="29CB4331">
            <wp:simplePos x="0" y="0"/>
            <wp:positionH relativeFrom="column">
              <wp:posOffset>-6719172</wp:posOffset>
            </wp:positionH>
            <wp:positionV relativeFrom="paragraph">
              <wp:posOffset>66131</wp:posOffset>
            </wp:positionV>
            <wp:extent cx="2346960" cy="688975"/>
            <wp:effectExtent l="0" t="0" r="0" b="0"/>
            <wp:wrapNone/>
            <wp:docPr id="18103627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F9845E" w14:textId="77777777" w:rsidR="009947A6" w:rsidRPr="00C43332" w:rsidRDefault="009947A6" w:rsidP="009947A6">
      <w:pPr>
        <w:rPr>
          <w:lang w:val="pt-BR"/>
        </w:rPr>
      </w:pPr>
    </w:p>
    <w:p w14:paraId="75097E29" w14:textId="77777777" w:rsidR="009947A6" w:rsidRPr="00C43332" w:rsidRDefault="009947A6" w:rsidP="009947A6">
      <w:pPr>
        <w:rPr>
          <w:lang w:val="pt-BR"/>
        </w:rPr>
      </w:pPr>
    </w:p>
    <w:p w14:paraId="35913022" w14:textId="77777777" w:rsidR="009947A6" w:rsidRPr="00C43332" w:rsidRDefault="009947A6" w:rsidP="009947A6">
      <w:pPr>
        <w:rPr>
          <w:lang w:val="pt-BR"/>
        </w:rPr>
      </w:pPr>
    </w:p>
    <w:p w14:paraId="28FF6E78" w14:textId="77777777" w:rsidR="009947A6" w:rsidRPr="00C43332" w:rsidRDefault="009947A6" w:rsidP="009947A6">
      <w:pPr>
        <w:rPr>
          <w:lang w:val="pt-BR"/>
        </w:rPr>
      </w:pPr>
    </w:p>
    <w:p w14:paraId="5AA1CD52" w14:textId="77777777" w:rsidR="009947A6" w:rsidRPr="00C43332" w:rsidRDefault="009947A6" w:rsidP="009947A6">
      <w:pPr>
        <w:rPr>
          <w:lang w:val="pt-BR"/>
        </w:rPr>
      </w:pPr>
    </w:p>
    <w:p w14:paraId="415CA152" w14:textId="77777777" w:rsidR="009947A6" w:rsidRPr="00C43332" w:rsidRDefault="009947A6" w:rsidP="009947A6">
      <w:pPr>
        <w:rPr>
          <w:lang w:val="pt-BR"/>
        </w:rPr>
      </w:pPr>
    </w:p>
    <w:p w14:paraId="0240EFF7" w14:textId="77777777" w:rsidR="009947A6" w:rsidRPr="00C43332" w:rsidRDefault="009947A6" w:rsidP="009947A6">
      <w:pPr>
        <w:rPr>
          <w:lang w:val="pt-BR"/>
        </w:rPr>
      </w:pPr>
    </w:p>
    <w:p w14:paraId="64AB7A31" w14:textId="77777777" w:rsidR="009947A6" w:rsidRPr="00C43332" w:rsidRDefault="009947A6" w:rsidP="009947A6">
      <w:pPr>
        <w:rPr>
          <w:lang w:val="pt-BR"/>
        </w:rPr>
      </w:pPr>
    </w:p>
    <w:p w14:paraId="1E52CFC4" w14:textId="77777777" w:rsidR="009947A6" w:rsidRPr="00C43332" w:rsidRDefault="009947A6" w:rsidP="009947A6">
      <w:pPr>
        <w:rPr>
          <w:lang w:val="pt-BR"/>
        </w:rPr>
      </w:pPr>
    </w:p>
    <w:p w14:paraId="1B26B38F" w14:textId="77777777" w:rsidR="009947A6" w:rsidRPr="00C43332" w:rsidRDefault="009947A6" w:rsidP="009947A6">
      <w:pPr>
        <w:rPr>
          <w:lang w:val="pt-BR"/>
        </w:rPr>
      </w:pPr>
    </w:p>
    <w:p w14:paraId="78432BA5" w14:textId="77777777" w:rsidR="009947A6" w:rsidRPr="00C43332" w:rsidRDefault="009947A6" w:rsidP="00F05FD2">
      <w:pPr>
        <w:spacing w:line="276" w:lineRule="auto"/>
        <w:jc w:val="left"/>
        <w:rPr>
          <w:lang w:val="pt-BR"/>
        </w:rPr>
      </w:pPr>
    </w:p>
    <w:p w14:paraId="29C1F37C" w14:textId="7943E28F" w:rsidR="009947A6" w:rsidRPr="00C43332" w:rsidRDefault="009947A6" w:rsidP="009947A6">
      <w:pPr>
        <w:tabs>
          <w:tab w:val="left" w:pos="1139"/>
        </w:tabs>
        <w:spacing w:line="276" w:lineRule="auto"/>
        <w:jc w:val="left"/>
        <w:rPr>
          <w:lang w:val="pt-BR"/>
        </w:rPr>
      </w:pPr>
      <w:r w:rsidRPr="00C43332">
        <w:rPr>
          <w:lang w:val="pt-BR"/>
        </w:rPr>
        <w:tab/>
      </w:r>
    </w:p>
    <w:p w14:paraId="3C578E4C" w14:textId="77777777" w:rsidR="009947A6" w:rsidRPr="00C43332" w:rsidRDefault="009947A6">
      <w:pPr>
        <w:spacing w:line="276" w:lineRule="auto"/>
        <w:jc w:val="left"/>
        <w:rPr>
          <w:lang w:val="pt-BR"/>
        </w:rPr>
      </w:pPr>
      <w:r w:rsidRPr="00C43332">
        <w:rPr>
          <w:lang w:val="pt-BR"/>
        </w:rPr>
        <w:br w:type="page"/>
      </w:r>
    </w:p>
    <w:p w14:paraId="60625AD2" w14:textId="4CBDA81A" w:rsidR="00F130D6" w:rsidRPr="00C43332" w:rsidRDefault="00F130D6" w:rsidP="00F130D6">
      <w:pPr>
        <w:rPr>
          <w:lang w:val="pt-BR"/>
        </w:rPr>
      </w:pPr>
      <w:r w:rsidRPr="00C43332">
        <w:rPr>
          <w:vertAlign w:val="superscript"/>
          <w:lang w:val="pt-BR"/>
        </w:rPr>
        <w:lastRenderedPageBreak/>
        <w:t>13</w:t>
      </w:r>
      <w:r w:rsidRPr="00C43332">
        <w:rPr>
          <w:lang w:val="pt-BR"/>
        </w:rPr>
        <w:t>C NMR (126 MHz, CDCl</w:t>
      </w:r>
      <w:r w:rsidRPr="00C43332">
        <w:rPr>
          <w:vertAlign w:val="subscript"/>
          <w:lang w:val="pt-BR"/>
        </w:rPr>
        <w:t>3</w:t>
      </w:r>
      <w:r w:rsidRPr="00C43332">
        <w:rPr>
          <w:lang w:val="pt-BR"/>
        </w:rPr>
        <w:t xml:space="preserve">) for </w:t>
      </w:r>
      <w:r w:rsidRPr="00C43332">
        <w:rPr>
          <w:rStyle w:val="Strong"/>
          <w:color w:val="000000"/>
          <w:lang w:val="pt-BR"/>
        </w:rPr>
        <w:t>S2</w:t>
      </w:r>
    </w:p>
    <w:p w14:paraId="6BECDF6A" w14:textId="5BD9B874" w:rsidR="009947A6" w:rsidRPr="00C43332" w:rsidRDefault="00F130D6" w:rsidP="009947A6">
      <w:pPr>
        <w:tabs>
          <w:tab w:val="left" w:pos="1139"/>
        </w:tabs>
        <w:spacing w:line="276" w:lineRule="auto"/>
        <w:jc w:val="left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2C21DF53" wp14:editId="3126B277">
            <wp:simplePos x="0" y="0"/>
            <wp:positionH relativeFrom="column">
              <wp:posOffset>1305</wp:posOffset>
            </wp:positionH>
            <wp:positionV relativeFrom="paragraph">
              <wp:posOffset>261131</wp:posOffset>
            </wp:positionV>
            <wp:extent cx="6858635" cy="5273675"/>
            <wp:effectExtent l="0" t="0" r="0" b="3175"/>
            <wp:wrapSquare wrapText="bothSides"/>
            <wp:docPr id="4261082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4512A" w14:textId="77777777" w:rsidR="000009B7" w:rsidRPr="00C43332" w:rsidRDefault="000009B7" w:rsidP="00F05FD2">
      <w:pPr>
        <w:spacing w:line="276" w:lineRule="auto"/>
        <w:jc w:val="left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432" behindDoc="0" locked="0" layoutInCell="1" allowOverlap="1" wp14:anchorId="636AC056" wp14:editId="5B5F5BCD">
            <wp:simplePos x="0" y="0"/>
            <wp:positionH relativeFrom="column">
              <wp:posOffset>-6791415</wp:posOffset>
            </wp:positionH>
            <wp:positionV relativeFrom="paragraph">
              <wp:posOffset>427222</wp:posOffset>
            </wp:positionV>
            <wp:extent cx="2346960" cy="668878"/>
            <wp:effectExtent l="0" t="0" r="0" b="0"/>
            <wp:wrapNone/>
            <wp:docPr id="84507340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668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B2CCE" w14:textId="77777777" w:rsidR="000009B7" w:rsidRPr="00C43332" w:rsidRDefault="000009B7" w:rsidP="000009B7">
      <w:pPr>
        <w:rPr>
          <w:lang w:val="pt-BR"/>
        </w:rPr>
      </w:pPr>
    </w:p>
    <w:p w14:paraId="2F135F9F" w14:textId="77777777" w:rsidR="000009B7" w:rsidRPr="00C43332" w:rsidRDefault="000009B7" w:rsidP="000009B7">
      <w:pPr>
        <w:rPr>
          <w:lang w:val="pt-BR"/>
        </w:rPr>
      </w:pPr>
    </w:p>
    <w:p w14:paraId="08A94D3B" w14:textId="77777777" w:rsidR="000009B7" w:rsidRPr="00C43332" w:rsidRDefault="000009B7" w:rsidP="000009B7">
      <w:pPr>
        <w:rPr>
          <w:lang w:val="pt-BR"/>
        </w:rPr>
      </w:pPr>
    </w:p>
    <w:p w14:paraId="634DC76B" w14:textId="77777777" w:rsidR="000009B7" w:rsidRPr="00C43332" w:rsidRDefault="000009B7" w:rsidP="000009B7">
      <w:pPr>
        <w:rPr>
          <w:lang w:val="pt-BR"/>
        </w:rPr>
      </w:pPr>
    </w:p>
    <w:p w14:paraId="1BC9A9CF" w14:textId="77777777" w:rsidR="000009B7" w:rsidRPr="00C43332" w:rsidRDefault="000009B7" w:rsidP="000009B7">
      <w:pPr>
        <w:rPr>
          <w:lang w:val="pt-BR"/>
        </w:rPr>
      </w:pPr>
    </w:p>
    <w:p w14:paraId="42873B1B" w14:textId="77777777" w:rsidR="000009B7" w:rsidRPr="00C43332" w:rsidRDefault="000009B7" w:rsidP="000009B7">
      <w:pPr>
        <w:rPr>
          <w:lang w:val="pt-BR"/>
        </w:rPr>
      </w:pPr>
    </w:p>
    <w:p w14:paraId="08260B73" w14:textId="77777777" w:rsidR="000009B7" w:rsidRPr="00C43332" w:rsidRDefault="000009B7" w:rsidP="000009B7">
      <w:pPr>
        <w:rPr>
          <w:lang w:val="pt-BR"/>
        </w:rPr>
      </w:pPr>
    </w:p>
    <w:p w14:paraId="16659130" w14:textId="77777777" w:rsidR="000009B7" w:rsidRPr="00C43332" w:rsidRDefault="000009B7" w:rsidP="000009B7">
      <w:pPr>
        <w:rPr>
          <w:lang w:val="pt-BR"/>
        </w:rPr>
      </w:pPr>
    </w:p>
    <w:p w14:paraId="254FD838" w14:textId="77777777" w:rsidR="000009B7" w:rsidRPr="00C43332" w:rsidRDefault="000009B7" w:rsidP="000009B7">
      <w:pPr>
        <w:rPr>
          <w:lang w:val="pt-BR"/>
        </w:rPr>
      </w:pPr>
    </w:p>
    <w:p w14:paraId="79DB37C9" w14:textId="77777777" w:rsidR="000009B7" w:rsidRPr="00C43332" w:rsidRDefault="000009B7" w:rsidP="000009B7">
      <w:pPr>
        <w:rPr>
          <w:lang w:val="pt-BR"/>
        </w:rPr>
      </w:pPr>
    </w:p>
    <w:p w14:paraId="6C4CB9D0" w14:textId="77777777" w:rsidR="000009B7" w:rsidRPr="00C43332" w:rsidRDefault="000009B7" w:rsidP="00F05FD2">
      <w:pPr>
        <w:spacing w:line="276" w:lineRule="auto"/>
        <w:jc w:val="left"/>
        <w:rPr>
          <w:lang w:val="pt-BR"/>
        </w:rPr>
      </w:pPr>
    </w:p>
    <w:p w14:paraId="3AD4C343" w14:textId="08652C18" w:rsidR="000009B7" w:rsidRPr="00C43332" w:rsidRDefault="000009B7" w:rsidP="000009B7">
      <w:pPr>
        <w:spacing w:line="276" w:lineRule="auto"/>
        <w:jc w:val="center"/>
        <w:rPr>
          <w:lang w:val="pt-BR"/>
        </w:rPr>
      </w:pPr>
    </w:p>
    <w:p w14:paraId="2C594F64" w14:textId="77777777" w:rsidR="000009B7" w:rsidRPr="00C43332" w:rsidRDefault="000009B7">
      <w:pPr>
        <w:spacing w:line="276" w:lineRule="auto"/>
        <w:jc w:val="left"/>
        <w:rPr>
          <w:lang w:val="pt-BR"/>
        </w:rPr>
      </w:pPr>
      <w:r w:rsidRPr="00C43332">
        <w:rPr>
          <w:lang w:val="pt-BR"/>
        </w:rPr>
        <w:br w:type="page"/>
      </w:r>
    </w:p>
    <w:p w14:paraId="175DE69F" w14:textId="2367395E" w:rsidR="000009B7" w:rsidRPr="00C43332" w:rsidRDefault="00CD19F8" w:rsidP="00CD19F8">
      <w:pPr>
        <w:rPr>
          <w:lang w:val="pt-BR"/>
        </w:rPr>
      </w:pPr>
      <w:r w:rsidRPr="00C43332">
        <w:rPr>
          <w:vertAlign w:val="superscript"/>
          <w:lang w:val="pt-BR"/>
        </w:rPr>
        <w:lastRenderedPageBreak/>
        <w:t>1</w:t>
      </w:r>
      <w:r w:rsidRPr="00C43332">
        <w:rPr>
          <w:lang w:val="pt-BR"/>
        </w:rPr>
        <w:t>H NMR (500 MHz, CDCl</w:t>
      </w:r>
      <w:r w:rsidRPr="00C43332">
        <w:rPr>
          <w:vertAlign w:val="subscript"/>
          <w:lang w:val="pt-BR"/>
        </w:rPr>
        <w:t>3</w:t>
      </w:r>
      <w:r w:rsidRPr="00C43332">
        <w:rPr>
          <w:lang w:val="pt-BR"/>
        </w:rPr>
        <w:t xml:space="preserve">) for </w:t>
      </w:r>
      <w:r w:rsidRPr="00C43332">
        <w:rPr>
          <w:b/>
          <w:lang w:val="pt-BR"/>
        </w:rPr>
        <w:t>S3</w:t>
      </w:r>
      <w:r w:rsidR="00F2659F" w:rsidRPr="00C43332">
        <w:rPr>
          <w:lang w:val="pt-BR"/>
        </w:rPr>
        <w:tab/>
      </w:r>
    </w:p>
    <w:p w14:paraId="02B67B96" w14:textId="77777777" w:rsidR="00CD19F8" w:rsidRPr="00C43332" w:rsidRDefault="00F2659F" w:rsidP="00F05FD2">
      <w:pPr>
        <w:spacing w:line="276" w:lineRule="auto"/>
        <w:jc w:val="left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433A00B2" wp14:editId="4DEA667C">
            <wp:simplePos x="0" y="0"/>
            <wp:positionH relativeFrom="column">
              <wp:posOffset>2310</wp:posOffset>
            </wp:positionH>
            <wp:positionV relativeFrom="paragraph">
              <wp:posOffset>13349</wp:posOffset>
            </wp:positionV>
            <wp:extent cx="6858635" cy="5273675"/>
            <wp:effectExtent l="0" t="0" r="0" b="3175"/>
            <wp:wrapSquare wrapText="bothSides"/>
            <wp:docPr id="1966007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0DB5A" w14:textId="356967BD" w:rsidR="00CD19F8" w:rsidRPr="00C43332" w:rsidRDefault="00D01467" w:rsidP="00CD19F8">
      <w:pPr>
        <w:rPr>
          <w:lang w:val="pt-BR"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00788D2E" wp14:editId="218C3BF2">
            <wp:simplePos x="0" y="0"/>
            <wp:positionH relativeFrom="column">
              <wp:posOffset>-6721712</wp:posOffset>
            </wp:positionH>
            <wp:positionV relativeFrom="paragraph">
              <wp:posOffset>105689</wp:posOffset>
            </wp:positionV>
            <wp:extent cx="1957070" cy="780415"/>
            <wp:effectExtent l="0" t="0" r="5080" b="635"/>
            <wp:wrapNone/>
            <wp:docPr id="17844409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6D835" w14:textId="77777777" w:rsidR="00CD19F8" w:rsidRPr="00C43332" w:rsidRDefault="00CD19F8" w:rsidP="00CD19F8">
      <w:pPr>
        <w:rPr>
          <w:lang w:val="pt-BR"/>
        </w:rPr>
      </w:pPr>
    </w:p>
    <w:p w14:paraId="12DEEBDE" w14:textId="77777777" w:rsidR="00CD19F8" w:rsidRPr="00C43332" w:rsidRDefault="00CD19F8" w:rsidP="00CD19F8">
      <w:pPr>
        <w:rPr>
          <w:lang w:val="pt-BR"/>
        </w:rPr>
      </w:pPr>
    </w:p>
    <w:p w14:paraId="0B10EAA6" w14:textId="77777777" w:rsidR="00CD19F8" w:rsidRPr="00C43332" w:rsidRDefault="00CD19F8" w:rsidP="00CD19F8">
      <w:pPr>
        <w:rPr>
          <w:lang w:val="pt-BR"/>
        </w:rPr>
      </w:pPr>
    </w:p>
    <w:p w14:paraId="4F1186CD" w14:textId="77777777" w:rsidR="00CD19F8" w:rsidRPr="00C43332" w:rsidRDefault="00CD19F8" w:rsidP="00CD19F8">
      <w:pPr>
        <w:rPr>
          <w:lang w:val="pt-BR"/>
        </w:rPr>
      </w:pPr>
    </w:p>
    <w:p w14:paraId="71995F9A" w14:textId="77777777" w:rsidR="00CD19F8" w:rsidRPr="00C43332" w:rsidRDefault="00CD19F8" w:rsidP="00CD19F8">
      <w:pPr>
        <w:rPr>
          <w:lang w:val="pt-BR"/>
        </w:rPr>
      </w:pPr>
    </w:p>
    <w:p w14:paraId="1C6184D6" w14:textId="77777777" w:rsidR="00CD19F8" w:rsidRPr="00C43332" w:rsidRDefault="00CD19F8" w:rsidP="00CD19F8">
      <w:pPr>
        <w:rPr>
          <w:lang w:val="pt-BR"/>
        </w:rPr>
      </w:pPr>
    </w:p>
    <w:p w14:paraId="626A8D36" w14:textId="77777777" w:rsidR="00CD19F8" w:rsidRPr="00C43332" w:rsidRDefault="00CD19F8" w:rsidP="00CD19F8">
      <w:pPr>
        <w:rPr>
          <w:lang w:val="pt-BR"/>
        </w:rPr>
      </w:pPr>
    </w:p>
    <w:p w14:paraId="34F0463F" w14:textId="77777777" w:rsidR="00CD19F8" w:rsidRPr="00C43332" w:rsidRDefault="00CD19F8" w:rsidP="00CD19F8">
      <w:pPr>
        <w:rPr>
          <w:lang w:val="pt-BR"/>
        </w:rPr>
      </w:pPr>
    </w:p>
    <w:p w14:paraId="70AF1C70" w14:textId="77777777" w:rsidR="00CD19F8" w:rsidRPr="00C43332" w:rsidRDefault="00CD19F8" w:rsidP="00CD19F8">
      <w:pPr>
        <w:rPr>
          <w:lang w:val="pt-BR"/>
        </w:rPr>
      </w:pPr>
    </w:p>
    <w:p w14:paraId="022236DA" w14:textId="77777777" w:rsidR="00CD19F8" w:rsidRPr="00C43332" w:rsidRDefault="00CD19F8" w:rsidP="00CD19F8">
      <w:pPr>
        <w:rPr>
          <w:lang w:val="pt-BR"/>
        </w:rPr>
      </w:pPr>
    </w:p>
    <w:p w14:paraId="6C8A241A" w14:textId="77777777" w:rsidR="00CD19F8" w:rsidRPr="00C43332" w:rsidRDefault="00CD19F8" w:rsidP="00F05FD2">
      <w:pPr>
        <w:spacing w:line="276" w:lineRule="auto"/>
        <w:jc w:val="left"/>
        <w:rPr>
          <w:lang w:val="pt-BR"/>
        </w:rPr>
      </w:pPr>
    </w:p>
    <w:p w14:paraId="7E43A13F" w14:textId="602AA560" w:rsidR="00CD19F8" w:rsidRPr="00C43332" w:rsidRDefault="00CD19F8" w:rsidP="00CD19F8">
      <w:pPr>
        <w:spacing w:line="276" w:lineRule="auto"/>
        <w:jc w:val="center"/>
        <w:rPr>
          <w:lang w:val="pt-BR"/>
        </w:rPr>
      </w:pPr>
    </w:p>
    <w:p w14:paraId="1E938ECB" w14:textId="7D439F86" w:rsidR="00D01467" w:rsidRPr="00C43332" w:rsidRDefault="00D01467" w:rsidP="00D01467">
      <w:pPr>
        <w:rPr>
          <w:lang w:val="pt-BR"/>
        </w:rPr>
      </w:pPr>
      <w:r w:rsidRPr="00C43332">
        <w:rPr>
          <w:vertAlign w:val="superscript"/>
          <w:lang w:val="pt-BR"/>
        </w:rPr>
        <w:t xml:space="preserve">                        </w:t>
      </w:r>
      <w:r w:rsidRPr="00C43332">
        <w:rPr>
          <w:vertAlign w:val="superscript"/>
          <w:lang w:val="pt-BR"/>
        </w:rPr>
        <w:lastRenderedPageBreak/>
        <w:t>13</w:t>
      </w:r>
      <w:r w:rsidRPr="00C43332">
        <w:rPr>
          <w:lang w:val="pt-BR"/>
        </w:rPr>
        <w:t>C NMR (126 MHz, CDCl</w:t>
      </w:r>
      <w:r w:rsidRPr="00C43332">
        <w:rPr>
          <w:vertAlign w:val="subscript"/>
          <w:lang w:val="pt-BR"/>
        </w:rPr>
        <w:t>3</w:t>
      </w:r>
      <w:r w:rsidRPr="00C43332">
        <w:rPr>
          <w:lang w:val="pt-BR"/>
        </w:rPr>
        <w:t xml:space="preserve">) for </w:t>
      </w:r>
      <w:r w:rsidRPr="00C43332">
        <w:rPr>
          <w:b/>
          <w:lang w:val="pt-BR"/>
        </w:rPr>
        <w:t>S3</w:t>
      </w:r>
    </w:p>
    <w:p w14:paraId="5F17374E" w14:textId="4DFF262D" w:rsidR="00CD19F8" w:rsidRPr="00C43332" w:rsidRDefault="00D01467">
      <w:pPr>
        <w:spacing w:line="276" w:lineRule="auto"/>
        <w:jc w:val="left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434" behindDoc="0" locked="0" layoutInCell="1" allowOverlap="1" wp14:anchorId="50686F67" wp14:editId="7ABA6AD3">
            <wp:simplePos x="0" y="0"/>
            <wp:positionH relativeFrom="column">
              <wp:posOffset>-6722347</wp:posOffset>
            </wp:positionH>
            <wp:positionV relativeFrom="paragraph">
              <wp:posOffset>481686</wp:posOffset>
            </wp:positionV>
            <wp:extent cx="1957070" cy="780415"/>
            <wp:effectExtent l="0" t="0" r="5080" b="635"/>
            <wp:wrapNone/>
            <wp:docPr id="142792569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433" behindDoc="0" locked="0" layoutInCell="1" allowOverlap="1" wp14:anchorId="33F86EBD" wp14:editId="7451A1D5">
            <wp:simplePos x="0" y="0"/>
            <wp:positionH relativeFrom="column">
              <wp:posOffset>1905</wp:posOffset>
            </wp:positionH>
            <wp:positionV relativeFrom="paragraph">
              <wp:posOffset>88802</wp:posOffset>
            </wp:positionV>
            <wp:extent cx="6858635" cy="5273675"/>
            <wp:effectExtent l="0" t="0" r="0" b="3175"/>
            <wp:wrapSquare wrapText="bothSides"/>
            <wp:docPr id="146764690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19F8" w:rsidRPr="00C43332">
        <w:rPr>
          <w:lang w:val="pt-BR"/>
        </w:rPr>
        <w:br w:type="page"/>
      </w:r>
    </w:p>
    <w:p w14:paraId="30A9C7FA" w14:textId="478A97F8" w:rsidR="0015558F" w:rsidRPr="00C43332" w:rsidRDefault="0015558F" w:rsidP="0015558F">
      <w:pPr>
        <w:rPr>
          <w:lang w:val="pt-BR"/>
        </w:rPr>
      </w:pPr>
      <w:r w:rsidRPr="00C43332">
        <w:rPr>
          <w:vertAlign w:val="superscript"/>
          <w:lang w:val="pt-BR"/>
        </w:rPr>
        <w:lastRenderedPageBreak/>
        <w:t>1</w:t>
      </w:r>
      <w:r w:rsidRPr="00C43332">
        <w:rPr>
          <w:lang w:val="pt-BR"/>
        </w:rPr>
        <w:t>H NMR (500 MHz, CDCl</w:t>
      </w:r>
      <w:r w:rsidRPr="00C43332">
        <w:rPr>
          <w:vertAlign w:val="subscript"/>
          <w:lang w:val="pt-BR"/>
        </w:rPr>
        <w:t>3</w:t>
      </w:r>
      <w:r w:rsidRPr="00C43332">
        <w:rPr>
          <w:lang w:val="pt-BR"/>
        </w:rPr>
        <w:t xml:space="preserve">) for </w:t>
      </w:r>
      <w:r w:rsidRPr="00C43332">
        <w:rPr>
          <w:b/>
          <w:lang w:val="pt-BR"/>
        </w:rPr>
        <w:t>S4</w:t>
      </w:r>
    </w:p>
    <w:p w14:paraId="61C008CA" w14:textId="77777777" w:rsidR="006967B1" w:rsidRPr="00C43332" w:rsidRDefault="0015558F" w:rsidP="00F05FD2">
      <w:pPr>
        <w:spacing w:line="276" w:lineRule="auto"/>
        <w:jc w:val="left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441" behindDoc="0" locked="0" layoutInCell="1" allowOverlap="1" wp14:anchorId="76326F1E" wp14:editId="5CA129FF">
            <wp:simplePos x="0" y="0"/>
            <wp:positionH relativeFrom="column">
              <wp:posOffset>1905</wp:posOffset>
            </wp:positionH>
            <wp:positionV relativeFrom="paragraph">
              <wp:posOffset>12951</wp:posOffset>
            </wp:positionV>
            <wp:extent cx="6858635" cy="5273675"/>
            <wp:effectExtent l="0" t="0" r="0" b="3175"/>
            <wp:wrapSquare wrapText="bothSides"/>
            <wp:docPr id="180114430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5DF7FD" w14:textId="6C5D65E5" w:rsidR="006967B1" w:rsidRPr="00C43332" w:rsidRDefault="00576A28" w:rsidP="006967B1">
      <w:pPr>
        <w:rPr>
          <w:lang w:val="pt-BR"/>
        </w:rPr>
      </w:pPr>
      <w:r>
        <w:rPr>
          <w:noProof/>
        </w:rPr>
        <w:drawing>
          <wp:anchor distT="0" distB="0" distL="114300" distR="114300" simplePos="0" relativeHeight="251658443" behindDoc="0" locked="0" layoutInCell="1" allowOverlap="1" wp14:anchorId="003A2F3D" wp14:editId="09FE8460">
            <wp:simplePos x="0" y="0"/>
            <wp:positionH relativeFrom="column">
              <wp:posOffset>-6741809</wp:posOffset>
            </wp:positionH>
            <wp:positionV relativeFrom="paragraph">
              <wp:posOffset>105689</wp:posOffset>
            </wp:positionV>
            <wp:extent cx="1938655" cy="817245"/>
            <wp:effectExtent l="0" t="0" r="4445" b="1905"/>
            <wp:wrapNone/>
            <wp:docPr id="198328185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C2FD9" w14:textId="77777777" w:rsidR="006967B1" w:rsidRPr="00C43332" w:rsidRDefault="006967B1" w:rsidP="006967B1">
      <w:pPr>
        <w:rPr>
          <w:lang w:val="pt-BR"/>
        </w:rPr>
      </w:pPr>
    </w:p>
    <w:p w14:paraId="42BD9AA4" w14:textId="77777777" w:rsidR="006967B1" w:rsidRPr="00C43332" w:rsidRDefault="006967B1" w:rsidP="006967B1">
      <w:pPr>
        <w:rPr>
          <w:lang w:val="pt-BR"/>
        </w:rPr>
      </w:pPr>
    </w:p>
    <w:p w14:paraId="4D6ABDEE" w14:textId="77777777" w:rsidR="006967B1" w:rsidRPr="00C43332" w:rsidRDefault="006967B1" w:rsidP="006967B1">
      <w:pPr>
        <w:rPr>
          <w:lang w:val="pt-BR"/>
        </w:rPr>
      </w:pPr>
    </w:p>
    <w:p w14:paraId="4A739FF4" w14:textId="77777777" w:rsidR="006967B1" w:rsidRPr="00C43332" w:rsidRDefault="006967B1" w:rsidP="006967B1">
      <w:pPr>
        <w:rPr>
          <w:lang w:val="pt-BR"/>
        </w:rPr>
      </w:pPr>
    </w:p>
    <w:p w14:paraId="42D4668C" w14:textId="77777777" w:rsidR="006967B1" w:rsidRPr="00C43332" w:rsidRDefault="006967B1" w:rsidP="006967B1">
      <w:pPr>
        <w:rPr>
          <w:lang w:val="pt-BR"/>
        </w:rPr>
      </w:pPr>
    </w:p>
    <w:p w14:paraId="5DAB4252" w14:textId="77777777" w:rsidR="006967B1" w:rsidRPr="00C43332" w:rsidRDefault="006967B1" w:rsidP="006967B1">
      <w:pPr>
        <w:rPr>
          <w:lang w:val="pt-BR"/>
        </w:rPr>
      </w:pPr>
    </w:p>
    <w:p w14:paraId="67A3BB6B" w14:textId="77777777" w:rsidR="006967B1" w:rsidRPr="00C43332" w:rsidRDefault="006967B1" w:rsidP="006967B1">
      <w:pPr>
        <w:rPr>
          <w:lang w:val="pt-BR"/>
        </w:rPr>
      </w:pPr>
    </w:p>
    <w:p w14:paraId="04F9F758" w14:textId="77777777" w:rsidR="006967B1" w:rsidRPr="00C43332" w:rsidRDefault="006967B1" w:rsidP="006967B1">
      <w:pPr>
        <w:rPr>
          <w:lang w:val="pt-BR"/>
        </w:rPr>
      </w:pPr>
    </w:p>
    <w:p w14:paraId="06C7193F" w14:textId="77777777" w:rsidR="006967B1" w:rsidRPr="00C43332" w:rsidRDefault="006967B1" w:rsidP="006967B1">
      <w:pPr>
        <w:rPr>
          <w:lang w:val="pt-BR"/>
        </w:rPr>
      </w:pPr>
    </w:p>
    <w:p w14:paraId="32C3F0C5" w14:textId="77777777" w:rsidR="006967B1" w:rsidRPr="00C43332" w:rsidRDefault="006967B1" w:rsidP="00F05FD2">
      <w:pPr>
        <w:spacing w:line="276" w:lineRule="auto"/>
        <w:jc w:val="left"/>
        <w:rPr>
          <w:lang w:val="pt-BR"/>
        </w:rPr>
      </w:pPr>
    </w:p>
    <w:p w14:paraId="5363CB56" w14:textId="77777777" w:rsidR="006967B1" w:rsidRPr="00C43332" w:rsidRDefault="006967B1" w:rsidP="00F05FD2">
      <w:pPr>
        <w:spacing w:line="276" w:lineRule="auto"/>
        <w:jc w:val="left"/>
        <w:rPr>
          <w:lang w:val="pt-BR"/>
        </w:rPr>
      </w:pPr>
    </w:p>
    <w:p w14:paraId="641ADBFC" w14:textId="1601CF05" w:rsidR="006967B1" w:rsidRPr="00C43332" w:rsidRDefault="006967B1" w:rsidP="006967B1">
      <w:pPr>
        <w:spacing w:line="276" w:lineRule="auto"/>
        <w:jc w:val="center"/>
        <w:rPr>
          <w:lang w:val="pt-BR"/>
        </w:rPr>
      </w:pPr>
    </w:p>
    <w:p w14:paraId="5E6FB401" w14:textId="77777777" w:rsidR="006967B1" w:rsidRPr="00C43332" w:rsidRDefault="006967B1">
      <w:pPr>
        <w:spacing w:line="276" w:lineRule="auto"/>
        <w:jc w:val="left"/>
        <w:rPr>
          <w:lang w:val="pt-BR"/>
        </w:rPr>
      </w:pPr>
      <w:r w:rsidRPr="00C43332">
        <w:rPr>
          <w:lang w:val="pt-BR"/>
        </w:rPr>
        <w:br w:type="page"/>
      </w:r>
    </w:p>
    <w:p w14:paraId="300C6BFA" w14:textId="1F36AFD2" w:rsidR="00576A28" w:rsidRPr="00C43332" w:rsidRDefault="00576A28" w:rsidP="00576A28">
      <w:pPr>
        <w:rPr>
          <w:lang w:val="pt-BR"/>
        </w:rPr>
      </w:pPr>
      <w:r w:rsidRPr="00C43332">
        <w:rPr>
          <w:vertAlign w:val="superscript"/>
          <w:lang w:val="pt-BR"/>
        </w:rPr>
        <w:lastRenderedPageBreak/>
        <w:t>13</w:t>
      </w:r>
      <w:r w:rsidRPr="00C43332">
        <w:rPr>
          <w:lang w:val="pt-BR"/>
        </w:rPr>
        <w:t>C NMR (126 MHz, CDCl</w:t>
      </w:r>
      <w:r w:rsidRPr="00C43332">
        <w:rPr>
          <w:vertAlign w:val="subscript"/>
          <w:lang w:val="pt-BR"/>
        </w:rPr>
        <w:t>3</w:t>
      </w:r>
      <w:r w:rsidRPr="00C43332">
        <w:rPr>
          <w:lang w:val="pt-BR"/>
        </w:rPr>
        <w:t xml:space="preserve">) for </w:t>
      </w:r>
      <w:r w:rsidRPr="00C43332">
        <w:rPr>
          <w:b/>
          <w:lang w:val="pt-BR"/>
        </w:rPr>
        <w:t>S4</w:t>
      </w:r>
    </w:p>
    <w:p w14:paraId="537A4DA7" w14:textId="0CCEFFF0" w:rsidR="006967B1" w:rsidRPr="00C43332" w:rsidRDefault="00576A28" w:rsidP="006967B1">
      <w:pPr>
        <w:tabs>
          <w:tab w:val="left" w:pos="206"/>
        </w:tabs>
        <w:spacing w:line="276" w:lineRule="auto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442" behindDoc="0" locked="0" layoutInCell="1" allowOverlap="1" wp14:anchorId="488E4E06" wp14:editId="3277A14F">
            <wp:simplePos x="0" y="0"/>
            <wp:positionH relativeFrom="column">
              <wp:posOffset>1905</wp:posOffset>
            </wp:positionH>
            <wp:positionV relativeFrom="paragraph">
              <wp:posOffset>9685</wp:posOffset>
            </wp:positionV>
            <wp:extent cx="6858635" cy="5273675"/>
            <wp:effectExtent l="0" t="0" r="0" b="3175"/>
            <wp:wrapSquare wrapText="bothSides"/>
            <wp:docPr id="180018882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DF897" w14:textId="77777777" w:rsidR="00576A28" w:rsidRPr="00C43332" w:rsidRDefault="00576A28" w:rsidP="00F05FD2">
      <w:pPr>
        <w:spacing w:line="276" w:lineRule="auto"/>
        <w:jc w:val="left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435" behindDoc="0" locked="0" layoutInCell="1" allowOverlap="1" wp14:anchorId="0EA03971" wp14:editId="52B1D53E">
            <wp:simplePos x="0" y="0"/>
            <wp:positionH relativeFrom="column">
              <wp:posOffset>-6852341</wp:posOffset>
            </wp:positionH>
            <wp:positionV relativeFrom="paragraph">
              <wp:posOffset>156329</wp:posOffset>
            </wp:positionV>
            <wp:extent cx="1938655" cy="817245"/>
            <wp:effectExtent l="0" t="0" r="4445" b="1905"/>
            <wp:wrapNone/>
            <wp:docPr id="133023843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C26F8" w14:textId="3083A453" w:rsidR="00576A28" w:rsidRPr="00C43332" w:rsidRDefault="00EC58A6" w:rsidP="00576A28">
      <w:pPr>
        <w:rPr>
          <w:lang w:val="pt-BR"/>
        </w:rPr>
      </w:pPr>
      <w:r>
        <w:rPr>
          <w:noProof/>
        </w:rPr>
        <w:drawing>
          <wp:anchor distT="0" distB="0" distL="114300" distR="114300" simplePos="0" relativeHeight="251658457" behindDoc="0" locked="0" layoutInCell="1" allowOverlap="1" wp14:anchorId="401EB36A" wp14:editId="3C59698A">
            <wp:simplePos x="0" y="0"/>
            <wp:positionH relativeFrom="column">
              <wp:posOffset>-6712647</wp:posOffset>
            </wp:positionH>
            <wp:positionV relativeFrom="paragraph">
              <wp:posOffset>112488</wp:posOffset>
            </wp:positionV>
            <wp:extent cx="1938655" cy="817245"/>
            <wp:effectExtent l="0" t="0" r="4445" b="1905"/>
            <wp:wrapNone/>
            <wp:docPr id="211075223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7FD64" w14:textId="77777777" w:rsidR="00576A28" w:rsidRPr="00C43332" w:rsidRDefault="00576A28" w:rsidP="00576A28">
      <w:pPr>
        <w:rPr>
          <w:lang w:val="pt-BR"/>
        </w:rPr>
      </w:pPr>
    </w:p>
    <w:p w14:paraId="3A47E9A8" w14:textId="77777777" w:rsidR="00576A28" w:rsidRPr="00C43332" w:rsidRDefault="00576A28" w:rsidP="00576A28">
      <w:pPr>
        <w:rPr>
          <w:lang w:val="pt-BR"/>
        </w:rPr>
      </w:pPr>
    </w:p>
    <w:p w14:paraId="4C1B6A2B" w14:textId="77777777" w:rsidR="00576A28" w:rsidRPr="00C43332" w:rsidRDefault="00576A28" w:rsidP="00576A28">
      <w:pPr>
        <w:rPr>
          <w:lang w:val="pt-BR"/>
        </w:rPr>
      </w:pPr>
    </w:p>
    <w:p w14:paraId="632D77FC" w14:textId="77777777" w:rsidR="00576A28" w:rsidRPr="00C43332" w:rsidRDefault="00576A28" w:rsidP="00576A28">
      <w:pPr>
        <w:rPr>
          <w:lang w:val="pt-BR"/>
        </w:rPr>
      </w:pPr>
    </w:p>
    <w:p w14:paraId="3C5F3157" w14:textId="77777777" w:rsidR="00576A28" w:rsidRPr="00C43332" w:rsidRDefault="00576A28" w:rsidP="00576A28">
      <w:pPr>
        <w:rPr>
          <w:lang w:val="pt-BR"/>
        </w:rPr>
      </w:pPr>
    </w:p>
    <w:p w14:paraId="056FF621" w14:textId="77777777" w:rsidR="00576A28" w:rsidRPr="00C43332" w:rsidRDefault="00576A28" w:rsidP="00576A28">
      <w:pPr>
        <w:rPr>
          <w:lang w:val="pt-BR"/>
        </w:rPr>
      </w:pPr>
    </w:p>
    <w:p w14:paraId="05388D2B" w14:textId="77777777" w:rsidR="00576A28" w:rsidRPr="00C43332" w:rsidRDefault="00576A28" w:rsidP="00576A28">
      <w:pPr>
        <w:rPr>
          <w:lang w:val="pt-BR"/>
        </w:rPr>
      </w:pPr>
    </w:p>
    <w:p w14:paraId="53144CFF" w14:textId="77777777" w:rsidR="00576A28" w:rsidRPr="00C43332" w:rsidRDefault="00576A28" w:rsidP="00576A28">
      <w:pPr>
        <w:rPr>
          <w:lang w:val="pt-BR"/>
        </w:rPr>
      </w:pPr>
    </w:p>
    <w:p w14:paraId="7EC3B736" w14:textId="77777777" w:rsidR="00576A28" w:rsidRPr="00C43332" w:rsidRDefault="00576A28" w:rsidP="00576A28">
      <w:pPr>
        <w:rPr>
          <w:lang w:val="pt-BR"/>
        </w:rPr>
      </w:pPr>
    </w:p>
    <w:p w14:paraId="1EB27A52" w14:textId="77777777" w:rsidR="00576A28" w:rsidRPr="00C43332" w:rsidRDefault="00576A28" w:rsidP="00F05FD2">
      <w:pPr>
        <w:spacing w:line="276" w:lineRule="auto"/>
        <w:jc w:val="left"/>
        <w:rPr>
          <w:lang w:val="pt-BR"/>
        </w:rPr>
      </w:pPr>
    </w:p>
    <w:p w14:paraId="0CBBD794" w14:textId="4B77D58C" w:rsidR="00576A28" w:rsidRPr="00C43332" w:rsidRDefault="00576A28" w:rsidP="00576A28">
      <w:pPr>
        <w:tabs>
          <w:tab w:val="left" w:pos="1250"/>
        </w:tabs>
        <w:spacing w:line="276" w:lineRule="auto"/>
        <w:jc w:val="left"/>
        <w:rPr>
          <w:lang w:val="pt-BR"/>
        </w:rPr>
      </w:pPr>
      <w:r w:rsidRPr="00C43332">
        <w:rPr>
          <w:lang w:val="pt-BR"/>
        </w:rPr>
        <w:tab/>
      </w:r>
    </w:p>
    <w:p w14:paraId="4F484356" w14:textId="77777777" w:rsidR="00576A28" w:rsidRPr="00C43332" w:rsidRDefault="00576A28">
      <w:pPr>
        <w:spacing w:line="276" w:lineRule="auto"/>
        <w:jc w:val="left"/>
        <w:rPr>
          <w:lang w:val="pt-BR"/>
        </w:rPr>
      </w:pPr>
      <w:r w:rsidRPr="00C43332">
        <w:rPr>
          <w:lang w:val="pt-BR"/>
        </w:rPr>
        <w:br w:type="page"/>
      </w:r>
    </w:p>
    <w:p w14:paraId="6C745EA9" w14:textId="37E4E3D6" w:rsidR="002E4298" w:rsidRDefault="002E4298" w:rsidP="002E4298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S5</w:t>
      </w:r>
    </w:p>
    <w:p w14:paraId="704613F0" w14:textId="3E35F7C2" w:rsidR="00576A28" w:rsidRDefault="002E4298" w:rsidP="00576A28">
      <w:pPr>
        <w:tabs>
          <w:tab w:val="left" w:pos="1250"/>
        </w:tabs>
        <w:spacing w:line="276" w:lineRule="auto"/>
        <w:jc w:val="left"/>
      </w:pPr>
      <w:r>
        <w:rPr>
          <w:noProof/>
        </w:rPr>
        <w:drawing>
          <wp:anchor distT="0" distB="0" distL="114300" distR="114300" simplePos="0" relativeHeight="251658444" behindDoc="0" locked="0" layoutInCell="1" allowOverlap="1" wp14:anchorId="6AF3F879" wp14:editId="3C8FBB01">
            <wp:simplePos x="0" y="0"/>
            <wp:positionH relativeFrom="column">
              <wp:posOffset>1905</wp:posOffset>
            </wp:positionH>
            <wp:positionV relativeFrom="paragraph">
              <wp:posOffset>9686</wp:posOffset>
            </wp:positionV>
            <wp:extent cx="6858635" cy="5273675"/>
            <wp:effectExtent l="0" t="0" r="0" b="3175"/>
            <wp:wrapSquare wrapText="bothSides"/>
            <wp:docPr id="80701249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89AED" w14:textId="0CFC3D81" w:rsidR="002E4298" w:rsidRDefault="001E68B1" w:rsidP="00F05FD2">
      <w:pPr>
        <w:spacing w:line="276" w:lineRule="auto"/>
        <w:jc w:val="left"/>
      </w:pPr>
      <w:r>
        <w:rPr>
          <w:noProof/>
        </w:rPr>
        <w:drawing>
          <wp:anchor distT="0" distB="0" distL="114300" distR="114300" simplePos="0" relativeHeight="251658445" behindDoc="0" locked="0" layoutInCell="1" allowOverlap="1" wp14:anchorId="22F18E14" wp14:editId="2742B87E">
            <wp:simplePos x="0" y="0"/>
            <wp:positionH relativeFrom="column">
              <wp:posOffset>-6731760</wp:posOffset>
            </wp:positionH>
            <wp:positionV relativeFrom="paragraph">
              <wp:posOffset>5478</wp:posOffset>
            </wp:positionV>
            <wp:extent cx="2109470" cy="1322705"/>
            <wp:effectExtent l="0" t="0" r="5080" b="0"/>
            <wp:wrapNone/>
            <wp:docPr id="27531600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BD504C" w14:textId="77777777" w:rsidR="002E4298" w:rsidRPr="002E4298" w:rsidRDefault="002E4298" w:rsidP="002E4298"/>
    <w:p w14:paraId="0BB4CB41" w14:textId="77777777" w:rsidR="002E4298" w:rsidRPr="002E4298" w:rsidRDefault="002E4298" w:rsidP="002E4298"/>
    <w:p w14:paraId="6798EAF9" w14:textId="77777777" w:rsidR="002E4298" w:rsidRPr="002E4298" w:rsidRDefault="002E4298" w:rsidP="002E4298"/>
    <w:p w14:paraId="4311123E" w14:textId="77777777" w:rsidR="002E4298" w:rsidRPr="002E4298" w:rsidRDefault="002E4298" w:rsidP="002E4298"/>
    <w:p w14:paraId="6D65697D" w14:textId="77777777" w:rsidR="002E4298" w:rsidRPr="002E4298" w:rsidRDefault="002E4298" w:rsidP="002E4298"/>
    <w:p w14:paraId="420B2CEE" w14:textId="77777777" w:rsidR="002E4298" w:rsidRPr="002E4298" w:rsidRDefault="002E4298" w:rsidP="002E4298"/>
    <w:p w14:paraId="1CD7040E" w14:textId="77777777" w:rsidR="002E4298" w:rsidRPr="002E4298" w:rsidRDefault="002E4298" w:rsidP="002E4298"/>
    <w:p w14:paraId="006587EE" w14:textId="77777777" w:rsidR="002E4298" w:rsidRPr="002E4298" w:rsidRDefault="002E4298" w:rsidP="002E4298"/>
    <w:p w14:paraId="24A82B3F" w14:textId="77777777" w:rsidR="002E4298" w:rsidRPr="002E4298" w:rsidRDefault="002E4298" w:rsidP="002E4298"/>
    <w:p w14:paraId="554BFCA3" w14:textId="77777777" w:rsidR="002E4298" w:rsidRDefault="002E4298" w:rsidP="00F05FD2">
      <w:pPr>
        <w:spacing w:line="276" w:lineRule="auto"/>
        <w:jc w:val="left"/>
      </w:pPr>
    </w:p>
    <w:p w14:paraId="16F804D4" w14:textId="77777777" w:rsidR="002E4298" w:rsidRDefault="002E4298" w:rsidP="00F05FD2">
      <w:pPr>
        <w:spacing w:line="276" w:lineRule="auto"/>
        <w:jc w:val="left"/>
      </w:pPr>
    </w:p>
    <w:p w14:paraId="35309F27" w14:textId="3493140F" w:rsidR="002E4298" w:rsidRDefault="002E4298" w:rsidP="002E4298">
      <w:pPr>
        <w:spacing w:line="276" w:lineRule="auto"/>
        <w:jc w:val="center"/>
      </w:pPr>
    </w:p>
    <w:p w14:paraId="09755BF1" w14:textId="77777777" w:rsidR="002E4298" w:rsidRDefault="002E4298">
      <w:pPr>
        <w:spacing w:line="276" w:lineRule="auto"/>
        <w:jc w:val="left"/>
      </w:pPr>
      <w:r>
        <w:br w:type="page"/>
      </w:r>
    </w:p>
    <w:p w14:paraId="7A0D699B" w14:textId="5BF0F21E" w:rsidR="009E3FCD" w:rsidRDefault="009E3FCD" w:rsidP="009E3FCD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S5</w:t>
      </w:r>
    </w:p>
    <w:p w14:paraId="7DAEC39B" w14:textId="241F7523" w:rsidR="002E4298" w:rsidRDefault="009E3FCD" w:rsidP="002E4298">
      <w:pPr>
        <w:spacing w:line="276" w:lineRule="auto"/>
        <w:jc w:val="left"/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6B15A295" wp14:editId="74E0E30E">
            <wp:simplePos x="0" y="0"/>
            <wp:positionH relativeFrom="column">
              <wp:posOffset>1381</wp:posOffset>
            </wp:positionH>
            <wp:positionV relativeFrom="paragraph">
              <wp:posOffset>39830</wp:posOffset>
            </wp:positionV>
            <wp:extent cx="6858635" cy="5273675"/>
            <wp:effectExtent l="0" t="0" r="0" b="3175"/>
            <wp:wrapSquare wrapText="bothSides"/>
            <wp:docPr id="11036806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ECB2B" w14:textId="397E9627" w:rsidR="009E3FCD" w:rsidRDefault="001E68B1" w:rsidP="00F05FD2">
      <w:pPr>
        <w:spacing w:line="276" w:lineRule="auto"/>
        <w:jc w:val="left"/>
      </w:pPr>
      <w:r>
        <w:rPr>
          <w:noProof/>
        </w:rPr>
        <w:drawing>
          <wp:anchor distT="0" distB="0" distL="114300" distR="114300" simplePos="0" relativeHeight="251658446" behindDoc="0" locked="0" layoutInCell="1" allowOverlap="1" wp14:anchorId="45337813" wp14:editId="2E267147">
            <wp:simplePos x="0" y="0"/>
            <wp:positionH relativeFrom="column">
              <wp:posOffset>-6781367</wp:posOffset>
            </wp:positionH>
            <wp:positionV relativeFrom="paragraph">
              <wp:posOffset>105962</wp:posOffset>
            </wp:positionV>
            <wp:extent cx="2109470" cy="1322705"/>
            <wp:effectExtent l="0" t="0" r="5080" b="0"/>
            <wp:wrapNone/>
            <wp:docPr id="188372938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1A9C06" w14:textId="77777777" w:rsidR="009E3FCD" w:rsidRPr="009E3FCD" w:rsidRDefault="009E3FCD" w:rsidP="009E3FCD"/>
    <w:p w14:paraId="7D33204F" w14:textId="77777777" w:rsidR="009E3FCD" w:rsidRPr="009E3FCD" w:rsidRDefault="009E3FCD" w:rsidP="009E3FCD"/>
    <w:p w14:paraId="0FEB2004" w14:textId="77777777" w:rsidR="009E3FCD" w:rsidRPr="009E3FCD" w:rsidRDefault="009E3FCD" w:rsidP="009E3FCD"/>
    <w:p w14:paraId="5CDCEB67" w14:textId="77777777" w:rsidR="009E3FCD" w:rsidRPr="009E3FCD" w:rsidRDefault="009E3FCD" w:rsidP="009E3FCD"/>
    <w:p w14:paraId="7F1E1E08" w14:textId="77777777" w:rsidR="009E3FCD" w:rsidRPr="009E3FCD" w:rsidRDefault="009E3FCD" w:rsidP="009E3FCD"/>
    <w:p w14:paraId="7960246D" w14:textId="77777777" w:rsidR="009E3FCD" w:rsidRPr="009E3FCD" w:rsidRDefault="009E3FCD" w:rsidP="009E3FCD"/>
    <w:p w14:paraId="74113D51" w14:textId="77777777" w:rsidR="009E3FCD" w:rsidRPr="009E3FCD" w:rsidRDefault="009E3FCD" w:rsidP="009E3FCD"/>
    <w:p w14:paraId="09B7B485" w14:textId="77777777" w:rsidR="009E3FCD" w:rsidRPr="009E3FCD" w:rsidRDefault="009E3FCD" w:rsidP="009E3FCD"/>
    <w:p w14:paraId="5ADB309D" w14:textId="77777777" w:rsidR="009E3FCD" w:rsidRPr="009E3FCD" w:rsidRDefault="009E3FCD" w:rsidP="009E3FCD"/>
    <w:p w14:paraId="5ADC9D1E" w14:textId="77777777" w:rsidR="009E3FCD" w:rsidRPr="009E3FCD" w:rsidRDefault="009E3FCD" w:rsidP="009E3FCD"/>
    <w:p w14:paraId="310F9C02" w14:textId="77777777" w:rsidR="009E3FCD" w:rsidRDefault="009E3FCD" w:rsidP="00F05FD2">
      <w:pPr>
        <w:spacing w:line="276" w:lineRule="auto"/>
        <w:jc w:val="left"/>
      </w:pPr>
    </w:p>
    <w:p w14:paraId="523173E4" w14:textId="77777777" w:rsidR="009E3FCD" w:rsidRDefault="009E3FCD" w:rsidP="00F05FD2">
      <w:pPr>
        <w:spacing w:line="276" w:lineRule="auto"/>
        <w:jc w:val="left"/>
      </w:pPr>
    </w:p>
    <w:p w14:paraId="4D3F9449" w14:textId="0EBCAB58" w:rsidR="009E3FCD" w:rsidRDefault="009E3FCD" w:rsidP="009E3FCD">
      <w:pPr>
        <w:spacing w:line="276" w:lineRule="auto"/>
        <w:jc w:val="center"/>
      </w:pPr>
    </w:p>
    <w:p w14:paraId="31FC5B78" w14:textId="5EB3F454" w:rsidR="001E68B1" w:rsidRDefault="001E68B1" w:rsidP="001E68B1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S5</w:t>
      </w:r>
    </w:p>
    <w:p w14:paraId="7D465876" w14:textId="54ECDA02" w:rsidR="009E3FCD" w:rsidRDefault="001E68B1" w:rsidP="001E68B1">
      <w:pPr>
        <w:spacing w:line="276" w:lineRule="auto"/>
        <w:jc w:val="left"/>
      </w:pPr>
      <w:r>
        <w:rPr>
          <w:noProof/>
        </w:rPr>
        <w:drawing>
          <wp:anchor distT="0" distB="0" distL="114300" distR="114300" simplePos="0" relativeHeight="251658436" behindDoc="0" locked="0" layoutInCell="1" allowOverlap="1" wp14:anchorId="68BD1EFB" wp14:editId="1E60D919">
            <wp:simplePos x="0" y="0"/>
            <wp:positionH relativeFrom="column">
              <wp:posOffset>1905</wp:posOffset>
            </wp:positionH>
            <wp:positionV relativeFrom="paragraph">
              <wp:posOffset>9142</wp:posOffset>
            </wp:positionV>
            <wp:extent cx="6858635" cy="5273675"/>
            <wp:effectExtent l="0" t="0" r="0" b="3175"/>
            <wp:wrapSquare wrapText="bothSides"/>
            <wp:docPr id="87926777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DFF667" w14:textId="3A3416FC" w:rsidR="00E1209D" w:rsidRPr="00F05FD2" w:rsidRDefault="001E68B1" w:rsidP="00F05FD2">
      <w:pPr>
        <w:spacing w:line="276" w:lineRule="auto"/>
        <w:jc w:val="left"/>
        <w:rPr>
          <w:vertAlign w:val="superscript"/>
        </w:rPr>
      </w:pPr>
      <w:r>
        <w:rPr>
          <w:noProof/>
        </w:rPr>
        <w:drawing>
          <wp:anchor distT="0" distB="0" distL="114300" distR="114300" simplePos="0" relativeHeight="251658437" behindDoc="0" locked="0" layoutInCell="1" allowOverlap="1" wp14:anchorId="5F29E656" wp14:editId="6268667F">
            <wp:simplePos x="0" y="0"/>
            <wp:positionH relativeFrom="column">
              <wp:posOffset>-6782002</wp:posOffset>
            </wp:positionH>
            <wp:positionV relativeFrom="paragraph">
              <wp:posOffset>5603</wp:posOffset>
            </wp:positionV>
            <wp:extent cx="2109470" cy="1322705"/>
            <wp:effectExtent l="0" t="0" r="5080" b="0"/>
            <wp:wrapNone/>
            <wp:docPr id="206844151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423" w:rsidRPr="006967B1">
        <w:br w:type="page"/>
      </w:r>
      <w:r w:rsidR="00E1209D">
        <w:rPr>
          <w:vertAlign w:val="superscript"/>
        </w:rPr>
        <w:lastRenderedPageBreak/>
        <w:t>1</w:t>
      </w:r>
      <w:r w:rsidR="00E1209D">
        <w:t>H NMR (500 MHz, CDCl</w:t>
      </w:r>
      <w:r w:rsidR="00E1209D">
        <w:rPr>
          <w:vertAlign w:val="subscript"/>
        </w:rPr>
        <w:t>3</w:t>
      </w:r>
      <w:r w:rsidR="00E1209D">
        <w:t xml:space="preserve">) for </w:t>
      </w:r>
      <w:r w:rsidR="00E1209D" w:rsidRPr="005A0F6E">
        <w:rPr>
          <w:rStyle w:val="Strong"/>
          <w:color w:val="000000"/>
        </w:rPr>
        <w:t>S(VI)-Pro-OH</w:t>
      </w:r>
      <w:r w:rsidR="00E1209D" w:rsidRPr="005A0F6E">
        <w:rPr>
          <w:rStyle w:val="Strong"/>
          <w:color w:val="000000"/>
          <w:vertAlign w:val="subscript"/>
        </w:rPr>
        <w:t>1</w:t>
      </w:r>
    </w:p>
    <w:p w14:paraId="15FCC621" w14:textId="77777777" w:rsidR="00E1209D" w:rsidRDefault="00E1209D" w:rsidP="00E1209D">
      <w:r w:rsidRPr="00C231FF">
        <w:rPr>
          <w:rStyle w:val="Strong"/>
          <w:b w:val="0"/>
          <w:bCs w:val="0"/>
          <w:noProof/>
          <w:color w:val="000000"/>
          <w:vertAlign w:val="superscript"/>
        </w:rPr>
        <w:drawing>
          <wp:anchor distT="0" distB="0" distL="114300" distR="114300" simplePos="0" relativeHeight="251658254" behindDoc="0" locked="0" layoutInCell="1" allowOverlap="1" wp14:anchorId="3886F290" wp14:editId="689B1567">
            <wp:simplePos x="0" y="0"/>
            <wp:positionH relativeFrom="column">
              <wp:posOffset>743084</wp:posOffset>
            </wp:positionH>
            <wp:positionV relativeFrom="paragraph">
              <wp:posOffset>620763</wp:posOffset>
            </wp:positionV>
            <wp:extent cx="1130300" cy="1282700"/>
            <wp:effectExtent l="0" t="0" r="0" b="0"/>
            <wp:wrapNone/>
            <wp:docPr id="1684555234" name="Picture 57">
              <a:extLst xmlns:a="http://schemas.openxmlformats.org/drawingml/2006/main">
                <a:ext uri="{FF2B5EF4-FFF2-40B4-BE49-F238E27FC236}">
                  <a16:creationId xmlns:a16="http://schemas.microsoft.com/office/drawing/2014/main" id="{B0D71063-4AA7-8E42-9FF9-EAC8C9BCC0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795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F819024" wp14:editId="488379A3">
            <wp:extent cx="6858000" cy="5276088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4--1H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9AB5E" w14:textId="77777777" w:rsidR="00E1209D" w:rsidRDefault="00E1209D" w:rsidP="00E1209D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 w:rsidRPr="005A0F6E">
        <w:rPr>
          <w:rStyle w:val="Strong"/>
          <w:color w:val="000000"/>
          <w:vertAlign w:val="subscript"/>
        </w:rPr>
        <w:t>1</w:t>
      </w:r>
    </w:p>
    <w:p w14:paraId="2E4004A6" w14:textId="77777777" w:rsidR="00E1209D" w:rsidRDefault="00E1209D" w:rsidP="00E1209D">
      <w:r w:rsidRPr="00C231FF">
        <w:rPr>
          <w:rStyle w:val="Strong"/>
          <w:b w:val="0"/>
          <w:bCs w:val="0"/>
          <w:noProof/>
          <w:color w:val="000000"/>
          <w:vertAlign w:val="superscript"/>
        </w:rPr>
        <w:drawing>
          <wp:anchor distT="0" distB="0" distL="114300" distR="114300" simplePos="0" relativeHeight="251658255" behindDoc="0" locked="0" layoutInCell="1" allowOverlap="1" wp14:anchorId="76DE43C5" wp14:editId="209106BB">
            <wp:simplePos x="0" y="0"/>
            <wp:positionH relativeFrom="column">
              <wp:posOffset>762301</wp:posOffset>
            </wp:positionH>
            <wp:positionV relativeFrom="paragraph">
              <wp:posOffset>957346</wp:posOffset>
            </wp:positionV>
            <wp:extent cx="1130300" cy="1282700"/>
            <wp:effectExtent l="0" t="0" r="0" b="0"/>
            <wp:wrapNone/>
            <wp:docPr id="967197101" name="Picture 57">
              <a:extLst xmlns:a="http://schemas.openxmlformats.org/drawingml/2006/main">
                <a:ext uri="{FF2B5EF4-FFF2-40B4-BE49-F238E27FC236}">
                  <a16:creationId xmlns:a16="http://schemas.microsoft.com/office/drawing/2014/main" id="{B0D71063-4AA7-8E42-9FF9-EAC8C9BCC0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795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F6EA4AE" wp14:editId="42B07CA1">
            <wp:extent cx="6858000" cy="5276088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4--13C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F236D" w14:textId="77777777" w:rsidR="00E1209D" w:rsidRDefault="00E1209D" w:rsidP="00E1209D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 w:rsidRPr="005A0F6E">
        <w:rPr>
          <w:rStyle w:val="Strong"/>
          <w:color w:val="000000"/>
          <w:vertAlign w:val="subscript"/>
        </w:rPr>
        <w:t>1</w:t>
      </w:r>
    </w:p>
    <w:p w14:paraId="1EFF059C" w14:textId="77777777" w:rsidR="00E1209D" w:rsidRDefault="00E1209D" w:rsidP="00E1209D">
      <w:r w:rsidRPr="00C231FF">
        <w:rPr>
          <w:rStyle w:val="Strong"/>
          <w:b w:val="0"/>
          <w:bCs w:val="0"/>
          <w:noProof/>
          <w:color w:val="000000"/>
          <w:vertAlign w:val="superscript"/>
        </w:rPr>
        <w:drawing>
          <wp:anchor distT="0" distB="0" distL="114300" distR="114300" simplePos="0" relativeHeight="251658256" behindDoc="0" locked="0" layoutInCell="1" allowOverlap="1" wp14:anchorId="07AA0907" wp14:editId="76BC0680">
            <wp:simplePos x="0" y="0"/>
            <wp:positionH relativeFrom="column">
              <wp:posOffset>655921</wp:posOffset>
            </wp:positionH>
            <wp:positionV relativeFrom="paragraph">
              <wp:posOffset>466190</wp:posOffset>
            </wp:positionV>
            <wp:extent cx="1130300" cy="1282700"/>
            <wp:effectExtent l="0" t="0" r="0" b="0"/>
            <wp:wrapNone/>
            <wp:docPr id="310469451" name="Picture 57">
              <a:extLst xmlns:a="http://schemas.openxmlformats.org/drawingml/2006/main">
                <a:ext uri="{FF2B5EF4-FFF2-40B4-BE49-F238E27FC236}">
                  <a16:creationId xmlns:a16="http://schemas.microsoft.com/office/drawing/2014/main" id="{B0D71063-4AA7-8E42-9FF9-EAC8C9BCC0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795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F926CE4" wp14:editId="6F68428A">
            <wp:extent cx="6858000" cy="5276088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4--19F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6EB9D" w14:textId="77777777" w:rsidR="00AC2F86" w:rsidRDefault="00AC2F86" w:rsidP="00AC2F86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2</w:t>
      </w:r>
    </w:p>
    <w:p w14:paraId="6159C651" w14:textId="77777777" w:rsidR="00AC2F86" w:rsidRDefault="00AC2F86" w:rsidP="00AC2F86">
      <w:r w:rsidRPr="00E8670F">
        <w:rPr>
          <w:rStyle w:val="Strong"/>
          <w:noProof/>
          <w:color w:val="000000"/>
        </w:rPr>
        <w:drawing>
          <wp:anchor distT="0" distB="0" distL="114300" distR="114300" simplePos="0" relativeHeight="251658257" behindDoc="0" locked="0" layoutInCell="1" allowOverlap="1" wp14:anchorId="1C17EC6A" wp14:editId="26526326">
            <wp:simplePos x="0" y="0"/>
            <wp:positionH relativeFrom="column">
              <wp:posOffset>560203</wp:posOffset>
            </wp:positionH>
            <wp:positionV relativeFrom="paragraph">
              <wp:posOffset>543761</wp:posOffset>
            </wp:positionV>
            <wp:extent cx="1231900" cy="1282700"/>
            <wp:effectExtent l="0" t="0" r="0" b="0"/>
            <wp:wrapNone/>
            <wp:docPr id="784106604" name="Picture 59">
              <a:extLst xmlns:a="http://schemas.openxmlformats.org/drawingml/2006/main">
                <a:ext uri="{FF2B5EF4-FFF2-40B4-BE49-F238E27FC236}">
                  <a16:creationId xmlns:a16="http://schemas.microsoft.com/office/drawing/2014/main" id="{9E95D47D-772F-8840-A261-843DBB155B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1189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2F59156" wp14:editId="21D55268">
            <wp:extent cx="6858000" cy="5276088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0--1H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9FAED" w14:textId="77777777" w:rsidR="00AC2F86" w:rsidRDefault="00AC2F86" w:rsidP="00AC2F86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2</w:t>
      </w:r>
    </w:p>
    <w:p w14:paraId="1BBC2659" w14:textId="77777777" w:rsidR="00AC2F86" w:rsidRDefault="00AC2F86" w:rsidP="00AC2F86">
      <w:r w:rsidRPr="00E8670F">
        <w:rPr>
          <w:rStyle w:val="Strong"/>
          <w:noProof/>
          <w:color w:val="000000"/>
        </w:rPr>
        <w:drawing>
          <wp:anchor distT="0" distB="0" distL="114300" distR="114300" simplePos="0" relativeHeight="251658258" behindDoc="0" locked="0" layoutInCell="1" allowOverlap="1" wp14:anchorId="0FC7222C" wp14:editId="41B26C04">
            <wp:simplePos x="0" y="0"/>
            <wp:positionH relativeFrom="column">
              <wp:posOffset>569795</wp:posOffset>
            </wp:positionH>
            <wp:positionV relativeFrom="paragraph">
              <wp:posOffset>755216</wp:posOffset>
            </wp:positionV>
            <wp:extent cx="1231900" cy="1282700"/>
            <wp:effectExtent l="0" t="0" r="0" b="0"/>
            <wp:wrapNone/>
            <wp:docPr id="1506782667" name="Picture 59">
              <a:extLst xmlns:a="http://schemas.openxmlformats.org/drawingml/2006/main">
                <a:ext uri="{FF2B5EF4-FFF2-40B4-BE49-F238E27FC236}">
                  <a16:creationId xmlns:a16="http://schemas.microsoft.com/office/drawing/2014/main" id="{9E95D47D-772F-8840-A261-843DBB155B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31189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6C72E3C" wp14:editId="724580AC">
            <wp:extent cx="6858000" cy="5276088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0--13C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416CC" w14:textId="77777777" w:rsidR="00646F71" w:rsidRDefault="00646F71" w:rsidP="00646F71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3</w:t>
      </w:r>
    </w:p>
    <w:p w14:paraId="6B6B7B7B" w14:textId="77777777" w:rsidR="00646F71" w:rsidRDefault="00646F71" w:rsidP="00646F71">
      <w:r w:rsidRPr="00A451B3">
        <w:rPr>
          <w:noProof/>
        </w:rPr>
        <w:drawing>
          <wp:anchor distT="0" distB="0" distL="114300" distR="114300" simplePos="0" relativeHeight="251658259" behindDoc="0" locked="0" layoutInCell="1" allowOverlap="1" wp14:anchorId="153EA714" wp14:editId="74E6ACAB">
            <wp:simplePos x="0" y="0"/>
            <wp:positionH relativeFrom="column">
              <wp:posOffset>396574</wp:posOffset>
            </wp:positionH>
            <wp:positionV relativeFrom="paragraph">
              <wp:posOffset>524510</wp:posOffset>
            </wp:positionV>
            <wp:extent cx="990600" cy="1282700"/>
            <wp:effectExtent l="0" t="0" r="0" b="0"/>
            <wp:wrapNone/>
            <wp:docPr id="88561907" name="Picture 61">
              <a:extLst xmlns:a="http://schemas.openxmlformats.org/drawingml/2006/main">
                <a:ext uri="{FF2B5EF4-FFF2-40B4-BE49-F238E27FC236}">
                  <a16:creationId xmlns:a16="http://schemas.microsoft.com/office/drawing/2014/main" id="{61C0B13F-2358-7140-94DC-3075BA0BAE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7423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045EB58" wp14:editId="25627AF1">
            <wp:extent cx="6858000" cy="5276088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1--1H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D02B1" w14:textId="77777777" w:rsidR="00646F71" w:rsidRDefault="00646F71" w:rsidP="00646F71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3</w:t>
      </w:r>
    </w:p>
    <w:p w14:paraId="120CEE16" w14:textId="77777777" w:rsidR="00646F71" w:rsidRDefault="00646F71" w:rsidP="00646F71">
      <w:r w:rsidRPr="00A451B3">
        <w:rPr>
          <w:noProof/>
        </w:rPr>
        <w:drawing>
          <wp:anchor distT="0" distB="0" distL="114300" distR="114300" simplePos="0" relativeHeight="251658260" behindDoc="0" locked="0" layoutInCell="1" allowOverlap="1" wp14:anchorId="4E133F93" wp14:editId="507B0672">
            <wp:simplePos x="0" y="0"/>
            <wp:positionH relativeFrom="column">
              <wp:posOffset>579421</wp:posOffset>
            </wp:positionH>
            <wp:positionV relativeFrom="paragraph">
              <wp:posOffset>610836</wp:posOffset>
            </wp:positionV>
            <wp:extent cx="990600" cy="1282700"/>
            <wp:effectExtent l="0" t="0" r="0" b="0"/>
            <wp:wrapNone/>
            <wp:docPr id="739536200" name="Picture 61">
              <a:extLst xmlns:a="http://schemas.openxmlformats.org/drawingml/2006/main">
                <a:ext uri="{FF2B5EF4-FFF2-40B4-BE49-F238E27FC236}">
                  <a16:creationId xmlns:a16="http://schemas.microsoft.com/office/drawing/2014/main" id="{61C0B13F-2358-7140-94DC-3075BA0BAE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7423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7BBD0B7" wp14:editId="6B42BFFD">
            <wp:extent cx="6858000" cy="5276088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1--13C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674CC" w14:textId="77777777" w:rsidR="00646F71" w:rsidRDefault="00646F71" w:rsidP="00646F71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3</w:t>
      </w:r>
    </w:p>
    <w:p w14:paraId="198B6F6F" w14:textId="77777777" w:rsidR="00646F71" w:rsidRDefault="00646F71" w:rsidP="00646F71">
      <w:r w:rsidRPr="00A451B3">
        <w:rPr>
          <w:noProof/>
        </w:rPr>
        <w:drawing>
          <wp:anchor distT="0" distB="0" distL="114300" distR="114300" simplePos="0" relativeHeight="251658261" behindDoc="0" locked="0" layoutInCell="1" allowOverlap="1" wp14:anchorId="7ACC3FFF" wp14:editId="1AB313AA">
            <wp:simplePos x="0" y="0"/>
            <wp:positionH relativeFrom="column">
              <wp:posOffset>512044</wp:posOffset>
            </wp:positionH>
            <wp:positionV relativeFrom="paragraph">
              <wp:posOffset>360580</wp:posOffset>
            </wp:positionV>
            <wp:extent cx="990600" cy="1282700"/>
            <wp:effectExtent l="0" t="0" r="0" b="0"/>
            <wp:wrapNone/>
            <wp:docPr id="1369224580" name="Picture 61">
              <a:extLst xmlns:a="http://schemas.openxmlformats.org/drawingml/2006/main">
                <a:ext uri="{FF2B5EF4-FFF2-40B4-BE49-F238E27FC236}">
                  <a16:creationId xmlns:a16="http://schemas.microsoft.com/office/drawing/2014/main" id="{61C0B13F-2358-7140-94DC-3075BA0BAE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7423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CAC1EDA" wp14:editId="0228718F">
            <wp:extent cx="6858000" cy="5276088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1--19F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6B461" w14:textId="77777777" w:rsidR="00CB1934" w:rsidRDefault="00CB1934" w:rsidP="00CB1934">
      <w:r>
        <w:rPr>
          <w:vertAlign w:val="superscript"/>
        </w:rPr>
        <w:lastRenderedPageBreak/>
        <w:t>1</w:t>
      </w:r>
      <w:r>
        <w:t>H NMR (500 MHz, Acetone-d</w:t>
      </w:r>
      <w:r w:rsidRPr="00DA5A2F">
        <w:rPr>
          <w:vertAlign w:val="subscript"/>
        </w:rPr>
        <w:t>6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4</w:t>
      </w:r>
    </w:p>
    <w:p w14:paraId="39E2EB0B" w14:textId="77777777" w:rsidR="00CB1934" w:rsidRDefault="00CB1934" w:rsidP="00CB1934">
      <w:r w:rsidRPr="00401E34">
        <w:rPr>
          <w:noProof/>
        </w:rPr>
        <w:drawing>
          <wp:anchor distT="0" distB="0" distL="114300" distR="114300" simplePos="0" relativeHeight="251658262" behindDoc="0" locked="0" layoutInCell="1" allowOverlap="1" wp14:anchorId="45FB8A36" wp14:editId="630628D6">
            <wp:simplePos x="0" y="0"/>
            <wp:positionH relativeFrom="column">
              <wp:posOffset>781551</wp:posOffset>
            </wp:positionH>
            <wp:positionV relativeFrom="paragraph">
              <wp:posOffset>755617</wp:posOffset>
            </wp:positionV>
            <wp:extent cx="914400" cy="1282700"/>
            <wp:effectExtent l="0" t="0" r="0" b="0"/>
            <wp:wrapNone/>
            <wp:docPr id="1126697865" name="Picture 62">
              <a:extLst xmlns:a="http://schemas.openxmlformats.org/drawingml/2006/main">
                <a:ext uri="{FF2B5EF4-FFF2-40B4-BE49-F238E27FC236}">
                  <a16:creationId xmlns:a16="http://schemas.microsoft.com/office/drawing/2014/main" id="{D682EDF2-F9DE-1945-9847-9FE2DC612C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00796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8773CFC" wp14:editId="016B4640">
            <wp:extent cx="6858000" cy="5276088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--1H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DDEF" w14:textId="77777777" w:rsidR="00CB1934" w:rsidRDefault="00CB1934" w:rsidP="00CB1934">
      <w:r>
        <w:rPr>
          <w:vertAlign w:val="superscript"/>
        </w:rPr>
        <w:lastRenderedPageBreak/>
        <w:t>13</w:t>
      </w:r>
      <w:r>
        <w:t>C NMR (126 MHz, Acetone-d</w:t>
      </w:r>
      <w:r w:rsidRPr="00DA5A2F">
        <w:rPr>
          <w:vertAlign w:val="subscript"/>
        </w:rPr>
        <w:t>6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4</w:t>
      </w:r>
    </w:p>
    <w:p w14:paraId="1CF37687" w14:textId="0E639E4B" w:rsidR="00AC2F86" w:rsidRDefault="00CB1934" w:rsidP="00E1209D">
      <w:r w:rsidRPr="00401E34">
        <w:rPr>
          <w:noProof/>
        </w:rPr>
        <w:drawing>
          <wp:anchor distT="0" distB="0" distL="114300" distR="114300" simplePos="0" relativeHeight="251658263" behindDoc="0" locked="0" layoutInCell="1" allowOverlap="1" wp14:anchorId="0B72A94B" wp14:editId="7E598FE7">
            <wp:simplePos x="0" y="0"/>
            <wp:positionH relativeFrom="column">
              <wp:posOffset>1174416</wp:posOffset>
            </wp:positionH>
            <wp:positionV relativeFrom="paragraph">
              <wp:posOffset>898325</wp:posOffset>
            </wp:positionV>
            <wp:extent cx="914400" cy="1282700"/>
            <wp:effectExtent l="0" t="0" r="0" b="0"/>
            <wp:wrapNone/>
            <wp:docPr id="1880371278" name="Picture 62">
              <a:extLst xmlns:a="http://schemas.openxmlformats.org/drawingml/2006/main">
                <a:ext uri="{FF2B5EF4-FFF2-40B4-BE49-F238E27FC236}">
                  <a16:creationId xmlns:a16="http://schemas.microsoft.com/office/drawing/2014/main" id="{D682EDF2-F9DE-1945-9847-9FE2DC612C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00796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D65BEF0" wp14:editId="035AD9A7">
            <wp:extent cx="6858000" cy="5276088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--13C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6605A" w14:textId="77777777" w:rsidR="0076009E" w:rsidRDefault="0076009E" w:rsidP="0076009E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5</w:t>
      </w:r>
    </w:p>
    <w:p w14:paraId="648B206E" w14:textId="77777777" w:rsidR="0076009E" w:rsidRDefault="0076009E" w:rsidP="0076009E">
      <w:r w:rsidRPr="00566304">
        <w:rPr>
          <w:noProof/>
        </w:rPr>
        <w:drawing>
          <wp:anchor distT="0" distB="0" distL="114300" distR="114300" simplePos="0" relativeHeight="251658264" behindDoc="0" locked="0" layoutInCell="1" allowOverlap="1" wp14:anchorId="217AE876" wp14:editId="4CF27BEA">
            <wp:simplePos x="0" y="0"/>
            <wp:positionH relativeFrom="column">
              <wp:posOffset>531294</wp:posOffset>
            </wp:positionH>
            <wp:positionV relativeFrom="paragraph">
              <wp:posOffset>457234</wp:posOffset>
            </wp:positionV>
            <wp:extent cx="901700" cy="1282700"/>
            <wp:effectExtent l="0" t="0" r="0" b="0"/>
            <wp:wrapNone/>
            <wp:docPr id="1727638891" name="Picture 64">
              <a:extLst xmlns:a="http://schemas.openxmlformats.org/drawingml/2006/main">
                <a:ext uri="{FF2B5EF4-FFF2-40B4-BE49-F238E27FC236}">
                  <a16:creationId xmlns:a16="http://schemas.microsoft.com/office/drawing/2014/main" id="{4658A490-B65C-0C4F-B63E-8846063234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88872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A90F470" wp14:editId="45FE3E10">
            <wp:extent cx="6858000" cy="5276088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10_11--1H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7FD98" w14:textId="77777777" w:rsidR="0076009E" w:rsidRDefault="0076009E" w:rsidP="0076009E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5</w:t>
      </w:r>
    </w:p>
    <w:p w14:paraId="4F76C4BD" w14:textId="34963ECF" w:rsidR="0076009E" w:rsidRDefault="0076009E" w:rsidP="00E1209D">
      <w:r w:rsidRPr="00566304">
        <w:rPr>
          <w:noProof/>
        </w:rPr>
        <w:drawing>
          <wp:anchor distT="0" distB="0" distL="114300" distR="114300" simplePos="0" relativeHeight="251658265" behindDoc="0" locked="0" layoutInCell="1" allowOverlap="1" wp14:anchorId="459FC055" wp14:editId="0D88A889">
            <wp:simplePos x="0" y="0"/>
            <wp:positionH relativeFrom="column">
              <wp:posOffset>579421</wp:posOffset>
            </wp:positionH>
            <wp:positionV relativeFrom="paragraph">
              <wp:posOffset>716715</wp:posOffset>
            </wp:positionV>
            <wp:extent cx="901700" cy="1282700"/>
            <wp:effectExtent l="0" t="0" r="0" b="0"/>
            <wp:wrapNone/>
            <wp:docPr id="1860435595" name="Picture 64">
              <a:extLst xmlns:a="http://schemas.openxmlformats.org/drawingml/2006/main">
                <a:ext uri="{FF2B5EF4-FFF2-40B4-BE49-F238E27FC236}">
                  <a16:creationId xmlns:a16="http://schemas.microsoft.com/office/drawing/2014/main" id="{4658A490-B65C-0C4F-B63E-8846063234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88872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A44A9C3" wp14:editId="57315177">
            <wp:extent cx="6858000" cy="5276088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10_11--13C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14687" w14:textId="77777777" w:rsidR="006243F4" w:rsidRDefault="006243F4" w:rsidP="006243F4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6</w:t>
      </w:r>
    </w:p>
    <w:p w14:paraId="5DCB5B3E" w14:textId="77777777" w:rsidR="006243F4" w:rsidRDefault="006243F4" w:rsidP="006243F4">
      <w:r w:rsidRPr="005A29A2">
        <w:rPr>
          <w:noProof/>
        </w:rPr>
        <w:drawing>
          <wp:anchor distT="0" distB="0" distL="114300" distR="114300" simplePos="0" relativeHeight="251658266" behindDoc="0" locked="0" layoutInCell="1" allowOverlap="1" wp14:anchorId="50FB9EC0" wp14:editId="4EB65228">
            <wp:simplePos x="0" y="0"/>
            <wp:positionH relativeFrom="column">
              <wp:posOffset>887430</wp:posOffset>
            </wp:positionH>
            <wp:positionV relativeFrom="paragraph">
              <wp:posOffset>842545</wp:posOffset>
            </wp:positionV>
            <wp:extent cx="800100" cy="1130300"/>
            <wp:effectExtent l="0" t="0" r="0" b="0"/>
            <wp:wrapNone/>
            <wp:docPr id="1904208251" name="Picture 65">
              <a:extLst xmlns:a="http://schemas.openxmlformats.org/drawingml/2006/main">
                <a:ext uri="{FF2B5EF4-FFF2-40B4-BE49-F238E27FC236}">
                  <a16:creationId xmlns:a16="http://schemas.microsoft.com/office/drawing/2014/main" id="{BA271047-4A21-0A4E-A685-6CA7B37A73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7366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330B698" wp14:editId="5ED9C87F">
            <wp:extent cx="6858000" cy="5276088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37--1H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84E2F" w14:textId="77777777" w:rsidR="006243F4" w:rsidRDefault="006243F4" w:rsidP="006243F4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S(VI)-Pro-OH</w:t>
      </w:r>
      <w:r>
        <w:rPr>
          <w:rStyle w:val="Strong"/>
          <w:color w:val="000000"/>
          <w:vertAlign w:val="subscript"/>
        </w:rPr>
        <w:t>6</w:t>
      </w:r>
    </w:p>
    <w:p w14:paraId="30F0AC5D" w14:textId="45F52AE7" w:rsidR="006243F4" w:rsidRDefault="006243F4" w:rsidP="00E1209D">
      <w:r w:rsidRPr="005A29A2">
        <w:rPr>
          <w:noProof/>
        </w:rPr>
        <w:drawing>
          <wp:anchor distT="0" distB="0" distL="114300" distR="114300" simplePos="0" relativeHeight="251658267" behindDoc="0" locked="0" layoutInCell="1" allowOverlap="1" wp14:anchorId="63EDA3D3" wp14:editId="437A9FD3">
            <wp:simplePos x="0" y="0"/>
            <wp:positionH relativeFrom="column">
              <wp:posOffset>473543</wp:posOffset>
            </wp:positionH>
            <wp:positionV relativeFrom="paragraph">
              <wp:posOffset>581961</wp:posOffset>
            </wp:positionV>
            <wp:extent cx="800100" cy="1130300"/>
            <wp:effectExtent l="0" t="0" r="0" b="0"/>
            <wp:wrapNone/>
            <wp:docPr id="1829467714" name="Picture 65">
              <a:extLst xmlns:a="http://schemas.openxmlformats.org/drawingml/2006/main">
                <a:ext uri="{FF2B5EF4-FFF2-40B4-BE49-F238E27FC236}">
                  <a16:creationId xmlns:a16="http://schemas.microsoft.com/office/drawing/2014/main" id="{BA271047-4A21-0A4E-A685-6CA7B37A73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7366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A9E2872" wp14:editId="40825370">
            <wp:extent cx="6858000" cy="5276088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37--13C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A5610" w14:textId="77777777" w:rsidR="00EA5774" w:rsidRDefault="00EA5774" w:rsidP="00EA5774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3E064C">
        <w:rPr>
          <w:rStyle w:val="Strong"/>
          <w:color w:val="000000"/>
        </w:rPr>
        <w:t>Ts-Pro-RAE</w:t>
      </w:r>
    </w:p>
    <w:p w14:paraId="15647377" w14:textId="77777777" w:rsidR="00EA5774" w:rsidRDefault="00EA5774" w:rsidP="00EA5774">
      <w:r w:rsidRPr="0090555D">
        <w:rPr>
          <w:noProof/>
        </w:rPr>
        <w:drawing>
          <wp:anchor distT="0" distB="0" distL="114300" distR="114300" simplePos="0" relativeHeight="251658268" behindDoc="0" locked="0" layoutInCell="1" allowOverlap="1" wp14:anchorId="67688C49" wp14:editId="52522C94">
            <wp:simplePos x="0" y="0"/>
            <wp:positionH relativeFrom="column">
              <wp:posOffset>147253</wp:posOffset>
            </wp:positionH>
            <wp:positionV relativeFrom="paragraph">
              <wp:posOffset>572202</wp:posOffset>
            </wp:positionV>
            <wp:extent cx="1625600" cy="1104900"/>
            <wp:effectExtent l="0" t="0" r="0" b="0"/>
            <wp:wrapNone/>
            <wp:docPr id="1987465096" name="Picture 74">
              <a:extLst xmlns:a="http://schemas.openxmlformats.org/drawingml/2006/main">
                <a:ext uri="{FF2B5EF4-FFF2-40B4-BE49-F238E27FC236}">
                  <a16:creationId xmlns:a16="http://schemas.microsoft.com/office/drawing/2014/main" id="{B35B7130-FAFC-494D-BD46-4FBA30F7F7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14806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FD96155" wp14:editId="6177E88C">
            <wp:extent cx="6858000" cy="5276088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NTs-Pro-RAE--1H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E52EE" w14:textId="77777777" w:rsidR="00EA5774" w:rsidRDefault="00EA5774" w:rsidP="00EA5774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3E064C">
        <w:rPr>
          <w:rStyle w:val="Strong"/>
          <w:color w:val="000000"/>
        </w:rPr>
        <w:t>Ts-Pro-RAE</w:t>
      </w:r>
    </w:p>
    <w:p w14:paraId="3FB03EDD" w14:textId="77777777" w:rsidR="00EA5774" w:rsidRDefault="00EA5774" w:rsidP="00EA5774">
      <w:r w:rsidRPr="0090555D">
        <w:rPr>
          <w:noProof/>
        </w:rPr>
        <w:drawing>
          <wp:anchor distT="0" distB="0" distL="114300" distR="114300" simplePos="0" relativeHeight="251658269" behindDoc="0" locked="0" layoutInCell="1" allowOverlap="1" wp14:anchorId="50212790" wp14:editId="35851C2F">
            <wp:simplePos x="0" y="0"/>
            <wp:positionH relativeFrom="column">
              <wp:posOffset>358040</wp:posOffset>
            </wp:positionH>
            <wp:positionV relativeFrom="paragraph">
              <wp:posOffset>610837</wp:posOffset>
            </wp:positionV>
            <wp:extent cx="1625600" cy="1104900"/>
            <wp:effectExtent l="0" t="0" r="0" b="0"/>
            <wp:wrapNone/>
            <wp:docPr id="762245804" name="Picture 74">
              <a:extLst xmlns:a="http://schemas.openxmlformats.org/drawingml/2006/main">
                <a:ext uri="{FF2B5EF4-FFF2-40B4-BE49-F238E27FC236}">
                  <a16:creationId xmlns:a16="http://schemas.microsoft.com/office/drawing/2014/main" id="{B35B7130-FAFC-494D-BD46-4FBA30F7F7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14806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0733691" wp14:editId="2F011080">
            <wp:extent cx="6858000" cy="5276088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NTs-Pro-RAE--13C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85002" w14:textId="77777777" w:rsidR="00B64E28" w:rsidRDefault="00B64E28" w:rsidP="00B64E28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 w:rsidRPr="005A0F6E">
        <w:rPr>
          <w:rStyle w:val="Strong"/>
          <w:color w:val="000000"/>
          <w:vertAlign w:val="subscript"/>
        </w:rPr>
        <w:t>1</w:t>
      </w:r>
    </w:p>
    <w:p w14:paraId="6AB23DC2" w14:textId="77777777" w:rsidR="00B64E28" w:rsidRDefault="00B64E28" w:rsidP="00B64E28">
      <w:r w:rsidRPr="00F219D0">
        <w:rPr>
          <w:noProof/>
        </w:rPr>
        <w:drawing>
          <wp:anchor distT="0" distB="0" distL="114300" distR="114300" simplePos="0" relativeHeight="251658271" behindDoc="0" locked="0" layoutInCell="1" allowOverlap="1" wp14:anchorId="12520C44" wp14:editId="10CA7CB7">
            <wp:simplePos x="0" y="0"/>
            <wp:positionH relativeFrom="column">
              <wp:posOffset>423998</wp:posOffset>
            </wp:positionH>
            <wp:positionV relativeFrom="paragraph">
              <wp:posOffset>518885</wp:posOffset>
            </wp:positionV>
            <wp:extent cx="1727200" cy="1181100"/>
            <wp:effectExtent l="0" t="0" r="0" b="0"/>
            <wp:wrapNone/>
            <wp:docPr id="494166911" name="Picture 78">
              <a:extLst xmlns:a="http://schemas.openxmlformats.org/drawingml/2006/main">
                <a:ext uri="{FF2B5EF4-FFF2-40B4-BE49-F238E27FC236}">
                  <a16:creationId xmlns:a16="http://schemas.microsoft.com/office/drawing/2014/main" id="{F92AD06D-5662-E246-9907-502B9B78F2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96927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0C63EEB" wp14:editId="10689A36">
            <wp:extent cx="6858000" cy="5276088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0--1H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81DEE" w14:textId="77777777" w:rsidR="00B64E28" w:rsidRDefault="00B64E28" w:rsidP="00B64E28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 w:rsidRPr="005A0F6E">
        <w:rPr>
          <w:rStyle w:val="Strong"/>
          <w:color w:val="000000"/>
          <w:vertAlign w:val="subscript"/>
        </w:rPr>
        <w:t>1</w:t>
      </w:r>
    </w:p>
    <w:p w14:paraId="13A1273A" w14:textId="77777777" w:rsidR="00B64E28" w:rsidRDefault="00B64E28" w:rsidP="00B64E28">
      <w:r w:rsidRPr="00F219D0">
        <w:rPr>
          <w:noProof/>
        </w:rPr>
        <w:drawing>
          <wp:anchor distT="0" distB="0" distL="114300" distR="114300" simplePos="0" relativeHeight="251658270" behindDoc="0" locked="0" layoutInCell="1" allowOverlap="1" wp14:anchorId="17F0BF1E" wp14:editId="4E96F890">
            <wp:simplePos x="0" y="0"/>
            <wp:positionH relativeFrom="column">
              <wp:posOffset>445952</wp:posOffset>
            </wp:positionH>
            <wp:positionV relativeFrom="paragraph">
              <wp:posOffset>622482</wp:posOffset>
            </wp:positionV>
            <wp:extent cx="1727200" cy="1181100"/>
            <wp:effectExtent l="0" t="0" r="0" b="0"/>
            <wp:wrapNone/>
            <wp:docPr id="667336217" name="Picture 78">
              <a:extLst xmlns:a="http://schemas.openxmlformats.org/drawingml/2006/main">
                <a:ext uri="{FF2B5EF4-FFF2-40B4-BE49-F238E27FC236}">
                  <a16:creationId xmlns:a16="http://schemas.microsoft.com/office/drawing/2014/main" id="{F92AD06D-5662-E246-9907-502B9B78F2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96927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BC8E7C5" wp14:editId="3570228B">
            <wp:extent cx="6858000" cy="5276088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0--13C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AA7E6" w14:textId="77777777" w:rsidR="00B64E28" w:rsidRDefault="00B64E28" w:rsidP="00B64E28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 w:rsidRPr="005A0F6E">
        <w:rPr>
          <w:rStyle w:val="Strong"/>
          <w:color w:val="000000"/>
          <w:vertAlign w:val="subscript"/>
        </w:rPr>
        <w:t>1</w:t>
      </w:r>
    </w:p>
    <w:p w14:paraId="1EB7F581" w14:textId="77777777" w:rsidR="00B64E28" w:rsidRDefault="00B64E28" w:rsidP="00B64E28">
      <w:r w:rsidRPr="00F219D0">
        <w:rPr>
          <w:noProof/>
        </w:rPr>
        <w:drawing>
          <wp:anchor distT="0" distB="0" distL="114300" distR="114300" simplePos="0" relativeHeight="251658272" behindDoc="0" locked="0" layoutInCell="1" allowOverlap="1" wp14:anchorId="29EA0E42" wp14:editId="431F2823">
            <wp:simplePos x="0" y="0"/>
            <wp:positionH relativeFrom="column">
              <wp:posOffset>359228</wp:posOffset>
            </wp:positionH>
            <wp:positionV relativeFrom="paragraph">
              <wp:posOffset>361133</wp:posOffset>
            </wp:positionV>
            <wp:extent cx="1727200" cy="1181100"/>
            <wp:effectExtent l="0" t="0" r="0" b="0"/>
            <wp:wrapNone/>
            <wp:docPr id="1255295069" name="Picture 78">
              <a:extLst xmlns:a="http://schemas.openxmlformats.org/drawingml/2006/main">
                <a:ext uri="{FF2B5EF4-FFF2-40B4-BE49-F238E27FC236}">
                  <a16:creationId xmlns:a16="http://schemas.microsoft.com/office/drawing/2014/main" id="{F92AD06D-5662-E246-9907-502B9B78F2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96927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4A143C2" wp14:editId="69B1554C">
            <wp:extent cx="6858000" cy="5276088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0--19F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5214E" w14:textId="77777777" w:rsidR="000D7134" w:rsidRDefault="000D7134" w:rsidP="000D7134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2</w:t>
      </w:r>
    </w:p>
    <w:p w14:paraId="580B9436" w14:textId="77777777" w:rsidR="000D7134" w:rsidRDefault="000D7134" w:rsidP="000D7134">
      <w:r w:rsidRPr="00225C6C">
        <w:rPr>
          <w:noProof/>
        </w:rPr>
        <w:drawing>
          <wp:anchor distT="0" distB="0" distL="114300" distR="114300" simplePos="0" relativeHeight="251658273" behindDoc="0" locked="0" layoutInCell="1" allowOverlap="1" wp14:anchorId="423DF4A7" wp14:editId="1D538E46">
            <wp:simplePos x="0" y="0"/>
            <wp:positionH relativeFrom="column">
              <wp:posOffset>391705</wp:posOffset>
            </wp:positionH>
            <wp:positionV relativeFrom="paragraph">
              <wp:posOffset>491852</wp:posOffset>
            </wp:positionV>
            <wp:extent cx="1816100" cy="1143000"/>
            <wp:effectExtent l="0" t="0" r="0" b="0"/>
            <wp:wrapNone/>
            <wp:docPr id="1740366588" name="Picture 86">
              <a:extLst xmlns:a="http://schemas.openxmlformats.org/drawingml/2006/main">
                <a:ext uri="{FF2B5EF4-FFF2-40B4-BE49-F238E27FC236}">
                  <a16:creationId xmlns:a16="http://schemas.microsoft.com/office/drawing/2014/main" id="{FB5C8023-E8BC-4C44-92E1-079340C711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4721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10576C1" wp14:editId="29A9A96C">
            <wp:extent cx="6858000" cy="5276088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11--1H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1C497" w14:textId="77777777" w:rsidR="000D7134" w:rsidRDefault="000D7134" w:rsidP="000D7134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2</w:t>
      </w:r>
    </w:p>
    <w:p w14:paraId="291FC10E" w14:textId="77777777" w:rsidR="000D7134" w:rsidRDefault="000D7134" w:rsidP="000D7134">
      <w:r w:rsidRPr="00225C6C">
        <w:rPr>
          <w:noProof/>
        </w:rPr>
        <w:drawing>
          <wp:anchor distT="0" distB="0" distL="114300" distR="114300" simplePos="0" relativeHeight="251658274" behindDoc="0" locked="0" layoutInCell="1" allowOverlap="1" wp14:anchorId="6CD56FDF" wp14:editId="2985D8D1">
            <wp:simplePos x="0" y="0"/>
            <wp:positionH relativeFrom="column">
              <wp:posOffset>304800</wp:posOffset>
            </wp:positionH>
            <wp:positionV relativeFrom="paragraph">
              <wp:posOffset>622391</wp:posOffset>
            </wp:positionV>
            <wp:extent cx="1816100" cy="1143000"/>
            <wp:effectExtent l="0" t="0" r="0" b="0"/>
            <wp:wrapNone/>
            <wp:docPr id="2069036162" name="Picture 86">
              <a:extLst xmlns:a="http://schemas.openxmlformats.org/drawingml/2006/main">
                <a:ext uri="{FF2B5EF4-FFF2-40B4-BE49-F238E27FC236}">
                  <a16:creationId xmlns:a16="http://schemas.microsoft.com/office/drawing/2014/main" id="{FB5C8023-E8BC-4C44-92E1-079340C711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4721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172EE2B" wp14:editId="2127BED7">
            <wp:extent cx="6858000" cy="5276088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11--13C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3CA35" w14:textId="77777777" w:rsidR="00F70117" w:rsidRDefault="00F70117" w:rsidP="00F70117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3</w:t>
      </w:r>
    </w:p>
    <w:p w14:paraId="115137F6" w14:textId="77777777" w:rsidR="00F70117" w:rsidRDefault="00F70117" w:rsidP="00F70117">
      <w:r w:rsidRPr="00A101EC">
        <w:rPr>
          <w:noProof/>
        </w:rPr>
        <w:drawing>
          <wp:anchor distT="0" distB="0" distL="114300" distR="114300" simplePos="0" relativeHeight="251658275" behindDoc="0" locked="0" layoutInCell="1" allowOverlap="1" wp14:anchorId="42DF1987" wp14:editId="0EDB850C">
            <wp:simplePos x="0" y="0"/>
            <wp:positionH relativeFrom="column">
              <wp:posOffset>369933</wp:posOffset>
            </wp:positionH>
            <wp:positionV relativeFrom="paragraph">
              <wp:posOffset>470082</wp:posOffset>
            </wp:positionV>
            <wp:extent cx="1638300" cy="1143000"/>
            <wp:effectExtent l="0" t="0" r="0" b="0"/>
            <wp:wrapNone/>
            <wp:docPr id="2121032203" name="Picture 87">
              <a:extLst xmlns:a="http://schemas.openxmlformats.org/drawingml/2006/main">
                <a:ext uri="{FF2B5EF4-FFF2-40B4-BE49-F238E27FC236}">
                  <a16:creationId xmlns:a16="http://schemas.microsoft.com/office/drawing/2014/main" id="{D682E6BB-A7CE-8645-953C-7ECB089040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004622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DB08A6E" wp14:editId="38BB6093">
            <wp:extent cx="6858000" cy="5276088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2--1H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C90A3" w14:textId="77777777" w:rsidR="00F70117" w:rsidRDefault="00F70117" w:rsidP="00F70117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3</w:t>
      </w:r>
    </w:p>
    <w:p w14:paraId="6FA5A6DC" w14:textId="77777777" w:rsidR="00F70117" w:rsidRDefault="00F70117" w:rsidP="00F70117">
      <w:r w:rsidRPr="00A101EC">
        <w:rPr>
          <w:noProof/>
        </w:rPr>
        <w:drawing>
          <wp:anchor distT="0" distB="0" distL="114300" distR="114300" simplePos="0" relativeHeight="251658276" behindDoc="0" locked="0" layoutInCell="1" allowOverlap="1" wp14:anchorId="0774AD3D" wp14:editId="168BDCE7">
            <wp:simplePos x="0" y="0"/>
            <wp:positionH relativeFrom="column">
              <wp:posOffset>359228</wp:posOffset>
            </wp:positionH>
            <wp:positionV relativeFrom="paragraph">
              <wp:posOffset>655047</wp:posOffset>
            </wp:positionV>
            <wp:extent cx="1638300" cy="1143000"/>
            <wp:effectExtent l="0" t="0" r="0" b="0"/>
            <wp:wrapNone/>
            <wp:docPr id="417819138" name="Picture 87">
              <a:extLst xmlns:a="http://schemas.openxmlformats.org/drawingml/2006/main">
                <a:ext uri="{FF2B5EF4-FFF2-40B4-BE49-F238E27FC236}">
                  <a16:creationId xmlns:a16="http://schemas.microsoft.com/office/drawing/2014/main" id="{D682E6BB-A7CE-8645-953C-7ECB089040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004622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2FC9BBF" wp14:editId="6FEFCBAB">
            <wp:extent cx="6858000" cy="527608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2--13C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F4A78" w14:textId="77777777" w:rsidR="00F70117" w:rsidRDefault="00F70117" w:rsidP="00F70117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3</w:t>
      </w:r>
    </w:p>
    <w:p w14:paraId="1CD8C3E0" w14:textId="77777777" w:rsidR="00F70117" w:rsidRDefault="00F70117" w:rsidP="00F70117">
      <w:r w:rsidRPr="00A101EC">
        <w:rPr>
          <w:noProof/>
        </w:rPr>
        <w:drawing>
          <wp:anchor distT="0" distB="0" distL="114300" distR="114300" simplePos="0" relativeHeight="251658277" behindDoc="0" locked="0" layoutInCell="1" allowOverlap="1" wp14:anchorId="5D6564CB" wp14:editId="0EA63E99">
            <wp:simplePos x="0" y="0"/>
            <wp:positionH relativeFrom="column">
              <wp:posOffset>511629</wp:posOffset>
            </wp:positionH>
            <wp:positionV relativeFrom="paragraph">
              <wp:posOffset>513534</wp:posOffset>
            </wp:positionV>
            <wp:extent cx="1638300" cy="1143000"/>
            <wp:effectExtent l="0" t="0" r="0" b="0"/>
            <wp:wrapNone/>
            <wp:docPr id="1687423809" name="Picture 87">
              <a:extLst xmlns:a="http://schemas.openxmlformats.org/drawingml/2006/main">
                <a:ext uri="{FF2B5EF4-FFF2-40B4-BE49-F238E27FC236}">
                  <a16:creationId xmlns:a16="http://schemas.microsoft.com/office/drawing/2014/main" id="{D682E6BB-A7CE-8645-953C-7ECB089040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004622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1CDDE10" wp14:editId="41CCCF06">
            <wp:extent cx="6858000" cy="5276088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22--19F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41281" w14:textId="77777777" w:rsidR="00782489" w:rsidRDefault="00782489" w:rsidP="00782489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4</w:t>
      </w:r>
    </w:p>
    <w:p w14:paraId="4016E62F" w14:textId="77777777" w:rsidR="00782489" w:rsidRDefault="00782489" w:rsidP="00782489">
      <w:r w:rsidRPr="00025C40">
        <w:rPr>
          <w:noProof/>
        </w:rPr>
        <w:drawing>
          <wp:anchor distT="0" distB="0" distL="114300" distR="114300" simplePos="0" relativeHeight="251658278" behindDoc="0" locked="0" layoutInCell="1" allowOverlap="1" wp14:anchorId="5539A232" wp14:editId="1ABC1B4C">
            <wp:simplePos x="0" y="0"/>
            <wp:positionH relativeFrom="column">
              <wp:posOffset>598533</wp:posOffset>
            </wp:positionH>
            <wp:positionV relativeFrom="paragraph">
              <wp:posOffset>727710</wp:posOffset>
            </wp:positionV>
            <wp:extent cx="1562100" cy="1117600"/>
            <wp:effectExtent l="0" t="0" r="0" b="3810"/>
            <wp:wrapNone/>
            <wp:docPr id="881646236" name="Picture 88">
              <a:extLst xmlns:a="http://schemas.openxmlformats.org/drawingml/2006/main">
                <a:ext uri="{FF2B5EF4-FFF2-40B4-BE49-F238E27FC236}">
                  <a16:creationId xmlns:a16="http://schemas.microsoft.com/office/drawing/2014/main" id="{AB5D21BD-4B95-244E-B4DA-2F8B59002D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92218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AD9C7DB" wp14:editId="1FD4EF95">
            <wp:extent cx="6858000" cy="5276088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4--1H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97490" w14:textId="77777777" w:rsidR="00782489" w:rsidRDefault="00782489" w:rsidP="00782489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4</w:t>
      </w:r>
    </w:p>
    <w:p w14:paraId="394989D6" w14:textId="77777777" w:rsidR="00782489" w:rsidRDefault="00782489" w:rsidP="00782489">
      <w:r w:rsidRPr="00025C40">
        <w:rPr>
          <w:noProof/>
        </w:rPr>
        <w:drawing>
          <wp:anchor distT="0" distB="0" distL="114300" distR="114300" simplePos="0" relativeHeight="251658279" behindDoc="0" locked="0" layoutInCell="1" allowOverlap="1" wp14:anchorId="46F7E47F" wp14:editId="3D6FF06D">
            <wp:simplePos x="0" y="0"/>
            <wp:positionH relativeFrom="column">
              <wp:posOffset>510630</wp:posOffset>
            </wp:positionH>
            <wp:positionV relativeFrom="paragraph">
              <wp:posOffset>709385</wp:posOffset>
            </wp:positionV>
            <wp:extent cx="1562100" cy="1117600"/>
            <wp:effectExtent l="0" t="0" r="0" b="3810"/>
            <wp:wrapNone/>
            <wp:docPr id="2056431920" name="Picture 88">
              <a:extLst xmlns:a="http://schemas.openxmlformats.org/drawingml/2006/main">
                <a:ext uri="{FF2B5EF4-FFF2-40B4-BE49-F238E27FC236}">
                  <a16:creationId xmlns:a16="http://schemas.microsoft.com/office/drawing/2014/main" id="{AB5D21BD-4B95-244E-B4DA-2F8B59002D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92218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7C73925" wp14:editId="00E7F366">
            <wp:extent cx="6858000" cy="5276088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4--13C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8BC5A" w14:textId="77777777" w:rsidR="00600F67" w:rsidRDefault="00600F67" w:rsidP="00600F67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5</w:t>
      </w:r>
    </w:p>
    <w:p w14:paraId="11AEAE60" w14:textId="77777777" w:rsidR="00600F67" w:rsidRDefault="00600F67" w:rsidP="00600F67">
      <w:r w:rsidRPr="00292B39">
        <w:rPr>
          <w:noProof/>
          <w:color w:val="000000" w:themeColor="text1"/>
        </w:rPr>
        <w:drawing>
          <wp:anchor distT="0" distB="0" distL="114300" distR="114300" simplePos="0" relativeHeight="251658280" behindDoc="0" locked="0" layoutInCell="1" allowOverlap="1" wp14:anchorId="0995F064" wp14:editId="0A6759D2">
            <wp:simplePos x="0" y="0"/>
            <wp:positionH relativeFrom="column">
              <wp:posOffset>522333</wp:posOffset>
            </wp:positionH>
            <wp:positionV relativeFrom="paragraph">
              <wp:posOffset>589825</wp:posOffset>
            </wp:positionV>
            <wp:extent cx="1549400" cy="1117600"/>
            <wp:effectExtent l="0" t="0" r="0" b="0"/>
            <wp:wrapNone/>
            <wp:docPr id="445936853" name="Picture 89">
              <a:extLst xmlns:a="http://schemas.openxmlformats.org/drawingml/2006/main">
                <a:ext uri="{FF2B5EF4-FFF2-40B4-BE49-F238E27FC236}">
                  <a16:creationId xmlns:a16="http://schemas.microsoft.com/office/drawing/2014/main" id="{9170A6E8-8F19-FB4D-B88C-CF2280FA43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7777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AE6BEF2" wp14:editId="6138203B">
            <wp:extent cx="6858000" cy="5276088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5--1H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45F01" w14:textId="77777777" w:rsidR="00600F67" w:rsidRDefault="00600F67" w:rsidP="00600F67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5</w:t>
      </w:r>
    </w:p>
    <w:p w14:paraId="269DAA2B" w14:textId="77777777" w:rsidR="00600F67" w:rsidRDefault="00600F67" w:rsidP="00600F67">
      <w:r w:rsidRPr="00292B39">
        <w:rPr>
          <w:noProof/>
          <w:color w:val="000000" w:themeColor="text1"/>
        </w:rPr>
        <w:drawing>
          <wp:anchor distT="0" distB="0" distL="114300" distR="114300" simplePos="0" relativeHeight="251658281" behindDoc="0" locked="0" layoutInCell="1" allowOverlap="1" wp14:anchorId="41395ADD" wp14:editId="39ED870F">
            <wp:simplePos x="0" y="0"/>
            <wp:positionH relativeFrom="column">
              <wp:posOffset>381000</wp:posOffset>
            </wp:positionH>
            <wp:positionV relativeFrom="paragraph">
              <wp:posOffset>567963</wp:posOffset>
            </wp:positionV>
            <wp:extent cx="1549400" cy="1117600"/>
            <wp:effectExtent l="0" t="0" r="0" b="0"/>
            <wp:wrapNone/>
            <wp:docPr id="1213263869" name="Picture 89">
              <a:extLst xmlns:a="http://schemas.openxmlformats.org/drawingml/2006/main">
                <a:ext uri="{FF2B5EF4-FFF2-40B4-BE49-F238E27FC236}">
                  <a16:creationId xmlns:a16="http://schemas.microsoft.com/office/drawing/2014/main" id="{9170A6E8-8F19-FB4D-B88C-CF2280FA43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7777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144FCD8" wp14:editId="4EA49BEC">
            <wp:extent cx="6858000" cy="5276088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5--13C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CE8D4" w14:textId="77777777" w:rsidR="006C5173" w:rsidRDefault="006C5173" w:rsidP="006C5173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6</w:t>
      </w:r>
    </w:p>
    <w:p w14:paraId="0CBCD28D" w14:textId="77777777" w:rsidR="006C5173" w:rsidRDefault="006C5173" w:rsidP="006C5173">
      <w:r w:rsidRPr="001B07A2">
        <w:rPr>
          <w:noProof/>
        </w:rPr>
        <w:drawing>
          <wp:anchor distT="0" distB="0" distL="114300" distR="114300" simplePos="0" relativeHeight="251658282" behindDoc="0" locked="0" layoutInCell="1" allowOverlap="1" wp14:anchorId="36F0EEEE" wp14:editId="68632602">
            <wp:simplePos x="0" y="0"/>
            <wp:positionH relativeFrom="column">
              <wp:posOffset>478790</wp:posOffset>
            </wp:positionH>
            <wp:positionV relativeFrom="paragraph">
              <wp:posOffset>727710</wp:posOffset>
            </wp:positionV>
            <wp:extent cx="1447800" cy="1117600"/>
            <wp:effectExtent l="0" t="0" r="0" b="0"/>
            <wp:wrapNone/>
            <wp:docPr id="1573743114" name="Picture 90">
              <a:extLst xmlns:a="http://schemas.openxmlformats.org/drawingml/2006/main">
                <a:ext uri="{FF2B5EF4-FFF2-40B4-BE49-F238E27FC236}">
                  <a16:creationId xmlns:a16="http://schemas.microsoft.com/office/drawing/2014/main" id="{ECC902A0-1FFE-384E-BC4F-07010E6C64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33100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15FAE1B" wp14:editId="0EA719C7">
            <wp:extent cx="6858000" cy="5276088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42--1H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63447" w14:textId="77777777" w:rsidR="006C5173" w:rsidRDefault="006C5173" w:rsidP="006C5173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A0F6E">
        <w:rPr>
          <w:rStyle w:val="Strong"/>
          <w:color w:val="000000"/>
        </w:rPr>
        <w:t>S(VI)-Pro-</w:t>
      </w:r>
      <w:r>
        <w:rPr>
          <w:rStyle w:val="Strong"/>
          <w:color w:val="000000"/>
        </w:rPr>
        <w:t>RAE</w:t>
      </w:r>
      <w:r>
        <w:rPr>
          <w:rStyle w:val="Strong"/>
          <w:color w:val="000000"/>
          <w:vertAlign w:val="subscript"/>
        </w:rPr>
        <w:t>6</w:t>
      </w:r>
    </w:p>
    <w:p w14:paraId="14706575" w14:textId="77777777" w:rsidR="006C5173" w:rsidRDefault="006C5173" w:rsidP="006C5173">
      <w:r w:rsidRPr="001B07A2">
        <w:rPr>
          <w:noProof/>
        </w:rPr>
        <w:drawing>
          <wp:anchor distT="0" distB="0" distL="114300" distR="114300" simplePos="0" relativeHeight="251658283" behindDoc="0" locked="0" layoutInCell="1" allowOverlap="1" wp14:anchorId="3B94A436" wp14:editId="3EB61995">
            <wp:simplePos x="0" y="0"/>
            <wp:positionH relativeFrom="column">
              <wp:posOffset>544286</wp:posOffset>
            </wp:positionH>
            <wp:positionV relativeFrom="paragraph">
              <wp:posOffset>644162</wp:posOffset>
            </wp:positionV>
            <wp:extent cx="1447800" cy="1117600"/>
            <wp:effectExtent l="0" t="0" r="0" b="0"/>
            <wp:wrapNone/>
            <wp:docPr id="345741763" name="Picture 90">
              <a:extLst xmlns:a="http://schemas.openxmlformats.org/drawingml/2006/main">
                <a:ext uri="{FF2B5EF4-FFF2-40B4-BE49-F238E27FC236}">
                  <a16:creationId xmlns:a16="http://schemas.microsoft.com/office/drawing/2014/main" id="{ECC902A0-1FFE-384E-BC4F-07010E6C64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33100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C68A0C5" wp14:editId="04ECA300">
            <wp:extent cx="6858000" cy="5276088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JF-2-42--13C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D9792" w14:textId="77777777" w:rsidR="000D2871" w:rsidRDefault="000D2871" w:rsidP="000D2871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rStyle w:val="Strong"/>
          <w:color w:val="000000"/>
        </w:rPr>
        <w:t>Ms</w:t>
      </w:r>
      <w:proofErr w:type="spellEnd"/>
      <w:r>
        <w:rPr>
          <w:rStyle w:val="Strong"/>
          <w:color w:val="000000"/>
        </w:rPr>
        <w:t>-</w:t>
      </w:r>
      <w:r w:rsidRPr="005A0F6E">
        <w:rPr>
          <w:rStyle w:val="Strong"/>
          <w:color w:val="000000"/>
        </w:rPr>
        <w:t>Pro-</w:t>
      </w:r>
      <w:r>
        <w:rPr>
          <w:rStyle w:val="Strong"/>
          <w:color w:val="000000"/>
        </w:rPr>
        <w:t>RAE</w:t>
      </w:r>
    </w:p>
    <w:p w14:paraId="62ECA3BD" w14:textId="77777777" w:rsidR="000D2871" w:rsidRDefault="000D2871" w:rsidP="000D2871">
      <w:r w:rsidRPr="00F7362E">
        <w:rPr>
          <w:noProof/>
        </w:rPr>
        <w:drawing>
          <wp:anchor distT="0" distB="0" distL="114300" distR="114300" simplePos="0" relativeHeight="251658284" behindDoc="0" locked="0" layoutInCell="1" allowOverlap="1" wp14:anchorId="107CE682" wp14:editId="6B003075">
            <wp:simplePos x="0" y="0"/>
            <wp:positionH relativeFrom="column">
              <wp:posOffset>511266</wp:posOffset>
            </wp:positionH>
            <wp:positionV relativeFrom="paragraph">
              <wp:posOffset>763996</wp:posOffset>
            </wp:positionV>
            <wp:extent cx="1384300" cy="952500"/>
            <wp:effectExtent l="0" t="0" r="0" b="0"/>
            <wp:wrapNone/>
            <wp:docPr id="1519191509" name="Picture 91">
              <a:extLst xmlns:a="http://schemas.openxmlformats.org/drawingml/2006/main">
                <a:ext uri="{FF2B5EF4-FFF2-40B4-BE49-F238E27FC236}">
                  <a16:creationId xmlns:a16="http://schemas.microsoft.com/office/drawing/2014/main" id="{573E28E9-C97E-4D4A-8368-B13279732C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685107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2484C00" wp14:editId="2A9857CB">
            <wp:extent cx="6858000" cy="5276088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NMs-Pro-RAE--1H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2727D" w14:textId="77777777" w:rsidR="000D2871" w:rsidRDefault="000D2871" w:rsidP="000D2871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rStyle w:val="Strong"/>
          <w:color w:val="000000"/>
        </w:rPr>
        <w:t>Ms</w:t>
      </w:r>
      <w:proofErr w:type="spellEnd"/>
      <w:r>
        <w:rPr>
          <w:rStyle w:val="Strong"/>
          <w:color w:val="000000"/>
        </w:rPr>
        <w:t>-</w:t>
      </w:r>
      <w:r w:rsidRPr="005A0F6E">
        <w:rPr>
          <w:rStyle w:val="Strong"/>
          <w:color w:val="000000"/>
        </w:rPr>
        <w:t>Pro-</w:t>
      </w:r>
      <w:r>
        <w:rPr>
          <w:rStyle w:val="Strong"/>
          <w:color w:val="000000"/>
        </w:rPr>
        <w:t>RAE</w:t>
      </w:r>
    </w:p>
    <w:p w14:paraId="14FEDD4F" w14:textId="2A4E87FE" w:rsidR="000D2871" w:rsidRDefault="000D2871" w:rsidP="00E4578C">
      <w:pPr>
        <w:tabs>
          <w:tab w:val="left" w:pos="11393"/>
        </w:tabs>
      </w:pPr>
      <w:r w:rsidRPr="00F7362E">
        <w:rPr>
          <w:noProof/>
        </w:rPr>
        <w:drawing>
          <wp:anchor distT="0" distB="0" distL="114300" distR="114300" simplePos="0" relativeHeight="251658285" behindDoc="0" locked="0" layoutInCell="1" allowOverlap="1" wp14:anchorId="316CDEA4" wp14:editId="014FF5B7">
            <wp:simplePos x="0" y="0"/>
            <wp:positionH relativeFrom="column">
              <wp:posOffset>533400</wp:posOffset>
            </wp:positionH>
            <wp:positionV relativeFrom="paragraph">
              <wp:posOffset>665934</wp:posOffset>
            </wp:positionV>
            <wp:extent cx="1384300" cy="952500"/>
            <wp:effectExtent l="0" t="0" r="0" b="0"/>
            <wp:wrapNone/>
            <wp:docPr id="1373324664" name="Picture 91">
              <a:extLst xmlns:a="http://schemas.openxmlformats.org/drawingml/2006/main">
                <a:ext uri="{FF2B5EF4-FFF2-40B4-BE49-F238E27FC236}">
                  <a16:creationId xmlns:a16="http://schemas.microsoft.com/office/drawing/2014/main" id="{573E28E9-C97E-4D4A-8368-B13279732CA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685107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45557C9" wp14:editId="6915A5B0">
            <wp:extent cx="6858000" cy="5276088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NMs-Pro-RAE--13C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578C">
        <w:tab/>
      </w:r>
    </w:p>
    <w:p w14:paraId="49013810" w14:textId="163B0848" w:rsidR="006246FB" w:rsidRDefault="006246FB" w:rsidP="00E4578C">
      <w:pPr>
        <w:tabs>
          <w:tab w:val="left" w:pos="11393"/>
        </w:tabs>
      </w:pPr>
    </w:p>
    <w:p w14:paraId="65C4E256" w14:textId="1E27D965" w:rsidR="006E6FAE" w:rsidRDefault="00A37486" w:rsidP="006E6FAE">
      <w:r>
        <w:rPr>
          <w:rStyle w:val="Strong"/>
          <w:noProof/>
          <w:color w:val="000000"/>
        </w:rPr>
        <w:drawing>
          <wp:anchor distT="0" distB="0" distL="114300" distR="114300" simplePos="0" relativeHeight="251658461" behindDoc="0" locked="0" layoutInCell="1" allowOverlap="1" wp14:anchorId="51924C4A" wp14:editId="0A7163C2">
            <wp:simplePos x="0" y="0"/>
            <wp:positionH relativeFrom="column">
              <wp:posOffset>223311</wp:posOffset>
            </wp:positionH>
            <wp:positionV relativeFrom="paragraph">
              <wp:posOffset>805605</wp:posOffset>
            </wp:positionV>
            <wp:extent cx="2047875" cy="1190625"/>
            <wp:effectExtent l="0" t="0" r="9525" b="9525"/>
            <wp:wrapNone/>
            <wp:docPr id="206546372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FAE" w:rsidRPr="000766D2">
        <w:rPr>
          <w:noProof/>
        </w:rPr>
        <w:drawing>
          <wp:anchor distT="0" distB="0" distL="114300" distR="114300" simplePos="0" relativeHeight="251658458" behindDoc="0" locked="0" layoutInCell="1" allowOverlap="1" wp14:anchorId="69E00D24" wp14:editId="3FE77044">
            <wp:simplePos x="0" y="0"/>
            <wp:positionH relativeFrom="column">
              <wp:posOffset>1905</wp:posOffset>
            </wp:positionH>
            <wp:positionV relativeFrom="paragraph">
              <wp:posOffset>402590</wp:posOffset>
            </wp:positionV>
            <wp:extent cx="7772400" cy="5467350"/>
            <wp:effectExtent l="0" t="0" r="0" b="0"/>
            <wp:wrapSquare wrapText="bothSides"/>
            <wp:docPr id="1260062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06213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FAE">
        <w:rPr>
          <w:vertAlign w:val="superscript"/>
        </w:rPr>
        <w:t>1</w:t>
      </w:r>
      <w:r w:rsidR="006E6FAE">
        <w:t>H NMR (500 MHz, CDCl</w:t>
      </w:r>
      <w:r w:rsidR="006E6FAE">
        <w:rPr>
          <w:vertAlign w:val="subscript"/>
        </w:rPr>
        <w:t>3</w:t>
      </w:r>
      <w:r w:rsidR="006E6FAE">
        <w:t xml:space="preserve">) for </w:t>
      </w:r>
      <w:r w:rsidR="006E6FAE">
        <w:rPr>
          <w:rStyle w:val="Strong"/>
          <w:color w:val="000000"/>
        </w:rPr>
        <w:t>FS-</w:t>
      </w:r>
      <w:r w:rsidR="006E6FAE" w:rsidRPr="005A0F6E">
        <w:rPr>
          <w:rStyle w:val="Strong"/>
          <w:color w:val="000000"/>
        </w:rPr>
        <w:t>Pro-</w:t>
      </w:r>
      <w:r w:rsidR="006E6FAE">
        <w:rPr>
          <w:rStyle w:val="Strong"/>
          <w:color w:val="000000"/>
        </w:rPr>
        <w:t>RAE</w:t>
      </w:r>
    </w:p>
    <w:p w14:paraId="3443D8A2" w14:textId="5BA2CC2B" w:rsidR="006246FB" w:rsidRDefault="00A37486" w:rsidP="00613415">
      <w:r>
        <w:rPr>
          <w:noProof/>
          <w:vertAlign w:val="superscript"/>
        </w:rPr>
        <w:lastRenderedPageBreak/>
        <w:drawing>
          <wp:anchor distT="0" distB="0" distL="114300" distR="114300" simplePos="0" relativeHeight="251658462" behindDoc="0" locked="0" layoutInCell="1" allowOverlap="1" wp14:anchorId="5ADBF1B9" wp14:editId="066BF762">
            <wp:simplePos x="0" y="0"/>
            <wp:positionH relativeFrom="column">
              <wp:posOffset>132534</wp:posOffset>
            </wp:positionH>
            <wp:positionV relativeFrom="paragraph">
              <wp:posOffset>1014716</wp:posOffset>
            </wp:positionV>
            <wp:extent cx="2047875" cy="1190625"/>
            <wp:effectExtent l="0" t="0" r="9525" b="9525"/>
            <wp:wrapNone/>
            <wp:docPr id="1788988008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415" w:rsidRPr="00613415">
        <w:rPr>
          <w:noProof/>
        </w:rPr>
        <w:drawing>
          <wp:anchor distT="0" distB="0" distL="114300" distR="114300" simplePos="0" relativeHeight="251658459" behindDoc="0" locked="0" layoutInCell="1" allowOverlap="1" wp14:anchorId="183CC67F" wp14:editId="397E4AE5">
            <wp:simplePos x="0" y="0"/>
            <wp:positionH relativeFrom="column">
              <wp:posOffset>1905</wp:posOffset>
            </wp:positionH>
            <wp:positionV relativeFrom="paragraph">
              <wp:posOffset>459740</wp:posOffset>
            </wp:positionV>
            <wp:extent cx="7772400" cy="5458460"/>
            <wp:effectExtent l="0" t="0" r="0" b="8890"/>
            <wp:wrapSquare wrapText="bothSides"/>
            <wp:docPr id="116318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18385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458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415">
        <w:rPr>
          <w:vertAlign w:val="superscript"/>
        </w:rPr>
        <w:t>13</w:t>
      </w:r>
      <w:r w:rsidR="00613415">
        <w:t>C NMR (126 MHz, CDCl</w:t>
      </w:r>
      <w:r w:rsidR="00613415">
        <w:rPr>
          <w:vertAlign w:val="subscript"/>
        </w:rPr>
        <w:t>3</w:t>
      </w:r>
      <w:r w:rsidR="00613415">
        <w:t xml:space="preserve">) for </w:t>
      </w:r>
      <w:r w:rsidR="00613415">
        <w:rPr>
          <w:rStyle w:val="Strong"/>
          <w:color w:val="000000"/>
        </w:rPr>
        <w:t>FS-</w:t>
      </w:r>
      <w:r w:rsidR="00613415" w:rsidRPr="005A0F6E">
        <w:rPr>
          <w:rStyle w:val="Strong"/>
          <w:color w:val="000000"/>
        </w:rPr>
        <w:t>Pro-</w:t>
      </w:r>
      <w:r w:rsidR="00613415">
        <w:rPr>
          <w:rStyle w:val="Strong"/>
          <w:color w:val="000000"/>
        </w:rPr>
        <w:t>RAE</w:t>
      </w:r>
    </w:p>
    <w:p w14:paraId="42544DA5" w14:textId="53295908" w:rsidR="006246FB" w:rsidRDefault="009967FF" w:rsidP="00C24812">
      <w:r>
        <w:rPr>
          <w:rStyle w:val="Strong"/>
          <w:noProof/>
          <w:color w:val="000000"/>
        </w:rPr>
        <w:lastRenderedPageBreak/>
        <w:drawing>
          <wp:anchor distT="0" distB="0" distL="114300" distR="114300" simplePos="0" relativeHeight="251658463" behindDoc="0" locked="0" layoutInCell="1" allowOverlap="1" wp14:anchorId="0A888297" wp14:editId="46BDDDE1">
            <wp:simplePos x="0" y="0"/>
            <wp:positionH relativeFrom="column">
              <wp:posOffset>182845</wp:posOffset>
            </wp:positionH>
            <wp:positionV relativeFrom="paragraph">
              <wp:posOffset>924281</wp:posOffset>
            </wp:positionV>
            <wp:extent cx="2047875" cy="1190625"/>
            <wp:effectExtent l="0" t="0" r="9525" b="9525"/>
            <wp:wrapNone/>
            <wp:docPr id="50712457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812" w:rsidRPr="00C24812">
        <w:rPr>
          <w:noProof/>
        </w:rPr>
        <w:drawing>
          <wp:anchor distT="0" distB="0" distL="114300" distR="114300" simplePos="0" relativeHeight="251658460" behindDoc="0" locked="0" layoutInCell="1" allowOverlap="1" wp14:anchorId="43626A74" wp14:editId="5976A4F8">
            <wp:simplePos x="0" y="0"/>
            <wp:positionH relativeFrom="column">
              <wp:posOffset>1905</wp:posOffset>
            </wp:positionH>
            <wp:positionV relativeFrom="paragraph">
              <wp:posOffset>462120</wp:posOffset>
            </wp:positionV>
            <wp:extent cx="7772400" cy="5465445"/>
            <wp:effectExtent l="0" t="0" r="0" b="1905"/>
            <wp:wrapSquare wrapText="bothSides"/>
            <wp:docPr id="1604710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10938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46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812">
        <w:rPr>
          <w:vertAlign w:val="superscript"/>
        </w:rPr>
        <w:t>19</w:t>
      </w:r>
      <w:r w:rsidR="00C24812">
        <w:t>F NMR (377 MHz, CDCl</w:t>
      </w:r>
      <w:r w:rsidR="00C24812">
        <w:rPr>
          <w:vertAlign w:val="subscript"/>
        </w:rPr>
        <w:t>3</w:t>
      </w:r>
      <w:r w:rsidR="00C24812">
        <w:t xml:space="preserve">) for </w:t>
      </w:r>
      <w:r w:rsidR="00C24812">
        <w:rPr>
          <w:rStyle w:val="Strong"/>
          <w:color w:val="000000"/>
        </w:rPr>
        <w:t>FS</w:t>
      </w:r>
      <w:r w:rsidR="00C24812" w:rsidRPr="005A0F6E">
        <w:rPr>
          <w:rStyle w:val="Strong"/>
          <w:color w:val="000000"/>
        </w:rPr>
        <w:t>-Pro-</w:t>
      </w:r>
      <w:r w:rsidR="00C24812">
        <w:rPr>
          <w:rStyle w:val="Strong"/>
          <w:color w:val="000000"/>
        </w:rPr>
        <w:t>RAE</w:t>
      </w:r>
    </w:p>
    <w:p w14:paraId="307F5A42" w14:textId="77777777" w:rsidR="006702C3" w:rsidRDefault="006702C3" w:rsidP="006702C3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</w:t>
      </w:r>
      <w:proofErr w:type="spellStart"/>
      <w:r>
        <w:rPr>
          <w:b/>
        </w:rPr>
        <w:t>OBn</w:t>
      </w:r>
      <w:proofErr w:type="spellEnd"/>
    </w:p>
    <w:p w14:paraId="20B66627" w14:textId="77777777" w:rsidR="006702C3" w:rsidRDefault="006702C3" w:rsidP="006702C3">
      <w:r>
        <w:rPr>
          <w:noProof/>
        </w:rPr>
        <w:drawing>
          <wp:inline distT="0" distB="0" distL="0" distR="0" wp14:anchorId="6C9F572C" wp14:editId="37E02B8B">
            <wp:extent cx="6858000" cy="5276088"/>
            <wp:effectExtent l="0" t="0" r="0" b="0"/>
            <wp:docPr id="84122480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8990" name="Tf-Pro-OBn--1H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9A749" w14:textId="77777777" w:rsidR="006702C3" w:rsidRDefault="006702C3" w:rsidP="006702C3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</w:t>
      </w:r>
      <w:proofErr w:type="spellStart"/>
      <w:r>
        <w:rPr>
          <w:b/>
        </w:rPr>
        <w:t>OBn</w:t>
      </w:r>
      <w:proofErr w:type="spellEnd"/>
    </w:p>
    <w:p w14:paraId="26134914" w14:textId="77777777" w:rsidR="006702C3" w:rsidRDefault="006702C3" w:rsidP="006702C3">
      <w:r>
        <w:rPr>
          <w:noProof/>
        </w:rPr>
        <w:drawing>
          <wp:inline distT="0" distB="0" distL="0" distR="0" wp14:anchorId="2DF35760" wp14:editId="6B6BDC95">
            <wp:extent cx="6858000" cy="5276088"/>
            <wp:effectExtent l="0" t="0" r="0" b="0"/>
            <wp:docPr id="30722711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12352" name="Tf-Pro-OBn--13C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74886" w14:textId="77777777" w:rsidR="006702C3" w:rsidRDefault="006702C3" w:rsidP="006702C3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</w:t>
      </w:r>
      <w:proofErr w:type="spellStart"/>
      <w:r>
        <w:rPr>
          <w:b/>
        </w:rPr>
        <w:t>OBn</w:t>
      </w:r>
      <w:proofErr w:type="spellEnd"/>
    </w:p>
    <w:p w14:paraId="5FD628BA" w14:textId="77777777" w:rsidR="006702C3" w:rsidRDefault="006702C3" w:rsidP="006702C3">
      <w:r>
        <w:rPr>
          <w:noProof/>
        </w:rPr>
        <w:drawing>
          <wp:inline distT="0" distB="0" distL="0" distR="0" wp14:anchorId="23FA30C0" wp14:editId="502CE986">
            <wp:extent cx="6858000" cy="5276088"/>
            <wp:effectExtent l="0" t="0" r="0" b="0"/>
            <wp:docPr id="88753681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285048" name="Tf-Pro-OBn--19F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53E90" w14:textId="77777777" w:rsidR="006702C3" w:rsidRDefault="006702C3" w:rsidP="006702C3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-Pro-OH</w:t>
      </w:r>
    </w:p>
    <w:p w14:paraId="369DEFBB" w14:textId="77777777" w:rsidR="006702C3" w:rsidRDefault="006702C3" w:rsidP="006702C3">
      <w:r>
        <w:rPr>
          <w:noProof/>
        </w:rPr>
        <w:drawing>
          <wp:inline distT="0" distB="0" distL="0" distR="0" wp14:anchorId="6607A739" wp14:editId="4EA724FA">
            <wp:extent cx="6858000" cy="5276088"/>
            <wp:effectExtent l="0" t="0" r="0" b="0"/>
            <wp:docPr id="191358293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592324" name="Tf-Pro-OH--1H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2B578" w14:textId="77777777" w:rsidR="006702C3" w:rsidRDefault="006702C3" w:rsidP="006702C3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-Pro-OH</w:t>
      </w:r>
    </w:p>
    <w:p w14:paraId="56F8A2F2" w14:textId="77777777" w:rsidR="006702C3" w:rsidRDefault="006702C3" w:rsidP="006702C3">
      <w:r>
        <w:rPr>
          <w:noProof/>
        </w:rPr>
        <w:drawing>
          <wp:inline distT="0" distB="0" distL="0" distR="0" wp14:anchorId="7D425A8A" wp14:editId="75986A86">
            <wp:extent cx="6858000" cy="5276088"/>
            <wp:effectExtent l="0" t="0" r="0" b="0"/>
            <wp:docPr id="43079211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380523" name="Tf-Pro-OH--13C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FFC67" w14:textId="77777777" w:rsidR="006702C3" w:rsidRDefault="006702C3" w:rsidP="006702C3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-Pro-OH</w:t>
      </w:r>
    </w:p>
    <w:p w14:paraId="7DD2B0C3" w14:textId="77777777" w:rsidR="006702C3" w:rsidRDefault="006702C3" w:rsidP="006702C3">
      <w:r>
        <w:rPr>
          <w:noProof/>
        </w:rPr>
        <w:drawing>
          <wp:inline distT="0" distB="0" distL="0" distR="0" wp14:anchorId="733B8366" wp14:editId="4D2CCF79">
            <wp:extent cx="6858000" cy="5276088"/>
            <wp:effectExtent l="0" t="0" r="0" b="0"/>
            <wp:docPr id="5809938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596078" name="Tf-Pro-OH--19F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35A2" w14:textId="77777777" w:rsidR="006702C3" w:rsidRDefault="006702C3" w:rsidP="006702C3">
      <w:r>
        <w:rPr>
          <w:vertAlign w:val="superscript"/>
        </w:rPr>
        <w:lastRenderedPageBreak/>
        <w:t>1</w:t>
      </w:r>
      <w:r>
        <w:t>H NMR (400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-Pro-RAE</w:t>
      </w:r>
    </w:p>
    <w:p w14:paraId="661A4704" w14:textId="77777777" w:rsidR="006702C3" w:rsidRDefault="006702C3" w:rsidP="006702C3">
      <w:r>
        <w:rPr>
          <w:noProof/>
        </w:rPr>
        <w:drawing>
          <wp:inline distT="0" distB="0" distL="0" distR="0" wp14:anchorId="4B2032B1" wp14:editId="2D45930F">
            <wp:extent cx="6858000" cy="5276088"/>
            <wp:effectExtent l="0" t="0" r="0" b="0"/>
            <wp:docPr id="213071762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063051" name="Tf-Pro-RAE--1H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34304" w14:textId="77777777" w:rsidR="006702C3" w:rsidRDefault="006702C3" w:rsidP="006702C3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-Pro-RAE</w:t>
      </w:r>
    </w:p>
    <w:p w14:paraId="78CEACC4" w14:textId="77777777" w:rsidR="006702C3" w:rsidRDefault="006702C3" w:rsidP="006702C3">
      <w:r>
        <w:rPr>
          <w:noProof/>
        </w:rPr>
        <w:drawing>
          <wp:inline distT="0" distB="0" distL="0" distR="0" wp14:anchorId="6127695C" wp14:editId="4001D021">
            <wp:extent cx="6858000" cy="5276088"/>
            <wp:effectExtent l="0" t="0" r="0" b="0"/>
            <wp:docPr id="194932540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179250" name="Tf-Pro-RAE--13C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6E3E0" w14:textId="77777777" w:rsidR="006702C3" w:rsidRDefault="006702C3" w:rsidP="006702C3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Tf</w:t>
      </w:r>
      <w:proofErr w:type="spellEnd"/>
      <w:r>
        <w:rPr>
          <w:b/>
        </w:rPr>
        <w:t>-Pro-RAE</w:t>
      </w:r>
    </w:p>
    <w:p w14:paraId="2F3572BC" w14:textId="0820C7D8" w:rsidR="006702C3" w:rsidRDefault="006702C3" w:rsidP="006702C3">
      <w:r>
        <w:rPr>
          <w:noProof/>
        </w:rPr>
        <w:drawing>
          <wp:inline distT="0" distB="0" distL="0" distR="0" wp14:anchorId="209A566F" wp14:editId="5BF2AEFF">
            <wp:extent cx="6858000" cy="5276088"/>
            <wp:effectExtent l="0" t="0" r="0" b="0"/>
            <wp:docPr id="110228948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627734" name="Tf-Pro-RAE--19F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0950F" w14:textId="3D2A7666" w:rsidR="00664FD5" w:rsidRDefault="00664FD5" w:rsidP="00664FD5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A27D3D">
        <w:rPr>
          <w:b/>
        </w:rPr>
        <w:t>S8</w:t>
      </w:r>
    </w:p>
    <w:p w14:paraId="634321A3" w14:textId="77777777" w:rsidR="00664FD5" w:rsidRDefault="00664FD5" w:rsidP="00664FD5">
      <w:r>
        <w:rPr>
          <w:noProof/>
        </w:rPr>
        <w:drawing>
          <wp:inline distT="0" distB="0" distL="0" distR="0" wp14:anchorId="3790841B" wp14:editId="3E28DE4B">
            <wp:extent cx="6858000" cy="5276088"/>
            <wp:effectExtent l="0" t="0" r="0" b="0"/>
            <wp:docPr id="557451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135663" name="(1) Mesylated benzyl prolinate--1H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E451B" w14:textId="5F4D5D54" w:rsidR="00664FD5" w:rsidRDefault="00664FD5" w:rsidP="00664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A27D3D">
        <w:rPr>
          <w:b/>
        </w:rPr>
        <w:t>S8</w:t>
      </w:r>
    </w:p>
    <w:p w14:paraId="1E5DDCF3" w14:textId="77777777" w:rsidR="00664FD5" w:rsidRDefault="00664FD5" w:rsidP="00664FD5">
      <w:r>
        <w:rPr>
          <w:noProof/>
        </w:rPr>
        <w:drawing>
          <wp:inline distT="0" distB="0" distL="0" distR="0" wp14:anchorId="40E4BEF5" wp14:editId="227EA36F">
            <wp:extent cx="6858000" cy="5276088"/>
            <wp:effectExtent l="0" t="0" r="0" b="0"/>
            <wp:docPr id="6469010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32041" name="(1) Mesylated benzyl prolinate--13C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21C57" w14:textId="77BDA98E" w:rsidR="00664FD5" w:rsidRDefault="00664FD5" w:rsidP="00664FD5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A27D3D">
        <w:rPr>
          <w:b/>
        </w:rPr>
        <w:t>S9</w:t>
      </w:r>
    </w:p>
    <w:p w14:paraId="1035E2B7" w14:textId="77777777" w:rsidR="00664FD5" w:rsidRDefault="00664FD5" w:rsidP="00664FD5">
      <w:r>
        <w:rPr>
          <w:noProof/>
        </w:rPr>
        <w:drawing>
          <wp:inline distT="0" distB="0" distL="0" distR="0" wp14:anchorId="6F509869" wp14:editId="01F3F21A">
            <wp:extent cx="6858000" cy="5276088"/>
            <wp:effectExtent l="0" t="0" r="0" b="0"/>
            <wp:docPr id="1145037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420117" name="(2) Mesylated prolinol--1H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474A" w14:textId="11329678" w:rsidR="00664FD5" w:rsidRDefault="00664FD5" w:rsidP="00664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A27D3D">
        <w:rPr>
          <w:b/>
        </w:rPr>
        <w:t>S9</w:t>
      </w:r>
    </w:p>
    <w:p w14:paraId="0F86E6A9" w14:textId="77777777" w:rsidR="00664FD5" w:rsidRDefault="00664FD5" w:rsidP="00664FD5">
      <w:r>
        <w:rPr>
          <w:noProof/>
        </w:rPr>
        <w:drawing>
          <wp:inline distT="0" distB="0" distL="0" distR="0" wp14:anchorId="069B8FF6" wp14:editId="18EE92E9">
            <wp:extent cx="6858000" cy="5276088"/>
            <wp:effectExtent l="0" t="0" r="0" b="0"/>
            <wp:docPr id="18113748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813028" name="(2) Mesylated prolinol--13C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B8FC6" w14:textId="60D43858" w:rsidR="00664FD5" w:rsidRDefault="00664FD5" w:rsidP="00664FD5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A27D3D">
        <w:rPr>
          <w:b/>
        </w:rPr>
        <w:t>S10</w:t>
      </w:r>
    </w:p>
    <w:p w14:paraId="7ED78979" w14:textId="77777777" w:rsidR="00664FD5" w:rsidRDefault="00664FD5" w:rsidP="00664FD5">
      <w:r>
        <w:rPr>
          <w:noProof/>
        </w:rPr>
        <w:drawing>
          <wp:inline distT="0" distB="0" distL="0" distR="0" wp14:anchorId="1386A426" wp14:editId="2F53F7CD">
            <wp:extent cx="6858000" cy="5276088"/>
            <wp:effectExtent l="0" t="0" r="0" b="0"/>
            <wp:docPr id="97801949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257836" name="(3) Mesylated benzyl-protected prolinol--1H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1F266" w14:textId="618E9BD5" w:rsidR="00664FD5" w:rsidRDefault="00664FD5" w:rsidP="00664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A27D3D">
        <w:rPr>
          <w:b/>
        </w:rPr>
        <w:t>S10</w:t>
      </w:r>
    </w:p>
    <w:p w14:paraId="047D0E3F" w14:textId="77777777" w:rsidR="00664FD5" w:rsidRDefault="00664FD5" w:rsidP="00664FD5">
      <w:r>
        <w:rPr>
          <w:noProof/>
        </w:rPr>
        <w:drawing>
          <wp:inline distT="0" distB="0" distL="0" distR="0" wp14:anchorId="43564B62" wp14:editId="6096C315">
            <wp:extent cx="6858000" cy="5276088"/>
            <wp:effectExtent l="0" t="0" r="0" b="0"/>
            <wp:docPr id="3421302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951169" name="(3) Mesylated benzyl-protected prolinol--13C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83C89" w14:textId="1C18CC79" w:rsidR="00664FD5" w:rsidRDefault="00664FD5" w:rsidP="00664FD5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A1314B">
        <w:rPr>
          <w:b/>
        </w:rPr>
        <w:t>S12</w:t>
      </w:r>
    </w:p>
    <w:p w14:paraId="07572FB6" w14:textId="77777777" w:rsidR="00664FD5" w:rsidRDefault="00664FD5" w:rsidP="00664FD5">
      <w:r>
        <w:rPr>
          <w:noProof/>
        </w:rPr>
        <w:drawing>
          <wp:inline distT="0" distB="0" distL="0" distR="0" wp14:anchorId="12C6E203" wp14:editId="72D93759">
            <wp:extent cx="6858000" cy="5276088"/>
            <wp:effectExtent l="0" t="0" r="0" b="0"/>
            <wp:docPr id="115834044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46614" name="(5) Difyl benzyl-protected prolinol--1H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E07B9" w14:textId="4933BF4D" w:rsidR="00664FD5" w:rsidRDefault="00664FD5" w:rsidP="00664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A1314B">
        <w:rPr>
          <w:b/>
        </w:rPr>
        <w:t>S12</w:t>
      </w:r>
    </w:p>
    <w:p w14:paraId="190B1D4D" w14:textId="77777777" w:rsidR="00664FD5" w:rsidRDefault="00664FD5" w:rsidP="00664FD5">
      <w:r>
        <w:rPr>
          <w:noProof/>
        </w:rPr>
        <w:drawing>
          <wp:inline distT="0" distB="0" distL="0" distR="0" wp14:anchorId="122D3C42" wp14:editId="6C6D6B3E">
            <wp:extent cx="6858000" cy="5276088"/>
            <wp:effectExtent l="0" t="0" r="0" b="0"/>
            <wp:docPr id="2005621952" name="(5) Difyl benzyl-protected prolinol--13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10497" name="(5) Difyl benzyl-protected prolinol--13C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FC553" w14:textId="205C08A7" w:rsidR="00664FD5" w:rsidRDefault="00664FD5" w:rsidP="00664FD5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="00A1314B">
        <w:rPr>
          <w:b/>
        </w:rPr>
        <w:t>S12</w:t>
      </w:r>
    </w:p>
    <w:p w14:paraId="0CF1DD64" w14:textId="77777777" w:rsidR="00664FD5" w:rsidRDefault="00664FD5" w:rsidP="00664FD5">
      <w:r>
        <w:rPr>
          <w:noProof/>
        </w:rPr>
        <w:drawing>
          <wp:inline distT="0" distB="0" distL="0" distR="0" wp14:anchorId="3CB81D5D" wp14:editId="7E4B4B94">
            <wp:extent cx="6858000" cy="5276088"/>
            <wp:effectExtent l="0" t="0" r="0" b="0"/>
            <wp:docPr id="121161062" name="(5) Difyl benzyl-protected prolinol--19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929717" name="(5) Difyl benzyl-protected prolinol--19F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70FCF" w14:textId="26E3B13B" w:rsidR="00664FD5" w:rsidRDefault="00664FD5" w:rsidP="00664FD5">
      <w:r>
        <w:rPr>
          <w:vertAlign w:val="superscript"/>
        </w:rPr>
        <w:lastRenderedPageBreak/>
        <w:t>1</w:t>
      </w:r>
      <w:r>
        <w:t>H NMR (400 MHz, CDCl</w:t>
      </w:r>
      <w:r>
        <w:rPr>
          <w:vertAlign w:val="subscript"/>
        </w:rPr>
        <w:t>3</w:t>
      </w:r>
      <w:r>
        <w:t xml:space="preserve">) for </w:t>
      </w:r>
      <w:r w:rsidR="00A2758F">
        <w:rPr>
          <w:b/>
        </w:rPr>
        <w:t>S13</w:t>
      </w:r>
    </w:p>
    <w:p w14:paraId="30B640CE" w14:textId="77777777" w:rsidR="00664FD5" w:rsidRDefault="00664FD5" w:rsidP="00664FD5">
      <w:r>
        <w:rPr>
          <w:noProof/>
        </w:rPr>
        <w:drawing>
          <wp:inline distT="0" distB="0" distL="0" distR="0" wp14:anchorId="299F61F5" wp14:editId="627DAAC6">
            <wp:extent cx="6858000" cy="5276088"/>
            <wp:effectExtent l="0" t="0" r="0" b="0"/>
            <wp:docPr id="7741425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838356" name="(6) Difyl prolinol--1H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0F90C" w14:textId="36684C39" w:rsidR="00664FD5" w:rsidRDefault="00664FD5" w:rsidP="00664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A2758F">
        <w:rPr>
          <w:b/>
        </w:rPr>
        <w:t>S13</w:t>
      </w:r>
    </w:p>
    <w:p w14:paraId="03BF35E0" w14:textId="77777777" w:rsidR="00664FD5" w:rsidRDefault="00664FD5" w:rsidP="00664FD5">
      <w:r>
        <w:rPr>
          <w:noProof/>
        </w:rPr>
        <w:drawing>
          <wp:inline distT="0" distB="0" distL="0" distR="0" wp14:anchorId="0A0D65AB" wp14:editId="3F020EA3">
            <wp:extent cx="6858000" cy="5276088"/>
            <wp:effectExtent l="0" t="0" r="0" b="0"/>
            <wp:docPr id="336559796" name="(6) Difyl prolinol--13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956647" name="(6) Difyl prolinol--13C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29728" w14:textId="1506E252" w:rsidR="00664FD5" w:rsidRDefault="00664FD5" w:rsidP="00664FD5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="00A2758F">
        <w:rPr>
          <w:b/>
        </w:rPr>
        <w:t>S13</w:t>
      </w:r>
    </w:p>
    <w:p w14:paraId="01EDCFFF" w14:textId="77777777" w:rsidR="00664FD5" w:rsidRDefault="00664FD5" w:rsidP="00664FD5">
      <w:r>
        <w:rPr>
          <w:noProof/>
        </w:rPr>
        <w:drawing>
          <wp:inline distT="0" distB="0" distL="0" distR="0" wp14:anchorId="4CF861EC" wp14:editId="6FD18B59">
            <wp:extent cx="6858000" cy="5276088"/>
            <wp:effectExtent l="0" t="0" r="0" b="0"/>
            <wp:docPr id="408411090" name="(6) Difyl prolinol--19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157922" name="(6) Difyl prolinol--19F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123C9" w14:textId="38507BA7" w:rsidR="00664FD5" w:rsidRDefault="00664FD5" w:rsidP="00664FD5">
      <w:r>
        <w:rPr>
          <w:vertAlign w:val="superscript"/>
        </w:rPr>
        <w:lastRenderedPageBreak/>
        <w:t>1</w:t>
      </w:r>
      <w:r>
        <w:t>H NMR (400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Df</w:t>
      </w:r>
      <w:proofErr w:type="spellEnd"/>
      <w:r>
        <w:rPr>
          <w:b/>
        </w:rPr>
        <w:t>-Pro-OH</w:t>
      </w:r>
    </w:p>
    <w:p w14:paraId="12D687B4" w14:textId="77777777" w:rsidR="00664FD5" w:rsidRDefault="00664FD5" w:rsidP="00664FD5">
      <w:r>
        <w:rPr>
          <w:noProof/>
        </w:rPr>
        <w:drawing>
          <wp:inline distT="0" distB="0" distL="0" distR="0" wp14:anchorId="54DBD5C2" wp14:editId="10A45A0E">
            <wp:extent cx="6858000" cy="5276088"/>
            <wp:effectExtent l="0" t="0" r="0" b="0"/>
            <wp:docPr id="51727431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020066" name="(7) Df-Pro-OH--1H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0B8EA" w14:textId="17099CAE" w:rsidR="00664FD5" w:rsidRDefault="00664FD5" w:rsidP="00664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Df</w:t>
      </w:r>
      <w:proofErr w:type="spellEnd"/>
      <w:r>
        <w:rPr>
          <w:b/>
        </w:rPr>
        <w:t>-Pro-OH</w:t>
      </w:r>
    </w:p>
    <w:p w14:paraId="4162CF83" w14:textId="77777777" w:rsidR="00664FD5" w:rsidRDefault="00664FD5" w:rsidP="00664FD5">
      <w:r>
        <w:rPr>
          <w:noProof/>
        </w:rPr>
        <w:drawing>
          <wp:inline distT="0" distB="0" distL="0" distR="0" wp14:anchorId="0C1F981E" wp14:editId="331B5FE3">
            <wp:extent cx="6858000" cy="5276088"/>
            <wp:effectExtent l="0" t="0" r="0" b="0"/>
            <wp:docPr id="118632392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13345" name="(7) Df-Pro-OH--13C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F9AA7" w14:textId="39BA7EBC" w:rsidR="00664FD5" w:rsidRDefault="00664FD5" w:rsidP="00664FD5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proofErr w:type="spellStart"/>
      <w:r>
        <w:rPr>
          <w:b/>
        </w:rPr>
        <w:t>Df</w:t>
      </w:r>
      <w:proofErr w:type="spellEnd"/>
      <w:r>
        <w:rPr>
          <w:b/>
        </w:rPr>
        <w:t>-Pro-OH</w:t>
      </w:r>
    </w:p>
    <w:p w14:paraId="14EE7739" w14:textId="63CB21A9" w:rsidR="00664FD5" w:rsidRDefault="00664FD5" w:rsidP="006702C3">
      <w:r>
        <w:rPr>
          <w:noProof/>
        </w:rPr>
        <w:drawing>
          <wp:inline distT="0" distB="0" distL="0" distR="0" wp14:anchorId="3C3A48A7" wp14:editId="2302098F">
            <wp:extent cx="6858000" cy="5276088"/>
            <wp:effectExtent l="0" t="0" r="0" b="0"/>
            <wp:docPr id="1394263548" name="(7) Df-Pro-OH--19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993316" name="(7) Df-Pro-OH--19F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DD18B" w14:textId="77777777" w:rsidR="0015356B" w:rsidRDefault="0015356B" w:rsidP="0015356B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</w:t>
      </w:r>
      <w:r w:rsidRPr="00815AA4">
        <w:rPr>
          <w:rStyle w:val="Strong"/>
          <w:color w:val="000000"/>
        </w:rPr>
        <w:t>a</w:t>
      </w:r>
    </w:p>
    <w:p w14:paraId="15FCBC28" w14:textId="77777777" w:rsidR="0015356B" w:rsidRDefault="0015356B" w:rsidP="0015356B">
      <w:r w:rsidRPr="00B7491F">
        <w:rPr>
          <w:noProof/>
        </w:rPr>
        <w:drawing>
          <wp:anchor distT="0" distB="0" distL="114300" distR="114300" simplePos="0" relativeHeight="251658286" behindDoc="0" locked="0" layoutInCell="1" allowOverlap="1" wp14:anchorId="03B564A6" wp14:editId="73920EAC">
            <wp:simplePos x="0" y="0"/>
            <wp:positionH relativeFrom="margin">
              <wp:posOffset>348343</wp:posOffset>
            </wp:positionH>
            <wp:positionV relativeFrom="paragraph">
              <wp:posOffset>567962</wp:posOffset>
            </wp:positionV>
            <wp:extent cx="1438275" cy="752475"/>
            <wp:effectExtent l="0" t="0" r="0" b="0"/>
            <wp:wrapNone/>
            <wp:docPr id="128478327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4F931BA1-F103-4689-ABA2-04FC2A7D2B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83907" name="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96A51C7" wp14:editId="7ED030F5">
            <wp:extent cx="6858000" cy="52760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185--1H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B0B46" w14:textId="77777777" w:rsidR="0015356B" w:rsidRDefault="0015356B" w:rsidP="0015356B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</w:t>
      </w:r>
      <w:r w:rsidRPr="00815AA4">
        <w:rPr>
          <w:rStyle w:val="Strong"/>
          <w:color w:val="000000"/>
        </w:rPr>
        <w:t>a</w:t>
      </w:r>
    </w:p>
    <w:p w14:paraId="577C2D82" w14:textId="77777777" w:rsidR="0015356B" w:rsidRDefault="0015356B" w:rsidP="0015356B">
      <w:r w:rsidRPr="00B7491F">
        <w:rPr>
          <w:noProof/>
        </w:rPr>
        <w:drawing>
          <wp:anchor distT="0" distB="0" distL="114300" distR="114300" simplePos="0" relativeHeight="251658287" behindDoc="0" locked="0" layoutInCell="1" allowOverlap="1" wp14:anchorId="13F315FA" wp14:editId="4549C83C">
            <wp:simplePos x="0" y="0"/>
            <wp:positionH relativeFrom="margin">
              <wp:posOffset>391886</wp:posOffset>
            </wp:positionH>
            <wp:positionV relativeFrom="paragraph">
              <wp:posOffset>546191</wp:posOffset>
            </wp:positionV>
            <wp:extent cx="1438275" cy="752475"/>
            <wp:effectExtent l="0" t="0" r="0" b="0"/>
            <wp:wrapNone/>
            <wp:docPr id="1547369907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4F931BA1-F103-4689-ABA2-04FC2A7D2B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83907" name="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9FB3382" wp14:editId="74F3C2E3">
            <wp:extent cx="6858000" cy="52760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185--13C.pn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AAD17" w14:textId="77777777" w:rsidR="0015356B" w:rsidRDefault="0015356B" w:rsidP="0015356B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</w:t>
      </w:r>
      <w:r w:rsidRPr="00815AA4">
        <w:rPr>
          <w:rStyle w:val="Strong"/>
          <w:color w:val="000000"/>
        </w:rPr>
        <w:t>a</w:t>
      </w:r>
    </w:p>
    <w:p w14:paraId="301251F3" w14:textId="77777777" w:rsidR="0037433D" w:rsidRDefault="0015356B" w:rsidP="0037433D">
      <w:pPr>
        <w:rPr>
          <w:vertAlign w:val="superscript"/>
        </w:rPr>
      </w:pPr>
      <w:r w:rsidRPr="00B7491F">
        <w:rPr>
          <w:noProof/>
        </w:rPr>
        <w:drawing>
          <wp:anchor distT="0" distB="0" distL="114300" distR="114300" simplePos="0" relativeHeight="251658288" behindDoc="0" locked="0" layoutInCell="1" allowOverlap="1" wp14:anchorId="4688754D" wp14:editId="3A936C74">
            <wp:simplePos x="0" y="0"/>
            <wp:positionH relativeFrom="margin">
              <wp:posOffset>370114</wp:posOffset>
            </wp:positionH>
            <wp:positionV relativeFrom="paragraph">
              <wp:posOffset>491762</wp:posOffset>
            </wp:positionV>
            <wp:extent cx="1438275" cy="752475"/>
            <wp:effectExtent l="0" t="0" r="0" b="0"/>
            <wp:wrapNone/>
            <wp:docPr id="684374490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4F931BA1-F103-4689-ABA2-04FC2A7D2B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83907" name="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CB78BCD" wp14:editId="287B2399">
            <wp:extent cx="6858000" cy="527608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185--19F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6E861" w14:textId="02DB3F26" w:rsidR="0037433D" w:rsidRDefault="0037433D" w:rsidP="0037433D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2b</w:t>
      </w:r>
    </w:p>
    <w:p w14:paraId="76AD9F76" w14:textId="77777777" w:rsidR="0037433D" w:rsidRDefault="0037433D" w:rsidP="0037433D">
      <w:r w:rsidRPr="003558E8">
        <w:rPr>
          <w:noProof/>
        </w:rPr>
        <w:drawing>
          <wp:anchor distT="0" distB="0" distL="114300" distR="114300" simplePos="0" relativeHeight="251658289" behindDoc="0" locked="0" layoutInCell="1" allowOverlap="1" wp14:anchorId="21D036B9" wp14:editId="44B482FF">
            <wp:simplePos x="0" y="0"/>
            <wp:positionH relativeFrom="margin">
              <wp:posOffset>206829</wp:posOffset>
            </wp:positionH>
            <wp:positionV relativeFrom="paragraph">
              <wp:posOffset>306705</wp:posOffset>
            </wp:positionV>
            <wp:extent cx="1838325" cy="981075"/>
            <wp:effectExtent l="0" t="0" r="3175" b="0"/>
            <wp:wrapNone/>
            <wp:docPr id="1362795882" name="Picture 1362795882">
              <a:extLst xmlns:a="http://schemas.openxmlformats.org/drawingml/2006/main">
                <a:ext uri="{FF2B5EF4-FFF2-40B4-BE49-F238E27FC236}">
                  <a16:creationId xmlns:a16="http://schemas.microsoft.com/office/drawing/2014/main" id="{6FE94C50-9A6B-4AED-930D-784CA21A6D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95882" name="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96CF3C6" wp14:editId="33D09FBD">
            <wp:extent cx="6858000" cy="527608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9--1H.pn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63FB" w14:textId="77777777" w:rsidR="0037433D" w:rsidRDefault="0037433D" w:rsidP="0037433D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2b</w:t>
      </w:r>
    </w:p>
    <w:p w14:paraId="7EC78698" w14:textId="77777777" w:rsidR="0037433D" w:rsidRDefault="0037433D" w:rsidP="0037433D">
      <w:r w:rsidRPr="003558E8">
        <w:rPr>
          <w:noProof/>
        </w:rPr>
        <w:drawing>
          <wp:anchor distT="0" distB="0" distL="114300" distR="114300" simplePos="0" relativeHeight="251658290" behindDoc="0" locked="0" layoutInCell="1" allowOverlap="1" wp14:anchorId="658CE0F6" wp14:editId="5C1236D8">
            <wp:simplePos x="0" y="0"/>
            <wp:positionH relativeFrom="margin">
              <wp:posOffset>228600</wp:posOffset>
            </wp:positionH>
            <wp:positionV relativeFrom="paragraph">
              <wp:posOffset>469991</wp:posOffset>
            </wp:positionV>
            <wp:extent cx="1838325" cy="981075"/>
            <wp:effectExtent l="0" t="0" r="3175" b="0"/>
            <wp:wrapNone/>
            <wp:docPr id="532484978" name="Picture 532484978">
              <a:extLst xmlns:a="http://schemas.openxmlformats.org/drawingml/2006/main">
                <a:ext uri="{FF2B5EF4-FFF2-40B4-BE49-F238E27FC236}">
                  <a16:creationId xmlns:a16="http://schemas.microsoft.com/office/drawing/2014/main" id="{6FE94C50-9A6B-4AED-930D-784CA21A6D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95882" name="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D71D996" wp14:editId="53B521C3">
            <wp:extent cx="6858000" cy="527608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9--13C.pn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38382" w14:textId="77777777" w:rsidR="0037433D" w:rsidRDefault="0037433D" w:rsidP="0037433D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2b</w:t>
      </w:r>
    </w:p>
    <w:p w14:paraId="1B58E9AC" w14:textId="77777777" w:rsidR="0037433D" w:rsidRDefault="0037433D" w:rsidP="0037433D">
      <w:r w:rsidRPr="003558E8">
        <w:rPr>
          <w:noProof/>
        </w:rPr>
        <w:drawing>
          <wp:anchor distT="0" distB="0" distL="114300" distR="114300" simplePos="0" relativeHeight="251658291" behindDoc="0" locked="0" layoutInCell="1" allowOverlap="1" wp14:anchorId="66DD209C" wp14:editId="41CEDDE0">
            <wp:simplePos x="0" y="0"/>
            <wp:positionH relativeFrom="margin">
              <wp:posOffset>609600</wp:posOffset>
            </wp:positionH>
            <wp:positionV relativeFrom="paragraph">
              <wp:posOffset>361134</wp:posOffset>
            </wp:positionV>
            <wp:extent cx="1838325" cy="981075"/>
            <wp:effectExtent l="0" t="0" r="3175" b="0"/>
            <wp:wrapNone/>
            <wp:docPr id="885720361" name="Picture 885720361">
              <a:extLst xmlns:a="http://schemas.openxmlformats.org/drawingml/2006/main">
                <a:ext uri="{FF2B5EF4-FFF2-40B4-BE49-F238E27FC236}">
                  <a16:creationId xmlns:a16="http://schemas.microsoft.com/office/drawing/2014/main" id="{6FE94C50-9A6B-4AED-930D-784CA21A6D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95882" name="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0F4CDC8" wp14:editId="0A8747D4">
            <wp:extent cx="6858000" cy="527608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9--19F.pn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9DCDD" w14:textId="77777777" w:rsidR="00E0203C" w:rsidRDefault="00E0203C" w:rsidP="00E0203C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2c</w:t>
      </w:r>
    </w:p>
    <w:p w14:paraId="208AE3FA" w14:textId="77777777" w:rsidR="00E0203C" w:rsidRDefault="00E0203C" w:rsidP="00E0203C">
      <w:r w:rsidRPr="00075F7B">
        <w:rPr>
          <w:noProof/>
        </w:rPr>
        <w:drawing>
          <wp:anchor distT="0" distB="0" distL="114300" distR="114300" simplePos="0" relativeHeight="251658292" behindDoc="0" locked="0" layoutInCell="1" allowOverlap="1" wp14:anchorId="1A6C20E5" wp14:editId="3822B94F">
            <wp:simplePos x="0" y="0"/>
            <wp:positionH relativeFrom="margin">
              <wp:posOffset>228400</wp:posOffset>
            </wp:positionH>
            <wp:positionV relativeFrom="paragraph">
              <wp:posOffset>539950</wp:posOffset>
            </wp:positionV>
            <wp:extent cx="1724025" cy="800100"/>
            <wp:effectExtent l="0" t="0" r="3175" b="0"/>
            <wp:wrapNone/>
            <wp:docPr id="865043681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345CE913-1D81-4ECE-B21F-3DEBBF1064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048630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9E1D413" wp14:editId="1791C129">
            <wp:extent cx="6858000" cy="52760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198--1H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8B18F" w14:textId="77777777" w:rsidR="00E0203C" w:rsidRDefault="00E0203C" w:rsidP="00E0203C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2c</w:t>
      </w:r>
    </w:p>
    <w:p w14:paraId="64A07637" w14:textId="77777777" w:rsidR="00E0203C" w:rsidRDefault="00E0203C" w:rsidP="00E0203C">
      <w:r w:rsidRPr="00075F7B">
        <w:rPr>
          <w:noProof/>
        </w:rPr>
        <w:drawing>
          <wp:anchor distT="0" distB="0" distL="114300" distR="114300" simplePos="0" relativeHeight="251658293" behindDoc="0" locked="0" layoutInCell="1" allowOverlap="1" wp14:anchorId="4DABF6B8" wp14:editId="272BEADC">
            <wp:simplePos x="0" y="0"/>
            <wp:positionH relativeFrom="margin">
              <wp:posOffset>485241</wp:posOffset>
            </wp:positionH>
            <wp:positionV relativeFrom="paragraph">
              <wp:posOffset>812399</wp:posOffset>
            </wp:positionV>
            <wp:extent cx="1724025" cy="800100"/>
            <wp:effectExtent l="0" t="0" r="3175" b="0"/>
            <wp:wrapNone/>
            <wp:docPr id="230106054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345CE913-1D81-4ECE-B21F-3DEBBF1064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048630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3D3C97E" wp14:editId="1EE5E21C">
            <wp:extent cx="6858000" cy="527608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198--13C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40FD1" w14:textId="77777777" w:rsidR="00E0203C" w:rsidRDefault="00E0203C" w:rsidP="00E0203C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2c</w:t>
      </w:r>
    </w:p>
    <w:p w14:paraId="1A3FBE16" w14:textId="77777777" w:rsidR="00E0203C" w:rsidRDefault="00E0203C" w:rsidP="00E0203C">
      <w:r w:rsidRPr="00075F7B">
        <w:rPr>
          <w:noProof/>
        </w:rPr>
        <w:drawing>
          <wp:anchor distT="0" distB="0" distL="114300" distR="114300" simplePos="0" relativeHeight="251658294" behindDoc="0" locked="0" layoutInCell="1" allowOverlap="1" wp14:anchorId="741FFEE5" wp14:editId="5ADDC79F">
            <wp:simplePos x="0" y="0"/>
            <wp:positionH relativeFrom="margin">
              <wp:posOffset>990400</wp:posOffset>
            </wp:positionH>
            <wp:positionV relativeFrom="paragraph">
              <wp:posOffset>684330</wp:posOffset>
            </wp:positionV>
            <wp:extent cx="1724025" cy="800100"/>
            <wp:effectExtent l="0" t="0" r="3175" b="0"/>
            <wp:wrapNone/>
            <wp:docPr id="878739932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345CE913-1D81-4ECE-B21F-3DEBBF1064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048630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ECBB14D" wp14:editId="775DC7D0">
            <wp:extent cx="6858000" cy="527608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198--19F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2B791" w14:textId="5EA50F29" w:rsidR="004B3734" w:rsidRDefault="009834BF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777600" w:rsidRPr="00815AA4">
        <w:rPr>
          <w:rStyle w:val="Strong"/>
          <w:color w:val="000000"/>
        </w:rPr>
        <w:t xml:space="preserve">Compound </w:t>
      </w:r>
      <w:r w:rsidR="00777600">
        <w:rPr>
          <w:rStyle w:val="Strong"/>
          <w:color w:val="000000"/>
        </w:rPr>
        <w:t>2d</w:t>
      </w:r>
    </w:p>
    <w:p w14:paraId="1C78DD8A" w14:textId="7D43758D" w:rsidR="004B3734" w:rsidRDefault="00FD1CD1">
      <w:r w:rsidRPr="00143482">
        <w:rPr>
          <w:noProof/>
        </w:rPr>
        <w:drawing>
          <wp:anchor distT="0" distB="0" distL="114300" distR="114300" simplePos="0" relativeHeight="251658295" behindDoc="0" locked="0" layoutInCell="1" allowOverlap="1" wp14:anchorId="59E5BC11" wp14:editId="09400677">
            <wp:simplePos x="0" y="0"/>
            <wp:positionH relativeFrom="margin">
              <wp:posOffset>271412</wp:posOffset>
            </wp:positionH>
            <wp:positionV relativeFrom="paragraph">
              <wp:posOffset>620461</wp:posOffset>
            </wp:positionV>
            <wp:extent cx="1876425" cy="800100"/>
            <wp:effectExtent l="0" t="0" r="3175" b="0"/>
            <wp:wrapNone/>
            <wp:docPr id="611235473" name="Picture 611235473">
              <a:extLst xmlns:a="http://schemas.openxmlformats.org/drawingml/2006/main">
                <a:ext uri="{FF2B5EF4-FFF2-40B4-BE49-F238E27FC236}">
                  <a16:creationId xmlns:a16="http://schemas.microsoft.com/office/drawing/2014/main" id="{F58AA6F0-27D0-4C32-BC8F-32122754F5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235473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60A7BB8" wp14:editId="4B390235">
            <wp:extent cx="6858000" cy="527608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2--1H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7C2E2" w14:textId="4BA874DD" w:rsidR="004B3734" w:rsidRDefault="009834B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777600" w:rsidRPr="00815AA4">
        <w:rPr>
          <w:rStyle w:val="Strong"/>
          <w:color w:val="000000"/>
        </w:rPr>
        <w:t xml:space="preserve">Compound </w:t>
      </w:r>
      <w:r w:rsidR="00777600">
        <w:rPr>
          <w:rStyle w:val="Strong"/>
          <w:color w:val="000000"/>
        </w:rPr>
        <w:t>2d</w:t>
      </w:r>
    </w:p>
    <w:p w14:paraId="675C4A71" w14:textId="31DDF39D" w:rsidR="004B3734" w:rsidRDefault="00FD1CD1">
      <w:r w:rsidRPr="00143482">
        <w:rPr>
          <w:noProof/>
        </w:rPr>
        <w:drawing>
          <wp:anchor distT="0" distB="0" distL="114300" distR="114300" simplePos="0" relativeHeight="251658296" behindDoc="0" locked="0" layoutInCell="1" allowOverlap="1" wp14:anchorId="2AD7A0FB" wp14:editId="7844C5B0">
            <wp:simplePos x="0" y="0"/>
            <wp:positionH relativeFrom="margin">
              <wp:posOffset>617921</wp:posOffset>
            </wp:positionH>
            <wp:positionV relativeFrom="paragraph">
              <wp:posOffset>870719</wp:posOffset>
            </wp:positionV>
            <wp:extent cx="1876425" cy="800100"/>
            <wp:effectExtent l="0" t="0" r="3175" b="0"/>
            <wp:wrapNone/>
            <wp:docPr id="649581643" name="Picture 649581643">
              <a:extLst xmlns:a="http://schemas.openxmlformats.org/drawingml/2006/main">
                <a:ext uri="{FF2B5EF4-FFF2-40B4-BE49-F238E27FC236}">
                  <a16:creationId xmlns:a16="http://schemas.microsoft.com/office/drawing/2014/main" id="{F58AA6F0-27D0-4C32-BC8F-32122754F5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235473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5168637" wp14:editId="2C27D974">
            <wp:extent cx="6858000" cy="527608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2--13C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0B1EF" w14:textId="0F15B047" w:rsidR="004B3734" w:rsidRDefault="009834BF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="00777600" w:rsidRPr="00815AA4">
        <w:rPr>
          <w:rStyle w:val="Strong"/>
          <w:color w:val="000000"/>
        </w:rPr>
        <w:t xml:space="preserve">Compound </w:t>
      </w:r>
      <w:r w:rsidR="00777600">
        <w:rPr>
          <w:rStyle w:val="Strong"/>
          <w:color w:val="000000"/>
        </w:rPr>
        <w:t>2d</w:t>
      </w:r>
    </w:p>
    <w:p w14:paraId="61D6F257" w14:textId="4E0B14B3" w:rsidR="004B3734" w:rsidRDefault="00FD1CD1">
      <w:r w:rsidRPr="00143482">
        <w:rPr>
          <w:noProof/>
        </w:rPr>
        <w:drawing>
          <wp:anchor distT="0" distB="0" distL="114300" distR="114300" simplePos="0" relativeHeight="251658297" behindDoc="0" locked="0" layoutInCell="1" allowOverlap="1" wp14:anchorId="1A26027A" wp14:editId="0160F591">
            <wp:simplePos x="0" y="0"/>
            <wp:positionH relativeFrom="margin">
              <wp:posOffset>685299</wp:posOffset>
            </wp:positionH>
            <wp:positionV relativeFrom="paragraph">
              <wp:posOffset>562710</wp:posOffset>
            </wp:positionV>
            <wp:extent cx="1876425" cy="800100"/>
            <wp:effectExtent l="0" t="0" r="3175" b="0"/>
            <wp:wrapNone/>
            <wp:docPr id="1949433384" name="Picture 1949433384">
              <a:extLst xmlns:a="http://schemas.openxmlformats.org/drawingml/2006/main">
                <a:ext uri="{FF2B5EF4-FFF2-40B4-BE49-F238E27FC236}">
                  <a16:creationId xmlns:a16="http://schemas.microsoft.com/office/drawing/2014/main" id="{F58AA6F0-27D0-4C32-BC8F-32122754F5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235473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FCDF915" wp14:editId="6BD9481C">
            <wp:extent cx="6858000" cy="527608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2--19F.pn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C4F72" w14:textId="77777777" w:rsidR="00A975B1" w:rsidRPr="009E5BBD" w:rsidRDefault="00A975B1" w:rsidP="00A975B1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2e</w:t>
      </w:r>
    </w:p>
    <w:p w14:paraId="68B09D28" w14:textId="77777777" w:rsidR="00A975B1" w:rsidRDefault="00A975B1" w:rsidP="00A975B1">
      <w:r w:rsidRPr="00C120E6">
        <w:rPr>
          <w:noProof/>
        </w:rPr>
        <w:drawing>
          <wp:anchor distT="0" distB="0" distL="114300" distR="114300" simplePos="0" relativeHeight="251658298" behindDoc="0" locked="0" layoutInCell="1" allowOverlap="1" wp14:anchorId="0E0E218C" wp14:editId="7FB95C44">
            <wp:simplePos x="0" y="0"/>
            <wp:positionH relativeFrom="margin">
              <wp:posOffset>300288</wp:posOffset>
            </wp:positionH>
            <wp:positionV relativeFrom="paragraph">
              <wp:posOffset>697463</wp:posOffset>
            </wp:positionV>
            <wp:extent cx="1943100" cy="628650"/>
            <wp:effectExtent l="0" t="0" r="0" b="6350"/>
            <wp:wrapNone/>
            <wp:docPr id="1339438525" name="Picture 1339438525">
              <a:extLst xmlns:a="http://schemas.openxmlformats.org/drawingml/2006/main">
                <a:ext uri="{FF2B5EF4-FFF2-40B4-BE49-F238E27FC236}">
                  <a16:creationId xmlns:a16="http://schemas.microsoft.com/office/drawing/2014/main" id="{07EAEC4C-24D1-4408-9A47-F16273740D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38525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BD59CF8" wp14:editId="1CF39D0E">
            <wp:extent cx="6858000" cy="527608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5--1H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9F214" w14:textId="77777777" w:rsidR="00A975B1" w:rsidRDefault="00A975B1" w:rsidP="00A975B1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2e</w:t>
      </w:r>
    </w:p>
    <w:p w14:paraId="7918CE57" w14:textId="77777777" w:rsidR="00A975B1" w:rsidRDefault="00A975B1" w:rsidP="00A975B1">
      <w:r w:rsidRPr="00C120E6">
        <w:rPr>
          <w:noProof/>
        </w:rPr>
        <w:drawing>
          <wp:anchor distT="0" distB="0" distL="114300" distR="114300" simplePos="0" relativeHeight="251658299" behindDoc="0" locked="0" layoutInCell="1" allowOverlap="1" wp14:anchorId="48DCD616" wp14:editId="05159D6F">
            <wp:simplePos x="0" y="0"/>
            <wp:positionH relativeFrom="margin">
              <wp:posOffset>752675</wp:posOffset>
            </wp:positionH>
            <wp:positionV relativeFrom="paragraph">
              <wp:posOffset>918845</wp:posOffset>
            </wp:positionV>
            <wp:extent cx="1943100" cy="628650"/>
            <wp:effectExtent l="0" t="0" r="0" b="6350"/>
            <wp:wrapNone/>
            <wp:docPr id="1237111575" name="Picture 1237111575">
              <a:extLst xmlns:a="http://schemas.openxmlformats.org/drawingml/2006/main">
                <a:ext uri="{FF2B5EF4-FFF2-40B4-BE49-F238E27FC236}">
                  <a16:creationId xmlns:a16="http://schemas.microsoft.com/office/drawing/2014/main" id="{07EAEC4C-24D1-4408-9A47-F16273740D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38525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F40702C" wp14:editId="261C18D5">
            <wp:extent cx="6858000" cy="527608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5--13C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0E115" w14:textId="77777777" w:rsidR="00A975B1" w:rsidRDefault="00A975B1" w:rsidP="00A975B1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2e</w:t>
      </w:r>
    </w:p>
    <w:p w14:paraId="67B7B7AC" w14:textId="77777777" w:rsidR="00A975B1" w:rsidRDefault="00A975B1" w:rsidP="00A975B1">
      <w:r w:rsidRPr="00C120E6">
        <w:rPr>
          <w:noProof/>
        </w:rPr>
        <w:drawing>
          <wp:anchor distT="0" distB="0" distL="114300" distR="114300" simplePos="0" relativeHeight="251658300" behindDoc="0" locked="0" layoutInCell="1" allowOverlap="1" wp14:anchorId="1EF17CD8" wp14:editId="29456C97">
            <wp:simplePos x="0" y="0"/>
            <wp:positionH relativeFrom="margin">
              <wp:posOffset>560170</wp:posOffset>
            </wp:positionH>
            <wp:positionV relativeFrom="paragraph">
              <wp:posOffset>633095</wp:posOffset>
            </wp:positionV>
            <wp:extent cx="1943100" cy="628650"/>
            <wp:effectExtent l="0" t="0" r="0" b="6350"/>
            <wp:wrapNone/>
            <wp:docPr id="526016156" name="Picture 526016156">
              <a:extLst xmlns:a="http://schemas.openxmlformats.org/drawingml/2006/main">
                <a:ext uri="{FF2B5EF4-FFF2-40B4-BE49-F238E27FC236}">
                  <a16:creationId xmlns:a16="http://schemas.microsoft.com/office/drawing/2014/main" id="{07EAEC4C-24D1-4408-9A47-F16273740D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38525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84A2464" wp14:editId="5F62DCAE">
            <wp:extent cx="6858000" cy="527608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5--19F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6FECF" w14:textId="5A141434" w:rsidR="004B3734" w:rsidRDefault="009834BF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253925" w:rsidRPr="00815AA4">
        <w:rPr>
          <w:rStyle w:val="Strong"/>
          <w:color w:val="000000"/>
        </w:rPr>
        <w:t xml:space="preserve">Compound </w:t>
      </w:r>
      <w:r w:rsidR="00253925">
        <w:rPr>
          <w:rStyle w:val="Strong"/>
          <w:color w:val="000000"/>
        </w:rPr>
        <w:t>2f</w:t>
      </w:r>
    </w:p>
    <w:p w14:paraId="458A3AB1" w14:textId="4F57F64B" w:rsidR="004B3734" w:rsidRDefault="0044134A">
      <w:r w:rsidRPr="00FB426A">
        <w:rPr>
          <w:noProof/>
        </w:rPr>
        <w:drawing>
          <wp:anchor distT="0" distB="0" distL="114300" distR="114300" simplePos="0" relativeHeight="251658301" behindDoc="0" locked="0" layoutInCell="1" allowOverlap="1" wp14:anchorId="294038B2" wp14:editId="67639859">
            <wp:simplePos x="0" y="0"/>
            <wp:positionH relativeFrom="column">
              <wp:posOffset>290663</wp:posOffset>
            </wp:positionH>
            <wp:positionV relativeFrom="paragraph">
              <wp:posOffset>553085</wp:posOffset>
            </wp:positionV>
            <wp:extent cx="2286000" cy="1123950"/>
            <wp:effectExtent l="0" t="0" r="0" b="6350"/>
            <wp:wrapNone/>
            <wp:docPr id="1784883810" name="Picture 1784883810">
              <a:extLst xmlns:a="http://schemas.openxmlformats.org/drawingml/2006/main">
                <a:ext uri="{FF2B5EF4-FFF2-40B4-BE49-F238E27FC236}">
                  <a16:creationId xmlns:a16="http://schemas.microsoft.com/office/drawing/2014/main" id="{A001543D-9407-44A3-A979-043A062513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883810" name="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D77E0C6" wp14:editId="6AF6DB93">
            <wp:extent cx="6858000" cy="527608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8--1H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A7CED" w14:textId="659930EC" w:rsidR="004B3734" w:rsidRDefault="009834B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253925" w:rsidRPr="00815AA4">
        <w:rPr>
          <w:rStyle w:val="Strong"/>
          <w:color w:val="000000"/>
        </w:rPr>
        <w:t xml:space="preserve">Compound </w:t>
      </w:r>
      <w:r w:rsidR="00253925">
        <w:rPr>
          <w:rStyle w:val="Strong"/>
          <w:color w:val="000000"/>
        </w:rPr>
        <w:t>2f</w:t>
      </w:r>
    </w:p>
    <w:p w14:paraId="3E978E21" w14:textId="77B1B7EF" w:rsidR="004B3734" w:rsidRDefault="0044134A">
      <w:r w:rsidRPr="00FB426A">
        <w:rPr>
          <w:noProof/>
        </w:rPr>
        <w:drawing>
          <wp:anchor distT="0" distB="0" distL="114300" distR="114300" simplePos="0" relativeHeight="251658302" behindDoc="0" locked="0" layoutInCell="1" allowOverlap="1" wp14:anchorId="77EA3F23" wp14:editId="72D870B6">
            <wp:simplePos x="0" y="0"/>
            <wp:positionH relativeFrom="column">
              <wp:posOffset>463918</wp:posOffset>
            </wp:positionH>
            <wp:positionV relativeFrom="paragraph">
              <wp:posOffset>928470</wp:posOffset>
            </wp:positionV>
            <wp:extent cx="2286000" cy="1123950"/>
            <wp:effectExtent l="0" t="0" r="0" b="6350"/>
            <wp:wrapNone/>
            <wp:docPr id="908183134" name="Picture 908183134">
              <a:extLst xmlns:a="http://schemas.openxmlformats.org/drawingml/2006/main">
                <a:ext uri="{FF2B5EF4-FFF2-40B4-BE49-F238E27FC236}">
                  <a16:creationId xmlns:a16="http://schemas.microsoft.com/office/drawing/2014/main" id="{A001543D-9407-44A3-A979-043A062513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883810" name="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B5299D4" wp14:editId="4AE4246B">
            <wp:extent cx="6858000" cy="527608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8--13C.pn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44F65" w14:textId="00A6DF6E" w:rsidR="004B3734" w:rsidRDefault="009834BF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="00253925" w:rsidRPr="00815AA4">
        <w:rPr>
          <w:rStyle w:val="Strong"/>
          <w:color w:val="000000"/>
        </w:rPr>
        <w:t xml:space="preserve">Compound </w:t>
      </w:r>
      <w:r w:rsidR="00253925">
        <w:rPr>
          <w:rStyle w:val="Strong"/>
          <w:color w:val="000000"/>
        </w:rPr>
        <w:t>2f</w:t>
      </w:r>
    </w:p>
    <w:p w14:paraId="0CD6B381" w14:textId="387F38B3" w:rsidR="004B3734" w:rsidRDefault="0044134A">
      <w:r w:rsidRPr="00FB426A">
        <w:rPr>
          <w:noProof/>
        </w:rPr>
        <w:drawing>
          <wp:anchor distT="0" distB="0" distL="114300" distR="114300" simplePos="0" relativeHeight="251658303" behindDoc="0" locked="0" layoutInCell="1" allowOverlap="1" wp14:anchorId="03AF0937" wp14:editId="7468E2E9">
            <wp:simplePos x="0" y="0"/>
            <wp:positionH relativeFrom="column">
              <wp:posOffset>242537</wp:posOffset>
            </wp:positionH>
            <wp:positionV relativeFrom="paragraph">
              <wp:posOffset>591586</wp:posOffset>
            </wp:positionV>
            <wp:extent cx="2286000" cy="1123950"/>
            <wp:effectExtent l="0" t="0" r="0" b="6350"/>
            <wp:wrapNone/>
            <wp:docPr id="1309321062" name="Picture 1309321062">
              <a:extLst xmlns:a="http://schemas.openxmlformats.org/drawingml/2006/main">
                <a:ext uri="{FF2B5EF4-FFF2-40B4-BE49-F238E27FC236}">
                  <a16:creationId xmlns:a16="http://schemas.microsoft.com/office/drawing/2014/main" id="{A001543D-9407-44A3-A979-043A062513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883810" name="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D5604DF" wp14:editId="5805BD58">
            <wp:extent cx="6858000" cy="527608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18--19F.pn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816EF" w14:textId="77777777" w:rsidR="009B4157" w:rsidRDefault="009B4157" w:rsidP="009B4157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 xml:space="preserve">2g </w:t>
      </w:r>
    </w:p>
    <w:p w14:paraId="58D4BEEA" w14:textId="77777777" w:rsidR="009B4157" w:rsidRDefault="009B4157" w:rsidP="009B4157">
      <w:r w:rsidRPr="00503172">
        <w:rPr>
          <w:noProof/>
        </w:rPr>
        <w:drawing>
          <wp:anchor distT="0" distB="0" distL="114300" distR="114300" simplePos="0" relativeHeight="251658304" behindDoc="0" locked="0" layoutInCell="1" allowOverlap="1" wp14:anchorId="1248919A" wp14:editId="76D5FAF4">
            <wp:simplePos x="0" y="0"/>
            <wp:positionH relativeFrom="margin">
              <wp:posOffset>281038</wp:posOffset>
            </wp:positionH>
            <wp:positionV relativeFrom="paragraph">
              <wp:posOffset>322078</wp:posOffset>
            </wp:positionV>
            <wp:extent cx="2190750" cy="923925"/>
            <wp:effectExtent l="0" t="0" r="6350" b="3175"/>
            <wp:wrapNone/>
            <wp:docPr id="182460105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3B16BDE-A5D6-4BB8-BB6E-B84E76B310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601050" name="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79E1783" wp14:editId="36F8E14B">
            <wp:extent cx="6858000" cy="5276088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44--1H.pn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D0D04" w14:textId="77777777" w:rsidR="009B4157" w:rsidRDefault="009B4157" w:rsidP="009B4157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2g</w:t>
      </w:r>
    </w:p>
    <w:p w14:paraId="2DD955E1" w14:textId="77777777" w:rsidR="009B4157" w:rsidRDefault="009B4157" w:rsidP="009B4157">
      <w:r w:rsidRPr="00503172">
        <w:rPr>
          <w:noProof/>
        </w:rPr>
        <w:drawing>
          <wp:anchor distT="0" distB="0" distL="114300" distR="114300" simplePos="0" relativeHeight="251658305" behindDoc="0" locked="0" layoutInCell="1" allowOverlap="1" wp14:anchorId="04E7D8E2" wp14:editId="0A095BA7">
            <wp:simplePos x="0" y="0"/>
            <wp:positionH relativeFrom="margin">
              <wp:posOffset>155909</wp:posOffset>
            </wp:positionH>
            <wp:positionV relativeFrom="paragraph">
              <wp:posOffset>726340</wp:posOffset>
            </wp:positionV>
            <wp:extent cx="2190750" cy="923925"/>
            <wp:effectExtent l="0" t="0" r="6350" b="3175"/>
            <wp:wrapNone/>
            <wp:docPr id="136621524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3B16BDE-A5D6-4BB8-BB6E-B84E76B310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601050" name="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372C927" wp14:editId="359B9D02">
            <wp:extent cx="6858000" cy="5276088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44--13C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06325" w14:textId="77777777" w:rsidR="009B4157" w:rsidRDefault="009B4157" w:rsidP="009B4157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2g</w:t>
      </w:r>
    </w:p>
    <w:p w14:paraId="40A84414" w14:textId="77777777" w:rsidR="009B4157" w:rsidRDefault="009B4157" w:rsidP="009B4157">
      <w:r w:rsidRPr="00503172">
        <w:rPr>
          <w:noProof/>
        </w:rPr>
        <w:drawing>
          <wp:anchor distT="0" distB="0" distL="114300" distR="114300" simplePos="0" relativeHeight="251658306" behindDoc="0" locked="0" layoutInCell="1" allowOverlap="1" wp14:anchorId="2DE32647" wp14:editId="240DD6A2">
            <wp:simplePos x="0" y="0"/>
            <wp:positionH relativeFrom="margin">
              <wp:posOffset>829678</wp:posOffset>
            </wp:positionH>
            <wp:positionV relativeFrom="paragraph">
              <wp:posOffset>572335</wp:posOffset>
            </wp:positionV>
            <wp:extent cx="2190750" cy="923925"/>
            <wp:effectExtent l="0" t="0" r="6350" b="3175"/>
            <wp:wrapNone/>
            <wp:docPr id="166656981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3B16BDE-A5D6-4BB8-BB6E-B84E76B310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601050" name="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F66A847" wp14:editId="2052985E">
            <wp:extent cx="6858000" cy="5276088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44--19F.pn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24443" w14:textId="77777777" w:rsidR="00BD631A" w:rsidRPr="009E5BBD" w:rsidRDefault="00BD631A" w:rsidP="00BD631A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(400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2h</w:t>
      </w:r>
    </w:p>
    <w:p w14:paraId="63517D94" w14:textId="77777777" w:rsidR="00BD631A" w:rsidRDefault="00BD631A" w:rsidP="00BD631A">
      <w:r w:rsidRPr="0066163C">
        <w:rPr>
          <w:noProof/>
        </w:rPr>
        <w:drawing>
          <wp:anchor distT="0" distB="0" distL="114300" distR="114300" simplePos="0" relativeHeight="251658307" behindDoc="0" locked="0" layoutInCell="1" allowOverlap="1" wp14:anchorId="6BB8C6D3" wp14:editId="41EFCAD6">
            <wp:simplePos x="0" y="0"/>
            <wp:positionH relativeFrom="margin">
              <wp:posOffset>473676</wp:posOffset>
            </wp:positionH>
            <wp:positionV relativeFrom="paragraph">
              <wp:posOffset>552918</wp:posOffset>
            </wp:positionV>
            <wp:extent cx="1647825" cy="895350"/>
            <wp:effectExtent l="0" t="0" r="3175" b="6350"/>
            <wp:wrapNone/>
            <wp:docPr id="1257970765" name="Picture 1257970765">
              <a:extLst xmlns:a="http://schemas.openxmlformats.org/drawingml/2006/main">
                <a:ext uri="{FF2B5EF4-FFF2-40B4-BE49-F238E27FC236}">
                  <a16:creationId xmlns:a16="http://schemas.microsoft.com/office/drawing/2014/main" id="{E0F2ECCC-9118-4DBD-97B7-B1A4DF6F5A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970765" name="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0F90C3D" wp14:editId="7D5756A0">
            <wp:extent cx="6858000" cy="5276088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06--1H.pn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7C4B" w14:textId="77777777" w:rsidR="00BD631A" w:rsidRDefault="00BD631A" w:rsidP="00BD631A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2h</w:t>
      </w:r>
    </w:p>
    <w:p w14:paraId="12EC3346" w14:textId="77777777" w:rsidR="00BD631A" w:rsidRDefault="00BD631A" w:rsidP="00BD631A">
      <w:r w:rsidRPr="0066163C">
        <w:rPr>
          <w:noProof/>
        </w:rPr>
        <w:drawing>
          <wp:anchor distT="0" distB="0" distL="114300" distR="114300" simplePos="0" relativeHeight="251658308" behindDoc="0" locked="0" layoutInCell="1" allowOverlap="1" wp14:anchorId="1AA3297E" wp14:editId="2745403F">
            <wp:simplePos x="0" y="0"/>
            <wp:positionH relativeFrom="margin">
              <wp:posOffset>396541</wp:posOffset>
            </wp:positionH>
            <wp:positionV relativeFrom="paragraph">
              <wp:posOffset>466458</wp:posOffset>
            </wp:positionV>
            <wp:extent cx="1647825" cy="895350"/>
            <wp:effectExtent l="0" t="0" r="3175" b="6350"/>
            <wp:wrapNone/>
            <wp:docPr id="117274171" name="Picture 117274171">
              <a:extLst xmlns:a="http://schemas.openxmlformats.org/drawingml/2006/main">
                <a:ext uri="{FF2B5EF4-FFF2-40B4-BE49-F238E27FC236}">
                  <a16:creationId xmlns:a16="http://schemas.microsoft.com/office/drawing/2014/main" id="{E0F2ECCC-9118-4DBD-97B7-B1A4DF6F5A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970765" name="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CAC459" wp14:editId="1DDB56FD">
            <wp:extent cx="6858000" cy="5276088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06--13C.pn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7B8BC" w14:textId="77777777" w:rsidR="00BD631A" w:rsidRDefault="00BD631A" w:rsidP="00BD631A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2h</w:t>
      </w:r>
    </w:p>
    <w:p w14:paraId="1B1436E6" w14:textId="2C595313" w:rsidR="00B52F0D" w:rsidRDefault="00BD631A" w:rsidP="00BD631A">
      <w:r w:rsidRPr="0066163C">
        <w:rPr>
          <w:noProof/>
        </w:rPr>
        <w:drawing>
          <wp:anchor distT="0" distB="0" distL="114300" distR="114300" simplePos="0" relativeHeight="251658309" behindDoc="0" locked="0" layoutInCell="1" allowOverlap="1" wp14:anchorId="02A4DFEC" wp14:editId="26BE75D3">
            <wp:simplePos x="0" y="0"/>
            <wp:positionH relativeFrom="margin">
              <wp:posOffset>435041</wp:posOffset>
            </wp:positionH>
            <wp:positionV relativeFrom="paragraph">
              <wp:posOffset>678214</wp:posOffset>
            </wp:positionV>
            <wp:extent cx="1647825" cy="895350"/>
            <wp:effectExtent l="0" t="0" r="3175" b="6350"/>
            <wp:wrapNone/>
            <wp:docPr id="1482129744" name="Picture 1482129744">
              <a:extLst xmlns:a="http://schemas.openxmlformats.org/drawingml/2006/main">
                <a:ext uri="{FF2B5EF4-FFF2-40B4-BE49-F238E27FC236}">
                  <a16:creationId xmlns:a16="http://schemas.microsoft.com/office/drawing/2014/main" id="{E0F2ECCC-9118-4DBD-97B7-B1A4DF6F5A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970765" name="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CBDEAFE" wp14:editId="2CECE7CC">
            <wp:extent cx="6858000" cy="5276088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06--19F.pn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D28B0" w14:textId="77777777" w:rsidR="0091469C" w:rsidRDefault="0091469C" w:rsidP="0091469C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2i</w:t>
      </w:r>
    </w:p>
    <w:p w14:paraId="478EE598" w14:textId="77777777" w:rsidR="0091469C" w:rsidRDefault="0091469C" w:rsidP="0091469C">
      <w:r w:rsidRPr="00E33726">
        <w:rPr>
          <w:rStyle w:val="Strong"/>
          <w:noProof/>
          <w:color w:val="000000"/>
        </w:rPr>
        <w:drawing>
          <wp:anchor distT="0" distB="0" distL="114300" distR="114300" simplePos="0" relativeHeight="251658310" behindDoc="0" locked="0" layoutInCell="1" allowOverlap="1" wp14:anchorId="5E066B96" wp14:editId="73BAD752">
            <wp:simplePos x="0" y="0"/>
            <wp:positionH relativeFrom="margin">
              <wp:posOffset>415792</wp:posOffset>
            </wp:positionH>
            <wp:positionV relativeFrom="paragraph">
              <wp:posOffset>649338</wp:posOffset>
            </wp:positionV>
            <wp:extent cx="1857375" cy="895350"/>
            <wp:effectExtent l="0" t="0" r="0" b="6350"/>
            <wp:wrapNone/>
            <wp:docPr id="1883714580" name="Picture 1883714580">
              <a:extLst xmlns:a="http://schemas.openxmlformats.org/drawingml/2006/main">
                <a:ext uri="{FF2B5EF4-FFF2-40B4-BE49-F238E27FC236}">
                  <a16:creationId xmlns:a16="http://schemas.microsoft.com/office/drawing/2014/main" id="{26FCE52D-3366-4B4C-AA08-D3C9FED8FF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714580" name="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E7DC6DE" wp14:editId="5A42EE24">
            <wp:extent cx="6858000" cy="527608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74--1H.pn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AC325" w14:textId="77777777" w:rsidR="0091469C" w:rsidRDefault="0091469C" w:rsidP="0091469C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2i</w:t>
      </w:r>
    </w:p>
    <w:p w14:paraId="47ED54DB" w14:textId="77777777" w:rsidR="0091469C" w:rsidRDefault="0091469C" w:rsidP="0091469C">
      <w:r w:rsidRPr="00E33726">
        <w:rPr>
          <w:rStyle w:val="Strong"/>
          <w:noProof/>
          <w:color w:val="000000"/>
        </w:rPr>
        <w:drawing>
          <wp:anchor distT="0" distB="0" distL="114300" distR="114300" simplePos="0" relativeHeight="251658311" behindDoc="0" locked="0" layoutInCell="1" allowOverlap="1" wp14:anchorId="54B6BD75" wp14:editId="61E3636B">
            <wp:simplePos x="0" y="0"/>
            <wp:positionH relativeFrom="margin">
              <wp:posOffset>348415</wp:posOffset>
            </wp:positionH>
            <wp:positionV relativeFrom="paragraph">
              <wp:posOffset>851469</wp:posOffset>
            </wp:positionV>
            <wp:extent cx="1857375" cy="895350"/>
            <wp:effectExtent l="0" t="0" r="0" b="6350"/>
            <wp:wrapNone/>
            <wp:docPr id="1263961248" name="Picture 1263961248">
              <a:extLst xmlns:a="http://schemas.openxmlformats.org/drawingml/2006/main">
                <a:ext uri="{FF2B5EF4-FFF2-40B4-BE49-F238E27FC236}">
                  <a16:creationId xmlns:a16="http://schemas.microsoft.com/office/drawing/2014/main" id="{26FCE52D-3366-4B4C-AA08-D3C9FED8FF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714580" name="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A8A3FEB" wp14:editId="54C3134E">
            <wp:extent cx="6858000" cy="527608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74--13C.pn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D3D68" w14:textId="77777777" w:rsidR="0091469C" w:rsidRDefault="0091469C" w:rsidP="0091469C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2i</w:t>
      </w:r>
    </w:p>
    <w:p w14:paraId="2089B58B" w14:textId="77777777" w:rsidR="0091469C" w:rsidRDefault="0091469C" w:rsidP="0091469C">
      <w:r w:rsidRPr="00E33726">
        <w:rPr>
          <w:rStyle w:val="Strong"/>
          <w:noProof/>
          <w:color w:val="000000"/>
        </w:rPr>
        <w:drawing>
          <wp:anchor distT="0" distB="0" distL="114300" distR="114300" simplePos="0" relativeHeight="251658312" behindDoc="0" locked="0" layoutInCell="1" allowOverlap="1" wp14:anchorId="5AC88315" wp14:editId="6B69D8CF">
            <wp:simplePos x="0" y="0"/>
            <wp:positionH relativeFrom="margin">
              <wp:posOffset>791177</wp:posOffset>
            </wp:positionH>
            <wp:positionV relativeFrom="paragraph">
              <wp:posOffset>408706</wp:posOffset>
            </wp:positionV>
            <wp:extent cx="1857375" cy="895350"/>
            <wp:effectExtent l="0" t="0" r="0" b="6350"/>
            <wp:wrapNone/>
            <wp:docPr id="508338916" name="Picture 508338916">
              <a:extLst xmlns:a="http://schemas.openxmlformats.org/drawingml/2006/main">
                <a:ext uri="{FF2B5EF4-FFF2-40B4-BE49-F238E27FC236}">
                  <a16:creationId xmlns:a16="http://schemas.microsoft.com/office/drawing/2014/main" id="{26FCE52D-3366-4B4C-AA08-D3C9FED8FF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714580" name="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E137E13" wp14:editId="2CD879F1">
            <wp:extent cx="6858000" cy="527608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74--19F.png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0241C" w14:textId="77777777" w:rsidR="006B7588" w:rsidRDefault="006B7588" w:rsidP="006B7588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2j</w:t>
      </w:r>
    </w:p>
    <w:p w14:paraId="6D96434D" w14:textId="77777777" w:rsidR="006B7588" w:rsidRDefault="006B7588" w:rsidP="006B7588">
      <w:r w:rsidRPr="00B32285">
        <w:rPr>
          <w:noProof/>
        </w:rPr>
        <w:drawing>
          <wp:anchor distT="0" distB="0" distL="114300" distR="114300" simplePos="0" relativeHeight="251658313" behindDoc="0" locked="0" layoutInCell="1" allowOverlap="1" wp14:anchorId="4D5534EB" wp14:editId="56AF6E57">
            <wp:simplePos x="0" y="0"/>
            <wp:positionH relativeFrom="margin">
              <wp:posOffset>435041</wp:posOffset>
            </wp:positionH>
            <wp:positionV relativeFrom="paragraph">
              <wp:posOffset>476083</wp:posOffset>
            </wp:positionV>
            <wp:extent cx="1219200" cy="571500"/>
            <wp:effectExtent l="0" t="0" r="0" b="0"/>
            <wp:wrapNone/>
            <wp:docPr id="1190674322" name="Picture 1190674322">
              <a:extLst xmlns:a="http://schemas.openxmlformats.org/drawingml/2006/main">
                <a:ext uri="{FF2B5EF4-FFF2-40B4-BE49-F238E27FC236}">
                  <a16:creationId xmlns:a16="http://schemas.microsoft.com/office/drawing/2014/main" id="{0F3314F6-E56E-4AED-B2A6-76636B410A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674322" name="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9DF2458" wp14:editId="5081F93E">
            <wp:extent cx="6858000" cy="527608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69--1H.png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0C7DA" w14:textId="77777777" w:rsidR="006B7588" w:rsidRDefault="006B7588" w:rsidP="006B7588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2j</w:t>
      </w:r>
    </w:p>
    <w:p w14:paraId="0B1FB8CF" w14:textId="77777777" w:rsidR="006B7588" w:rsidRDefault="006B7588" w:rsidP="006B7588">
      <w:r w:rsidRPr="00B32285">
        <w:rPr>
          <w:noProof/>
        </w:rPr>
        <w:drawing>
          <wp:anchor distT="0" distB="0" distL="114300" distR="114300" simplePos="0" relativeHeight="251658314" behindDoc="0" locked="0" layoutInCell="1" allowOverlap="1" wp14:anchorId="25439EFC" wp14:editId="2328E43C">
            <wp:simplePos x="0" y="0"/>
            <wp:positionH relativeFrom="margin">
              <wp:posOffset>627547</wp:posOffset>
            </wp:positionH>
            <wp:positionV relativeFrom="paragraph">
              <wp:posOffset>716714</wp:posOffset>
            </wp:positionV>
            <wp:extent cx="1219200" cy="571500"/>
            <wp:effectExtent l="0" t="0" r="0" b="0"/>
            <wp:wrapNone/>
            <wp:docPr id="1415348658" name="Picture 1415348658">
              <a:extLst xmlns:a="http://schemas.openxmlformats.org/drawingml/2006/main">
                <a:ext uri="{FF2B5EF4-FFF2-40B4-BE49-F238E27FC236}">
                  <a16:creationId xmlns:a16="http://schemas.microsoft.com/office/drawing/2014/main" id="{0F3314F6-E56E-4AED-B2A6-76636B410A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674322" name="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C25A5B2" wp14:editId="1B5261A0">
            <wp:extent cx="6858000" cy="527608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69--13C.pn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1A308" w14:textId="77777777" w:rsidR="006B7588" w:rsidRDefault="006B7588" w:rsidP="006B7588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2j</w:t>
      </w:r>
    </w:p>
    <w:p w14:paraId="68D84ED5" w14:textId="77777777" w:rsidR="006B7588" w:rsidRDefault="006B7588" w:rsidP="006B7588">
      <w:r w:rsidRPr="00B32285">
        <w:rPr>
          <w:noProof/>
        </w:rPr>
        <w:drawing>
          <wp:anchor distT="0" distB="0" distL="114300" distR="114300" simplePos="0" relativeHeight="251658315" behindDoc="0" locked="0" layoutInCell="1" allowOverlap="1" wp14:anchorId="4278074C" wp14:editId="72C8A976">
            <wp:simplePos x="0" y="0"/>
            <wp:positionH relativeFrom="margin">
              <wp:posOffset>810427</wp:posOffset>
            </wp:positionH>
            <wp:positionV relativeFrom="paragraph">
              <wp:posOffset>716714</wp:posOffset>
            </wp:positionV>
            <wp:extent cx="1219200" cy="571500"/>
            <wp:effectExtent l="0" t="0" r="0" b="0"/>
            <wp:wrapNone/>
            <wp:docPr id="788013593" name="Picture 788013593">
              <a:extLst xmlns:a="http://schemas.openxmlformats.org/drawingml/2006/main">
                <a:ext uri="{FF2B5EF4-FFF2-40B4-BE49-F238E27FC236}">
                  <a16:creationId xmlns:a16="http://schemas.microsoft.com/office/drawing/2014/main" id="{0F3314F6-E56E-4AED-B2A6-76636B410A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674322" name="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46DDDEA" wp14:editId="55E71E44">
            <wp:extent cx="6858000" cy="527608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69--19F.png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064EC" w14:textId="77777777" w:rsidR="00283C97" w:rsidRDefault="00283C97" w:rsidP="00283C97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2k</w:t>
      </w:r>
    </w:p>
    <w:p w14:paraId="6BDCA259" w14:textId="77777777" w:rsidR="00283C97" w:rsidRDefault="00283C97" w:rsidP="00283C97">
      <w:r w:rsidRPr="00C01E29">
        <w:rPr>
          <w:noProof/>
          <w:color w:val="000000"/>
        </w:rPr>
        <w:drawing>
          <wp:anchor distT="0" distB="0" distL="114300" distR="114300" simplePos="0" relativeHeight="251658316" behindDoc="0" locked="0" layoutInCell="1" allowOverlap="1" wp14:anchorId="596293A7" wp14:editId="171A01A4">
            <wp:simplePos x="0" y="0"/>
            <wp:positionH relativeFrom="margin">
              <wp:posOffset>281037</wp:posOffset>
            </wp:positionH>
            <wp:positionV relativeFrom="paragraph">
              <wp:posOffset>495334</wp:posOffset>
            </wp:positionV>
            <wp:extent cx="1171575" cy="628650"/>
            <wp:effectExtent l="0" t="0" r="0" b="6350"/>
            <wp:wrapNone/>
            <wp:docPr id="1872085762" name="Picture 1872085762">
              <a:extLst xmlns:a="http://schemas.openxmlformats.org/drawingml/2006/main">
                <a:ext uri="{FF2B5EF4-FFF2-40B4-BE49-F238E27FC236}">
                  <a16:creationId xmlns:a16="http://schemas.microsoft.com/office/drawing/2014/main" id="{3AD8D9A7-4D78-4316-8CE8-7974E0800F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085762" name="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9375617" wp14:editId="1AEE766A">
            <wp:extent cx="6858000" cy="5276088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50--1H.png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D30C3" w14:textId="77777777" w:rsidR="00283C97" w:rsidRDefault="00283C97" w:rsidP="00283C97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2k</w:t>
      </w:r>
    </w:p>
    <w:p w14:paraId="4E54690E" w14:textId="77777777" w:rsidR="00283C97" w:rsidRDefault="00283C97" w:rsidP="00283C97">
      <w:r w:rsidRPr="00C01E29">
        <w:rPr>
          <w:noProof/>
          <w:color w:val="000000"/>
        </w:rPr>
        <w:drawing>
          <wp:anchor distT="0" distB="0" distL="114300" distR="114300" simplePos="0" relativeHeight="251658317" behindDoc="0" locked="0" layoutInCell="1" allowOverlap="1" wp14:anchorId="494193FA" wp14:editId="5BBDA819">
            <wp:simplePos x="0" y="0"/>
            <wp:positionH relativeFrom="margin">
              <wp:posOffset>492760</wp:posOffset>
            </wp:positionH>
            <wp:positionV relativeFrom="paragraph">
              <wp:posOffset>562443</wp:posOffset>
            </wp:positionV>
            <wp:extent cx="1171575" cy="628650"/>
            <wp:effectExtent l="0" t="0" r="0" b="6350"/>
            <wp:wrapNone/>
            <wp:docPr id="1425223892" name="Picture 1425223892">
              <a:extLst xmlns:a="http://schemas.openxmlformats.org/drawingml/2006/main">
                <a:ext uri="{FF2B5EF4-FFF2-40B4-BE49-F238E27FC236}">
                  <a16:creationId xmlns:a16="http://schemas.microsoft.com/office/drawing/2014/main" id="{3AD8D9A7-4D78-4316-8CE8-7974E0800F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085762" name="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150490D" wp14:editId="500F261A">
            <wp:extent cx="6858000" cy="5276088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50--13C.pn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F0B1D" w14:textId="77777777" w:rsidR="00283C97" w:rsidRDefault="00283C97" w:rsidP="00283C97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2k</w:t>
      </w:r>
    </w:p>
    <w:p w14:paraId="4E6A26E2" w14:textId="77777777" w:rsidR="00283C97" w:rsidRDefault="00283C97" w:rsidP="00283C97">
      <w:r w:rsidRPr="00C01E29">
        <w:rPr>
          <w:noProof/>
          <w:color w:val="000000"/>
        </w:rPr>
        <w:drawing>
          <wp:anchor distT="0" distB="0" distL="114300" distR="114300" simplePos="0" relativeHeight="251658318" behindDoc="0" locked="0" layoutInCell="1" allowOverlap="1" wp14:anchorId="70359DFE" wp14:editId="15E6B7C7">
            <wp:simplePos x="0" y="0"/>
            <wp:positionH relativeFrom="margin">
              <wp:posOffset>974057</wp:posOffset>
            </wp:positionH>
            <wp:positionV relativeFrom="paragraph">
              <wp:posOffset>851468</wp:posOffset>
            </wp:positionV>
            <wp:extent cx="1171575" cy="628650"/>
            <wp:effectExtent l="0" t="0" r="0" b="6350"/>
            <wp:wrapNone/>
            <wp:docPr id="612994662" name="Picture 612994662">
              <a:extLst xmlns:a="http://schemas.openxmlformats.org/drawingml/2006/main">
                <a:ext uri="{FF2B5EF4-FFF2-40B4-BE49-F238E27FC236}">
                  <a16:creationId xmlns:a16="http://schemas.microsoft.com/office/drawing/2014/main" id="{3AD8D9A7-4D78-4316-8CE8-7974E0800F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085762" name="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EFC9DE2" wp14:editId="1C41C31E">
            <wp:extent cx="6858000" cy="5276088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50--19F.png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8193B" w14:textId="77777777" w:rsidR="008C38DF" w:rsidRDefault="008C38DF" w:rsidP="008C38DF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2l</w:t>
      </w:r>
    </w:p>
    <w:p w14:paraId="2B6CC06E" w14:textId="77777777" w:rsidR="008C38DF" w:rsidRDefault="008C38DF" w:rsidP="008C38DF">
      <w:r w:rsidRPr="00066BD5">
        <w:rPr>
          <w:noProof/>
        </w:rPr>
        <w:drawing>
          <wp:anchor distT="0" distB="0" distL="114300" distR="114300" simplePos="0" relativeHeight="251658319" behindDoc="0" locked="0" layoutInCell="1" allowOverlap="1" wp14:anchorId="6D16891B" wp14:editId="4F2507F6">
            <wp:simplePos x="0" y="0"/>
            <wp:positionH relativeFrom="margin">
              <wp:posOffset>550545</wp:posOffset>
            </wp:positionH>
            <wp:positionV relativeFrom="paragraph">
              <wp:posOffset>399081</wp:posOffset>
            </wp:positionV>
            <wp:extent cx="1085850" cy="847725"/>
            <wp:effectExtent l="0" t="0" r="6350" b="3175"/>
            <wp:wrapNone/>
            <wp:docPr id="23202654" name="Picture 23202654">
              <a:extLst xmlns:a="http://schemas.openxmlformats.org/drawingml/2006/main">
                <a:ext uri="{FF2B5EF4-FFF2-40B4-BE49-F238E27FC236}">
                  <a16:creationId xmlns:a16="http://schemas.microsoft.com/office/drawing/2014/main" id="{29210BD9-224B-4F36-A725-F5D5F74FDE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2654" name="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5455B38" wp14:editId="00C96218">
            <wp:extent cx="6858000" cy="527608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83--1H.png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F0731" w14:textId="77777777" w:rsidR="008C38DF" w:rsidRDefault="008C38DF" w:rsidP="008C38D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2l</w:t>
      </w:r>
    </w:p>
    <w:p w14:paraId="6F63A45C" w14:textId="77777777" w:rsidR="008C38DF" w:rsidRDefault="008C38DF" w:rsidP="008C38DF">
      <w:r w:rsidRPr="00066BD5">
        <w:rPr>
          <w:noProof/>
        </w:rPr>
        <w:drawing>
          <wp:anchor distT="0" distB="0" distL="114300" distR="114300" simplePos="0" relativeHeight="251658320" behindDoc="0" locked="0" layoutInCell="1" allowOverlap="1" wp14:anchorId="48C4D1AA" wp14:editId="5AAF4AD2">
            <wp:simplePos x="0" y="0"/>
            <wp:positionH relativeFrom="margin">
              <wp:posOffset>771926</wp:posOffset>
            </wp:positionH>
            <wp:positionV relativeFrom="paragraph">
              <wp:posOffset>1092100</wp:posOffset>
            </wp:positionV>
            <wp:extent cx="1085850" cy="847725"/>
            <wp:effectExtent l="0" t="0" r="6350" b="3175"/>
            <wp:wrapNone/>
            <wp:docPr id="904624952" name="Picture 904624952">
              <a:extLst xmlns:a="http://schemas.openxmlformats.org/drawingml/2006/main">
                <a:ext uri="{FF2B5EF4-FFF2-40B4-BE49-F238E27FC236}">
                  <a16:creationId xmlns:a16="http://schemas.microsoft.com/office/drawing/2014/main" id="{29210BD9-224B-4F36-A725-F5D5F74FDE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2654" name="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850E98F" wp14:editId="231CBF3C">
            <wp:extent cx="6858000" cy="5276088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83--13C.pn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55B26" w14:textId="77777777" w:rsidR="008C38DF" w:rsidRDefault="008C38DF" w:rsidP="008C38DF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2l</w:t>
      </w:r>
    </w:p>
    <w:p w14:paraId="4EA6B910" w14:textId="77777777" w:rsidR="008C38DF" w:rsidRDefault="008C38DF" w:rsidP="008C38DF">
      <w:r w:rsidRPr="00066BD5">
        <w:rPr>
          <w:noProof/>
        </w:rPr>
        <w:drawing>
          <wp:anchor distT="0" distB="0" distL="114300" distR="114300" simplePos="0" relativeHeight="251658321" behindDoc="0" locked="0" layoutInCell="1" allowOverlap="1" wp14:anchorId="20E121B0" wp14:editId="11D64E0E">
            <wp:simplePos x="0" y="0"/>
            <wp:positionH relativeFrom="margin">
              <wp:posOffset>1002933</wp:posOffset>
            </wp:positionH>
            <wp:positionV relativeFrom="paragraph">
              <wp:posOffset>784091</wp:posOffset>
            </wp:positionV>
            <wp:extent cx="1085850" cy="847725"/>
            <wp:effectExtent l="0" t="0" r="6350" b="3175"/>
            <wp:wrapNone/>
            <wp:docPr id="338958214" name="Picture 338958214">
              <a:extLst xmlns:a="http://schemas.openxmlformats.org/drawingml/2006/main">
                <a:ext uri="{FF2B5EF4-FFF2-40B4-BE49-F238E27FC236}">
                  <a16:creationId xmlns:a16="http://schemas.microsoft.com/office/drawing/2014/main" id="{29210BD9-224B-4F36-A725-F5D5F74FDE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2654" name="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BFB3043" wp14:editId="1E776544">
            <wp:extent cx="6858000" cy="5276088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83--19F.png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29EA" w14:textId="77777777" w:rsidR="00A61821" w:rsidRDefault="00A61821" w:rsidP="00A61821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2m</w:t>
      </w:r>
    </w:p>
    <w:p w14:paraId="4B29F490" w14:textId="77777777" w:rsidR="00A61821" w:rsidRDefault="00A61821" w:rsidP="00A61821">
      <w:r w:rsidRPr="00854254">
        <w:rPr>
          <w:rStyle w:val="Strong"/>
          <w:noProof/>
          <w:color w:val="000000"/>
        </w:rPr>
        <w:drawing>
          <wp:anchor distT="0" distB="0" distL="114300" distR="114300" simplePos="0" relativeHeight="251658322" behindDoc="0" locked="0" layoutInCell="1" allowOverlap="1" wp14:anchorId="19EECD0F" wp14:editId="657D3AE9">
            <wp:simplePos x="0" y="0"/>
            <wp:positionH relativeFrom="margin">
              <wp:posOffset>752675</wp:posOffset>
            </wp:positionH>
            <wp:positionV relativeFrom="paragraph">
              <wp:posOffset>379830</wp:posOffset>
            </wp:positionV>
            <wp:extent cx="847725" cy="885825"/>
            <wp:effectExtent l="0" t="0" r="3175" b="3175"/>
            <wp:wrapNone/>
            <wp:docPr id="1643023683" name="Picture 1643023683">
              <a:extLst xmlns:a="http://schemas.openxmlformats.org/drawingml/2006/main">
                <a:ext uri="{FF2B5EF4-FFF2-40B4-BE49-F238E27FC236}">
                  <a16:creationId xmlns:a16="http://schemas.microsoft.com/office/drawing/2014/main" id="{0F1471B2-AB55-497C-B2AD-9235B2787C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023683" name="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5032D87" wp14:editId="25F66CD6">
            <wp:extent cx="6858000" cy="5276088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7--1H.png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0A23" w14:textId="77777777" w:rsidR="00A61821" w:rsidRDefault="00A61821" w:rsidP="00A61821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2m</w:t>
      </w:r>
    </w:p>
    <w:p w14:paraId="1AC9A1AE" w14:textId="77777777" w:rsidR="00A61821" w:rsidRDefault="00A61821" w:rsidP="00A61821">
      <w:r w:rsidRPr="00854254">
        <w:rPr>
          <w:rStyle w:val="Strong"/>
          <w:noProof/>
          <w:color w:val="000000"/>
        </w:rPr>
        <w:drawing>
          <wp:anchor distT="0" distB="0" distL="114300" distR="114300" simplePos="0" relativeHeight="251658323" behindDoc="0" locked="0" layoutInCell="1" allowOverlap="1" wp14:anchorId="79BA0A95" wp14:editId="1049F5F5">
            <wp:simplePos x="0" y="0"/>
            <wp:positionH relativeFrom="margin">
              <wp:posOffset>945181</wp:posOffset>
            </wp:positionH>
            <wp:positionV relativeFrom="paragraph">
              <wp:posOffset>793717</wp:posOffset>
            </wp:positionV>
            <wp:extent cx="847725" cy="885825"/>
            <wp:effectExtent l="0" t="0" r="3175" b="3175"/>
            <wp:wrapNone/>
            <wp:docPr id="1753764675" name="Picture 1753764675">
              <a:extLst xmlns:a="http://schemas.openxmlformats.org/drawingml/2006/main">
                <a:ext uri="{FF2B5EF4-FFF2-40B4-BE49-F238E27FC236}">
                  <a16:creationId xmlns:a16="http://schemas.microsoft.com/office/drawing/2014/main" id="{0F1471B2-AB55-497C-B2AD-9235B2787C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023683" name="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4EF8E41" wp14:editId="45310AFC">
            <wp:extent cx="6858000" cy="5276088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7--13C.pn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C5632" w14:textId="77777777" w:rsidR="00A61821" w:rsidRDefault="00A61821" w:rsidP="00A61821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2m</w:t>
      </w:r>
    </w:p>
    <w:p w14:paraId="3F9388AB" w14:textId="77777777" w:rsidR="00A61821" w:rsidRDefault="00A61821" w:rsidP="00A61821">
      <w:r w:rsidRPr="00854254">
        <w:rPr>
          <w:rStyle w:val="Strong"/>
          <w:noProof/>
          <w:color w:val="000000"/>
        </w:rPr>
        <w:drawing>
          <wp:anchor distT="0" distB="0" distL="114300" distR="114300" simplePos="0" relativeHeight="251658324" behindDoc="0" locked="0" layoutInCell="1" allowOverlap="1" wp14:anchorId="057F484E" wp14:editId="006D6E68">
            <wp:simplePos x="0" y="0"/>
            <wp:positionH relativeFrom="margin">
              <wp:posOffset>771926</wp:posOffset>
            </wp:positionH>
            <wp:positionV relativeFrom="paragraph">
              <wp:posOffset>476082</wp:posOffset>
            </wp:positionV>
            <wp:extent cx="847725" cy="885825"/>
            <wp:effectExtent l="0" t="0" r="3175" b="3175"/>
            <wp:wrapNone/>
            <wp:docPr id="196301440" name="Picture 196301440">
              <a:extLst xmlns:a="http://schemas.openxmlformats.org/drawingml/2006/main">
                <a:ext uri="{FF2B5EF4-FFF2-40B4-BE49-F238E27FC236}">
                  <a16:creationId xmlns:a16="http://schemas.microsoft.com/office/drawing/2014/main" id="{0F1471B2-AB55-497C-B2AD-9235B2787C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023683" name="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521A199" wp14:editId="464118AA">
            <wp:extent cx="6858000" cy="5276088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7--19F.png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B4D8A" w14:textId="77777777" w:rsidR="00C30C49" w:rsidRPr="009E5BBD" w:rsidRDefault="00C30C49" w:rsidP="00C30C49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2n</w:t>
      </w:r>
    </w:p>
    <w:p w14:paraId="661A6F49" w14:textId="77777777" w:rsidR="00C30C49" w:rsidRDefault="00C30C49" w:rsidP="00C30C49">
      <w:r w:rsidRPr="00C74CF2">
        <w:rPr>
          <w:noProof/>
          <w:color w:val="000000"/>
        </w:rPr>
        <w:drawing>
          <wp:anchor distT="0" distB="0" distL="114300" distR="114300" simplePos="0" relativeHeight="251658325" behindDoc="0" locked="0" layoutInCell="1" allowOverlap="1" wp14:anchorId="7E9489AD" wp14:editId="01313A51">
            <wp:simplePos x="0" y="0"/>
            <wp:positionH relativeFrom="margin">
              <wp:posOffset>300288</wp:posOffset>
            </wp:positionH>
            <wp:positionV relativeFrom="paragraph">
              <wp:posOffset>331704</wp:posOffset>
            </wp:positionV>
            <wp:extent cx="1400175" cy="838200"/>
            <wp:effectExtent l="0" t="0" r="0" b="0"/>
            <wp:wrapNone/>
            <wp:docPr id="1569031119" name="Picture 1569031119">
              <a:extLst xmlns:a="http://schemas.openxmlformats.org/drawingml/2006/main">
                <a:ext uri="{FF2B5EF4-FFF2-40B4-BE49-F238E27FC236}">
                  <a16:creationId xmlns:a16="http://schemas.microsoft.com/office/drawing/2014/main" id="{6B414821-97FE-45C2-8CD4-B8BF540A35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031119" name="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13F78D2" wp14:editId="7B0ABAB2">
            <wp:extent cx="6858000" cy="5276088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36--1H.png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C40A7" w14:textId="77777777" w:rsidR="00C30C49" w:rsidRDefault="00C30C49" w:rsidP="00C30C49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2n</w:t>
      </w:r>
    </w:p>
    <w:p w14:paraId="7FB9072D" w14:textId="77777777" w:rsidR="00C30C49" w:rsidRDefault="00C30C49" w:rsidP="00C30C49">
      <w:r w:rsidRPr="00C74CF2">
        <w:rPr>
          <w:noProof/>
          <w:color w:val="000000"/>
        </w:rPr>
        <w:drawing>
          <wp:anchor distT="0" distB="0" distL="114300" distR="114300" simplePos="0" relativeHeight="251658326" behindDoc="0" locked="0" layoutInCell="1" allowOverlap="1" wp14:anchorId="65A93786" wp14:editId="5896E12F">
            <wp:simplePos x="0" y="0"/>
            <wp:positionH relativeFrom="margin">
              <wp:posOffset>560170</wp:posOffset>
            </wp:positionH>
            <wp:positionV relativeFrom="paragraph">
              <wp:posOffset>678214</wp:posOffset>
            </wp:positionV>
            <wp:extent cx="1400175" cy="838200"/>
            <wp:effectExtent l="0" t="0" r="0" b="0"/>
            <wp:wrapNone/>
            <wp:docPr id="1021702110" name="Picture 1021702110">
              <a:extLst xmlns:a="http://schemas.openxmlformats.org/drawingml/2006/main">
                <a:ext uri="{FF2B5EF4-FFF2-40B4-BE49-F238E27FC236}">
                  <a16:creationId xmlns:a16="http://schemas.microsoft.com/office/drawing/2014/main" id="{6B414821-97FE-45C2-8CD4-B8BF540A35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031119" name="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386121C" wp14:editId="69717B56">
            <wp:extent cx="6858000" cy="5276088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36--13C.png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589C" w14:textId="77777777" w:rsidR="00C30C49" w:rsidRDefault="00C30C49" w:rsidP="00C30C49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2n</w:t>
      </w:r>
    </w:p>
    <w:p w14:paraId="7D353DE6" w14:textId="77777777" w:rsidR="00C30C49" w:rsidRDefault="00C30C49" w:rsidP="00C30C49">
      <w:r w:rsidRPr="00C74CF2">
        <w:rPr>
          <w:noProof/>
          <w:color w:val="000000"/>
        </w:rPr>
        <w:drawing>
          <wp:anchor distT="0" distB="0" distL="114300" distR="114300" simplePos="0" relativeHeight="251658327" behindDoc="0" locked="0" layoutInCell="1" allowOverlap="1" wp14:anchorId="419570CD" wp14:editId="2F49B069">
            <wp:simplePos x="0" y="0"/>
            <wp:positionH relativeFrom="margin">
              <wp:posOffset>579420</wp:posOffset>
            </wp:positionH>
            <wp:positionV relativeFrom="paragraph">
              <wp:posOffset>514584</wp:posOffset>
            </wp:positionV>
            <wp:extent cx="1400175" cy="838200"/>
            <wp:effectExtent l="0" t="0" r="0" b="0"/>
            <wp:wrapNone/>
            <wp:docPr id="581749934" name="Picture 581749934">
              <a:extLst xmlns:a="http://schemas.openxmlformats.org/drawingml/2006/main">
                <a:ext uri="{FF2B5EF4-FFF2-40B4-BE49-F238E27FC236}">
                  <a16:creationId xmlns:a16="http://schemas.microsoft.com/office/drawing/2014/main" id="{6B414821-97FE-45C2-8CD4-B8BF540A35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031119" name="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4F0F979" wp14:editId="3B9F7CC9">
            <wp:extent cx="6858000" cy="5276088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36--19F.png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EF706" w14:textId="77777777" w:rsidR="00164CF3" w:rsidRPr="009E5BBD" w:rsidRDefault="00164CF3" w:rsidP="00164CF3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2o</w:t>
      </w:r>
    </w:p>
    <w:p w14:paraId="77376643" w14:textId="77777777" w:rsidR="00164CF3" w:rsidRDefault="00164CF3" w:rsidP="00164CF3">
      <w:r w:rsidRPr="001C1450">
        <w:rPr>
          <w:rStyle w:val="Strong"/>
          <w:noProof/>
          <w:color w:val="000000"/>
        </w:rPr>
        <w:drawing>
          <wp:anchor distT="0" distB="0" distL="114300" distR="114300" simplePos="0" relativeHeight="251658328" behindDoc="0" locked="0" layoutInCell="1" allowOverlap="1" wp14:anchorId="091C6FC2" wp14:editId="39017FB1">
            <wp:simplePos x="0" y="0"/>
            <wp:positionH relativeFrom="margin">
              <wp:posOffset>290147</wp:posOffset>
            </wp:positionH>
            <wp:positionV relativeFrom="paragraph">
              <wp:posOffset>524364</wp:posOffset>
            </wp:positionV>
            <wp:extent cx="1533525" cy="885825"/>
            <wp:effectExtent l="0" t="0" r="3175" b="3175"/>
            <wp:wrapNone/>
            <wp:docPr id="1956890451" name="Picture 1956890451">
              <a:extLst xmlns:a="http://schemas.openxmlformats.org/drawingml/2006/main">
                <a:ext uri="{FF2B5EF4-FFF2-40B4-BE49-F238E27FC236}">
                  <a16:creationId xmlns:a16="http://schemas.microsoft.com/office/drawing/2014/main" id="{DEEB22F9-8A3C-4AED-9CFE-4F79777DBD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890451" name="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63F706" wp14:editId="360874BA">
            <wp:extent cx="6858000" cy="5276088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45--1H.png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B0450" w14:textId="77777777" w:rsidR="00164CF3" w:rsidRDefault="00164CF3" w:rsidP="00164CF3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2o</w:t>
      </w:r>
    </w:p>
    <w:p w14:paraId="75C14128" w14:textId="77777777" w:rsidR="00164CF3" w:rsidRDefault="00164CF3" w:rsidP="00164CF3">
      <w:r w:rsidRPr="001C1450">
        <w:rPr>
          <w:rStyle w:val="Strong"/>
          <w:noProof/>
          <w:color w:val="000000"/>
        </w:rPr>
        <w:drawing>
          <wp:anchor distT="0" distB="0" distL="114300" distR="114300" simplePos="0" relativeHeight="251658329" behindDoc="0" locked="0" layoutInCell="1" allowOverlap="1" wp14:anchorId="7D72CB59" wp14:editId="098C7116">
            <wp:simplePos x="0" y="0"/>
            <wp:positionH relativeFrom="margin">
              <wp:posOffset>404446</wp:posOffset>
            </wp:positionH>
            <wp:positionV relativeFrom="paragraph">
              <wp:posOffset>560167</wp:posOffset>
            </wp:positionV>
            <wp:extent cx="1533525" cy="885825"/>
            <wp:effectExtent l="0" t="0" r="3175" b="3175"/>
            <wp:wrapNone/>
            <wp:docPr id="2060367724" name="Picture 2060367724">
              <a:extLst xmlns:a="http://schemas.openxmlformats.org/drawingml/2006/main">
                <a:ext uri="{FF2B5EF4-FFF2-40B4-BE49-F238E27FC236}">
                  <a16:creationId xmlns:a16="http://schemas.microsoft.com/office/drawing/2014/main" id="{DEEB22F9-8A3C-4AED-9CFE-4F79777DBD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890451" name="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08839BE" wp14:editId="551BF5A7">
            <wp:extent cx="6858000" cy="5276088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45--13C.png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DA268" w14:textId="77777777" w:rsidR="00164CF3" w:rsidRDefault="00164CF3" w:rsidP="00164CF3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2o</w:t>
      </w:r>
    </w:p>
    <w:p w14:paraId="647C2175" w14:textId="77777777" w:rsidR="00164CF3" w:rsidRDefault="00164CF3" w:rsidP="00164CF3">
      <w:r w:rsidRPr="001C1450">
        <w:rPr>
          <w:rStyle w:val="Strong"/>
          <w:noProof/>
          <w:color w:val="000000"/>
        </w:rPr>
        <w:drawing>
          <wp:anchor distT="0" distB="0" distL="114300" distR="114300" simplePos="0" relativeHeight="251658330" behindDoc="0" locked="0" layoutInCell="1" allowOverlap="1" wp14:anchorId="2CABFA62" wp14:editId="6BDB0CEA">
            <wp:simplePos x="0" y="0"/>
            <wp:positionH relativeFrom="margin">
              <wp:posOffset>325315</wp:posOffset>
            </wp:positionH>
            <wp:positionV relativeFrom="paragraph">
              <wp:posOffset>604129</wp:posOffset>
            </wp:positionV>
            <wp:extent cx="1533525" cy="885825"/>
            <wp:effectExtent l="0" t="0" r="3175" b="3175"/>
            <wp:wrapNone/>
            <wp:docPr id="1967640099" name="Picture 1967640099">
              <a:extLst xmlns:a="http://schemas.openxmlformats.org/drawingml/2006/main">
                <a:ext uri="{FF2B5EF4-FFF2-40B4-BE49-F238E27FC236}">
                  <a16:creationId xmlns:a16="http://schemas.microsoft.com/office/drawing/2014/main" id="{DEEB22F9-8A3C-4AED-9CFE-4F79777DBD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890451" name="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B94E9A6" wp14:editId="3AD43675">
            <wp:extent cx="6858000" cy="5276088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45--19F.png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FC4E2" w14:textId="77777777" w:rsidR="00946280" w:rsidRDefault="00946280" w:rsidP="00946280">
      <w:r>
        <w:rPr>
          <w:vertAlign w:val="superscript"/>
        </w:rPr>
        <w:lastRenderedPageBreak/>
        <w:t>1</w:t>
      </w:r>
      <w:r>
        <w:t>H NMR (400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2p</w:t>
      </w:r>
    </w:p>
    <w:p w14:paraId="4950EFFD" w14:textId="77777777" w:rsidR="00946280" w:rsidRDefault="00946280" w:rsidP="00946280">
      <w:r w:rsidRPr="00015096">
        <w:rPr>
          <w:noProof/>
        </w:rPr>
        <w:drawing>
          <wp:anchor distT="0" distB="0" distL="114300" distR="114300" simplePos="0" relativeHeight="251658331" behindDoc="0" locked="0" layoutInCell="1" allowOverlap="1" wp14:anchorId="7EEB7C23" wp14:editId="4D8B687D">
            <wp:simplePos x="0" y="0"/>
            <wp:positionH relativeFrom="margin">
              <wp:posOffset>228600</wp:posOffset>
            </wp:positionH>
            <wp:positionV relativeFrom="paragraph">
              <wp:posOffset>700210</wp:posOffset>
            </wp:positionV>
            <wp:extent cx="2943225" cy="790575"/>
            <wp:effectExtent l="0" t="0" r="3175" b="0"/>
            <wp:wrapNone/>
            <wp:docPr id="2982167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7493F84-E1FA-4D51-9F9B-E6FA2B254C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1674" name="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B7AAADC" wp14:editId="1BF9920A">
            <wp:extent cx="6858000" cy="5276088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13--1H.png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3873D" w14:textId="77777777" w:rsidR="00946280" w:rsidRDefault="00946280" w:rsidP="00946280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2p</w:t>
      </w:r>
    </w:p>
    <w:p w14:paraId="25381032" w14:textId="77777777" w:rsidR="00946280" w:rsidRDefault="00946280" w:rsidP="00946280">
      <w:r w:rsidRPr="00015096">
        <w:rPr>
          <w:noProof/>
        </w:rPr>
        <w:drawing>
          <wp:anchor distT="0" distB="0" distL="114300" distR="114300" simplePos="0" relativeHeight="251658332" behindDoc="0" locked="0" layoutInCell="1" allowOverlap="1" wp14:anchorId="5064547C" wp14:editId="78346A6F">
            <wp:simplePos x="0" y="0"/>
            <wp:positionH relativeFrom="margin">
              <wp:posOffset>202223</wp:posOffset>
            </wp:positionH>
            <wp:positionV relativeFrom="paragraph">
              <wp:posOffset>788035</wp:posOffset>
            </wp:positionV>
            <wp:extent cx="2943225" cy="790575"/>
            <wp:effectExtent l="0" t="0" r="3175" b="0"/>
            <wp:wrapNone/>
            <wp:docPr id="211720052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7493F84-E1FA-4D51-9F9B-E6FA2B254C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1674" name="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F5B41BE" wp14:editId="6AF60C68">
            <wp:extent cx="6858000" cy="5276088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13--13C.png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20A41" w14:textId="77777777" w:rsidR="00946280" w:rsidRDefault="00946280" w:rsidP="00946280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2p</w:t>
      </w:r>
    </w:p>
    <w:p w14:paraId="7EE05360" w14:textId="77777777" w:rsidR="00946280" w:rsidRDefault="00946280" w:rsidP="00946280">
      <w:r w:rsidRPr="00015096">
        <w:rPr>
          <w:noProof/>
        </w:rPr>
        <w:drawing>
          <wp:anchor distT="0" distB="0" distL="114300" distR="114300" simplePos="0" relativeHeight="251658333" behindDoc="0" locked="0" layoutInCell="1" allowOverlap="1" wp14:anchorId="7C46F1AE" wp14:editId="0DE41B2A">
            <wp:simplePos x="0" y="0"/>
            <wp:positionH relativeFrom="margin">
              <wp:posOffset>430823</wp:posOffset>
            </wp:positionH>
            <wp:positionV relativeFrom="paragraph">
              <wp:posOffset>551375</wp:posOffset>
            </wp:positionV>
            <wp:extent cx="2943225" cy="790575"/>
            <wp:effectExtent l="0" t="0" r="3175" b="0"/>
            <wp:wrapNone/>
            <wp:docPr id="180279631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7493F84-E1FA-4D51-9F9B-E6FA2B254C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1674" name="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81CD01F" wp14:editId="5468DE79">
            <wp:extent cx="6858000" cy="5276088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13--19F.png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EBFC" w14:textId="77777777" w:rsidR="00463D0E" w:rsidRDefault="00463D0E" w:rsidP="00463D0E">
      <w:r>
        <w:rPr>
          <w:vertAlign w:val="superscript"/>
        </w:rPr>
        <w:lastRenderedPageBreak/>
        <w:t>1</w:t>
      </w:r>
      <w:r>
        <w:t>H NMR (400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2q</w:t>
      </w:r>
    </w:p>
    <w:p w14:paraId="3EAB005C" w14:textId="77777777" w:rsidR="00463D0E" w:rsidRDefault="00463D0E" w:rsidP="00463D0E">
      <w:r w:rsidRPr="00F22F56">
        <w:rPr>
          <w:rStyle w:val="Strong"/>
          <w:noProof/>
          <w:color w:val="000000"/>
        </w:rPr>
        <w:drawing>
          <wp:anchor distT="0" distB="0" distL="114300" distR="114300" simplePos="0" relativeHeight="251658336" behindDoc="0" locked="0" layoutInCell="1" allowOverlap="1" wp14:anchorId="1E762AB3" wp14:editId="07BA14AE">
            <wp:simplePos x="0" y="0"/>
            <wp:positionH relativeFrom="margin">
              <wp:posOffset>386862</wp:posOffset>
            </wp:positionH>
            <wp:positionV relativeFrom="paragraph">
              <wp:posOffset>375530</wp:posOffset>
            </wp:positionV>
            <wp:extent cx="1076325" cy="581025"/>
            <wp:effectExtent l="0" t="0" r="3175" b="3175"/>
            <wp:wrapNone/>
            <wp:docPr id="13031348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64B2B2D-79B7-4F42-9B1B-8AF074CB1D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42626" name="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89B1B52" wp14:editId="517403DC">
            <wp:extent cx="6858000" cy="5276088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24--1H.png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98CC8" w14:textId="77777777" w:rsidR="00463D0E" w:rsidRDefault="00463D0E" w:rsidP="00463D0E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2q</w:t>
      </w:r>
    </w:p>
    <w:p w14:paraId="57DAB9CF" w14:textId="77777777" w:rsidR="00463D0E" w:rsidRDefault="00463D0E" w:rsidP="00463D0E">
      <w:r w:rsidRPr="00F22F56">
        <w:rPr>
          <w:rStyle w:val="Strong"/>
          <w:noProof/>
          <w:color w:val="000000"/>
        </w:rPr>
        <w:drawing>
          <wp:anchor distT="0" distB="0" distL="114300" distR="114300" simplePos="0" relativeHeight="251658335" behindDoc="0" locked="0" layoutInCell="1" allowOverlap="1" wp14:anchorId="6AC4FE6A" wp14:editId="3849F147">
            <wp:simplePos x="0" y="0"/>
            <wp:positionH relativeFrom="margin">
              <wp:posOffset>793360</wp:posOffset>
            </wp:positionH>
            <wp:positionV relativeFrom="paragraph">
              <wp:posOffset>553720</wp:posOffset>
            </wp:positionV>
            <wp:extent cx="1076325" cy="581025"/>
            <wp:effectExtent l="0" t="0" r="3175" b="3175"/>
            <wp:wrapNone/>
            <wp:docPr id="139988496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64B2B2D-79B7-4F42-9B1B-8AF074CB1D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42626" name="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041CF76" wp14:editId="77C089E0">
            <wp:extent cx="6858000" cy="5276088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24--13C.png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71C47" w14:textId="77777777" w:rsidR="00463D0E" w:rsidRDefault="00463D0E" w:rsidP="00463D0E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2q</w:t>
      </w:r>
    </w:p>
    <w:p w14:paraId="7AA4C713" w14:textId="77777777" w:rsidR="00463D0E" w:rsidRDefault="00463D0E" w:rsidP="00463D0E">
      <w:r w:rsidRPr="00F22F56">
        <w:rPr>
          <w:rStyle w:val="Strong"/>
          <w:noProof/>
          <w:color w:val="000000"/>
        </w:rPr>
        <w:drawing>
          <wp:anchor distT="0" distB="0" distL="114300" distR="114300" simplePos="0" relativeHeight="251658334" behindDoc="0" locked="0" layoutInCell="1" allowOverlap="1" wp14:anchorId="3076566E" wp14:editId="02F2D109">
            <wp:simplePos x="0" y="0"/>
            <wp:positionH relativeFrom="margin">
              <wp:posOffset>852854</wp:posOffset>
            </wp:positionH>
            <wp:positionV relativeFrom="paragraph">
              <wp:posOffset>462817</wp:posOffset>
            </wp:positionV>
            <wp:extent cx="1076325" cy="581025"/>
            <wp:effectExtent l="0" t="0" r="3175" b="3175"/>
            <wp:wrapNone/>
            <wp:docPr id="120304262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64B2B2D-79B7-4F42-9B1B-8AF074CB1D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42626" name="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2ADFE98" wp14:editId="480CED34">
            <wp:extent cx="6858000" cy="5276088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24--19F.png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7CF8B" w14:textId="77777777" w:rsidR="00EB014F" w:rsidRPr="009E5BBD" w:rsidRDefault="00EB014F" w:rsidP="00EB014F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2r</w:t>
      </w:r>
    </w:p>
    <w:p w14:paraId="29F1CFA7" w14:textId="77777777" w:rsidR="00EB014F" w:rsidRDefault="00EB014F" w:rsidP="00EB014F">
      <w:r w:rsidRPr="00841580">
        <w:rPr>
          <w:noProof/>
        </w:rPr>
        <w:drawing>
          <wp:anchor distT="0" distB="0" distL="114300" distR="114300" simplePos="0" relativeHeight="251658337" behindDoc="0" locked="0" layoutInCell="1" allowOverlap="1" wp14:anchorId="13F30BB4" wp14:editId="08B80033">
            <wp:simplePos x="0" y="0"/>
            <wp:positionH relativeFrom="margin">
              <wp:posOffset>290146</wp:posOffset>
            </wp:positionH>
            <wp:positionV relativeFrom="paragraph">
              <wp:posOffset>533156</wp:posOffset>
            </wp:positionV>
            <wp:extent cx="2143125" cy="800100"/>
            <wp:effectExtent l="0" t="0" r="3175" b="0"/>
            <wp:wrapNone/>
            <wp:docPr id="24848972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A392BD-3AE1-429C-8745-B9D252091A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89720" name="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DDDC99C" wp14:editId="308C3339">
            <wp:extent cx="6858000" cy="5276088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14--1H.png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8106F" w14:textId="77777777" w:rsidR="00EB014F" w:rsidRDefault="00EB014F" w:rsidP="00EB014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2r</w:t>
      </w:r>
    </w:p>
    <w:p w14:paraId="7C5B5933" w14:textId="77777777" w:rsidR="00EB014F" w:rsidRDefault="00EB014F" w:rsidP="00EB014F">
      <w:r w:rsidRPr="00841580">
        <w:rPr>
          <w:noProof/>
        </w:rPr>
        <w:drawing>
          <wp:anchor distT="0" distB="0" distL="114300" distR="114300" simplePos="0" relativeHeight="251658338" behindDoc="0" locked="0" layoutInCell="1" allowOverlap="1" wp14:anchorId="0D95EB79" wp14:editId="2906F85F">
            <wp:simplePos x="0" y="0"/>
            <wp:positionH relativeFrom="margin">
              <wp:posOffset>114300</wp:posOffset>
            </wp:positionH>
            <wp:positionV relativeFrom="paragraph">
              <wp:posOffset>692053</wp:posOffset>
            </wp:positionV>
            <wp:extent cx="2143125" cy="800100"/>
            <wp:effectExtent l="0" t="0" r="3175" b="0"/>
            <wp:wrapNone/>
            <wp:docPr id="183343583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A392BD-3AE1-429C-8745-B9D252091A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89720" name="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A9E6FE8" wp14:editId="6B37E521">
            <wp:extent cx="6858000" cy="5276088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14--13C.png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9E26D" w14:textId="77777777" w:rsidR="00EB014F" w:rsidRDefault="00EB014F" w:rsidP="00EB014F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2r</w:t>
      </w:r>
    </w:p>
    <w:p w14:paraId="6163CD30" w14:textId="79F054D3" w:rsidR="00EB014F" w:rsidRDefault="00EB014F" w:rsidP="00EB014F">
      <w:r w:rsidRPr="00841580">
        <w:rPr>
          <w:noProof/>
        </w:rPr>
        <w:drawing>
          <wp:anchor distT="0" distB="0" distL="114300" distR="114300" simplePos="0" relativeHeight="251658339" behindDoc="0" locked="0" layoutInCell="1" allowOverlap="1" wp14:anchorId="5A5E18A0" wp14:editId="0B7314A7">
            <wp:simplePos x="0" y="0"/>
            <wp:positionH relativeFrom="margin">
              <wp:posOffset>650630</wp:posOffset>
            </wp:positionH>
            <wp:positionV relativeFrom="paragraph">
              <wp:posOffset>604129</wp:posOffset>
            </wp:positionV>
            <wp:extent cx="2143125" cy="800100"/>
            <wp:effectExtent l="0" t="0" r="3175" b="0"/>
            <wp:wrapNone/>
            <wp:docPr id="155017131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4A392BD-3AE1-429C-8745-B9D252091A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89720" name=""/>
                    <pic:cNvPicPr/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38008C3" wp14:editId="21DD06F8">
            <wp:extent cx="6858000" cy="5276088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314--19F.png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8F0CD" w14:textId="77777777" w:rsidR="00AD0FD3" w:rsidRDefault="00AD0FD3" w:rsidP="00AD0FD3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2s</w:t>
      </w:r>
    </w:p>
    <w:p w14:paraId="7E1ACEE5" w14:textId="77777777" w:rsidR="00AD0FD3" w:rsidRDefault="00AD0FD3" w:rsidP="00AD0FD3">
      <w:r w:rsidRPr="00BC4CB9">
        <w:rPr>
          <w:rStyle w:val="Strong"/>
          <w:noProof/>
          <w:color w:val="000000"/>
        </w:rPr>
        <w:drawing>
          <wp:anchor distT="0" distB="0" distL="114300" distR="114300" simplePos="0" relativeHeight="251658340" behindDoc="0" locked="0" layoutInCell="1" allowOverlap="1" wp14:anchorId="2850985B" wp14:editId="734A830A">
            <wp:simplePos x="0" y="0"/>
            <wp:positionH relativeFrom="margin">
              <wp:posOffset>342607</wp:posOffset>
            </wp:positionH>
            <wp:positionV relativeFrom="paragraph">
              <wp:posOffset>506730</wp:posOffset>
            </wp:positionV>
            <wp:extent cx="2209800" cy="971550"/>
            <wp:effectExtent l="0" t="0" r="0" b="6350"/>
            <wp:wrapNone/>
            <wp:docPr id="58172711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B28F322-1C29-4B8C-A828-0F05666D9F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27117" name="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CD3457B" wp14:editId="001D7507">
            <wp:extent cx="6858000" cy="527608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75--1H.png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03301" w14:textId="77777777" w:rsidR="00AD0FD3" w:rsidRDefault="00AD0FD3" w:rsidP="00AD0FD3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2s</w:t>
      </w:r>
    </w:p>
    <w:p w14:paraId="0231AB52" w14:textId="77777777" w:rsidR="00AD0FD3" w:rsidRDefault="00AD0FD3" w:rsidP="00AD0FD3">
      <w:r w:rsidRPr="00BC4CB9">
        <w:rPr>
          <w:rStyle w:val="Strong"/>
          <w:noProof/>
          <w:color w:val="000000"/>
        </w:rPr>
        <w:drawing>
          <wp:anchor distT="0" distB="0" distL="114300" distR="114300" simplePos="0" relativeHeight="251658341" behindDoc="0" locked="0" layoutInCell="1" allowOverlap="1" wp14:anchorId="051F2BE5" wp14:editId="0C91FDD0">
            <wp:simplePos x="0" y="0"/>
            <wp:positionH relativeFrom="margin">
              <wp:posOffset>228600</wp:posOffset>
            </wp:positionH>
            <wp:positionV relativeFrom="paragraph">
              <wp:posOffset>656883</wp:posOffset>
            </wp:positionV>
            <wp:extent cx="2209800" cy="971550"/>
            <wp:effectExtent l="0" t="0" r="0" b="6350"/>
            <wp:wrapNone/>
            <wp:docPr id="2677773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B28F322-1C29-4B8C-A828-0F05666D9F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27117" name="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089B402" wp14:editId="0DCB6CB6">
            <wp:extent cx="6858000" cy="5276088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75--13C.png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6293A" w14:textId="77777777" w:rsidR="00AD0FD3" w:rsidRDefault="00AD0FD3" w:rsidP="00AD0FD3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2s</w:t>
      </w:r>
    </w:p>
    <w:p w14:paraId="23E87802" w14:textId="77777777" w:rsidR="00AD0FD3" w:rsidRDefault="00AD0FD3" w:rsidP="00AD0FD3">
      <w:r w:rsidRPr="00BC4CB9">
        <w:rPr>
          <w:rStyle w:val="Strong"/>
          <w:noProof/>
          <w:color w:val="000000"/>
        </w:rPr>
        <w:drawing>
          <wp:anchor distT="0" distB="0" distL="114300" distR="114300" simplePos="0" relativeHeight="251658342" behindDoc="0" locked="0" layoutInCell="1" allowOverlap="1" wp14:anchorId="501631E2" wp14:editId="57C2CCAF">
            <wp:simplePos x="0" y="0"/>
            <wp:positionH relativeFrom="margin">
              <wp:posOffset>1099038</wp:posOffset>
            </wp:positionH>
            <wp:positionV relativeFrom="paragraph">
              <wp:posOffset>507414</wp:posOffset>
            </wp:positionV>
            <wp:extent cx="2209800" cy="971550"/>
            <wp:effectExtent l="0" t="0" r="0" b="6350"/>
            <wp:wrapNone/>
            <wp:docPr id="8197155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B28F322-1C29-4B8C-A828-0F05666D9F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27117" name="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EA05FAB" wp14:editId="2982F578">
            <wp:extent cx="6858000" cy="527608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75--19F.png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587D" w14:textId="01B823F3" w:rsidR="004B3734" w:rsidRDefault="009834BF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273453" w:rsidRPr="00815AA4">
        <w:rPr>
          <w:rStyle w:val="Strong"/>
          <w:color w:val="000000"/>
        </w:rPr>
        <w:t xml:space="preserve">Compound </w:t>
      </w:r>
      <w:r w:rsidR="00273453">
        <w:rPr>
          <w:rStyle w:val="Strong"/>
          <w:color w:val="000000"/>
        </w:rPr>
        <w:t>2t</w:t>
      </w:r>
    </w:p>
    <w:p w14:paraId="2EAD7C3E" w14:textId="1047DCB3" w:rsidR="004B3734" w:rsidRDefault="001102B8">
      <w:r w:rsidRPr="00290199">
        <w:rPr>
          <w:rStyle w:val="Strong"/>
          <w:noProof/>
          <w:color w:val="000000"/>
        </w:rPr>
        <w:drawing>
          <wp:anchor distT="0" distB="0" distL="114300" distR="114300" simplePos="0" relativeHeight="251658343" behindDoc="0" locked="0" layoutInCell="1" allowOverlap="1" wp14:anchorId="05F687D0" wp14:editId="67333149">
            <wp:simplePos x="0" y="0"/>
            <wp:positionH relativeFrom="margin">
              <wp:posOffset>307730</wp:posOffset>
            </wp:positionH>
            <wp:positionV relativeFrom="paragraph">
              <wp:posOffset>594702</wp:posOffset>
            </wp:positionV>
            <wp:extent cx="2371725" cy="1362075"/>
            <wp:effectExtent l="0" t="0" r="3175" b="0"/>
            <wp:wrapNone/>
            <wp:docPr id="187575607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DDDB7C6-E5AE-4B47-9E8E-2ACEFB43E8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756074" name="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BC0FC0B" wp14:editId="4592144D">
            <wp:extent cx="6858000" cy="527608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23--1H.png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41F47" w14:textId="43CF9FBA" w:rsidR="004B3734" w:rsidRDefault="009834B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273453" w:rsidRPr="00815AA4">
        <w:rPr>
          <w:rStyle w:val="Strong"/>
          <w:color w:val="000000"/>
        </w:rPr>
        <w:t xml:space="preserve">Compound </w:t>
      </w:r>
      <w:r w:rsidR="00273453">
        <w:rPr>
          <w:rStyle w:val="Strong"/>
          <w:color w:val="000000"/>
        </w:rPr>
        <w:t>2t</w:t>
      </w:r>
    </w:p>
    <w:p w14:paraId="77B0CEF1" w14:textId="4796E7BC" w:rsidR="004B3734" w:rsidRDefault="001102B8">
      <w:r w:rsidRPr="00290199">
        <w:rPr>
          <w:rStyle w:val="Strong"/>
          <w:noProof/>
          <w:color w:val="000000"/>
        </w:rPr>
        <w:drawing>
          <wp:anchor distT="0" distB="0" distL="114300" distR="114300" simplePos="0" relativeHeight="251658344" behindDoc="0" locked="0" layoutInCell="1" allowOverlap="1" wp14:anchorId="0344EF44" wp14:editId="5DFC605E">
            <wp:simplePos x="0" y="0"/>
            <wp:positionH relativeFrom="margin">
              <wp:posOffset>254977</wp:posOffset>
            </wp:positionH>
            <wp:positionV relativeFrom="paragraph">
              <wp:posOffset>665675</wp:posOffset>
            </wp:positionV>
            <wp:extent cx="2371725" cy="1362075"/>
            <wp:effectExtent l="0" t="0" r="3175" b="0"/>
            <wp:wrapNone/>
            <wp:docPr id="105668967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DDDB7C6-E5AE-4B47-9E8E-2ACEFB43E8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756074" name="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021B3CE" wp14:editId="77FB938A">
            <wp:extent cx="6858000" cy="527608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23--13C.png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FDFD2" w14:textId="7EB62C9D" w:rsidR="004B3734" w:rsidRDefault="009834BF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="00273453" w:rsidRPr="00815AA4">
        <w:rPr>
          <w:rStyle w:val="Strong"/>
          <w:color w:val="000000"/>
        </w:rPr>
        <w:t xml:space="preserve">Compound </w:t>
      </w:r>
      <w:r w:rsidR="00273453">
        <w:rPr>
          <w:rStyle w:val="Strong"/>
          <w:color w:val="000000"/>
        </w:rPr>
        <w:t>2t</w:t>
      </w:r>
    </w:p>
    <w:p w14:paraId="773A6742" w14:textId="1FD04FC2" w:rsidR="004B3734" w:rsidRDefault="001102B8">
      <w:r w:rsidRPr="00290199">
        <w:rPr>
          <w:rStyle w:val="Strong"/>
          <w:noProof/>
          <w:color w:val="000000"/>
        </w:rPr>
        <w:drawing>
          <wp:anchor distT="0" distB="0" distL="114300" distR="114300" simplePos="0" relativeHeight="251658345" behindDoc="0" locked="0" layoutInCell="1" allowOverlap="1" wp14:anchorId="15907A61" wp14:editId="3609CDBE">
            <wp:simplePos x="0" y="0"/>
            <wp:positionH relativeFrom="margin">
              <wp:posOffset>263769</wp:posOffset>
            </wp:positionH>
            <wp:positionV relativeFrom="paragraph">
              <wp:posOffset>692052</wp:posOffset>
            </wp:positionV>
            <wp:extent cx="2371725" cy="1362075"/>
            <wp:effectExtent l="0" t="0" r="3175" b="0"/>
            <wp:wrapNone/>
            <wp:docPr id="13953973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DDDB7C6-E5AE-4B47-9E8E-2ACEFB43E8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756074" name="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9580DB2" wp14:editId="1212232F">
            <wp:extent cx="6858000" cy="5276088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23--19F.png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8455E" w14:textId="33495EAC" w:rsidR="004B3734" w:rsidRDefault="009834BF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="00B603AE" w:rsidRPr="00815AA4">
        <w:rPr>
          <w:rStyle w:val="Strong"/>
          <w:color w:val="000000"/>
        </w:rPr>
        <w:t xml:space="preserve">Compound </w:t>
      </w:r>
      <w:r w:rsidR="00B603AE">
        <w:rPr>
          <w:rStyle w:val="Strong"/>
          <w:color w:val="000000"/>
        </w:rPr>
        <w:t>2u</w:t>
      </w:r>
    </w:p>
    <w:p w14:paraId="6AA9DA52" w14:textId="20C1B9D0" w:rsidR="004B3734" w:rsidRDefault="007F40F1">
      <w:r w:rsidRPr="001E322F">
        <w:rPr>
          <w:noProof/>
        </w:rPr>
        <w:drawing>
          <wp:anchor distT="0" distB="0" distL="114300" distR="114300" simplePos="0" relativeHeight="251658346" behindDoc="0" locked="0" layoutInCell="1" allowOverlap="1" wp14:anchorId="775CBD43" wp14:editId="34993ACD">
            <wp:simplePos x="0" y="0"/>
            <wp:positionH relativeFrom="margin">
              <wp:posOffset>96715</wp:posOffset>
            </wp:positionH>
            <wp:positionV relativeFrom="paragraph">
              <wp:posOffset>524363</wp:posOffset>
            </wp:positionV>
            <wp:extent cx="2867025" cy="904875"/>
            <wp:effectExtent l="0" t="0" r="3175" b="0"/>
            <wp:wrapNone/>
            <wp:docPr id="53158546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E51CAF6-ED71-4124-AC8E-199429622D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585467" name="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CDC7A6B" wp14:editId="11514B7E">
            <wp:extent cx="6858000" cy="527608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68--1H.png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97E51" w14:textId="737B3E3C" w:rsidR="004B3734" w:rsidRDefault="009834B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="00B603AE" w:rsidRPr="00815AA4">
        <w:rPr>
          <w:rStyle w:val="Strong"/>
          <w:color w:val="000000"/>
        </w:rPr>
        <w:t xml:space="preserve">Compound </w:t>
      </w:r>
      <w:r w:rsidR="00B603AE">
        <w:rPr>
          <w:rStyle w:val="Strong"/>
          <w:color w:val="000000"/>
        </w:rPr>
        <w:t>2u</w:t>
      </w:r>
    </w:p>
    <w:p w14:paraId="7FDFACEF" w14:textId="7AAA12B3" w:rsidR="004B3734" w:rsidRDefault="007F40F1">
      <w:r w:rsidRPr="001E322F">
        <w:rPr>
          <w:noProof/>
        </w:rPr>
        <w:drawing>
          <wp:anchor distT="0" distB="0" distL="114300" distR="114300" simplePos="0" relativeHeight="251658347" behindDoc="0" locked="0" layoutInCell="1" allowOverlap="1" wp14:anchorId="699C591B" wp14:editId="4BB109D8">
            <wp:simplePos x="0" y="0"/>
            <wp:positionH relativeFrom="margin">
              <wp:posOffset>193235</wp:posOffset>
            </wp:positionH>
            <wp:positionV relativeFrom="paragraph">
              <wp:posOffset>524656</wp:posOffset>
            </wp:positionV>
            <wp:extent cx="2867025" cy="904875"/>
            <wp:effectExtent l="0" t="0" r="3175" b="0"/>
            <wp:wrapNone/>
            <wp:docPr id="64763494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E51CAF6-ED71-4124-AC8E-199429622D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585467" name="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6C9D479" wp14:editId="37E90C89">
            <wp:extent cx="6858000" cy="527608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68--13C.png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A3FEA" w14:textId="5D86058E" w:rsidR="004B3734" w:rsidRDefault="009834BF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="00B603AE" w:rsidRPr="00815AA4">
        <w:rPr>
          <w:rStyle w:val="Strong"/>
          <w:color w:val="000000"/>
        </w:rPr>
        <w:t xml:space="preserve">Compound </w:t>
      </w:r>
      <w:r w:rsidR="00B603AE">
        <w:rPr>
          <w:rStyle w:val="Strong"/>
          <w:color w:val="000000"/>
        </w:rPr>
        <w:t>2u</w:t>
      </w:r>
    </w:p>
    <w:p w14:paraId="1572CDDA" w14:textId="1DE8CC29" w:rsidR="004B3734" w:rsidRDefault="007F40F1">
      <w:r w:rsidRPr="001E322F">
        <w:rPr>
          <w:noProof/>
        </w:rPr>
        <w:drawing>
          <wp:anchor distT="0" distB="0" distL="114300" distR="114300" simplePos="0" relativeHeight="251658348" behindDoc="0" locked="0" layoutInCell="1" allowOverlap="1" wp14:anchorId="06ED0D1A" wp14:editId="61D38061">
            <wp:simplePos x="0" y="0"/>
            <wp:positionH relativeFrom="margin">
              <wp:posOffset>474785</wp:posOffset>
            </wp:positionH>
            <wp:positionV relativeFrom="paragraph">
              <wp:posOffset>489829</wp:posOffset>
            </wp:positionV>
            <wp:extent cx="2867025" cy="904875"/>
            <wp:effectExtent l="0" t="0" r="3175" b="0"/>
            <wp:wrapNone/>
            <wp:docPr id="158173825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E51CAF6-ED71-4124-AC8E-199429622D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585467" name="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292B0E0" wp14:editId="50983154">
            <wp:extent cx="6858000" cy="527608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JS-6-268--19F.png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48A8F" w14:textId="77777777" w:rsidR="00D77688" w:rsidRDefault="00D77688" w:rsidP="00D77688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3a</w:t>
      </w:r>
    </w:p>
    <w:p w14:paraId="06E45ACE" w14:textId="77777777" w:rsidR="00D77688" w:rsidRDefault="00D77688" w:rsidP="00D77688">
      <w:r w:rsidRPr="006379C8">
        <w:rPr>
          <w:noProof/>
        </w:rPr>
        <w:drawing>
          <wp:anchor distT="0" distB="0" distL="114300" distR="114300" simplePos="0" relativeHeight="251658350" behindDoc="0" locked="0" layoutInCell="1" allowOverlap="1" wp14:anchorId="012873FF" wp14:editId="3829771C">
            <wp:simplePos x="0" y="0"/>
            <wp:positionH relativeFrom="column">
              <wp:posOffset>281354</wp:posOffset>
            </wp:positionH>
            <wp:positionV relativeFrom="paragraph">
              <wp:posOffset>507414</wp:posOffset>
            </wp:positionV>
            <wp:extent cx="1511300" cy="863600"/>
            <wp:effectExtent l="0" t="0" r="0" b="0"/>
            <wp:wrapNone/>
            <wp:docPr id="148217090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63BA9FA-648F-48B3-B672-C589818018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FA333E0" wp14:editId="5309E7CC">
            <wp:extent cx="6858000" cy="5276088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8--1H.png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C55ED" w14:textId="77777777" w:rsidR="00D77688" w:rsidRDefault="00D77688" w:rsidP="00D77688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3a</w:t>
      </w:r>
    </w:p>
    <w:p w14:paraId="19F90458" w14:textId="77777777" w:rsidR="00D77688" w:rsidRDefault="00D77688" w:rsidP="00D77688">
      <w:r w:rsidRPr="006379C8">
        <w:rPr>
          <w:noProof/>
        </w:rPr>
        <w:drawing>
          <wp:anchor distT="0" distB="0" distL="114300" distR="114300" simplePos="0" relativeHeight="251658349" behindDoc="0" locked="0" layoutInCell="1" allowOverlap="1" wp14:anchorId="3E0E6BA1" wp14:editId="204CAA2E">
            <wp:simplePos x="0" y="0"/>
            <wp:positionH relativeFrom="column">
              <wp:posOffset>483479</wp:posOffset>
            </wp:positionH>
            <wp:positionV relativeFrom="paragraph">
              <wp:posOffset>427795</wp:posOffset>
            </wp:positionV>
            <wp:extent cx="1511300" cy="863600"/>
            <wp:effectExtent l="0" t="0" r="0" b="0"/>
            <wp:wrapNone/>
            <wp:docPr id="189817066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63BA9FA-648F-48B3-B672-C589818018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77F627E" wp14:editId="5CF23E4F">
            <wp:extent cx="6858000" cy="5276088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8--13C.png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3D473" w14:textId="77777777" w:rsidR="00BD542F" w:rsidRDefault="00BD542F" w:rsidP="00BD542F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b</w:t>
      </w:r>
    </w:p>
    <w:p w14:paraId="1FDA3950" w14:textId="77777777" w:rsidR="00BD542F" w:rsidRDefault="00BD542F" w:rsidP="00BD542F">
      <w:r w:rsidRPr="006379C8">
        <w:rPr>
          <w:noProof/>
        </w:rPr>
        <w:drawing>
          <wp:anchor distT="0" distB="0" distL="114300" distR="114300" simplePos="0" relativeHeight="251658351" behindDoc="0" locked="0" layoutInCell="1" allowOverlap="1" wp14:anchorId="51C5B175" wp14:editId="75DD765B">
            <wp:simplePos x="0" y="0"/>
            <wp:positionH relativeFrom="column">
              <wp:posOffset>483089</wp:posOffset>
            </wp:positionH>
            <wp:positionV relativeFrom="paragraph">
              <wp:posOffset>656395</wp:posOffset>
            </wp:positionV>
            <wp:extent cx="1498600" cy="863600"/>
            <wp:effectExtent l="0" t="0" r="0" b="0"/>
            <wp:wrapNone/>
            <wp:docPr id="186242013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E6ED5F4-1DF7-42BF-BECF-D5BCC9E33E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D7241B4" wp14:editId="134F6A03">
            <wp:extent cx="6858000" cy="5276088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73--1H.png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57D5E" w14:textId="77777777" w:rsidR="00BD542F" w:rsidRDefault="00BD542F" w:rsidP="00BD542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b</w:t>
      </w:r>
    </w:p>
    <w:p w14:paraId="463747AE" w14:textId="77777777" w:rsidR="00BD542F" w:rsidRDefault="00BD542F" w:rsidP="00BD542F">
      <w:r w:rsidRPr="006379C8">
        <w:rPr>
          <w:noProof/>
        </w:rPr>
        <w:drawing>
          <wp:anchor distT="0" distB="0" distL="114300" distR="114300" simplePos="0" relativeHeight="251658352" behindDoc="0" locked="0" layoutInCell="1" allowOverlap="1" wp14:anchorId="68A2C3D6" wp14:editId="4C126CCE">
            <wp:simplePos x="0" y="0"/>
            <wp:positionH relativeFrom="column">
              <wp:posOffset>360485</wp:posOffset>
            </wp:positionH>
            <wp:positionV relativeFrom="paragraph">
              <wp:posOffset>445868</wp:posOffset>
            </wp:positionV>
            <wp:extent cx="1498600" cy="863600"/>
            <wp:effectExtent l="0" t="0" r="0" b="0"/>
            <wp:wrapNone/>
            <wp:docPr id="1829753820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E6ED5F4-1DF7-42BF-BECF-D5BCC9E33E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94B83EB" wp14:editId="6110D83D">
            <wp:extent cx="6858000" cy="5276088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73--13C.png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6B18E" w14:textId="77777777" w:rsidR="00B12930" w:rsidRDefault="00B12930" w:rsidP="00B12930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c</w:t>
      </w:r>
    </w:p>
    <w:p w14:paraId="18566390" w14:textId="77777777" w:rsidR="00B12930" w:rsidRDefault="00B12930" w:rsidP="00B12930">
      <w:r w:rsidRPr="006379C8">
        <w:rPr>
          <w:noProof/>
        </w:rPr>
        <w:drawing>
          <wp:anchor distT="0" distB="0" distL="114300" distR="114300" simplePos="0" relativeHeight="251658353" behindDoc="0" locked="0" layoutInCell="1" allowOverlap="1" wp14:anchorId="17C01E55" wp14:editId="79E4FC77">
            <wp:simplePos x="0" y="0"/>
            <wp:positionH relativeFrom="column">
              <wp:posOffset>448359</wp:posOffset>
            </wp:positionH>
            <wp:positionV relativeFrom="paragraph">
              <wp:posOffset>559679</wp:posOffset>
            </wp:positionV>
            <wp:extent cx="1816100" cy="876300"/>
            <wp:effectExtent l="0" t="0" r="0" b="0"/>
            <wp:wrapNone/>
            <wp:docPr id="19635267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C1BEC58-E324-45DE-B516-6B0F997D64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630654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7A2567C" wp14:editId="49DC8A7E">
            <wp:extent cx="6858000" cy="5276088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4--1H.png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65006" w14:textId="77777777" w:rsidR="00B12930" w:rsidRDefault="00B12930" w:rsidP="00B12930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c</w:t>
      </w:r>
    </w:p>
    <w:p w14:paraId="4FA8BF4F" w14:textId="77777777" w:rsidR="00B12930" w:rsidRDefault="00B12930" w:rsidP="00B12930">
      <w:r w:rsidRPr="006379C8">
        <w:rPr>
          <w:noProof/>
        </w:rPr>
        <w:drawing>
          <wp:anchor distT="0" distB="0" distL="114300" distR="114300" simplePos="0" relativeHeight="251658354" behindDoc="0" locked="0" layoutInCell="1" allowOverlap="1" wp14:anchorId="2CB9ED80" wp14:editId="60B65511">
            <wp:simplePos x="0" y="0"/>
            <wp:positionH relativeFrom="column">
              <wp:posOffset>307730</wp:posOffset>
            </wp:positionH>
            <wp:positionV relativeFrom="paragraph">
              <wp:posOffset>604129</wp:posOffset>
            </wp:positionV>
            <wp:extent cx="1816100" cy="876300"/>
            <wp:effectExtent l="0" t="0" r="0" b="0"/>
            <wp:wrapNone/>
            <wp:docPr id="67310481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C1BEC58-E324-45DE-B516-6B0F997D64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630654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7D326F6" wp14:editId="2A8AA2BB">
            <wp:extent cx="6858000" cy="5276088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4--13C.png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BB213" w14:textId="77777777" w:rsidR="0094501C" w:rsidRDefault="0094501C" w:rsidP="0094501C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d</w:t>
      </w:r>
    </w:p>
    <w:p w14:paraId="60EB837A" w14:textId="77777777" w:rsidR="0094501C" w:rsidRDefault="0094501C" w:rsidP="0094501C">
      <w:r w:rsidRPr="008B51E0">
        <w:rPr>
          <w:noProof/>
        </w:rPr>
        <w:drawing>
          <wp:anchor distT="0" distB="0" distL="114300" distR="114300" simplePos="0" relativeHeight="251658355" behindDoc="0" locked="0" layoutInCell="1" allowOverlap="1" wp14:anchorId="1CF27425" wp14:editId="346A7FCF">
            <wp:simplePos x="0" y="0"/>
            <wp:positionH relativeFrom="column">
              <wp:posOffset>280865</wp:posOffset>
            </wp:positionH>
            <wp:positionV relativeFrom="paragraph">
              <wp:posOffset>867410</wp:posOffset>
            </wp:positionV>
            <wp:extent cx="2260600" cy="622300"/>
            <wp:effectExtent l="0" t="0" r="0" b="0"/>
            <wp:wrapNone/>
            <wp:docPr id="1608439094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91A462C7-509C-473A-A112-6DBAACD8E4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72497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D057788" wp14:editId="05C786A9">
            <wp:extent cx="6858000" cy="5276088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89--1H.png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FD3D5" w14:textId="77777777" w:rsidR="0094501C" w:rsidRDefault="0094501C" w:rsidP="0094501C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d</w:t>
      </w:r>
    </w:p>
    <w:p w14:paraId="4E0E7D87" w14:textId="77777777" w:rsidR="0094501C" w:rsidRDefault="0094501C" w:rsidP="0094501C">
      <w:r w:rsidRPr="008B51E0">
        <w:rPr>
          <w:noProof/>
        </w:rPr>
        <w:drawing>
          <wp:anchor distT="0" distB="0" distL="114300" distR="114300" simplePos="0" relativeHeight="251658356" behindDoc="0" locked="0" layoutInCell="1" allowOverlap="1" wp14:anchorId="5285A43C" wp14:editId="74B5FD17">
            <wp:simplePos x="0" y="0"/>
            <wp:positionH relativeFrom="column">
              <wp:posOffset>140676</wp:posOffset>
            </wp:positionH>
            <wp:positionV relativeFrom="paragraph">
              <wp:posOffset>619760</wp:posOffset>
            </wp:positionV>
            <wp:extent cx="2260600" cy="622300"/>
            <wp:effectExtent l="0" t="0" r="0" b="0"/>
            <wp:wrapNone/>
            <wp:docPr id="620376090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91A462C7-509C-473A-A112-6DBAACD8E4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72497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3A95F3E" wp14:editId="13B76F05">
            <wp:extent cx="6858000" cy="5276088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89--13C.png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6036B" w14:textId="77777777" w:rsidR="00163BF0" w:rsidRPr="009E5BBD" w:rsidRDefault="00163BF0" w:rsidP="00163BF0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3e</w:t>
      </w:r>
    </w:p>
    <w:p w14:paraId="230E0567" w14:textId="77777777" w:rsidR="00163BF0" w:rsidRDefault="00163BF0" w:rsidP="00163BF0">
      <w:r w:rsidRPr="0007506A">
        <w:rPr>
          <w:noProof/>
        </w:rPr>
        <w:drawing>
          <wp:anchor distT="0" distB="0" distL="114300" distR="114300" simplePos="0" relativeHeight="251658357" behindDoc="0" locked="0" layoutInCell="1" allowOverlap="1" wp14:anchorId="29536746" wp14:editId="04BB53D8">
            <wp:simplePos x="0" y="0"/>
            <wp:positionH relativeFrom="column">
              <wp:posOffset>421982</wp:posOffset>
            </wp:positionH>
            <wp:positionV relativeFrom="paragraph">
              <wp:posOffset>419002</wp:posOffset>
            </wp:positionV>
            <wp:extent cx="2324100" cy="1397000"/>
            <wp:effectExtent l="0" t="0" r="0" b="0"/>
            <wp:wrapNone/>
            <wp:docPr id="1529237178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C72CB3DC-196E-4461-AAAA-F24316C1A5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98870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3C6F37F" wp14:editId="42781558">
            <wp:extent cx="6858000" cy="5276088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19--1H.png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1F8B0" w14:textId="77777777" w:rsidR="00163BF0" w:rsidRDefault="00163BF0" w:rsidP="00163BF0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e</w:t>
      </w:r>
    </w:p>
    <w:p w14:paraId="3CDE6196" w14:textId="77777777" w:rsidR="00163BF0" w:rsidRDefault="00163BF0" w:rsidP="00163BF0">
      <w:r w:rsidRPr="0007506A">
        <w:rPr>
          <w:noProof/>
        </w:rPr>
        <w:drawing>
          <wp:anchor distT="0" distB="0" distL="114300" distR="114300" simplePos="0" relativeHeight="251658358" behindDoc="0" locked="0" layoutInCell="1" allowOverlap="1" wp14:anchorId="13D7B261" wp14:editId="1BE4686A">
            <wp:simplePos x="0" y="0"/>
            <wp:positionH relativeFrom="column">
              <wp:posOffset>281354</wp:posOffset>
            </wp:positionH>
            <wp:positionV relativeFrom="paragraph">
              <wp:posOffset>727221</wp:posOffset>
            </wp:positionV>
            <wp:extent cx="2324100" cy="1397000"/>
            <wp:effectExtent l="0" t="0" r="0" b="0"/>
            <wp:wrapNone/>
            <wp:docPr id="1309952525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C72CB3DC-196E-4461-AAAA-F24316C1A5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98870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7D435C" wp14:editId="008DEE20">
            <wp:extent cx="6858000" cy="5276088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19--13C.png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295AD" w14:textId="77777777" w:rsidR="00163BF0" w:rsidRDefault="00163BF0" w:rsidP="00163BF0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e</w:t>
      </w:r>
    </w:p>
    <w:p w14:paraId="0D44F40E" w14:textId="77777777" w:rsidR="00163BF0" w:rsidRDefault="00163BF0" w:rsidP="00163BF0">
      <w:r w:rsidRPr="0007506A">
        <w:rPr>
          <w:noProof/>
        </w:rPr>
        <w:drawing>
          <wp:anchor distT="0" distB="0" distL="114300" distR="114300" simplePos="0" relativeHeight="251658359" behindDoc="0" locked="0" layoutInCell="1" allowOverlap="1" wp14:anchorId="5FF502F6" wp14:editId="24867883">
            <wp:simplePos x="0" y="0"/>
            <wp:positionH relativeFrom="column">
              <wp:posOffset>246185</wp:posOffset>
            </wp:positionH>
            <wp:positionV relativeFrom="paragraph">
              <wp:posOffset>401906</wp:posOffset>
            </wp:positionV>
            <wp:extent cx="2324100" cy="1397000"/>
            <wp:effectExtent l="0" t="0" r="0" b="0"/>
            <wp:wrapNone/>
            <wp:docPr id="198872706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C72CB3DC-196E-4461-AAAA-F24316C1A5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98870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765C187" wp14:editId="35BE16D5">
            <wp:extent cx="6858000" cy="5276088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19--19F.png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D2CC9" w14:textId="77777777" w:rsidR="00290396" w:rsidRDefault="00290396" w:rsidP="00290396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f</w:t>
      </w:r>
    </w:p>
    <w:p w14:paraId="45CC014C" w14:textId="77777777" w:rsidR="00290396" w:rsidRDefault="00290396" w:rsidP="00290396">
      <w:r w:rsidRPr="006379C8">
        <w:rPr>
          <w:noProof/>
        </w:rPr>
        <w:drawing>
          <wp:anchor distT="0" distB="0" distL="114300" distR="114300" simplePos="0" relativeHeight="251658360" behindDoc="0" locked="0" layoutInCell="1" allowOverlap="1" wp14:anchorId="4F44E58E" wp14:editId="55C9F070">
            <wp:simplePos x="0" y="0"/>
            <wp:positionH relativeFrom="column">
              <wp:posOffset>333864</wp:posOffset>
            </wp:positionH>
            <wp:positionV relativeFrom="paragraph">
              <wp:posOffset>613410</wp:posOffset>
            </wp:positionV>
            <wp:extent cx="2095500" cy="1003300"/>
            <wp:effectExtent l="0" t="0" r="0" b="0"/>
            <wp:wrapNone/>
            <wp:docPr id="331134182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64BBC5C7-9FBB-4927-A3A1-1DFFED77A8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ED69724" wp14:editId="09714B60">
            <wp:extent cx="6858000" cy="5276088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3--1H.png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A9820" w14:textId="77777777" w:rsidR="00290396" w:rsidRDefault="00290396" w:rsidP="00290396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f</w:t>
      </w:r>
    </w:p>
    <w:p w14:paraId="348AE376" w14:textId="77777777" w:rsidR="00290396" w:rsidRDefault="00290396" w:rsidP="00290396">
      <w:r w:rsidRPr="006379C8">
        <w:rPr>
          <w:noProof/>
        </w:rPr>
        <w:drawing>
          <wp:anchor distT="0" distB="0" distL="114300" distR="114300" simplePos="0" relativeHeight="251658361" behindDoc="0" locked="0" layoutInCell="1" allowOverlap="1" wp14:anchorId="5A6548C3" wp14:editId="3F19D107">
            <wp:simplePos x="0" y="0"/>
            <wp:positionH relativeFrom="column">
              <wp:posOffset>202223</wp:posOffset>
            </wp:positionH>
            <wp:positionV relativeFrom="paragraph">
              <wp:posOffset>568960</wp:posOffset>
            </wp:positionV>
            <wp:extent cx="2095500" cy="1003300"/>
            <wp:effectExtent l="0" t="0" r="0" b="0"/>
            <wp:wrapNone/>
            <wp:docPr id="1869339249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64BBC5C7-9FBB-4927-A3A1-1DFFED77A8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15884E8" wp14:editId="2BEF945F">
            <wp:extent cx="6858000" cy="5276088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3--13C.png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01151" w14:textId="04DF18D7" w:rsidR="00BC31A6" w:rsidRDefault="00BC31A6" w:rsidP="00BC31A6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g</w:t>
      </w:r>
    </w:p>
    <w:p w14:paraId="76F507CB" w14:textId="7DC8B257" w:rsidR="00BC31A6" w:rsidRDefault="00045735" w:rsidP="00BC31A6">
      <w:r w:rsidRPr="006379C8">
        <w:rPr>
          <w:noProof/>
        </w:rPr>
        <w:drawing>
          <wp:anchor distT="0" distB="0" distL="114300" distR="114300" simplePos="0" relativeHeight="251658362" behindDoc="0" locked="0" layoutInCell="1" allowOverlap="1" wp14:anchorId="7FBA352E" wp14:editId="5C74D94D">
            <wp:simplePos x="0" y="0"/>
            <wp:positionH relativeFrom="column">
              <wp:posOffset>509368</wp:posOffset>
            </wp:positionH>
            <wp:positionV relativeFrom="paragraph">
              <wp:posOffset>586056</wp:posOffset>
            </wp:positionV>
            <wp:extent cx="1600200" cy="609600"/>
            <wp:effectExtent l="0" t="0" r="0" b="0"/>
            <wp:wrapNone/>
            <wp:docPr id="339224905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C2773ABA-34BE-4A3F-BEF9-65D5F923A6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41588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1A6">
        <w:rPr>
          <w:noProof/>
        </w:rPr>
        <w:drawing>
          <wp:inline distT="0" distB="0" distL="0" distR="0" wp14:anchorId="4AE811A8" wp14:editId="43FA2E7A">
            <wp:extent cx="6858000" cy="5276088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57--1H.png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FFDE" w14:textId="77777777" w:rsidR="00BC31A6" w:rsidRPr="00BC31A6" w:rsidRDefault="00BC31A6" w:rsidP="00BC31A6">
      <w:pPr>
        <w:rPr>
          <w:b/>
        </w:rPr>
      </w:pPr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g</w:t>
      </w:r>
    </w:p>
    <w:p w14:paraId="7351914F" w14:textId="562DCE5F" w:rsidR="00BC31A6" w:rsidRDefault="00045735" w:rsidP="00BC31A6">
      <w:r w:rsidRPr="006379C8">
        <w:rPr>
          <w:noProof/>
        </w:rPr>
        <w:drawing>
          <wp:anchor distT="0" distB="0" distL="114300" distR="114300" simplePos="0" relativeHeight="251658363" behindDoc="0" locked="0" layoutInCell="1" allowOverlap="1" wp14:anchorId="3652F245" wp14:editId="09C13E0F">
            <wp:simplePos x="0" y="0"/>
            <wp:positionH relativeFrom="column">
              <wp:posOffset>351692</wp:posOffset>
            </wp:positionH>
            <wp:positionV relativeFrom="paragraph">
              <wp:posOffset>472245</wp:posOffset>
            </wp:positionV>
            <wp:extent cx="1600200" cy="609600"/>
            <wp:effectExtent l="0" t="0" r="0" b="0"/>
            <wp:wrapNone/>
            <wp:docPr id="2029910173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C2773ABA-34BE-4A3F-BEF9-65D5F923A6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41588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1A6">
        <w:rPr>
          <w:noProof/>
        </w:rPr>
        <w:drawing>
          <wp:inline distT="0" distB="0" distL="0" distR="0" wp14:anchorId="6FD5CCFE" wp14:editId="782621D5">
            <wp:extent cx="6858000" cy="5276088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57--13C.png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ABBB6" w14:textId="77777777" w:rsidR="00E431E4" w:rsidRPr="009E5BBD" w:rsidRDefault="00E431E4" w:rsidP="00E431E4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(400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3h</w:t>
      </w:r>
    </w:p>
    <w:p w14:paraId="77101360" w14:textId="77777777" w:rsidR="00E431E4" w:rsidRDefault="00E431E4" w:rsidP="00E431E4">
      <w:r w:rsidRPr="0011412F">
        <w:rPr>
          <w:noProof/>
        </w:rPr>
        <w:drawing>
          <wp:anchor distT="0" distB="0" distL="114300" distR="114300" simplePos="0" relativeHeight="251658364" behindDoc="0" locked="0" layoutInCell="1" allowOverlap="1" wp14:anchorId="47B54A38" wp14:editId="55768C2E">
            <wp:simplePos x="0" y="0"/>
            <wp:positionH relativeFrom="column">
              <wp:posOffset>289658</wp:posOffset>
            </wp:positionH>
            <wp:positionV relativeFrom="paragraph">
              <wp:posOffset>486410</wp:posOffset>
            </wp:positionV>
            <wp:extent cx="1676400" cy="876300"/>
            <wp:effectExtent l="0" t="0" r="0" b="0"/>
            <wp:wrapNone/>
            <wp:docPr id="27864037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1DA861F3-EE63-40CD-A844-B8F35D2A2E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564940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4997580" wp14:editId="3E3DAEA7">
            <wp:extent cx="6858000" cy="5276088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58--1H.png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4370C" w14:textId="77777777" w:rsidR="00E431E4" w:rsidRDefault="00E431E4" w:rsidP="00E431E4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h</w:t>
      </w:r>
    </w:p>
    <w:p w14:paraId="088093DD" w14:textId="77777777" w:rsidR="00E431E4" w:rsidRDefault="00E431E4" w:rsidP="00E431E4">
      <w:r w:rsidRPr="0011412F">
        <w:rPr>
          <w:noProof/>
        </w:rPr>
        <w:drawing>
          <wp:anchor distT="0" distB="0" distL="114300" distR="114300" simplePos="0" relativeHeight="251658365" behindDoc="0" locked="0" layoutInCell="1" allowOverlap="1" wp14:anchorId="5F621FF2" wp14:editId="3FECAC88">
            <wp:simplePos x="0" y="0"/>
            <wp:positionH relativeFrom="column">
              <wp:posOffset>298938</wp:posOffset>
            </wp:positionH>
            <wp:positionV relativeFrom="paragraph">
              <wp:posOffset>639298</wp:posOffset>
            </wp:positionV>
            <wp:extent cx="1676400" cy="876300"/>
            <wp:effectExtent l="0" t="0" r="0" b="0"/>
            <wp:wrapNone/>
            <wp:docPr id="39084469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1DA861F3-EE63-40CD-A844-B8F35D2A2E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564940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01C512B" wp14:editId="1962B5B1">
            <wp:extent cx="6858000" cy="5276088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58--13C.png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2A022" w14:textId="77777777" w:rsidR="00E62D26" w:rsidRDefault="00E62D26" w:rsidP="00E62D26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 xml:space="preserve">i </w:t>
      </w:r>
    </w:p>
    <w:p w14:paraId="5E862585" w14:textId="77777777" w:rsidR="00E62D26" w:rsidRDefault="00E62D26" w:rsidP="00E62D26">
      <w:r w:rsidRPr="001A6FE4">
        <w:rPr>
          <w:noProof/>
        </w:rPr>
        <w:drawing>
          <wp:anchor distT="0" distB="0" distL="114300" distR="114300" simplePos="0" relativeHeight="251658366" behindDoc="0" locked="0" layoutInCell="1" allowOverlap="1" wp14:anchorId="78941CC2" wp14:editId="75A3C5DA">
            <wp:simplePos x="0" y="0"/>
            <wp:positionH relativeFrom="column">
              <wp:posOffset>412750</wp:posOffset>
            </wp:positionH>
            <wp:positionV relativeFrom="paragraph">
              <wp:posOffset>515718</wp:posOffset>
            </wp:positionV>
            <wp:extent cx="1727200" cy="584200"/>
            <wp:effectExtent l="0" t="0" r="0" b="0"/>
            <wp:wrapNone/>
            <wp:docPr id="2040879825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28E63E4A-2714-4899-B58C-907125826F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485140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D50D9A" wp14:editId="287789CA">
            <wp:extent cx="6858000" cy="5276088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6--1H.png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A522E" w14:textId="77777777" w:rsidR="00E62D26" w:rsidRDefault="00E62D26" w:rsidP="00E62D26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i</w:t>
      </w:r>
    </w:p>
    <w:p w14:paraId="330F9A02" w14:textId="77777777" w:rsidR="00E62D26" w:rsidRDefault="00E62D26" w:rsidP="00E62D26">
      <w:r w:rsidRPr="001A6FE4">
        <w:rPr>
          <w:noProof/>
        </w:rPr>
        <w:drawing>
          <wp:anchor distT="0" distB="0" distL="114300" distR="114300" simplePos="0" relativeHeight="251658367" behindDoc="0" locked="0" layoutInCell="1" allowOverlap="1" wp14:anchorId="0CEDD0BE" wp14:editId="26EA4458">
            <wp:simplePos x="0" y="0"/>
            <wp:positionH relativeFrom="column">
              <wp:posOffset>316523</wp:posOffset>
            </wp:positionH>
            <wp:positionV relativeFrom="paragraph">
              <wp:posOffset>581660</wp:posOffset>
            </wp:positionV>
            <wp:extent cx="1727200" cy="584200"/>
            <wp:effectExtent l="0" t="0" r="0" b="0"/>
            <wp:wrapNone/>
            <wp:docPr id="1303519557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28E63E4A-2714-4899-B58C-907125826F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485140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21E470F" wp14:editId="5E98C3FE">
            <wp:extent cx="6858000" cy="5276088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6--13C.png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04109" w14:textId="3F207F76" w:rsidR="00504DD3" w:rsidRDefault="00504DD3" w:rsidP="00504DD3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j</w:t>
      </w:r>
    </w:p>
    <w:p w14:paraId="2C9BA061" w14:textId="5CC69826" w:rsidR="00504DD3" w:rsidRDefault="00C71AEE" w:rsidP="00504DD3">
      <w:r w:rsidRPr="006379C8">
        <w:rPr>
          <w:noProof/>
        </w:rPr>
        <w:drawing>
          <wp:anchor distT="0" distB="0" distL="114300" distR="114300" simplePos="0" relativeHeight="251658368" behindDoc="0" locked="0" layoutInCell="1" allowOverlap="1" wp14:anchorId="653832C2" wp14:editId="044C9919">
            <wp:simplePos x="0" y="0"/>
            <wp:positionH relativeFrom="column">
              <wp:posOffset>773479</wp:posOffset>
            </wp:positionH>
            <wp:positionV relativeFrom="paragraph">
              <wp:posOffset>586056</wp:posOffset>
            </wp:positionV>
            <wp:extent cx="1041400" cy="838200"/>
            <wp:effectExtent l="0" t="0" r="0" b="0"/>
            <wp:wrapNone/>
            <wp:docPr id="1964446135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57D5B924-D4BC-458C-8705-611F3FA123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DD3">
        <w:rPr>
          <w:noProof/>
        </w:rPr>
        <w:drawing>
          <wp:inline distT="0" distB="0" distL="0" distR="0" wp14:anchorId="11FE9AFD" wp14:editId="6F8C9381">
            <wp:extent cx="6858000" cy="5276088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38--1H.png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48639" w14:textId="77777777" w:rsidR="00504DD3" w:rsidRDefault="00504DD3" w:rsidP="00504DD3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j</w:t>
      </w:r>
    </w:p>
    <w:p w14:paraId="098CDDE4" w14:textId="6EC69BDF" w:rsidR="00504DD3" w:rsidRDefault="00C71AEE" w:rsidP="00504DD3">
      <w:r w:rsidRPr="006379C8">
        <w:rPr>
          <w:noProof/>
        </w:rPr>
        <w:drawing>
          <wp:anchor distT="0" distB="0" distL="114300" distR="114300" simplePos="0" relativeHeight="251658369" behindDoc="0" locked="0" layoutInCell="1" allowOverlap="1" wp14:anchorId="5456AED3" wp14:editId="0999FF3F">
            <wp:simplePos x="0" y="0"/>
            <wp:positionH relativeFrom="column">
              <wp:posOffset>677008</wp:posOffset>
            </wp:positionH>
            <wp:positionV relativeFrom="paragraph">
              <wp:posOffset>551375</wp:posOffset>
            </wp:positionV>
            <wp:extent cx="1041400" cy="838200"/>
            <wp:effectExtent l="0" t="0" r="0" b="0"/>
            <wp:wrapNone/>
            <wp:docPr id="676258616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57D5B924-D4BC-458C-8705-611F3FA123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DD3">
        <w:rPr>
          <w:noProof/>
        </w:rPr>
        <w:drawing>
          <wp:inline distT="0" distB="0" distL="0" distR="0" wp14:anchorId="7F03B385" wp14:editId="4C0AF8AA">
            <wp:extent cx="6858000" cy="5276088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38--13C.png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ED61C" w14:textId="77777777" w:rsidR="00E71AC9" w:rsidRDefault="00E71AC9" w:rsidP="00E71AC9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k</w:t>
      </w:r>
    </w:p>
    <w:p w14:paraId="3908A047" w14:textId="77777777" w:rsidR="00E71AC9" w:rsidRDefault="00E71AC9" w:rsidP="00E71AC9">
      <w:r w:rsidRPr="000A1F34">
        <w:rPr>
          <w:noProof/>
        </w:rPr>
        <w:drawing>
          <wp:anchor distT="0" distB="0" distL="114300" distR="114300" simplePos="0" relativeHeight="251658370" behindDoc="0" locked="0" layoutInCell="1" allowOverlap="1" wp14:anchorId="489A04B8" wp14:editId="73E1B8F9">
            <wp:simplePos x="0" y="0"/>
            <wp:positionH relativeFrom="column">
              <wp:posOffset>931496</wp:posOffset>
            </wp:positionH>
            <wp:positionV relativeFrom="paragraph">
              <wp:posOffset>462963</wp:posOffset>
            </wp:positionV>
            <wp:extent cx="889000" cy="901700"/>
            <wp:effectExtent l="0" t="0" r="0" b="0"/>
            <wp:wrapNone/>
            <wp:docPr id="1096552893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47B0685B-4144-4A10-B782-A7B9FBC962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6389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9667AC4" wp14:editId="5B808665">
            <wp:extent cx="6858000" cy="5276088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7--1H.png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98ECC" w14:textId="77777777" w:rsidR="00E71AC9" w:rsidRDefault="00E71AC9" w:rsidP="00E71AC9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k</w:t>
      </w:r>
    </w:p>
    <w:p w14:paraId="72E7FB21" w14:textId="77777777" w:rsidR="00E71AC9" w:rsidRDefault="00E71AC9" w:rsidP="00E71AC9">
      <w:r w:rsidRPr="000A1F34">
        <w:rPr>
          <w:noProof/>
        </w:rPr>
        <w:drawing>
          <wp:anchor distT="0" distB="0" distL="114300" distR="114300" simplePos="0" relativeHeight="251658371" behindDoc="0" locked="0" layoutInCell="1" allowOverlap="1" wp14:anchorId="6CB0BEAF" wp14:editId="3582254A">
            <wp:simplePos x="0" y="0"/>
            <wp:positionH relativeFrom="column">
              <wp:posOffset>597877</wp:posOffset>
            </wp:positionH>
            <wp:positionV relativeFrom="paragraph">
              <wp:posOffset>401906</wp:posOffset>
            </wp:positionV>
            <wp:extent cx="889000" cy="901700"/>
            <wp:effectExtent l="0" t="0" r="0" b="0"/>
            <wp:wrapNone/>
            <wp:docPr id="949459370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47B0685B-4144-4A10-B782-A7B9FBC962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6389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DE61E51" wp14:editId="6025F6AB">
            <wp:extent cx="6858000" cy="5276088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7--13C.png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0216D" w14:textId="77777777" w:rsidR="00CD252B" w:rsidRDefault="00CD252B" w:rsidP="00CD252B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l</w:t>
      </w:r>
    </w:p>
    <w:p w14:paraId="582F422A" w14:textId="77777777" w:rsidR="00CD252B" w:rsidRDefault="00CD252B" w:rsidP="00CD252B">
      <w:r w:rsidRPr="006379C8">
        <w:rPr>
          <w:noProof/>
        </w:rPr>
        <w:drawing>
          <wp:anchor distT="0" distB="0" distL="114300" distR="114300" simplePos="0" relativeHeight="251658372" behindDoc="0" locked="0" layoutInCell="1" allowOverlap="1" wp14:anchorId="06937498" wp14:editId="5CDD5309">
            <wp:simplePos x="0" y="0"/>
            <wp:positionH relativeFrom="column">
              <wp:posOffset>579950</wp:posOffset>
            </wp:positionH>
            <wp:positionV relativeFrom="paragraph">
              <wp:posOffset>735525</wp:posOffset>
            </wp:positionV>
            <wp:extent cx="1460500" cy="609600"/>
            <wp:effectExtent l="0" t="0" r="0" b="0"/>
            <wp:wrapNone/>
            <wp:docPr id="1548233742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5FBE7B0E-4343-424C-AD7B-C5E4167FDC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135197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DA2238F" wp14:editId="603B0BF9">
            <wp:extent cx="6858000" cy="5276088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64--1H.png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A30DB" w14:textId="77777777" w:rsidR="00CD252B" w:rsidRDefault="00CD252B" w:rsidP="00CD252B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l</w:t>
      </w:r>
    </w:p>
    <w:p w14:paraId="2A01151B" w14:textId="77777777" w:rsidR="00CD252B" w:rsidRDefault="00CD252B" w:rsidP="00CD252B">
      <w:r w:rsidRPr="006379C8">
        <w:rPr>
          <w:noProof/>
        </w:rPr>
        <w:drawing>
          <wp:anchor distT="0" distB="0" distL="114300" distR="114300" simplePos="0" relativeHeight="251658373" behindDoc="0" locked="0" layoutInCell="1" allowOverlap="1" wp14:anchorId="5447464B" wp14:editId="31C7613A">
            <wp:simplePos x="0" y="0"/>
            <wp:positionH relativeFrom="column">
              <wp:posOffset>509954</wp:posOffset>
            </wp:positionH>
            <wp:positionV relativeFrom="paragraph">
              <wp:posOffset>542583</wp:posOffset>
            </wp:positionV>
            <wp:extent cx="1460500" cy="609600"/>
            <wp:effectExtent l="0" t="0" r="0" b="0"/>
            <wp:wrapNone/>
            <wp:docPr id="2103267330" name="Picture 14">
              <a:extLst xmlns:a="http://schemas.openxmlformats.org/drawingml/2006/main">
                <a:ext uri="{FF2B5EF4-FFF2-40B4-BE49-F238E27FC236}">
                  <a16:creationId xmlns:a16="http://schemas.microsoft.com/office/drawing/2014/main" id="{5FBE7B0E-4343-424C-AD7B-C5E4167FDC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135197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B57293C" wp14:editId="29D5A88F">
            <wp:extent cx="6858000" cy="5276088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64--13C.png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23EF9" w14:textId="77777777" w:rsidR="003C7AD6" w:rsidRDefault="003C7AD6" w:rsidP="003C7AD6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m</w:t>
      </w:r>
    </w:p>
    <w:p w14:paraId="4CD6AF2C" w14:textId="77777777" w:rsidR="003C7AD6" w:rsidRDefault="003C7AD6" w:rsidP="003C7AD6">
      <w:r w:rsidRPr="004A1804">
        <w:rPr>
          <w:rStyle w:val="Strong"/>
          <w:noProof/>
          <w:color w:val="000000"/>
        </w:rPr>
        <w:drawing>
          <wp:anchor distT="0" distB="0" distL="114300" distR="114300" simplePos="0" relativeHeight="251658374" behindDoc="0" locked="0" layoutInCell="1" allowOverlap="1" wp14:anchorId="3D455A0B" wp14:editId="48E9C98F">
            <wp:simplePos x="0" y="0"/>
            <wp:positionH relativeFrom="column">
              <wp:posOffset>615462</wp:posOffset>
            </wp:positionH>
            <wp:positionV relativeFrom="paragraph">
              <wp:posOffset>568472</wp:posOffset>
            </wp:positionV>
            <wp:extent cx="1447800" cy="609600"/>
            <wp:effectExtent l="0" t="0" r="0" b="0"/>
            <wp:wrapNone/>
            <wp:docPr id="1399410332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67B62965-72E0-4B20-A558-FBB78D2F94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24607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B3F0FC5" wp14:editId="0D4CBD5B">
            <wp:extent cx="6858000" cy="5276088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0--1H.png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B0738" w14:textId="77777777" w:rsidR="003C7AD6" w:rsidRDefault="003C7AD6" w:rsidP="003C7AD6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m</w:t>
      </w:r>
    </w:p>
    <w:p w14:paraId="3920E030" w14:textId="77777777" w:rsidR="003C7AD6" w:rsidRDefault="003C7AD6" w:rsidP="003C7AD6">
      <w:r w:rsidRPr="004A1804">
        <w:rPr>
          <w:rStyle w:val="Strong"/>
          <w:noProof/>
          <w:color w:val="000000"/>
        </w:rPr>
        <w:drawing>
          <wp:anchor distT="0" distB="0" distL="114300" distR="114300" simplePos="0" relativeHeight="251658375" behindDoc="0" locked="0" layoutInCell="1" allowOverlap="1" wp14:anchorId="5408F5CB" wp14:editId="4BE64479">
            <wp:simplePos x="0" y="0"/>
            <wp:positionH relativeFrom="column">
              <wp:posOffset>325315</wp:posOffset>
            </wp:positionH>
            <wp:positionV relativeFrom="paragraph">
              <wp:posOffset>516206</wp:posOffset>
            </wp:positionV>
            <wp:extent cx="1447800" cy="609600"/>
            <wp:effectExtent l="0" t="0" r="0" b="0"/>
            <wp:wrapNone/>
            <wp:docPr id="1212737385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67B62965-72E0-4B20-A558-FBB78D2F94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24607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A028EA7" wp14:editId="5F2786FD">
            <wp:extent cx="6858000" cy="5276088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0--13C.png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A8BF8" w14:textId="77777777" w:rsidR="00555BA7" w:rsidRPr="009E5BBD" w:rsidRDefault="00555BA7" w:rsidP="00555BA7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3n</w:t>
      </w:r>
    </w:p>
    <w:p w14:paraId="40C86D6E" w14:textId="77777777" w:rsidR="00555BA7" w:rsidRDefault="00555BA7" w:rsidP="00555BA7">
      <w:r w:rsidRPr="006379C8">
        <w:rPr>
          <w:noProof/>
        </w:rPr>
        <w:drawing>
          <wp:anchor distT="0" distB="0" distL="114300" distR="114300" simplePos="0" relativeHeight="251658376" behindDoc="0" locked="0" layoutInCell="1" allowOverlap="1" wp14:anchorId="2CD19813" wp14:editId="5BDDA169">
            <wp:simplePos x="0" y="0"/>
            <wp:positionH relativeFrom="column">
              <wp:posOffset>861157</wp:posOffset>
            </wp:positionH>
            <wp:positionV relativeFrom="paragraph">
              <wp:posOffset>735525</wp:posOffset>
            </wp:positionV>
            <wp:extent cx="1257300" cy="622300"/>
            <wp:effectExtent l="0" t="0" r="0" b="0"/>
            <wp:wrapNone/>
            <wp:docPr id="1908533831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F8C88E81-5040-48C0-BA5B-D0AC447D8D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395929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9F48DFE" wp14:editId="55F7FF25">
            <wp:extent cx="6858000" cy="5276088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1--1H.png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AE19C" w14:textId="77777777" w:rsidR="00555BA7" w:rsidRDefault="00555BA7" w:rsidP="00555BA7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n</w:t>
      </w:r>
    </w:p>
    <w:p w14:paraId="764E16E7" w14:textId="77777777" w:rsidR="00555BA7" w:rsidRDefault="00555BA7" w:rsidP="00555BA7">
      <w:r w:rsidRPr="006379C8">
        <w:rPr>
          <w:noProof/>
        </w:rPr>
        <w:drawing>
          <wp:anchor distT="0" distB="0" distL="114300" distR="114300" simplePos="0" relativeHeight="251658377" behindDoc="0" locked="0" layoutInCell="1" allowOverlap="1" wp14:anchorId="26041F49" wp14:editId="60860F9C">
            <wp:simplePos x="0" y="0"/>
            <wp:positionH relativeFrom="column">
              <wp:posOffset>738554</wp:posOffset>
            </wp:positionH>
            <wp:positionV relativeFrom="paragraph">
              <wp:posOffset>619760</wp:posOffset>
            </wp:positionV>
            <wp:extent cx="1257300" cy="622300"/>
            <wp:effectExtent l="0" t="0" r="0" b="0"/>
            <wp:wrapNone/>
            <wp:docPr id="1605524076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F8C88E81-5040-48C0-BA5B-D0AC447D8D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395929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D4531D6" wp14:editId="6295D341">
            <wp:extent cx="6858000" cy="5276088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81--13C.png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177DB" w14:textId="77777777" w:rsidR="00991097" w:rsidRPr="009E5BBD" w:rsidRDefault="00991097" w:rsidP="00991097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3o</w:t>
      </w:r>
    </w:p>
    <w:p w14:paraId="388FD996" w14:textId="77777777" w:rsidR="00991097" w:rsidRDefault="00991097" w:rsidP="00991097">
      <w:r w:rsidRPr="006379C8">
        <w:rPr>
          <w:noProof/>
        </w:rPr>
        <w:drawing>
          <wp:anchor distT="0" distB="0" distL="114300" distR="114300" simplePos="0" relativeHeight="251658378" behindDoc="0" locked="0" layoutInCell="1" allowOverlap="1" wp14:anchorId="5714D8EB" wp14:editId="1211C50B">
            <wp:simplePos x="0" y="0"/>
            <wp:positionH relativeFrom="column">
              <wp:posOffset>500575</wp:posOffset>
            </wp:positionH>
            <wp:positionV relativeFrom="paragraph">
              <wp:posOffset>577264</wp:posOffset>
            </wp:positionV>
            <wp:extent cx="1612900" cy="622300"/>
            <wp:effectExtent l="0" t="0" r="0" b="0"/>
            <wp:wrapNone/>
            <wp:docPr id="890039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3BA5C9B1-0818-486B-B8A0-1935B7F8D2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628432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C8444A6" wp14:editId="494A5711">
            <wp:extent cx="6858000" cy="5276088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68--1H.png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B1ED8" w14:textId="77777777" w:rsidR="00991097" w:rsidRDefault="00991097" w:rsidP="00991097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o</w:t>
      </w:r>
    </w:p>
    <w:p w14:paraId="36FB05A8" w14:textId="77777777" w:rsidR="00991097" w:rsidRDefault="00991097" w:rsidP="00991097">
      <w:r w:rsidRPr="006379C8">
        <w:rPr>
          <w:noProof/>
        </w:rPr>
        <w:drawing>
          <wp:anchor distT="0" distB="0" distL="114300" distR="114300" simplePos="0" relativeHeight="251658379" behindDoc="0" locked="0" layoutInCell="1" allowOverlap="1" wp14:anchorId="43FAFAF2" wp14:editId="4EC0E3A7">
            <wp:simplePos x="0" y="0"/>
            <wp:positionH relativeFrom="column">
              <wp:posOffset>378070</wp:posOffset>
            </wp:positionH>
            <wp:positionV relativeFrom="paragraph">
              <wp:posOffset>619760</wp:posOffset>
            </wp:positionV>
            <wp:extent cx="1612900" cy="622300"/>
            <wp:effectExtent l="0" t="0" r="0" b="0"/>
            <wp:wrapNone/>
            <wp:docPr id="1207364607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3BA5C9B1-0818-486B-B8A0-1935B7F8D2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628432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75CCBDE" wp14:editId="3E060041">
            <wp:extent cx="6858000" cy="5276088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68--13C.png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F3143" w14:textId="77777777" w:rsidR="00E414CE" w:rsidRDefault="00E414CE" w:rsidP="00E414CE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p</w:t>
      </w:r>
    </w:p>
    <w:p w14:paraId="70119A2C" w14:textId="77777777" w:rsidR="00E414CE" w:rsidRDefault="00E414CE" w:rsidP="00E414CE">
      <w:r w:rsidRPr="00F000DB">
        <w:rPr>
          <w:noProof/>
        </w:rPr>
        <w:drawing>
          <wp:anchor distT="0" distB="0" distL="114300" distR="114300" simplePos="0" relativeHeight="251658380" behindDoc="0" locked="0" layoutInCell="1" allowOverlap="1" wp14:anchorId="155A5333" wp14:editId="58EA6165">
            <wp:simplePos x="0" y="0"/>
            <wp:positionH relativeFrom="column">
              <wp:posOffset>676519</wp:posOffset>
            </wp:positionH>
            <wp:positionV relativeFrom="paragraph">
              <wp:posOffset>550887</wp:posOffset>
            </wp:positionV>
            <wp:extent cx="901700" cy="863600"/>
            <wp:effectExtent l="0" t="0" r="0" b="0"/>
            <wp:wrapNone/>
            <wp:docPr id="584015764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94739587-1AC6-4343-A065-BF860F2D33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573633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60F4268" wp14:editId="22736DE5">
            <wp:extent cx="6858000" cy="5276088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69--1H.png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48B15" w14:textId="77777777" w:rsidR="00E414CE" w:rsidRDefault="00E414CE" w:rsidP="00E414CE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p</w:t>
      </w:r>
    </w:p>
    <w:p w14:paraId="3C68A3A2" w14:textId="77777777" w:rsidR="00E414CE" w:rsidRDefault="00E414CE" w:rsidP="00E414CE">
      <w:r w:rsidRPr="00F000DB">
        <w:rPr>
          <w:noProof/>
        </w:rPr>
        <w:drawing>
          <wp:anchor distT="0" distB="0" distL="114300" distR="114300" simplePos="0" relativeHeight="251658381" behindDoc="0" locked="0" layoutInCell="1" allowOverlap="1" wp14:anchorId="414BA310" wp14:editId="32A756D4">
            <wp:simplePos x="0" y="0"/>
            <wp:positionH relativeFrom="column">
              <wp:posOffset>562708</wp:posOffset>
            </wp:positionH>
            <wp:positionV relativeFrom="paragraph">
              <wp:posOffset>454660</wp:posOffset>
            </wp:positionV>
            <wp:extent cx="901700" cy="863600"/>
            <wp:effectExtent l="0" t="0" r="0" b="0"/>
            <wp:wrapNone/>
            <wp:docPr id="191223667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94739587-1AC6-4343-A065-BF860F2D33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573633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AFD5F43" wp14:editId="153C768B">
            <wp:extent cx="6858000" cy="5276088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69--13C.png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20CA4" w14:textId="77777777" w:rsidR="00927B82" w:rsidRDefault="00927B82" w:rsidP="00927B8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q</w:t>
      </w:r>
    </w:p>
    <w:p w14:paraId="7D0BD806" w14:textId="77777777" w:rsidR="00927B82" w:rsidRDefault="00927B82" w:rsidP="00927B82">
      <w:r w:rsidRPr="00082584">
        <w:rPr>
          <w:noProof/>
        </w:rPr>
        <w:drawing>
          <wp:anchor distT="0" distB="0" distL="114300" distR="114300" simplePos="0" relativeHeight="251658382" behindDoc="0" locked="0" layoutInCell="1" allowOverlap="1" wp14:anchorId="041B4807" wp14:editId="58BAD583">
            <wp:simplePos x="0" y="0"/>
            <wp:positionH relativeFrom="column">
              <wp:posOffset>614973</wp:posOffset>
            </wp:positionH>
            <wp:positionV relativeFrom="paragraph">
              <wp:posOffset>709148</wp:posOffset>
            </wp:positionV>
            <wp:extent cx="889000" cy="939800"/>
            <wp:effectExtent l="0" t="0" r="0" b="0"/>
            <wp:wrapNone/>
            <wp:docPr id="1676738391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017825F2-0081-4001-B272-F673E25D4E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8797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CE6B319" wp14:editId="09718374">
            <wp:extent cx="6858000" cy="5276088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7--1H.png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B6653" w14:textId="77777777" w:rsidR="00927B82" w:rsidRDefault="00927B82" w:rsidP="00927B8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q</w:t>
      </w:r>
    </w:p>
    <w:p w14:paraId="154159A5" w14:textId="77777777" w:rsidR="00927B82" w:rsidRDefault="00927B82" w:rsidP="00927B82">
      <w:r w:rsidRPr="00082584">
        <w:rPr>
          <w:noProof/>
        </w:rPr>
        <w:drawing>
          <wp:anchor distT="0" distB="0" distL="114300" distR="114300" simplePos="0" relativeHeight="251658383" behindDoc="0" locked="0" layoutInCell="1" allowOverlap="1" wp14:anchorId="62CCA38C" wp14:editId="129DDBE8">
            <wp:simplePos x="0" y="0"/>
            <wp:positionH relativeFrom="column">
              <wp:posOffset>782515</wp:posOffset>
            </wp:positionH>
            <wp:positionV relativeFrom="paragraph">
              <wp:posOffset>674468</wp:posOffset>
            </wp:positionV>
            <wp:extent cx="889000" cy="939800"/>
            <wp:effectExtent l="0" t="0" r="0" b="0"/>
            <wp:wrapNone/>
            <wp:docPr id="457186644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017825F2-0081-4001-B272-F673E25D4E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8797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492AE29" wp14:editId="4A302227">
            <wp:extent cx="6858000" cy="5276088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7--13C.png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8BA1B" w14:textId="77777777" w:rsidR="00927B82" w:rsidRDefault="00927B82" w:rsidP="00927B8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q</w:t>
      </w:r>
    </w:p>
    <w:p w14:paraId="5AA842E6" w14:textId="77777777" w:rsidR="00927B82" w:rsidRDefault="00927B82" w:rsidP="00927B82">
      <w:r w:rsidRPr="00082584">
        <w:rPr>
          <w:noProof/>
        </w:rPr>
        <w:drawing>
          <wp:anchor distT="0" distB="0" distL="114300" distR="114300" simplePos="0" relativeHeight="251658384" behindDoc="0" locked="0" layoutInCell="1" allowOverlap="1" wp14:anchorId="339B020B" wp14:editId="4D0A1A8A">
            <wp:simplePos x="0" y="0"/>
            <wp:positionH relativeFrom="column">
              <wp:posOffset>738554</wp:posOffset>
            </wp:positionH>
            <wp:positionV relativeFrom="paragraph">
              <wp:posOffset>542583</wp:posOffset>
            </wp:positionV>
            <wp:extent cx="889000" cy="939800"/>
            <wp:effectExtent l="0" t="0" r="0" b="0"/>
            <wp:wrapNone/>
            <wp:docPr id="2045449015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017825F2-0081-4001-B272-F673E25D4E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8797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75770FD" wp14:editId="40965CAC">
            <wp:extent cx="6858000" cy="5276088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7--19F.png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E775" w14:textId="77777777" w:rsidR="00B126BF" w:rsidRPr="009E5BBD" w:rsidRDefault="00B126BF" w:rsidP="00B126BF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rStyle w:val="Strong"/>
          <w:color w:val="000000"/>
          <w:lang w:val="pt-BR"/>
        </w:rPr>
        <w:t>Compound</w:t>
      </w:r>
      <w:proofErr w:type="spellEnd"/>
      <w:r w:rsidRPr="009E5BBD">
        <w:rPr>
          <w:rStyle w:val="Strong"/>
          <w:color w:val="000000"/>
          <w:lang w:val="pt-BR"/>
        </w:rPr>
        <w:t xml:space="preserve"> 3r</w:t>
      </w:r>
    </w:p>
    <w:p w14:paraId="69B25402" w14:textId="77777777" w:rsidR="00B126BF" w:rsidRDefault="00B126BF" w:rsidP="00B126BF">
      <w:r w:rsidRPr="00D54903">
        <w:rPr>
          <w:noProof/>
        </w:rPr>
        <w:drawing>
          <wp:anchor distT="0" distB="0" distL="114300" distR="114300" simplePos="0" relativeHeight="251658385" behindDoc="0" locked="0" layoutInCell="1" allowOverlap="1" wp14:anchorId="3825605E" wp14:editId="17A8F002">
            <wp:simplePos x="0" y="0"/>
            <wp:positionH relativeFrom="column">
              <wp:posOffset>861597</wp:posOffset>
            </wp:positionH>
            <wp:positionV relativeFrom="paragraph">
              <wp:posOffset>682772</wp:posOffset>
            </wp:positionV>
            <wp:extent cx="901700" cy="901700"/>
            <wp:effectExtent l="0" t="0" r="0" b="0"/>
            <wp:wrapNone/>
            <wp:docPr id="1039660794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A6BFB1E9-2052-4433-B35F-D74AED5227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789122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D977226" wp14:editId="7602E395">
            <wp:extent cx="6858000" cy="5276088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23--1H.png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DCF21" w14:textId="77777777" w:rsidR="00B126BF" w:rsidRDefault="00B126BF" w:rsidP="00B126B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r</w:t>
      </w:r>
    </w:p>
    <w:p w14:paraId="39100F3D" w14:textId="77777777" w:rsidR="00B126BF" w:rsidRDefault="00B126BF" w:rsidP="00B126BF">
      <w:r w:rsidRPr="00D54903">
        <w:rPr>
          <w:noProof/>
        </w:rPr>
        <w:drawing>
          <wp:anchor distT="0" distB="0" distL="114300" distR="114300" simplePos="0" relativeHeight="251658386" behindDoc="0" locked="0" layoutInCell="1" allowOverlap="1" wp14:anchorId="67E1CBC7" wp14:editId="470C4854">
            <wp:simplePos x="0" y="0"/>
            <wp:positionH relativeFrom="column">
              <wp:posOffset>703385</wp:posOffset>
            </wp:positionH>
            <wp:positionV relativeFrom="paragraph">
              <wp:posOffset>560168</wp:posOffset>
            </wp:positionV>
            <wp:extent cx="901700" cy="901700"/>
            <wp:effectExtent l="0" t="0" r="0" b="0"/>
            <wp:wrapNone/>
            <wp:docPr id="1510282998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A6BFB1E9-2052-4433-B35F-D74AED5227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789122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C4F4ED5" wp14:editId="598FE75E">
            <wp:extent cx="6858000" cy="5276088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23--13C.png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63C8A" w14:textId="77777777" w:rsidR="00FA177D" w:rsidRDefault="00FA177D" w:rsidP="00FA177D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s</w:t>
      </w:r>
    </w:p>
    <w:p w14:paraId="333D7158" w14:textId="77777777" w:rsidR="00FA177D" w:rsidRDefault="00FA177D" w:rsidP="00FA177D">
      <w:r w:rsidRPr="00036D1B">
        <w:rPr>
          <w:noProof/>
        </w:rPr>
        <w:drawing>
          <wp:anchor distT="0" distB="0" distL="114300" distR="114300" simplePos="0" relativeHeight="251658387" behindDoc="0" locked="0" layoutInCell="1" allowOverlap="1" wp14:anchorId="7FA201D8" wp14:editId="3D3FA2EC">
            <wp:simplePos x="0" y="0"/>
            <wp:positionH relativeFrom="column">
              <wp:posOffset>967007</wp:posOffset>
            </wp:positionH>
            <wp:positionV relativeFrom="paragraph">
              <wp:posOffset>594848</wp:posOffset>
            </wp:positionV>
            <wp:extent cx="901700" cy="914400"/>
            <wp:effectExtent l="0" t="0" r="0" b="0"/>
            <wp:wrapNone/>
            <wp:docPr id="155320640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BC597D95-3B5D-4598-8E8F-32395C39E9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445520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862B1C3" wp14:editId="0D4A6CA5">
            <wp:extent cx="6858000" cy="5276088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6--1H.png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2166F" w14:textId="77777777" w:rsidR="00FA177D" w:rsidRDefault="00FA177D" w:rsidP="00FA177D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s</w:t>
      </w:r>
    </w:p>
    <w:p w14:paraId="37937585" w14:textId="77777777" w:rsidR="00FA177D" w:rsidRDefault="00FA177D" w:rsidP="00FA177D">
      <w:r w:rsidRPr="00036D1B">
        <w:rPr>
          <w:noProof/>
        </w:rPr>
        <w:drawing>
          <wp:anchor distT="0" distB="0" distL="114300" distR="114300" simplePos="0" relativeHeight="251658388" behindDoc="0" locked="0" layoutInCell="1" allowOverlap="1" wp14:anchorId="7B36B182" wp14:editId="4D59FA7F">
            <wp:simplePos x="0" y="0"/>
            <wp:positionH relativeFrom="column">
              <wp:posOffset>624254</wp:posOffset>
            </wp:positionH>
            <wp:positionV relativeFrom="paragraph">
              <wp:posOffset>692052</wp:posOffset>
            </wp:positionV>
            <wp:extent cx="901700" cy="914400"/>
            <wp:effectExtent l="0" t="0" r="0" b="0"/>
            <wp:wrapNone/>
            <wp:docPr id="1565258492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BC597D95-3B5D-4598-8E8F-32395C39E9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445520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25D3D13" wp14:editId="7DFCF8A9">
            <wp:extent cx="6858000" cy="5276088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6--13C.png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036F3" w14:textId="77777777" w:rsidR="00FA177D" w:rsidRDefault="00FA177D" w:rsidP="00FA177D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s</w:t>
      </w:r>
    </w:p>
    <w:p w14:paraId="1C18D4A2" w14:textId="77777777" w:rsidR="00FA177D" w:rsidRDefault="00FA177D" w:rsidP="00FA177D">
      <w:r w:rsidRPr="00036D1B">
        <w:rPr>
          <w:noProof/>
        </w:rPr>
        <w:drawing>
          <wp:anchor distT="0" distB="0" distL="114300" distR="114300" simplePos="0" relativeHeight="251658389" behindDoc="0" locked="0" layoutInCell="1" allowOverlap="1" wp14:anchorId="6CDC67D9" wp14:editId="0FEBADE9">
            <wp:simplePos x="0" y="0"/>
            <wp:positionH relativeFrom="column">
              <wp:posOffset>641838</wp:posOffset>
            </wp:positionH>
            <wp:positionV relativeFrom="paragraph">
              <wp:posOffset>366737</wp:posOffset>
            </wp:positionV>
            <wp:extent cx="901700" cy="914400"/>
            <wp:effectExtent l="0" t="0" r="0" b="0"/>
            <wp:wrapNone/>
            <wp:docPr id="1921955742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BC597D95-3B5D-4598-8E8F-32395C39E9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445520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4BE2E6A" wp14:editId="4F077D36">
            <wp:extent cx="6858000" cy="5276088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46--19F.png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D26D1" w14:textId="77777777" w:rsidR="00A939D9" w:rsidRDefault="00A939D9" w:rsidP="00A939D9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t</w:t>
      </w:r>
    </w:p>
    <w:p w14:paraId="6686DA25" w14:textId="77777777" w:rsidR="00A939D9" w:rsidRDefault="00A939D9" w:rsidP="00A939D9">
      <w:r w:rsidRPr="00600B52">
        <w:rPr>
          <w:noProof/>
        </w:rPr>
        <w:drawing>
          <wp:anchor distT="0" distB="0" distL="114300" distR="114300" simplePos="0" relativeHeight="251658390" behindDoc="0" locked="0" layoutInCell="1" allowOverlap="1" wp14:anchorId="66B106DC" wp14:editId="5F7B79F7">
            <wp:simplePos x="0" y="0"/>
            <wp:positionH relativeFrom="column">
              <wp:posOffset>711933</wp:posOffset>
            </wp:positionH>
            <wp:positionV relativeFrom="paragraph">
              <wp:posOffset>621226</wp:posOffset>
            </wp:positionV>
            <wp:extent cx="901700" cy="723900"/>
            <wp:effectExtent l="0" t="0" r="0" b="0"/>
            <wp:wrapNone/>
            <wp:docPr id="439614493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E902ECE6-C236-44FD-9B0F-0005E9A08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58698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662D4F1" wp14:editId="688FEB34">
            <wp:extent cx="6858000" cy="5276088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1--1H.png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B9C73" w14:textId="77777777" w:rsidR="00A939D9" w:rsidRDefault="00A939D9" w:rsidP="00A939D9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t</w:t>
      </w:r>
    </w:p>
    <w:p w14:paraId="615DCDE7" w14:textId="77777777" w:rsidR="00A939D9" w:rsidRDefault="00A939D9" w:rsidP="00A939D9">
      <w:r w:rsidRPr="00600B52">
        <w:rPr>
          <w:noProof/>
        </w:rPr>
        <w:drawing>
          <wp:anchor distT="0" distB="0" distL="114300" distR="114300" simplePos="0" relativeHeight="251658391" behindDoc="0" locked="0" layoutInCell="1" allowOverlap="1" wp14:anchorId="743F18EE" wp14:editId="1F02ED06">
            <wp:simplePos x="0" y="0"/>
            <wp:positionH relativeFrom="column">
              <wp:posOffset>650631</wp:posOffset>
            </wp:positionH>
            <wp:positionV relativeFrom="paragraph">
              <wp:posOffset>621714</wp:posOffset>
            </wp:positionV>
            <wp:extent cx="901700" cy="723900"/>
            <wp:effectExtent l="0" t="0" r="0" b="0"/>
            <wp:wrapNone/>
            <wp:docPr id="1491592395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E902ECE6-C236-44FD-9B0F-0005E9A08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58698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86B98D4" wp14:editId="52D2EF81">
            <wp:extent cx="6858000" cy="5276088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1--13C.png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22A15" w14:textId="77777777" w:rsidR="00FE1B5D" w:rsidRDefault="00FE1B5D" w:rsidP="00FE1B5D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u</w:t>
      </w:r>
    </w:p>
    <w:p w14:paraId="5F354404" w14:textId="77777777" w:rsidR="00FE1B5D" w:rsidRDefault="00FE1B5D" w:rsidP="00FE1B5D">
      <w:r w:rsidRPr="0055660D">
        <w:rPr>
          <w:noProof/>
        </w:rPr>
        <w:drawing>
          <wp:anchor distT="0" distB="0" distL="114300" distR="114300" simplePos="0" relativeHeight="251658392" behindDoc="0" locked="0" layoutInCell="1" allowOverlap="1" wp14:anchorId="5367E9D6" wp14:editId="4E4BAF0F">
            <wp:simplePos x="0" y="0"/>
            <wp:positionH relativeFrom="column">
              <wp:posOffset>702896</wp:posOffset>
            </wp:positionH>
            <wp:positionV relativeFrom="paragraph">
              <wp:posOffset>436587</wp:posOffset>
            </wp:positionV>
            <wp:extent cx="901700" cy="723900"/>
            <wp:effectExtent l="0" t="0" r="0" b="0"/>
            <wp:wrapNone/>
            <wp:docPr id="1410713630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17D28363-A48C-4979-B581-1F1BA09B78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41548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2E293EB" wp14:editId="39517237">
            <wp:extent cx="6858000" cy="5276088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6--1H.png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F25DF" w14:textId="77777777" w:rsidR="00FE1B5D" w:rsidRDefault="00FE1B5D" w:rsidP="00FE1B5D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u</w:t>
      </w:r>
    </w:p>
    <w:p w14:paraId="3DDC9C60" w14:textId="77777777" w:rsidR="00FE1B5D" w:rsidRDefault="00FE1B5D" w:rsidP="00FE1B5D">
      <w:r w:rsidRPr="0055660D">
        <w:rPr>
          <w:noProof/>
        </w:rPr>
        <w:drawing>
          <wp:anchor distT="0" distB="0" distL="114300" distR="114300" simplePos="0" relativeHeight="251658393" behindDoc="0" locked="0" layoutInCell="1" allowOverlap="1" wp14:anchorId="04978BA4" wp14:editId="4887AEE9">
            <wp:simplePos x="0" y="0"/>
            <wp:positionH relativeFrom="column">
              <wp:posOffset>571500</wp:posOffset>
            </wp:positionH>
            <wp:positionV relativeFrom="paragraph">
              <wp:posOffset>516206</wp:posOffset>
            </wp:positionV>
            <wp:extent cx="901700" cy="723900"/>
            <wp:effectExtent l="0" t="0" r="0" b="0"/>
            <wp:wrapNone/>
            <wp:docPr id="1794254616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17D28363-A48C-4979-B581-1F1BA09B78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41548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F57B46F" wp14:editId="52B1DF43">
            <wp:extent cx="6858000" cy="5276088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06--13C.png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237CE" w14:textId="77777777" w:rsidR="00E544DE" w:rsidRDefault="00E544DE" w:rsidP="00E544DE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v</w:t>
      </w:r>
    </w:p>
    <w:p w14:paraId="32E39495" w14:textId="77777777" w:rsidR="00E544DE" w:rsidRDefault="00E544DE" w:rsidP="00E544DE">
      <w:r w:rsidRPr="008D4CBA">
        <w:rPr>
          <w:noProof/>
        </w:rPr>
        <w:drawing>
          <wp:anchor distT="0" distB="0" distL="114300" distR="114300" simplePos="0" relativeHeight="251658394" behindDoc="0" locked="0" layoutInCell="1" allowOverlap="1" wp14:anchorId="13DFE1D6" wp14:editId="184E0008">
            <wp:simplePos x="0" y="0"/>
            <wp:positionH relativeFrom="column">
              <wp:posOffset>948983</wp:posOffset>
            </wp:positionH>
            <wp:positionV relativeFrom="paragraph">
              <wp:posOffset>1096010</wp:posOffset>
            </wp:positionV>
            <wp:extent cx="901700" cy="596900"/>
            <wp:effectExtent l="0" t="0" r="0" b="0"/>
            <wp:wrapNone/>
            <wp:docPr id="785542394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49B27DDB-03B8-41B6-992B-12BF549776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395798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0EBE1FD" wp14:editId="5449A40A">
            <wp:extent cx="6858000" cy="5276088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55--1H.png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DB30" w14:textId="77777777" w:rsidR="00E544DE" w:rsidRDefault="00E544DE" w:rsidP="00E544DE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v</w:t>
      </w:r>
    </w:p>
    <w:p w14:paraId="1130B015" w14:textId="77777777" w:rsidR="00E544DE" w:rsidRDefault="00E544DE" w:rsidP="00E544DE">
      <w:r w:rsidRPr="008D4CBA">
        <w:rPr>
          <w:noProof/>
        </w:rPr>
        <w:drawing>
          <wp:anchor distT="0" distB="0" distL="114300" distR="114300" simplePos="0" relativeHeight="251658395" behindDoc="0" locked="0" layoutInCell="1" allowOverlap="1" wp14:anchorId="2826FA83" wp14:editId="0363EF27">
            <wp:simplePos x="0" y="0"/>
            <wp:positionH relativeFrom="column">
              <wp:posOffset>844061</wp:posOffset>
            </wp:positionH>
            <wp:positionV relativeFrom="paragraph">
              <wp:posOffset>841522</wp:posOffset>
            </wp:positionV>
            <wp:extent cx="901700" cy="596900"/>
            <wp:effectExtent l="0" t="0" r="0" b="0"/>
            <wp:wrapNone/>
            <wp:docPr id="1283799070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49B27DDB-03B8-41B6-992B-12BF549776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395798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7DA4EDB" wp14:editId="2D0FEA52">
            <wp:extent cx="6858000" cy="5276088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55--13C.png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4A689" w14:textId="5823A078" w:rsidR="00746C1F" w:rsidRPr="00211BAF" w:rsidRDefault="00211BAF" w:rsidP="00746C1F">
      <w:r>
        <w:lastRenderedPageBreak/>
        <w:t>Crude</w:t>
      </w:r>
      <w:r>
        <w:rPr>
          <w:vertAlign w:val="superscript"/>
        </w:rPr>
        <w:t xml:space="preserve"> </w:t>
      </w:r>
      <w:r w:rsidR="00746C1F">
        <w:rPr>
          <w:vertAlign w:val="superscript"/>
        </w:rPr>
        <w:t>1</w:t>
      </w:r>
      <w:r w:rsidR="00746C1F">
        <w:t>H NMR (500 MHz, CDCl</w:t>
      </w:r>
      <w:r w:rsidR="00746C1F">
        <w:rPr>
          <w:vertAlign w:val="subscript"/>
        </w:rPr>
        <w:t>3</w:t>
      </w:r>
      <w:r w:rsidR="00746C1F">
        <w:t xml:space="preserve">) for </w:t>
      </w:r>
      <w:r w:rsidR="00746C1F" w:rsidRPr="00815AA4">
        <w:rPr>
          <w:rStyle w:val="Strong"/>
          <w:color w:val="000000"/>
        </w:rPr>
        <w:t>Compound 3</w:t>
      </w:r>
      <w:r w:rsidR="00746C1F">
        <w:rPr>
          <w:rStyle w:val="Strong"/>
          <w:color w:val="000000"/>
        </w:rPr>
        <w:t>w</w:t>
      </w:r>
      <w:r w:rsidR="00621EA7">
        <w:rPr>
          <w:rStyle w:val="Strong"/>
          <w:color w:val="000000"/>
        </w:rPr>
        <w:t xml:space="preserve"> </w:t>
      </w:r>
      <w:r w:rsidR="00621EA7" w:rsidRPr="00621EA7">
        <w:rPr>
          <w:rStyle w:val="Strong"/>
          <w:b w:val="0"/>
          <w:bCs w:val="0"/>
          <w:color w:val="000000"/>
        </w:rPr>
        <w:t>(volatile)</w:t>
      </w:r>
      <w:r>
        <w:rPr>
          <w:rStyle w:val="Strong"/>
          <w:b w:val="0"/>
          <w:bCs w:val="0"/>
          <w:color w:val="000000"/>
        </w:rPr>
        <w:t xml:space="preserve"> with 1.0 equiv. CH</w:t>
      </w:r>
      <w:r>
        <w:rPr>
          <w:rStyle w:val="Strong"/>
          <w:b w:val="0"/>
          <w:bCs w:val="0"/>
          <w:color w:val="000000"/>
          <w:vertAlign w:val="subscript"/>
        </w:rPr>
        <w:t>2</w:t>
      </w:r>
      <w:r>
        <w:rPr>
          <w:rStyle w:val="Strong"/>
          <w:b w:val="0"/>
          <w:bCs w:val="0"/>
          <w:color w:val="000000"/>
        </w:rPr>
        <w:t>Br</w:t>
      </w:r>
      <w:r>
        <w:rPr>
          <w:rStyle w:val="Strong"/>
          <w:b w:val="0"/>
          <w:bCs w:val="0"/>
          <w:color w:val="000000"/>
          <w:vertAlign w:val="subscript"/>
        </w:rPr>
        <w:t xml:space="preserve">2 </w:t>
      </w:r>
      <w:r>
        <w:rPr>
          <w:rStyle w:val="Strong"/>
          <w:b w:val="0"/>
          <w:bCs w:val="0"/>
          <w:color w:val="000000"/>
        </w:rPr>
        <w:t>as the internal standard</w:t>
      </w:r>
    </w:p>
    <w:p w14:paraId="20A62ABC" w14:textId="1CBF32CB" w:rsidR="00E544DE" w:rsidRDefault="008A60C8" w:rsidP="00216BF4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97" behindDoc="0" locked="0" layoutInCell="1" allowOverlap="1" wp14:anchorId="2CC53B3D" wp14:editId="73A72F06">
                <wp:simplePos x="0" y="0"/>
                <wp:positionH relativeFrom="column">
                  <wp:posOffset>3858320</wp:posOffset>
                </wp:positionH>
                <wp:positionV relativeFrom="paragraph">
                  <wp:posOffset>2344367</wp:posOffset>
                </wp:positionV>
                <wp:extent cx="1697066" cy="1967599"/>
                <wp:effectExtent l="12700" t="12700" r="43180" b="26670"/>
                <wp:wrapNone/>
                <wp:docPr id="151424318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7066" cy="196759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4D5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03.8pt;margin-top:184.6pt;width:133.65pt;height:154.95pt;z-index:2516583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" strokecolor="black [3213]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401" behindDoc="0" locked="0" layoutInCell="1" allowOverlap="1" wp14:anchorId="1204E7D2" wp14:editId="237343A7">
                <wp:simplePos x="0" y="0"/>
                <wp:positionH relativeFrom="column">
                  <wp:posOffset>1086075</wp:posOffset>
                </wp:positionH>
                <wp:positionV relativeFrom="paragraph">
                  <wp:posOffset>2819926</wp:posOffset>
                </wp:positionV>
                <wp:extent cx="521301" cy="582471"/>
                <wp:effectExtent l="25400" t="12700" r="12700" b="27305"/>
                <wp:wrapNone/>
                <wp:docPr id="190956447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1301" cy="58247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94A06" id="Straight Arrow Connector 3" o:spid="_x0000_s1026" type="#_x0000_t32" style="position:absolute;margin-left:85.5pt;margin-top:222.05pt;width:41.05pt;height:45.85pt;flip:x;z-index:2516584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" strokecolor="black [3213]" strokeweight="1.5pt">
                <v:stroke endarrow="block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400" behindDoc="0" locked="0" layoutInCell="1" allowOverlap="1" wp14:anchorId="3F9C1A94" wp14:editId="6D63A9BA">
                <wp:simplePos x="0" y="0"/>
                <wp:positionH relativeFrom="column">
                  <wp:posOffset>1253662</wp:posOffset>
                </wp:positionH>
                <wp:positionV relativeFrom="paragraph">
                  <wp:posOffset>2536743</wp:posOffset>
                </wp:positionV>
                <wp:extent cx="908989" cy="340871"/>
                <wp:effectExtent l="0" t="0" r="5715" b="2540"/>
                <wp:wrapNone/>
                <wp:docPr id="32286979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989" cy="3408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EEFBC2" w14:textId="40E8203F" w:rsidR="008A60C8" w:rsidRPr="008A60C8" w:rsidRDefault="008A60C8">
                            <w:pPr>
                              <w:rPr>
                                <w:rFonts w:ascii="Avenir Next Medium" w:hAnsi="Avenir Next Medium"/>
                              </w:rPr>
                            </w:pPr>
                            <w:r w:rsidRPr="008A60C8">
                              <w:rPr>
                                <w:rFonts w:ascii="Avenir Next Medium" w:hAnsi="Avenir Next Medium"/>
                              </w:rPr>
                              <w:t>CH</w:t>
                            </w:r>
                            <w:r w:rsidRPr="008A60C8">
                              <w:rPr>
                                <w:rFonts w:ascii="Avenir Next Medium" w:hAnsi="Avenir Next Medium"/>
                                <w:vertAlign w:val="subscript"/>
                              </w:rPr>
                              <w:t>2</w:t>
                            </w:r>
                            <w:r w:rsidRPr="008A60C8">
                              <w:rPr>
                                <w:rFonts w:ascii="Avenir Next Medium" w:hAnsi="Avenir Next Medium"/>
                              </w:rPr>
                              <w:t>Br</w:t>
                            </w:r>
                            <w:r w:rsidRPr="008A60C8">
                              <w:rPr>
                                <w:rFonts w:ascii="Avenir Next Medium" w:hAnsi="Avenir Next Medium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9C1A9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8.7pt;margin-top:199.75pt;width:71.55pt;height:26.85pt;z-index:25165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" fillcolor="white [3201]" stroked="f" strokeweight=".5pt">
                <v:textbox>
                  <w:txbxContent>
                    <w:p w14:paraId="49EEFBC2" w14:textId="40E8203F" w:rsidR="008A60C8" w:rsidRPr="008A60C8" w:rsidRDefault="008A60C8">
                      <w:pPr>
                        <w:rPr>
                          <w:rFonts w:ascii="Avenir Next Medium" w:hAnsi="Avenir Next Medium"/>
                        </w:rPr>
                      </w:pPr>
                      <w:r w:rsidRPr="008A60C8">
                        <w:rPr>
                          <w:rFonts w:ascii="Avenir Next Medium" w:hAnsi="Avenir Next Medium"/>
                        </w:rPr>
                        <w:t>CH</w:t>
                      </w:r>
                      <w:r w:rsidRPr="008A60C8">
                        <w:rPr>
                          <w:rFonts w:ascii="Avenir Next Medium" w:hAnsi="Avenir Next Medium"/>
                          <w:vertAlign w:val="subscript"/>
                        </w:rPr>
                        <w:t>2</w:t>
                      </w:r>
                      <w:r w:rsidRPr="008A60C8">
                        <w:rPr>
                          <w:rFonts w:ascii="Avenir Next Medium" w:hAnsi="Avenir Next Medium"/>
                        </w:rPr>
                        <w:t>Br</w:t>
                      </w:r>
                      <w:r w:rsidRPr="008A60C8">
                        <w:rPr>
                          <w:rFonts w:ascii="Avenir Next Medium" w:hAnsi="Avenir Next Medium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16BF4" w:rsidRPr="00216BF4">
        <w:rPr>
          <w:rStyle w:val="Strong"/>
          <w:b w:val="0"/>
          <w:bCs w:val="0"/>
          <w:noProof/>
          <w:color w:val="000000"/>
        </w:rPr>
        <w:drawing>
          <wp:anchor distT="0" distB="0" distL="114300" distR="114300" simplePos="0" relativeHeight="251658399" behindDoc="0" locked="0" layoutInCell="1" allowOverlap="1" wp14:anchorId="36AD25E9" wp14:editId="4B5740F4">
            <wp:simplePos x="0" y="0"/>
            <wp:positionH relativeFrom="column">
              <wp:posOffset>3503998</wp:posOffset>
            </wp:positionH>
            <wp:positionV relativeFrom="paragraph">
              <wp:posOffset>2271955</wp:posOffset>
            </wp:positionV>
            <wp:extent cx="215900" cy="203200"/>
            <wp:effectExtent l="0" t="0" r="0" b="0"/>
            <wp:wrapNone/>
            <wp:docPr id="1294907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907573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7321" w:rsidRPr="00C17321">
        <w:rPr>
          <w:rStyle w:val="Strong"/>
          <w:b w:val="0"/>
          <w:bCs w:val="0"/>
          <w:noProof/>
          <w:color w:val="000000"/>
        </w:rPr>
        <w:drawing>
          <wp:anchor distT="0" distB="0" distL="114300" distR="114300" simplePos="0" relativeHeight="251658398" behindDoc="0" locked="0" layoutInCell="1" allowOverlap="1" wp14:anchorId="59A09400" wp14:editId="6FC3F33C">
            <wp:simplePos x="0" y="0"/>
            <wp:positionH relativeFrom="column">
              <wp:posOffset>1253617</wp:posOffset>
            </wp:positionH>
            <wp:positionV relativeFrom="paragraph">
              <wp:posOffset>809802</wp:posOffset>
            </wp:positionV>
            <wp:extent cx="1041400" cy="419100"/>
            <wp:effectExtent l="0" t="0" r="0" b="0"/>
            <wp:wrapNone/>
            <wp:docPr id="844547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547447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BAF">
        <w:rPr>
          <w:noProof/>
        </w:rPr>
        <w:drawing>
          <wp:anchor distT="0" distB="0" distL="114300" distR="114300" simplePos="0" relativeHeight="251658396" behindDoc="0" locked="0" layoutInCell="1" allowOverlap="1" wp14:anchorId="110D5B3C" wp14:editId="2BDA6025">
            <wp:simplePos x="0" y="0"/>
            <wp:positionH relativeFrom="column">
              <wp:posOffset>2294255</wp:posOffset>
            </wp:positionH>
            <wp:positionV relativeFrom="paragraph">
              <wp:posOffset>603201</wp:posOffset>
            </wp:positionV>
            <wp:extent cx="2631732" cy="2180492"/>
            <wp:effectExtent l="0" t="0" r="0" b="4445"/>
            <wp:wrapNone/>
            <wp:docPr id="6243761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76164" name="Picture 624376164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631732" cy="2180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C1F">
        <w:rPr>
          <w:noProof/>
        </w:rPr>
        <w:drawing>
          <wp:inline distT="0" distB="0" distL="0" distR="0" wp14:anchorId="1D29DB94" wp14:editId="744AE119">
            <wp:extent cx="6971082" cy="5336930"/>
            <wp:effectExtent l="0" t="0" r="1270" b="0"/>
            <wp:docPr id="435834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834657" name="Picture 435834657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7031242" cy="538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04409" w14:textId="77777777" w:rsidR="003A4B28" w:rsidRDefault="003A4B28" w:rsidP="003A4B28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x</w:t>
      </w:r>
    </w:p>
    <w:p w14:paraId="68BECD2E" w14:textId="77777777" w:rsidR="003A4B28" w:rsidRDefault="003A4B28" w:rsidP="003A4B28">
      <w:r w:rsidRPr="006379C8">
        <w:rPr>
          <w:noProof/>
        </w:rPr>
        <w:drawing>
          <wp:anchor distT="0" distB="0" distL="114300" distR="114300" simplePos="0" relativeHeight="251658402" behindDoc="0" locked="0" layoutInCell="1" allowOverlap="1" wp14:anchorId="5D653910" wp14:editId="17F7138B">
            <wp:simplePos x="0" y="0"/>
            <wp:positionH relativeFrom="column">
              <wp:posOffset>421627</wp:posOffset>
            </wp:positionH>
            <wp:positionV relativeFrom="paragraph">
              <wp:posOffset>703619</wp:posOffset>
            </wp:positionV>
            <wp:extent cx="1892300" cy="863600"/>
            <wp:effectExtent l="0" t="0" r="0" b="0"/>
            <wp:wrapNone/>
            <wp:docPr id="374622051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C49F1D6A-A028-45E5-BF29-2909C856A1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21957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CEB560F" wp14:editId="7B515EA1">
            <wp:extent cx="6858000" cy="5276088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52--1H.png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25B96" w14:textId="77777777" w:rsidR="003A4B28" w:rsidRDefault="003A4B28" w:rsidP="003A4B28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x</w:t>
      </w:r>
    </w:p>
    <w:p w14:paraId="73108FB0" w14:textId="77777777" w:rsidR="003A4B28" w:rsidRDefault="003A4B28" w:rsidP="003A4B28">
      <w:r w:rsidRPr="006379C8">
        <w:rPr>
          <w:noProof/>
        </w:rPr>
        <w:drawing>
          <wp:anchor distT="0" distB="0" distL="114300" distR="114300" simplePos="0" relativeHeight="251658403" behindDoc="0" locked="0" layoutInCell="1" allowOverlap="1" wp14:anchorId="7BA836E1" wp14:editId="7CB585F9">
            <wp:simplePos x="0" y="0"/>
            <wp:positionH relativeFrom="column">
              <wp:posOffset>479386</wp:posOffset>
            </wp:positionH>
            <wp:positionV relativeFrom="paragraph">
              <wp:posOffset>478483</wp:posOffset>
            </wp:positionV>
            <wp:extent cx="1892300" cy="863600"/>
            <wp:effectExtent l="0" t="0" r="0" b="0"/>
            <wp:wrapNone/>
            <wp:docPr id="1878653532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C49F1D6A-A028-45E5-BF29-2909C856A1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21957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82A73FD" wp14:editId="0FB0AA39">
            <wp:extent cx="6858000" cy="5276088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52--13C.png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29F2A" w14:textId="77777777" w:rsidR="001B0AAA" w:rsidRDefault="001B0AAA" w:rsidP="001B0AAA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y</w:t>
      </w:r>
    </w:p>
    <w:p w14:paraId="1B70D85D" w14:textId="77777777" w:rsidR="001B0AAA" w:rsidRDefault="001B0AAA" w:rsidP="001B0AAA">
      <w:r w:rsidRPr="006379C8">
        <w:rPr>
          <w:noProof/>
        </w:rPr>
        <w:drawing>
          <wp:anchor distT="0" distB="0" distL="114300" distR="114300" simplePos="0" relativeHeight="251658404" behindDoc="0" locked="0" layoutInCell="1" allowOverlap="1" wp14:anchorId="58B68182" wp14:editId="5AE1906D">
            <wp:simplePos x="0" y="0"/>
            <wp:positionH relativeFrom="column">
              <wp:posOffset>506468</wp:posOffset>
            </wp:positionH>
            <wp:positionV relativeFrom="paragraph">
              <wp:posOffset>694193</wp:posOffset>
            </wp:positionV>
            <wp:extent cx="2603500" cy="1485900"/>
            <wp:effectExtent l="0" t="0" r="0" b="0"/>
            <wp:wrapNone/>
            <wp:docPr id="2065197431" name="Picture 28">
              <a:extLst xmlns:a="http://schemas.openxmlformats.org/drawingml/2006/main">
                <a:ext uri="{FF2B5EF4-FFF2-40B4-BE49-F238E27FC236}">
                  <a16:creationId xmlns:a16="http://schemas.microsoft.com/office/drawing/2014/main" id="{A1B112D8-32A5-451D-88CE-585285EA26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5704DCB" wp14:editId="20656241">
            <wp:extent cx="6858000" cy="5276088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21--1H.png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933E9" w14:textId="77777777" w:rsidR="001B0AAA" w:rsidRDefault="001B0AAA" w:rsidP="001B0AAA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y</w:t>
      </w:r>
    </w:p>
    <w:p w14:paraId="6EB96076" w14:textId="77777777" w:rsidR="001B0AAA" w:rsidRDefault="001B0AAA" w:rsidP="001B0AAA">
      <w:r w:rsidRPr="006379C8">
        <w:rPr>
          <w:noProof/>
        </w:rPr>
        <w:drawing>
          <wp:anchor distT="0" distB="0" distL="114300" distR="114300" simplePos="0" relativeHeight="251658405" behindDoc="0" locked="0" layoutInCell="1" allowOverlap="1" wp14:anchorId="6C77149A" wp14:editId="1A6E7FE4">
            <wp:simplePos x="0" y="0"/>
            <wp:positionH relativeFrom="column">
              <wp:posOffset>207389</wp:posOffset>
            </wp:positionH>
            <wp:positionV relativeFrom="paragraph">
              <wp:posOffset>533937</wp:posOffset>
            </wp:positionV>
            <wp:extent cx="2603500" cy="1485900"/>
            <wp:effectExtent l="0" t="0" r="0" b="0"/>
            <wp:wrapNone/>
            <wp:docPr id="94220750" name="Picture 28">
              <a:extLst xmlns:a="http://schemas.openxmlformats.org/drawingml/2006/main">
                <a:ext uri="{FF2B5EF4-FFF2-40B4-BE49-F238E27FC236}">
                  <a16:creationId xmlns:a16="http://schemas.microsoft.com/office/drawing/2014/main" id="{A1B112D8-32A5-451D-88CE-585285EA26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093C51F" wp14:editId="4FFE14AC">
            <wp:extent cx="6858000" cy="5276088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21--13C.png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A1E92" w14:textId="77777777" w:rsidR="00617441" w:rsidRDefault="00617441" w:rsidP="00617441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z</w:t>
      </w:r>
    </w:p>
    <w:p w14:paraId="4D737EB6" w14:textId="77777777" w:rsidR="00617441" w:rsidRDefault="00617441" w:rsidP="00617441">
      <w:r w:rsidRPr="006379C8">
        <w:rPr>
          <w:noProof/>
        </w:rPr>
        <w:drawing>
          <wp:anchor distT="0" distB="0" distL="114300" distR="114300" simplePos="0" relativeHeight="251658408" behindDoc="0" locked="0" layoutInCell="1" allowOverlap="1" wp14:anchorId="7F540AF8" wp14:editId="0AFF1A02">
            <wp:simplePos x="0" y="0"/>
            <wp:positionH relativeFrom="column">
              <wp:posOffset>564437</wp:posOffset>
            </wp:positionH>
            <wp:positionV relativeFrom="paragraph">
              <wp:posOffset>713923</wp:posOffset>
            </wp:positionV>
            <wp:extent cx="2641600" cy="1257300"/>
            <wp:effectExtent l="0" t="0" r="0" b="0"/>
            <wp:wrapNone/>
            <wp:docPr id="1659829529" name="Picture 29">
              <a:extLst xmlns:a="http://schemas.openxmlformats.org/drawingml/2006/main">
                <a:ext uri="{FF2B5EF4-FFF2-40B4-BE49-F238E27FC236}">
                  <a16:creationId xmlns:a16="http://schemas.microsoft.com/office/drawing/2014/main" id="{FD8A1775-50E4-47CC-A5EF-0FDC5856F9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31142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716C65C" wp14:editId="6FC4A45D">
            <wp:extent cx="6858000" cy="5276088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20--1H.png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0E462" w14:textId="77777777" w:rsidR="00617441" w:rsidRDefault="00617441" w:rsidP="00617441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z</w:t>
      </w:r>
    </w:p>
    <w:p w14:paraId="02D65C65" w14:textId="77777777" w:rsidR="00617441" w:rsidRDefault="00617441" w:rsidP="00617441">
      <w:r w:rsidRPr="006379C8">
        <w:rPr>
          <w:noProof/>
        </w:rPr>
        <w:drawing>
          <wp:anchor distT="0" distB="0" distL="114300" distR="114300" simplePos="0" relativeHeight="251658406" behindDoc="0" locked="0" layoutInCell="1" allowOverlap="1" wp14:anchorId="65E28808" wp14:editId="1C2CFC96">
            <wp:simplePos x="0" y="0"/>
            <wp:positionH relativeFrom="column">
              <wp:posOffset>513558</wp:posOffset>
            </wp:positionH>
            <wp:positionV relativeFrom="paragraph">
              <wp:posOffset>467563</wp:posOffset>
            </wp:positionV>
            <wp:extent cx="2641600" cy="1257300"/>
            <wp:effectExtent l="0" t="0" r="0" b="0"/>
            <wp:wrapNone/>
            <wp:docPr id="2012243324" name="Picture 29">
              <a:extLst xmlns:a="http://schemas.openxmlformats.org/drawingml/2006/main">
                <a:ext uri="{FF2B5EF4-FFF2-40B4-BE49-F238E27FC236}">
                  <a16:creationId xmlns:a16="http://schemas.microsoft.com/office/drawing/2014/main" id="{FD8A1775-50E4-47CC-A5EF-0FDC5856F9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31142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DC02D7C" wp14:editId="109DCC63">
            <wp:extent cx="6858000" cy="5276088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20--13C.png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34B88" w14:textId="77777777" w:rsidR="00617441" w:rsidRDefault="00617441" w:rsidP="00617441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 w:rsidRPr="00815AA4">
        <w:rPr>
          <w:rStyle w:val="Strong"/>
          <w:color w:val="000000"/>
        </w:rPr>
        <w:t>Compound 3</w:t>
      </w:r>
      <w:r>
        <w:rPr>
          <w:rStyle w:val="Strong"/>
          <w:color w:val="000000"/>
        </w:rPr>
        <w:t>z</w:t>
      </w:r>
    </w:p>
    <w:p w14:paraId="1A447365" w14:textId="1E5F80EE" w:rsidR="00617441" w:rsidRDefault="00617441" w:rsidP="00617441">
      <w:r w:rsidRPr="006379C8">
        <w:rPr>
          <w:noProof/>
        </w:rPr>
        <w:drawing>
          <wp:anchor distT="0" distB="0" distL="114300" distR="114300" simplePos="0" relativeHeight="251658407" behindDoc="0" locked="0" layoutInCell="1" allowOverlap="1" wp14:anchorId="10B69961" wp14:editId="04E2C729">
            <wp:simplePos x="0" y="0"/>
            <wp:positionH relativeFrom="column">
              <wp:posOffset>252619</wp:posOffset>
            </wp:positionH>
            <wp:positionV relativeFrom="paragraph">
              <wp:posOffset>213642</wp:posOffset>
            </wp:positionV>
            <wp:extent cx="2641600" cy="1257300"/>
            <wp:effectExtent l="0" t="0" r="0" b="0"/>
            <wp:wrapNone/>
            <wp:docPr id="296599698" name="Picture 29">
              <a:extLst xmlns:a="http://schemas.openxmlformats.org/drawingml/2006/main">
                <a:ext uri="{FF2B5EF4-FFF2-40B4-BE49-F238E27FC236}">
                  <a16:creationId xmlns:a16="http://schemas.microsoft.com/office/drawing/2014/main" id="{FD8A1775-50E4-47CC-A5EF-0FDC5856F9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31142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EC9">
        <w:rPr>
          <w:noProof/>
        </w:rPr>
        <w:t>Comp</w:t>
      </w:r>
      <w:r>
        <w:rPr>
          <w:noProof/>
        </w:rPr>
        <w:drawing>
          <wp:inline distT="0" distB="0" distL="0" distR="0" wp14:anchorId="17674734" wp14:editId="70234E29">
            <wp:extent cx="6858000" cy="5276088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120--19F.png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95A58" w14:textId="23EB706B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4b</w:t>
      </w:r>
    </w:p>
    <w:p w14:paraId="662B9478" w14:textId="77777777" w:rsidR="006A5D32" w:rsidRDefault="006A5D32" w:rsidP="006A5D32">
      <w:r>
        <w:rPr>
          <w:noProof/>
        </w:rPr>
        <w:drawing>
          <wp:inline distT="0" distB="0" distL="0" distR="0" wp14:anchorId="57340179" wp14:editId="01296BD5">
            <wp:extent cx="6858000" cy="5276088"/>
            <wp:effectExtent l="0" t="0" r="0" b="0"/>
            <wp:docPr id="256588369" name="Picture 256588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b--1H.png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BA9C5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4b</w:t>
      </w:r>
    </w:p>
    <w:p w14:paraId="5BDCACCD" w14:textId="77777777" w:rsidR="006A5D32" w:rsidRDefault="006A5D32" w:rsidP="006A5D32">
      <w:r>
        <w:rPr>
          <w:noProof/>
        </w:rPr>
        <w:drawing>
          <wp:inline distT="0" distB="0" distL="0" distR="0" wp14:anchorId="2D1A7AEF" wp14:editId="6BEAF146">
            <wp:extent cx="6858000" cy="5276088"/>
            <wp:effectExtent l="0" t="0" r="0" b="0"/>
            <wp:docPr id="1703889458" name="Picture 170388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b--13C.png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E2431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4b</w:t>
      </w:r>
    </w:p>
    <w:p w14:paraId="541F3EF8" w14:textId="77777777" w:rsidR="006A5D32" w:rsidRDefault="006A5D32" w:rsidP="006A5D32">
      <w:r>
        <w:rPr>
          <w:noProof/>
        </w:rPr>
        <w:drawing>
          <wp:inline distT="0" distB="0" distL="0" distR="0" wp14:anchorId="2F36F697" wp14:editId="6A9ECD27">
            <wp:extent cx="6858000" cy="5276088"/>
            <wp:effectExtent l="0" t="0" r="0" b="0"/>
            <wp:docPr id="1903702642" name="Picture 1903702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b--19F.png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FA1C2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4c</w:t>
      </w:r>
    </w:p>
    <w:p w14:paraId="4BAD7E5F" w14:textId="77777777" w:rsidR="006A5D32" w:rsidRDefault="006A5D32" w:rsidP="006A5D32">
      <w:r>
        <w:rPr>
          <w:noProof/>
        </w:rPr>
        <w:drawing>
          <wp:inline distT="0" distB="0" distL="0" distR="0" wp14:anchorId="69314A40" wp14:editId="22FA6779">
            <wp:extent cx="6858000" cy="5276088"/>
            <wp:effectExtent l="0" t="0" r="0" b="0"/>
            <wp:docPr id="1021575371" name="Picture 1021575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c--1H.png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5D5C1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4c</w:t>
      </w:r>
    </w:p>
    <w:p w14:paraId="7B7645BF" w14:textId="77777777" w:rsidR="006A5D32" w:rsidRDefault="006A5D32" w:rsidP="006A5D32">
      <w:r>
        <w:rPr>
          <w:noProof/>
        </w:rPr>
        <w:drawing>
          <wp:inline distT="0" distB="0" distL="0" distR="0" wp14:anchorId="7B6047D9" wp14:editId="37B14732">
            <wp:extent cx="6858000" cy="5276088"/>
            <wp:effectExtent l="0" t="0" r="0" b="0"/>
            <wp:docPr id="260585757" name="Picture 260585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c--13C.png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E9B2A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4c</w:t>
      </w:r>
    </w:p>
    <w:p w14:paraId="5F734796" w14:textId="77777777" w:rsidR="006A5D32" w:rsidRDefault="006A5D32" w:rsidP="006A5D32">
      <w:r>
        <w:rPr>
          <w:noProof/>
        </w:rPr>
        <w:drawing>
          <wp:inline distT="0" distB="0" distL="0" distR="0" wp14:anchorId="27050A47" wp14:editId="076819B7">
            <wp:extent cx="6858000" cy="5276088"/>
            <wp:effectExtent l="0" t="0" r="0" b="0"/>
            <wp:docPr id="1606569900" name="Picture 1606569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c--19F.png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E4192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4d</w:t>
      </w:r>
    </w:p>
    <w:p w14:paraId="40767673" w14:textId="77777777" w:rsidR="006A5D32" w:rsidRDefault="006A5D32" w:rsidP="006A5D32">
      <w:r>
        <w:rPr>
          <w:noProof/>
        </w:rPr>
        <w:drawing>
          <wp:inline distT="0" distB="0" distL="0" distR="0" wp14:anchorId="3FAF45BE" wp14:editId="42134FB5">
            <wp:extent cx="6858000" cy="5276088"/>
            <wp:effectExtent l="0" t="0" r="0" b="0"/>
            <wp:docPr id="1911001200" name="Picture 191100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d--1H.png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AEFA6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4d</w:t>
      </w:r>
    </w:p>
    <w:p w14:paraId="07B86CEE" w14:textId="77777777" w:rsidR="006A5D32" w:rsidRDefault="006A5D32" w:rsidP="006A5D32">
      <w:r>
        <w:rPr>
          <w:noProof/>
        </w:rPr>
        <w:drawing>
          <wp:inline distT="0" distB="0" distL="0" distR="0" wp14:anchorId="79E5A9BE" wp14:editId="7AADD9CD">
            <wp:extent cx="6858000" cy="5276088"/>
            <wp:effectExtent l="0" t="0" r="0" b="0"/>
            <wp:docPr id="1615939816" name="Picture 1615939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d--13C.png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78DB9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4d</w:t>
      </w:r>
    </w:p>
    <w:p w14:paraId="7344D2F0" w14:textId="77777777" w:rsidR="006A5D32" w:rsidRDefault="006A5D32" w:rsidP="006A5D32">
      <w:r>
        <w:rPr>
          <w:noProof/>
        </w:rPr>
        <w:drawing>
          <wp:inline distT="0" distB="0" distL="0" distR="0" wp14:anchorId="7A89905E" wp14:editId="0A7472F1">
            <wp:extent cx="6858000" cy="5276088"/>
            <wp:effectExtent l="0" t="0" r="0" b="0"/>
            <wp:docPr id="482013153" name="Picture 482013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d--19F.png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2E22" w14:textId="77777777" w:rsidR="006A5D32" w:rsidRPr="009E5BBD" w:rsidRDefault="006A5D32" w:rsidP="006A5D32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b/>
          <w:lang w:val="pt-BR"/>
        </w:rPr>
        <w:t>Compound</w:t>
      </w:r>
      <w:proofErr w:type="spellEnd"/>
      <w:r w:rsidRPr="009E5BBD">
        <w:rPr>
          <w:b/>
          <w:lang w:val="pt-BR"/>
        </w:rPr>
        <w:t xml:space="preserve"> 4e</w:t>
      </w:r>
    </w:p>
    <w:p w14:paraId="3BBFAC3D" w14:textId="77777777" w:rsidR="006A5D32" w:rsidRDefault="006A5D32" w:rsidP="006A5D32">
      <w:r>
        <w:rPr>
          <w:noProof/>
        </w:rPr>
        <w:drawing>
          <wp:inline distT="0" distB="0" distL="0" distR="0" wp14:anchorId="306A46B7" wp14:editId="7827B909">
            <wp:extent cx="6858000" cy="5276088"/>
            <wp:effectExtent l="0" t="0" r="0" b="0"/>
            <wp:docPr id="1974858004" name="Picture 1974858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e--1H.png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F6A7D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4e</w:t>
      </w:r>
    </w:p>
    <w:p w14:paraId="72E51E71" w14:textId="77777777" w:rsidR="006A5D32" w:rsidRDefault="006A5D32" w:rsidP="006A5D32">
      <w:r>
        <w:rPr>
          <w:noProof/>
        </w:rPr>
        <w:drawing>
          <wp:inline distT="0" distB="0" distL="0" distR="0" wp14:anchorId="26F29751" wp14:editId="43A3BA72">
            <wp:extent cx="6858000" cy="5276088"/>
            <wp:effectExtent l="0" t="0" r="0" b="0"/>
            <wp:docPr id="618763120" name="Picture 61876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e--13C.png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DB781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4e</w:t>
      </w:r>
    </w:p>
    <w:p w14:paraId="2105C3A1" w14:textId="77777777" w:rsidR="006A5D32" w:rsidRDefault="006A5D32" w:rsidP="006A5D32">
      <w:r>
        <w:rPr>
          <w:noProof/>
        </w:rPr>
        <w:drawing>
          <wp:inline distT="0" distB="0" distL="0" distR="0" wp14:anchorId="7B346DD8" wp14:editId="2566EDC8">
            <wp:extent cx="6858000" cy="5276088"/>
            <wp:effectExtent l="0" t="0" r="0" b="0"/>
            <wp:docPr id="489075613" name="Picture 489075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e--19F.png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EC350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4f</w:t>
      </w:r>
    </w:p>
    <w:p w14:paraId="1E07CD60" w14:textId="77777777" w:rsidR="006A5D32" w:rsidRDefault="006A5D32" w:rsidP="006A5D32">
      <w:r>
        <w:rPr>
          <w:noProof/>
        </w:rPr>
        <w:drawing>
          <wp:inline distT="0" distB="0" distL="0" distR="0" wp14:anchorId="78BCE44D" wp14:editId="018F453A">
            <wp:extent cx="6858000" cy="5276088"/>
            <wp:effectExtent l="0" t="0" r="0" b="0"/>
            <wp:docPr id="529545949" name="Picture 529545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f--1H.png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E9259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4f</w:t>
      </w:r>
    </w:p>
    <w:p w14:paraId="43213C32" w14:textId="77777777" w:rsidR="006A5D32" w:rsidRDefault="006A5D32" w:rsidP="006A5D32">
      <w:r>
        <w:rPr>
          <w:noProof/>
        </w:rPr>
        <w:drawing>
          <wp:inline distT="0" distB="0" distL="0" distR="0" wp14:anchorId="705F8115" wp14:editId="1AE7F99E">
            <wp:extent cx="6858000" cy="5276088"/>
            <wp:effectExtent l="0" t="0" r="0" b="0"/>
            <wp:docPr id="780266965" name="Picture 780266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f--13C.png"/>
                    <pic:cNvPicPr/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F1829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4f</w:t>
      </w:r>
    </w:p>
    <w:p w14:paraId="771EE077" w14:textId="77777777" w:rsidR="006A5D32" w:rsidRDefault="006A5D32" w:rsidP="006A5D32">
      <w:r>
        <w:rPr>
          <w:noProof/>
        </w:rPr>
        <w:drawing>
          <wp:inline distT="0" distB="0" distL="0" distR="0" wp14:anchorId="505FF27F" wp14:editId="0BE6D2A6">
            <wp:extent cx="6858000" cy="5276088"/>
            <wp:effectExtent l="0" t="0" r="0" b="0"/>
            <wp:docPr id="1284516660" name="Picture 1284516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f--19F.png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633EE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4g</w:t>
      </w:r>
    </w:p>
    <w:p w14:paraId="7B5337A7" w14:textId="77777777" w:rsidR="006A5D32" w:rsidRDefault="006A5D32" w:rsidP="006A5D32">
      <w:r>
        <w:rPr>
          <w:noProof/>
        </w:rPr>
        <w:drawing>
          <wp:inline distT="0" distB="0" distL="0" distR="0" wp14:anchorId="312BDBFC" wp14:editId="7AA3166E">
            <wp:extent cx="6858000" cy="5276088"/>
            <wp:effectExtent l="0" t="0" r="0" b="0"/>
            <wp:docPr id="113130838" name="Picture 113130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g--1H.png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B0E29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4g</w:t>
      </w:r>
    </w:p>
    <w:p w14:paraId="6BAB048C" w14:textId="77777777" w:rsidR="006A5D32" w:rsidRDefault="006A5D32" w:rsidP="006A5D32">
      <w:r>
        <w:rPr>
          <w:noProof/>
        </w:rPr>
        <w:drawing>
          <wp:inline distT="0" distB="0" distL="0" distR="0" wp14:anchorId="5DA06987" wp14:editId="6DFD4BB6">
            <wp:extent cx="6858000" cy="5276088"/>
            <wp:effectExtent l="0" t="0" r="0" b="0"/>
            <wp:docPr id="466033971" name="Picture 466033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g--13C.png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A5DE8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4g</w:t>
      </w:r>
    </w:p>
    <w:p w14:paraId="4651481A" w14:textId="77777777" w:rsidR="006A5D32" w:rsidRDefault="006A5D32" w:rsidP="006A5D32">
      <w:r>
        <w:rPr>
          <w:noProof/>
        </w:rPr>
        <w:drawing>
          <wp:inline distT="0" distB="0" distL="0" distR="0" wp14:anchorId="294E85FF" wp14:editId="44774B4C">
            <wp:extent cx="6858000" cy="5276088"/>
            <wp:effectExtent l="0" t="0" r="0" b="0"/>
            <wp:docPr id="1396040889" name="Picture 1396040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g--19F.png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7D77A" w14:textId="77777777" w:rsidR="006A5D32" w:rsidRPr="009E5BBD" w:rsidRDefault="006A5D32" w:rsidP="006A5D32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b/>
          <w:lang w:val="pt-BR"/>
        </w:rPr>
        <w:t>Compound</w:t>
      </w:r>
      <w:proofErr w:type="spellEnd"/>
      <w:r w:rsidRPr="009E5BBD">
        <w:rPr>
          <w:b/>
          <w:lang w:val="pt-BR"/>
        </w:rPr>
        <w:t xml:space="preserve"> 4h</w:t>
      </w:r>
    </w:p>
    <w:p w14:paraId="5A22287A" w14:textId="77777777" w:rsidR="006A5D32" w:rsidRDefault="006A5D32" w:rsidP="006A5D32">
      <w:r>
        <w:rPr>
          <w:noProof/>
        </w:rPr>
        <w:drawing>
          <wp:inline distT="0" distB="0" distL="0" distR="0" wp14:anchorId="2F907D46" wp14:editId="5522B807">
            <wp:extent cx="6858000" cy="5276088"/>
            <wp:effectExtent l="0" t="0" r="0" b="0"/>
            <wp:docPr id="1265288447" name="Picture 1265288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h--1H.png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7C342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4h</w:t>
      </w:r>
    </w:p>
    <w:p w14:paraId="6C8AAD3D" w14:textId="77777777" w:rsidR="006A5D32" w:rsidRDefault="006A5D32" w:rsidP="006A5D32">
      <w:r>
        <w:rPr>
          <w:noProof/>
        </w:rPr>
        <w:drawing>
          <wp:inline distT="0" distB="0" distL="0" distR="0" wp14:anchorId="2FFAB6F7" wp14:editId="4049F414">
            <wp:extent cx="6858000" cy="5276088"/>
            <wp:effectExtent l="0" t="0" r="0" b="0"/>
            <wp:docPr id="120346877" name="Picture 120346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h--13C.png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4FD84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4h</w:t>
      </w:r>
    </w:p>
    <w:p w14:paraId="691E6A45" w14:textId="77777777" w:rsidR="006A5D32" w:rsidRDefault="006A5D32" w:rsidP="006A5D32">
      <w:r>
        <w:rPr>
          <w:noProof/>
        </w:rPr>
        <w:drawing>
          <wp:inline distT="0" distB="0" distL="0" distR="0" wp14:anchorId="70256EA4" wp14:editId="67127F70">
            <wp:extent cx="6858000" cy="5276088"/>
            <wp:effectExtent l="0" t="0" r="0" b="0"/>
            <wp:docPr id="1268891762" name="Picture 126889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h--19F.png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D78B" w14:textId="77777777" w:rsidR="006A5D32" w:rsidRDefault="006A5D32" w:rsidP="006A5D32">
      <w:r w:rsidRPr="00BA7A0B">
        <w:rPr>
          <w:vertAlign w:val="superscript"/>
          <w:lang w:val="pt-BR"/>
        </w:rPr>
        <w:lastRenderedPageBreak/>
        <w:t>11</w:t>
      </w:r>
      <w:r w:rsidRPr="00BA7A0B">
        <w:rPr>
          <w:lang w:val="pt-BR"/>
        </w:rPr>
        <w:t>B NMR (161 MHz, CDCl</w:t>
      </w:r>
      <w:r w:rsidRPr="00BA7A0B">
        <w:rPr>
          <w:vertAlign w:val="subscript"/>
          <w:lang w:val="pt-BR"/>
        </w:rPr>
        <w:t>3</w:t>
      </w:r>
      <w:r w:rsidRPr="00BA7A0B">
        <w:rPr>
          <w:lang w:val="pt-BR"/>
        </w:rPr>
        <w:t>)</w:t>
      </w:r>
      <w:r>
        <w:rPr>
          <w:lang w:val="pt-BR"/>
        </w:rPr>
        <w:t xml:space="preserve"> for </w:t>
      </w:r>
      <w:proofErr w:type="spellStart"/>
      <w:r w:rsidRPr="00F31A42">
        <w:rPr>
          <w:b/>
          <w:bCs/>
          <w:lang w:val="pt-BR"/>
        </w:rPr>
        <w:t>Compound</w:t>
      </w:r>
      <w:proofErr w:type="spellEnd"/>
      <w:r w:rsidRPr="00F31A42">
        <w:rPr>
          <w:b/>
          <w:bCs/>
          <w:lang w:val="pt-BR"/>
        </w:rPr>
        <w:t xml:space="preserve"> 4h</w:t>
      </w:r>
    </w:p>
    <w:p w14:paraId="7C5CE0B6" w14:textId="77777777" w:rsidR="006A5D32" w:rsidRDefault="006A5D32" w:rsidP="006A5D32">
      <w:r w:rsidRPr="00AA0C31">
        <w:rPr>
          <w:noProof/>
        </w:rPr>
        <w:drawing>
          <wp:inline distT="0" distB="0" distL="0" distR="0" wp14:anchorId="4BAFE140" wp14:editId="35612DDD">
            <wp:extent cx="7164477" cy="5481019"/>
            <wp:effectExtent l="19050" t="19050" r="17780" b="24765"/>
            <wp:docPr id="851448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448286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7186898" cy="54981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2259191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4i</w:t>
      </w:r>
    </w:p>
    <w:p w14:paraId="464E2D49" w14:textId="77777777" w:rsidR="006A5D32" w:rsidRDefault="006A5D32" w:rsidP="006A5D32">
      <w:r>
        <w:rPr>
          <w:noProof/>
        </w:rPr>
        <w:drawing>
          <wp:inline distT="0" distB="0" distL="0" distR="0" wp14:anchorId="6C295A6A" wp14:editId="097E7A44">
            <wp:extent cx="6858000" cy="5276088"/>
            <wp:effectExtent l="0" t="0" r="0" b="0"/>
            <wp:docPr id="836458888" name="Picture 83645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i--1H.png"/>
                    <pic:cNvPicPr/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198B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4i</w:t>
      </w:r>
    </w:p>
    <w:p w14:paraId="76DCC308" w14:textId="77777777" w:rsidR="006A5D32" w:rsidRDefault="006A5D32" w:rsidP="006A5D32">
      <w:r>
        <w:rPr>
          <w:noProof/>
        </w:rPr>
        <w:drawing>
          <wp:inline distT="0" distB="0" distL="0" distR="0" wp14:anchorId="54252971" wp14:editId="30B3AA5F">
            <wp:extent cx="6858000" cy="5276088"/>
            <wp:effectExtent l="0" t="0" r="0" b="0"/>
            <wp:docPr id="661954107" name="Picture 661954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i--13C.png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30C6F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4i</w:t>
      </w:r>
    </w:p>
    <w:p w14:paraId="5770C1D5" w14:textId="77777777" w:rsidR="006A5D32" w:rsidRDefault="006A5D32" w:rsidP="006A5D32">
      <w:r>
        <w:rPr>
          <w:noProof/>
        </w:rPr>
        <w:drawing>
          <wp:inline distT="0" distB="0" distL="0" distR="0" wp14:anchorId="779BBB93" wp14:editId="2C77F808">
            <wp:extent cx="6858000" cy="5276088"/>
            <wp:effectExtent l="0" t="0" r="0" b="0"/>
            <wp:docPr id="1259108952" name="Picture 1259108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i--19F.png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8FB79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4j</w:t>
      </w:r>
    </w:p>
    <w:p w14:paraId="08640470" w14:textId="77777777" w:rsidR="006A5D32" w:rsidRDefault="006A5D32" w:rsidP="006A5D32">
      <w:r>
        <w:rPr>
          <w:noProof/>
        </w:rPr>
        <w:drawing>
          <wp:inline distT="0" distB="0" distL="0" distR="0" wp14:anchorId="11730787" wp14:editId="04F47780">
            <wp:extent cx="6858000" cy="5276088"/>
            <wp:effectExtent l="0" t="0" r="0" b="0"/>
            <wp:docPr id="1600181496" name="Picture 1600181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j--1H.png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E800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4j</w:t>
      </w:r>
    </w:p>
    <w:p w14:paraId="3D72FB07" w14:textId="77777777" w:rsidR="006A5D32" w:rsidRDefault="006A5D32" w:rsidP="006A5D32">
      <w:r>
        <w:rPr>
          <w:noProof/>
        </w:rPr>
        <w:drawing>
          <wp:inline distT="0" distB="0" distL="0" distR="0" wp14:anchorId="3199187B" wp14:editId="594CFC40">
            <wp:extent cx="6858000" cy="5276088"/>
            <wp:effectExtent l="0" t="0" r="0" b="0"/>
            <wp:docPr id="1204300273" name="Picture 1204300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j--13C.png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09C4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4j</w:t>
      </w:r>
    </w:p>
    <w:p w14:paraId="6524A3F4" w14:textId="77777777" w:rsidR="006A5D32" w:rsidRDefault="006A5D32" w:rsidP="006A5D32">
      <w:r>
        <w:rPr>
          <w:noProof/>
        </w:rPr>
        <w:drawing>
          <wp:inline distT="0" distB="0" distL="0" distR="0" wp14:anchorId="79760DB8" wp14:editId="40F95051">
            <wp:extent cx="6858000" cy="5276088"/>
            <wp:effectExtent l="0" t="0" r="0" b="0"/>
            <wp:docPr id="1701519663" name="Picture 1701519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j--19F.png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2BC4E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4k</w:t>
      </w:r>
    </w:p>
    <w:p w14:paraId="68EECF0E" w14:textId="77777777" w:rsidR="006A5D32" w:rsidRDefault="006A5D32" w:rsidP="006A5D32">
      <w:r>
        <w:rPr>
          <w:noProof/>
        </w:rPr>
        <w:drawing>
          <wp:inline distT="0" distB="0" distL="0" distR="0" wp14:anchorId="378B12A9" wp14:editId="6D57B210">
            <wp:extent cx="6858000" cy="5276088"/>
            <wp:effectExtent l="0" t="0" r="0" b="0"/>
            <wp:docPr id="1794361460" name="Picture 179436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k--1H.png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A3A4F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4k</w:t>
      </w:r>
    </w:p>
    <w:p w14:paraId="4DEBA398" w14:textId="77777777" w:rsidR="006A5D32" w:rsidRDefault="006A5D32" w:rsidP="006A5D32">
      <w:r>
        <w:rPr>
          <w:noProof/>
        </w:rPr>
        <w:drawing>
          <wp:inline distT="0" distB="0" distL="0" distR="0" wp14:anchorId="5856F364" wp14:editId="1AC42C9B">
            <wp:extent cx="6858000" cy="5276088"/>
            <wp:effectExtent l="0" t="0" r="0" b="0"/>
            <wp:docPr id="1472988439" name="Picture 1472988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k--13C.png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FCF37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4k</w:t>
      </w:r>
    </w:p>
    <w:p w14:paraId="01ED5863" w14:textId="77777777" w:rsidR="006A5D32" w:rsidRDefault="006A5D32" w:rsidP="006A5D32">
      <w:r>
        <w:rPr>
          <w:noProof/>
        </w:rPr>
        <w:drawing>
          <wp:inline distT="0" distB="0" distL="0" distR="0" wp14:anchorId="72EFF1A6" wp14:editId="7A16681C">
            <wp:extent cx="6858000" cy="5276088"/>
            <wp:effectExtent l="0" t="0" r="0" b="0"/>
            <wp:docPr id="882273774" name="Picture 88227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k--19F.png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4748E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4l</w:t>
      </w:r>
    </w:p>
    <w:p w14:paraId="6DD833F7" w14:textId="77777777" w:rsidR="006A5D32" w:rsidRDefault="006A5D32" w:rsidP="006A5D32">
      <w:r>
        <w:rPr>
          <w:noProof/>
        </w:rPr>
        <w:drawing>
          <wp:inline distT="0" distB="0" distL="0" distR="0" wp14:anchorId="48A4EF49" wp14:editId="7A7C99C2">
            <wp:extent cx="6858000" cy="5276088"/>
            <wp:effectExtent l="0" t="0" r="0" b="0"/>
            <wp:docPr id="887941765" name="Picture 88794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l--1H.png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E8D66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4l</w:t>
      </w:r>
    </w:p>
    <w:p w14:paraId="52934437" w14:textId="77777777" w:rsidR="006A5D32" w:rsidRDefault="006A5D32" w:rsidP="006A5D32">
      <w:r>
        <w:rPr>
          <w:noProof/>
        </w:rPr>
        <w:drawing>
          <wp:inline distT="0" distB="0" distL="0" distR="0" wp14:anchorId="1923AA4E" wp14:editId="08492B5C">
            <wp:extent cx="6858000" cy="5276088"/>
            <wp:effectExtent l="0" t="0" r="0" b="0"/>
            <wp:docPr id="898936388" name="Picture 898936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l--13C.png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DABA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4l</w:t>
      </w:r>
    </w:p>
    <w:p w14:paraId="60500F39" w14:textId="77777777" w:rsidR="006A5D32" w:rsidRDefault="006A5D32" w:rsidP="006A5D32">
      <w:r>
        <w:rPr>
          <w:noProof/>
        </w:rPr>
        <w:drawing>
          <wp:inline distT="0" distB="0" distL="0" distR="0" wp14:anchorId="7A1124A9" wp14:editId="7EB86918">
            <wp:extent cx="6858000" cy="5276088"/>
            <wp:effectExtent l="0" t="0" r="0" b="0"/>
            <wp:docPr id="1008615376" name="Picture 1008615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l--19F.png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4EF12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(400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4m</w:t>
      </w:r>
    </w:p>
    <w:p w14:paraId="0D347EED" w14:textId="77777777" w:rsidR="006A5D32" w:rsidRDefault="006A5D32" w:rsidP="006A5D32">
      <w:r>
        <w:rPr>
          <w:noProof/>
        </w:rPr>
        <w:drawing>
          <wp:inline distT="0" distB="0" distL="0" distR="0" wp14:anchorId="03A4A7BF" wp14:editId="5EC3FEC3">
            <wp:extent cx="6858000" cy="5276088"/>
            <wp:effectExtent l="0" t="0" r="0" b="0"/>
            <wp:docPr id="1715401817" name="Picture 171540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m--1H.png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60777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4m</w:t>
      </w:r>
    </w:p>
    <w:p w14:paraId="46893101" w14:textId="77777777" w:rsidR="006A5D32" w:rsidRDefault="006A5D32" w:rsidP="006A5D32">
      <w:r>
        <w:rPr>
          <w:noProof/>
        </w:rPr>
        <w:drawing>
          <wp:inline distT="0" distB="0" distL="0" distR="0" wp14:anchorId="20115768" wp14:editId="5452FF15">
            <wp:extent cx="6858000" cy="5276088"/>
            <wp:effectExtent l="0" t="0" r="0" b="0"/>
            <wp:docPr id="1120162678" name="Picture 112016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m--13C.png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9C5DD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4m</w:t>
      </w:r>
    </w:p>
    <w:p w14:paraId="1598623D" w14:textId="77777777" w:rsidR="006A5D32" w:rsidRDefault="006A5D32" w:rsidP="006A5D32">
      <w:r>
        <w:rPr>
          <w:noProof/>
        </w:rPr>
        <w:drawing>
          <wp:inline distT="0" distB="0" distL="0" distR="0" wp14:anchorId="0F109B5A" wp14:editId="0B24938E">
            <wp:extent cx="6858000" cy="5276088"/>
            <wp:effectExtent l="0" t="0" r="0" b="0"/>
            <wp:docPr id="506239825" name="Picture 506239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m--19F.png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D856C" w14:textId="77777777" w:rsidR="006A5D32" w:rsidRPr="009E5BBD" w:rsidRDefault="006A5D32" w:rsidP="006A5D32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b/>
          <w:lang w:val="pt-BR"/>
        </w:rPr>
        <w:t>Compound</w:t>
      </w:r>
      <w:proofErr w:type="spellEnd"/>
      <w:r w:rsidRPr="009E5BBD">
        <w:rPr>
          <w:b/>
          <w:lang w:val="pt-BR"/>
        </w:rPr>
        <w:t xml:space="preserve"> 4n</w:t>
      </w:r>
    </w:p>
    <w:p w14:paraId="45F429BF" w14:textId="77777777" w:rsidR="006A5D32" w:rsidRDefault="006A5D32" w:rsidP="006A5D32">
      <w:r>
        <w:rPr>
          <w:noProof/>
        </w:rPr>
        <w:drawing>
          <wp:inline distT="0" distB="0" distL="0" distR="0" wp14:anchorId="153D697C" wp14:editId="700464AE">
            <wp:extent cx="6858000" cy="5276088"/>
            <wp:effectExtent l="0" t="0" r="0" b="0"/>
            <wp:docPr id="1300425540" name="Picture 1300425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n--1H.png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24FFD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4n</w:t>
      </w:r>
    </w:p>
    <w:p w14:paraId="64F38150" w14:textId="77777777" w:rsidR="006A5D32" w:rsidRDefault="006A5D32" w:rsidP="006A5D32">
      <w:r>
        <w:rPr>
          <w:noProof/>
        </w:rPr>
        <w:drawing>
          <wp:inline distT="0" distB="0" distL="0" distR="0" wp14:anchorId="73974E9C" wp14:editId="0EAFA9FD">
            <wp:extent cx="6858000" cy="5276088"/>
            <wp:effectExtent l="0" t="0" r="0" b="0"/>
            <wp:docPr id="1652205917" name="Picture 1652205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n--13C.png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4C32F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4n</w:t>
      </w:r>
    </w:p>
    <w:p w14:paraId="6DB0DC34" w14:textId="77777777" w:rsidR="006A5D32" w:rsidRDefault="006A5D32" w:rsidP="006A5D32">
      <w:r>
        <w:rPr>
          <w:noProof/>
        </w:rPr>
        <w:drawing>
          <wp:inline distT="0" distB="0" distL="0" distR="0" wp14:anchorId="0419175F" wp14:editId="51A23D6D">
            <wp:extent cx="6858000" cy="5276088"/>
            <wp:effectExtent l="0" t="0" r="0" b="0"/>
            <wp:docPr id="980514729" name="Picture 980514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n--19F.png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CB9F1" w14:textId="77777777" w:rsidR="006A5D32" w:rsidRPr="009E5BBD" w:rsidRDefault="006A5D32" w:rsidP="006A5D32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b/>
          <w:lang w:val="pt-BR"/>
        </w:rPr>
        <w:t>Compound</w:t>
      </w:r>
      <w:proofErr w:type="spellEnd"/>
      <w:r w:rsidRPr="009E5BBD">
        <w:rPr>
          <w:b/>
          <w:lang w:val="pt-BR"/>
        </w:rPr>
        <w:t xml:space="preserve"> 4o</w:t>
      </w:r>
    </w:p>
    <w:p w14:paraId="5E76208D" w14:textId="77777777" w:rsidR="006A5D32" w:rsidRDefault="006A5D32" w:rsidP="006A5D32">
      <w:r>
        <w:rPr>
          <w:noProof/>
        </w:rPr>
        <w:drawing>
          <wp:inline distT="0" distB="0" distL="0" distR="0" wp14:anchorId="581B54FD" wp14:editId="2B98584F">
            <wp:extent cx="6858000" cy="5276088"/>
            <wp:effectExtent l="0" t="0" r="0" b="0"/>
            <wp:docPr id="793373575" name="Picture 793373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o--1H.png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B9E6E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4o</w:t>
      </w:r>
    </w:p>
    <w:p w14:paraId="4289E0AA" w14:textId="77777777" w:rsidR="006A5D32" w:rsidRDefault="006A5D32" w:rsidP="006A5D32">
      <w:r>
        <w:rPr>
          <w:noProof/>
        </w:rPr>
        <w:drawing>
          <wp:inline distT="0" distB="0" distL="0" distR="0" wp14:anchorId="0E80A5D8" wp14:editId="78670C75">
            <wp:extent cx="6858000" cy="5276088"/>
            <wp:effectExtent l="0" t="0" r="0" b="0"/>
            <wp:docPr id="877325540" name="Picture 877325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o--13C.png"/>
                    <pic:cNvPicPr/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CB997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4o</w:t>
      </w:r>
    </w:p>
    <w:p w14:paraId="51E8BBE8" w14:textId="77777777" w:rsidR="006A5D32" w:rsidRDefault="006A5D32" w:rsidP="006A5D32">
      <w:r>
        <w:rPr>
          <w:noProof/>
        </w:rPr>
        <w:drawing>
          <wp:inline distT="0" distB="0" distL="0" distR="0" wp14:anchorId="2455DF2A" wp14:editId="0D5F0F13">
            <wp:extent cx="6858000" cy="5276088"/>
            <wp:effectExtent l="0" t="0" r="0" b="0"/>
            <wp:docPr id="1217472132" name="Picture 121747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o--19F.png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D9C41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4p</w:t>
      </w:r>
    </w:p>
    <w:p w14:paraId="35E055D0" w14:textId="77777777" w:rsidR="006A5D32" w:rsidRDefault="006A5D32" w:rsidP="006A5D32">
      <w:r>
        <w:rPr>
          <w:noProof/>
        </w:rPr>
        <w:drawing>
          <wp:inline distT="0" distB="0" distL="0" distR="0" wp14:anchorId="12D203F4" wp14:editId="1DEE5606">
            <wp:extent cx="6858000" cy="5276088"/>
            <wp:effectExtent l="0" t="0" r="0" b="0"/>
            <wp:docPr id="1679486589" name="Picture 1679486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p--1H.png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CB20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4p</w:t>
      </w:r>
    </w:p>
    <w:p w14:paraId="55A57E2A" w14:textId="77777777" w:rsidR="006A5D32" w:rsidRDefault="006A5D32" w:rsidP="006A5D32">
      <w:r>
        <w:rPr>
          <w:noProof/>
        </w:rPr>
        <w:drawing>
          <wp:inline distT="0" distB="0" distL="0" distR="0" wp14:anchorId="5B66E85D" wp14:editId="15ED1CDE">
            <wp:extent cx="6858000" cy="5276088"/>
            <wp:effectExtent l="0" t="0" r="0" b="0"/>
            <wp:docPr id="22917651" name="Picture 22917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p--13C.png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5EE8B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4p</w:t>
      </w:r>
    </w:p>
    <w:p w14:paraId="37FD29CE" w14:textId="77777777" w:rsidR="006A5D32" w:rsidRDefault="006A5D32" w:rsidP="006A5D32">
      <w:r>
        <w:rPr>
          <w:noProof/>
        </w:rPr>
        <w:drawing>
          <wp:inline distT="0" distB="0" distL="0" distR="0" wp14:anchorId="44792566" wp14:editId="769C8F18">
            <wp:extent cx="6858000" cy="5276088"/>
            <wp:effectExtent l="0" t="0" r="0" b="0"/>
            <wp:docPr id="1217608773" name="Picture 1217608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p--19F.png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99F7A" w14:textId="77777777" w:rsidR="006A5D32" w:rsidRDefault="006A5D32" w:rsidP="006A5D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4q</w:t>
      </w:r>
    </w:p>
    <w:p w14:paraId="6BA7C46A" w14:textId="77777777" w:rsidR="006A5D32" w:rsidRDefault="006A5D32" w:rsidP="006A5D32">
      <w:r>
        <w:rPr>
          <w:noProof/>
        </w:rPr>
        <w:drawing>
          <wp:inline distT="0" distB="0" distL="0" distR="0" wp14:anchorId="6F2A9223" wp14:editId="4F3543AC">
            <wp:extent cx="6858000" cy="5276088"/>
            <wp:effectExtent l="0" t="0" r="0" b="0"/>
            <wp:docPr id="1043425839" name="Picture 1043425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q--1H.png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70016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4q</w:t>
      </w:r>
    </w:p>
    <w:p w14:paraId="593AFCEB" w14:textId="77777777" w:rsidR="006A5D32" w:rsidRDefault="006A5D32" w:rsidP="006A5D32">
      <w:r>
        <w:rPr>
          <w:noProof/>
        </w:rPr>
        <w:drawing>
          <wp:inline distT="0" distB="0" distL="0" distR="0" wp14:anchorId="4971FA2C" wp14:editId="349737E9">
            <wp:extent cx="6858000" cy="5276088"/>
            <wp:effectExtent l="0" t="0" r="0" b="0"/>
            <wp:docPr id="1868694631" name="Picture 186869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q--13C.png"/>
                    <pic:cNvPicPr/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5B4AA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4q</w:t>
      </w:r>
    </w:p>
    <w:p w14:paraId="40F0A9CF" w14:textId="77777777" w:rsidR="006A5D32" w:rsidRDefault="006A5D32" w:rsidP="006A5D32">
      <w:r>
        <w:rPr>
          <w:noProof/>
        </w:rPr>
        <w:drawing>
          <wp:inline distT="0" distB="0" distL="0" distR="0" wp14:anchorId="2848BBE4" wp14:editId="095CCFEE">
            <wp:extent cx="6858000" cy="5276088"/>
            <wp:effectExtent l="0" t="0" r="0" b="0"/>
            <wp:docPr id="173132716" name="Picture 173132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q--19F.png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520C" w14:textId="77777777" w:rsidR="006A5D32" w:rsidRPr="009E5BBD" w:rsidRDefault="006A5D32" w:rsidP="006A5D32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b/>
          <w:lang w:val="pt-BR"/>
        </w:rPr>
        <w:t>Compound</w:t>
      </w:r>
      <w:proofErr w:type="spellEnd"/>
      <w:r w:rsidRPr="009E5BBD">
        <w:rPr>
          <w:b/>
          <w:lang w:val="pt-BR"/>
        </w:rPr>
        <w:t xml:space="preserve"> 4r</w:t>
      </w:r>
    </w:p>
    <w:p w14:paraId="3FEB8D1F" w14:textId="77777777" w:rsidR="006A5D32" w:rsidRDefault="006A5D32" w:rsidP="006A5D32">
      <w:r>
        <w:rPr>
          <w:noProof/>
        </w:rPr>
        <w:drawing>
          <wp:inline distT="0" distB="0" distL="0" distR="0" wp14:anchorId="48A1967B" wp14:editId="7A16CF49">
            <wp:extent cx="6858000" cy="5276088"/>
            <wp:effectExtent l="0" t="0" r="0" b="0"/>
            <wp:docPr id="1695561620" name="Picture 169556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r--1H.png"/>
                    <pic:cNvPicPr/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1B45B" w14:textId="77777777" w:rsidR="006A5D32" w:rsidRDefault="006A5D32" w:rsidP="006A5D3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4r</w:t>
      </w:r>
    </w:p>
    <w:p w14:paraId="52C0D595" w14:textId="77777777" w:rsidR="006A5D32" w:rsidRDefault="006A5D32" w:rsidP="006A5D32">
      <w:r>
        <w:rPr>
          <w:noProof/>
        </w:rPr>
        <w:drawing>
          <wp:inline distT="0" distB="0" distL="0" distR="0" wp14:anchorId="581B2538" wp14:editId="246FBF5F">
            <wp:extent cx="6858000" cy="5276088"/>
            <wp:effectExtent l="0" t="0" r="0" b="0"/>
            <wp:docPr id="2080341598" name="Picture 208034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r--13C.png"/>
                    <pic:cNvPicPr/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E9CC1" w14:textId="77777777" w:rsidR="006A5D32" w:rsidRDefault="006A5D32" w:rsidP="006A5D32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4r</w:t>
      </w:r>
    </w:p>
    <w:p w14:paraId="2183B3A4" w14:textId="222B2FB1" w:rsidR="00E70B6C" w:rsidRDefault="006A5D32" w:rsidP="00617441">
      <w:r>
        <w:rPr>
          <w:noProof/>
        </w:rPr>
        <w:drawing>
          <wp:inline distT="0" distB="0" distL="0" distR="0" wp14:anchorId="6E0D53CF" wp14:editId="1055242A">
            <wp:extent cx="6858000" cy="5276088"/>
            <wp:effectExtent l="0" t="0" r="0" b="0"/>
            <wp:docPr id="152030306" name="Picture 15203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4r--19F.png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0DE0A" w14:textId="77777777" w:rsidR="00A05FD5" w:rsidRDefault="00A05FD5" w:rsidP="00A05FD5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5a</w:t>
      </w:r>
    </w:p>
    <w:p w14:paraId="4942EE50" w14:textId="77777777" w:rsidR="00A05FD5" w:rsidRDefault="00A05FD5" w:rsidP="00A05FD5">
      <w:r>
        <w:rPr>
          <w:noProof/>
        </w:rPr>
        <w:drawing>
          <wp:inline distT="0" distB="0" distL="0" distR="0" wp14:anchorId="2410C6F3" wp14:editId="32AD2F32">
            <wp:extent cx="6858000" cy="5276088"/>
            <wp:effectExtent l="0" t="0" r="0" b="0"/>
            <wp:docPr id="1902766624" name="Picture 1902766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a--1H.png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D543F" w14:textId="77777777" w:rsidR="00A05FD5" w:rsidRDefault="00A05FD5" w:rsidP="00A05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5a</w:t>
      </w:r>
    </w:p>
    <w:p w14:paraId="2555BEEB" w14:textId="77777777" w:rsidR="00A05FD5" w:rsidRDefault="00A05FD5" w:rsidP="00A05FD5">
      <w:r>
        <w:rPr>
          <w:noProof/>
        </w:rPr>
        <w:drawing>
          <wp:inline distT="0" distB="0" distL="0" distR="0" wp14:anchorId="38F85F9D" wp14:editId="2B78EAB2">
            <wp:extent cx="6858000" cy="5276088"/>
            <wp:effectExtent l="0" t="0" r="0" b="0"/>
            <wp:docPr id="1451963270" name="Picture 1451963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a--13C.png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0287" w14:textId="77777777" w:rsidR="00A05FD5" w:rsidRDefault="00A05FD5" w:rsidP="00A05FD5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5a</w:t>
      </w:r>
    </w:p>
    <w:p w14:paraId="7A8FE7FB" w14:textId="77777777" w:rsidR="00A05FD5" w:rsidRDefault="00A05FD5" w:rsidP="00A05FD5">
      <w:r>
        <w:rPr>
          <w:noProof/>
        </w:rPr>
        <w:drawing>
          <wp:inline distT="0" distB="0" distL="0" distR="0" wp14:anchorId="58D06E47" wp14:editId="4F237BCC">
            <wp:extent cx="6858000" cy="5276088"/>
            <wp:effectExtent l="0" t="0" r="0" b="0"/>
            <wp:docPr id="1757722197" name="Picture 175772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a--19F.png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7A72" w14:textId="77777777" w:rsidR="00A05FD5" w:rsidRDefault="00A05FD5" w:rsidP="00A05FD5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5b</w:t>
      </w:r>
    </w:p>
    <w:p w14:paraId="4F3D67C4" w14:textId="77777777" w:rsidR="00A05FD5" w:rsidRDefault="00A05FD5" w:rsidP="00A05FD5">
      <w:r>
        <w:rPr>
          <w:noProof/>
        </w:rPr>
        <w:drawing>
          <wp:inline distT="0" distB="0" distL="0" distR="0" wp14:anchorId="1F51316E" wp14:editId="08E20728">
            <wp:extent cx="6858000" cy="5276088"/>
            <wp:effectExtent l="0" t="0" r="0" b="0"/>
            <wp:docPr id="793015186" name="Picture 79301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b--1H.png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2A9E4" w14:textId="77777777" w:rsidR="00A05FD5" w:rsidRDefault="00A05FD5" w:rsidP="00A05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5b</w:t>
      </w:r>
    </w:p>
    <w:p w14:paraId="23FC4195" w14:textId="77777777" w:rsidR="00A05FD5" w:rsidRDefault="00A05FD5" w:rsidP="00A05FD5">
      <w:r>
        <w:rPr>
          <w:noProof/>
        </w:rPr>
        <w:drawing>
          <wp:inline distT="0" distB="0" distL="0" distR="0" wp14:anchorId="623933DD" wp14:editId="4787972D">
            <wp:extent cx="6858000" cy="5276088"/>
            <wp:effectExtent l="0" t="0" r="0" b="0"/>
            <wp:docPr id="320733707" name="Picture 320733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b--13C.png"/>
                    <pic:cNvPicPr/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CBBFD" w14:textId="77777777" w:rsidR="00A05FD5" w:rsidRDefault="00A05FD5" w:rsidP="00A05FD5">
      <w:r>
        <w:rPr>
          <w:vertAlign w:val="superscript"/>
        </w:rPr>
        <w:lastRenderedPageBreak/>
        <w:t>19</w:t>
      </w:r>
      <w:r>
        <w:t>F NMR (471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5b</w:t>
      </w:r>
    </w:p>
    <w:p w14:paraId="29748EA3" w14:textId="77777777" w:rsidR="00A05FD5" w:rsidRDefault="00A05FD5" w:rsidP="00A05FD5">
      <w:r>
        <w:rPr>
          <w:noProof/>
        </w:rPr>
        <w:drawing>
          <wp:inline distT="0" distB="0" distL="0" distR="0" wp14:anchorId="37BF76C9" wp14:editId="473CC3E7">
            <wp:extent cx="6858000" cy="5276088"/>
            <wp:effectExtent l="0" t="0" r="0" b="0"/>
            <wp:docPr id="1616069755" name="Picture 1616069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b--19F.png"/>
                    <pic:cNvPicPr/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0BFC1" w14:textId="77777777" w:rsidR="00A05FD5" w:rsidRDefault="00A05FD5" w:rsidP="00A05FD5">
      <w:r>
        <w:rPr>
          <w:vertAlign w:val="superscript"/>
        </w:rPr>
        <w:lastRenderedPageBreak/>
        <w:t>1</w:t>
      </w:r>
      <w:r>
        <w:t>H NMR (400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5c</w:t>
      </w:r>
    </w:p>
    <w:p w14:paraId="07194654" w14:textId="77777777" w:rsidR="00A05FD5" w:rsidRDefault="00A05FD5" w:rsidP="00A05FD5">
      <w:r>
        <w:rPr>
          <w:noProof/>
        </w:rPr>
        <w:drawing>
          <wp:inline distT="0" distB="0" distL="0" distR="0" wp14:anchorId="01344851" wp14:editId="4DC70545">
            <wp:extent cx="6858000" cy="5276088"/>
            <wp:effectExtent l="0" t="0" r="0" b="0"/>
            <wp:docPr id="1466274775" name="Picture 1466274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c--1H.png"/>
                    <pic:cNvPicPr/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BB7B0" w14:textId="77777777" w:rsidR="00A05FD5" w:rsidRDefault="00A05FD5" w:rsidP="00A05FD5">
      <w:r>
        <w:rPr>
          <w:vertAlign w:val="superscript"/>
        </w:rPr>
        <w:lastRenderedPageBreak/>
        <w:t>13</w:t>
      </w:r>
      <w:r>
        <w:t>C NMR (101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5c</w:t>
      </w:r>
    </w:p>
    <w:p w14:paraId="29B2DD77" w14:textId="77777777" w:rsidR="00A05FD5" w:rsidRDefault="00A05FD5" w:rsidP="00A05FD5">
      <w:r>
        <w:rPr>
          <w:noProof/>
        </w:rPr>
        <w:drawing>
          <wp:inline distT="0" distB="0" distL="0" distR="0" wp14:anchorId="67220A99" wp14:editId="1FFD6F6B">
            <wp:extent cx="6858000" cy="5276088"/>
            <wp:effectExtent l="0" t="0" r="0" b="0"/>
            <wp:docPr id="49813308" name="Picture 49813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c--13C.png"/>
                    <pic:cNvPicPr/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6E1E4" w14:textId="77777777" w:rsidR="00A05FD5" w:rsidRDefault="00A05FD5" w:rsidP="00A05FD5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5c</w:t>
      </w:r>
    </w:p>
    <w:p w14:paraId="2D74C27E" w14:textId="77777777" w:rsidR="00A05FD5" w:rsidRDefault="00A05FD5" w:rsidP="00A05FD5">
      <w:r>
        <w:rPr>
          <w:noProof/>
        </w:rPr>
        <w:drawing>
          <wp:inline distT="0" distB="0" distL="0" distR="0" wp14:anchorId="58A81B8F" wp14:editId="443625EC">
            <wp:extent cx="6858000" cy="5276088"/>
            <wp:effectExtent l="0" t="0" r="0" b="0"/>
            <wp:docPr id="1285364022" name="Picture 128536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c--19F.png"/>
                    <pic:cNvPicPr/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62D5E" w14:textId="77777777" w:rsidR="00A05FD5" w:rsidRDefault="00A05FD5" w:rsidP="00A05FD5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5d</w:t>
      </w:r>
    </w:p>
    <w:p w14:paraId="4C1767EF" w14:textId="77777777" w:rsidR="00A05FD5" w:rsidRDefault="00A05FD5" w:rsidP="00A05FD5">
      <w:r>
        <w:rPr>
          <w:noProof/>
        </w:rPr>
        <w:drawing>
          <wp:inline distT="0" distB="0" distL="0" distR="0" wp14:anchorId="6C59BAEE" wp14:editId="49652164">
            <wp:extent cx="6858000" cy="5276088"/>
            <wp:effectExtent l="0" t="0" r="0" b="0"/>
            <wp:docPr id="1065065943" name="Picture 1065065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d--1H.png"/>
                    <pic:cNvPicPr/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0E2C" w14:textId="77777777" w:rsidR="00A05FD5" w:rsidRDefault="00A05FD5" w:rsidP="00A05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5d</w:t>
      </w:r>
    </w:p>
    <w:p w14:paraId="125B795E" w14:textId="77777777" w:rsidR="00A05FD5" w:rsidRDefault="00A05FD5" w:rsidP="00A05FD5">
      <w:r>
        <w:rPr>
          <w:noProof/>
        </w:rPr>
        <w:drawing>
          <wp:inline distT="0" distB="0" distL="0" distR="0" wp14:anchorId="47BEC694" wp14:editId="7CD50004">
            <wp:extent cx="6858000" cy="5276088"/>
            <wp:effectExtent l="0" t="0" r="0" b="0"/>
            <wp:docPr id="1032485748" name="Picture 1032485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d--13C.png"/>
                    <pic:cNvPicPr/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BB448" w14:textId="77777777" w:rsidR="00A05FD5" w:rsidRDefault="00A05FD5" w:rsidP="00A05FD5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5d</w:t>
      </w:r>
    </w:p>
    <w:p w14:paraId="255023A5" w14:textId="77777777" w:rsidR="00A05FD5" w:rsidRDefault="00A05FD5" w:rsidP="00A05FD5">
      <w:r>
        <w:rPr>
          <w:noProof/>
        </w:rPr>
        <w:drawing>
          <wp:inline distT="0" distB="0" distL="0" distR="0" wp14:anchorId="126E9B02" wp14:editId="383D5173">
            <wp:extent cx="6858000" cy="5276088"/>
            <wp:effectExtent l="0" t="0" r="0" b="0"/>
            <wp:docPr id="737208030" name="Picture 737208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d--19F.png"/>
                    <pic:cNvPicPr/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44397" w14:textId="77777777" w:rsidR="00A05FD5" w:rsidRPr="009E5BBD" w:rsidRDefault="00A05FD5" w:rsidP="00A05FD5">
      <w:pPr>
        <w:rPr>
          <w:lang w:val="pt-BR"/>
        </w:rPr>
      </w:pPr>
      <w:r w:rsidRPr="009E5BBD">
        <w:rPr>
          <w:vertAlign w:val="superscript"/>
          <w:lang w:val="pt-BR"/>
        </w:rPr>
        <w:lastRenderedPageBreak/>
        <w:t>1</w:t>
      </w:r>
      <w:r w:rsidRPr="009E5BBD">
        <w:rPr>
          <w:lang w:val="pt-BR"/>
        </w:rPr>
        <w:t>H NMR (500 MHz, CDCl</w:t>
      </w:r>
      <w:r w:rsidRPr="009E5BBD">
        <w:rPr>
          <w:vertAlign w:val="subscript"/>
          <w:lang w:val="pt-BR"/>
        </w:rPr>
        <w:t>3</w:t>
      </w:r>
      <w:r w:rsidRPr="009E5BBD">
        <w:rPr>
          <w:lang w:val="pt-BR"/>
        </w:rPr>
        <w:t xml:space="preserve">) for </w:t>
      </w:r>
      <w:proofErr w:type="spellStart"/>
      <w:r w:rsidRPr="009E5BBD">
        <w:rPr>
          <w:b/>
          <w:lang w:val="pt-BR"/>
        </w:rPr>
        <w:t>Compound</w:t>
      </w:r>
      <w:proofErr w:type="spellEnd"/>
      <w:r w:rsidRPr="009E5BBD">
        <w:rPr>
          <w:b/>
          <w:lang w:val="pt-BR"/>
        </w:rPr>
        <w:t xml:space="preserve"> 5e</w:t>
      </w:r>
    </w:p>
    <w:p w14:paraId="1D51B8BF" w14:textId="77777777" w:rsidR="00A05FD5" w:rsidRDefault="00A05FD5" w:rsidP="00A05FD5">
      <w:r>
        <w:rPr>
          <w:noProof/>
        </w:rPr>
        <w:drawing>
          <wp:inline distT="0" distB="0" distL="0" distR="0" wp14:anchorId="236A8BAF" wp14:editId="497D896C">
            <wp:extent cx="6858000" cy="5276088"/>
            <wp:effectExtent l="0" t="0" r="0" b="0"/>
            <wp:docPr id="191138999" name="Picture 19113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e--1H.png"/>
                    <pic:cNvPicPr/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93666" w14:textId="77777777" w:rsidR="00A05FD5" w:rsidRDefault="00A05FD5" w:rsidP="00A05FD5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5e</w:t>
      </w:r>
    </w:p>
    <w:p w14:paraId="3F18DE0B" w14:textId="77777777" w:rsidR="00A05FD5" w:rsidRDefault="00A05FD5" w:rsidP="00A05FD5">
      <w:r>
        <w:rPr>
          <w:noProof/>
        </w:rPr>
        <w:drawing>
          <wp:inline distT="0" distB="0" distL="0" distR="0" wp14:anchorId="700DCDB2" wp14:editId="5C992138">
            <wp:extent cx="6858000" cy="5276088"/>
            <wp:effectExtent l="0" t="0" r="0" b="0"/>
            <wp:docPr id="1882563882" name="Picture 1882563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e--13C.png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B108E" w14:textId="77777777" w:rsidR="00A05FD5" w:rsidRDefault="00A05FD5" w:rsidP="00A05FD5">
      <w:r>
        <w:rPr>
          <w:vertAlign w:val="superscript"/>
        </w:rPr>
        <w:lastRenderedPageBreak/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5e</w:t>
      </w:r>
    </w:p>
    <w:p w14:paraId="1B86F925" w14:textId="77777777" w:rsidR="00A05FD5" w:rsidRDefault="00A05FD5" w:rsidP="00A05FD5">
      <w:r>
        <w:rPr>
          <w:noProof/>
        </w:rPr>
        <w:drawing>
          <wp:inline distT="0" distB="0" distL="0" distR="0" wp14:anchorId="799C4F69" wp14:editId="7C9F68D3">
            <wp:extent cx="6858000" cy="5276088"/>
            <wp:effectExtent l="0" t="0" r="0" b="0"/>
            <wp:docPr id="1616775294" name="Picture 1616775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5e--19F.png"/>
                    <pic:cNvPicPr/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7C298" w14:textId="43E63AC0" w:rsidR="002D64EA" w:rsidRDefault="002D64EA" w:rsidP="002D64EA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  <w:bCs/>
        </w:rPr>
        <w:t>Compound 6</w:t>
      </w:r>
      <w:r w:rsidRPr="002D2D7A">
        <w:rPr>
          <w:noProof/>
        </w:rPr>
        <w:t xml:space="preserve"> </w:t>
      </w:r>
    </w:p>
    <w:p w14:paraId="2EE107BA" w14:textId="77777777" w:rsidR="002D64EA" w:rsidRDefault="002D64EA" w:rsidP="002D64EA">
      <w:r w:rsidRPr="002D2D7A">
        <w:rPr>
          <w:b/>
          <w:bCs/>
          <w:noProof/>
        </w:rPr>
        <w:drawing>
          <wp:anchor distT="0" distB="0" distL="114300" distR="114300" simplePos="0" relativeHeight="251658409" behindDoc="0" locked="0" layoutInCell="1" allowOverlap="1" wp14:anchorId="4C2AA694" wp14:editId="77957559">
            <wp:simplePos x="0" y="0"/>
            <wp:positionH relativeFrom="column">
              <wp:posOffset>379730</wp:posOffset>
            </wp:positionH>
            <wp:positionV relativeFrom="paragraph">
              <wp:posOffset>552791</wp:posOffset>
            </wp:positionV>
            <wp:extent cx="2501900" cy="1130300"/>
            <wp:effectExtent l="0" t="0" r="0" b="0"/>
            <wp:wrapNone/>
            <wp:docPr id="2035133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133477" name=""/>
                    <pic:cNvPicPr/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FC39807" wp14:editId="1DAC34DD">
            <wp:extent cx="6858000" cy="5276088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2--1H.png"/>
                    <pic:cNvPicPr/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17E" w14:textId="77777777" w:rsidR="002D64EA" w:rsidRDefault="002D64EA" w:rsidP="002D64EA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  <w:bCs/>
        </w:rPr>
        <w:t>Compound 6</w:t>
      </w:r>
    </w:p>
    <w:p w14:paraId="2DC726DD" w14:textId="77777777" w:rsidR="002D64EA" w:rsidRDefault="002D64EA" w:rsidP="002D64EA">
      <w:r w:rsidRPr="002D2D7A">
        <w:rPr>
          <w:b/>
          <w:bCs/>
          <w:noProof/>
        </w:rPr>
        <w:drawing>
          <wp:anchor distT="0" distB="0" distL="114300" distR="114300" simplePos="0" relativeHeight="251658410" behindDoc="0" locked="0" layoutInCell="1" allowOverlap="1" wp14:anchorId="7274C079" wp14:editId="3BC3C122">
            <wp:simplePos x="0" y="0"/>
            <wp:positionH relativeFrom="column">
              <wp:posOffset>150829</wp:posOffset>
            </wp:positionH>
            <wp:positionV relativeFrom="paragraph">
              <wp:posOffset>637632</wp:posOffset>
            </wp:positionV>
            <wp:extent cx="2501900" cy="1130300"/>
            <wp:effectExtent l="0" t="0" r="0" b="0"/>
            <wp:wrapNone/>
            <wp:docPr id="886347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133477" name=""/>
                    <pic:cNvPicPr/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27A606B" wp14:editId="0BD1CD47">
            <wp:extent cx="6858000" cy="5276088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2--13C.png"/>
                    <pic:cNvPicPr/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48414" w14:textId="77777777" w:rsidR="00DE5E60" w:rsidRDefault="00DE5E60" w:rsidP="00DE5E60">
      <w:pPr>
        <w:pStyle w:val="NormalWeb"/>
      </w:pPr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597FBB">
        <w:rPr>
          <w:b/>
          <w:bCs/>
        </w:rPr>
        <w:t>Compound 7</w:t>
      </w:r>
      <w:r w:rsidRPr="00D646C9">
        <w:rPr>
          <w:noProof/>
        </w:rPr>
        <w:t xml:space="preserve"> </w:t>
      </w:r>
    </w:p>
    <w:p w14:paraId="524BAB76" w14:textId="77777777" w:rsidR="00DE5E60" w:rsidRDefault="00DE5E60" w:rsidP="00DE5E60">
      <w:r w:rsidRPr="00D646C9">
        <w:rPr>
          <w:b/>
          <w:bCs/>
          <w:noProof/>
        </w:rPr>
        <w:drawing>
          <wp:anchor distT="0" distB="0" distL="114300" distR="114300" simplePos="0" relativeHeight="251658415" behindDoc="0" locked="0" layoutInCell="1" allowOverlap="1" wp14:anchorId="6882E20F" wp14:editId="3CA0F5D0">
            <wp:simplePos x="0" y="0"/>
            <wp:positionH relativeFrom="column">
              <wp:posOffset>534356</wp:posOffset>
            </wp:positionH>
            <wp:positionV relativeFrom="paragraph">
              <wp:posOffset>531751</wp:posOffset>
            </wp:positionV>
            <wp:extent cx="1625600" cy="850900"/>
            <wp:effectExtent l="0" t="0" r="0" b="0"/>
            <wp:wrapNone/>
            <wp:docPr id="1581665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665076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F81FA87" wp14:editId="38750B26">
            <wp:extent cx="6858000" cy="5276088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5--1H.png"/>
                    <pic:cNvPicPr/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DB08C" w14:textId="77777777" w:rsidR="00DE5E60" w:rsidRDefault="00DE5E60" w:rsidP="00DE5E60">
      <w:pPr>
        <w:rPr>
          <w:vertAlign w:val="superscript"/>
        </w:rPr>
      </w:pPr>
    </w:p>
    <w:p w14:paraId="0E6ACD2B" w14:textId="77777777" w:rsidR="00DE5E60" w:rsidRDefault="00DE5E60" w:rsidP="00DE5E60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597FBB">
        <w:rPr>
          <w:b/>
          <w:bCs/>
        </w:rPr>
        <w:t>Compound 7</w:t>
      </w:r>
    </w:p>
    <w:p w14:paraId="324DAA16" w14:textId="77777777" w:rsidR="00DE5E60" w:rsidRDefault="00DE5E60" w:rsidP="00DE5E60">
      <w:r w:rsidRPr="00D646C9">
        <w:rPr>
          <w:b/>
          <w:bCs/>
          <w:noProof/>
        </w:rPr>
        <w:drawing>
          <wp:anchor distT="0" distB="0" distL="114300" distR="114300" simplePos="0" relativeHeight="251658416" behindDoc="0" locked="0" layoutInCell="1" allowOverlap="1" wp14:anchorId="7D398D7D" wp14:editId="0602F672">
            <wp:simplePos x="0" y="0"/>
            <wp:positionH relativeFrom="column">
              <wp:posOffset>403448</wp:posOffset>
            </wp:positionH>
            <wp:positionV relativeFrom="paragraph">
              <wp:posOffset>421031</wp:posOffset>
            </wp:positionV>
            <wp:extent cx="1625600" cy="850900"/>
            <wp:effectExtent l="0" t="0" r="0" b="0"/>
            <wp:wrapNone/>
            <wp:docPr id="1010341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665076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BECF145" wp14:editId="3BF0C087">
            <wp:extent cx="6858000" cy="5276088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5--13C.png"/>
                    <pic:cNvPicPr/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E7B96" w14:textId="77777777" w:rsidR="00DE5E60" w:rsidRDefault="00DE5E60" w:rsidP="00DE5E60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0117F0">
        <w:rPr>
          <w:rStyle w:val="Strong"/>
          <w:color w:val="000000"/>
        </w:rPr>
        <w:t>Compound 8</w:t>
      </w:r>
      <w:r w:rsidRPr="00630D65">
        <w:rPr>
          <w:noProof/>
        </w:rPr>
        <w:t xml:space="preserve"> </w:t>
      </w:r>
    </w:p>
    <w:p w14:paraId="56A80C06" w14:textId="77777777" w:rsidR="00DE5E60" w:rsidRDefault="00DE5E60" w:rsidP="00DE5E60">
      <w:r w:rsidRPr="00630D65">
        <w:rPr>
          <w:rStyle w:val="Strong"/>
          <w:noProof/>
          <w:color w:val="000000"/>
        </w:rPr>
        <w:drawing>
          <wp:anchor distT="0" distB="0" distL="114300" distR="114300" simplePos="0" relativeHeight="251658411" behindDoc="0" locked="0" layoutInCell="1" allowOverlap="1" wp14:anchorId="47C87EEA" wp14:editId="5FD4FB1C">
            <wp:simplePos x="0" y="0"/>
            <wp:positionH relativeFrom="column">
              <wp:posOffset>2023790</wp:posOffset>
            </wp:positionH>
            <wp:positionV relativeFrom="paragraph">
              <wp:posOffset>882729</wp:posOffset>
            </wp:positionV>
            <wp:extent cx="2209800" cy="1346200"/>
            <wp:effectExtent l="0" t="0" r="0" b="0"/>
            <wp:wrapNone/>
            <wp:docPr id="1294951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951277" name=""/>
                    <pic:cNvPicPr/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9D0FCE0" wp14:editId="61820D3E">
            <wp:extent cx="6858000" cy="5276088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1--1H.png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168D" w14:textId="77777777" w:rsidR="00DE5E60" w:rsidRDefault="00DE5E60" w:rsidP="00DE5E60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0117F0">
        <w:rPr>
          <w:rStyle w:val="Strong"/>
          <w:color w:val="000000"/>
        </w:rPr>
        <w:t>Compound 8</w:t>
      </w:r>
    </w:p>
    <w:p w14:paraId="0787E6EF" w14:textId="77777777" w:rsidR="00DE5E60" w:rsidRDefault="00DE5E60" w:rsidP="00DE5E60">
      <w:r w:rsidRPr="00630D65">
        <w:rPr>
          <w:rStyle w:val="Strong"/>
          <w:noProof/>
          <w:color w:val="000000"/>
        </w:rPr>
        <w:drawing>
          <wp:anchor distT="0" distB="0" distL="114300" distR="114300" simplePos="0" relativeHeight="251658412" behindDoc="0" locked="0" layoutInCell="1" allowOverlap="1" wp14:anchorId="5542E4B4" wp14:editId="08B23F23">
            <wp:simplePos x="0" y="0"/>
            <wp:positionH relativeFrom="column">
              <wp:posOffset>318607</wp:posOffset>
            </wp:positionH>
            <wp:positionV relativeFrom="paragraph">
              <wp:posOffset>553007</wp:posOffset>
            </wp:positionV>
            <wp:extent cx="2209800" cy="1346200"/>
            <wp:effectExtent l="0" t="0" r="0" b="0"/>
            <wp:wrapNone/>
            <wp:docPr id="1772930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951277" name=""/>
                    <pic:cNvPicPr/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5198D2D" wp14:editId="5049EA4A">
            <wp:extent cx="6858000" cy="5276088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1--13C.png"/>
                    <pic:cNvPicPr/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30BC9" w14:textId="77777777" w:rsidR="00DE5E60" w:rsidRDefault="00DE5E60" w:rsidP="00DE5E60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9949C6">
        <w:rPr>
          <w:rStyle w:val="Strong"/>
          <w:color w:val="000000"/>
        </w:rPr>
        <w:t>Compound 9</w:t>
      </w:r>
      <w:r w:rsidRPr="00EB4972">
        <w:rPr>
          <w:noProof/>
        </w:rPr>
        <w:t xml:space="preserve"> </w:t>
      </w:r>
    </w:p>
    <w:p w14:paraId="06D7D0E6" w14:textId="77777777" w:rsidR="00DE5E60" w:rsidRDefault="00DE5E60" w:rsidP="00DE5E60">
      <w:r w:rsidRPr="00EB4972">
        <w:rPr>
          <w:rStyle w:val="Strong"/>
          <w:noProof/>
          <w:color w:val="000000"/>
        </w:rPr>
        <w:drawing>
          <wp:anchor distT="0" distB="0" distL="114300" distR="114300" simplePos="0" relativeHeight="251658413" behindDoc="0" locked="0" layoutInCell="1" allowOverlap="1" wp14:anchorId="3EADFBCA" wp14:editId="392CCCA6">
            <wp:simplePos x="0" y="0"/>
            <wp:positionH relativeFrom="column">
              <wp:posOffset>619197</wp:posOffset>
            </wp:positionH>
            <wp:positionV relativeFrom="paragraph">
              <wp:posOffset>609351</wp:posOffset>
            </wp:positionV>
            <wp:extent cx="1384300" cy="622300"/>
            <wp:effectExtent l="0" t="0" r="0" b="0"/>
            <wp:wrapNone/>
            <wp:docPr id="1721511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511592" name=""/>
                    <pic:cNvPicPr/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CE9C1E6" wp14:editId="3EC069C0">
            <wp:extent cx="6858000" cy="5276088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3--1H.png"/>
                    <pic:cNvPicPr/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5C7D8" w14:textId="77777777" w:rsidR="00DE5E60" w:rsidRDefault="00DE5E60" w:rsidP="00DE5E60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9949C6">
        <w:rPr>
          <w:rStyle w:val="Strong"/>
          <w:color w:val="000000"/>
        </w:rPr>
        <w:t>Compound 9</w:t>
      </w:r>
    </w:p>
    <w:p w14:paraId="61807D76" w14:textId="77777777" w:rsidR="00DE5E60" w:rsidRDefault="00DE5E60" w:rsidP="00DE5E60">
      <w:r w:rsidRPr="00EB4972">
        <w:rPr>
          <w:rStyle w:val="Strong"/>
          <w:noProof/>
          <w:color w:val="000000"/>
        </w:rPr>
        <w:drawing>
          <wp:anchor distT="0" distB="0" distL="114300" distR="114300" simplePos="0" relativeHeight="251658414" behindDoc="0" locked="0" layoutInCell="1" allowOverlap="1" wp14:anchorId="76A5B261" wp14:editId="06B3D938">
            <wp:simplePos x="0" y="0"/>
            <wp:positionH relativeFrom="column">
              <wp:posOffset>365740</wp:posOffset>
            </wp:positionH>
            <wp:positionV relativeFrom="paragraph">
              <wp:posOffset>411605</wp:posOffset>
            </wp:positionV>
            <wp:extent cx="1384300" cy="622300"/>
            <wp:effectExtent l="0" t="0" r="0" b="0"/>
            <wp:wrapNone/>
            <wp:docPr id="1744501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511592" name=""/>
                    <pic:cNvPicPr/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2F1DF13" wp14:editId="2407C926">
            <wp:extent cx="6858000" cy="5276088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3--13C.png"/>
                    <pic:cNvPicPr/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3BBB7" w14:textId="77777777" w:rsidR="00C42D0F" w:rsidRDefault="00C42D0F" w:rsidP="00C42D0F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10</w:t>
      </w:r>
      <w:r w:rsidRPr="005E4941">
        <w:rPr>
          <w:noProof/>
        </w:rPr>
        <w:t xml:space="preserve"> </w:t>
      </w:r>
    </w:p>
    <w:p w14:paraId="27E53B64" w14:textId="77777777" w:rsidR="00C42D0F" w:rsidRDefault="00C42D0F" w:rsidP="00C42D0F">
      <w:r w:rsidRPr="005E4941">
        <w:rPr>
          <w:b/>
          <w:noProof/>
        </w:rPr>
        <w:drawing>
          <wp:anchor distT="0" distB="0" distL="114300" distR="114300" simplePos="0" relativeHeight="251658417" behindDoc="0" locked="0" layoutInCell="1" allowOverlap="1" wp14:anchorId="050AB6A1" wp14:editId="3AB52AA3">
            <wp:simplePos x="0" y="0"/>
            <wp:positionH relativeFrom="column">
              <wp:posOffset>591067</wp:posOffset>
            </wp:positionH>
            <wp:positionV relativeFrom="paragraph">
              <wp:posOffset>901582</wp:posOffset>
            </wp:positionV>
            <wp:extent cx="1752600" cy="660400"/>
            <wp:effectExtent l="0" t="0" r="0" b="0"/>
            <wp:wrapNone/>
            <wp:docPr id="866158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58405" name=""/>
                    <pic:cNvPicPr/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7CDB558" wp14:editId="49B2A9C4">
            <wp:extent cx="6858000" cy="5276088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16--1H.png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431FD" w14:textId="77777777" w:rsidR="00C42D0F" w:rsidRDefault="00C42D0F" w:rsidP="00C42D0F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10</w:t>
      </w:r>
    </w:p>
    <w:p w14:paraId="279E7567" w14:textId="77777777" w:rsidR="00C42D0F" w:rsidRDefault="00C42D0F" w:rsidP="00C42D0F">
      <w:r w:rsidRPr="005E4941">
        <w:rPr>
          <w:b/>
          <w:noProof/>
        </w:rPr>
        <w:drawing>
          <wp:anchor distT="0" distB="0" distL="114300" distR="114300" simplePos="0" relativeHeight="251658418" behindDoc="0" locked="0" layoutInCell="1" allowOverlap="1" wp14:anchorId="662791E7" wp14:editId="53318408">
            <wp:simplePos x="0" y="0"/>
            <wp:positionH relativeFrom="column">
              <wp:posOffset>280899</wp:posOffset>
            </wp:positionH>
            <wp:positionV relativeFrom="paragraph">
              <wp:posOffset>449312</wp:posOffset>
            </wp:positionV>
            <wp:extent cx="1752600" cy="660400"/>
            <wp:effectExtent l="0" t="0" r="0" b="0"/>
            <wp:wrapNone/>
            <wp:docPr id="139471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58405" name=""/>
                    <pic:cNvPicPr/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343C03A" wp14:editId="793228F7">
            <wp:extent cx="6858000" cy="5276088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16--13C.png"/>
                    <pic:cNvPicPr/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EB72B" w14:textId="77777777" w:rsidR="001823FC" w:rsidRDefault="001823FC" w:rsidP="001823FC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9949C6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11</w:t>
      </w:r>
      <w:r w:rsidRPr="00790919">
        <w:rPr>
          <w:noProof/>
        </w:rPr>
        <w:t xml:space="preserve"> </w:t>
      </w:r>
    </w:p>
    <w:p w14:paraId="4325E3E8" w14:textId="77777777" w:rsidR="001823FC" w:rsidRDefault="001823FC" w:rsidP="001823FC">
      <w:r w:rsidRPr="00790919">
        <w:rPr>
          <w:rStyle w:val="Strong"/>
          <w:noProof/>
          <w:color w:val="000000"/>
        </w:rPr>
        <w:drawing>
          <wp:anchor distT="0" distB="0" distL="114300" distR="114300" simplePos="0" relativeHeight="251658419" behindDoc="0" locked="0" layoutInCell="1" allowOverlap="1" wp14:anchorId="545F6B97" wp14:editId="2DA3186D">
            <wp:simplePos x="0" y="0"/>
            <wp:positionH relativeFrom="column">
              <wp:posOffset>1920247</wp:posOffset>
            </wp:positionH>
            <wp:positionV relativeFrom="paragraph">
              <wp:posOffset>750754</wp:posOffset>
            </wp:positionV>
            <wp:extent cx="1638300" cy="774700"/>
            <wp:effectExtent l="0" t="0" r="0" b="0"/>
            <wp:wrapNone/>
            <wp:docPr id="1930179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179634" name="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4440E7A" wp14:editId="01EC468D">
            <wp:extent cx="6858000" cy="5276088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9--1H.png"/>
                    <pic:cNvPicPr/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51BB7" w14:textId="77777777" w:rsidR="001823FC" w:rsidRDefault="001823FC" w:rsidP="001823FC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9949C6">
        <w:rPr>
          <w:rStyle w:val="Strong"/>
          <w:color w:val="000000"/>
        </w:rPr>
        <w:t xml:space="preserve">Compound </w:t>
      </w:r>
      <w:r>
        <w:rPr>
          <w:rStyle w:val="Strong"/>
          <w:color w:val="000000"/>
        </w:rPr>
        <w:t>11</w:t>
      </w:r>
    </w:p>
    <w:p w14:paraId="1C250C8E" w14:textId="77777777" w:rsidR="001823FC" w:rsidRDefault="001823FC" w:rsidP="001823FC">
      <w:r w:rsidRPr="00790919">
        <w:rPr>
          <w:rStyle w:val="Strong"/>
          <w:noProof/>
          <w:color w:val="000000"/>
        </w:rPr>
        <w:drawing>
          <wp:anchor distT="0" distB="0" distL="114300" distR="114300" simplePos="0" relativeHeight="251658420" behindDoc="0" locked="0" layoutInCell="1" allowOverlap="1" wp14:anchorId="605B35BC" wp14:editId="64ECC831">
            <wp:simplePos x="0" y="0"/>
            <wp:positionH relativeFrom="column">
              <wp:posOffset>487936</wp:posOffset>
            </wp:positionH>
            <wp:positionV relativeFrom="paragraph">
              <wp:posOffset>618745</wp:posOffset>
            </wp:positionV>
            <wp:extent cx="1638300" cy="774700"/>
            <wp:effectExtent l="0" t="0" r="0" b="0"/>
            <wp:wrapNone/>
            <wp:docPr id="1064243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179634" name="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AB19A56" wp14:editId="2A7AA651">
            <wp:extent cx="6858000" cy="5276088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09--13C.png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078E1" w14:textId="77777777" w:rsidR="00C632A9" w:rsidRDefault="00C632A9" w:rsidP="00C632A9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913A99">
        <w:rPr>
          <w:rStyle w:val="Strong"/>
          <w:color w:val="000000"/>
        </w:rPr>
        <w:t>Compound 13</w:t>
      </w:r>
      <w:r w:rsidRPr="005B2995">
        <w:rPr>
          <w:noProof/>
        </w:rPr>
        <w:t xml:space="preserve"> </w:t>
      </w:r>
    </w:p>
    <w:p w14:paraId="215A0CBB" w14:textId="77777777" w:rsidR="00C632A9" w:rsidRDefault="00C632A9" w:rsidP="00C632A9">
      <w:r w:rsidRPr="005B2995">
        <w:rPr>
          <w:rStyle w:val="Strong"/>
          <w:noProof/>
          <w:color w:val="000000"/>
        </w:rPr>
        <w:drawing>
          <wp:anchor distT="0" distB="0" distL="114300" distR="114300" simplePos="0" relativeHeight="251658421" behindDoc="0" locked="0" layoutInCell="1" allowOverlap="1" wp14:anchorId="2CA30D6D" wp14:editId="6AC8DB49">
            <wp:simplePos x="0" y="0"/>
            <wp:positionH relativeFrom="column">
              <wp:posOffset>770176</wp:posOffset>
            </wp:positionH>
            <wp:positionV relativeFrom="paragraph">
              <wp:posOffset>684766</wp:posOffset>
            </wp:positionV>
            <wp:extent cx="558800" cy="711200"/>
            <wp:effectExtent l="0" t="0" r="0" b="0"/>
            <wp:wrapNone/>
            <wp:docPr id="1099946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946778" name="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92A840A" wp14:editId="1F185C3C">
            <wp:extent cx="6858000" cy="5276088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17--1H.png"/>
                    <pic:cNvPicPr/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363B" w14:textId="77777777" w:rsidR="00C632A9" w:rsidRDefault="00C632A9" w:rsidP="00C632A9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913A99">
        <w:rPr>
          <w:rStyle w:val="Strong"/>
          <w:color w:val="000000"/>
        </w:rPr>
        <w:t>Compound 13</w:t>
      </w:r>
    </w:p>
    <w:p w14:paraId="27D8362C" w14:textId="77777777" w:rsidR="00C632A9" w:rsidRDefault="00C632A9" w:rsidP="00C632A9">
      <w:r w:rsidRPr="005B2995">
        <w:rPr>
          <w:rStyle w:val="Strong"/>
          <w:noProof/>
          <w:color w:val="000000"/>
        </w:rPr>
        <w:drawing>
          <wp:anchor distT="0" distB="0" distL="114300" distR="114300" simplePos="0" relativeHeight="251658422" behindDoc="0" locked="0" layoutInCell="1" allowOverlap="1" wp14:anchorId="04973328" wp14:editId="36917768">
            <wp:simplePos x="0" y="0"/>
            <wp:positionH relativeFrom="column">
              <wp:posOffset>556895</wp:posOffset>
            </wp:positionH>
            <wp:positionV relativeFrom="paragraph">
              <wp:posOffset>298482</wp:posOffset>
            </wp:positionV>
            <wp:extent cx="558800" cy="711200"/>
            <wp:effectExtent l="0" t="0" r="0" b="0"/>
            <wp:wrapNone/>
            <wp:docPr id="260631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946778" name="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EA1FEE8" wp14:editId="27BCF92D">
            <wp:extent cx="6858000" cy="5276088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17--13C.png"/>
                    <pic:cNvPicPr/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70F09" w14:textId="77777777" w:rsidR="004D56D8" w:rsidRDefault="004D56D8" w:rsidP="004D56D8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 w:rsidRPr="00913A99">
        <w:rPr>
          <w:rStyle w:val="Strong"/>
          <w:color w:val="000000"/>
        </w:rPr>
        <w:t>Compound 1</w:t>
      </w:r>
      <w:r>
        <w:rPr>
          <w:rStyle w:val="Strong"/>
          <w:color w:val="000000"/>
        </w:rPr>
        <w:t>5</w:t>
      </w:r>
      <w:r w:rsidRPr="0078555C">
        <w:rPr>
          <w:noProof/>
        </w:rPr>
        <w:t xml:space="preserve"> </w:t>
      </w:r>
    </w:p>
    <w:p w14:paraId="7588A31C" w14:textId="77777777" w:rsidR="004D56D8" w:rsidRDefault="004D56D8" w:rsidP="004D56D8">
      <w:r w:rsidRPr="0078555C">
        <w:rPr>
          <w:rStyle w:val="Strong"/>
          <w:noProof/>
          <w:color w:val="000000"/>
        </w:rPr>
        <w:drawing>
          <wp:anchor distT="0" distB="0" distL="114300" distR="114300" simplePos="0" relativeHeight="251658423" behindDoc="0" locked="0" layoutInCell="1" allowOverlap="1" wp14:anchorId="18C5D20A" wp14:editId="059E9C3D">
            <wp:simplePos x="0" y="0"/>
            <wp:positionH relativeFrom="column">
              <wp:posOffset>647628</wp:posOffset>
            </wp:positionH>
            <wp:positionV relativeFrom="paragraph">
              <wp:posOffset>372110</wp:posOffset>
            </wp:positionV>
            <wp:extent cx="457200" cy="762000"/>
            <wp:effectExtent l="0" t="0" r="0" b="0"/>
            <wp:wrapNone/>
            <wp:docPr id="1353829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829890" name="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9E7D8AB" wp14:editId="0E6FFACE">
            <wp:extent cx="6858000" cy="5276088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18--1H.png"/>
                    <pic:cNvPicPr/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65705" w14:textId="77777777" w:rsidR="004D56D8" w:rsidRDefault="004D56D8" w:rsidP="004D56D8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 w:rsidRPr="00913A99">
        <w:rPr>
          <w:rStyle w:val="Strong"/>
          <w:color w:val="000000"/>
        </w:rPr>
        <w:t>Compound 1</w:t>
      </w:r>
      <w:r>
        <w:rPr>
          <w:rStyle w:val="Strong"/>
          <w:color w:val="000000"/>
        </w:rPr>
        <w:t>5</w:t>
      </w:r>
    </w:p>
    <w:p w14:paraId="40A5193B" w14:textId="751CEFE5" w:rsidR="00153A6D" w:rsidRDefault="004D56D8" w:rsidP="004D56D8">
      <w:r w:rsidRPr="0078555C">
        <w:rPr>
          <w:rStyle w:val="Strong"/>
          <w:noProof/>
          <w:color w:val="000000"/>
        </w:rPr>
        <w:drawing>
          <wp:anchor distT="0" distB="0" distL="114300" distR="114300" simplePos="0" relativeHeight="251658424" behindDoc="0" locked="0" layoutInCell="1" allowOverlap="1" wp14:anchorId="78F56CC7" wp14:editId="30DC8044">
            <wp:simplePos x="0" y="0"/>
            <wp:positionH relativeFrom="column">
              <wp:posOffset>695679</wp:posOffset>
            </wp:positionH>
            <wp:positionV relativeFrom="paragraph">
              <wp:posOffset>364470</wp:posOffset>
            </wp:positionV>
            <wp:extent cx="457200" cy="762000"/>
            <wp:effectExtent l="0" t="0" r="0" b="0"/>
            <wp:wrapNone/>
            <wp:docPr id="823827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829890" name="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E541D69" wp14:editId="4BF8F805">
            <wp:extent cx="6858000" cy="5276088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18--13C.png"/>
                    <pic:cNvPicPr/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2B661" w14:textId="1B3C7C1E" w:rsidR="00FC0723" w:rsidRDefault="004E0858" w:rsidP="00FC0723">
      <w:r>
        <w:rPr>
          <w:noProof/>
        </w:rPr>
        <w:lastRenderedPageBreak/>
        <w:drawing>
          <wp:anchor distT="0" distB="0" distL="114300" distR="114300" simplePos="0" relativeHeight="251658427" behindDoc="0" locked="0" layoutInCell="1" allowOverlap="1" wp14:anchorId="52733A4A" wp14:editId="1AD17F84">
            <wp:simplePos x="0" y="0"/>
            <wp:positionH relativeFrom="column">
              <wp:posOffset>2504</wp:posOffset>
            </wp:positionH>
            <wp:positionV relativeFrom="paragraph">
              <wp:posOffset>336862</wp:posOffset>
            </wp:positionV>
            <wp:extent cx="6858000" cy="5276088"/>
            <wp:effectExtent l="0" t="0" r="0" b="1270"/>
            <wp:wrapNone/>
            <wp:docPr id="76422792" name="Picture 7642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16--1H.png"/>
                    <pic:cNvPicPr/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0723">
        <w:rPr>
          <w:vertAlign w:val="superscript"/>
        </w:rPr>
        <w:t>1</w:t>
      </w:r>
      <w:r w:rsidR="00FC0723">
        <w:t>H NMR (500 MHz, CDCl</w:t>
      </w:r>
      <w:r w:rsidR="00FC0723">
        <w:rPr>
          <w:vertAlign w:val="subscript"/>
        </w:rPr>
        <w:t>3</w:t>
      </w:r>
      <w:r w:rsidR="00FC0723">
        <w:t xml:space="preserve">) for </w:t>
      </w:r>
      <w:r w:rsidR="00FC0723">
        <w:rPr>
          <w:b/>
        </w:rPr>
        <w:t>Compound 16</w:t>
      </w:r>
    </w:p>
    <w:p w14:paraId="722C181A" w14:textId="63161DE1" w:rsidR="00153A6D" w:rsidRDefault="00153A6D">
      <w:pPr>
        <w:spacing w:line="276" w:lineRule="auto"/>
        <w:jc w:val="left"/>
      </w:pPr>
    </w:p>
    <w:p w14:paraId="469C4C03" w14:textId="0B186C80" w:rsidR="004D56D8" w:rsidRDefault="00504B7C" w:rsidP="004D56D8">
      <w:r w:rsidRPr="00EA4FAD">
        <w:rPr>
          <w:noProof/>
        </w:rPr>
        <w:drawing>
          <wp:anchor distT="0" distB="0" distL="114300" distR="114300" simplePos="0" relativeHeight="251658429" behindDoc="0" locked="0" layoutInCell="1" allowOverlap="1" wp14:anchorId="01079AF5" wp14:editId="4659C65E">
            <wp:simplePos x="0" y="0"/>
            <wp:positionH relativeFrom="column">
              <wp:posOffset>185908</wp:posOffset>
            </wp:positionH>
            <wp:positionV relativeFrom="paragraph">
              <wp:posOffset>1082</wp:posOffset>
            </wp:positionV>
            <wp:extent cx="3433313" cy="1403876"/>
            <wp:effectExtent l="0" t="0" r="0" b="6350"/>
            <wp:wrapNone/>
            <wp:docPr id="2064965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65893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3433313" cy="1403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4F42F" w14:textId="44B28251" w:rsidR="004E0858" w:rsidRDefault="004E0858" w:rsidP="009F5682">
      <w:pPr>
        <w:rPr>
          <w:vertAlign w:val="superscript"/>
        </w:rPr>
      </w:pPr>
    </w:p>
    <w:p w14:paraId="12E48669" w14:textId="01007F18" w:rsidR="009F5682" w:rsidRDefault="009F5682" w:rsidP="009F5682"/>
    <w:p w14:paraId="4D1AA2A2" w14:textId="77777777" w:rsidR="00943670" w:rsidRDefault="00943670" w:rsidP="009F5682"/>
    <w:p w14:paraId="0F25E49A" w14:textId="77777777" w:rsidR="00943670" w:rsidRDefault="00943670" w:rsidP="009F5682"/>
    <w:p w14:paraId="4066F3A8" w14:textId="77777777" w:rsidR="00943670" w:rsidRDefault="00943670" w:rsidP="009F5682"/>
    <w:p w14:paraId="0D98F10F" w14:textId="77777777" w:rsidR="00943670" w:rsidRDefault="00943670" w:rsidP="009F5682"/>
    <w:p w14:paraId="5E08DE59" w14:textId="77777777" w:rsidR="00943670" w:rsidRDefault="00943670" w:rsidP="009F5682"/>
    <w:p w14:paraId="6FC726E3" w14:textId="77777777" w:rsidR="00943670" w:rsidRDefault="00943670" w:rsidP="009F5682"/>
    <w:p w14:paraId="1FA1B17C" w14:textId="77777777" w:rsidR="00943670" w:rsidRDefault="00943670" w:rsidP="009F5682"/>
    <w:p w14:paraId="47758DE2" w14:textId="77777777" w:rsidR="00943670" w:rsidRDefault="00943670" w:rsidP="009F5682"/>
    <w:p w14:paraId="341FF975" w14:textId="77777777" w:rsidR="00943670" w:rsidRDefault="00943670" w:rsidP="009F5682"/>
    <w:p w14:paraId="396C9EAB" w14:textId="47DB6498" w:rsidR="00943670" w:rsidRDefault="00943670" w:rsidP="009F5682"/>
    <w:p w14:paraId="64C62F5F" w14:textId="1CA18BD0" w:rsidR="00C6562D" w:rsidRDefault="00C6562D" w:rsidP="00C6562D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16</w:t>
      </w:r>
    </w:p>
    <w:p w14:paraId="46AF04B8" w14:textId="77BA4808" w:rsidR="00943670" w:rsidRDefault="00C6562D">
      <w:pPr>
        <w:spacing w:line="276" w:lineRule="auto"/>
        <w:jc w:val="left"/>
      </w:pPr>
      <w:r w:rsidRPr="00EA4FAD">
        <w:rPr>
          <w:noProof/>
        </w:rPr>
        <w:drawing>
          <wp:anchor distT="0" distB="0" distL="114300" distR="114300" simplePos="0" relativeHeight="251658426" behindDoc="0" locked="0" layoutInCell="1" allowOverlap="1" wp14:anchorId="406A48D4" wp14:editId="4B4B1781">
            <wp:simplePos x="0" y="0"/>
            <wp:positionH relativeFrom="column">
              <wp:posOffset>-6790795</wp:posOffset>
            </wp:positionH>
            <wp:positionV relativeFrom="paragraph">
              <wp:posOffset>443509</wp:posOffset>
            </wp:positionV>
            <wp:extent cx="3433313" cy="1403876"/>
            <wp:effectExtent l="0" t="0" r="0" b="6350"/>
            <wp:wrapNone/>
            <wp:docPr id="1149921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65893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3433313" cy="1403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04E">
        <w:rPr>
          <w:noProof/>
        </w:rPr>
        <w:drawing>
          <wp:anchor distT="0" distB="0" distL="114300" distR="114300" simplePos="0" relativeHeight="251658430" behindDoc="0" locked="0" layoutInCell="1" allowOverlap="1" wp14:anchorId="28343A61" wp14:editId="7D1BECF8">
            <wp:simplePos x="0" y="0"/>
            <wp:positionH relativeFrom="column">
              <wp:posOffset>2484</wp:posOffset>
            </wp:positionH>
            <wp:positionV relativeFrom="paragraph">
              <wp:posOffset>9922</wp:posOffset>
            </wp:positionV>
            <wp:extent cx="6858000" cy="5276088"/>
            <wp:effectExtent l="0" t="0" r="0" b="1270"/>
            <wp:wrapSquare wrapText="bothSides"/>
            <wp:docPr id="247221228" name="Picture 24722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und 16--13C.png"/>
                    <pic:cNvPicPr/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670">
        <w:br w:type="page"/>
      </w:r>
    </w:p>
    <w:p w14:paraId="6A117F68" w14:textId="249E08FC" w:rsidR="00A617C1" w:rsidRDefault="00A617C1" w:rsidP="00A617C1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AM3506</w:t>
      </w:r>
    </w:p>
    <w:p w14:paraId="642DB090" w14:textId="3DB505EE" w:rsidR="00943670" w:rsidRDefault="00A617C1" w:rsidP="009F5682">
      <w:r w:rsidRPr="00A02C6B">
        <w:rPr>
          <w:b/>
          <w:noProof/>
        </w:rPr>
        <w:drawing>
          <wp:anchor distT="0" distB="0" distL="114300" distR="114300" simplePos="0" relativeHeight="251658252" behindDoc="0" locked="0" layoutInCell="1" allowOverlap="1" wp14:anchorId="6E24DC99" wp14:editId="3A25258D">
            <wp:simplePos x="0" y="0"/>
            <wp:positionH relativeFrom="column">
              <wp:posOffset>171589</wp:posOffset>
            </wp:positionH>
            <wp:positionV relativeFrom="paragraph">
              <wp:posOffset>346256</wp:posOffset>
            </wp:positionV>
            <wp:extent cx="1739900" cy="673100"/>
            <wp:effectExtent l="0" t="0" r="0" b="0"/>
            <wp:wrapNone/>
            <wp:docPr id="469015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15597" name="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86B8740" wp14:editId="0030817D">
            <wp:extent cx="6858000" cy="5276088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70--1H.png"/>
                    <pic:cNvPicPr/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71483" w14:textId="468C7EA8" w:rsidR="009F5682" w:rsidRDefault="009F5682" w:rsidP="009F5682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AM3506</w:t>
      </w:r>
    </w:p>
    <w:p w14:paraId="1A6AC0DB" w14:textId="1D69865E" w:rsidR="009F5682" w:rsidRDefault="009F5682" w:rsidP="009F5682">
      <w:r w:rsidRPr="00A02C6B">
        <w:rPr>
          <w:b/>
          <w:noProof/>
        </w:rPr>
        <w:drawing>
          <wp:anchor distT="0" distB="0" distL="114300" distR="114300" simplePos="0" relativeHeight="251658425" behindDoc="0" locked="0" layoutInCell="1" allowOverlap="1" wp14:anchorId="5CEEA8F7" wp14:editId="16317BB6">
            <wp:simplePos x="0" y="0"/>
            <wp:positionH relativeFrom="column">
              <wp:posOffset>346887</wp:posOffset>
            </wp:positionH>
            <wp:positionV relativeFrom="paragraph">
              <wp:posOffset>600141</wp:posOffset>
            </wp:positionV>
            <wp:extent cx="1739900" cy="673100"/>
            <wp:effectExtent l="0" t="0" r="0" b="0"/>
            <wp:wrapNone/>
            <wp:docPr id="563646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15597" name="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9714A6B" wp14:editId="3D93B066">
            <wp:extent cx="6858000" cy="5276088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70--13C.png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49262" w14:textId="72D69C01" w:rsidR="004E0858" w:rsidRDefault="004E0858" w:rsidP="009F5682">
      <w:pPr>
        <w:rPr>
          <w:vertAlign w:val="superscript"/>
        </w:rPr>
      </w:pPr>
    </w:p>
    <w:p w14:paraId="0B44EC2B" w14:textId="11522A64" w:rsidR="009F5682" w:rsidRDefault="009F5682" w:rsidP="009F5682">
      <w:r>
        <w:rPr>
          <w:vertAlign w:val="superscript"/>
        </w:rPr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AM3506</w:t>
      </w:r>
      <w:r w:rsidRPr="00A02C6B">
        <w:rPr>
          <w:b/>
          <w:noProof/>
        </w:rPr>
        <w:drawing>
          <wp:anchor distT="0" distB="0" distL="114300" distR="114300" simplePos="0" relativeHeight="251658253" behindDoc="0" locked="0" layoutInCell="1" allowOverlap="1" wp14:anchorId="64149146" wp14:editId="2C759DE8">
            <wp:simplePos x="0" y="0"/>
            <wp:positionH relativeFrom="column">
              <wp:posOffset>478862</wp:posOffset>
            </wp:positionH>
            <wp:positionV relativeFrom="paragraph">
              <wp:posOffset>534153</wp:posOffset>
            </wp:positionV>
            <wp:extent cx="1739900" cy="673100"/>
            <wp:effectExtent l="0" t="0" r="0" b="0"/>
            <wp:wrapNone/>
            <wp:docPr id="1121089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15597" name="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428" behindDoc="0" locked="0" layoutInCell="1" allowOverlap="1" wp14:anchorId="613D7CB8" wp14:editId="7215B8A7">
            <wp:simplePos x="0" y="0"/>
            <wp:positionH relativeFrom="column">
              <wp:posOffset>3810</wp:posOffset>
            </wp:positionH>
            <wp:positionV relativeFrom="paragraph">
              <wp:posOffset>265430</wp:posOffset>
            </wp:positionV>
            <wp:extent cx="6858000" cy="5275580"/>
            <wp:effectExtent l="0" t="0" r="0" b="1270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M-4-270--19F.png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AADA6" w14:textId="1830EE36" w:rsidR="009F5682" w:rsidRDefault="00133426" w:rsidP="004D56D8">
      <w:r w:rsidRPr="00A02C6B">
        <w:rPr>
          <w:b/>
          <w:noProof/>
        </w:rPr>
        <w:drawing>
          <wp:anchor distT="0" distB="0" distL="114300" distR="114300" simplePos="0" relativeHeight="251658431" behindDoc="0" locked="0" layoutInCell="1" allowOverlap="1" wp14:anchorId="191B5F23" wp14:editId="335EEAB8">
            <wp:simplePos x="0" y="0"/>
            <wp:positionH relativeFrom="column">
              <wp:posOffset>172727</wp:posOffset>
            </wp:positionH>
            <wp:positionV relativeFrom="paragraph">
              <wp:posOffset>234740</wp:posOffset>
            </wp:positionV>
            <wp:extent cx="1739900" cy="673100"/>
            <wp:effectExtent l="0" t="0" r="0" b="0"/>
            <wp:wrapNone/>
            <wp:docPr id="1076929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15597" name="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10344" w14:textId="491B97FC" w:rsidR="004D56D8" w:rsidRDefault="004D56D8" w:rsidP="00C632A9"/>
    <w:p w14:paraId="34B514EC" w14:textId="77777777" w:rsidR="00C632A9" w:rsidRDefault="00C632A9" w:rsidP="001823FC"/>
    <w:p w14:paraId="5CFCCA03" w14:textId="77777777" w:rsidR="001823FC" w:rsidRDefault="001823FC" w:rsidP="00C42D0F"/>
    <w:p w14:paraId="60E55CBD" w14:textId="77777777" w:rsidR="00C42D0F" w:rsidRDefault="00C42D0F" w:rsidP="00DE5E60"/>
    <w:p w14:paraId="0AD91E5C" w14:textId="77777777" w:rsidR="002D64EA" w:rsidRDefault="002D64EA" w:rsidP="002D64EA"/>
    <w:p w14:paraId="723D31AE" w14:textId="77777777" w:rsidR="002D64EA" w:rsidRDefault="002D64EA" w:rsidP="00617441"/>
    <w:p w14:paraId="3EE9A20A" w14:textId="77777777" w:rsidR="00617441" w:rsidRDefault="00617441" w:rsidP="001B0AAA"/>
    <w:p w14:paraId="27457127" w14:textId="77777777" w:rsidR="001B0AAA" w:rsidRDefault="001B0AAA" w:rsidP="003A4B28"/>
    <w:p w14:paraId="253FBE9D" w14:textId="77777777" w:rsidR="003A4B28" w:rsidRDefault="003A4B28" w:rsidP="00216BF4">
      <w:pPr>
        <w:ind w:left="360"/>
      </w:pPr>
    </w:p>
    <w:p w14:paraId="5DF98037" w14:textId="77777777" w:rsidR="00F51867" w:rsidRDefault="00F51867" w:rsidP="00216BF4">
      <w:pPr>
        <w:ind w:left="360"/>
      </w:pPr>
    </w:p>
    <w:p w14:paraId="2216E6D4" w14:textId="77777777" w:rsidR="00FE1B5D" w:rsidRDefault="00FE1B5D" w:rsidP="00A939D9"/>
    <w:p w14:paraId="079053F4" w14:textId="77777777" w:rsidR="00991097" w:rsidRDefault="00991097" w:rsidP="00555BA7"/>
    <w:p w14:paraId="780EBD6E" w14:textId="77777777" w:rsidR="00116332" w:rsidRDefault="00116332" w:rsidP="00116332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21</w:t>
      </w:r>
    </w:p>
    <w:p w14:paraId="0B8FBA5B" w14:textId="089F802F" w:rsidR="004B3734" w:rsidRDefault="00116332">
      <w:r>
        <w:rPr>
          <w:noProof/>
        </w:rPr>
        <w:drawing>
          <wp:anchor distT="0" distB="0" distL="114300" distR="114300" simplePos="0" relativeHeight="251658447" behindDoc="0" locked="0" layoutInCell="1" allowOverlap="1" wp14:anchorId="0C747EAA" wp14:editId="143CC3C7">
            <wp:simplePos x="0" y="0"/>
            <wp:positionH relativeFrom="column">
              <wp:posOffset>1905</wp:posOffset>
            </wp:positionH>
            <wp:positionV relativeFrom="paragraph">
              <wp:posOffset>9686</wp:posOffset>
            </wp:positionV>
            <wp:extent cx="6858635" cy="5273675"/>
            <wp:effectExtent l="0" t="0" r="0" b="3175"/>
            <wp:wrapSquare wrapText="bothSides"/>
            <wp:docPr id="182455659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F168A" w14:textId="3B24CB51" w:rsidR="004B09C3" w:rsidRDefault="00BE1E8C">
      <w:pPr>
        <w:rPr>
          <w:vertAlign w:val="superscript"/>
        </w:rPr>
      </w:pPr>
      <w:r w:rsidRPr="00BE1E8C">
        <w:rPr>
          <w:noProof/>
          <w:vertAlign w:val="superscript"/>
        </w:rPr>
        <w:drawing>
          <wp:anchor distT="0" distB="0" distL="114300" distR="114300" simplePos="0" relativeHeight="251658448" behindDoc="0" locked="0" layoutInCell="1" allowOverlap="1" wp14:anchorId="3825BF30" wp14:editId="603234EA">
            <wp:simplePos x="0" y="0"/>
            <wp:positionH relativeFrom="column">
              <wp:posOffset>-6782002</wp:posOffset>
            </wp:positionH>
            <wp:positionV relativeFrom="paragraph">
              <wp:posOffset>14201</wp:posOffset>
            </wp:positionV>
            <wp:extent cx="2876951" cy="1790950"/>
            <wp:effectExtent l="0" t="0" r="0" b="0"/>
            <wp:wrapNone/>
            <wp:docPr id="1702267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267696" name=""/>
                    <pic:cNvPicPr/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2876951" cy="179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BC431E" w14:textId="77777777" w:rsidR="004B09C3" w:rsidRDefault="004B09C3">
      <w:pPr>
        <w:rPr>
          <w:vertAlign w:val="superscript"/>
        </w:rPr>
      </w:pPr>
    </w:p>
    <w:p w14:paraId="50BF837D" w14:textId="77777777" w:rsidR="004B09C3" w:rsidRDefault="004B09C3">
      <w:pPr>
        <w:rPr>
          <w:vertAlign w:val="superscript"/>
        </w:rPr>
      </w:pPr>
    </w:p>
    <w:p w14:paraId="2D40DF3C" w14:textId="77777777" w:rsidR="004B09C3" w:rsidRDefault="004B09C3">
      <w:pPr>
        <w:rPr>
          <w:vertAlign w:val="superscript"/>
        </w:rPr>
      </w:pPr>
    </w:p>
    <w:p w14:paraId="7951E1C5" w14:textId="77777777" w:rsidR="004B09C3" w:rsidRDefault="004B09C3">
      <w:pPr>
        <w:rPr>
          <w:vertAlign w:val="superscript"/>
        </w:rPr>
      </w:pPr>
    </w:p>
    <w:p w14:paraId="5A6B6C36" w14:textId="77777777" w:rsidR="004B09C3" w:rsidRDefault="004B09C3">
      <w:pPr>
        <w:rPr>
          <w:vertAlign w:val="superscript"/>
        </w:rPr>
      </w:pPr>
    </w:p>
    <w:p w14:paraId="7187B129" w14:textId="77777777" w:rsidR="004B09C3" w:rsidRDefault="004B09C3">
      <w:pPr>
        <w:rPr>
          <w:vertAlign w:val="superscript"/>
        </w:rPr>
      </w:pPr>
    </w:p>
    <w:p w14:paraId="2735EC37" w14:textId="77777777" w:rsidR="004B09C3" w:rsidRDefault="004B09C3">
      <w:pPr>
        <w:rPr>
          <w:vertAlign w:val="superscript"/>
        </w:rPr>
      </w:pPr>
    </w:p>
    <w:p w14:paraId="3CE69296" w14:textId="77777777" w:rsidR="004B09C3" w:rsidRDefault="004B09C3">
      <w:pPr>
        <w:rPr>
          <w:vertAlign w:val="superscript"/>
        </w:rPr>
      </w:pPr>
    </w:p>
    <w:p w14:paraId="2DC0F9FC" w14:textId="77777777" w:rsidR="004B09C3" w:rsidRDefault="004B09C3">
      <w:pPr>
        <w:rPr>
          <w:vertAlign w:val="superscript"/>
        </w:rPr>
      </w:pPr>
    </w:p>
    <w:p w14:paraId="284552BF" w14:textId="77777777" w:rsidR="004B09C3" w:rsidRDefault="004B09C3">
      <w:pPr>
        <w:rPr>
          <w:vertAlign w:val="superscript"/>
        </w:rPr>
      </w:pPr>
    </w:p>
    <w:p w14:paraId="1822BBA1" w14:textId="77777777" w:rsidR="004B09C3" w:rsidRDefault="004B09C3">
      <w:pPr>
        <w:rPr>
          <w:vertAlign w:val="superscript"/>
        </w:rPr>
      </w:pPr>
    </w:p>
    <w:p w14:paraId="0BFBC69D" w14:textId="77777777" w:rsidR="004B09C3" w:rsidRDefault="004B09C3">
      <w:pPr>
        <w:rPr>
          <w:vertAlign w:val="superscript"/>
        </w:rPr>
      </w:pPr>
    </w:p>
    <w:p w14:paraId="59F05036" w14:textId="77777777" w:rsidR="004B09C3" w:rsidRDefault="004B09C3">
      <w:pPr>
        <w:rPr>
          <w:vertAlign w:val="superscript"/>
        </w:rPr>
      </w:pPr>
    </w:p>
    <w:p w14:paraId="47E5652E" w14:textId="6BEA7907" w:rsidR="00850B21" w:rsidRDefault="00850B21" w:rsidP="00850B21">
      <w:r>
        <w:rPr>
          <w:vertAlign w:val="superscript"/>
        </w:rPr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21</w:t>
      </w:r>
    </w:p>
    <w:p w14:paraId="487D9D4F" w14:textId="1E36060F" w:rsidR="004B09C3" w:rsidRDefault="00850B21">
      <w:pPr>
        <w:rPr>
          <w:vertAlign w:val="superscript"/>
        </w:rPr>
      </w:pPr>
      <w:r>
        <w:rPr>
          <w:noProof/>
          <w:vertAlign w:val="superscript"/>
        </w:rPr>
        <w:drawing>
          <wp:anchor distT="0" distB="0" distL="114300" distR="114300" simplePos="0" relativeHeight="251658449" behindDoc="0" locked="0" layoutInCell="1" allowOverlap="1" wp14:anchorId="73C21E63" wp14:editId="2B19D1CE">
            <wp:simplePos x="0" y="0"/>
            <wp:positionH relativeFrom="column">
              <wp:posOffset>1905</wp:posOffset>
            </wp:positionH>
            <wp:positionV relativeFrom="paragraph">
              <wp:posOffset>11339</wp:posOffset>
            </wp:positionV>
            <wp:extent cx="6858635" cy="5273675"/>
            <wp:effectExtent l="0" t="0" r="0" b="3175"/>
            <wp:wrapSquare wrapText="bothSides"/>
            <wp:docPr id="185771220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AE132D" w14:textId="4F34232B" w:rsidR="004B09C3" w:rsidRDefault="004B09C3">
      <w:pPr>
        <w:rPr>
          <w:vertAlign w:val="superscript"/>
        </w:rPr>
      </w:pPr>
    </w:p>
    <w:p w14:paraId="51515092" w14:textId="0E064928" w:rsidR="004B3734" w:rsidRDefault="00850B21">
      <w:r>
        <w:rPr>
          <w:noProof/>
        </w:rPr>
        <w:drawing>
          <wp:anchor distT="0" distB="0" distL="114300" distR="114300" simplePos="0" relativeHeight="251658438" behindDoc="0" locked="0" layoutInCell="1" allowOverlap="1" wp14:anchorId="653FDFEE" wp14:editId="0476F9EE">
            <wp:simplePos x="0" y="0"/>
            <wp:positionH relativeFrom="column">
              <wp:posOffset>-6751857</wp:posOffset>
            </wp:positionH>
            <wp:positionV relativeFrom="paragraph">
              <wp:posOffset>8143</wp:posOffset>
            </wp:positionV>
            <wp:extent cx="2877820" cy="1792605"/>
            <wp:effectExtent l="0" t="0" r="0" b="0"/>
            <wp:wrapNone/>
            <wp:docPr id="150870705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CF0B8" w14:textId="77777777" w:rsidR="004B09C3" w:rsidRDefault="004B09C3">
      <w:pPr>
        <w:rPr>
          <w:vertAlign w:val="superscript"/>
        </w:rPr>
      </w:pPr>
    </w:p>
    <w:p w14:paraId="1E81D58F" w14:textId="77777777" w:rsidR="004B09C3" w:rsidRDefault="004B09C3">
      <w:pPr>
        <w:rPr>
          <w:vertAlign w:val="superscript"/>
        </w:rPr>
      </w:pPr>
    </w:p>
    <w:p w14:paraId="411E9B52" w14:textId="77777777" w:rsidR="004B09C3" w:rsidRDefault="004B09C3">
      <w:pPr>
        <w:rPr>
          <w:vertAlign w:val="superscript"/>
        </w:rPr>
      </w:pPr>
    </w:p>
    <w:p w14:paraId="0D34590F" w14:textId="77777777" w:rsidR="004B09C3" w:rsidRDefault="004B09C3">
      <w:pPr>
        <w:rPr>
          <w:vertAlign w:val="superscript"/>
        </w:rPr>
      </w:pPr>
    </w:p>
    <w:p w14:paraId="14B4C59D" w14:textId="77777777" w:rsidR="004B09C3" w:rsidRDefault="004B09C3">
      <w:pPr>
        <w:rPr>
          <w:vertAlign w:val="superscript"/>
        </w:rPr>
      </w:pPr>
    </w:p>
    <w:p w14:paraId="0CBD95D0" w14:textId="77777777" w:rsidR="004B09C3" w:rsidRDefault="004B09C3">
      <w:pPr>
        <w:rPr>
          <w:vertAlign w:val="superscript"/>
        </w:rPr>
      </w:pPr>
    </w:p>
    <w:p w14:paraId="22043983" w14:textId="77777777" w:rsidR="004B09C3" w:rsidRDefault="004B09C3">
      <w:pPr>
        <w:rPr>
          <w:vertAlign w:val="superscript"/>
        </w:rPr>
      </w:pPr>
    </w:p>
    <w:p w14:paraId="1E19B11B" w14:textId="77777777" w:rsidR="004B09C3" w:rsidRDefault="004B09C3">
      <w:pPr>
        <w:rPr>
          <w:vertAlign w:val="superscript"/>
        </w:rPr>
      </w:pPr>
    </w:p>
    <w:p w14:paraId="19A46D0D" w14:textId="77777777" w:rsidR="004B09C3" w:rsidRDefault="004B09C3">
      <w:pPr>
        <w:rPr>
          <w:vertAlign w:val="superscript"/>
        </w:rPr>
      </w:pPr>
    </w:p>
    <w:p w14:paraId="76948E13" w14:textId="77777777" w:rsidR="004B09C3" w:rsidRDefault="004B09C3">
      <w:pPr>
        <w:rPr>
          <w:vertAlign w:val="superscript"/>
        </w:rPr>
      </w:pPr>
    </w:p>
    <w:p w14:paraId="0212411D" w14:textId="156FC523" w:rsidR="004B09C3" w:rsidRPr="004F29DE" w:rsidRDefault="004F29DE">
      <w:r>
        <w:rPr>
          <w:vertAlign w:val="superscript"/>
        </w:rPr>
        <w:lastRenderedPageBreak/>
        <w:t>1</w:t>
      </w:r>
      <w:r>
        <w:t>H NMR (500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21a</w:t>
      </w:r>
    </w:p>
    <w:p w14:paraId="10E2CF12" w14:textId="5C470543" w:rsidR="004B09C3" w:rsidRDefault="004F29DE">
      <w:pPr>
        <w:rPr>
          <w:vertAlign w:val="superscript"/>
        </w:rPr>
      </w:pPr>
      <w:r>
        <w:rPr>
          <w:noProof/>
          <w:vertAlign w:val="superscript"/>
        </w:rPr>
        <w:drawing>
          <wp:anchor distT="0" distB="0" distL="114300" distR="114300" simplePos="0" relativeHeight="251658450" behindDoc="0" locked="0" layoutInCell="1" allowOverlap="1" wp14:anchorId="03087C28" wp14:editId="78368B48">
            <wp:simplePos x="0" y="0"/>
            <wp:positionH relativeFrom="column">
              <wp:posOffset>1905</wp:posOffset>
            </wp:positionH>
            <wp:positionV relativeFrom="paragraph">
              <wp:posOffset>11430</wp:posOffset>
            </wp:positionV>
            <wp:extent cx="6858635" cy="5273675"/>
            <wp:effectExtent l="0" t="0" r="0" b="3175"/>
            <wp:wrapSquare wrapText="bothSides"/>
            <wp:docPr id="126851731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80A4" w14:textId="28DFB931" w:rsidR="004B09C3" w:rsidRDefault="00FD4A3B">
      <w:pPr>
        <w:rPr>
          <w:vertAlign w:val="superscript"/>
        </w:rPr>
      </w:pPr>
      <w:r>
        <w:rPr>
          <w:noProof/>
        </w:rPr>
        <w:drawing>
          <wp:anchor distT="0" distB="0" distL="114300" distR="114300" simplePos="0" relativeHeight="251658451" behindDoc="0" locked="0" layoutInCell="1" allowOverlap="1" wp14:anchorId="4929D89E" wp14:editId="10820437">
            <wp:simplePos x="0" y="0"/>
            <wp:positionH relativeFrom="column">
              <wp:posOffset>-6782003</wp:posOffset>
            </wp:positionH>
            <wp:positionV relativeFrom="paragraph">
              <wp:posOffset>14109</wp:posOffset>
            </wp:positionV>
            <wp:extent cx="3035935" cy="1420495"/>
            <wp:effectExtent l="0" t="0" r="0" b="8255"/>
            <wp:wrapNone/>
            <wp:docPr id="193863514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C17DF" w14:textId="421993F1" w:rsidR="004B09C3" w:rsidRDefault="004B09C3">
      <w:pPr>
        <w:rPr>
          <w:vertAlign w:val="superscript"/>
        </w:rPr>
      </w:pPr>
    </w:p>
    <w:p w14:paraId="6BFD8214" w14:textId="77777777" w:rsidR="004B09C3" w:rsidRDefault="004B09C3">
      <w:pPr>
        <w:rPr>
          <w:vertAlign w:val="superscript"/>
        </w:rPr>
      </w:pPr>
    </w:p>
    <w:p w14:paraId="59D543C8" w14:textId="4D2B423C" w:rsidR="004B3734" w:rsidRDefault="004B3734"/>
    <w:p w14:paraId="03E47261" w14:textId="108B9BE6" w:rsidR="004B09C3" w:rsidRDefault="004B09C3">
      <w:pPr>
        <w:rPr>
          <w:vertAlign w:val="superscript"/>
        </w:rPr>
      </w:pPr>
    </w:p>
    <w:p w14:paraId="65963BA0" w14:textId="1C31E50A" w:rsidR="004B3734" w:rsidRDefault="004B3734"/>
    <w:p w14:paraId="4F7A5F83" w14:textId="2BFBE56E" w:rsidR="004B3734" w:rsidRDefault="004B3734"/>
    <w:p w14:paraId="49645087" w14:textId="72053549" w:rsidR="004B09C3" w:rsidRDefault="004B09C3">
      <w:pPr>
        <w:rPr>
          <w:vertAlign w:val="superscript"/>
        </w:rPr>
      </w:pPr>
    </w:p>
    <w:p w14:paraId="68581426" w14:textId="41E68D56" w:rsidR="004B3734" w:rsidRDefault="004B3734"/>
    <w:p w14:paraId="41B8265B" w14:textId="29D05722" w:rsidR="004B09C3" w:rsidRDefault="00936F76">
      <w:pPr>
        <w:rPr>
          <w:vertAlign w:val="superscript"/>
        </w:rPr>
      </w:pPr>
      <w:r w:rsidRPr="00936F76">
        <w:rPr>
          <w:noProof/>
        </w:rPr>
        <w:drawing>
          <wp:anchor distT="0" distB="0" distL="114300" distR="114300" simplePos="0" relativeHeight="251658452" behindDoc="0" locked="0" layoutInCell="1" allowOverlap="1" wp14:anchorId="67923527" wp14:editId="42E7F3E0">
            <wp:simplePos x="0" y="0"/>
            <wp:positionH relativeFrom="column">
              <wp:posOffset>-6972921</wp:posOffset>
            </wp:positionH>
            <wp:positionV relativeFrom="paragraph">
              <wp:posOffset>232787</wp:posOffset>
            </wp:positionV>
            <wp:extent cx="1324160" cy="285790"/>
            <wp:effectExtent l="0" t="0" r="9525" b="0"/>
            <wp:wrapNone/>
            <wp:docPr id="273657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57205" name=""/>
                    <pic:cNvPicPr/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6E2F1" w14:textId="6F149727" w:rsidR="004B3734" w:rsidRDefault="004B3734"/>
    <w:p w14:paraId="11613D38" w14:textId="61AC6E2E" w:rsidR="004B3734" w:rsidRDefault="004B3734"/>
    <w:p w14:paraId="3C9DDCE5" w14:textId="77777777" w:rsidR="004B09C3" w:rsidRDefault="004B09C3">
      <w:pPr>
        <w:rPr>
          <w:vertAlign w:val="superscript"/>
        </w:rPr>
      </w:pPr>
    </w:p>
    <w:p w14:paraId="5A76405E" w14:textId="3B6A53A9" w:rsidR="004B3734" w:rsidRDefault="002E23AD">
      <w:r>
        <w:rPr>
          <w:vertAlign w:val="superscript"/>
        </w:rPr>
        <w:lastRenderedPageBreak/>
        <w:t>13</w:t>
      </w:r>
      <w:r>
        <w:t>C</w:t>
      </w:r>
      <w:r w:rsidR="009834BF">
        <w:t xml:space="preserve"> NMR (</w:t>
      </w:r>
      <w:r>
        <w:t>126</w:t>
      </w:r>
      <w:r w:rsidR="009834BF">
        <w:t xml:space="preserve"> MHz, CDCl</w:t>
      </w:r>
      <w:r w:rsidR="009834BF">
        <w:rPr>
          <w:vertAlign w:val="subscript"/>
        </w:rPr>
        <w:t>3</w:t>
      </w:r>
      <w:r w:rsidR="009834BF">
        <w:t xml:space="preserve">) for </w:t>
      </w:r>
      <w:r w:rsidR="00DD22C5">
        <w:rPr>
          <w:b/>
        </w:rPr>
        <w:t xml:space="preserve">Compound </w:t>
      </w:r>
      <w:r>
        <w:rPr>
          <w:b/>
        </w:rPr>
        <w:t>21a</w:t>
      </w:r>
    </w:p>
    <w:p w14:paraId="05904ABE" w14:textId="508853B3" w:rsidR="004B3734" w:rsidRDefault="002E23AD">
      <w:r>
        <w:rPr>
          <w:noProof/>
        </w:rPr>
        <w:drawing>
          <wp:anchor distT="0" distB="0" distL="114300" distR="114300" simplePos="0" relativeHeight="251658453" behindDoc="0" locked="0" layoutInCell="1" allowOverlap="1" wp14:anchorId="7D187211" wp14:editId="3A5510BD">
            <wp:simplePos x="0" y="0"/>
            <wp:positionH relativeFrom="column">
              <wp:posOffset>1905</wp:posOffset>
            </wp:positionH>
            <wp:positionV relativeFrom="paragraph">
              <wp:posOffset>11340</wp:posOffset>
            </wp:positionV>
            <wp:extent cx="6858635" cy="5273675"/>
            <wp:effectExtent l="0" t="0" r="0" b="3175"/>
            <wp:wrapSquare wrapText="bothSides"/>
            <wp:docPr id="19765675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D9E44" w14:textId="18FFDE22" w:rsidR="004B09C3" w:rsidRDefault="002E23AD">
      <w:pPr>
        <w:rPr>
          <w:vertAlign w:val="superscript"/>
        </w:rPr>
      </w:pPr>
      <w:r>
        <w:rPr>
          <w:noProof/>
        </w:rPr>
        <w:drawing>
          <wp:anchor distT="0" distB="0" distL="114300" distR="114300" simplePos="0" relativeHeight="251658454" behindDoc="0" locked="0" layoutInCell="1" allowOverlap="1" wp14:anchorId="2C5A37E7" wp14:editId="2F129DAC">
            <wp:simplePos x="0" y="0"/>
            <wp:positionH relativeFrom="column">
              <wp:posOffset>-6822196</wp:posOffset>
            </wp:positionH>
            <wp:positionV relativeFrom="paragraph">
              <wp:posOffset>64191</wp:posOffset>
            </wp:positionV>
            <wp:extent cx="3035935" cy="1420495"/>
            <wp:effectExtent l="0" t="0" r="0" b="8255"/>
            <wp:wrapNone/>
            <wp:docPr id="74918001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CAE7D" w14:textId="4F934A95" w:rsidR="004B3734" w:rsidRDefault="004B3734"/>
    <w:p w14:paraId="6B425489" w14:textId="352786D9" w:rsidR="00C575D9" w:rsidRDefault="00C575D9">
      <w:pPr>
        <w:rPr>
          <w:vertAlign w:val="superscript"/>
        </w:rPr>
      </w:pPr>
    </w:p>
    <w:p w14:paraId="486D0614" w14:textId="77777777" w:rsidR="00C575D9" w:rsidRDefault="00C575D9">
      <w:pPr>
        <w:spacing w:line="276" w:lineRule="auto"/>
        <w:jc w:val="left"/>
        <w:rPr>
          <w:vertAlign w:val="superscript"/>
        </w:rPr>
      </w:pPr>
      <w:r>
        <w:rPr>
          <w:vertAlign w:val="superscript"/>
        </w:rPr>
        <w:br w:type="page"/>
      </w:r>
    </w:p>
    <w:p w14:paraId="76EB1F95" w14:textId="45B2ED1C" w:rsidR="00A441C4" w:rsidRDefault="002727C9">
      <w:pPr>
        <w:rPr>
          <w:b/>
        </w:rPr>
      </w:pPr>
      <w:r>
        <w:rPr>
          <w:noProof/>
          <w:vertAlign w:val="superscript"/>
        </w:rPr>
        <w:lastRenderedPageBreak/>
        <w:drawing>
          <wp:anchor distT="0" distB="0" distL="114300" distR="114300" simplePos="0" relativeHeight="251658455" behindDoc="0" locked="0" layoutInCell="1" allowOverlap="1" wp14:anchorId="2A764482" wp14:editId="56D4F169">
            <wp:simplePos x="0" y="0"/>
            <wp:positionH relativeFrom="column">
              <wp:posOffset>112451</wp:posOffset>
            </wp:positionH>
            <wp:positionV relativeFrom="paragraph">
              <wp:posOffset>813917</wp:posOffset>
            </wp:positionV>
            <wp:extent cx="3035935" cy="1420495"/>
            <wp:effectExtent l="0" t="0" r="0" b="8255"/>
            <wp:wrapNone/>
            <wp:docPr id="114652594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vertAlign w:val="superscript"/>
        </w:rPr>
        <w:drawing>
          <wp:anchor distT="0" distB="0" distL="114300" distR="114300" simplePos="0" relativeHeight="251658440" behindDoc="0" locked="0" layoutInCell="1" allowOverlap="1" wp14:anchorId="1FF2D8A0" wp14:editId="4ED9247D">
            <wp:simplePos x="0" y="0"/>
            <wp:positionH relativeFrom="column">
              <wp:posOffset>1905</wp:posOffset>
            </wp:positionH>
            <wp:positionV relativeFrom="paragraph">
              <wp:posOffset>411619</wp:posOffset>
            </wp:positionV>
            <wp:extent cx="6858635" cy="5273675"/>
            <wp:effectExtent l="0" t="0" r="0" b="3175"/>
            <wp:wrapSquare wrapText="bothSides"/>
            <wp:docPr id="169024444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vertAlign w:val="superscript"/>
        </w:rPr>
        <w:t>19</w:t>
      </w:r>
      <w:r>
        <w:t>F NMR (377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21a</w:t>
      </w:r>
    </w:p>
    <w:p w14:paraId="430255B1" w14:textId="77777777" w:rsidR="002727C9" w:rsidRPr="002727C9" w:rsidRDefault="002727C9" w:rsidP="002727C9"/>
    <w:p w14:paraId="0A8C08F2" w14:textId="77777777" w:rsidR="002727C9" w:rsidRPr="002727C9" w:rsidRDefault="002727C9" w:rsidP="002727C9"/>
    <w:p w14:paraId="6335E7D1" w14:textId="77777777" w:rsidR="002727C9" w:rsidRPr="002727C9" w:rsidRDefault="002727C9" w:rsidP="002727C9"/>
    <w:p w14:paraId="1488F6F4" w14:textId="77777777" w:rsidR="002727C9" w:rsidRPr="002727C9" w:rsidRDefault="002727C9" w:rsidP="002727C9"/>
    <w:p w14:paraId="13DFC2F1" w14:textId="77777777" w:rsidR="002727C9" w:rsidRPr="002727C9" w:rsidRDefault="002727C9" w:rsidP="002727C9"/>
    <w:p w14:paraId="49765226" w14:textId="77777777" w:rsidR="002727C9" w:rsidRPr="002727C9" w:rsidRDefault="002727C9" w:rsidP="002727C9"/>
    <w:p w14:paraId="69337E42" w14:textId="77777777" w:rsidR="002727C9" w:rsidRPr="002727C9" w:rsidRDefault="002727C9" w:rsidP="002727C9"/>
    <w:p w14:paraId="724F9654" w14:textId="77777777" w:rsidR="002727C9" w:rsidRPr="002727C9" w:rsidRDefault="002727C9" w:rsidP="002727C9"/>
    <w:p w14:paraId="28C24D52" w14:textId="77777777" w:rsidR="002727C9" w:rsidRPr="002727C9" w:rsidRDefault="002727C9" w:rsidP="002727C9"/>
    <w:p w14:paraId="1308B35F" w14:textId="77777777" w:rsidR="002727C9" w:rsidRPr="002727C9" w:rsidRDefault="002727C9" w:rsidP="002727C9"/>
    <w:p w14:paraId="61EC317D" w14:textId="77777777" w:rsidR="002727C9" w:rsidRPr="002727C9" w:rsidRDefault="002727C9" w:rsidP="002727C9"/>
    <w:p w14:paraId="7B40D565" w14:textId="77777777" w:rsidR="002727C9" w:rsidRDefault="002727C9" w:rsidP="002727C9">
      <w:pPr>
        <w:rPr>
          <w:b/>
        </w:rPr>
      </w:pPr>
    </w:p>
    <w:p w14:paraId="309E6E4D" w14:textId="32796341" w:rsidR="002727C9" w:rsidRDefault="002727C9" w:rsidP="002727C9">
      <w:pPr>
        <w:jc w:val="center"/>
      </w:pPr>
    </w:p>
    <w:p w14:paraId="75E1871B" w14:textId="77777777" w:rsidR="002727C9" w:rsidRDefault="002727C9">
      <w:pPr>
        <w:spacing w:line="276" w:lineRule="auto"/>
        <w:jc w:val="left"/>
      </w:pPr>
      <w:r>
        <w:br w:type="page"/>
      </w:r>
    </w:p>
    <w:p w14:paraId="44775EB7" w14:textId="2A0CD7D9" w:rsidR="003A4AE8" w:rsidRDefault="003A4BD2" w:rsidP="003A6C10">
      <w:pPr>
        <w:rPr>
          <w:b/>
        </w:rPr>
      </w:pPr>
      <w:r w:rsidRPr="003A4BD2">
        <w:rPr>
          <w:noProof/>
        </w:rPr>
        <w:lastRenderedPageBreak/>
        <w:drawing>
          <wp:anchor distT="0" distB="0" distL="114300" distR="114300" simplePos="0" relativeHeight="251658439" behindDoc="0" locked="0" layoutInCell="1" allowOverlap="1" wp14:anchorId="460D523F" wp14:editId="24762171">
            <wp:simplePos x="0" y="0"/>
            <wp:positionH relativeFrom="column">
              <wp:posOffset>3689943</wp:posOffset>
            </wp:positionH>
            <wp:positionV relativeFrom="paragraph">
              <wp:posOffset>823748</wp:posOffset>
            </wp:positionV>
            <wp:extent cx="3597310" cy="1047760"/>
            <wp:effectExtent l="0" t="0" r="3175" b="0"/>
            <wp:wrapNone/>
            <wp:docPr id="1718593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593270" name=""/>
                    <pic:cNvPicPr/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3597310" cy="104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C10" w:rsidRPr="005D2FA5">
        <w:rPr>
          <w:noProof/>
        </w:rPr>
        <w:drawing>
          <wp:anchor distT="0" distB="0" distL="114300" distR="114300" simplePos="0" relativeHeight="251658250" behindDoc="0" locked="0" layoutInCell="1" allowOverlap="1" wp14:anchorId="0481E5C7" wp14:editId="21E6079D">
            <wp:simplePos x="0" y="0"/>
            <wp:positionH relativeFrom="column">
              <wp:posOffset>1905</wp:posOffset>
            </wp:positionH>
            <wp:positionV relativeFrom="paragraph">
              <wp:posOffset>401341</wp:posOffset>
            </wp:positionV>
            <wp:extent cx="7772400" cy="5456555"/>
            <wp:effectExtent l="0" t="0" r="0" b="0"/>
            <wp:wrapSquare wrapText="bothSides"/>
            <wp:docPr id="785952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952708" name="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545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C10">
        <w:rPr>
          <w:vertAlign w:val="superscript"/>
        </w:rPr>
        <w:t>1</w:t>
      </w:r>
      <w:r w:rsidR="003A6C10">
        <w:t>H NMR (500 MHz, CDCl</w:t>
      </w:r>
      <w:r w:rsidR="003A6C10">
        <w:rPr>
          <w:vertAlign w:val="subscript"/>
        </w:rPr>
        <w:t>3</w:t>
      </w:r>
      <w:r w:rsidR="003A6C10">
        <w:t xml:space="preserve">) for </w:t>
      </w:r>
      <w:r w:rsidR="003A6C10">
        <w:rPr>
          <w:b/>
        </w:rPr>
        <w:t>Compound 22</w:t>
      </w:r>
    </w:p>
    <w:p w14:paraId="54C3F4C7" w14:textId="7C02CEB5" w:rsidR="0080113C" w:rsidRDefault="0080113C" w:rsidP="0080113C">
      <w:r>
        <w:rPr>
          <w:vertAlign w:val="superscript"/>
        </w:rPr>
        <w:lastRenderedPageBreak/>
        <w:t>13</w:t>
      </w:r>
      <w:r>
        <w:t>C NMR (126 MHz, CDCl</w:t>
      </w:r>
      <w:r>
        <w:rPr>
          <w:vertAlign w:val="subscript"/>
        </w:rPr>
        <w:t>3</w:t>
      </w:r>
      <w:r>
        <w:t xml:space="preserve">) for </w:t>
      </w:r>
      <w:r>
        <w:rPr>
          <w:b/>
        </w:rPr>
        <w:t>Compound 22</w:t>
      </w:r>
    </w:p>
    <w:p w14:paraId="43763CF2" w14:textId="1265E9C9" w:rsidR="00A441C4" w:rsidRPr="003E7B47" w:rsidRDefault="0080113C" w:rsidP="003E7B47">
      <w:pPr>
        <w:spacing w:line="276" w:lineRule="auto"/>
        <w:jc w:val="lef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456" behindDoc="0" locked="0" layoutInCell="1" allowOverlap="1" wp14:anchorId="72EB2614" wp14:editId="12D2B59B">
            <wp:simplePos x="0" y="0"/>
            <wp:positionH relativeFrom="column">
              <wp:posOffset>-6760210</wp:posOffset>
            </wp:positionH>
            <wp:positionV relativeFrom="paragraph">
              <wp:posOffset>694851</wp:posOffset>
            </wp:positionV>
            <wp:extent cx="3557603" cy="1034981"/>
            <wp:effectExtent l="0" t="0" r="5080" b="0"/>
            <wp:wrapNone/>
            <wp:docPr id="77749329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603" cy="1034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8251" behindDoc="0" locked="0" layoutInCell="1" allowOverlap="1" wp14:anchorId="29C7456B" wp14:editId="49FBBE29">
            <wp:simplePos x="0" y="0"/>
            <wp:positionH relativeFrom="column">
              <wp:posOffset>11953</wp:posOffset>
            </wp:positionH>
            <wp:positionV relativeFrom="paragraph">
              <wp:posOffset>109771</wp:posOffset>
            </wp:positionV>
            <wp:extent cx="6858635" cy="5273675"/>
            <wp:effectExtent l="0" t="0" r="0" b="3175"/>
            <wp:wrapSquare wrapText="bothSides"/>
            <wp:docPr id="125526354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441C4" w:rsidRPr="003E7B47" w:rsidSect="00644D7D">
      <w:footerReference w:type="even" r:id="rId379"/>
      <w:footerReference w:type="default" r:id="rId380"/>
      <w:pgSz w:w="15840" w:h="12240" w:orient="landscape"/>
      <w:pgMar w:top="1440" w:right="1800" w:bottom="1440" w:left="1800" w:header="720" w:footer="720" w:gutter="0"/>
      <w:pgNumType w:start="7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2C279" w14:textId="77777777" w:rsidR="00E36903" w:rsidRDefault="00E36903" w:rsidP="00C575D9">
      <w:pPr>
        <w:spacing w:after="0" w:line="240" w:lineRule="auto"/>
      </w:pPr>
      <w:r>
        <w:separator/>
      </w:r>
    </w:p>
  </w:endnote>
  <w:endnote w:type="continuationSeparator" w:id="0">
    <w:p w14:paraId="6B438244" w14:textId="77777777" w:rsidR="00E36903" w:rsidRDefault="00E36903" w:rsidP="00C57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venir Next Medium">
    <w:altName w:val="Calibri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28918943"/>
      <w:docPartObj>
        <w:docPartGallery w:val="Page Numbers (Bottom of Page)"/>
        <w:docPartUnique/>
      </w:docPartObj>
    </w:sdtPr>
    <w:sdtContent>
      <w:p w14:paraId="0C2EB057" w14:textId="1BF9285C" w:rsidR="008F06A9" w:rsidRDefault="008F06A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C9BE7E" w14:textId="77777777" w:rsidR="008F06A9" w:rsidRDefault="008F06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C858" w14:textId="2904E799" w:rsidR="00644D7D" w:rsidRDefault="00644D7D">
    <w:pPr>
      <w:pStyle w:val="Footer"/>
      <w:jc w:val="center"/>
    </w:pPr>
    <w:r>
      <w:t>S-</w:t>
    </w:r>
    <w:sdt>
      <w:sdtPr>
        <w:id w:val="57888316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C1EB2EB" w14:textId="77777777" w:rsidR="008F06A9" w:rsidRDefault="008F0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20794" w14:textId="77777777" w:rsidR="00E36903" w:rsidRDefault="00E36903" w:rsidP="00C575D9">
      <w:pPr>
        <w:spacing w:after="0" w:line="240" w:lineRule="auto"/>
      </w:pPr>
      <w:r>
        <w:separator/>
      </w:r>
    </w:p>
  </w:footnote>
  <w:footnote w:type="continuationSeparator" w:id="0">
    <w:p w14:paraId="5F270A99" w14:textId="77777777" w:rsidR="00E36903" w:rsidRDefault="00E36903" w:rsidP="00C57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0.5pt;height:8.2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B23F61"/>
    <w:multiLevelType w:val="hybridMultilevel"/>
    <w:tmpl w:val="3836C37E"/>
    <w:lvl w:ilvl="0" w:tplc="744851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C073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84A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EC81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DE82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DC52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80FA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E858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5E3C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4AE35BE"/>
    <w:multiLevelType w:val="hybridMultilevel"/>
    <w:tmpl w:val="E9DEAC9A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 w16cid:durableId="1348871986">
    <w:abstractNumId w:val="8"/>
  </w:num>
  <w:num w:numId="2" w16cid:durableId="1365640758">
    <w:abstractNumId w:val="6"/>
  </w:num>
  <w:num w:numId="3" w16cid:durableId="28915545">
    <w:abstractNumId w:val="5"/>
  </w:num>
  <w:num w:numId="4" w16cid:durableId="2020348573">
    <w:abstractNumId w:val="4"/>
  </w:num>
  <w:num w:numId="5" w16cid:durableId="1470391483">
    <w:abstractNumId w:val="7"/>
  </w:num>
  <w:num w:numId="6" w16cid:durableId="1240166408">
    <w:abstractNumId w:val="3"/>
  </w:num>
  <w:num w:numId="7" w16cid:durableId="1797793306">
    <w:abstractNumId w:val="2"/>
  </w:num>
  <w:num w:numId="8" w16cid:durableId="467356256">
    <w:abstractNumId w:val="1"/>
  </w:num>
  <w:num w:numId="9" w16cid:durableId="482965473">
    <w:abstractNumId w:val="0"/>
  </w:num>
  <w:num w:numId="10" w16cid:durableId="374041708">
    <w:abstractNumId w:val="9"/>
  </w:num>
  <w:num w:numId="11" w16cid:durableId="1467241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9B7"/>
    <w:rsid w:val="00005EDF"/>
    <w:rsid w:val="00007153"/>
    <w:rsid w:val="00011D57"/>
    <w:rsid w:val="00012E72"/>
    <w:rsid w:val="000159B2"/>
    <w:rsid w:val="00017931"/>
    <w:rsid w:val="00022B6E"/>
    <w:rsid w:val="00025231"/>
    <w:rsid w:val="00034616"/>
    <w:rsid w:val="00045735"/>
    <w:rsid w:val="00054582"/>
    <w:rsid w:val="00057D9D"/>
    <w:rsid w:val="0006063C"/>
    <w:rsid w:val="00064B5E"/>
    <w:rsid w:val="00074526"/>
    <w:rsid w:val="00075445"/>
    <w:rsid w:val="000766D2"/>
    <w:rsid w:val="00080B8C"/>
    <w:rsid w:val="000908A3"/>
    <w:rsid w:val="000B322A"/>
    <w:rsid w:val="000C2EC5"/>
    <w:rsid w:val="000D2871"/>
    <w:rsid w:val="000D63EB"/>
    <w:rsid w:val="000D7134"/>
    <w:rsid w:val="000D7A4C"/>
    <w:rsid w:val="001004DC"/>
    <w:rsid w:val="00102466"/>
    <w:rsid w:val="001102B8"/>
    <w:rsid w:val="0011300C"/>
    <w:rsid w:val="0011376F"/>
    <w:rsid w:val="00116332"/>
    <w:rsid w:val="0011657C"/>
    <w:rsid w:val="00126655"/>
    <w:rsid w:val="00130EBF"/>
    <w:rsid w:val="00133426"/>
    <w:rsid w:val="00140AA2"/>
    <w:rsid w:val="0014573D"/>
    <w:rsid w:val="0014777F"/>
    <w:rsid w:val="0015074B"/>
    <w:rsid w:val="0015356B"/>
    <w:rsid w:val="00153A6D"/>
    <w:rsid w:val="0015558F"/>
    <w:rsid w:val="00163BF0"/>
    <w:rsid w:val="00164CF3"/>
    <w:rsid w:val="00170E91"/>
    <w:rsid w:val="0018183D"/>
    <w:rsid w:val="0018194E"/>
    <w:rsid w:val="001823FC"/>
    <w:rsid w:val="00186DAA"/>
    <w:rsid w:val="001901C6"/>
    <w:rsid w:val="00197DE6"/>
    <w:rsid w:val="001A0D72"/>
    <w:rsid w:val="001B0AAA"/>
    <w:rsid w:val="001B42AC"/>
    <w:rsid w:val="001E05F6"/>
    <w:rsid w:val="001E35CE"/>
    <w:rsid w:val="001E68B1"/>
    <w:rsid w:val="001E761F"/>
    <w:rsid w:val="00211BAF"/>
    <w:rsid w:val="00216BF4"/>
    <w:rsid w:val="00234808"/>
    <w:rsid w:val="00246677"/>
    <w:rsid w:val="002473CA"/>
    <w:rsid w:val="002478DD"/>
    <w:rsid w:val="00253925"/>
    <w:rsid w:val="00265A1A"/>
    <w:rsid w:val="002727C9"/>
    <w:rsid w:val="00273453"/>
    <w:rsid w:val="00274328"/>
    <w:rsid w:val="0028277F"/>
    <w:rsid w:val="002829D0"/>
    <w:rsid w:val="00283C97"/>
    <w:rsid w:val="00290396"/>
    <w:rsid w:val="0029267F"/>
    <w:rsid w:val="0029639D"/>
    <w:rsid w:val="002A37B6"/>
    <w:rsid w:val="002A4F26"/>
    <w:rsid w:val="002A6996"/>
    <w:rsid w:val="002B2BDA"/>
    <w:rsid w:val="002B6754"/>
    <w:rsid w:val="002C2436"/>
    <w:rsid w:val="002C2B48"/>
    <w:rsid w:val="002D2D7A"/>
    <w:rsid w:val="002D64EA"/>
    <w:rsid w:val="002D72A5"/>
    <w:rsid w:val="002E23AD"/>
    <w:rsid w:val="002E4298"/>
    <w:rsid w:val="002F112E"/>
    <w:rsid w:val="00306969"/>
    <w:rsid w:val="00310FF1"/>
    <w:rsid w:val="00323779"/>
    <w:rsid w:val="003253A5"/>
    <w:rsid w:val="0032654C"/>
    <w:rsid w:val="00326F90"/>
    <w:rsid w:val="00330E2E"/>
    <w:rsid w:val="00335319"/>
    <w:rsid w:val="00341A7B"/>
    <w:rsid w:val="003501F1"/>
    <w:rsid w:val="003528F9"/>
    <w:rsid w:val="00355062"/>
    <w:rsid w:val="00371AFE"/>
    <w:rsid w:val="0037433D"/>
    <w:rsid w:val="003744CF"/>
    <w:rsid w:val="00382423"/>
    <w:rsid w:val="003847A7"/>
    <w:rsid w:val="003859F4"/>
    <w:rsid w:val="00387AC7"/>
    <w:rsid w:val="00391B7F"/>
    <w:rsid w:val="00397001"/>
    <w:rsid w:val="003A2B05"/>
    <w:rsid w:val="003A4AE8"/>
    <w:rsid w:val="003A4B28"/>
    <w:rsid w:val="003A4BD2"/>
    <w:rsid w:val="003A6C10"/>
    <w:rsid w:val="003B7174"/>
    <w:rsid w:val="003C7AD6"/>
    <w:rsid w:val="003D0C70"/>
    <w:rsid w:val="003D4642"/>
    <w:rsid w:val="003E1DAB"/>
    <w:rsid w:val="003E7B47"/>
    <w:rsid w:val="004015EF"/>
    <w:rsid w:val="0042478D"/>
    <w:rsid w:val="004370EA"/>
    <w:rsid w:val="00437BBE"/>
    <w:rsid w:val="0044134A"/>
    <w:rsid w:val="00445E4B"/>
    <w:rsid w:val="004561C5"/>
    <w:rsid w:val="00460AF4"/>
    <w:rsid w:val="00463D0E"/>
    <w:rsid w:val="00467D09"/>
    <w:rsid w:val="004732F7"/>
    <w:rsid w:val="004766DE"/>
    <w:rsid w:val="004821E4"/>
    <w:rsid w:val="00483379"/>
    <w:rsid w:val="004846C3"/>
    <w:rsid w:val="00484ADC"/>
    <w:rsid w:val="00491427"/>
    <w:rsid w:val="00496F12"/>
    <w:rsid w:val="004A3EC2"/>
    <w:rsid w:val="004A3F7F"/>
    <w:rsid w:val="004B09C3"/>
    <w:rsid w:val="004B3734"/>
    <w:rsid w:val="004C4959"/>
    <w:rsid w:val="004D56D8"/>
    <w:rsid w:val="004E0858"/>
    <w:rsid w:val="004F29DE"/>
    <w:rsid w:val="004F3A14"/>
    <w:rsid w:val="004F5877"/>
    <w:rsid w:val="00500DAF"/>
    <w:rsid w:val="0050157D"/>
    <w:rsid w:val="00503A01"/>
    <w:rsid w:val="00504B7C"/>
    <w:rsid w:val="00504DD3"/>
    <w:rsid w:val="00523313"/>
    <w:rsid w:val="0053065D"/>
    <w:rsid w:val="005343BC"/>
    <w:rsid w:val="005454A7"/>
    <w:rsid w:val="00545FA9"/>
    <w:rsid w:val="00546307"/>
    <w:rsid w:val="005539F9"/>
    <w:rsid w:val="00555BA7"/>
    <w:rsid w:val="00566E57"/>
    <w:rsid w:val="00567C6F"/>
    <w:rsid w:val="0057107D"/>
    <w:rsid w:val="00575BC1"/>
    <w:rsid w:val="005768FB"/>
    <w:rsid w:val="00576A28"/>
    <w:rsid w:val="00576CE7"/>
    <w:rsid w:val="0057713B"/>
    <w:rsid w:val="00591BF5"/>
    <w:rsid w:val="00591C59"/>
    <w:rsid w:val="00593DD1"/>
    <w:rsid w:val="005B2995"/>
    <w:rsid w:val="005B3921"/>
    <w:rsid w:val="005C2124"/>
    <w:rsid w:val="005C4111"/>
    <w:rsid w:val="005C7B86"/>
    <w:rsid w:val="005D2FA5"/>
    <w:rsid w:val="005E4941"/>
    <w:rsid w:val="005E6B12"/>
    <w:rsid w:val="005F14CC"/>
    <w:rsid w:val="005F6542"/>
    <w:rsid w:val="00600365"/>
    <w:rsid w:val="00600F67"/>
    <w:rsid w:val="00612EC6"/>
    <w:rsid w:val="00613403"/>
    <w:rsid w:val="00613415"/>
    <w:rsid w:val="00617441"/>
    <w:rsid w:val="006217D5"/>
    <w:rsid w:val="00621EA7"/>
    <w:rsid w:val="006243F4"/>
    <w:rsid w:val="006246FB"/>
    <w:rsid w:val="00624823"/>
    <w:rsid w:val="00630D65"/>
    <w:rsid w:val="00631A21"/>
    <w:rsid w:val="00641BA4"/>
    <w:rsid w:val="00644570"/>
    <w:rsid w:val="00644D7D"/>
    <w:rsid w:val="00646F71"/>
    <w:rsid w:val="006553A4"/>
    <w:rsid w:val="00664FD5"/>
    <w:rsid w:val="006702C3"/>
    <w:rsid w:val="00673392"/>
    <w:rsid w:val="00690E72"/>
    <w:rsid w:val="006967B1"/>
    <w:rsid w:val="006A2F94"/>
    <w:rsid w:val="006A5D32"/>
    <w:rsid w:val="006B7588"/>
    <w:rsid w:val="006C4B73"/>
    <w:rsid w:val="006C5173"/>
    <w:rsid w:val="006C5E21"/>
    <w:rsid w:val="006C6F67"/>
    <w:rsid w:val="006D49C2"/>
    <w:rsid w:val="006E482F"/>
    <w:rsid w:val="006E6FAE"/>
    <w:rsid w:val="006F378A"/>
    <w:rsid w:val="006F5EC9"/>
    <w:rsid w:val="00700E36"/>
    <w:rsid w:val="00701C8F"/>
    <w:rsid w:val="00707D9B"/>
    <w:rsid w:val="007137D7"/>
    <w:rsid w:val="00715E1C"/>
    <w:rsid w:val="00725A05"/>
    <w:rsid w:val="007276EF"/>
    <w:rsid w:val="00746C1F"/>
    <w:rsid w:val="007470BD"/>
    <w:rsid w:val="00750A77"/>
    <w:rsid w:val="00754743"/>
    <w:rsid w:val="00755C31"/>
    <w:rsid w:val="00756D08"/>
    <w:rsid w:val="0076009E"/>
    <w:rsid w:val="00764665"/>
    <w:rsid w:val="0076547C"/>
    <w:rsid w:val="00767921"/>
    <w:rsid w:val="007771BA"/>
    <w:rsid w:val="00777600"/>
    <w:rsid w:val="00782489"/>
    <w:rsid w:val="0078555C"/>
    <w:rsid w:val="00785E9C"/>
    <w:rsid w:val="00790919"/>
    <w:rsid w:val="00792ABB"/>
    <w:rsid w:val="00794FF9"/>
    <w:rsid w:val="007A4208"/>
    <w:rsid w:val="007A7988"/>
    <w:rsid w:val="007B103A"/>
    <w:rsid w:val="007C5916"/>
    <w:rsid w:val="007C79E4"/>
    <w:rsid w:val="007E2F8D"/>
    <w:rsid w:val="007F40F1"/>
    <w:rsid w:val="007F6610"/>
    <w:rsid w:val="0080113C"/>
    <w:rsid w:val="00802404"/>
    <w:rsid w:val="00802DBB"/>
    <w:rsid w:val="00803622"/>
    <w:rsid w:val="008047F8"/>
    <w:rsid w:val="00806693"/>
    <w:rsid w:val="00806698"/>
    <w:rsid w:val="00815ECA"/>
    <w:rsid w:val="0082043F"/>
    <w:rsid w:val="00820931"/>
    <w:rsid w:val="008214C9"/>
    <w:rsid w:val="008354CB"/>
    <w:rsid w:val="00837B76"/>
    <w:rsid w:val="00842B27"/>
    <w:rsid w:val="00846BA6"/>
    <w:rsid w:val="0085004E"/>
    <w:rsid w:val="00850B21"/>
    <w:rsid w:val="00867352"/>
    <w:rsid w:val="0088211B"/>
    <w:rsid w:val="00886AFA"/>
    <w:rsid w:val="008A199D"/>
    <w:rsid w:val="008A60C8"/>
    <w:rsid w:val="008C027D"/>
    <w:rsid w:val="008C38DF"/>
    <w:rsid w:val="008C3E4F"/>
    <w:rsid w:val="008C6756"/>
    <w:rsid w:val="008F06A9"/>
    <w:rsid w:val="008F7FBD"/>
    <w:rsid w:val="00906290"/>
    <w:rsid w:val="009105D2"/>
    <w:rsid w:val="0091469C"/>
    <w:rsid w:val="009174D5"/>
    <w:rsid w:val="00920F2D"/>
    <w:rsid w:val="00927B82"/>
    <w:rsid w:val="00936F76"/>
    <w:rsid w:val="00937564"/>
    <w:rsid w:val="00943670"/>
    <w:rsid w:val="0094501C"/>
    <w:rsid w:val="00946280"/>
    <w:rsid w:val="0095297B"/>
    <w:rsid w:val="00962001"/>
    <w:rsid w:val="00965AB7"/>
    <w:rsid w:val="009759EA"/>
    <w:rsid w:val="009834BF"/>
    <w:rsid w:val="009901CF"/>
    <w:rsid w:val="00991097"/>
    <w:rsid w:val="009947A6"/>
    <w:rsid w:val="009967FF"/>
    <w:rsid w:val="009A6CCF"/>
    <w:rsid w:val="009B4157"/>
    <w:rsid w:val="009B7336"/>
    <w:rsid w:val="009C2F06"/>
    <w:rsid w:val="009C57D1"/>
    <w:rsid w:val="009C6F68"/>
    <w:rsid w:val="009E115D"/>
    <w:rsid w:val="009E145D"/>
    <w:rsid w:val="009E15AB"/>
    <w:rsid w:val="009E3FCD"/>
    <w:rsid w:val="009E5BBD"/>
    <w:rsid w:val="009F5682"/>
    <w:rsid w:val="00A02C6B"/>
    <w:rsid w:val="00A037A5"/>
    <w:rsid w:val="00A057C4"/>
    <w:rsid w:val="00A05FD5"/>
    <w:rsid w:val="00A130F7"/>
    <w:rsid w:val="00A1314B"/>
    <w:rsid w:val="00A13B6F"/>
    <w:rsid w:val="00A14EDF"/>
    <w:rsid w:val="00A172EF"/>
    <w:rsid w:val="00A21017"/>
    <w:rsid w:val="00A25698"/>
    <w:rsid w:val="00A2758F"/>
    <w:rsid w:val="00A27D3D"/>
    <w:rsid w:val="00A37486"/>
    <w:rsid w:val="00A441C4"/>
    <w:rsid w:val="00A50590"/>
    <w:rsid w:val="00A617C1"/>
    <w:rsid w:val="00A61821"/>
    <w:rsid w:val="00A62804"/>
    <w:rsid w:val="00A635AE"/>
    <w:rsid w:val="00A66097"/>
    <w:rsid w:val="00A76D7D"/>
    <w:rsid w:val="00A81BF8"/>
    <w:rsid w:val="00A939D9"/>
    <w:rsid w:val="00A95F33"/>
    <w:rsid w:val="00A975B1"/>
    <w:rsid w:val="00AA1D8D"/>
    <w:rsid w:val="00AA39BD"/>
    <w:rsid w:val="00AB586F"/>
    <w:rsid w:val="00AC0087"/>
    <w:rsid w:val="00AC2F86"/>
    <w:rsid w:val="00AD0FD3"/>
    <w:rsid w:val="00AD44E4"/>
    <w:rsid w:val="00AD6638"/>
    <w:rsid w:val="00AE5101"/>
    <w:rsid w:val="00AE6803"/>
    <w:rsid w:val="00AE6C7A"/>
    <w:rsid w:val="00AF086B"/>
    <w:rsid w:val="00B02829"/>
    <w:rsid w:val="00B05949"/>
    <w:rsid w:val="00B126BF"/>
    <w:rsid w:val="00B12930"/>
    <w:rsid w:val="00B12999"/>
    <w:rsid w:val="00B15F14"/>
    <w:rsid w:val="00B17DC6"/>
    <w:rsid w:val="00B21C60"/>
    <w:rsid w:val="00B22E4D"/>
    <w:rsid w:val="00B23901"/>
    <w:rsid w:val="00B31E3A"/>
    <w:rsid w:val="00B31F41"/>
    <w:rsid w:val="00B346D2"/>
    <w:rsid w:val="00B35AB3"/>
    <w:rsid w:val="00B35CF7"/>
    <w:rsid w:val="00B45EB4"/>
    <w:rsid w:val="00B47730"/>
    <w:rsid w:val="00B51D75"/>
    <w:rsid w:val="00B52F0D"/>
    <w:rsid w:val="00B603AE"/>
    <w:rsid w:val="00B64E28"/>
    <w:rsid w:val="00B71516"/>
    <w:rsid w:val="00B72C9C"/>
    <w:rsid w:val="00B80087"/>
    <w:rsid w:val="00B822C9"/>
    <w:rsid w:val="00B83BC0"/>
    <w:rsid w:val="00B84405"/>
    <w:rsid w:val="00B86AA3"/>
    <w:rsid w:val="00B87441"/>
    <w:rsid w:val="00B90EB4"/>
    <w:rsid w:val="00BC31A6"/>
    <w:rsid w:val="00BD121B"/>
    <w:rsid w:val="00BD542F"/>
    <w:rsid w:val="00BD631A"/>
    <w:rsid w:val="00BE112C"/>
    <w:rsid w:val="00BE1E8C"/>
    <w:rsid w:val="00BF1D73"/>
    <w:rsid w:val="00C0274F"/>
    <w:rsid w:val="00C15A74"/>
    <w:rsid w:val="00C17321"/>
    <w:rsid w:val="00C24812"/>
    <w:rsid w:val="00C30C49"/>
    <w:rsid w:val="00C371D4"/>
    <w:rsid w:val="00C40735"/>
    <w:rsid w:val="00C41774"/>
    <w:rsid w:val="00C42D0F"/>
    <w:rsid w:val="00C43332"/>
    <w:rsid w:val="00C54345"/>
    <w:rsid w:val="00C575D9"/>
    <w:rsid w:val="00C62762"/>
    <w:rsid w:val="00C632A9"/>
    <w:rsid w:val="00C6562D"/>
    <w:rsid w:val="00C6722E"/>
    <w:rsid w:val="00C71AEE"/>
    <w:rsid w:val="00C73CFB"/>
    <w:rsid w:val="00C804B8"/>
    <w:rsid w:val="00C90FEE"/>
    <w:rsid w:val="00C914B7"/>
    <w:rsid w:val="00C94037"/>
    <w:rsid w:val="00C94319"/>
    <w:rsid w:val="00CA25ED"/>
    <w:rsid w:val="00CB0664"/>
    <w:rsid w:val="00CB1934"/>
    <w:rsid w:val="00CB5DA1"/>
    <w:rsid w:val="00CC46C8"/>
    <w:rsid w:val="00CC6AC9"/>
    <w:rsid w:val="00CD19F8"/>
    <w:rsid w:val="00CD252B"/>
    <w:rsid w:val="00CD3647"/>
    <w:rsid w:val="00CD55C3"/>
    <w:rsid w:val="00CE005A"/>
    <w:rsid w:val="00CF5892"/>
    <w:rsid w:val="00D01467"/>
    <w:rsid w:val="00D20710"/>
    <w:rsid w:val="00D36D2F"/>
    <w:rsid w:val="00D5385F"/>
    <w:rsid w:val="00D61DC7"/>
    <w:rsid w:val="00D646C9"/>
    <w:rsid w:val="00D64A48"/>
    <w:rsid w:val="00D7308B"/>
    <w:rsid w:val="00D75D0D"/>
    <w:rsid w:val="00D77688"/>
    <w:rsid w:val="00D820E3"/>
    <w:rsid w:val="00D826B2"/>
    <w:rsid w:val="00DA1643"/>
    <w:rsid w:val="00DA5A2F"/>
    <w:rsid w:val="00DA68F7"/>
    <w:rsid w:val="00DA7A31"/>
    <w:rsid w:val="00DC1515"/>
    <w:rsid w:val="00DC3F4B"/>
    <w:rsid w:val="00DC447A"/>
    <w:rsid w:val="00DC46FA"/>
    <w:rsid w:val="00DD0C17"/>
    <w:rsid w:val="00DD22C5"/>
    <w:rsid w:val="00DE5E60"/>
    <w:rsid w:val="00DE68B1"/>
    <w:rsid w:val="00DE703A"/>
    <w:rsid w:val="00DF0666"/>
    <w:rsid w:val="00E0203C"/>
    <w:rsid w:val="00E1209D"/>
    <w:rsid w:val="00E34209"/>
    <w:rsid w:val="00E342EC"/>
    <w:rsid w:val="00E36903"/>
    <w:rsid w:val="00E414CE"/>
    <w:rsid w:val="00E431E4"/>
    <w:rsid w:val="00E4578C"/>
    <w:rsid w:val="00E51002"/>
    <w:rsid w:val="00E544DE"/>
    <w:rsid w:val="00E5775B"/>
    <w:rsid w:val="00E618F9"/>
    <w:rsid w:val="00E62D26"/>
    <w:rsid w:val="00E66670"/>
    <w:rsid w:val="00E6771A"/>
    <w:rsid w:val="00E70B6C"/>
    <w:rsid w:val="00E71AC9"/>
    <w:rsid w:val="00E82AB9"/>
    <w:rsid w:val="00EA4FAD"/>
    <w:rsid w:val="00EA5774"/>
    <w:rsid w:val="00EB014F"/>
    <w:rsid w:val="00EB48F2"/>
    <w:rsid w:val="00EB4972"/>
    <w:rsid w:val="00EC4795"/>
    <w:rsid w:val="00EC58A6"/>
    <w:rsid w:val="00ED410D"/>
    <w:rsid w:val="00ED448B"/>
    <w:rsid w:val="00EE1B3C"/>
    <w:rsid w:val="00EE5FFA"/>
    <w:rsid w:val="00EF46A9"/>
    <w:rsid w:val="00F00289"/>
    <w:rsid w:val="00F05FD2"/>
    <w:rsid w:val="00F11729"/>
    <w:rsid w:val="00F130D6"/>
    <w:rsid w:val="00F23CEC"/>
    <w:rsid w:val="00F2659F"/>
    <w:rsid w:val="00F440B0"/>
    <w:rsid w:val="00F5026E"/>
    <w:rsid w:val="00F51867"/>
    <w:rsid w:val="00F543CE"/>
    <w:rsid w:val="00F559CE"/>
    <w:rsid w:val="00F6282F"/>
    <w:rsid w:val="00F67846"/>
    <w:rsid w:val="00F70117"/>
    <w:rsid w:val="00F72372"/>
    <w:rsid w:val="00F72D9E"/>
    <w:rsid w:val="00F860B0"/>
    <w:rsid w:val="00FA177D"/>
    <w:rsid w:val="00FA3F42"/>
    <w:rsid w:val="00FB128A"/>
    <w:rsid w:val="00FB498C"/>
    <w:rsid w:val="00FC0005"/>
    <w:rsid w:val="00FC0723"/>
    <w:rsid w:val="00FC693F"/>
    <w:rsid w:val="00FC7617"/>
    <w:rsid w:val="00FD1CD1"/>
    <w:rsid w:val="00FD20D0"/>
    <w:rsid w:val="00FD4A3B"/>
    <w:rsid w:val="00FD6DA1"/>
    <w:rsid w:val="00FD73ED"/>
    <w:rsid w:val="00FE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B00C3E7E-9290-4806-921C-415E77484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D6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1901C6"/>
    <w:pPr>
      <w:spacing w:after="0" w:line="240" w:lineRule="auto"/>
      <w:jc w:val="left"/>
    </w:pPr>
    <w:rPr>
      <w:rFonts w:cs="Times New Roman"/>
      <w:szCs w:val="24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FD6D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6D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6DA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D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DA1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478DD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06A9"/>
  </w:style>
  <w:style w:type="paragraph" w:customStyle="1" w:styleId="TESupportingInformation">
    <w:name w:val="TE_Supporting_Information"/>
    <w:basedOn w:val="Normal"/>
    <w:next w:val="Normal"/>
    <w:uiPriority w:val="99"/>
    <w:rsid w:val="00B15F14"/>
    <w:pPr>
      <w:spacing w:line="480" w:lineRule="auto"/>
      <w:ind w:firstLine="187"/>
    </w:pPr>
    <w:rPr>
      <w:rFonts w:ascii="Times" w:eastAsia="SimSun" w:hAnsi="Times" w:cs="Times New Roma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99" Type="http://schemas.openxmlformats.org/officeDocument/2006/relationships/image" Target="media/image290.png"/><Relationship Id="rId21" Type="http://schemas.openxmlformats.org/officeDocument/2006/relationships/image" Target="media/image12.png"/><Relationship Id="rId63" Type="http://schemas.openxmlformats.org/officeDocument/2006/relationships/image" Target="media/image54.png"/><Relationship Id="rId159" Type="http://schemas.openxmlformats.org/officeDocument/2006/relationships/image" Target="media/image150.png"/><Relationship Id="rId324" Type="http://schemas.openxmlformats.org/officeDocument/2006/relationships/image" Target="media/image315.png"/><Relationship Id="rId366" Type="http://schemas.openxmlformats.org/officeDocument/2006/relationships/image" Target="media/image357.png"/><Relationship Id="rId170" Type="http://schemas.openxmlformats.org/officeDocument/2006/relationships/image" Target="media/image161.png"/><Relationship Id="rId226" Type="http://schemas.openxmlformats.org/officeDocument/2006/relationships/image" Target="media/image217.png"/><Relationship Id="rId268" Type="http://schemas.openxmlformats.org/officeDocument/2006/relationships/image" Target="media/image259.png"/><Relationship Id="rId32" Type="http://schemas.openxmlformats.org/officeDocument/2006/relationships/image" Target="media/image23.png"/><Relationship Id="rId74" Type="http://schemas.openxmlformats.org/officeDocument/2006/relationships/image" Target="media/image65.png"/><Relationship Id="rId128" Type="http://schemas.openxmlformats.org/officeDocument/2006/relationships/image" Target="media/image119.png"/><Relationship Id="rId335" Type="http://schemas.openxmlformats.org/officeDocument/2006/relationships/image" Target="media/image326.emf"/><Relationship Id="rId377" Type="http://schemas.openxmlformats.org/officeDocument/2006/relationships/image" Target="media/image368.png"/><Relationship Id="rId5" Type="http://schemas.openxmlformats.org/officeDocument/2006/relationships/numbering" Target="numbering.xml"/><Relationship Id="rId181" Type="http://schemas.openxmlformats.org/officeDocument/2006/relationships/image" Target="media/image172.png"/><Relationship Id="rId237" Type="http://schemas.openxmlformats.org/officeDocument/2006/relationships/image" Target="media/image228.png"/><Relationship Id="rId279" Type="http://schemas.openxmlformats.org/officeDocument/2006/relationships/image" Target="media/image270.png"/><Relationship Id="rId43" Type="http://schemas.openxmlformats.org/officeDocument/2006/relationships/image" Target="media/image34.png"/><Relationship Id="rId139" Type="http://schemas.openxmlformats.org/officeDocument/2006/relationships/image" Target="media/image130.png"/><Relationship Id="rId290" Type="http://schemas.openxmlformats.org/officeDocument/2006/relationships/image" Target="media/image281.png"/><Relationship Id="rId304" Type="http://schemas.openxmlformats.org/officeDocument/2006/relationships/image" Target="media/image295.png"/><Relationship Id="rId346" Type="http://schemas.openxmlformats.org/officeDocument/2006/relationships/image" Target="media/image337.png"/><Relationship Id="rId85" Type="http://schemas.openxmlformats.org/officeDocument/2006/relationships/image" Target="media/image76.png"/><Relationship Id="rId150" Type="http://schemas.openxmlformats.org/officeDocument/2006/relationships/image" Target="media/image141.png"/><Relationship Id="rId192" Type="http://schemas.openxmlformats.org/officeDocument/2006/relationships/image" Target="media/image183.png"/><Relationship Id="rId206" Type="http://schemas.openxmlformats.org/officeDocument/2006/relationships/image" Target="media/image197.png"/><Relationship Id="rId248" Type="http://schemas.openxmlformats.org/officeDocument/2006/relationships/image" Target="media/image239.emf"/><Relationship Id="rId12" Type="http://schemas.openxmlformats.org/officeDocument/2006/relationships/image" Target="media/image3.png"/><Relationship Id="rId108" Type="http://schemas.openxmlformats.org/officeDocument/2006/relationships/image" Target="media/image99.png"/><Relationship Id="rId315" Type="http://schemas.openxmlformats.org/officeDocument/2006/relationships/image" Target="media/image306.png"/><Relationship Id="rId357" Type="http://schemas.openxmlformats.org/officeDocument/2006/relationships/image" Target="media/image348.png"/><Relationship Id="rId54" Type="http://schemas.openxmlformats.org/officeDocument/2006/relationships/image" Target="media/image45.emf"/><Relationship Id="rId96" Type="http://schemas.openxmlformats.org/officeDocument/2006/relationships/image" Target="media/image87.png"/><Relationship Id="rId161" Type="http://schemas.openxmlformats.org/officeDocument/2006/relationships/image" Target="media/image152.png"/><Relationship Id="rId217" Type="http://schemas.openxmlformats.org/officeDocument/2006/relationships/image" Target="media/image208.png"/><Relationship Id="rId259" Type="http://schemas.openxmlformats.org/officeDocument/2006/relationships/image" Target="media/image250.png"/><Relationship Id="rId23" Type="http://schemas.openxmlformats.org/officeDocument/2006/relationships/image" Target="media/image14.png"/><Relationship Id="rId119" Type="http://schemas.openxmlformats.org/officeDocument/2006/relationships/image" Target="media/image110.png"/><Relationship Id="rId270" Type="http://schemas.openxmlformats.org/officeDocument/2006/relationships/image" Target="media/image261.png"/><Relationship Id="rId326" Type="http://schemas.openxmlformats.org/officeDocument/2006/relationships/image" Target="media/image317.png"/><Relationship Id="rId65" Type="http://schemas.openxmlformats.org/officeDocument/2006/relationships/image" Target="media/image56.png"/><Relationship Id="rId130" Type="http://schemas.openxmlformats.org/officeDocument/2006/relationships/image" Target="media/image121.png"/><Relationship Id="rId368" Type="http://schemas.openxmlformats.org/officeDocument/2006/relationships/image" Target="media/image359.png"/><Relationship Id="rId172" Type="http://schemas.openxmlformats.org/officeDocument/2006/relationships/image" Target="media/image163.png"/><Relationship Id="rId228" Type="http://schemas.openxmlformats.org/officeDocument/2006/relationships/image" Target="media/image219.emf"/><Relationship Id="rId281" Type="http://schemas.openxmlformats.org/officeDocument/2006/relationships/image" Target="media/image272.png"/><Relationship Id="rId337" Type="http://schemas.openxmlformats.org/officeDocument/2006/relationships/image" Target="media/image328.png"/><Relationship Id="rId34" Type="http://schemas.openxmlformats.org/officeDocument/2006/relationships/image" Target="media/image25.emf"/><Relationship Id="rId76" Type="http://schemas.openxmlformats.org/officeDocument/2006/relationships/image" Target="media/image67.png"/><Relationship Id="rId141" Type="http://schemas.openxmlformats.org/officeDocument/2006/relationships/image" Target="media/image132.png"/><Relationship Id="rId379" Type="http://schemas.openxmlformats.org/officeDocument/2006/relationships/footer" Target="footer1.xml"/><Relationship Id="rId7" Type="http://schemas.openxmlformats.org/officeDocument/2006/relationships/settings" Target="settings.xml"/><Relationship Id="rId183" Type="http://schemas.openxmlformats.org/officeDocument/2006/relationships/image" Target="media/image174.png"/><Relationship Id="rId239" Type="http://schemas.openxmlformats.org/officeDocument/2006/relationships/image" Target="media/image230.png"/><Relationship Id="rId250" Type="http://schemas.openxmlformats.org/officeDocument/2006/relationships/image" Target="media/image241.png"/><Relationship Id="rId292" Type="http://schemas.openxmlformats.org/officeDocument/2006/relationships/image" Target="media/image283.png"/><Relationship Id="rId306" Type="http://schemas.openxmlformats.org/officeDocument/2006/relationships/image" Target="media/image297.png"/><Relationship Id="rId45" Type="http://schemas.openxmlformats.org/officeDocument/2006/relationships/image" Target="media/image36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348" Type="http://schemas.openxmlformats.org/officeDocument/2006/relationships/image" Target="media/image339.png"/><Relationship Id="rId152" Type="http://schemas.openxmlformats.org/officeDocument/2006/relationships/image" Target="media/image143.png"/><Relationship Id="rId194" Type="http://schemas.openxmlformats.org/officeDocument/2006/relationships/image" Target="media/image185.emf"/><Relationship Id="rId208" Type="http://schemas.openxmlformats.org/officeDocument/2006/relationships/image" Target="media/image199.png"/><Relationship Id="rId261" Type="http://schemas.openxmlformats.org/officeDocument/2006/relationships/image" Target="media/image252.emf"/><Relationship Id="rId14" Type="http://schemas.openxmlformats.org/officeDocument/2006/relationships/image" Target="media/image5.png"/><Relationship Id="rId56" Type="http://schemas.openxmlformats.org/officeDocument/2006/relationships/image" Target="media/image47.png"/><Relationship Id="rId317" Type="http://schemas.openxmlformats.org/officeDocument/2006/relationships/image" Target="media/image308.png"/><Relationship Id="rId359" Type="http://schemas.openxmlformats.org/officeDocument/2006/relationships/image" Target="media/image350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63" Type="http://schemas.openxmlformats.org/officeDocument/2006/relationships/image" Target="media/image154.png"/><Relationship Id="rId219" Type="http://schemas.openxmlformats.org/officeDocument/2006/relationships/image" Target="media/image210.emf"/><Relationship Id="rId370" Type="http://schemas.openxmlformats.org/officeDocument/2006/relationships/image" Target="media/image361.png"/><Relationship Id="rId230" Type="http://schemas.openxmlformats.org/officeDocument/2006/relationships/image" Target="media/image221.png"/><Relationship Id="rId25" Type="http://schemas.openxmlformats.org/officeDocument/2006/relationships/image" Target="media/image16.png"/><Relationship Id="rId67" Type="http://schemas.openxmlformats.org/officeDocument/2006/relationships/image" Target="media/image58.emf"/><Relationship Id="rId272" Type="http://schemas.openxmlformats.org/officeDocument/2006/relationships/image" Target="media/image263.png"/><Relationship Id="rId328" Type="http://schemas.openxmlformats.org/officeDocument/2006/relationships/image" Target="media/image319.png"/><Relationship Id="rId132" Type="http://schemas.openxmlformats.org/officeDocument/2006/relationships/image" Target="media/image123.png"/><Relationship Id="rId174" Type="http://schemas.openxmlformats.org/officeDocument/2006/relationships/image" Target="media/image165.png"/><Relationship Id="rId381" Type="http://schemas.openxmlformats.org/officeDocument/2006/relationships/fontTable" Target="fontTable.xml"/><Relationship Id="rId241" Type="http://schemas.openxmlformats.org/officeDocument/2006/relationships/image" Target="media/image232.emf"/><Relationship Id="rId36" Type="http://schemas.openxmlformats.org/officeDocument/2006/relationships/image" Target="media/image27.png"/><Relationship Id="rId283" Type="http://schemas.openxmlformats.org/officeDocument/2006/relationships/image" Target="media/image274.png"/><Relationship Id="rId339" Type="http://schemas.openxmlformats.org/officeDocument/2006/relationships/image" Target="media/image330.png"/><Relationship Id="rId78" Type="http://schemas.openxmlformats.org/officeDocument/2006/relationships/image" Target="media/image69.png"/><Relationship Id="rId101" Type="http://schemas.openxmlformats.org/officeDocument/2006/relationships/image" Target="media/image92.png"/><Relationship Id="rId143" Type="http://schemas.openxmlformats.org/officeDocument/2006/relationships/image" Target="media/image134.png"/><Relationship Id="rId185" Type="http://schemas.openxmlformats.org/officeDocument/2006/relationships/image" Target="media/image176.emf"/><Relationship Id="rId350" Type="http://schemas.openxmlformats.org/officeDocument/2006/relationships/image" Target="media/image341.emf"/><Relationship Id="rId9" Type="http://schemas.openxmlformats.org/officeDocument/2006/relationships/footnotes" Target="footnotes.xml"/><Relationship Id="rId210" Type="http://schemas.openxmlformats.org/officeDocument/2006/relationships/image" Target="media/image201.emf"/><Relationship Id="rId26" Type="http://schemas.openxmlformats.org/officeDocument/2006/relationships/image" Target="media/image17.png"/><Relationship Id="rId231" Type="http://schemas.openxmlformats.org/officeDocument/2006/relationships/image" Target="media/image222.emf"/><Relationship Id="rId252" Type="http://schemas.openxmlformats.org/officeDocument/2006/relationships/image" Target="media/image243.png"/><Relationship Id="rId273" Type="http://schemas.openxmlformats.org/officeDocument/2006/relationships/image" Target="media/image264.png"/><Relationship Id="rId294" Type="http://schemas.openxmlformats.org/officeDocument/2006/relationships/image" Target="media/image285.png"/><Relationship Id="rId308" Type="http://schemas.openxmlformats.org/officeDocument/2006/relationships/image" Target="media/image299.png"/><Relationship Id="rId329" Type="http://schemas.openxmlformats.org/officeDocument/2006/relationships/image" Target="media/image320.png"/><Relationship Id="rId47" Type="http://schemas.openxmlformats.org/officeDocument/2006/relationships/image" Target="media/image38.emf"/><Relationship Id="rId68" Type="http://schemas.openxmlformats.org/officeDocument/2006/relationships/image" Target="media/image59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54" Type="http://schemas.openxmlformats.org/officeDocument/2006/relationships/image" Target="media/image145.png"/><Relationship Id="rId175" Type="http://schemas.openxmlformats.org/officeDocument/2006/relationships/image" Target="media/image166.png"/><Relationship Id="rId340" Type="http://schemas.openxmlformats.org/officeDocument/2006/relationships/image" Target="media/image331.png"/><Relationship Id="rId361" Type="http://schemas.openxmlformats.org/officeDocument/2006/relationships/image" Target="media/image352.png"/><Relationship Id="rId196" Type="http://schemas.openxmlformats.org/officeDocument/2006/relationships/image" Target="media/image187.png"/><Relationship Id="rId200" Type="http://schemas.openxmlformats.org/officeDocument/2006/relationships/image" Target="media/image191.png"/><Relationship Id="rId382" Type="http://schemas.openxmlformats.org/officeDocument/2006/relationships/theme" Target="theme/theme1.xml"/><Relationship Id="rId16" Type="http://schemas.openxmlformats.org/officeDocument/2006/relationships/image" Target="media/image7.png"/><Relationship Id="rId221" Type="http://schemas.openxmlformats.org/officeDocument/2006/relationships/image" Target="media/image212.png"/><Relationship Id="rId242" Type="http://schemas.openxmlformats.org/officeDocument/2006/relationships/image" Target="media/image233.png"/><Relationship Id="rId263" Type="http://schemas.openxmlformats.org/officeDocument/2006/relationships/image" Target="media/image254.png"/><Relationship Id="rId284" Type="http://schemas.openxmlformats.org/officeDocument/2006/relationships/image" Target="media/image275.png"/><Relationship Id="rId319" Type="http://schemas.openxmlformats.org/officeDocument/2006/relationships/image" Target="media/image310.png"/><Relationship Id="rId37" Type="http://schemas.openxmlformats.org/officeDocument/2006/relationships/image" Target="media/image28.png"/><Relationship Id="rId58" Type="http://schemas.openxmlformats.org/officeDocument/2006/relationships/image" Target="media/image49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image" Target="media/image135.png"/><Relationship Id="rId330" Type="http://schemas.openxmlformats.org/officeDocument/2006/relationships/image" Target="media/image321.png"/><Relationship Id="rId90" Type="http://schemas.openxmlformats.org/officeDocument/2006/relationships/image" Target="media/image81.png"/><Relationship Id="rId165" Type="http://schemas.openxmlformats.org/officeDocument/2006/relationships/image" Target="media/image156.png"/><Relationship Id="rId186" Type="http://schemas.openxmlformats.org/officeDocument/2006/relationships/image" Target="media/image177.png"/><Relationship Id="rId351" Type="http://schemas.openxmlformats.org/officeDocument/2006/relationships/image" Target="media/image342.png"/><Relationship Id="rId372" Type="http://schemas.openxmlformats.org/officeDocument/2006/relationships/image" Target="media/image363.png"/><Relationship Id="rId211" Type="http://schemas.openxmlformats.org/officeDocument/2006/relationships/image" Target="media/image202.png"/><Relationship Id="rId232" Type="http://schemas.openxmlformats.org/officeDocument/2006/relationships/image" Target="media/image223.png"/><Relationship Id="rId253" Type="http://schemas.openxmlformats.org/officeDocument/2006/relationships/image" Target="media/image244.png"/><Relationship Id="rId274" Type="http://schemas.openxmlformats.org/officeDocument/2006/relationships/image" Target="media/image265.png"/><Relationship Id="rId295" Type="http://schemas.openxmlformats.org/officeDocument/2006/relationships/image" Target="media/image286.png"/><Relationship Id="rId309" Type="http://schemas.openxmlformats.org/officeDocument/2006/relationships/image" Target="media/image300.png"/><Relationship Id="rId27" Type="http://schemas.openxmlformats.org/officeDocument/2006/relationships/image" Target="media/image18.emf"/><Relationship Id="rId48" Type="http://schemas.openxmlformats.org/officeDocument/2006/relationships/image" Target="media/image39.png"/><Relationship Id="rId69" Type="http://schemas.openxmlformats.org/officeDocument/2006/relationships/image" Target="media/image60.png"/><Relationship Id="rId113" Type="http://schemas.openxmlformats.org/officeDocument/2006/relationships/image" Target="media/image104.png"/><Relationship Id="rId134" Type="http://schemas.openxmlformats.org/officeDocument/2006/relationships/image" Target="media/image125.png"/><Relationship Id="rId320" Type="http://schemas.openxmlformats.org/officeDocument/2006/relationships/image" Target="media/image311.png"/><Relationship Id="rId80" Type="http://schemas.openxmlformats.org/officeDocument/2006/relationships/image" Target="media/image71.png"/><Relationship Id="rId155" Type="http://schemas.openxmlformats.org/officeDocument/2006/relationships/image" Target="media/image146.png"/><Relationship Id="rId176" Type="http://schemas.openxmlformats.org/officeDocument/2006/relationships/image" Target="media/image167.png"/><Relationship Id="rId197" Type="http://schemas.openxmlformats.org/officeDocument/2006/relationships/image" Target="media/image188.emf"/><Relationship Id="rId341" Type="http://schemas.openxmlformats.org/officeDocument/2006/relationships/image" Target="media/image332.emf"/><Relationship Id="rId362" Type="http://schemas.openxmlformats.org/officeDocument/2006/relationships/image" Target="media/image353.emf"/><Relationship Id="rId201" Type="http://schemas.openxmlformats.org/officeDocument/2006/relationships/image" Target="media/image192.emf"/><Relationship Id="rId222" Type="http://schemas.openxmlformats.org/officeDocument/2006/relationships/image" Target="media/image213.emf"/><Relationship Id="rId243" Type="http://schemas.openxmlformats.org/officeDocument/2006/relationships/image" Target="media/image234.png"/><Relationship Id="rId264" Type="http://schemas.openxmlformats.org/officeDocument/2006/relationships/image" Target="media/image255.emf"/><Relationship Id="rId285" Type="http://schemas.openxmlformats.org/officeDocument/2006/relationships/image" Target="media/image276.png"/><Relationship Id="rId17" Type="http://schemas.openxmlformats.org/officeDocument/2006/relationships/image" Target="media/image8.png"/><Relationship Id="rId38" Type="http://schemas.openxmlformats.org/officeDocument/2006/relationships/image" Target="media/image29.emf"/><Relationship Id="rId59" Type="http://schemas.openxmlformats.org/officeDocument/2006/relationships/image" Target="media/image50.png"/><Relationship Id="rId103" Type="http://schemas.openxmlformats.org/officeDocument/2006/relationships/image" Target="media/image94.png"/><Relationship Id="rId124" Type="http://schemas.openxmlformats.org/officeDocument/2006/relationships/image" Target="media/image115.png"/><Relationship Id="rId310" Type="http://schemas.openxmlformats.org/officeDocument/2006/relationships/image" Target="media/image301.png"/><Relationship Id="rId70" Type="http://schemas.openxmlformats.org/officeDocument/2006/relationships/image" Target="media/image61.emf"/><Relationship Id="rId91" Type="http://schemas.openxmlformats.org/officeDocument/2006/relationships/image" Target="media/image82.png"/><Relationship Id="rId145" Type="http://schemas.openxmlformats.org/officeDocument/2006/relationships/image" Target="media/image136.png"/><Relationship Id="rId166" Type="http://schemas.openxmlformats.org/officeDocument/2006/relationships/image" Target="media/image157.png"/><Relationship Id="rId187" Type="http://schemas.openxmlformats.org/officeDocument/2006/relationships/image" Target="media/image178.png"/><Relationship Id="rId331" Type="http://schemas.openxmlformats.org/officeDocument/2006/relationships/image" Target="media/image322.png"/><Relationship Id="rId352" Type="http://schemas.openxmlformats.org/officeDocument/2006/relationships/image" Target="media/image343.png"/><Relationship Id="rId373" Type="http://schemas.openxmlformats.org/officeDocument/2006/relationships/image" Target="media/image364.png"/><Relationship Id="rId1" Type="http://schemas.openxmlformats.org/officeDocument/2006/relationships/customXml" Target="../customXml/item1.xml"/><Relationship Id="rId212" Type="http://schemas.openxmlformats.org/officeDocument/2006/relationships/image" Target="media/image203.png"/><Relationship Id="rId233" Type="http://schemas.openxmlformats.org/officeDocument/2006/relationships/image" Target="media/image224.png"/><Relationship Id="rId254" Type="http://schemas.openxmlformats.org/officeDocument/2006/relationships/image" Target="media/image245.emf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image" Target="media/image105.png"/><Relationship Id="rId275" Type="http://schemas.openxmlformats.org/officeDocument/2006/relationships/image" Target="media/image266.png"/><Relationship Id="rId296" Type="http://schemas.openxmlformats.org/officeDocument/2006/relationships/image" Target="media/image287.png"/><Relationship Id="rId300" Type="http://schemas.openxmlformats.org/officeDocument/2006/relationships/image" Target="media/image291.png"/><Relationship Id="rId60" Type="http://schemas.openxmlformats.org/officeDocument/2006/relationships/image" Target="media/image51.png"/><Relationship Id="rId81" Type="http://schemas.openxmlformats.org/officeDocument/2006/relationships/image" Target="media/image72.png"/><Relationship Id="rId135" Type="http://schemas.openxmlformats.org/officeDocument/2006/relationships/image" Target="media/image126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9.png"/><Relationship Id="rId321" Type="http://schemas.openxmlformats.org/officeDocument/2006/relationships/image" Target="media/image312.png"/><Relationship Id="rId342" Type="http://schemas.openxmlformats.org/officeDocument/2006/relationships/image" Target="media/image333.png"/><Relationship Id="rId363" Type="http://schemas.openxmlformats.org/officeDocument/2006/relationships/image" Target="media/image354.png"/><Relationship Id="rId202" Type="http://schemas.openxmlformats.org/officeDocument/2006/relationships/image" Target="media/image193.png"/><Relationship Id="rId223" Type="http://schemas.openxmlformats.org/officeDocument/2006/relationships/image" Target="media/image214.png"/><Relationship Id="rId244" Type="http://schemas.openxmlformats.org/officeDocument/2006/relationships/image" Target="media/image235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265" Type="http://schemas.openxmlformats.org/officeDocument/2006/relationships/image" Target="media/image256.png"/><Relationship Id="rId286" Type="http://schemas.openxmlformats.org/officeDocument/2006/relationships/image" Target="media/image277.png"/><Relationship Id="rId50" Type="http://schemas.openxmlformats.org/officeDocument/2006/relationships/image" Target="media/image41.emf"/><Relationship Id="rId104" Type="http://schemas.openxmlformats.org/officeDocument/2006/relationships/image" Target="media/image95.png"/><Relationship Id="rId125" Type="http://schemas.openxmlformats.org/officeDocument/2006/relationships/image" Target="media/image116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9.emf"/><Relationship Id="rId311" Type="http://schemas.openxmlformats.org/officeDocument/2006/relationships/image" Target="media/image302.png"/><Relationship Id="rId332" Type="http://schemas.openxmlformats.org/officeDocument/2006/relationships/image" Target="media/image323.png"/><Relationship Id="rId353" Type="http://schemas.openxmlformats.org/officeDocument/2006/relationships/image" Target="media/image344.emf"/><Relationship Id="rId374" Type="http://schemas.openxmlformats.org/officeDocument/2006/relationships/image" Target="media/image365.png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13" Type="http://schemas.openxmlformats.org/officeDocument/2006/relationships/image" Target="media/image204.emf"/><Relationship Id="rId234" Type="http://schemas.openxmlformats.org/officeDocument/2006/relationships/image" Target="media/image225.emf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55" Type="http://schemas.openxmlformats.org/officeDocument/2006/relationships/image" Target="media/image246.emf"/><Relationship Id="rId276" Type="http://schemas.openxmlformats.org/officeDocument/2006/relationships/image" Target="media/image267.png"/><Relationship Id="rId297" Type="http://schemas.openxmlformats.org/officeDocument/2006/relationships/image" Target="media/image288.png"/><Relationship Id="rId40" Type="http://schemas.openxmlformats.org/officeDocument/2006/relationships/image" Target="media/image31.png"/><Relationship Id="rId115" Type="http://schemas.openxmlformats.org/officeDocument/2006/relationships/image" Target="media/image106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301" Type="http://schemas.openxmlformats.org/officeDocument/2006/relationships/image" Target="media/image292.png"/><Relationship Id="rId322" Type="http://schemas.openxmlformats.org/officeDocument/2006/relationships/image" Target="media/image313.png"/><Relationship Id="rId343" Type="http://schemas.openxmlformats.org/officeDocument/2006/relationships/image" Target="media/image334.png"/><Relationship Id="rId364" Type="http://schemas.openxmlformats.org/officeDocument/2006/relationships/image" Target="media/image355.png"/><Relationship Id="rId61" Type="http://schemas.openxmlformats.org/officeDocument/2006/relationships/image" Target="media/image52.emf"/><Relationship Id="rId82" Type="http://schemas.openxmlformats.org/officeDocument/2006/relationships/image" Target="media/image73.png"/><Relationship Id="rId199" Type="http://schemas.openxmlformats.org/officeDocument/2006/relationships/image" Target="media/image190.png"/><Relationship Id="rId203" Type="http://schemas.openxmlformats.org/officeDocument/2006/relationships/image" Target="media/image194.png"/><Relationship Id="rId19" Type="http://schemas.openxmlformats.org/officeDocument/2006/relationships/image" Target="media/image10.png"/><Relationship Id="rId224" Type="http://schemas.openxmlformats.org/officeDocument/2006/relationships/image" Target="media/image215.png"/><Relationship Id="rId245" Type="http://schemas.openxmlformats.org/officeDocument/2006/relationships/image" Target="media/image236.emf"/><Relationship Id="rId266" Type="http://schemas.openxmlformats.org/officeDocument/2006/relationships/image" Target="media/image257.png"/><Relationship Id="rId287" Type="http://schemas.openxmlformats.org/officeDocument/2006/relationships/image" Target="media/image278.png"/><Relationship Id="rId30" Type="http://schemas.openxmlformats.org/officeDocument/2006/relationships/image" Target="media/image2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312" Type="http://schemas.openxmlformats.org/officeDocument/2006/relationships/image" Target="media/image303.png"/><Relationship Id="rId333" Type="http://schemas.openxmlformats.org/officeDocument/2006/relationships/image" Target="media/image324.png"/><Relationship Id="rId354" Type="http://schemas.openxmlformats.org/officeDocument/2006/relationships/image" Target="media/image345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189" Type="http://schemas.openxmlformats.org/officeDocument/2006/relationships/image" Target="media/image180.png"/><Relationship Id="rId375" Type="http://schemas.openxmlformats.org/officeDocument/2006/relationships/image" Target="media/image366.png"/><Relationship Id="rId3" Type="http://schemas.openxmlformats.org/officeDocument/2006/relationships/customXml" Target="../customXml/item3.xml"/><Relationship Id="rId214" Type="http://schemas.openxmlformats.org/officeDocument/2006/relationships/image" Target="media/image205.png"/><Relationship Id="rId235" Type="http://schemas.openxmlformats.org/officeDocument/2006/relationships/image" Target="media/image226.png"/><Relationship Id="rId256" Type="http://schemas.openxmlformats.org/officeDocument/2006/relationships/image" Target="media/image247.png"/><Relationship Id="rId277" Type="http://schemas.openxmlformats.org/officeDocument/2006/relationships/image" Target="media/image268.png"/><Relationship Id="rId298" Type="http://schemas.openxmlformats.org/officeDocument/2006/relationships/image" Target="media/image289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302" Type="http://schemas.openxmlformats.org/officeDocument/2006/relationships/image" Target="media/image293.png"/><Relationship Id="rId323" Type="http://schemas.openxmlformats.org/officeDocument/2006/relationships/image" Target="media/image314.png"/><Relationship Id="rId344" Type="http://schemas.openxmlformats.org/officeDocument/2006/relationships/image" Target="media/image335.emf"/><Relationship Id="rId20" Type="http://schemas.openxmlformats.org/officeDocument/2006/relationships/image" Target="media/image11.png"/><Relationship Id="rId41" Type="http://schemas.openxmlformats.org/officeDocument/2006/relationships/image" Target="media/image32.emf"/><Relationship Id="rId62" Type="http://schemas.openxmlformats.org/officeDocument/2006/relationships/image" Target="media/image53.png"/><Relationship Id="rId83" Type="http://schemas.openxmlformats.org/officeDocument/2006/relationships/image" Target="media/image74.png"/><Relationship Id="rId179" Type="http://schemas.openxmlformats.org/officeDocument/2006/relationships/image" Target="media/image170.png"/><Relationship Id="rId365" Type="http://schemas.openxmlformats.org/officeDocument/2006/relationships/image" Target="media/image356.png"/><Relationship Id="rId190" Type="http://schemas.openxmlformats.org/officeDocument/2006/relationships/image" Target="media/image181.png"/><Relationship Id="rId204" Type="http://schemas.openxmlformats.org/officeDocument/2006/relationships/image" Target="media/image195.emf"/><Relationship Id="rId225" Type="http://schemas.openxmlformats.org/officeDocument/2006/relationships/image" Target="media/image216.emf"/><Relationship Id="rId246" Type="http://schemas.openxmlformats.org/officeDocument/2006/relationships/image" Target="media/image237.png"/><Relationship Id="rId267" Type="http://schemas.openxmlformats.org/officeDocument/2006/relationships/image" Target="media/image258.png"/><Relationship Id="rId288" Type="http://schemas.openxmlformats.org/officeDocument/2006/relationships/image" Target="media/image279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313" Type="http://schemas.openxmlformats.org/officeDocument/2006/relationships/image" Target="media/image304.png"/><Relationship Id="rId10" Type="http://schemas.openxmlformats.org/officeDocument/2006/relationships/endnotes" Target="endnotes.xml"/><Relationship Id="rId31" Type="http://schemas.openxmlformats.org/officeDocument/2006/relationships/image" Target="media/image22.emf"/><Relationship Id="rId52" Type="http://schemas.openxmlformats.org/officeDocument/2006/relationships/image" Target="media/image43.png"/><Relationship Id="rId73" Type="http://schemas.openxmlformats.org/officeDocument/2006/relationships/image" Target="media/image64.png"/><Relationship Id="rId94" Type="http://schemas.openxmlformats.org/officeDocument/2006/relationships/image" Target="media/image85.png"/><Relationship Id="rId148" Type="http://schemas.openxmlformats.org/officeDocument/2006/relationships/image" Target="media/image139.png"/><Relationship Id="rId169" Type="http://schemas.openxmlformats.org/officeDocument/2006/relationships/image" Target="media/image160.png"/><Relationship Id="rId334" Type="http://schemas.openxmlformats.org/officeDocument/2006/relationships/image" Target="media/image325.png"/><Relationship Id="rId355" Type="http://schemas.openxmlformats.org/officeDocument/2006/relationships/image" Target="media/image346.png"/><Relationship Id="rId376" Type="http://schemas.openxmlformats.org/officeDocument/2006/relationships/image" Target="media/image367.png"/><Relationship Id="rId4" Type="http://schemas.openxmlformats.org/officeDocument/2006/relationships/customXml" Target="../customXml/item4.xml"/><Relationship Id="rId180" Type="http://schemas.openxmlformats.org/officeDocument/2006/relationships/image" Target="media/image171.png"/><Relationship Id="rId215" Type="http://schemas.openxmlformats.org/officeDocument/2006/relationships/image" Target="media/image206.png"/><Relationship Id="rId236" Type="http://schemas.openxmlformats.org/officeDocument/2006/relationships/image" Target="media/image227.png"/><Relationship Id="rId257" Type="http://schemas.openxmlformats.org/officeDocument/2006/relationships/image" Target="media/image248.png"/><Relationship Id="rId278" Type="http://schemas.openxmlformats.org/officeDocument/2006/relationships/image" Target="media/image269.png"/><Relationship Id="rId303" Type="http://schemas.openxmlformats.org/officeDocument/2006/relationships/image" Target="media/image294.png"/><Relationship Id="rId42" Type="http://schemas.openxmlformats.org/officeDocument/2006/relationships/image" Target="media/image33.png"/><Relationship Id="rId84" Type="http://schemas.openxmlformats.org/officeDocument/2006/relationships/image" Target="media/image75.png"/><Relationship Id="rId138" Type="http://schemas.openxmlformats.org/officeDocument/2006/relationships/image" Target="media/image129.png"/><Relationship Id="rId345" Type="http://schemas.openxmlformats.org/officeDocument/2006/relationships/image" Target="media/image336.png"/><Relationship Id="rId191" Type="http://schemas.openxmlformats.org/officeDocument/2006/relationships/image" Target="media/image182.emf"/><Relationship Id="rId205" Type="http://schemas.openxmlformats.org/officeDocument/2006/relationships/image" Target="media/image196.png"/><Relationship Id="rId247" Type="http://schemas.openxmlformats.org/officeDocument/2006/relationships/image" Target="media/image238.png"/><Relationship Id="rId107" Type="http://schemas.openxmlformats.org/officeDocument/2006/relationships/image" Target="media/image98.png"/><Relationship Id="rId289" Type="http://schemas.openxmlformats.org/officeDocument/2006/relationships/image" Target="media/image280.png"/><Relationship Id="rId11" Type="http://schemas.openxmlformats.org/officeDocument/2006/relationships/image" Target="media/image2.png"/><Relationship Id="rId53" Type="http://schemas.openxmlformats.org/officeDocument/2006/relationships/image" Target="media/image44.png"/><Relationship Id="rId149" Type="http://schemas.openxmlformats.org/officeDocument/2006/relationships/image" Target="media/image140.png"/><Relationship Id="rId314" Type="http://schemas.openxmlformats.org/officeDocument/2006/relationships/image" Target="media/image305.png"/><Relationship Id="rId356" Type="http://schemas.openxmlformats.org/officeDocument/2006/relationships/image" Target="media/image347.emf"/><Relationship Id="rId95" Type="http://schemas.openxmlformats.org/officeDocument/2006/relationships/image" Target="media/image86.png"/><Relationship Id="rId160" Type="http://schemas.openxmlformats.org/officeDocument/2006/relationships/image" Target="media/image151.png"/><Relationship Id="rId216" Type="http://schemas.openxmlformats.org/officeDocument/2006/relationships/image" Target="media/image207.emf"/><Relationship Id="rId258" Type="http://schemas.openxmlformats.org/officeDocument/2006/relationships/image" Target="media/image249.emf"/><Relationship Id="rId22" Type="http://schemas.openxmlformats.org/officeDocument/2006/relationships/image" Target="media/image13.png"/><Relationship Id="rId64" Type="http://schemas.openxmlformats.org/officeDocument/2006/relationships/image" Target="media/image55.emf"/><Relationship Id="rId118" Type="http://schemas.openxmlformats.org/officeDocument/2006/relationships/image" Target="media/image109.png"/><Relationship Id="rId325" Type="http://schemas.openxmlformats.org/officeDocument/2006/relationships/image" Target="media/image316.png"/><Relationship Id="rId367" Type="http://schemas.openxmlformats.org/officeDocument/2006/relationships/image" Target="media/image358.png"/><Relationship Id="rId171" Type="http://schemas.openxmlformats.org/officeDocument/2006/relationships/image" Target="media/image162.png"/><Relationship Id="rId227" Type="http://schemas.openxmlformats.org/officeDocument/2006/relationships/image" Target="media/image218.png"/><Relationship Id="rId269" Type="http://schemas.openxmlformats.org/officeDocument/2006/relationships/image" Target="media/image260.png"/><Relationship Id="rId33" Type="http://schemas.openxmlformats.org/officeDocument/2006/relationships/image" Target="media/image24.png"/><Relationship Id="rId129" Type="http://schemas.openxmlformats.org/officeDocument/2006/relationships/image" Target="media/image120.png"/><Relationship Id="rId280" Type="http://schemas.openxmlformats.org/officeDocument/2006/relationships/image" Target="media/image271.png"/><Relationship Id="rId336" Type="http://schemas.openxmlformats.org/officeDocument/2006/relationships/image" Target="media/image327.png"/><Relationship Id="rId75" Type="http://schemas.openxmlformats.org/officeDocument/2006/relationships/image" Target="media/image66.png"/><Relationship Id="rId140" Type="http://schemas.openxmlformats.org/officeDocument/2006/relationships/image" Target="media/image131.png"/><Relationship Id="rId182" Type="http://schemas.openxmlformats.org/officeDocument/2006/relationships/image" Target="media/image173.png"/><Relationship Id="rId378" Type="http://schemas.openxmlformats.org/officeDocument/2006/relationships/image" Target="media/image369.png"/><Relationship Id="rId6" Type="http://schemas.openxmlformats.org/officeDocument/2006/relationships/styles" Target="styles.xml"/><Relationship Id="rId238" Type="http://schemas.openxmlformats.org/officeDocument/2006/relationships/image" Target="media/image229.emf"/><Relationship Id="rId291" Type="http://schemas.openxmlformats.org/officeDocument/2006/relationships/image" Target="media/image282.png"/><Relationship Id="rId305" Type="http://schemas.openxmlformats.org/officeDocument/2006/relationships/image" Target="media/image296.png"/><Relationship Id="rId347" Type="http://schemas.openxmlformats.org/officeDocument/2006/relationships/image" Target="media/image338.emf"/><Relationship Id="rId44" Type="http://schemas.openxmlformats.org/officeDocument/2006/relationships/image" Target="media/image35.emf"/><Relationship Id="rId86" Type="http://schemas.openxmlformats.org/officeDocument/2006/relationships/image" Target="media/image77.png"/><Relationship Id="rId151" Type="http://schemas.openxmlformats.org/officeDocument/2006/relationships/image" Target="media/image142.png"/><Relationship Id="rId193" Type="http://schemas.openxmlformats.org/officeDocument/2006/relationships/image" Target="media/image184.png"/><Relationship Id="rId207" Type="http://schemas.openxmlformats.org/officeDocument/2006/relationships/image" Target="media/image198.emf"/><Relationship Id="rId249" Type="http://schemas.openxmlformats.org/officeDocument/2006/relationships/image" Target="media/image240.png"/><Relationship Id="rId13" Type="http://schemas.openxmlformats.org/officeDocument/2006/relationships/image" Target="media/image4.png"/><Relationship Id="rId109" Type="http://schemas.openxmlformats.org/officeDocument/2006/relationships/image" Target="media/image100.png"/><Relationship Id="rId260" Type="http://schemas.openxmlformats.org/officeDocument/2006/relationships/image" Target="media/image251.png"/><Relationship Id="rId316" Type="http://schemas.openxmlformats.org/officeDocument/2006/relationships/image" Target="media/image307.png"/><Relationship Id="rId55" Type="http://schemas.openxmlformats.org/officeDocument/2006/relationships/image" Target="media/image46.png"/><Relationship Id="rId97" Type="http://schemas.openxmlformats.org/officeDocument/2006/relationships/image" Target="media/image88.png"/><Relationship Id="rId120" Type="http://schemas.openxmlformats.org/officeDocument/2006/relationships/image" Target="media/image111.png"/><Relationship Id="rId358" Type="http://schemas.openxmlformats.org/officeDocument/2006/relationships/image" Target="media/image349.png"/><Relationship Id="rId162" Type="http://schemas.openxmlformats.org/officeDocument/2006/relationships/image" Target="media/image153.png"/><Relationship Id="rId218" Type="http://schemas.openxmlformats.org/officeDocument/2006/relationships/image" Target="media/image209.png"/><Relationship Id="rId271" Type="http://schemas.openxmlformats.org/officeDocument/2006/relationships/image" Target="media/image262.png"/><Relationship Id="rId24" Type="http://schemas.openxmlformats.org/officeDocument/2006/relationships/image" Target="media/image15.png"/><Relationship Id="rId66" Type="http://schemas.openxmlformats.org/officeDocument/2006/relationships/image" Target="media/image57.png"/><Relationship Id="rId131" Type="http://schemas.openxmlformats.org/officeDocument/2006/relationships/image" Target="media/image122.png"/><Relationship Id="rId327" Type="http://schemas.openxmlformats.org/officeDocument/2006/relationships/image" Target="media/image318.png"/><Relationship Id="rId369" Type="http://schemas.openxmlformats.org/officeDocument/2006/relationships/image" Target="media/image360.png"/><Relationship Id="rId173" Type="http://schemas.openxmlformats.org/officeDocument/2006/relationships/image" Target="media/image164.png"/><Relationship Id="rId229" Type="http://schemas.openxmlformats.org/officeDocument/2006/relationships/image" Target="media/image220.png"/><Relationship Id="rId380" Type="http://schemas.openxmlformats.org/officeDocument/2006/relationships/footer" Target="footer2.xml"/><Relationship Id="rId240" Type="http://schemas.openxmlformats.org/officeDocument/2006/relationships/image" Target="media/image231.png"/><Relationship Id="rId35" Type="http://schemas.openxmlformats.org/officeDocument/2006/relationships/image" Target="media/image26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282" Type="http://schemas.openxmlformats.org/officeDocument/2006/relationships/image" Target="media/image273.png"/><Relationship Id="rId338" Type="http://schemas.openxmlformats.org/officeDocument/2006/relationships/image" Target="media/image329.emf"/><Relationship Id="rId8" Type="http://schemas.openxmlformats.org/officeDocument/2006/relationships/webSettings" Target="webSettings.xml"/><Relationship Id="rId142" Type="http://schemas.openxmlformats.org/officeDocument/2006/relationships/image" Target="media/image133.png"/><Relationship Id="rId184" Type="http://schemas.openxmlformats.org/officeDocument/2006/relationships/image" Target="media/image175.png"/><Relationship Id="rId251" Type="http://schemas.openxmlformats.org/officeDocument/2006/relationships/image" Target="media/image242.emf"/><Relationship Id="rId46" Type="http://schemas.openxmlformats.org/officeDocument/2006/relationships/image" Target="media/image37.png"/><Relationship Id="rId293" Type="http://schemas.openxmlformats.org/officeDocument/2006/relationships/image" Target="media/image284.png"/><Relationship Id="rId307" Type="http://schemas.openxmlformats.org/officeDocument/2006/relationships/image" Target="media/image298.png"/><Relationship Id="rId349" Type="http://schemas.openxmlformats.org/officeDocument/2006/relationships/image" Target="media/image340.png"/><Relationship Id="rId88" Type="http://schemas.openxmlformats.org/officeDocument/2006/relationships/image" Target="media/image79.png"/><Relationship Id="rId111" Type="http://schemas.openxmlformats.org/officeDocument/2006/relationships/image" Target="media/image102.png"/><Relationship Id="rId153" Type="http://schemas.openxmlformats.org/officeDocument/2006/relationships/image" Target="media/image144.png"/><Relationship Id="rId195" Type="http://schemas.openxmlformats.org/officeDocument/2006/relationships/image" Target="media/image186.png"/><Relationship Id="rId209" Type="http://schemas.openxmlformats.org/officeDocument/2006/relationships/image" Target="media/image200.png"/><Relationship Id="rId360" Type="http://schemas.openxmlformats.org/officeDocument/2006/relationships/image" Target="media/image351.png"/><Relationship Id="rId220" Type="http://schemas.openxmlformats.org/officeDocument/2006/relationships/image" Target="media/image211.png"/><Relationship Id="rId15" Type="http://schemas.openxmlformats.org/officeDocument/2006/relationships/image" Target="media/image6.png"/><Relationship Id="rId57" Type="http://schemas.openxmlformats.org/officeDocument/2006/relationships/image" Target="media/image48.emf"/><Relationship Id="rId262" Type="http://schemas.openxmlformats.org/officeDocument/2006/relationships/image" Target="media/image253.png"/><Relationship Id="rId318" Type="http://schemas.openxmlformats.org/officeDocument/2006/relationships/image" Target="media/image309.png"/><Relationship Id="rId99" Type="http://schemas.openxmlformats.org/officeDocument/2006/relationships/image" Target="media/image90.png"/><Relationship Id="rId122" Type="http://schemas.openxmlformats.org/officeDocument/2006/relationships/image" Target="media/image113.png"/><Relationship Id="rId164" Type="http://schemas.openxmlformats.org/officeDocument/2006/relationships/image" Target="media/image155.png"/><Relationship Id="rId371" Type="http://schemas.openxmlformats.org/officeDocument/2006/relationships/image" Target="media/image36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FD4046176C9449059376178D01D68" ma:contentTypeVersion="13" ma:contentTypeDescription="Create a new document." ma:contentTypeScope="" ma:versionID="459a25df10256aad58843a11da9b563e">
  <xsd:schema xmlns:xsd="http://www.w3.org/2001/XMLSchema" xmlns:xs="http://www.w3.org/2001/XMLSchema" xmlns:p="http://schemas.microsoft.com/office/2006/metadata/properties" xmlns:ns2="a9065c57-1381-427b-bdc8-0d7e3ad8f80c" xmlns:ns3="f9707b22-5aa7-4b1d-877e-f6fba89ea757" targetNamespace="http://schemas.microsoft.com/office/2006/metadata/properties" ma:root="true" ma:fieldsID="8351ba5bf7aaa2a6dbaf76cc66b540aa" ns2:_="" ns3:_="">
    <xsd:import namespace="a9065c57-1381-427b-bdc8-0d7e3ad8f80c"/>
    <xsd:import namespace="f9707b22-5aa7-4b1d-877e-f6fba89ea7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65c57-1381-427b-bdc8-0d7e3ad8f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07b22-5aa7-4b1d-877e-f6fba89ea7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096fdc-3dcb-4d7e-b25e-b0745703379f}" ma:internalName="TaxCatchAll" ma:showField="CatchAllData" ma:web="f9707b22-5aa7-4b1d-877e-f6fba89ea7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65c57-1381-427b-bdc8-0d7e3ad8f80c">
      <Terms xmlns="http://schemas.microsoft.com/office/infopath/2007/PartnerControls"/>
    </lcf76f155ced4ddcb4097134ff3c332f>
    <TaxCatchAll xmlns="f9707b22-5aa7-4b1d-877e-f6fba89ea75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7DB037-E181-45FD-8F88-96D57A5D1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65c57-1381-427b-bdc8-0d7e3ad8f80c"/>
    <ds:schemaRef ds:uri="f9707b22-5aa7-4b1d-877e-f6fba89ea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074886-CA98-4409-BBFE-1B281D8B4409}">
  <ds:schemaRefs>
    <ds:schemaRef ds:uri="http://schemas.microsoft.com/office/2006/metadata/properties"/>
    <ds:schemaRef ds:uri="http://schemas.microsoft.com/office/infopath/2007/PartnerControls"/>
    <ds:schemaRef ds:uri="a9065c57-1381-427b-bdc8-0d7e3ad8f80c"/>
    <ds:schemaRef ds:uri="f9707b22-5aa7-4b1d-877e-f6fba89ea757"/>
  </ds:schemaRefs>
</ds:datastoreItem>
</file>

<file path=customXml/itemProps4.xml><?xml version="1.0" encoding="utf-8"?>
<ds:datastoreItem xmlns:ds="http://schemas.openxmlformats.org/officeDocument/2006/customXml" ds:itemID="{E702EA91-E4DA-4BF0-A93E-4BA02A6778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283</Pages>
  <Words>2400</Words>
  <Characters>10009</Characters>
  <Application>Microsoft Office Word</Application>
  <DocSecurity>0</DocSecurity>
  <Lines>834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Schomaker Jennifer</cp:lastModifiedBy>
  <cp:revision>8</cp:revision>
  <dcterms:created xsi:type="dcterms:W3CDTF">2026-08-16T22:34:00Z</dcterms:created>
  <dcterms:modified xsi:type="dcterms:W3CDTF">2026-08-17T02:37:00Z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0x010100D41FD4046176C9449059376178D01D68</vt:lpwstr>
  </property>
  <property fmtid="{D5CDD505-2E9C-101B-9397-08002B2CF9AE}" pid="3" name="MediaServiceImageTags">
    <vt:lpwstr/>
  </property>
</Properties>
</file>