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6B0F" w:rsidRDefault="00666B0F">
      <w:pPr>
        <w:pStyle w:val="Kop1"/>
      </w:pPr>
      <w:r>
        <w:t>Consolidated criteria for reporting qualitative studies (COREQ): 32-item checklist</w:t>
      </w:r>
    </w:p>
    <w:tbl>
      <w:tblPr>
        <w:tblStyle w:val="Tabelraster"/>
        <w:tblW w:w="0" w:type="auto"/>
        <w:tblLook w:val="04A0" w:firstRow="1" w:lastRow="0" w:firstColumn="1" w:lastColumn="0" w:noHBand="0" w:noVBand="1"/>
      </w:tblPr>
      <w:tblGrid>
        <w:gridCol w:w="611"/>
        <w:gridCol w:w="2356"/>
        <w:gridCol w:w="2557"/>
        <w:gridCol w:w="3106"/>
      </w:tblGrid>
      <w:tr w:rsidR="00513A01" w:rsidTr="009E2EC1">
        <w:tc>
          <w:tcPr>
            <w:tcW w:w="611" w:type="dxa"/>
          </w:tcPr>
          <w:p w:rsidR="00513A01" w:rsidRDefault="00666B0F">
            <w:r>
              <w:t>No.</w:t>
            </w:r>
          </w:p>
        </w:tc>
        <w:tc>
          <w:tcPr>
            <w:tcW w:w="2356" w:type="dxa"/>
          </w:tcPr>
          <w:p w:rsidR="00513A01" w:rsidRDefault="00666B0F">
            <w:r>
              <w:t>Item</w:t>
            </w:r>
          </w:p>
        </w:tc>
        <w:tc>
          <w:tcPr>
            <w:tcW w:w="2557" w:type="dxa"/>
          </w:tcPr>
          <w:p w:rsidR="00513A01" w:rsidRDefault="00666B0F">
            <w:r>
              <w:t>Guide questions/description</w:t>
            </w:r>
          </w:p>
        </w:tc>
        <w:tc>
          <w:tcPr>
            <w:tcW w:w="3106" w:type="dxa"/>
          </w:tcPr>
          <w:p w:rsidR="00513A01" w:rsidRDefault="00666B0F">
            <w:r>
              <w:t>Answer</w:t>
            </w:r>
          </w:p>
        </w:tc>
      </w:tr>
      <w:tr w:rsidR="00513A01" w:rsidTr="009E2EC1">
        <w:tc>
          <w:tcPr>
            <w:tcW w:w="611" w:type="dxa"/>
          </w:tcPr>
          <w:p w:rsidR="00513A01" w:rsidRDefault="00666B0F">
            <w:r>
              <w:t>1</w:t>
            </w:r>
          </w:p>
        </w:tc>
        <w:tc>
          <w:tcPr>
            <w:tcW w:w="2356" w:type="dxa"/>
          </w:tcPr>
          <w:p w:rsidR="00513A01" w:rsidRDefault="00666B0F">
            <w:r>
              <w:t>Interviewer/facilitator</w:t>
            </w:r>
          </w:p>
        </w:tc>
        <w:tc>
          <w:tcPr>
            <w:tcW w:w="2557" w:type="dxa"/>
          </w:tcPr>
          <w:p w:rsidR="00513A01" w:rsidRDefault="00666B0F">
            <w:r>
              <w:t>Which author/s conducted the interview or focus group?</w:t>
            </w:r>
          </w:p>
        </w:tc>
        <w:tc>
          <w:tcPr>
            <w:tcW w:w="3106" w:type="dxa"/>
          </w:tcPr>
          <w:p w:rsidR="00513A01" w:rsidRPr="000A496C" w:rsidRDefault="00E53632">
            <w:r w:rsidRPr="000A496C">
              <w:t>AA, JP</w:t>
            </w:r>
          </w:p>
        </w:tc>
      </w:tr>
      <w:tr w:rsidR="00513A01" w:rsidTr="009E2EC1">
        <w:tc>
          <w:tcPr>
            <w:tcW w:w="611" w:type="dxa"/>
          </w:tcPr>
          <w:p w:rsidR="00513A01" w:rsidRDefault="00666B0F">
            <w:r>
              <w:t>2</w:t>
            </w:r>
          </w:p>
        </w:tc>
        <w:tc>
          <w:tcPr>
            <w:tcW w:w="2356" w:type="dxa"/>
          </w:tcPr>
          <w:p w:rsidR="00513A01" w:rsidRDefault="00666B0F">
            <w:r>
              <w:t>Credentials</w:t>
            </w:r>
          </w:p>
        </w:tc>
        <w:tc>
          <w:tcPr>
            <w:tcW w:w="2557" w:type="dxa"/>
          </w:tcPr>
          <w:p w:rsidR="00513A01" w:rsidRDefault="00666B0F">
            <w:r>
              <w:t>What were the researcher's credentials? E.g. PhD, MD</w:t>
            </w:r>
          </w:p>
        </w:tc>
        <w:tc>
          <w:tcPr>
            <w:tcW w:w="3106" w:type="dxa"/>
          </w:tcPr>
          <w:p w:rsidR="00513A01" w:rsidRPr="000A496C" w:rsidRDefault="00E53632">
            <w:r w:rsidRPr="000A496C">
              <w:t>MD (DM, RE, SE), Bsc (AA, JP), PhD (SE, HS, DJ, JG)</w:t>
            </w:r>
          </w:p>
        </w:tc>
      </w:tr>
      <w:tr w:rsidR="00513A01" w:rsidTr="009E2EC1">
        <w:tc>
          <w:tcPr>
            <w:tcW w:w="611" w:type="dxa"/>
          </w:tcPr>
          <w:p w:rsidR="00513A01" w:rsidRDefault="00666B0F">
            <w:r>
              <w:t>3</w:t>
            </w:r>
          </w:p>
        </w:tc>
        <w:tc>
          <w:tcPr>
            <w:tcW w:w="2356" w:type="dxa"/>
          </w:tcPr>
          <w:p w:rsidR="00513A01" w:rsidRDefault="00666B0F">
            <w:r>
              <w:t>Occupation</w:t>
            </w:r>
          </w:p>
        </w:tc>
        <w:tc>
          <w:tcPr>
            <w:tcW w:w="2557" w:type="dxa"/>
          </w:tcPr>
          <w:p w:rsidR="00513A01" w:rsidRDefault="00666B0F">
            <w:r>
              <w:t>What was their occupation at the time of the study?</w:t>
            </w:r>
          </w:p>
        </w:tc>
        <w:tc>
          <w:tcPr>
            <w:tcW w:w="3106" w:type="dxa"/>
          </w:tcPr>
          <w:p w:rsidR="00513A01" w:rsidRPr="000A496C" w:rsidRDefault="00E53632">
            <w:r w:rsidRPr="000A496C">
              <w:t xml:space="preserve">Resident Gynaecology (DM), </w:t>
            </w:r>
            <w:r w:rsidRPr="000A496C">
              <w:t>Resident in Tropical Medicine and Global Health</w:t>
            </w:r>
            <w:r w:rsidRPr="000A496C">
              <w:t xml:space="preserve"> (AA), Student (AA, JP), </w:t>
            </w:r>
            <w:r w:rsidRPr="000A496C">
              <w:t>Associate Professor and Nutritional Epidemiologist</w:t>
            </w:r>
            <w:r w:rsidRPr="000A496C">
              <w:t xml:space="preserve"> (SE), </w:t>
            </w:r>
            <w:r w:rsidR="00B91B39" w:rsidRPr="000A496C">
              <w:t xml:space="preserve">Associate Professor and </w:t>
            </w:r>
            <w:r w:rsidRPr="000A496C">
              <w:t xml:space="preserve">Gynaecologist (HS), </w:t>
            </w:r>
            <w:r w:rsidR="00B91B39" w:rsidRPr="000A496C">
              <w:t xml:space="preserve">Professor and </w:t>
            </w:r>
            <w:r w:rsidRPr="000A496C">
              <w:t>Director of Research Institute (DJ</w:t>
            </w:r>
            <w:proofErr w:type="gramStart"/>
            <w:r w:rsidRPr="000A496C">
              <w:t xml:space="preserve">),  </w:t>
            </w:r>
            <w:r w:rsidR="00B91B39" w:rsidRPr="000A496C">
              <w:t>Associate</w:t>
            </w:r>
            <w:proofErr w:type="gramEnd"/>
            <w:r w:rsidR="00B91B39" w:rsidRPr="000A496C">
              <w:t xml:space="preserve"> Professor in the Department of Health Promotion</w:t>
            </w:r>
            <w:r w:rsidR="00B91B39" w:rsidRPr="000A496C">
              <w:t xml:space="preserve"> (JG)</w:t>
            </w:r>
          </w:p>
        </w:tc>
      </w:tr>
      <w:tr w:rsidR="00513A01" w:rsidTr="009E2EC1">
        <w:tc>
          <w:tcPr>
            <w:tcW w:w="611" w:type="dxa"/>
          </w:tcPr>
          <w:p w:rsidR="00513A01" w:rsidRDefault="00666B0F">
            <w:r>
              <w:t>4</w:t>
            </w:r>
          </w:p>
        </w:tc>
        <w:tc>
          <w:tcPr>
            <w:tcW w:w="2356" w:type="dxa"/>
          </w:tcPr>
          <w:p w:rsidR="00513A01" w:rsidRDefault="00666B0F">
            <w:r>
              <w:t>Gender</w:t>
            </w:r>
          </w:p>
        </w:tc>
        <w:tc>
          <w:tcPr>
            <w:tcW w:w="2557" w:type="dxa"/>
          </w:tcPr>
          <w:p w:rsidR="00513A01" w:rsidRDefault="00666B0F">
            <w:r>
              <w:t>Was the researcher male or female?</w:t>
            </w:r>
          </w:p>
        </w:tc>
        <w:tc>
          <w:tcPr>
            <w:tcW w:w="3106" w:type="dxa"/>
          </w:tcPr>
          <w:p w:rsidR="00513A01" w:rsidRPr="000A496C" w:rsidRDefault="00B91B39">
            <w:r w:rsidRPr="000A496C">
              <w:t>All Female</w:t>
            </w:r>
          </w:p>
        </w:tc>
      </w:tr>
      <w:tr w:rsidR="00513A01" w:rsidTr="009E2EC1">
        <w:tc>
          <w:tcPr>
            <w:tcW w:w="611" w:type="dxa"/>
          </w:tcPr>
          <w:p w:rsidR="00513A01" w:rsidRDefault="00666B0F">
            <w:r>
              <w:t>5</w:t>
            </w:r>
          </w:p>
        </w:tc>
        <w:tc>
          <w:tcPr>
            <w:tcW w:w="2356" w:type="dxa"/>
          </w:tcPr>
          <w:p w:rsidR="00513A01" w:rsidRDefault="00666B0F">
            <w:r>
              <w:t>Experience and training</w:t>
            </w:r>
          </w:p>
        </w:tc>
        <w:tc>
          <w:tcPr>
            <w:tcW w:w="2557" w:type="dxa"/>
          </w:tcPr>
          <w:p w:rsidR="00513A01" w:rsidRDefault="00666B0F">
            <w:r>
              <w:t>What experience or training did the researcher have?</w:t>
            </w:r>
          </w:p>
        </w:tc>
        <w:tc>
          <w:tcPr>
            <w:tcW w:w="3106" w:type="dxa"/>
          </w:tcPr>
          <w:p w:rsidR="00513A01" w:rsidRPr="000A496C" w:rsidRDefault="00B91B39">
            <w:r w:rsidRPr="000A496C">
              <w:t xml:space="preserve">The research team comprised members with varying levels of research experience. Some had basic scientific knowledge, while others were PhD-qualified or </w:t>
            </w:r>
            <w:r w:rsidRPr="000A496C">
              <w:t xml:space="preserve">(associate) </w:t>
            </w:r>
            <w:r w:rsidRPr="000A496C">
              <w:t>professors with extensive experience in conducting and supervising academic research.</w:t>
            </w:r>
          </w:p>
        </w:tc>
      </w:tr>
      <w:tr w:rsidR="00513A01" w:rsidTr="009E2EC1">
        <w:tc>
          <w:tcPr>
            <w:tcW w:w="611" w:type="dxa"/>
          </w:tcPr>
          <w:p w:rsidR="00513A01" w:rsidRDefault="00666B0F">
            <w:r>
              <w:t>6</w:t>
            </w:r>
          </w:p>
        </w:tc>
        <w:tc>
          <w:tcPr>
            <w:tcW w:w="2356" w:type="dxa"/>
          </w:tcPr>
          <w:p w:rsidR="00513A01" w:rsidRDefault="00666B0F">
            <w:r>
              <w:t>Relationship established</w:t>
            </w:r>
          </w:p>
        </w:tc>
        <w:tc>
          <w:tcPr>
            <w:tcW w:w="2557" w:type="dxa"/>
          </w:tcPr>
          <w:p w:rsidR="00513A01" w:rsidRDefault="00666B0F">
            <w:r>
              <w:t>Was a relationship established prior to study commencement?</w:t>
            </w:r>
          </w:p>
        </w:tc>
        <w:tc>
          <w:tcPr>
            <w:tcW w:w="3106" w:type="dxa"/>
          </w:tcPr>
          <w:p w:rsidR="00513A01" w:rsidRPr="000A496C" w:rsidRDefault="00B91B39">
            <w:r w:rsidRPr="000A496C">
              <w:t>Researchers had no prior relationship with participants; contact began only after invitation to participate.</w:t>
            </w:r>
          </w:p>
        </w:tc>
      </w:tr>
      <w:tr w:rsidR="00513A01" w:rsidTr="009E2EC1">
        <w:tc>
          <w:tcPr>
            <w:tcW w:w="611" w:type="dxa"/>
          </w:tcPr>
          <w:p w:rsidR="00513A01" w:rsidRDefault="00666B0F">
            <w:r>
              <w:t>7</w:t>
            </w:r>
          </w:p>
        </w:tc>
        <w:tc>
          <w:tcPr>
            <w:tcW w:w="2356" w:type="dxa"/>
          </w:tcPr>
          <w:p w:rsidR="00513A01" w:rsidRDefault="00666B0F">
            <w:r>
              <w:t>Participant knowledge of the interviewer</w:t>
            </w:r>
          </w:p>
        </w:tc>
        <w:tc>
          <w:tcPr>
            <w:tcW w:w="2557" w:type="dxa"/>
          </w:tcPr>
          <w:p w:rsidR="00513A01" w:rsidRDefault="00666B0F">
            <w:r>
              <w:t>What did the participants know about the researcher? e.g. personal goals, reasons for doing the research</w:t>
            </w:r>
          </w:p>
        </w:tc>
        <w:tc>
          <w:tcPr>
            <w:tcW w:w="3106" w:type="dxa"/>
          </w:tcPr>
          <w:p w:rsidR="00513A01" w:rsidRPr="000A496C" w:rsidRDefault="00B91B39">
            <w:r w:rsidRPr="000A496C">
              <w:t>Participants knew only the purpose of the study and not the researchers’ personal goals or motivations.</w:t>
            </w:r>
          </w:p>
        </w:tc>
      </w:tr>
      <w:tr w:rsidR="00513A01" w:rsidTr="009E2EC1">
        <w:tc>
          <w:tcPr>
            <w:tcW w:w="611" w:type="dxa"/>
          </w:tcPr>
          <w:p w:rsidR="00513A01" w:rsidRDefault="00666B0F">
            <w:r>
              <w:t>8</w:t>
            </w:r>
          </w:p>
        </w:tc>
        <w:tc>
          <w:tcPr>
            <w:tcW w:w="2356" w:type="dxa"/>
          </w:tcPr>
          <w:p w:rsidR="00513A01" w:rsidRDefault="00666B0F">
            <w:r>
              <w:t>Interviewer characteristics</w:t>
            </w:r>
          </w:p>
        </w:tc>
        <w:tc>
          <w:tcPr>
            <w:tcW w:w="2557" w:type="dxa"/>
          </w:tcPr>
          <w:p w:rsidR="00513A01" w:rsidRDefault="00666B0F">
            <w:r>
              <w:t xml:space="preserve">What characteristics were reported about the </w:t>
            </w:r>
            <w:r>
              <w:lastRenderedPageBreak/>
              <w:t>interviewer/facilitator? e.g. Bias, assumptions, reasons and interests in the research topic</w:t>
            </w:r>
          </w:p>
        </w:tc>
        <w:tc>
          <w:tcPr>
            <w:tcW w:w="3106" w:type="dxa"/>
          </w:tcPr>
          <w:p w:rsidR="00513A01" w:rsidRPr="000A496C" w:rsidRDefault="00B91B39">
            <w:r w:rsidRPr="000A496C">
              <w:lastRenderedPageBreak/>
              <w:t xml:space="preserve">At the start of each interview, the interviewers introduced </w:t>
            </w:r>
            <w:r w:rsidRPr="000A496C">
              <w:lastRenderedPageBreak/>
              <w:t xml:space="preserve">themselves and their role in the research. Participants were made aware of this. It is possible that participants who searched online may have seen that the research group had conducted previous studies on vegan diets and pregnancy, </w:t>
            </w:r>
            <w:r w:rsidRPr="000A496C">
              <w:t>however the interviewers were not involved in these studies.</w:t>
            </w:r>
          </w:p>
        </w:tc>
      </w:tr>
      <w:tr w:rsidR="00513A01" w:rsidTr="009E2EC1">
        <w:tc>
          <w:tcPr>
            <w:tcW w:w="611" w:type="dxa"/>
          </w:tcPr>
          <w:p w:rsidR="00513A01" w:rsidRDefault="00666B0F">
            <w:r>
              <w:lastRenderedPageBreak/>
              <w:t>9</w:t>
            </w:r>
          </w:p>
        </w:tc>
        <w:tc>
          <w:tcPr>
            <w:tcW w:w="2356" w:type="dxa"/>
          </w:tcPr>
          <w:p w:rsidR="00513A01" w:rsidRDefault="00666B0F">
            <w:r>
              <w:t>Methodological orientation and Theory</w:t>
            </w:r>
          </w:p>
        </w:tc>
        <w:tc>
          <w:tcPr>
            <w:tcW w:w="2557" w:type="dxa"/>
          </w:tcPr>
          <w:p w:rsidR="00513A01" w:rsidRDefault="00666B0F">
            <w:r>
              <w:t>What methodological orientation was stated to underpin the study? e.g. grounded theory, discourse analysis, ethnography, phenomenology, content analysis</w:t>
            </w:r>
          </w:p>
        </w:tc>
        <w:tc>
          <w:tcPr>
            <w:tcW w:w="3106" w:type="dxa"/>
          </w:tcPr>
          <w:p w:rsidR="00513A01" w:rsidRPr="000A496C" w:rsidRDefault="009E2EC1">
            <w:r w:rsidRPr="000A496C">
              <w:t>Hybrid thematic analysis, combining deductive (TPB and SDT frameworks) and inductive approaches to identify themes.</w:t>
            </w:r>
          </w:p>
        </w:tc>
      </w:tr>
      <w:tr w:rsidR="00513A01" w:rsidTr="009E2EC1">
        <w:tc>
          <w:tcPr>
            <w:tcW w:w="611" w:type="dxa"/>
          </w:tcPr>
          <w:p w:rsidR="00513A01" w:rsidRDefault="00666B0F">
            <w:r>
              <w:t>10</w:t>
            </w:r>
          </w:p>
        </w:tc>
        <w:tc>
          <w:tcPr>
            <w:tcW w:w="2356" w:type="dxa"/>
          </w:tcPr>
          <w:p w:rsidR="00513A01" w:rsidRDefault="00666B0F">
            <w:r>
              <w:t>Sampling</w:t>
            </w:r>
          </w:p>
        </w:tc>
        <w:tc>
          <w:tcPr>
            <w:tcW w:w="2557" w:type="dxa"/>
          </w:tcPr>
          <w:p w:rsidR="00513A01" w:rsidRDefault="00666B0F">
            <w:r>
              <w:t>How were participants selected? e.g. purposive, convenience, consecutive, snowball</w:t>
            </w:r>
          </w:p>
        </w:tc>
        <w:tc>
          <w:tcPr>
            <w:tcW w:w="3106" w:type="dxa"/>
          </w:tcPr>
          <w:p w:rsidR="00513A01" w:rsidRPr="000A496C" w:rsidRDefault="009E2EC1">
            <w:r w:rsidRPr="000A496C">
              <w:t>Participants were purposively selected based on eligibility criteria (women residing in the Netherlands, following a vegan diet during current or recent pregnancy, Dutch or English-speaking).</w:t>
            </w:r>
          </w:p>
        </w:tc>
      </w:tr>
      <w:tr w:rsidR="00513A01" w:rsidTr="009E2EC1">
        <w:tc>
          <w:tcPr>
            <w:tcW w:w="611" w:type="dxa"/>
          </w:tcPr>
          <w:p w:rsidR="00513A01" w:rsidRDefault="00666B0F">
            <w:r>
              <w:t>11</w:t>
            </w:r>
          </w:p>
        </w:tc>
        <w:tc>
          <w:tcPr>
            <w:tcW w:w="2356" w:type="dxa"/>
          </w:tcPr>
          <w:p w:rsidR="00513A01" w:rsidRDefault="00666B0F">
            <w:r>
              <w:t>Method of approach</w:t>
            </w:r>
          </w:p>
        </w:tc>
        <w:tc>
          <w:tcPr>
            <w:tcW w:w="2557" w:type="dxa"/>
          </w:tcPr>
          <w:p w:rsidR="00513A01" w:rsidRDefault="00666B0F">
            <w:r>
              <w:t>How were participants approached? e.g. face-to-face, telephone, mail, email</w:t>
            </w:r>
          </w:p>
        </w:tc>
        <w:tc>
          <w:tcPr>
            <w:tcW w:w="3106" w:type="dxa"/>
          </w:tcPr>
          <w:p w:rsidR="00513A01" w:rsidRPr="000A496C" w:rsidRDefault="009E2EC1">
            <w:r w:rsidRPr="000A496C">
              <w:t>Participants were approached via social media groups (Facebook) and the newsletter of the Dutch Association of Veganism.</w:t>
            </w:r>
          </w:p>
        </w:tc>
      </w:tr>
      <w:tr w:rsidR="00513A01" w:rsidTr="009E2EC1">
        <w:tc>
          <w:tcPr>
            <w:tcW w:w="611" w:type="dxa"/>
          </w:tcPr>
          <w:p w:rsidR="00513A01" w:rsidRDefault="00666B0F">
            <w:r>
              <w:t>12</w:t>
            </w:r>
          </w:p>
        </w:tc>
        <w:tc>
          <w:tcPr>
            <w:tcW w:w="2356" w:type="dxa"/>
          </w:tcPr>
          <w:p w:rsidR="00513A01" w:rsidRDefault="00666B0F">
            <w:r>
              <w:t>Sample size</w:t>
            </w:r>
          </w:p>
        </w:tc>
        <w:tc>
          <w:tcPr>
            <w:tcW w:w="2557" w:type="dxa"/>
          </w:tcPr>
          <w:p w:rsidR="00513A01" w:rsidRDefault="00666B0F">
            <w:r>
              <w:t>How many participants were in the study?</w:t>
            </w:r>
          </w:p>
        </w:tc>
        <w:tc>
          <w:tcPr>
            <w:tcW w:w="3106" w:type="dxa"/>
          </w:tcPr>
          <w:p w:rsidR="00513A01" w:rsidRPr="000A496C" w:rsidRDefault="009E2EC1">
            <w:r w:rsidRPr="000A496C">
              <w:t>29 participants were included in the study.</w:t>
            </w:r>
          </w:p>
        </w:tc>
      </w:tr>
      <w:tr w:rsidR="00513A01" w:rsidTr="009E2EC1">
        <w:tc>
          <w:tcPr>
            <w:tcW w:w="611" w:type="dxa"/>
          </w:tcPr>
          <w:p w:rsidR="00513A01" w:rsidRDefault="00666B0F">
            <w:r>
              <w:t>13</w:t>
            </w:r>
          </w:p>
        </w:tc>
        <w:tc>
          <w:tcPr>
            <w:tcW w:w="2356" w:type="dxa"/>
          </w:tcPr>
          <w:p w:rsidR="00513A01" w:rsidRDefault="00666B0F">
            <w:r>
              <w:t>Non-participation</w:t>
            </w:r>
          </w:p>
        </w:tc>
        <w:tc>
          <w:tcPr>
            <w:tcW w:w="2557" w:type="dxa"/>
          </w:tcPr>
          <w:p w:rsidR="00513A01" w:rsidRDefault="00666B0F">
            <w:r>
              <w:t>How many people refused to participate or dropped out? Reasons?</w:t>
            </w:r>
          </w:p>
        </w:tc>
        <w:tc>
          <w:tcPr>
            <w:tcW w:w="3106" w:type="dxa"/>
          </w:tcPr>
          <w:p w:rsidR="00513A01" w:rsidRPr="000A496C" w:rsidRDefault="009E2EC1">
            <w:r w:rsidRPr="000A496C">
              <w:t>Not explicitly reported; participants were self-selected after responding to recruitment messages.</w:t>
            </w:r>
          </w:p>
        </w:tc>
      </w:tr>
      <w:tr w:rsidR="00513A01" w:rsidTr="009E2EC1">
        <w:tc>
          <w:tcPr>
            <w:tcW w:w="611" w:type="dxa"/>
          </w:tcPr>
          <w:p w:rsidR="00513A01" w:rsidRDefault="00666B0F">
            <w:r>
              <w:t>14</w:t>
            </w:r>
          </w:p>
        </w:tc>
        <w:tc>
          <w:tcPr>
            <w:tcW w:w="2356" w:type="dxa"/>
          </w:tcPr>
          <w:p w:rsidR="00513A01" w:rsidRDefault="00666B0F">
            <w:r>
              <w:t>Setting of data collection</w:t>
            </w:r>
          </w:p>
        </w:tc>
        <w:tc>
          <w:tcPr>
            <w:tcW w:w="2557" w:type="dxa"/>
          </w:tcPr>
          <w:p w:rsidR="00513A01" w:rsidRDefault="00666B0F">
            <w:r>
              <w:t>Where was the data collected? e.g. home, clinic, workplace</w:t>
            </w:r>
          </w:p>
        </w:tc>
        <w:tc>
          <w:tcPr>
            <w:tcW w:w="3106" w:type="dxa"/>
          </w:tcPr>
          <w:p w:rsidR="00513A01" w:rsidRPr="000A496C" w:rsidRDefault="009E2EC1">
            <w:r w:rsidRPr="000A496C">
              <w:t>Interviews were conducted online via Zoom.</w:t>
            </w:r>
          </w:p>
        </w:tc>
      </w:tr>
      <w:tr w:rsidR="00513A01" w:rsidTr="009E2EC1">
        <w:tc>
          <w:tcPr>
            <w:tcW w:w="611" w:type="dxa"/>
          </w:tcPr>
          <w:p w:rsidR="00513A01" w:rsidRDefault="00666B0F">
            <w:r>
              <w:t>15</w:t>
            </w:r>
          </w:p>
        </w:tc>
        <w:tc>
          <w:tcPr>
            <w:tcW w:w="2356" w:type="dxa"/>
          </w:tcPr>
          <w:p w:rsidR="00513A01" w:rsidRDefault="00666B0F">
            <w:r>
              <w:t>Presence of non-participants</w:t>
            </w:r>
          </w:p>
        </w:tc>
        <w:tc>
          <w:tcPr>
            <w:tcW w:w="2557" w:type="dxa"/>
          </w:tcPr>
          <w:p w:rsidR="00513A01" w:rsidRDefault="00666B0F">
            <w:r>
              <w:t>Was anyone else present besides the participants and researchers?</w:t>
            </w:r>
          </w:p>
        </w:tc>
        <w:tc>
          <w:tcPr>
            <w:tcW w:w="3106" w:type="dxa"/>
          </w:tcPr>
          <w:p w:rsidR="00513A01" w:rsidRPr="000A496C" w:rsidRDefault="009E2EC1">
            <w:r w:rsidRPr="000A496C">
              <w:t>No one else was present besides the participant and the interviewer.</w:t>
            </w:r>
          </w:p>
        </w:tc>
      </w:tr>
      <w:tr w:rsidR="00513A01" w:rsidTr="009E2EC1">
        <w:tc>
          <w:tcPr>
            <w:tcW w:w="611" w:type="dxa"/>
          </w:tcPr>
          <w:p w:rsidR="00513A01" w:rsidRDefault="00666B0F">
            <w:r>
              <w:t>16</w:t>
            </w:r>
          </w:p>
        </w:tc>
        <w:tc>
          <w:tcPr>
            <w:tcW w:w="2356" w:type="dxa"/>
          </w:tcPr>
          <w:p w:rsidR="00513A01" w:rsidRDefault="00666B0F">
            <w:r>
              <w:t>Description of sample</w:t>
            </w:r>
          </w:p>
        </w:tc>
        <w:tc>
          <w:tcPr>
            <w:tcW w:w="2557" w:type="dxa"/>
          </w:tcPr>
          <w:p w:rsidR="00513A01" w:rsidRDefault="00666B0F">
            <w:r>
              <w:t>What are the important characteristics of the sample? e.g. demographic data, date</w:t>
            </w:r>
          </w:p>
        </w:tc>
        <w:tc>
          <w:tcPr>
            <w:tcW w:w="3106" w:type="dxa"/>
          </w:tcPr>
          <w:p w:rsidR="00513A01" w:rsidRPr="000A496C" w:rsidRDefault="009E2EC1">
            <w:r w:rsidRPr="000A496C">
              <w:t xml:space="preserve">Participants were aged 29–45 years, highly educated, had followed a vegan diet for a median of 5 years (range 2–23), all breastfed or intended to breastfeed, and lived in the </w:t>
            </w:r>
            <w:r w:rsidRPr="000A496C">
              <w:lastRenderedPageBreak/>
              <w:t>Netherlands. Interviews took place between March and May 2023.</w:t>
            </w:r>
          </w:p>
        </w:tc>
      </w:tr>
      <w:tr w:rsidR="00513A01" w:rsidTr="009E2EC1">
        <w:tc>
          <w:tcPr>
            <w:tcW w:w="611" w:type="dxa"/>
          </w:tcPr>
          <w:p w:rsidR="00513A01" w:rsidRDefault="00666B0F">
            <w:r>
              <w:lastRenderedPageBreak/>
              <w:t>17</w:t>
            </w:r>
          </w:p>
        </w:tc>
        <w:tc>
          <w:tcPr>
            <w:tcW w:w="2356" w:type="dxa"/>
          </w:tcPr>
          <w:p w:rsidR="00513A01" w:rsidRDefault="00666B0F">
            <w:r>
              <w:t>Interview guide</w:t>
            </w:r>
          </w:p>
        </w:tc>
        <w:tc>
          <w:tcPr>
            <w:tcW w:w="2557" w:type="dxa"/>
          </w:tcPr>
          <w:p w:rsidR="00513A01" w:rsidRDefault="00666B0F">
            <w:r>
              <w:t>Were questions, prompts, guides provided by the authors? Was it pilot tested?</w:t>
            </w:r>
          </w:p>
        </w:tc>
        <w:tc>
          <w:tcPr>
            <w:tcW w:w="3106" w:type="dxa"/>
          </w:tcPr>
          <w:p w:rsidR="00513A01" w:rsidRPr="000A496C" w:rsidRDefault="009E2EC1">
            <w:r w:rsidRPr="000A496C">
              <w:t>A semi-structured interview guide was used</w:t>
            </w:r>
            <w:r w:rsidRPr="000A496C">
              <w:t>.</w:t>
            </w:r>
            <w:r w:rsidRPr="000A496C">
              <w:t xml:space="preserve"> It was reviewed by experienced researchers. </w:t>
            </w:r>
          </w:p>
        </w:tc>
      </w:tr>
      <w:tr w:rsidR="00513A01" w:rsidTr="009E2EC1">
        <w:tc>
          <w:tcPr>
            <w:tcW w:w="611" w:type="dxa"/>
          </w:tcPr>
          <w:p w:rsidR="00513A01" w:rsidRDefault="00666B0F">
            <w:r>
              <w:t>18</w:t>
            </w:r>
          </w:p>
        </w:tc>
        <w:tc>
          <w:tcPr>
            <w:tcW w:w="2356" w:type="dxa"/>
          </w:tcPr>
          <w:p w:rsidR="00513A01" w:rsidRDefault="00666B0F">
            <w:r>
              <w:t>Repeat interviews</w:t>
            </w:r>
          </w:p>
        </w:tc>
        <w:tc>
          <w:tcPr>
            <w:tcW w:w="2557" w:type="dxa"/>
          </w:tcPr>
          <w:p w:rsidR="00513A01" w:rsidRDefault="00666B0F">
            <w:r>
              <w:t>Were repeat interviews carried out? If yes, how many?</w:t>
            </w:r>
          </w:p>
        </w:tc>
        <w:tc>
          <w:tcPr>
            <w:tcW w:w="3106" w:type="dxa"/>
          </w:tcPr>
          <w:p w:rsidR="00513A01" w:rsidRPr="000A496C" w:rsidRDefault="009E2EC1">
            <w:r w:rsidRPr="000A496C">
              <w:t>No repeat interviews were conducted.</w:t>
            </w:r>
          </w:p>
        </w:tc>
      </w:tr>
      <w:tr w:rsidR="00513A01" w:rsidTr="009E2EC1">
        <w:tc>
          <w:tcPr>
            <w:tcW w:w="611" w:type="dxa"/>
          </w:tcPr>
          <w:p w:rsidR="00513A01" w:rsidRDefault="00666B0F">
            <w:r>
              <w:t>19</w:t>
            </w:r>
          </w:p>
        </w:tc>
        <w:tc>
          <w:tcPr>
            <w:tcW w:w="2356" w:type="dxa"/>
          </w:tcPr>
          <w:p w:rsidR="00513A01" w:rsidRDefault="00666B0F">
            <w:r>
              <w:t>Audio/visual recording</w:t>
            </w:r>
          </w:p>
        </w:tc>
        <w:tc>
          <w:tcPr>
            <w:tcW w:w="2557" w:type="dxa"/>
          </w:tcPr>
          <w:p w:rsidR="00513A01" w:rsidRDefault="00666B0F">
            <w:r>
              <w:t>Did the research use audio or visual recording to collect the data?</w:t>
            </w:r>
          </w:p>
        </w:tc>
        <w:tc>
          <w:tcPr>
            <w:tcW w:w="3106" w:type="dxa"/>
          </w:tcPr>
          <w:p w:rsidR="00513A01" w:rsidRPr="000A496C" w:rsidRDefault="009E2EC1">
            <w:r w:rsidRPr="000A496C">
              <w:t>Interviews were audio-recorded with participants’ permission.</w:t>
            </w:r>
          </w:p>
        </w:tc>
      </w:tr>
      <w:tr w:rsidR="00513A01" w:rsidTr="009E2EC1">
        <w:tc>
          <w:tcPr>
            <w:tcW w:w="611" w:type="dxa"/>
          </w:tcPr>
          <w:p w:rsidR="00513A01" w:rsidRDefault="00666B0F">
            <w:r>
              <w:t>20</w:t>
            </w:r>
          </w:p>
        </w:tc>
        <w:tc>
          <w:tcPr>
            <w:tcW w:w="2356" w:type="dxa"/>
          </w:tcPr>
          <w:p w:rsidR="00513A01" w:rsidRDefault="00666B0F">
            <w:r>
              <w:t>Field notes</w:t>
            </w:r>
          </w:p>
        </w:tc>
        <w:tc>
          <w:tcPr>
            <w:tcW w:w="2557" w:type="dxa"/>
          </w:tcPr>
          <w:p w:rsidR="00513A01" w:rsidRDefault="00666B0F">
            <w:r>
              <w:t>Were field notes made during and/or after the interview or focus group?</w:t>
            </w:r>
          </w:p>
        </w:tc>
        <w:tc>
          <w:tcPr>
            <w:tcW w:w="3106" w:type="dxa"/>
          </w:tcPr>
          <w:p w:rsidR="00513A01" w:rsidRPr="000A496C" w:rsidRDefault="000A496C">
            <w:r w:rsidRPr="000A496C">
              <w:t>Yes, field notes were made during the interviews.</w:t>
            </w:r>
          </w:p>
        </w:tc>
      </w:tr>
      <w:tr w:rsidR="00513A01" w:rsidTr="009E2EC1">
        <w:tc>
          <w:tcPr>
            <w:tcW w:w="611" w:type="dxa"/>
          </w:tcPr>
          <w:p w:rsidR="00513A01" w:rsidRDefault="00666B0F">
            <w:r>
              <w:t>21</w:t>
            </w:r>
          </w:p>
        </w:tc>
        <w:tc>
          <w:tcPr>
            <w:tcW w:w="2356" w:type="dxa"/>
          </w:tcPr>
          <w:p w:rsidR="00513A01" w:rsidRDefault="00666B0F">
            <w:r>
              <w:t>Duration</w:t>
            </w:r>
          </w:p>
        </w:tc>
        <w:tc>
          <w:tcPr>
            <w:tcW w:w="2557" w:type="dxa"/>
          </w:tcPr>
          <w:p w:rsidR="00513A01" w:rsidRDefault="00666B0F">
            <w:r>
              <w:t>What was the duration of the interviews or focus group?</w:t>
            </w:r>
          </w:p>
        </w:tc>
        <w:tc>
          <w:tcPr>
            <w:tcW w:w="3106" w:type="dxa"/>
          </w:tcPr>
          <w:p w:rsidR="00513A01" w:rsidRPr="000A496C" w:rsidRDefault="009E2EC1">
            <w:r w:rsidRPr="000A496C">
              <w:t>Each interview lasted approximately one hour.</w:t>
            </w:r>
          </w:p>
        </w:tc>
      </w:tr>
      <w:tr w:rsidR="00513A01" w:rsidTr="009E2EC1">
        <w:tc>
          <w:tcPr>
            <w:tcW w:w="611" w:type="dxa"/>
          </w:tcPr>
          <w:p w:rsidR="00513A01" w:rsidRDefault="00666B0F">
            <w:r>
              <w:t>22</w:t>
            </w:r>
          </w:p>
        </w:tc>
        <w:tc>
          <w:tcPr>
            <w:tcW w:w="2356" w:type="dxa"/>
          </w:tcPr>
          <w:p w:rsidR="00513A01" w:rsidRDefault="00666B0F">
            <w:r>
              <w:t>Data saturation</w:t>
            </w:r>
          </w:p>
        </w:tc>
        <w:tc>
          <w:tcPr>
            <w:tcW w:w="2557" w:type="dxa"/>
          </w:tcPr>
          <w:p w:rsidR="00513A01" w:rsidRDefault="00666B0F">
            <w:r>
              <w:t>Was data saturation discussed?</w:t>
            </w:r>
          </w:p>
        </w:tc>
        <w:tc>
          <w:tcPr>
            <w:tcW w:w="3106" w:type="dxa"/>
          </w:tcPr>
          <w:p w:rsidR="00513A01" w:rsidRPr="000A496C" w:rsidRDefault="009E2EC1">
            <w:r w:rsidRPr="000A496C">
              <w:t>Recruitment continued until data saturation was reached, when no new themes emerged.</w:t>
            </w:r>
          </w:p>
        </w:tc>
      </w:tr>
      <w:tr w:rsidR="00513A01" w:rsidTr="009E2EC1">
        <w:tc>
          <w:tcPr>
            <w:tcW w:w="611" w:type="dxa"/>
          </w:tcPr>
          <w:p w:rsidR="00513A01" w:rsidRDefault="00666B0F">
            <w:r>
              <w:t>23</w:t>
            </w:r>
          </w:p>
        </w:tc>
        <w:tc>
          <w:tcPr>
            <w:tcW w:w="2356" w:type="dxa"/>
          </w:tcPr>
          <w:p w:rsidR="00513A01" w:rsidRDefault="00666B0F">
            <w:r>
              <w:t>Transcripts returned</w:t>
            </w:r>
          </w:p>
        </w:tc>
        <w:tc>
          <w:tcPr>
            <w:tcW w:w="2557" w:type="dxa"/>
          </w:tcPr>
          <w:p w:rsidR="00513A01" w:rsidRDefault="00666B0F">
            <w:r>
              <w:t>Were transcripts returned to participants for comment and/or correction?</w:t>
            </w:r>
          </w:p>
        </w:tc>
        <w:tc>
          <w:tcPr>
            <w:tcW w:w="3106" w:type="dxa"/>
          </w:tcPr>
          <w:p w:rsidR="00513A01" w:rsidRPr="000A496C" w:rsidRDefault="000A496C">
            <w:r w:rsidRPr="000A496C">
              <w:t>No, transcripts were not returned to participants.</w:t>
            </w:r>
          </w:p>
        </w:tc>
      </w:tr>
      <w:tr w:rsidR="00513A01" w:rsidTr="009E2EC1">
        <w:tc>
          <w:tcPr>
            <w:tcW w:w="611" w:type="dxa"/>
          </w:tcPr>
          <w:p w:rsidR="00513A01" w:rsidRDefault="00666B0F">
            <w:r>
              <w:t>24</w:t>
            </w:r>
          </w:p>
        </w:tc>
        <w:tc>
          <w:tcPr>
            <w:tcW w:w="2356" w:type="dxa"/>
          </w:tcPr>
          <w:p w:rsidR="00513A01" w:rsidRDefault="00666B0F">
            <w:r>
              <w:t>Number of data coders</w:t>
            </w:r>
          </w:p>
        </w:tc>
        <w:tc>
          <w:tcPr>
            <w:tcW w:w="2557" w:type="dxa"/>
          </w:tcPr>
          <w:p w:rsidR="00513A01" w:rsidRDefault="00666B0F">
            <w:r>
              <w:t>How many data coders coded the data?</w:t>
            </w:r>
          </w:p>
        </w:tc>
        <w:tc>
          <w:tcPr>
            <w:tcW w:w="3106" w:type="dxa"/>
          </w:tcPr>
          <w:p w:rsidR="00513A01" w:rsidRPr="000A496C" w:rsidRDefault="009E2EC1">
            <w:r w:rsidRPr="000A496C">
              <w:t>Three researchers (JP, AA, and JG) constructed the coding tree. For inter-coder reliability, two researchers (AA and DM) independently coded 10% of the transcripts, achieving a Cohen’s kappa of 0.80. Subsequently, one researcher (AA or DM) coded each remaining transcript.</w:t>
            </w:r>
          </w:p>
        </w:tc>
      </w:tr>
      <w:tr w:rsidR="00513A01" w:rsidTr="009E2EC1">
        <w:tc>
          <w:tcPr>
            <w:tcW w:w="611" w:type="dxa"/>
          </w:tcPr>
          <w:p w:rsidR="00513A01" w:rsidRDefault="00666B0F">
            <w:r>
              <w:t>25</w:t>
            </w:r>
          </w:p>
        </w:tc>
        <w:tc>
          <w:tcPr>
            <w:tcW w:w="2356" w:type="dxa"/>
          </w:tcPr>
          <w:p w:rsidR="00513A01" w:rsidRDefault="00666B0F">
            <w:r>
              <w:t>Description of the coding tree</w:t>
            </w:r>
          </w:p>
        </w:tc>
        <w:tc>
          <w:tcPr>
            <w:tcW w:w="2557" w:type="dxa"/>
          </w:tcPr>
          <w:p w:rsidR="00513A01" w:rsidRDefault="00666B0F">
            <w:r>
              <w:t>Did authors provide a description of the coding tree?</w:t>
            </w:r>
          </w:p>
        </w:tc>
        <w:tc>
          <w:tcPr>
            <w:tcW w:w="3106" w:type="dxa"/>
          </w:tcPr>
          <w:p w:rsidR="00513A01" w:rsidRPr="000A496C" w:rsidRDefault="009E2EC1">
            <w:r w:rsidRPr="000A496C">
              <w:t>A coding tree with code names, definitions, and transcript examples was constructed and used.</w:t>
            </w:r>
            <w:r w:rsidRPr="000A496C">
              <w:t xml:space="preserve"> Not provided within the manuscript.</w:t>
            </w:r>
          </w:p>
        </w:tc>
      </w:tr>
      <w:tr w:rsidR="00513A01" w:rsidTr="009E2EC1">
        <w:tc>
          <w:tcPr>
            <w:tcW w:w="611" w:type="dxa"/>
          </w:tcPr>
          <w:p w:rsidR="00513A01" w:rsidRDefault="00666B0F">
            <w:r>
              <w:t>26</w:t>
            </w:r>
          </w:p>
        </w:tc>
        <w:tc>
          <w:tcPr>
            <w:tcW w:w="2356" w:type="dxa"/>
          </w:tcPr>
          <w:p w:rsidR="00513A01" w:rsidRDefault="00666B0F">
            <w:r>
              <w:t>Derivation of themes</w:t>
            </w:r>
          </w:p>
        </w:tc>
        <w:tc>
          <w:tcPr>
            <w:tcW w:w="2557" w:type="dxa"/>
          </w:tcPr>
          <w:p w:rsidR="00513A01" w:rsidRDefault="00666B0F">
            <w:r>
              <w:t>Were themes identified in advance or derived from the data?</w:t>
            </w:r>
          </w:p>
        </w:tc>
        <w:tc>
          <w:tcPr>
            <w:tcW w:w="3106" w:type="dxa"/>
          </w:tcPr>
          <w:p w:rsidR="00513A01" w:rsidRPr="000A496C" w:rsidRDefault="009E2EC1">
            <w:r w:rsidRPr="000A496C">
              <w:t xml:space="preserve">Themes were derived using a hybrid approach: deductively </w:t>
            </w:r>
            <w:r w:rsidRPr="000A496C">
              <w:lastRenderedPageBreak/>
              <w:t>from TPB and SDT, and inductively from the data.</w:t>
            </w:r>
          </w:p>
        </w:tc>
      </w:tr>
      <w:tr w:rsidR="00513A01" w:rsidTr="009E2EC1">
        <w:tc>
          <w:tcPr>
            <w:tcW w:w="611" w:type="dxa"/>
          </w:tcPr>
          <w:p w:rsidR="00513A01" w:rsidRDefault="00666B0F">
            <w:r>
              <w:lastRenderedPageBreak/>
              <w:t>27</w:t>
            </w:r>
          </w:p>
        </w:tc>
        <w:tc>
          <w:tcPr>
            <w:tcW w:w="2356" w:type="dxa"/>
          </w:tcPr>
          <w:p w:rsidR="00513A01" w:rsidRDefault="00666B0F">
            <w:r>
              <w:t>Software</w:t>
            </w:r>
          </w:p>
        </w:tc>
        <w:tc>
          <w:tcPr>
            <w:tcW w:w="2557" w:type="dxa"/>
          </w:tcPr>
          <w:p w:rsidR="00513A01" w:rsidRDefault="00666B0F">
            <w:r>
              <w:t>What software, if applicable, was used to manage the data?</w:t>
            </w:r>
          </w:p>
        </w:tc>
        <w:tc>
          <w:tcPr>
            <w:tcW w:w="3106" w:type="dxa"/>
          </w:tcPr>
          <w:p w:rsidR="00513A01" w:rsidRPr="000A496C" w:rsidRDefault="009E2EC1">
            <w:r w:rsidRPr="000A496C">
              <w:t>NVivo 12 (QSR International) was used to manage the data.</w:t>
            </w:r>
          </w:p>
        </w:tc>
      </w:tr>
      <w:tr w:rsidR="00513A01" w:rsidTr="009E2EC1">
        <w:tc>
          <w:tcPr>
            <w:tcW w:w="611" w:type="dxa"/>
          </w:tcPr>
          <w:p w:rsidR="00513A01" w:rsidRDefault="00666B0F">
            <w:r>
              <w:t>28</w:t>
            </w:r>
          </w:p>
        </w:tc>
        <w:tc>
          <w:tcPr>
            <w:tcW w:w="2356" w:type="dxa"/>
          </w:tcPr>
          <w:p w:rsidR="00513A01" w:rsidRDefault="00666B0F">
            <w:r>
              <w:t>Participant checking</w:t>
            </w:r>
          </w:p>
        </w:tc>
        <w:tc>
          <w:tcPr>
            <w:tcW w:w="2557" w:type="dxa"/>
          </w:tcPr>
          <w:p w:rsidR="00513A01" w:rsidRDefault="00666B0F">
            <w:r>
              <w:t>Did participants provide feedback on the findings?</w:t>
            </w:r>
          </w:p>
        </w:tc>
        <w:tc>
          <w:tcPr>
            <w:tcW w:w="3106" w:type="dxa"/>
          </w:tcPr>
          <w:p w:rsidR="00513A01" w:rsidRPr="000A496C" w:rsidRDefault="000A496C">
            <w:r w:rsidRPr="000A496C">
              <w:t>No, participants did not provide feedback on the findings.</w:t>
            </w:r>
          </w:p>
        </w:tc>
      </w:tr>
      <w:tr w:rsidR="00513A01" w:rsidTr="009E2EC1">
        <w:tc>
          <w:tcPr>
            <w:tcW w:w="611" w:type="dxa"/>
          </w:tcPr>
          <w:p w:rsidR="00513A01" w:rsidRDefault="00666B0F">
            <w:r>
              <w:t>29</w:t>
            </w:r>
          </w:p>
        </w:tc>
        <w:tc>
          <w:tcPr>
            <w:tcW w:w="2356" w:type="dxa"/>
          </w:tcPr>
          <w:p w:rsidR="00513A01" w:rsidRDefault="00666B0F">
            <w:r>
              <w:t>Quotations presented</w:t>
            </w:r>
          </w:p>
        </w:tc>
        <w:tc>
          <w:tcPr>
            <w:tcW w:w="2557" w:type="dxa"/>
          </w:tcPr>
          <w:p w:rsidR="00513A01" w:rsidRDefault="00666B0F">
            <w:r>
              <w:t>Were participant quotations presented to illustrate the themes / findings? Was each quotation identified? e.g. participant number</w:t>
            </w:r>
          </w:p>
        </w:tc>
        <w:tc>
          <w:tcPr>
            <w:tcW w:w="3106" w:type="dxa"/>
          </w:tcPr>
          <w:p w:rsidR="00513A01" w:rsidRPr="000A496C" w:rsidRDefault="009E2EC1">
            <w:r w:rsidRPr="000A496C">
              <w:t>Yes, quotations were shown with participant numbers.</w:t>
            </w:r>
          </w:p>
        </w:tc>
      </w:tr>
      <w:tr w:rsidR="00513A01" w:rsidTr="009E2EC1">
        <w:tc>
          <w:tcPr>
            <w:tcW w:w="611" w:type="dxa"/>
          </w:tcPr>
          <w:p w:rsidR="00513A01" w:rsidRDefault="00666B0F">
            <w:r>
              <w:t>30</w:t>
            </w:r>
          </w:p>
        </w:tc>
        <w:tc>
          <w:tcPr>
            <w:tcW w:w="2356" w:type="dxa"/>
          </w:tcPr>
          <w:p w:rsidR="00513A01" w:rsidRDefault="00666B0F">
            <w:r>
              <w:t>Data and findings consistent</w:t>
            </w:r>
          </w:p>
        </w:tc>
        <w:tc>
          <w:tcPr>
            <w:tcW w:w="2557" w:type="dxa"/>
          </w:tcPr>
          <w:p w:rsidR="00513A01" w:rsidRDefault="00666B0F">
            <w:r>
              <w:t>Was there consistency between the data presented and the findings?</w:t>
            </w:r>
          </w:p>
        </w:tc>
        <w:tc>
          <w:tcPr>
            <w:tcW w:w="3106" w:type="dxa"/>
          </w:tcPr>
          <w:p w:rsidR="00513A01" w:rsidRPr="000A496C" w:rsidRDefault="009E2EC1">
            <w:r w:rsidRPr="000A496C">
              <w:t>Yes, participant quotes consistently support the identified themes and findings</w:t>
            </w:r>
          </w:p>
        </w:tc>
      </w:tr>
      <w:tr w:rsidR="00513A01" w:rsidTr="009E2EC1">
        <w:tc>
          <w:tcPr>
            <w:tcW w:w="611" w:type="dxa"/>
          </w:tcPr>
          <w:p w:rsidR="00513A01" w:rsidRDefault="00666B0F">
            <w:r>
              <w:t>31</w:t>
            </w:r>
          </w:p>
        </w:tc>
        <w:tc>
          <w:tcPr>
            <w:tcW w:w="2356" w:type="dxa"/>
          </w:tcPr>
          <w:p w:rsidR="00513A01" w:rsidRDefault="00666B0F">
            <w:r>
              <w:t>Clarity of major themes</w:t>
            </w:r>
          </w:p>
        </w:tc>
        <w:tc>
          <w:tcPr>
            <w:tcW w:w="2557" w:type="dxa"/>
          </w:tcPr>
          <w:p w:rsidR="00513A01" w:rsidRDefault="00666B0F">
            <w:r>
              <w:t>Were major themes clearly presented in the findings?</w:t>
            </w:r>
          </w:p>
        </w:tc>
        <w:tc>
          <w:tcPr>
            <w:tcW w:w="3106" w:type="dxa"/>
          </w:tcPr>
          <w:p w:rsidR="00513A01" w:rsidRPr="000A496C" w:rsidRDefault="009E2EC1">
            <w:r w:rsidRPr="000A496C">
              <w:t>Yes, main themes were clearly presented with supporting quotes.</w:t>
            </w:r>
          </w:p>
        </w:tc>
      </w:tr>
      <w:tr w:rsidR="00513A01" w:rsidTr="009E2EC1">
        <w:tc>
          <w:tcPr>
            <w:tcW w:w="611" w:type="dxa"/>
          </w:tcPr>
          <w:p w:rsidR="00513A01" w:rsidRDefault="00666B0F">
            <w:r>
              <w:t>32</w:t>
            </w:r>
          </w:p>
        </w:tc>
        <w:tc>
          <w:tcPr>
            <w:tcW w:w="2356" w:type="dxa"/>
          </w:tcPr>
          <w:p w:rsidR="00513A01" w:rsidRDefault="00666B0F">
            <w:r>
              <w:t>Clarity of minor themes</w:t>
            </w:r>
          </w:p>
        </w:tc>
        <w:tc>
          <w:tcPr>
            <w:tcW w:w="2557" w:type="dxa"/>
          </w:tcPr>
          <w:p w:rsidR="00513A01" w:rsidRDefault="00666B0F">
            <w:r>
              <w:t>Is there a description of diverse cases or discussion of minor themes?</w:t>
            </w:r>
          </w:p>
        </w:tc>
        <w:tc>
          <w:tcPr>
            <w:tcW w:w="3106" w:type="dxa"/>
          </w:tcPr>
          <w:p w:rsidR="00513A01" w:rsidRPr="000A496C" w:rsidRDefault="009E2EC1">
            <w:r w:rsidRPr="000A496C">
              <w:t>Yes, variations and minor themes were discussed.</w:t>
            </w:r>
          </w:p>
        </w:tc>
      </w:tr>
    </w:tbl>
    <w:p w:rsidR="004C2C7A" w:rsidRDefault="004C2C7A"/>
    <w:sectPr w:rsidR="004C2C7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56768542">
    <w:abstractNumId w:val="8"/>
  </w:num>
  <w:num w:numId="2" w16cid:durableId="2132239399">
    <w:abstractNumId w:val="6"/>
  </w:num>
  <w:num w:numId="3" w16cid:durableId="528639234">
    <w:abstractNumId w:val="5"/>
  </w:num>
  <w:num w:numId="4" w16cid:durableId="226495526">
    <w:abstractNumId w:val="4"/>
  </w:num>
  <w:num w:numId="5" w16cid:durableId="880438260">
    <w:abstractNumId w:val="7"/>
  </w:num>
  <w:num w:numId="6" w16cid:durableId="51118997">
    <w:abstractNumId w:val="3"/>
  </w:num>
  <w:num w:numId="7" w16cid:durableId="853761712">
    <w:abstractNumId w:val="2"/>
  </w:num>
  <w:num w:numId="8" w16cid:durableId="396787073">
    <w:abstractNumId w:val="1"/>
  </w:num>
  <w:num w:numId="9" w16cid:durableId="209226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496C"/>
    <w:rsid w:val="0015074B"/>
    <w:rsid w:val="0029639D"/>
    <w:rsid w:val="00305712"/>
    <w:rsid w:val="00326F90"/>
    <w:rsid w:val="00467438"/>
    <w:rsid w:val="004C2C7A"/>
    <w:rsid w:val="00513A01"/>
    <w:rsid w:val="00632E8D"/>
    <w:rsid w:val="00666B0F"/>
    <w:rsid w:val="006B1B49"/>
    <w:rsid w:val="009E2EC1"/>
    <w:rsid w:val="00AA1D8D"/>
    <w:rsid w:val="00B47730"/>
    <w:rsid w:val="00B91B39"/>
    <w:rsid w:val="00CB0664"/>
    <w:rsid w:val="00D319B3"/>
    <w:rsid w:val="00E536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10EBD"/>
  <w14:defaultImageDpi w14:val="330"/>
  <w15:docId w15:val="{693DFEE8-AA81-46DD-B34D-CB2A79860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42C59-97DC-47A8-AD8B-97B5930DB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938</Words>
  <Characters>5544</Characters>
  <Application>Microsoft Office Word</Application>
  <DocSecurity>0</DocSecurity>
  <Lines>339</Lines>
  <Paragraphs>133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Meulenbroeks, D. (Deidre)</cp:lastModifiedBy>
  <cp:revision>5</cp:revision>
  <dcterms:created xsi:type="dcterms:W3CDTF">2025-11-05T15:15:00Z</dcterms:created>
  <dcterms:modified xsi:type="dcterms:W3CDTF">2025-11-06T12:28:00Z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c0c1b477-7ba8-4f39-a584-0f5bedbdfc73</vt:lpwstr>
  </property>
</Properties>
</file>