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F1592" w14:textId="77777777" w:rsidR="003D15D0" w:rsidRDefault="00000000">
      <w:pPr>
        <w:pStyle w:val="aa"/>
      </w:pPr>
      <w:r>
        <w:t>Supporting Information</w:t>
      </w:r>
    </w:p>
    <w:p w14:paraId="300B6432" w14:textId="77777777" w:rsidR="003D15D0" w:rsidRDefault="00000000">
      <w:r>
        <w:t>Effect of Pre-labor Amniotomy Following Balloon Induction on Delivery Timing and Infectious Outcomes: A Propensity-Score-Matched Retrospective Cohort Study</w:t>
      </w:r>
    </w:p>
    <w:p w14:paraId="400FAA0E" w14:textId="77777777" w:rsidR="003D15D0" w:rsidRDefault="00000000">
      <w:r>
        <w:t>Ying Xu, Wenhui Li, Cuiping Feng, Yanting Chen, Zhenzhen Zhang, Xiaoyu Pan</w:t>
      </w:r>
    </w:p>
    <w:p w14:paraId="33FBB766" w14:textId="77777777" w:rsidR="003D15D0" w:rsidRDefault="00000000">
      <w:pPr>
        <w:pStyle w:val="1"/>
      </w:pPr>
      <w:r>
        <w:t>Table S1. Firth penalized logistic models (full cohort)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707"/>
        <w:gridCol w:w="957"/>
        <w:gridCol w:w="571"/>
        <w:gridCol w:w="850"/>
        <w:gridCol w:w="850"/>
        <w:gridCol w:w="907"/>
        <w:gridCol w:w="907"/>
        <w:gridCol w:w="850"/>
        <w:gridCol w:w="850"/>
        <w:gridCol w:w="325"/>
        <w:gridCol w:w="426"/>
        <w:gridCol w:w="409"/>
        <w:gridCol w:w="639"/>
        <w:gridCol w:w="534"/>
      </w:tblGrid>
      <w:tr w:rsidR="003D15D0" w14:paraId="1F7E0B8E" w14:textId="77777777">
        <w:tc>
          <w:tcPr>
            <w:tcW w:w="699" w:type="dxa"/>
          </w:tcPr>
          <w:p w14:paraId="5AB79580" w14:textId="77777777" w:rsidR="003D15D0" w:rsidRDefault="00000000">
            <w:r>
              <w:rPr>
                <w:b/>
                <w:sz w:val="16"/>
              </w:rPr>
              <w:t>Model</w:t>
            </w:r>
          </w:p>
        </w:tc>
        <w:tc>
          <w:tcPr>
            <w:tcW w:w="699" w:type="dxa"/>
          </w:tcPr>
          <w:p w14:paraId="4FEF3A59" w14:textId="77777777" w:rsidR="003D15D0" w:rsidRDefault="00000000">
            <w:r>
              <w:rPr>
                <w:b/>
                <w:sz w:val="16"/>
              </w:rPr>
              <w:t>Outcome</w:t>
            </w:r>
          </w:p>
        </w:tc>
        <w:tc>
          <w:tcPr>
            <w:tcW w:w="699" w:type="dxa"/>
          </w:tcPr>
          <w:p w14:paraId="279E42EC" w14:textId="77777777" w:rsidR="003D15D0" w:rsidRDefault="00000000">
            <w:r>
              <w:rPr>
                <w:b/>
                <w:sz w:val="16"/>
              </w:rPr>
              <w:t>Term</w:t>
            </w:r>
          </w:p>
        </w:tc>
        <w:tc>
          <w:tcPr>
            <w:tcW w:w="699" w:type="dxa"/>
          </w:tcPr>
          <w:p w14:paraId="7D7A225C" w14:textId="77777777" w:rsidR="003D15D0" w:rsidRDefault="00000000">
            <w:r>
              <w:rPr>
                <w:b/>
                <w:sz w:val="16"/>
              </w:rPr>
              <w:t>Coefficient</w:t>
            </w:r>
          </w:p>
        </w:tc>
        <w:tc>
          <w:tcPr>
            <w:tcW w:w="699" w:type="dxa"/>
          </w:tcPr>
          <w:p w14:paraId="51852054" w14:textId="77777777" w:rsidR="003D15D0" w:rsidRDefault="00000000">
            <w:r>
              <w:rPr>
                <w:b/>
                <w:sz w:val="16"/>
              </w:rPr>
              <w:t>SE</w:t>
            </w:r>
          </w:p>
        </w:tc>
        <w:tc>
          <w:tcPr>
            <w:tcW w:w="699" w:type="dxa"/>
          </w:tcPr>
          <w:p w14:paraId="7B36088F" w14:textId="77777777" w:rsidR="003D15D0" w:rsidRDefault="00000000">
            <w:r>
              <w:rPr>
                <w:b/>
                <w:sz w:val="16"/>
              </w:rPr>
              <w:t>OR</w:t>
            </w:r>
          </w:p>
        </w:tc>
        <w:tc>
          <w:tcPr>
            <w:tcW w:w="699" w:type="dxa"/>
          </w:tcPr>
          <w:p w14:paraId="62F3522E" w14:textId="77777777" w:rsidR="003D15D0" w:rsidRDefault="00000000">
            <w:r>
              <w:rPr>
                <w:b/>
                <w:sz w:val="16"/>
              </w:rPr>
              <w:t>95% CI low</w:t>
            </w:r>
          </w:p>
        </w:tc>
        <w:tc>
          <w:tcPr>
            <w:tcW w:w="699" w:type="dxa"/>
          </w:tcPr>
          <w:p w14:paraId="2BA48ED8" w14:textId="77777777" w:rsidR="003D15D0" w:rsidRDefault="00000000">
            <w:r>
              <w:rPr>
                <w:b/>
                <w:sz w:val="16"/>
              </w:rPr>
              <w:t>95% CI high</w:t>
            </w:r>
          </w:p>
        </w:tc>
        <w:tc>
          <w:tcPr>
            <w:tcW w:w="699" w:type="dxa"/>
          </w:tcPr>
          <w:p w14:paraId="6308D008" w14:textId="77777777" w:rsidR="003D15D0" w:rsidRDefault="00000000">
            <w:r>
              <w:rPr>
                <w:b/>
                <w:sz w:val="16"/>
              </w:rPr>
              <w:t>P</w:t>
            </w:r>
          </w:p>
        </w:tc>
        <w:tc>
          <w:tcPr>
            <w:tcW w:w="699" w:type="dxa"/>
          </w:tcPr>
          <w:p w14:paraId="64219B65" w14:textId="77777777" w:rsidR="003D15D0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699" w:type="dxa"/>
          </w:tcPr>
          <w:p w14:paraId="78535F62" w14:textId="77777777" w:rsidR="003D15D0" w:rsidRDefault="00000000">
            <w:r>
              <w:rPr>
                <w:b/>
                <w:sz w:val="16"/>
              </w:rPr>
              <w:t>Events</w:t>
            </w:r>
          </w:p>
        </w:tc>
        <w:tc>
          <w:tcPr>
            <w:tcW w:w="699" w:type="dxa"/>
          </w:tcPr>
          <w:p w14:paraId="317F2FCF" w14:textId="77777777" w:rsidR="003D15D0" w:rsidRDefault="00000000">
            <w:r>
              <w:rPr>
                <w:b/>
                <w:sz w:val="16"/>
              </w:rPr>
              <w:t>Non-events</w:t>
            </w:r>
          </w:p>
        </w:tc>
        <w:tc>
          <w:tcPr>
            <w:tcW w:w="699" w:type="dxa"/>
          </w:tcPr>
          <w:p w14:paraId="7759DFC1" w14:textId="77777777" w:rsidR="003D15D0" w:rsidRDefault="00000000">
            <w:r>
              <w:rPr>
                <w:b/>
                <w:sz w:val="16"/>
              </w:rPr>
              <w:t>Inference</w:t>
            </w:r>
          </w:p>
        </w:tc>
        <w:tc>
          <w:tcPr>
            <w:tcW w:w="699" w:type="dxa"/>
          </w:tcPr>
          <w:p w14:paraId="4DE9DADC" w14:textId="77777777" w:rsidR="003D15D0" w:rsidRDefault="00000000">
            <w:r>
              <w:rPr>
                <w:b/>
                <w:sz w:val="16"/>
              </w:rPr>
              <w:t>Null fit converged</w:t>
            </w:r>
          </w:p>
        </w:tc>
      </w:tr>
      <w:tr w:rsidR="003D15D0" w14:paraId="6CB5D940" w14:textId="77777777">
        <w:tc>
          <w:tcPr>
            <w:tcW w:w="699" w:type="dxa"/>
          </w:tcPr>
          <w:p w14:paraId="418E1410" w14:textId="77777777" w:rsidR="003D15D0" w:rsidRDefault="00000000">
            <w:r>
              <w:rPr>
                <w:sz w:val="16"/>
              </w:rPr>
              <w:t>Core Firth model - chorioamnionitis</w:t>
            </w:r>
          </w:p>
        </w:tc>
        <w:tc>
          <w:tcPr>
            <w:tcW w:w="699" w:type="dxa"/>
          </w:tcPr>
          <w:p w14:paraId="02A47C9D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7B4D3B7E" w14:textId="77777777" w:rsidR="003D15D0" w:rsidRDefault="00000000">
            <w:r>
              <w:rPr>
                <w:sz w:val="16"/>
              </w:rPr>
              <w:t>Intercept</w:t>
            </w:r>
          </w:p>
        </w:tc>
        <w:tc>
          <w:tcPr>
            <w:tcW w:w="699" w:type="dxa"/>
          </w:tcPr>
          <w:p w14:paraId="5CF05446" w14:textId="77777777" w:rsidR="003D15D0" w:rsidRDefault="00000000">
            <w:r>
              <w:rPr>
                <w:sz w:val="16"/>
              </w:rPr>
              <w:t>-38.66937468018429</w:t>
            </w:r>
          </w:p>
        </w:tc>
        <w:tc>
          <w:tcPr>
            <w:tcW w:w="699" w:type="dxa"/>
          </w:tcPr>
          <w:p w14:paraId="0ADDE9CF" w14:textId="77777777" w:rsidR="003D15D0" w:rsidRDefault="00000000">
            <w:r>
              <w:rPr>
                <w:sz w:val="16"/>
              </w:rPr>
              <w:t>21.58822211826573</w:t>
            </w:r>
          </w:p>
        </w:tc>
        <w:tc>
          <w:tcPr>
            <w:tcW w:w="699" w:type="dxa"/>
          </w:tcPr>
          <w:p w14:paraId="7E5F5EA5" w14:textId="77777777" w:rsidR="003D15D0" w:rsidRDefault="00000000">
            <w:r>
              <w:rPr>
                <w:sz w:val="16"/>
              </w:rPr>
              <w:t>1.6073259550852938e-17</w:t>
            </w:r>
          </w:p>
        </w:tc>
        <w:tc>
          <w:tcPr>
            <w:tcW w:w="699" w:type="dxa"/>
          </w:tcPr>
          <w:p w14:paraId="2BBEE5D7" w14:textId="77777777" w:rsidR="003D15D0" w:rsidRDefault="00000000">
            <w:r>
              <w:rPr>
                <w:sz w:val="16"/>
              </w:rPr>
              <w:t>6.763569786169374e-36</w:t>
            </w:r>
          </w:p>
        </w:tc>
        <w:tc>
          <w:tcPr>
            <w:tcW w:w="699" w:type="dxa"/>
          </w:tcPr>
          <w:p w14:paraId="5584335C" w14:textId="77777777" w:rsidR="003D15D0" w:rsidRDefault="00000000">
            <w:r>
              <w:rPr>
                <w:sz w:val="16"/>
              </w:rPr>
              <w:t>38.19723618692853</w:t>
            </w:r>
          </w:p>
        </w:tc>
        <w:tc>
          <w:tcPr>
            <w:tcW w:w="699" w:type="dxa"/>
          </w:tcPr>
          <w:p w14:paraId="4BB32A7C" w14:textId="77777777" w:rsidR="003D15D0" w:rsidRDefault="00000000">
            <w:r>
              <w:rPr>
                <w:sz w:val="16"/>
              </w:rPr>
              <w:t>0.0732571103614705</w:t>
            </w:r>
          </w:p>
        </w:tc>
        <w:tc>
          <w:tcPr>
            <w:tcW w:w="699" w:type="dxa"/>
          </w:tcPr>
          <w:p w14:paraId="3371BDA0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2D847027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699" w:type="dxa"/>
          </w:tcPr>
          <w:p w14:paraId="4CCF5784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495D4A81" w14:textId="77777777" w:rsidR="003D15D0" w:rsidRDefault="00000000">
            <w:r>
              <w:rPr>
                <w:sz w:val="16"/>
              </w:rPr>
              <w:t>Wald approximation</w:t>
            </w:r>
          </w:p>
        </w:tc>
        <w:tc>
          <w:tcPr>
            <w:tcW w:w="699" w:type="dxa"/>
          </w:tcPr>
          <w:p w14:paraId="1B0011C1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1F45AE05" w14:textId="77777777">
        <w:tc>
          <w:tcPr>
            <w:tcW w:w="699" w:type="dxa"/>
          </w:tcPr>
          <w:p w14:paraId="175C58AD" w14:textId="77777777" w:rsidR="003D15D0" w:rsidRDefault="00000000">
            <w:r>
              <w:rPr>
                <w:sz w:val="16"/>
              </w:rPr>
              <w:t>Core Firth model - chorioamnionitis</w:t>
            </w:r>
          </w:p>
        </w:tc>
        <w:tc>
          <w:tcPr>
            <w:tcW w:w="699" w:type="dxa"/>
          </w:tcPr>
          <w:p w14:paraId="4CC29207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5F6904B0" w14:textId="77777777" w:rsidR="003D15D0" w:rsidRDefault="00000000">
            <w:r>
              <w:rPr>
                <w:sz w:val="16"/>
              </w:rPr>
              <w:t>treat (pre-labor amniotomy)</w:t>
            </w:r>
          </w:p>
        </w:tc>
        <w:tc>
          <w:tcPr>
            <w:tcW w:w="699" w:type="dxa"/>
          </w:tcPr>
          <w:p w14:paraId="5AE5AE3A" w14:textId="77777777" w:rsidR="003D15D0" w:rsidRDefault="00000000">
            <w:r>
              <w:rPr>
                <w:sz w:val="16"/>
              </w:rPr>
              <w:t>0.4457338130379621</w:t>
            </w:r>
          </w:p>
        </w:tc>
        <w:tc>
          <w:tcPr>
            <w:tcW w:w="699" w:type="dxa"/>
          </w:tcPr>
          <w:p w14:paraId="3859BC31" w14:textId="77777777" w:rsidR="003D15D0" w:rsidRDefault="00000000">
            <w:r>
              <w:rPr>
                <w:sz w:val="16"/>
              </w:rPr>
              <w:t>0.6046304262530027</w:t>
            </w:r>
          </w:p>
        </w:tc>
        <w:tc>
          <w:tcPr>
            <w:tcW w:w="699" w:type="dxa"/>
          </w:tcPr>
          <w:p w14:paraId="65956476" w14:textId="77777777" w:rsidR="003D15D0" w:rsidRDefault="00000000">
            <w:r>
              <w:rPr>
                <w:sz w:val="16"/>
              </w:rPr>
              <w:t>1.5616357241343786</w:t>
            </w:r>
          </w:p>
        </w:tc>
        <w:tc>
          <w:tcPr>
            <w:tcW w:w="699" w:type="dxa"/>
          </w:tcPr>
          <w:p w14:paraId="2F3BF9B4" w14:textId="77777777" w:rsidR="003D15D0" w:rsidRDefault="00000000">
            <w:r>
              <w:rPr>
                <w:sz w:val="16"/>
              </w:rPr>
              <w:t>0.457326028007842</w:t>
            </w:r>
          </w:p>
        </w:tc>
        <w:tc>
          <w:tcPr>
            <w:tcW w:w="699" w:type="dxa"/>
          </w:tcPr>
          <w:p w14:paraId="2AE74B61" w14:textId="77777777" w:rsidR="003D15D0" w:rsidRDefault="00000000">
            <w:r>
              <w:rPr>
                <w:sz w:val="16"/>
              </w:rPr>
              <w:t>5.592884397753065</w:t>
            </w:r>
          </w:p>
        </w:tc>
        <w:tc>
          <w:tcPr>
            <w:tcW w:w="699" w:type="dxa"/>
          </w:tcPr>
          <w:p w14:paraId="06438BAD" w14:textId="77777777" w:rsidR="003D15D0" w:rsidRDefault="00000000">
            <w:r>
              <w:rPr>
                <w:sz w:val="16"/>
              </w:rPr>
              <w:t>0.4740127336196766</w:t>
            </w:r>
          </w:p>
        </w:tc>
        <w:tc>
          <w:tcPr>
            <w:tcW w:w="699" w:type="dxa"/>
          </w:tcPr>
          <w:p w14:paraId="6852319B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3445E545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699" w:type="dxa"/>
          </w:tcPr>
          <w:p w14:paraId="7879595C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626621B2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03278C80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47C97CA8" w14:textId="77777777">
        <w:tc>
          <w:tcPr>
            <w:tcW w:w="699" w:type="dxa"/>
          </w:tcPr>
          <w:p w14:paraId="4F31AD0A" w14:textId="77777777" w:rsidR="003D15D0" w:rsidRDefault="00000000">
            <w:r>
              <w:rPr>
                <w:sz w:val="16"/>
              </w:rPr>
              <w:t>Core Firth model - chorioamnionitis</w:t>
            </w:r>
          </w:p>
        </w:tc>
        <w:tc>
          <w:tcPr>
            <w:tcW w:w="699" w:type="dxa"/>
          </w:tcPr>
          <w:p w14:paraId="3FC84474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00F6FE98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699" w:type="dxa"/>
          </w:tcPr>
          <w:p w14:paraId="1E91C8A4" w14:textId="77777777" w:rsidR="003D15D0" w:rsidRDefault="00000000">
            <w:r>
              <w:rPr>
                <w:sz w:val="16"/>
              </w:rPr>
              <w:t>-0.0414405022022397</w:t>
            </w:r>
          </w:p>
        </w:tc>
        <w:tc>
          <w:tcPr>
            <w:tcW w:w="699" w:type="dxa"/>
          </w:tcPr>
          <w:p w14:paraId="59CAF0A1" w14:textId="77777777" w:rsidR="003D15D0" w:rsidRDefault="00000000">
            <w:r>
              <w:rPr>
                <w:sz w:val="16"/>
              </w:rPr>
              <w:t>0.1151805358997101</w:t>
            </w:r>
          </w:p>
        </w:tc>
        <w:tc>
          <w:tcPr>
            <w:tcW w:w="699" w:type="dxa"/>
          </w:tcPr>
          <w:p w14:paraId="597E268B" w14:textId="77777777" w:rsidR="003D15D0" w:rsidRDefault="00000000">
            <w:r>
              <w:rPr>
                <w:sz w:val="16"/>
              </w:rPr>
              <w:t>0.9594064162122842</w:t>
            </w:r>
          </w:p>
        </w:tc>
        <w:tc>
          <w:tcPr>
            <w:tcW w:w="699" w:type="dxa"/>
          </w:tcPr>
          <w:p w14:paraId="579980C1" w14:textId="77777777" w:rsidR="003D15D0" w:rsidRDefault="00000000">
            <w:r>
              <w:rPr>
                <w:sz w:val="16"/>
              </w:rPr>
              <w:t>0.7546482864412162</w:t>
            </w:r>
          </w:p>
        </w:tc>
        <w:tc>
          <w:tcPr>
            <w:tcW w:w="699" w:type="dxa"/>
          </w:tcPr>
          <w:p w14:paraId="36ED5949" w14:textId="77777777" w:rsidR="003D15D0" w:rsidRDefault="00000000">
            <w:r>
              <w:rPr>
                <w:sz w:val="16"/>
              </w:rPr>
              <w:t>1.2283058474666289</w:t>
            </w:r>
          </w:p>
        </w:tc>
        <w:tc>
          <w:tcPr>
            <w:tcW w:w="699" w:type="dxa"/>
          </w:tcPr>
          <w:p w14:paraId="4A8711F2" w14:textId="77777777" w:rsidR="003D15D0" w:rsidRDefault="00000000">
            <w:r>
              <w:rPr>
                <w:sz w:val="16"/>
              </w:rPr>
              <w:t>0.7363952212165349</w:t>
            </w:r>
          </w:p>
        </w:tc>
        <w:tc>
          <w:tcPr>
            <w:tcW w:w="699" w:type="dxa"/>
          </w:tcPr>
          <w:p w14:paraId="3AC8553E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327B0DAE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699" w:type="dxa"/>
          </w:tcPr>
          <w:p w14:paraId="35C8A41A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6D4C55C1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2482C4ED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5EABB477" w14:textId="77777777">
        <w:tc>
          <w:tcPr>
            <w:tcW w:w="699" w:type="dxa"/>
          </w:tcPr>
          <w:p w14:paraId="17C01A97" w14:textId="77777777" w:rsidR="003D15D0" w:rsidRDefault="00000000">
            <w:r>
              <w:rPr>
                <w:sz w:val="16"/>
              </w:rPr>
              <w:t>Core Firth model - chorioamnionitis</w:t>
            </w:r>
          </w:p>
        </w:tc>
        <w:tc>
          <w:tcPr>
            <w:tcW w:w="699" w:type="dxa"/>
          </w:tcPr>
          <w:p w14:paraId="3FC8D95D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17479BB4" w14:textId="77777777" w:rsidR="003D15D0" w:rsidRDefault="00000000">
            <w:r>
              <w:rPr>
                <w:sz w:val="16"/>
              </w:rPr>
              <w:t>gestational age</w:t>
            </w:r>
          </w:p>
        </w:tc>
        <w:tc>
          <w:tcPr>
            <w:tcW w:w="699" w:type="dxa"/>
          </w:tcPr>
          <w:p w14:paraId="312D16D7" w14:textId="77777777" w:rsidR="003D15D0" w:rsidRDefault="00000000">
            <w:r>
              <w:rPr>
                <w:sz w:val="16"/>
              </w:rPr>
              <w:t>0.1282943022398593</w:t>
            </w:r>
          </w:p>
        </w:tc>
        <w:tc>
          <w:tcPr>
            <w:tcW w:w="699" w:type="dxa"/>
          </w:tcPr>
          <w:p w14:paraId="29D216C4" w14:textId="77777777" w:rsidR="003D15D0" w:rsidRDefault="00000000">
            <w:r>
              <w:rPr>
                <w:sz w:val="16"/>
              </w:rPr>
              <w:t>0.0738623274161335</w:t>
            </w:r>
          </w:p>
        </w:tc>
        <w:tc>
          <w:tcPr>
            <w:tcW w:w="699" w:type="dxa"/>
          </w:tcPr>
          <w:p w14:paraId="7BC01CD0" w14:textId="77777777" w:rsidR="003D15D0" w:rsidRDefault="00000000">
            <w:r>
              <w:rPr>
                <w:sz w:val="16"/>
              </w:rPr>
              <w:t>1.1368875420168938</w:t>
            </w:r>
          </w:p>
        </w:tc>
        <w:tc>
          <w:tcPr>
            <w:tcW w:w="699" w:type="dxa"/>
          </w:tcPr>
          <w:p w14:paraId="141E5FEF" w14:textId="77777777" w:rsidR="003D15D0" w:rsidRDefault="00000000">
            <w:r>
              <w:rPr>
                <w:sz w:val="16"/>
              </w:rPr>
              <w:t>0.9911846494041248</w:t>
            </w:r>
          </w:p>
        </w:tc>
        <w:tc>
          <w:tcPr>
            <w:tcW w:w="699" w:type="dxa"/>
          </w:tcPr>
          <w:p w14:paraId="6C531DC7" w14:textId="77777777" w:rsidR="003D15D0" w:rsidRDefault="00000000">
            <w:r>
              <w:rPr>
                <w:sz w:val="16"/>
              </w:rPr>
              <w:t>1.3587959874411268</w:t>
            </w:r>
          </w:p>
        </w:tc>
        <w:tc>
          <w:tcPr>
            <w:tcW w:w="699" w:type="dxa"/>
          </w:tcPr>
          <w:p w14:paraId="4BAA3FD9" w14:textId="77777777" w:rsidR="003D15D0" w:rsidRDefault="00000000">
            <w:r>
              <w:rPr>
                <w:sz w:val="16"/>
              </w:rPr>
              <w:t>0.0698399791052994</w:t>
            </w:r>
          </w:p>
        </w:tc>
        <w:tc>
          <w:tcPr>
            <w:tcW w:w="699" w:type="dxa"/>
          </w:tcPr>
          <w:p w14:paraId="5D6038AE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4F6B44AD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699" w:type="dxa"/>
          </w:tcPr>
          <w:p w14:paraId="6136760A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015B4BA2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26712BD8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567B13D6" w14:textId="77777777">
        <w:tc>
          <w:tcPr>
            <w:tcW w:w="699" w:type="dxa"/>
          </w:tcPr>
          <w:p w14:paraId="7C372B01" w14:textId="77777777" w:rsidR="003D15D0" w:rsidRDefault="00000000">
            <w:r>
              <w:rPr>
                <w:sz w:val="16"/>
              </w:rPr>
              <w:t>Core Firth model - chorioamnionitis</w:t>
            </w:r>
          </w:p>
        </w:tc>
        <w:tc>
          <w:tcPr>
            <w:tcW w:w="699" w:type="dxa"/>
          </w:tcPr>
          <w:p w14:paraId="6B79D1ED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3B776802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699" w:type="dxa"/>
          </w:tcPr>
          <w:p w14:paraId="6EDDF8C1" w14:textId="77777777" w:rsidR="003D15D0" w:rsidRDefault="00000000">
            <w:r>
              <w:rPr>
                <w:sz w:val="16"/>
              </w:rPr>
              <w:t>1.3035773912335609</w:t>
            </w:r>
          </w:p>
        </w:tc>
        <w:tc>
          <w:tcPr>
            <w:tcW w:w="699" w:type="dxa"/>
          </w:tcPr>
          <w:p w14:paraId="549CF0C2" w14:textId="77777777" w:rsidR="003D15D0" w:rsidRDefault="00000000">
            <w:r>
              <w:rPr>
                <w:sz w:val="16"/>
              </w:rPr>
              <w:t>1.453250709270951</w:t>
            </w:r>
          </w:p>
        </w:tc>
        <w:tc>
          <w:tcPr>
            <w:tcW w:w="699" w:type="dxa"/>
          </w:tcPr>
          <w:p w14:paraId="23CD2B01" w14:textId="77777777" w:rsidR="003D15D0" w:rsidRDefault="00000000">
            <w:r>
              <w:rPr>
                <w:sz w:val="16"/>
              </w:rPr>
              <w:t>3.682446684705049</w:t>
            </w:r>
          </w:p>
        </w:tc>
        <w:tc>
          <w:tcPr>
            <w:tcW w:w="699" w:type="dxa"/>
          </w:tcPr>
          <w:p w14:paraId="10F787C1" w14:textId="77777777" w:rsidR="003D15D0" w:rsidRDefault="00000000">
            <w:r>
              <w:rPr>
                <w:sz w:val="16"/>
              </w:rPr>
              <w:t>0.3520970652842418</w:t>
            </w:r>
          </w:p>
        </w:tc>
        <w:tc>
          <w:tcPr>
            <w:tcW w:w="699" w:type="dxa"/>
          </w:tcPr>
          <w:p w14:paraId="031FA80C" w14:textId="77777777" w:rsidR="003D15D0" w:rsidRDefault="00000000">
            <w:r>
              <w:rPr>
                <w:sz w:val="16"/>
              </w:rPr>
              <w:t>503.5333598964452</w:t>
            </w:r>
          </w:p>
        </w:tc>
        <w:tc>
          <w:tcPr>
            <w:tcW w:w="699" w:type="dxa"/>
          </w:tcPr>
          <w:p w14:paraId="707E78EC" w14:textId="77777777" w:rsidR="003D15D0" w:rsidRDefault="00000000">
            <w:r>
              <w:rPr>
                <w:sz w:val="16"/>
              </w:rPr>
              <w:t>0.3231408038750383</w:t>
            </w:r>
          </w:p>
        </w:tc>
        <w:tc>
          <w:tcPr>
            <w:tcW w:w="699" w:type="dxa"/>
          </w:tcPr>
          <w:p w14:paraId="3EF1E827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6163F8A8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699" w:type="dxa"/>
          </w:tcPr>
          <w:p w14:paraId="534732BA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6D71E069" w14:textId="77777777" w:rsidR="003D15D0" w:rsidRDefault="00000000">
            <w:r>
              <w:rPr>
                <w:sz w:val="16"/>
              </w:rPr>
              <w:t>penalized likelihood-ratio P; profile penalized-</w:t>
            </w:r>
            <w:r>
              <w:rPr>
                <w:sz w:val="16"/>
              </w:rPr>
              <w:lastRenderedPageBreak/>
              <w:t>likelihood CI</w:t>
            </w:r>
          </w:p>
        </w:tc>
        <w:tc>
          <w:tcPr>
            <w:tcW w:w="699" w:type="dxa"/>
          </w:tcPr>
          <w:p w14:paraId="44BB09FD" w14:textId="77777777" w:rsidR="003D15D0" w:rsidRDefault="00000000">
            <w:r>
              <w:rPr>
                <w:sz w:val="16"/>
              </w:rPr>
              <w:lastRenderedPageBreak/>
              <w:t>Yes</w:t>
            </w:r>
          </w:p>
        </w:tc>
      </w:tr>
      <w:tr w:rsidR="003D15D0" w14:paraId="39184143" w14:textId="77777777">
        <w:tc>
          <w:tcPr>
            <w:tcW w:w="699" w:type="dxa"/>
          </w:tcPr>
          <w:p w14:paraId="4AB4EC48" w14:textId="77777777" w:rsidR="003D15D0" w:rsidRDefault="00000000">
            <w:r>
              <w:rPr>
                <w:sz w:val="16"/>
              </w:rPr>
              <w:t>Core Firth model - chorioamnionitis</w:t>
            </w:r>
          </w:p>
        </w:tc>
        <w:tc>
          <w:tcPr>
            <w:tcW w:w="699" w:type="dxa"/>
          </w:tcPr>
          <w:p w14:paraId="19D96372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43C8C55C" w14:textId="77777777" w:rsidR="003D15D0" w:rsidRDefault="00000000">
            <w:r>
              <w:rPr>
                <w:sz w:val="16"/>
              </w:rPr>
              <w:t>Bishop (imputed)</w:t>
            </w:r>
          </w:p>
        </w:tc>
        <w:tc>
          <w:tcPr>
            <w:tcW w:w="699" w:type="dxa"/>
          </w:tcPr>
          <w:p w14:paraId="08483610" w14:textId="77777777" w:rsidR="003D15D0" w:rsidRDefault="00000000">
            <w:r>
              <w:rPr>
                <w:sz w:val="16"/>
              </w:rPr>
              <w:t>-0.0231252895115466</w:t>
            </w:r>
          </w:p>
        </w:tc>
        <w:tc>
          <w:tcPr>
            <w:tcW w:w="699" w:type="dxa"/>
          </w:tcPr>
          <w:p w14:paraId="554EBCE8" w14:textId="77777777" w:rsidR="003D15D0" w:rsidRDefault="00000000">
            <w:r>
              <w:rPr>
                <w:sz w:val="16"/>
              </w:rPr>
              <w:t>0.2435172930986382</w:t>
            </w:r>
          </w:p>
        </w:tc>
        <w:tc>
          <w:tcPr>
            <w:tcW w:w="699" w:type="dxa"/>
          </w:tcPr>
          <w:p w14:paraId="48B1F9DB" w14:textId="77777777" w:rsidR="003D15D0" w:rsidRDefault="00000000">
            <w:r>
              <w:rPr>
                <w:sz w:val="16"/>
              </w:rPr>
              <w:t>0.977140050703982</w:t>
            </w:r>
          </w:p>
        </w:tc>
        <w:tc>
          <w:tcPr>
            <w:tcW w:w="699" w:type="dxa"/>
          </w:tcPr>
          <w:p w14:paraId="6ECB1DC6" w14:textId="77777777" w:rsidR="003D15D0" w:rsidRDefault="00000000">
            <w:r>
              <w:rPr>
                <w:sz w:val="16"/>
              </w:rPr>
              <w:t>0.6035988700383162</w:t>
            </w:r>
          </w:p>
        </w:tc>
        <w:tc>
          <w:tcPr>
            <w:tcW w:w="699" w:type="dxa"/>
          </w:tcPr>
          <w:p w14:paraId="01421F42" w14:textId="77777777" w:rsidR="003D15D0" w:rsidRDefault="00000000">
            <w:r>
              <w:rPr>
                <w:sz w:val="16"/>
              </w:rPr>
              <w:t>1.669313518111729</w:t>
            </w:r>
          </w:p>
        </w:tc>
        <w:tc>
          <w:tcPr>
            <w:tcW w:w="699" w:type="dxa"/>
          </w:tcPr>
          <w:p w14:paraId="60B5D0DC" w14:textId="77777777" w:rsidR="003D15D0" w:rsidRDefault="00000000">
            <w:r>
              <w:rPr>
                <w:sz w:val="16"/>
              </w:rPr>
              <w:t>0.927560473395753</w:t>
            </w:r>
          </w:p>
        </w:tc>
        <w:tc>
          <w:tcPr>
            <w:tcW w:w="699" w:type="dxa"/>
          </w:tcPr>
          <w:p w14:paraId="3A1A765E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243BCF6A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699" w:type="dxa"/>
          </w:tcPr>
          <w:p w14:paraId="2590D220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3FD9ED71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2676DD65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7018098B" w14:textId="77777777">
        <w:tc>
          <w:tcPr>
            <w:tcW w:w="699" w:type="dxa"/>
          </w:tcPr>
          <w:p w14:paraId="728C6B72" w14:textId="77777777" w:rsidR="003D15D0" w:rsidRDefault="00000000">
            <w:r>
              <w:rPr>
                <w:sz w:val="16"/>
              </w:rPr>
              <w:t>Core Firth model - chorioamnionitis</w:t>
            </w:r>
          </w:p>
        </w:tc>
        <w:tc>
          <w:tcPr>
            <w:tcW w:w="699" w:type="dxa"/>
          </w:tcPr>
          <w:p w14:paraId="1002F8E4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5D12FBB2" w14:textId="77777777" w:rsidR="003D15D0" w:rsidRDefault="00000000">
            <w:r>
              <w:rPr>
                <w:sz w:val="16"/>
              </w:rPr>
              <w:t>Bishop missing</w:t>
            </w:r>
          </w:p>
        </w:tc>
        <w:tc>
          <w:tcPr>
            <w:tcW w:w="699" w:type="dxa"/>
          </w:tcPr>
          <w:p w14:paraId="3C4ED6B2" w14:textId="77777777" w:rsidR="003D15D0" w:rsidRDefault="00000000">
            <w:r>
              <w:rPr>
                <w:sz w:val="16"/>
              </w:rPr>
              <w:t>2.7961314383809817</w:t>
            </w:r>
          </w:p>
        </w:tc>
        <w:tc>
          <w:tcPr>
            <w:tcW w:w="699" w:type="dxa"/>
          </w:tcPr>
          <w:p w14:paraId="378F4E3F" w14:textId="77777777" w:rsidR="003D15D0" w:rsidRDefault="00000000">
            <w:r>
              <w:rPr>
                <w:sz w:val="16"/>
              </w:rPr>
              <w:t>1.4391120226839709</w:t>
            </w:r>
          </w:p>
        </w:tc>
        <w:tc>
          <w:tcPr>
            <w:tcW w:w="699" w:type="dxa"/>
          </w:tcPr>
          <w:p w14:paraId="0FB989BA" w14:textId="77777777" w:rsidR="003D15D0" w:rsidRDefault="00000000">
            <w:r>
              <w:rPr>
                <w:sz w:val="16"/>
              </w:rPr>
              <w:t>16.381152536625972</w:t>
            </w:r>
          </w:p>
        </w:tc>
        <w:tc>
          <w:tcPr>
            <w:tcW w:w="699" w:type="dxa"/>
          </w:tcPr>
          <w:p w14:paraId="5BE558F2" w14:textId="77777777" w:rsidR="003D15D0" w:rsidRDefault="00000000">
            <w:r>
              <w:rPr>
                <w:sz w:val="16"/>
              </w:rPr>
              <w:t>1.0876915573236567</w:t>
            </w:r>
          </w:p>
        </w:tc>
        <w:tc>
          <w:tcPr>
            <w:tcW w:w="699" w:type="dxa"/>
          </w:tcPr>
          <w:p w14:paraId="0892147C" w14:textId="77777777" w:rsidR="003D15D0" w:rsidRDefault="00000000">
            <w:r>
              <w:rPr>
                <w:sz w:val="16"/>
              </w:rPr>
              <w:t>289.7613928363182</w:t>
            </w:r>
          </w:p>
        </w:tc>
        <w:tc>
          <w:tcPr>
            <w:tcW w:w="699" w:type="dxa"/>
          </w:tcPr>
          <w:p w14:paraId="672880FB" w14:textId="77777777" w:rsidR="003D15D0" w:rsidRDefault="00000000">
            <w:r>
              <w:rPr>
                <w:sz w:val="16"/>
              </w:rPr>
              <w:t>0.0441403002758948</w:t>
            </w:r>
          </w:p>
        </w:tc>
        <w:tc>
          <w:tcPr>
            <w:tcW w:w="699" w:type="dxa"/>
          </w:tcPr>
          <w:p w14:paraId="17E91645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64081CEC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699" w:type="dxa"/>
          </w:tcPr>
          <w:p w14:paraId="264A6AFE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0FF76346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20A83578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44BB2E33" w14:textId="77777777">
        <w:tc>
          <w:tcPr>
            <w:tcW w:w="699" w:type="dxa"/>
          </w:tcPr>
          <w:p w14:paraId="6533083D" w14:textId="77777777" w:rsidR="003D15D0" w:rsidRDefault="00000000">
            <w:r>
              <w:rPr>
                <w:sz w:val="16"/>
              </w:rPr>
              <w:t>Core Firth model - chorioamnionitis</w:t>
            </w:r>
          </w:p>
        </w:tc>
        <w:tc>
          <w:tcPr>
            <w:tcW w:w="699" w:type="dxa"/>
          </w:tcPr>
          <w:p w14:paraId="71CFF7FB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526940A2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699" w:type="dxa"/>
          </w:tcPr>
          <w:p w14:paraId="2AE168C9" w14:textId="77777777" w:rsidR="003D15D0" w:rsidRDefault="00000000">
            <w:r>
              <w:rPr>
                <w:sz w:val="16"/>
              </w:rPr>
              <w:t>2.102847210524076</w:t>
            </w:r>
          </w:p>
        </w:tc>
        <w:tc>
          <w:tcPr>
            <w:tcW w:w="699" w:type="dxa"/>
          </w:tcPr>
          <w:p w14:paraId="247DAA02" w14:textId="77777777" w:rsidR="003D15D0" w:rsidRDefault="00000000">
            <w:r>
              <w:rPr>
                <w:sz w:val="16"/>
              </w:rPr>
              <w:t>2.419655017378355</w:t>
            </w:r>
          </w:p>
        </w:tc>
        <w:tc>
          <w:tcPr>
            <w:tcW w:w="699" w:type="dxa"/>
          </w:tcPr>
          <w:p w14:paraId="03EFD10B" w14:textId="77777777" w:rsidR="003D15D0" w:rsidRDefault="00000000">
            <w:r>
              <w:rPr>
                <w:sz w:val="16"/>
              </w:rPr>
              <w:t>8.189453848888897</w:t>
            </w:r>
          </w:p>
        </w:tc>
        <w:tc>
          <w:tcPr>
            <w:tcW w:w="699" w:type="dxa"/>
          </w:tcPr>
          <w:p w14:paraId="22333CF5" w14:textId="77777777" w:rsidR="003D15D0" w:rsidRDefault="00000000">
            <w:r>
              <w:rPr>
                <w:sz w:val="16"/>
              </w:rPr>
              <w:t>0.0488591883680217</w:t>
            </w:r>
          </w:p>
        </w:tc>
        <w:tc>
          <w:tcPr>
            <w:tcW w:w="699" w:type="dxa"/>
          </w:tcPr>
          <w:p w14:paraId="22B6520E" w14:textId="77777777" w:rsidR="003D15D0" w:rsidRDefault="00000000">
            <w:r>
              <w:rPr>
                <w:sz w:val="16"/>
              </w:rPr>
              <w:t>229.4416942366149</w:t>
            </w:r>
          </w:p>
        </w:tc>
        <w:tc>
          <w:tcPr>
            <w:tcW w:w="699" w:type="dxa"/>
          </w:tcPr>
          <w:p w14:paraId="4776AEC3" w14:textId="77777777" w:rsidR="003D15D0" w:rsidRDefault="00000000">
            <w:r>
              <w:rPr>
                <w:sz w:val="16"/>
              </w:rPr>
              <w:t>0.3135873815162099</w:t>
            </w:r>
          </w:p>
        </w:tc>
        <w:tc>
          <w:tcPr>
            <w:tcW w:w="699" w:type="dxa"/>
          </w:tcPr>
          <w:p w14:paraId="2F1B5A37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4760AE9F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699" w:type="dxa"/>
          </w:tcPr>
          <w:p w14:paraId="6317DDE8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25A8E673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5B9D8319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49588E8E" w14:textId="77777777">
        <w:tc>
          <w:tcPr>
            <w:tcW w:w="699" w:type="dxa"/>
          </w:tcPr>
          <w:p w14:paraId="5BE82561" w14:textId="77777777" w:rsidR="003D15D0" w:rsidRDefault="00000000">
            <w:r>
              <w:rPr>
                <w:sz w:val="16"/>
              </w:rPr>
              <w:t>Core Firth model - intrapartum fever&gt;=38.0 C</w:t>
            </w:r>
          </w:p>
        </w:tc>
        <w:tc>
          <w:tcPr>
            <w:tcW w:w="699" w:type="dxa"/>
          </w:tcPr>
          <w:p w14:paraId="73EEE5AF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2EEE568C" w14:textId="77777777" w:rsidR="003D15D0" w:rsidRDefault="00000000">
            <w:r>
              <w:rPr>
                <w:sz w:val="16"/>
              </w:rPr>
              <w:t>Intercept</w:t>
            </w:r>
          </w:p>
        </w:tc>
        <w:tc>
          <w:tcPr>
            <w:tcW w:w="699" w:type="dxa"/>
          </w:tcPr>
          <w:p w14:paraId="087B08F6" w14:textId="77777777" w:rsidR="003D15D0" w:rsidRDefault="00000000">
            <w:r>
              <w:rPr>
                <w:sz w:val="16"/>
              </w:rPr>
              <w:t>-32.48837576893229</w:t>
            </w:r>
          </w:p>
        </w:tc>
        <w:tc>
          <w:tcPr>
            <w:tcW w:w="699" w:type="dxa"/>
          </w:tcPr>
          <w:p w14:paraId="73137F82" w14:textId="77777777" w:rsidR="003D15D0" w:rsidRDefault="00000000">
            <w:r>
              <w:rPr>
                <w:sz w:val="16"/>
              </w:rPr>
              <w:t>22.10673338312788</w:t>
            </w:r>
          </w:p>
        </w:tc>
        <w:tc>
          <w:tcPr>
            <w:tcW w:w="699" w:type="dxa"/>
          </w:tcPr>
          <w:p w14:paraId="4E0F9CA1" w14:textId="77777777" w:rsidR="003D15D0" w:rsidRDefault="00000000">
            <w:r>
              <w:rPr>
                <w:sz w:val="16"/>
              </w:rPr>
              <w:t>7.771013752749419e-15</w:t>
            </w:r>
          </w:p>
        </w:tc>
        <w:tc>
          <w:tcPr>
            <w:tcW w:w="699" w:type="dxa"/>
          </w:tcPr>
          <w:p w14:paraId="47F8B6D0" w14:textId="77777777" w:rsidR="003D15D0" w:rsidRDefault="00000000">
            <w:r>
              <w:rPr>
                <w:sz w:val="16"/>
              </w:rPr>
              <w:t>1.1835649796492016e-33</w:t>
            </w:r>
          </w:p>
        </w:tc>
        <w:tc>
          <w:tcPr>
            <w:tcW w:w="699" w:type="dxa"/>
          </w:tcPr>
          <w:p w14:paraId="2B8A19BD" w14:textId="77777777" w:rsidR="003D15D0" w:rsidRDefault="00000000">
            <w:r>
              <w:rPr>
                <w:sz w:val="16"/>
              </w:rPr>
              <w:t>51022.67791272335</w:t>
            </w:r>
          </w:p>
        </w:tc>
        <w:tc>
          <w:tcPr>
            <w:tcW w:w="699" w:type="dxa"/>
          </w:tcPr>
          <w:p w14:paraId="6C0A28C5" w14:textId="77777777" w:rsidR="003D15D0" w:rsidRDefault="00000000">
            <w:r>
              <w:rPr>
                <w:sz w:val="16"/>
              </w:rPr>
              <w:t>0.14166619283838</w:t>
            </w:r>
          </w:p>
        </w:tc>
        <w:tc>
          <w:tcPr>
            <w:tcW w:w="699" w:type="dxa"/>
          </w:tcPr>
          <w:p w14:paraId="5CCB07D9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73F8FA74" w14:textId="77777777" w:rsidR="003D15D0" w:rsidRDefault="00000000">
            <w:r>
              <w:rPr>
                <w:sz w:val="16"/>
              </w:rPr>
              <w:t>9</w:t>
            </w:r>
          </w:p>
        </w:tc>
        <w:tc>
          <w:tcPr>
            <w:tcW w:w="699" w:type="dxa"/>
          </w:tcPr>
          <w:p w14:paraId="31AD2030" w14:textId="77777777" w:rsidR="003D15D0" w:rsidRDefault="00000000">
            <w:r>
              <w:rPr>
                <w:sz w:val="16"/>
              </w:rPr>
              <w:t>153</w:t>
            </w:r>
          </w:p>
        </w:tc>
        <w:tc>
          <w:tcPr>
            <w:tcW w:w="699" w:type="dxa"/>
          </w:tcPr>
          <w:p w14:paraId="59B8A894" w14:textId="77777777" w:rsidR="003D15D0" w:rsidRDefault="00000000">
            <w:r>
              <w:rPr>
                <w:sz w:val="16"/>
              </w:rPr>
              <w:t>Wald approximation</w:t>
            </w:r>
          </w:p>
        </w:tc>
        <w:tc>
          <w:tcPr>
            <w:tcW w:w="699" w:type="dxa"/>
          </w:tcPr>
          <w:p w14:paraId="1C281920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1E256C84" w14:textId="77777777">
        <w:tc>
          <w:tcPr>
            <w:tcW w:w="699" w:type="dxa"/>
          </w:tcPr>
          <w:p w14:paraId="6561C4AF" w14:textId="77777777" w:rsidR="003D15D0" w:rsidRDefault="00000000">
            <w:r>
              <w:rPr>
                <w:sz w:val="16"/>
              </w:rPr>
              <w:t>Core Firth model - intrapartum fever&gt;=38.0 C</w:t>
            </w:r>
          </w:p>
        </w:tc>
        <w:tc>
          <w:tcPr>
            <w:tcW w:w="699" w:type="dxa"/>
          </w:tcPr>
          <w:p w14:paraId="72C36B60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4DFB411A" w14:textId="77777777" w:rsidR="003D15D0" w:rsidRDefault="00000000">
            <w:r>
              <w:rPr>
                <w:sz w:val="16"/>
              </w:rPr>
              <w:t>treat (pre-labor amniotomy)</w:t>
            </w:r>
          </w:p>
        </w:tc>
        <w:tc>
          <w:tcPr>
            <w:tcW w:w="699" w:type="dxa"/>
          </w:tcPr>
          <w:p w14:paraId="3AFD6CC5" w14:textId="77777777" w:rsidR="003D15D0" w:rsidRDefault="00000000">
            <w:r>
              <w:rPr>
                <w:sz w:val="16"/>
              </w:rPr>
              <w:t>1.4935198901721505</w:t>
            </w:r>
          </w:p>
        </w:tc>
        <w:tc>
          <w:tcPr>
            <w:tcW w:w="699" w:type="dxa"/>
          </w:tcPr>
          <w:p w14:paraId="274291BE" w14:textId="77777777" w:rsidR="003D15D0" w:rsidRDefault="00000000">
            <w:r>
              <w:rPr>
                <w:sz w:val="16"/>
              </w:rPr>
              <w:t>0.7392612008665241</w:t>
            </w:r>
          </w:p>
        </w:tc>
        <w:tc>
          <w:tcPr>
            <w:tcW w:w="699" w:type="dxa"/>
          </w:tcPr>
          <w:p w14:paraId="3FDDE723" w14:textId="77777777" w:rsidR="003D15D0" w:rsidRDefault="00000000">
            <w:r>
              <w:rPr>
                <w:sz w:val="16"/>
              </w:rPr>
              <w:t>4.45274112717151</w:t>
            </w:r>
          </w:p>
        </w:tc>
        <w:tc>
          <w:tcPr>
            <w:tcW w:w="699" w:type="dxa"/>
          </w:tcPr>
          <w:p w14:paraId="3EF8FDA3" w14:textId="77777777" w:rsidR="003D15D0" w:rsidRDefault="00000000">
            <w:r>
              <w:rPr>
                <w:sz w:val="16"/>
              </w:rPr>
              <w:t>1.0793264995015233</w:t>
            </w:r>
          </w:p>
        </w:tc>
        <w:tc>
          <w:tcPr>
            <w:tcW w:w="699" w:type="dxa"/>
          </w:tcPr>
          <w:p w14:paraId="71271A79" w14:textId="77777777" w:rsidR="003D15D0" w:rsidRDefault="00000000">
            <w:r>
              <w:rPr>
                <w:sz w:val="16"/>
              </w:rPr>
              <w:t>26.148980613286163</w:t>
            </w:r>
          </w:p>
        </w:tc>
        <w:tc>
          <w:tcPr>
            <w:tcW w:w="699" w:type="dxa"/>
          </w:tcPr>
          <w:p w14:paraId="042F8002" w14:textId="77777777" w:rsidR="003D15D0" w:rsidRDefault="00000000">
            <w:r>
              <w:rPr>
                <w:sz w:val="16"/>
              </w:rPr>
              <w:t>0.0383634572189271</w:t>
            </w:r>
          </w:p>
        </w:tc>
        <w:tc>
          <w:tcPr>
            <w:tcW w:w="699" w:type="dxa"/>
          </w:tcPr>
          <w:p w14:paraId="2D4E7D82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3731A138" w14:textId="77777777" w:rsidR="003D15D0" w:rsidRDefault="00000000">
            <w:r>
              <w:rPr>
                <w:sz w:val="16"/>
              </w:rPr>
              <w:t>9</w:t>
            </w:r>
          </w:p>
        </w:tc>
        <w:tc>
          <w:tcPr>
            <w:tcW w:w="699" w:type="dxa"/>
          </w:tcPr>
          <w:p w14:paraId="0602B5A4" w14:textId="77777777" w:rsidR="003D15D0" w:rsidRDefault="00000000">
            <w:r>
              <w:rPr>
                <w:sz w:val="16"/>
              </w:rPr>
              <w:t>153</w:t>
            </w:r>
          </w:p>
        </w:tc>
        <w:tc>
          <w:tcPr>
            <w:tcW w:w="699" w:type="dxa"/>
          </w:tcPr>
          <w:p w14:paraId="30FF1551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44E19BDE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3ED193AB" w14:textId="77777777">
        <w:tc>
          <w:tcPr>
            <w:tcW w:w="699" w:type="dxa"/>
          </w:tcPr>
          <w:p w14:paraId="1CC0C7C4" w14:textId="77777777" w:rsidR="003D15D0" w:rsidRDefault="00000000">
            <w:r>
              <w:rPr>
                <w:sz w:val="16"/>
              </w:rPr>
              <w:t>Core Firth model - intrapartum fever&gt;=38.0 C</w:t>
            </w:r>
          </w:p>
        </w:tc>
        <w:tc>
          <w:tcPr>
            <w:tcW w:w="699" w:type="dxa"/>
          </w:tcPr>
          <w:p w14:paraId="2ABC6C71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1998F469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699" w:type="dxa"/>
          </w:tcPr>
          <w:p w14:paraId="1BE50CF4" w14:textId="77777777" w:rsidR="003D15D0" w:rsidRDefault="00000000">
            <w:r>
              <w:rPr>
                <w:sz w:val="16"/>
              </w:rPr>
              <w:t>-0.1329914639353767</w:t>
            </w:r>
          </w:p>
        </w:tc>
        <w:tc>
          <w:tcPr>
            <w:tcW w:w="699" w:type="dxa"/>
          </w:tcPr>
          <w:p w14:paraId="3D2EB7F2" w14:textId="77777777" w:rsidR="003D15D0" w:rsidRDefault="00000000">
            <w:r>
              <w:rPr>
                <w:sz w:val="16"/>
              </w:rPr>
              <w:t>0.1242402078975431</w:t>
            </w:r>
          </w:p>
        </w:tc>
        <w:tc>
          <w:tcPr>
            <w:tcW w:w="699" w:type="dxa"/>
          </w:tcPr>
          <w:p w14:paraId="44538772" w14:textId="77777777" w:rsidR="003D15D0" w:rsidRDefault="00000000">
            <w:r>
              <w:rPr>
                <w:sz w:val="16"/>
              </w:rPr>
              <w:t>0.875472565167268</w:t>
            </w:r>
          </w:p>
        </w:tc>
        <w:tc>
          <w:tcPr>
            <w:tcW w:w="699" w:type="dxa"/>
          </w:tcPr>
          <w:p w14:paraId="537FF3A9" w14:textId="77777777" w:rsidR="003D15D0" w:rsidRDefault="00000000">
            <w:r>
              <w:rPr>
                <w:sz w:val="16"/>
              </w:rPr>
              <w:t>0.6708000029917448</w:t>
            </w:r>
          </w:p>
        </w:tc>
        <w:tc>
          <w:tcPr>
            <w:tcW w:w="699" w:type="dxa"/>
          </w:tcPr>
          <w:p w14:paraId="6EB36CAA" w14:textId="77777777" w:rsidR="003D15D0" w:rsidRDefault="00000000">
            <w:r>
              <w:rPr>
                <w:sz w:val="16"/>
              </w:rPr>
              <w:t>1.1397464429892004</w:t>
            </w:r>
          </w:p>
        </w:tc>
        <w:tc>
          <w:tcPr>
            <w:tcW w:w="699" w:type="dxa"/>
          </w:tcPr>
          <w:p w14:paraId="745CA087" w14:textId="77777777" w:rsidR="003D15D0" w:rsidRDefault="00000000">
            <w:r>
              <w:rPr>
                <w:sz w:val="16"/>
              </w:rPr>
              <w:t>0.3181018719796499</w:t>
            </w:r>
          </w:p>
        </w:tc>
        <w:tc>
          <w:tcPr>
            <w:tcW w:w="699" w:type="dxa"/>
          </w:tcPr>
          <w:p w14:paraId="2087551A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02D89C3E" w14:textId="77777777" w:rsidR="003D15D0" w:rsidRDefault="00000000">
            <w:r>
              <w:rPr>
                <w:sz w:val="16"/>
              </w:rPr>
              <w:t>9</w:t>
            </w:r>
          </w:p>
        </w:tc>
        <w:tc>
          <w:tcPr>
            <w:tcW w:w="699" w:type="dxa"/>
          </w:tcPr>
          <w:p w14:paraId="4AEEA92D" w14:textId="77777777" w:rsidR="003D15D0" w:rsidRDefault="00000000">
            <w:r>
              <w:rPr>
                <w:sz w:val="16"/>
              </w:rPr>
              <w:t>153</w:t>
            </w:r>
          </w:p>
        </w:tc>
        <w:tc>
          <w:tcPr>
            <w:tcW w:w="699" w:type="dxa"/>
          </w:tcPr>
          <w:p w14:paraId="40DCF519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77B39114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2B406A99" w14:textId="77777777">
        <w:tc>
          <w:tcPr>
            <w:tcW w:w="699" w:type="dxa"/>
          </w:tcPr>
          <w:p w14:paraId="091AD413" w14:textId="77777777" w:rsidR="003D15D0" w:rsidRDefault="00000000">
            <w:r>
              <w:rPr>
                <w:sz w:val="16"/>
              </w:rPr>
              <w:t xml:space="preserve">Core Firth </w:t>
            </w:r>
            <w:r>
              <w:rPr>
                <w:sz w:val="16"/>
              </w:rPr>
              <w:lastRenderedPageBreak/>
              <w:t>model - intrapartum fever&gt;=38.0 C</w:t>
            </w:r>
          </w:p>
        </w:tc>
        <w:tc>
          <w:tcPr>
            <w:tcW w:w="699" w:type="dxa"/>
          </w:tcPr>
          <w:p w14:paraId="6546A548" w14:textId="77777777" w:rsidR="003D15D0" w:rsidRDefault="00000000">
            <w:r>
              <w:rPr>
                <w:sz w:val="16"/>
              </w:rPr>
              <w:lastRenderedPageBreak/>
              <w:t>fever_ge_38</w:t>
            </w:r>
          </w:p>
        </w:tc>
        <w:tc>
          <w:tcPr>
            <w:tcW w:w="699" w:type="dxa"/>
          </w:tcPr>
          <w:p w14:paraId="623FA6D4" w14:textId="77777777" w:rsidR="003D15D0" w:rsidRDefault="00000000">
            <w:r>
              <w:rPr>
                <w:sz w:val="16"/>
              </w:rPr>
              <w:t xml:space="preserve">gestational </w:t>
            </w:r>
            <w:r>
              <w:rPr>
                <w:sz w:val="16"/>
              </w:rPr>
              <w:lastRenderedPageBreak/>
              <w:t>age</w:t>
            </w:r>
          </w:p>
        </w:tc>
        <w:tc>
          <w:tcPr>
            <w:tcW w:w="699" w:type="dxa"/>
          </w:tcPr>
          <w:p w14:paraId="3EEFED88" w14:textId="77777777" w:rsidR="003D15D0" w:rsidRDefault="00000000">
            <w:r>
              <w:rPr>
                <w:sz w:val="16"/>
              </w:rPr>
              <w:lastRenderedPageBreak/>
              <w:t>0.11690239377016</w:t>
            </w:r>
            <w:r>
              <w:rPr>
                <w:sz w:val="16"/>
              </w:rPr>
              <w:lastRenderedPageBreak/>
              <w:t>12</w:t>
            </w:r>
          </w:p>
        </w:tc>
        <w:tc>
          <w:tcPr>
            <w:tcW w:w="699" w:type="dxa"/>
          </w:tcPr>
          <w:p w14:paraId="15783E12" w14:textId="77777777" w:rsidR="003D15D0" w:rsidRDefault="00000000">
            <w:r>
              <w:rPr>
                <w:sz w:val="16"/>
              </w:rPr>
              <w:lastRenderedPageBreak/>
              <w:t>0.07640468452276</w:t>
            </w:r>
            <w:r>
              <w:rPr>
                <w:sz w:val="16"/>
              </w:rPr>
              <w:lastRenderedPageBreak/>
              <w:t>94</w:t>
            </w:r>
          </w:p>
        </w:tc>
        <w:tc>
          <w:tcPr>
            <w:tcW w:w="699" w:type="dxa"/>
          </w:tcPr>
          <w:p w14:paraId="40F1ECD7" w14:textId="77777777" w:rsidR="003D15D0" w:rsidRDefault="00000000">
            <w:r>
              <w:rPr>
                <w:sz w:val="16"/>
              </w:rPr>
              <w:lastRenderedPageBreak/>
              <w:t>1.124009713985671</w:t>
            </w:r>
            <w:r>
              <w:rPr>
                <w:sz w:val="16"/>
              </w:rPr>
              <w:lastRenderedPageBreak/>
              <w:t>5</w:t>
            </w:r>
          </w:p>
        </w:tc>
        <w:tc>
          <w:tcPr>
            <w:tcW w:w="699" w:type="dxa"/>
          </w:tcPr>
          <w:p w14:paraId="1C17C5B4" w14:textId="77777777" w:rsidR="003D15D0" w:rsidRDefault="00000000">
            <w:r>
              <w:rPr>
                <w:sz w:val="16"/>
              </w:rPr>
              <w:lastRenderedPageBreak/>
              <w:t>0.975896104297302</w:t>
            </w:r>
            <w:r>
              <w:rPr>
                <w:sz w:val="16"/>
              </w:rPr>
              <w:lastRenderedPageBreak/>
              <w:t>4</w:t>
            </w:r>
          </w:p>
        </w:tc>
        <w:tc>
          <w:tcPr>
            <w:tcW w:w="699" w:type="dxa"/>
          </w:tcPr>
          <w:p w14:paraId="57085CD0" w14:textId="77777777" w:rsidR="003D15D0" w:rsidRDefault="00000000">
            <w:r>
              <w:rPr>
                <w:sz w:val="16"/>
              </w:rPr>
              <w:lastRenderedPageBreak/>
              <w:t>1.35989081237504</w:t>
            </w:r>
            <w:r>
              <w:rPr>
                <w:sz w:val="16"/>
              </w:rPr>
              <w:lastRenderedPageBreak/>
              <w:t>42</w:t>
            </w:r>
          </w:p>
        </w:tc>
        <w:tc>
          <w:tcPr>
            <w:tcW w:w="699" w:type="dxa"/>
          </w:tcPr>
          <w:p w14:paraId="76DD69E8" w14:textId="77777777" w:rsidR="003D15D0" w:rsidRDefault="00000000">
            <w:r>
              <w:rPr>
                <w:sz w:val="16"/>
              </w:rPr>
              <w:lastRenderedPageBreak/>
              <w:t>0.11535663440150</w:t>
            </w:r>
            <w:r>
              <w:rPr>
                <w:sz w:val="16"/>
              </w:rPr>
              <w:lastRenderedPageBreak/>
              <w:t>64</w:t>
            </w:r>
          </w:p>
        </w:tc>
        <w:tc>
          <w:tcPr>
            <w:tcW w:w="699" w:type="dxa"/>
          </w:tcPr>
          <w:p w14:paraId="2734DB06" w14:textId="77777777" w:rsidR="003D15D0" w:rsidRDefault="00000000">
            <w:r>
              <w:rPr>
                <w:sz w:val="16"/>
              </w:rPr>
              <w:lastRenderedPageBreak/>
              <w:t>16</w:t>
            </w:r>
            <w:r>
              <w:rPr>
                <w:sz w:val="16"/>
              </w:rPr>
              <w:lastRenderedPageBreak/>
              <w:t>2</w:t>
            </w:r>
          </w:p>
        </w:tc>
        <w:tc>
          <w:tcPr>
            <w:tcW w:w="699" w:type="dxa"/>
          </w:tcPr>
          <w:p w14:paraId="31C344D4" w14:textId="77777777" w:rsidR="003D15D0" w:rsidRDefault="00000000">
            <w:r>
              <w:rPr>
                <w:sz w:val="16"/>
              </w:rPr>
              <w:lastRenderedPageBreak/>
              <w:t>9</w:t>
            </w:r>
          </w:p>
        </w:tc>
        <w:tc>
          <w:tcPr>
            <w:tcW w:w="699" w:type="dxa"/>
          </w:tcPr>
          <w:p w14:paraId="2B345614" w14:textId="77777777" w:rsidR="003D15D0" w:rsidRDefault="00000000">
            <w:r>
              <w:rPr>
                <w:sz w:val="16"/>
              </w:rPr>
              <w:t>153</w:t>
            </w:r>
          </w:p>
        </w:tc>
        <w:tc>
          <w:tcPr>
            <w:tcW w:w="699" w:type="dxa"/>
          </w:tcPr>
          <w:p w14:paraId="11D707AC" w14:textId="77777777" w:rsidR="003D15D0" w:rsidRDefault="00000000">
            <w:r>
              <w:rPr>
                <w:sz w:val="16"/>
              </w:rPr>
              <w:t xml:space="preserve">penalized </w:t>
            </w:r>
            <w:r>
              <w:rPr>
                <w:sz w:val="16"/>
              </w:rPr>
              <w:lastRenderedPageBreak/>
              <w:t>likelihood-ratio P; profile penalized-likelihood CI</w:t>
            </w:r>
          </w:p>
        </w:tc>
        <w:tc>
          <w:tcPr>
            <w:tcW w:w="699" w:type="dxa"/>
          </w:tcPr>
          <w:p w14:paraId="014E1320" w14:textId="77777777" w:rsidR="003D15D0" w:rsidRDefault="00000000">
            <w:r>
              <w:rPr>
                <w:sz w:val="16"/>
              </w:rPr>
              <w:lastRenderedPageBreak/>
              <w:t>Yes</w:t>
            </w:r>
          </w:p>
        </w:tc>
      </w:tr>
      <w:tr w:rsidR="003D15D0" w14:paraId="38DCAAC8" w14:textId="77777777">
        <w:tc>
          <w:tcPr>
            <w:tcW w:w="699" w:type="dxa"/>
          </w:tcPr>
          <w:p w14:paraId="61463D5B" w14:textId="77777777" w:rsidR="003D15D0" w:rsidRDefault="00000000">
            <w:r>
              <w:rPr>
                <w:sz w:val="16"/>
              </w:rPr>
              <w:t>Core Firth model - intrapartum fever&gt;=38.0 C</w:t>
            </w:r>
          </w:p>
        </w:tc>
        <w:tc>
          <w:tcPr>
            <w:tcW w:w="699" w:type="dxa"/>
          </w:tcPr>
          <w:p w14:paraId="5EACC63A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253D9276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699" w:type="dxa"/>
          </w:tcPr>
          <w:p w14:paraId="46288837" w14:textId="77777777" w:rsidR="003D15D0" w:rsidRDefault="00000000">
            <w:r>
              <w:rPr>
                <w:sz w:val="16"/>
              </w:rPr>
              <w:t>0.6667693009586151</w:t>
            </w:r>
          </w:p>
        </w:tc>
        <w:tc>
          <w:tcPr>
            <w:tcW w:w="699" w:type="dxa"/>
          </w:tcPr>
          <w:p w14:paraId="1BFE8D89" w14:textId="77777777" w:rsidR="003D15D0" w:rsidRDefault="00000000">
            <w:r>
              <w:rPr>
                <w:sz w:val="16"/>
              </w:rPr>
              <w:t>1.467491371159098</w:t>
            </w:r>
          </w:p>
        </w:tc>
        <w:tc>
          <w:tcPr>
            <w:tcW w:w="699" w:type="dxa"/>
          </w:tcPr>
          <w:p w14:paraId="0F88754C" w14:textId="77777777" w:rsidR="003D15D0" w:rsidRDefault="00000000">
            <w:r>
              <w:rPr>
                <w:sz w:val="16"/>
              </w:rPr>
              <w:t>1.9479339556177528</w:t>
            </w:r>
          </w:p>
        </w:tc>
        <w:tc>
          <w:tcPr>
            <w:tcW w:w="699" w:type="dxa"/>
          </w:tcPr>
          <w:p w14:paraId="0108A4C1" w14:textId="77777777" w:rsidR="003D15D0" w:rsidRDefault="00000000">
            <w:r>
              <w:rPr>
                <w:sz w:val="16"/>
              </w:rPr>
              <w:t>0.166517206203657</w:t>
            </w:r>
          </w:p>
        </w:tc>
        <w:tc>
          <w:tcPr>
            <w:tcW w:w="699" w:type="dxa"/>
          </w:tcPr>
          <w:p w14:paraId="43A51FCF" w14:textId="77777777" w:rsidR="003D15D0" w:rsidRDefault="00000000">
            <w:r>
              <w:rPr>
                <w:sz w:val="16"/>
              </w:rPr>
              <w:t>271.501473843866</w:t>
            </w:r>
          </w:p>
        </w:tc>
        <w:tc>
          <w:tcPr>
            <w:tcW w:w="699" w:type="dxa"/>
          </w:tcPr>
          <w:p w14:paraId="30C21BAC" w14:textId="77777777" w:rsidR="003D15D0" w:rsidRDefault="00000000">
            <w:r>
              <w:rPr>
                <w:sz w:val="16"/>
              </w:rPr>
              <w:t>0.6459060796513367</w:t>
            </w:r>
          </w:p>
        </w:tc>
        <w:tc>
          <w:tcPr>
            <w:tcW w:w="699" w:type="dxa"/>
          </w:tcPr>
          <w:p w14:paraId="21AC61C3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6D2F4C3B" w14:textId="77777777" w:rsidR="003D15D0" w:rsidRDefault="00000000">
            <w:r>
              <w:rPr>
                <w:sz w:val="16"/>
              </w:rPr>
              <w:t>9</w:t>
            </w:r>
          </w:p>
        </w:tc>
        <w:tc>
          <w:tcPr>
            <w:tcW w:w="699" w:type="dxa"/>
          </w:tcPr>
          <w:p w14:paraId="4A8C5DD5" w14:textId="77777777" w:rsidR="003D15D0" w:rsidRDefault="00000000">
            <w:r>
              <w:rPr>
                <w:sz w:val="16"/>
              </w:rPr>
              <w:t>153</w:t>
            </w:r>
          </w:p>
        </w:tc>
        <w:tc>
          <w:tcPr>
            <w:tcW w:w="699" w:type="dxa"/>
          </w:tcPr>
          <w:p w14:paraId="05F88B86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2B0D50AC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0CB96FDF" w14:textId="77777777">
        <w:tc>
          <w:tcPr>
            <w:tcW w:w="699" w:type="dxa"/>
          </w:tcPr>
          <w:p w14:paraId="04907B66" w14:textId="77777777" w:rsidR="003D15D0" w:rsidRDefault="00000000">
            <w:r>
              <w:rPr>
                <w:sz w:val="16"/>
              </w:rPr>
              <w:t>Core Firth model - intrapartum fever&gt;=38.0 C</w:t>
            </w:r>
          </w:p>
        </w:tc>
        <w:tc>
          <w:tcPr>
            <w:tcW w:w="699" w:type="dxa"/>
          </w:tcPr>
          <w:p w14:paraId="35DAA922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20975638" w14:textId="77777777" w:rsidR="003D15D0" w:rsidRDefault="00000000">
            <w:r>
              <w:rPr>
                <w:sz w:val="16"/>
              </w:rPr>
              <w:t>Bishop (imputed)</w:t>
            </w:r>
          </w:p>
        </w:tc>
        <w:tc>
          <w:tcPr>
            <w:tcW w:w="699" w:type="dxa"/>
          </w:tcPr>
          <w:p w14:paraId="68D36627" w14:textId="77777777" w:rsidR="003D15D0" w:rsidRDefault="00000000">
            <w:r>
              <w:rPr>
                <w:sz w:val="16"/>
              </w:rPr>
              <w:t>-0.1070955169380568</w:t>
            </w:r>
          </w:p>
        </w:tc>
        <w:tc>
          <w:tcPr>
            <w:tcW w:w="699" w:type="dxa"/>
          </w:tcPr>
          <w:p w14:paraId="1102CEC5" w14:textId="77777777" w:rsidR="003D15D0" w:rsidRDefault="00000000">
            <w:r>
              <w:rPr>
                <w:sz w:val="16"/>
              </w:rPr>
              <w:t>0.2688784023698208</w:t>
            </w:r>
          </w:p>
        </w:tc>
        <w:tc>
          <w:tcPr>
            <w:tcW w:w="699" w:type="dxa"/>
          </w:tcPr>
          <w:p w14:paraId="33C324EC" w14:textId="77777777" w:rsidR="003D15D0" w:rsidRDefault="00000000">
            <w:r>
              <w:rPr>
                <w:sz w:val="16"/>
              </w:rPr>
              <w:t>0.8984398526679686</w:t>
            </w:r>
          </w:p>
        </w:tc>
        <w:tc>
          <w:tcPr>
            <w:tcW w:w="699" w:type="dxa"/>
          </w:tcPr>
          <w:p w14:paraId="606C44E7" w14:textId="77777777" w:rsidR="003D15D0" w:rsidRDefault="00000000">
            <w:r>
              <w:rPr>
                <w:sz w:val="16"/>
              </w:rPr>
              <w:t>0.5204621761458902</w:t>
            </w:r>
          </w:p>
        </w:tc>
        <w:tc>
          <w:tcPr>
            <w:tcW w:w="699" w:type="dxa"/>
          </w:tcPr>
          <w:p w14:paraId="349C4396" w14:textId="77777777" w:rsidR="003D15D0" w:rsidRDefault="00000000">
            <w:r>
              <w:rPr>
                <w:sz w:val="16"/>
              </w:rPr>
              <w:t>1.6321287619223008</w:t>
            </w:r>
          </w:p>
        </w:tc>
        <w:tc>
          <w:tcPr>
            <w:tcW w:w="699" w:type="dxa"/>
          </w:tcPr>
          <w:p w14:paraId="69D99A05" w14:textId="77777777" w:rsidR="003D15D0" w:rsidRDefault="00000000">
            <w:r>
              <w:rPr>
                <w:sz w:val="16"/>
              </w:rPr>
              <w:t>0.7084297873764667</w:t>
            </w:r>
          </w:p>
        </w:tc>
        <w:tc>
          <w:tcPr>
            <w:tcW w:w="699" w:type="dxa"/>
          </w:tcPr>
          <w:p w14:paraId="5BF6AB6C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211B46DF" w14:textId="77777777" w:rsidR="003D15D0" w:rsidRDefault="00000000">
            <w:r>
              <w:rPr>
                <w:sz w:val="16"/>
              </w:rPr>
              <w:t>9</w:t>
            </w:r>
          </w:p>
        </w:tc>
        <w:tc>
          <w:tcPr>
            <w:tcW w:w="699" w:type="dxa"/>
          </w:tcPr>
          <w:p w14:paraId="2E7A9D6C" w14:textId="77777777" w:rsidR="003D15D0" w:rsidRDefault="00000000">
            <w:r>
              <w:rPr>
                <w:sz w:val="16"/>
              </w:rPr>
              <w:t>153</w:t>
            </w:r>
          </w:p>
        </w:tc>
        <w:tc>
          <w:tcPr>
            <w:tcW w:w="699" w:type="dxa"/>
          </w:tcPr>
          <w:p w14:paraId="30F60BDB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6A319F4E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550B8DBC" w14:textId="77777777">
        <w:tc>
          <w:tcPr>
            <w:tcW w:w="699" w:type="dxa"/>
          </w:tcPr>
          <w:p w14:paraId="41056D24" w14:textId="77777777" w:rsidR="003D15D0" w:rsidRDefault="00000000">
            <w:r>
              <w:rPr>
                <w:sz w:val="16"/>
              </w:rPr>
              <w:t>Core Firth model - intrapartum fever&gt;=38.0 C</w:t>
            </w:r>
          </w:p>
        </w:tc>
        <w:tc>
          <w:tcPr>
            <w:tcW w:w="699" w:type="dxa"/>
          </w:tcPr>
          <w:p w14:paraId="0838E196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0932F35D" w14:textId="77777777" w:rsidR="003D15D0" w:rsidRDefault="00000000">
            <w:r>
              <w:rPr>
                <w:sz w:val="16"/>
              </w:rPr>
              <w:t>Bishop missing</w:t>
            </w:r>
          </w:p>
        </w:tc>
        <w:tc>
          <w:tcPr>
            <w:tcW w:w="699" w:type="dxa"/>
          </w:tcPr>
          <w:p w14:paraId="02AEEF49" w14:textId="77777777" w:rsidR="003D15D0" w:rsidRDefault="00000000">
            <w:r>
              <w:rPr>
                <w:sz w:val="16"/>
              </w:rPr>
              <w:t>3.117391426069489</w:t>
            </w:r>
          </w:p>
        </w:tc>
        <w:tc>
          <w:tcPr>
            <w:tcW w:w="699" w:type="dxa"/>
          </w:tcPr>
          <w:p w14:paraId="0C1E755A" w14:textId="77777777" w:rsidR="003D15D0" w:rsidRDefault="00000000">
            <w:r>
              <w:rPr>
                <w:sz w:val="16"/>
              </w:rPr>
              <w:t>1.4557778494934963</w:t>
            </w:r>
          </w:p>
        </w:tc>
        <w:tc>
          <w:tcPr>
            <w:tcW w:w="699" w:type="dxa"/>
          </w:tcPr>
          <w:p w14:paraId="0788A929" w14:textId="77777777" w:rsidR="003D15D0" w:rsidRDefault="00000000">
            <w:r>
              <w:rPr>
                <w:sz w:val="16"/>
              </w:rPr>
              <w:t>22.587381871097826</w:t>
            </w:r>
          </w:p>
        </w:tc>
        <w:tc>
          <w:tcPr>
            <w:tcW w:w="699" w:type="dxa"/>
          </w:tcPr>
          <w:p w14:paraId="20CE3B7D" w14:textId="77777777" w:rsidR="003D15D0" w:rsidRDefault="00000000">
            <w:r>
              <w:rPr>
                <w:sz w:val="16"/>
              </w:rPr>
              <w:t>1.346699569435643</w:t>
            </w:r>
          </w:p>
        </w:tc>
        <w:tc>
          <w:tcPr>
            <w:tcW w:w="699" w:type="dxa"/>
          </w:tcPr>
          <w:p w14:paraId="22CCFE6F" w14:textId="77777777" w:rsidR="003D15D0" w:rsidRDefault="00000000">
            <w:r>
              <w:rPr>
                <w:sz w:val="16"/>
              </w:rPr>
              <w:t>393.2030697718129</w:t>
            </w:r>
          </w:p>
        </w:tc>
        <w:tc>
          <w:tcPr>
            <w:tcW w:w="699" w:type="dxa"/>
          </w:tcPr>
          <w:p w14:paraId="2D49BAF9" w14:textId="77777777" w:rsidR="003D15D0" w:rsidRDefault="00000000">
            <w:r>
              <w:rPr>
                <w:sz w:val="16"/>
              </w:rPr>
              <w:t>0.0323899852448855</w:t>
            </w:r>
          </w:p>
        </w:tc>
        <w:tc>
          <w:tcPr>
            <w:tcW w:w="699" w:type="dxa"/>
          </w:tcPr>
          <w:p w14:paraId="0096A359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2E054C59" w14:textId="77777777" w:rsidR="003D15D0" w:rsidRDefault="00000000">
            <w:r>
              <w:rPr>
                <w:sz w:val="16"/>
              </w:rPr>
              <w:t>9</w:t>
            </w:r>
          </w:p>
        </w:tc>
        <w:tc>
          <w:tcPr>
            <w:tcW w:w="699" w:type="dxa"/>
          </w:tcPr>
          <w:p w14:paraId="1C4EC2F5" w14:textId="77777777" w:rsidR="003D15D0" w:rsidRDefault="00000000">
            <w:r>
              <w:rPr>
                <w:sz w:val="16"/>
              </w:rPr>
              <w:t>153</w:t>
            </w:r>
          </w:p>
        </w:tc>
        <w:tc>
          <w:tcPr>
            <w:tcW w:w="699" w:type="dxa"/>
          </w:tcPr>
          <w:p w14:paraId="149A0111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7327B304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4B8F89AD" w14:textId="77777777">
        <w:tc>
          <w:tcPr>
            <w:tcW w:w="699" w:type="dxa"/>
          </w:tcPr>
          <w:p w14:paraId="37494F79" w14:textId="77777777" w:rsidR="003D15D0" w:rsidRDefault="00000000">
            <w:r>
              <w:rPr>
                <w:sz w:val="16"/>
              </w:rPr>
              <w:t>Core Firth model - intrapartum fever&gt;=38.0 C</w:t>
            </w:r>
          </w:p>
        </w:tc>
        <w:tc>
          <w:tcPr>
            <w:tcW w:w="699" w:type="dxa"/>
          </w:tcPr>
          <w:p w14:paraId="127A9732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04072286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699" w:type="dxa"/>
          </w:tcPr>
          <w:p w14:paraId="20C41B7D" w14:textId="77777777" w:rsidR="003D15D0" w:rsidRDefault="00000000">
            <w:r>
              <w:rPr>
                <w:sz w:val="16"/>
              </w:rPr>
              <w:t>3.174220552755516</w:t>
            </w:r>
          </w:p>
        </w:tc>
        <w:tc>
          <w:tcPr>
            <w:tcW w:w="699" w:type="dxa"/>
          </w:tcPr>
          <w:p w14:paraId="1E5F55B7" w14:textId="77777777" w:rsidR="003D15D0" w:rsidRDefault="00000000">
            <w:r>
              <w:rPr>
                <w:sz w:val="16"/>
              </w:rPr>
              <w:t>2.4870268944458944</w:t>
            </w:r>
          </w:p>
        </w:tc>
        <w:tc>
          <w:tcPr>
            <w:tcW w:w="699" w:type="dxa"/>
          </w:tcPr>
          <w:p w14:paraId="4A681603" w14:textId="77777777" w:rsidR="003D15D0" w:rsidRDefault="00000000">
            <w:r>
              <w:rPr>
                <w:sz w:val="16"/>
              </w:rPr>
              <w:t>23.90817744089766</w:t>
            </w:r>
          </w:p>
        </w:tc>
        <w:tc>
          <w:tcPr>
            <w:tcW w:w="699" w:type="dxa"/>
          </w:tcPr>
          <w:p w14:paraId="16214457" w14:textId="77777777" w:rsidR="003D15D0" w:rsidRDefault="00000000">
            <w:r>
              <w:rPr>
                <w:sz w:val="16"/>
              </w:rPr>
              <w:t>0.130430724269614</w:t>
            </w:r>
          </w:p>
        </w:tc>
        <w:tc>
          <w:tcPr>
            <w:tcW w:w="699" w:type="dxa"/>
          </w:tcPr>
          <w:p w14:paraId="15476984" w14:textId="77777777" w:rsidR="003D15D0" w:rsidRDefault="00000000">
            <w:r>
              <w:rPr>
                <w:sz w:val="16"/>
              </w:rPr>
              <w:t>910.7551667240076</w:t>
            </w:r>
          </w:p>
        </w:tc>
        <w:tc>
          <w:tcPr>
            <w:tcW w:w="699" w:type="dxa"/>
          </w:tcPr>
          <w:p w14:paraId="6FA7B15C" w14:textId="77777777" w:rsidR="003D15D0" w:rsidRDefault="00000000">
            <w:r>
              <w:rPr>
                <w:sz w:val="16"/>
              </w:rPr>
              <w:t>0.1705869802515673</w:t>
            </w:r>
          </w:p>
        </w:tc>
        <w:tc>
          <w:tcPr>
            <w:tcW w:w="699" w:type="dxa"/>
          </w:tcPr>
          <w:p w14:paraId="0F4C1069" w14:textId="77777777" w:rsidR="003D15D0" w:rsidRDefault="00000000">
            <w:r>
              <w:rPr>
                <w:sz w:val="16"/>
              </w:rPr>
              <w:t>162</w:t>
            </w:r>
          </w:p>
        </w:tc>
        <w:tc>
          <w:tcPr>
            <w:tcW w:w="699" w:type="dxa"/>
          </w:tcPr>
          <w:p w14:paraId="741E3487" w14:textId="77777777" w:rsidR="003D15D0" w:rsidRDefault="00000000">
            <w:r>
              <w:rPr>
                <w:sz w:val="16"/>
              </w:rPr>
              <w:t>9</w:t>
            </w:r>
          </w:p>
        </w:tc>
        <w:tc>
          <w:tcPr>
            <w:tcW w:w="699" w:type="dxa"/>
          </w:tcPr>
          <w:p w14:paraId="45D21B93" w14:textId="77777777" w:rsidR="003D15D0" w:rsidRDefault="00000000">
            <w:r>
              <w:rPr>
                <w:sz w:val="16"/>
              </w:rPr>
              <w:t>153</w:t>
            </w:r>
          </w:p>
        </w:tc>
        <w:tc>
          <w:tcPr>
            <w:tcW w:w="699" w:type="dxa"/>
          </w:tcPr>
          <w:p w14:paraId="2878AC0C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386D1370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0633C6CB" w14:textId="77777777">
        <w:tc>
          <w:tcPr>
            <w:tcW w:w="699" w:type="dxa"/>
          </w:tcPr>
          <w:p w14:paraId="5CA19174" w14:textId="77777777" w:rsidR="003D15D0" w:rsidRDefault="00000000">
            <w:r>
              <w:rPr>
                <w:sz w:val="16"/>
              </w:rPr>
              <w:t>Complete-Bishop Firth - chorioamnionitis</w:t>
            </w:r>
          </w:p>
        </w:tc>
        <w:tc>
          <w:tcPr>
            <w:tcW w:w="699" w:type="dxa"/>
          </w:tcPr>
          <w:p w14:paraId="3D5606A7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284A03A5" w14:textId="77777777" w:rsidR="003D15D0" w:rsidRDefault="00000000">
            <w:r>
              <w:rPr>
                <w:sz w:val="16"/>
              </w:rPr>
              <w:t>Intercept</w:t>
            </w:r>
          </w:p>
        </w:tc>
        <w:tc>
          <w:tcPr>
            <w:tcW w:w="699" w:type="dxa"/>
          </w:tcPr>
          <w:p w14:paraId="3A7A95A7" w14:textId="77777777" w:rsidR="003D15D0" w:rsidRDefault="00000000">
            <w:r>
              <w:rPr>
                <w:sz w:val="16"/>
              </w:rPr>
              <w:t>-29.811364579620385</w:t>
            </w:r>
          </w:p>
        </w:tc>
        <w:tc>
          <w:tcPr>
            <w:tcW w:w="699" w:type="dxa"/>
          </w:tcPr>
          <w:p w14:paraId="0BCBF0CD" w14:textId="77777777" w:rsidR="003D15D0" w:rsidRDefault="00000000">
            <w:r>
              <w:rPr>
                <w:sz w:val="16"/>
              </w:rPr>
              <w:t>20.39630426116483</w:t>
            </w:r>
          </w:p>
        </w:tc>
        <w:tc>
          <w:tcPr>
            <w:tcW w:w="699" w:type="dxa"/>
          </w:tcPr>
          <w:p w14:paraId="29E1A6BD" w14:textId="77777777" w:rsidR="003D15D0" w:rsidRDefault="00000000">
            <w:r>
              <w:rPr>
                <w:sz w:val="16"/>
              </w:rPr>
              <w:t>1.1300271164584445e-13</w:t>
            </w:r>
          </w:p>
        </w:tc>
        <w:tc>
          <w:tcPr>
            <w:tcW w:w="699" w:type="dxa"/>
          </w:tcPr>
          <w:p w14:paraId="50C67853" w14:textId="77777777" w:rsidR="003D15D0" w:rsidRDefault="00000000">
            <w:r>
              <w:rPr>
                <w:sz w:val="16"/>
              </w:rPr>
              <w:t>4.917260338249985e-31</w:t>
            </w:r>
          </w:p>
        </w:tc>
        <w:tc>
          <w:tcPr>
            <w:tcW w:w="699" w:type="dxa"/>
          </w:tcPr>
          <w:p w14:paraId="6902F5EC" w14:textId="77777777" w:rsidR="003D15D0" w:rsidRDefault="00000000">
            <w:r>
              <w:rPr>
                <w:sz w:val="16"/>
              </w:rPr>
              <w:t>25968.958242830053</w:t>
            </w:r>
          </w:p>
        </w:tc>
        <w:tc>
          <w:tcPr>
            <w:tcW w:w="699" w:type="dxa"/>
          </w:tcPr>
          <w:p w14:paraId="31A13C8C" w14:textId="77777777" w:rsidR="003D15D0" w:rsidRDefault="00000000">
            <w:r>
              <w:rPr>
                <w:sz w:val="16"/>
              </w:rPr>
              <w:t>0.1438491569171711</w:t>
            </w:r>
          </w:p>
        </w:tc>
        <w:tc>
          <w:tcPr>
            <w:tcW w:w="699" w:type="dxa"/>
          </w:tcPr>
          <w:p w14:paraId="119C8A39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3D6F6B7F" w14:textId="77777777" w:rsidR="003D15D0" w:rsidRDefault="00000000">
            <w:r>
              <w:rPr>
                <w:sz w:val="16"/>
              </w:rPr>
              <w:t>10</w:t>
            </w:r>
          </w:p>
        </w:tc>
        <w:tc>
          <w:tcPr>
            <w:tcW w:w="699" w:type="dxa"/>
          </w:tcPr>
          <w:p w14:paraId="767BC937" w14:textId="77777777" w:rsidR="003D15D0" w:rsidRDefault="00000000">
            <w:r>
              <w:rPr>
                <w:sz w:val="16"/>
              </w:rPr>
              <w:t>149</w:t>
            </w:r>
          </w:p>
        </w:tc>
        <w:tc>
          <w:tcPr>
            <w:tcW w:w="699" w:type="dxa"/>
          </w:tcPr>
          <w:p w14:paraId="05E33A45" w14:textId="77777777" w:rsidR="003D15D0" w:rsidRDefault="00000000">
            <w:r>
              <w:rPr>
                <w:sz w:val="16"/>
              </w:rPr>
              <w:t>Wald approximation</w:t>
            </w:r>
          </w:p>
        </w:tc>
        <w:tc>
          <w:tcPr>
            <w:tcW w:w="699" w:type="dxa"/>
          </w:tcPr>
          <w:p w14:paraId="793F2322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3E4FFD7D" w14:textId="77777777">
        <w:tc>
          <w:tcPr>
            <w:tcW w:w="699" w:type="dxa"/>
          </w:tcPr>
          <w:p w14:paraId="0B5DFB8B" w14:textId="77777777" w:rsidR="003D15D0" w:rsidRDefault="00000000">
            <w:r>
              <w:rPr>
                <w:sz w:val="16"/>
              </w:rPr>
              <w:t>Complete-Bishop Firth - chorioamnionitis</w:t>
            </w:r>
          </w:p>
        </w:tc>
        <w:tc>
          <w:tcPr>
            <w:tcW w:w="699" w:type="dxa"/>
          </w:tcPr>
          <w:p w14:paraId="2F87B3E7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040D656F" w14:textId="77777777" w:rsidR="003D15D0" w:rsidRDefault="00000000">
            <w:r>
              <w:rPr>
                <w:sz w:val="16"/>
              </w:rPr>
              <w:t>treat (pre-labor amniotomy)</w:t>
            </w:r>
          </w:p>
        </w:tc>
        <w:tc>
          <w:tcPr>
            <w:tcW w:w="699" w:type="dxa"/>
          </w:tcPr>
          <w:p w14:paraId="10F915DD" w14:textId="77777777" w:rsidR="003D15D0" w:rsidRDefault="00000000">
            <w:r>
              <w:rPr>
                <w:sz w:val="16"/>
              </w:rPr>
              <w:t>0.5927205246306579</w:t>
            </w:r>
          </w:p>
        </w:tc>
        <w:tc>
          <w:tcPr>
            <w:tcW w:w="699" w:type="dxa"/>
          </w:tcPr>
          <w:p w14:paraId="3EC87E27" w14:textId="77777777" w:rsidR="003D15D0" w:rsidRDefault="00000000">
            <w:r>
              <w:rPr>
                <w:sz w:val="16"/>
              </w:rPr>
              <w:t>0.6158443872785279</w:t>
            </w:r>
          </w:p>
        </w:tc>
        <w:tc>
          <w:tcPr>
            <w:tcW w:w="699" w:type="dxa"/>
          </w:tcPr>
          <w:p w14:paraId="2C9C60DB" w14:textId="77777777" w:rsidR="003D15D0" w:rsidRDefault="00000000">
            <w:r>
              <w:rPr>
                <w:sz w:val="16"/>
              </w:rPr>
              <w:t>1.8089028922619388</w:t>
            </w:r>
          </w:p>
        </w:tc>
        <w:tc>
          <w:tcPr>
            <w:tcW w:w="699" w:type="dxa"/>
          </w:tcPr>
          <w:p w14:paraId="063C7E5D" w14:textId="77777777" w:rsidR="003D15D0" w:rsidRDefault="00000000">
            <w:r>
              <w:rPr>
                <w:sz w:val="16"/>
              </w:rPr>
              <w:t>0.5175303078727863</w:t>
            </w:r>
          </w:p>
        </w:tc>
        <w:tc>
          <w:tcPr>
            <w:tcW w:w="699" w:type="dxa"/>
          </w:tcPr>
          <w:p w14:paraId="59C8703A" w14:textId="77777777" w:rsidR="003D15D0" w:rsidRDefault="00000000">
            <w:r>
              <w:rPr>
                <w:sz w:val="16"/>
              </w:rPr>
              <w:t>6.889840352959156</w:t>
            </w:r>
          </w:p>
        </w:tc>
        <w:tc>
          <w:tcPr>
            <w:tcW w:w="699" w:type="dxa"/>
          </w:tcPr>
          <w:p w14:paraId="798654FB" w14:textId="77777777" w:rsidR="003D15D0" w:rsidRDefault="00000000">
            <w:r>
              <w:rPr>
                <w:sz w:val="16"/>
              </w:rPr>
              <w:t>0.3525333827674157</w:t>
            </w:r>
          </w:p>
        </w:tc>
        <w:tc>
          <w:tcPr>
            <w:tcW w:w="699" w:type="dxa"/>
          </w:tcPr>
          <w:p w14:paraId="31772150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4245C4EB" w14:textId="77777777" w:rsidR="003D15D0" w:rsidRDefault="00000000">
            <w:r>
              <w:rPr>
                <w:sz w:val="16"/>
              </w:rPr>
              <w:t>10</w:t>
            </w:r>
          </w:p>
        </w:tc>
        <w:tc>
          <w:tcPr>
            <w:tcW w:w="699" w:type="dxa"/>
          </w:tcPr>
          <w:p w14:paraId="09A03075" w14:textId="77777777" w:rsidR="003D15D0" w:rsidRDefault="00000000">
            <w:r>
              <w:rPr>
                <w:sz w:val="16"/>
              </w:rPr>
              <w:t>149</w:t>
            </w:r>
          </w:p>
        </w:tc>
        <w:tc>
          <w:tcPr>
            <w:tcW w:w="699" w:type="dxa"/>
          </w:tcPr>
          <w:p w14:paraId="616FBE1C" w14:textId="77777777" w:rsidR="003D15D0" w:rsidRDefault="00000000">
            <w:r>
              <w:rPr>
                <w:sz w:val="16"/>
              </w:rPr>
              <w:t>penalized likelihood-ratio P; profile penali</w:t>
            </w:r>
            <w:r>
              <w:rPr>
                <w:sz w:val="16"/>
              </w:rPr>
              <w:lastRenderedPageBreak/>
              <w:t>zed-likelihood CI</w:t>
            </w:r>
          </w:p>
        </w:tc>
        <w:tc>
          <w:tcPr>
            <w:tcW w:w="699" w:type="dxa"/>
          </w:tcPr>
          <w:p w14:paraId="16DD2E90" w14:textId="77777777" w:rsidR="003D15D0" w:rsidRDefault="00000000">
            <w:r>
              <w:rPr>
                <w:sz w:val="16"/>
              </w:rPr>
              <w:lastRenderedPageBreak/>
              <w:t>Yes</w:t>
            </w:r>
          </w:p>
        </w:tc>
      </w:tr>
      <w:tr w:rsidR="003D15D0" w14:paraId="48EC0101" w14:textId="77777777">
        <w:tc>
          <w:tcPr>
            <w:tcW w:w="699" w:type="dxa"/>
          </w:tcPr>
          <w:p w14:paraId="1DBC8093" w14:textId="77777777" w:rsidR="003D15D0" w:rsidRDefault="00000000">
            <w:r>
              <w:rPr>
                <w:sz w:val="16"/>
              </w:rPr>
              <w:t>Complete-Bishop Firth - chorioamnionitis</w:t>
            </w:r>
          </w:p>
        </w:tc>
        <w:tc>
          <w:tcPr>
            <w:tcW w:w="699" w:type="dxa"/>
          </w:tcPr>
          <w:p w14:paraId="639D4AE9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244FBFBD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699" w:type="dxa"/>
          </w:tcPr>
          <w:p w14:paraId="227B6923" w14:textId="77777777" w:rsidR="003D15D0" w:rsidRDefault="00000000">
            <w:r>
              <w:rPr>
                <w:sz w:val="16"/>
              </w:rPr>
              <w:t>-0.0345478500073865</w:t>
            </w:r>
          </w:p>
        </w:tc>
        <w:tc>
          <w:tcPr>
            <w:tcW w:w="699" w:type="dxa"/>
          </w:tcPr>
          <w:p w14:paraId="737D3562" w14:textId="77777777" w:rsidR="003D15D0" w:rsidRDefault="00000000">
            <w:r>
              <w:rPr>
                <w:sz w:val="16"/>
              </w:rPr>
              <w:t>0.113084820741178</w:t>
            </w:r>
          </w:p>
        </w:tc>
        <w:tc>
          <w:tcPr>
            <w:tcW w:w="699" w:type="dxa"/>
          </w:tcPr>
          <w:p w14:paraId="2575F05B" w14:textId="77777777" w:rsidR="003D15D0" w:rsidRDefault="00000000">
            <w:r>
              <w:rPr>
                <w:sz w:val="16"/>
              </w:rPr>
              <w:t>0.9660421134582732</w:t>
            </w:r>
          </w:p>
        </w:tc>
        <w:tc>
          <w:tcPr>
            <w:tcW w:w="699" w:type="dxa"/>
          </w:tcPr>
          <w:p w14:paraId="3892A15C" w14:textId="77777777" w:rsidR="003D15D0" w:rsidRDefault="00000000">
            <w:r>
              <w:rPr>
                <w:sz w:val="16"/>
              </w:rPr>
              <w:t>0.7624325736060142</w:t>
            </w:r>
          </w:p>
        </w:tc>
        <w:tc>
          <w:tcPr>
            <w:tcW w:w="699" w:type="dxa"/>
          </w:tcPr>
          <w:p w14:paraId="6C451924" w14:textId="77777777" w:rsidR="003D15D0" w:rsidRDefault="00000000">
            <w:r>
              <w:rPr>
                <w:sz w:val="16"/>
              </w:rPr>
              <w:t>1.2308650630040172</w:t>
            </w:r>
          </w:p>
        </w:tc>
        <w:tc>
          <w:tcPr>
            <w:tcW w:w="699" w:type="dxa"/>
          </w:tcPr>
          <w:p w14:paraId="31E2684D" w14:textId="77777777" w:rsidR="003D15D0" w:rsidRDefault="00000000">
            <w:r>
              <w:rPr>
                <w:sz w:val="16"/>
              </w:rPr>
              <w:t>0.7752290686283023</w:t>
            </w:r>
          </w:p>
        </w:tc>
        <w:tc>
          <w:tcPr>
            <w:tcW w:w="699" w:type="dxa"/>
          </w:tcPr>
          <w:p w14:paraId="55C80CF1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76A55183" w14:textId="77777777" w:rsidR="003D15D0" w:rsidRDefault="00000000">
            <w:r>
              <w:rPr>
                <w:sz w:val="16"/>
              </w:rPr>
              <w:t>10</w:t>
            </w:r>
          </w:p>
        </w:tc>
        <w:tc>
          <w:tcPr>
            <w:tcW w:w="699" w:type="dxa"/>
          </w:tcPr>
          <w:p w14:paraId="3F35183C" w14:textId="77777777" w:rsidR="003D15D0" w:rsidRDefault="00000000">
            <w:r>
              <w:rPr>
                <w:sz w:val="16"/>
              </w:rPr>
              <w:t>149</w:t>
            </w:r>
          </w:p>
        </w:tc>
        <w:tc>
          <w:tcPr>
            <w:tcW w:w="699" w:type="dxa"/>
          </w:tcPr>
          <w:p w14:paraId="72EF8332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6989075A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63DC6F16" w14:textId="77777777">
        <w:tc>
          <w:tcPr>
            <w:tcW w:w="699" w:type="dxa"/>
          </w:tcPr>
          <w:p w14:paraId="20EF6020" w14:textId="77777777" w:rsidR="003D15D0" w:rsidRDefault="00000000">
            <w:r>
              <w:rPr>
                <w:sz w:val="16"/>
              </w:rPr>
              <w:t>Complete-Bishop Firth - chorioamnionitis</w:t>
            </w:r>
          </w:p>
        </w:tc>
        <w:tc>
          <w:tcPr>
            <w:tcW w:w="699" w:type="dxa"/>
          </w:tcPr>
          <w:p w14:paraId="1A478085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441A4070" w14:textId="77777777" w:rsidR="003D15D0" w:rsidRDefault="00000000">
            <w:r>
              <w:rPr>
                <w:sz w:val="16"/>
              </w:rPr>
              <w:t>gestational age</w:t>
            </w:r>
          </w:p>
        </w:tc>
        <w:tc>
          <w:tcPr>
            <w:tcW w:w="699" w:type="dxa"/>
          </w:tcPr>
          <w:p w14:paraId="3E26E586" w14:textId="77777777" w:rsidR="003D15D0" w:rsidRDefault="00000000">
            <w:r>
              <w:rPr>
                <w:sz w:val="16"/>
              </w:rPr>
              <w:t>0.0959110893715961</w:t>
            </w:r>
          </w:p>
        </w:tc>
        <w:tc>
          <w:tcPr>
            <w:tcW w:w="699" w:type="dxa"/>
          </w:tcPr>
          <w:p w14:paraId="7540218A" w14:textId="77777777" w:rsidR="003D15D0" w:rsidRDefault="00000000">
            <w:r>
              <w:rPr>
                <w:sz w:val="16"/>
              </w:rPr>
              <w:t>0.0700987840937523</w:t>
            </w:r>
          </w:p>
        </w:tc>
        <w:tc>
          <w:tcPr>
            <w:tcW w:w="699" w:type="dxa"/>
          </w:tcPr>
          <w:p w14:paraId="38539F7F" w14:textId="77777777" w:rsidR="003D15D0" w:rsidRDefault="00000000">
            <w:r>
              <w:rPr>
                <w:sz w:val="16"/>
              </w:rPr>
              <w:t>1.100661199164554</w:t>
            </w:r>
          </w:p>
        </w:tc>
        <w:tc>
          <w:tcPr>
            <w:tcW w:w="699" w:type="dxa"/>
          </w:tcPr>
          <w:p w14:paraId="7B1AA86B" w14:textId="77777777" w:rsidR="003D15D0" w:rsidRDefault="00000000">
            <w:r>
              <w:rPr>
                <w:sz w:val="16"/>
              </w:rPr>
              <w:t>0.9667989788258052</w:t>
            </w:r>
          </w:p>
        </w:tc>
        <w:tc>
          <w:tcPr>
            <w:tcW w:w="699" w:type="dxa"/>
          </w:tcPr>
          <w:p w14:paraId="48BC168B" w14:textId="77777777" w:rsidR="003D15D0" w:rsidRDefault="00000000">
            <w:r>
              <w:rPr>
                <w:sz w:val="16"/>
              </w:rPr>
              <w:t>1.318452282466842</w:t>
            </w:r>
          </w:p>
        </w:tc>
        <w:tc>
          <w:tcPr>
            <w:tcW w:w="699" w:type="dxa"/>
          </w:tcPr>
          <w:p w14:paraId="72B9AE21" w14:textId="77777777" w:rsidR="003D15D0" w:rsidRDefault="00000000">
            <w:r>
              <w:rPr>
                <w:sz w:val="16"/>
              </w:rPr>
              <w:t>0.1672426795953265</w:t>
            </w:r>
          </w:p>
        </w:tc>
        <w:tc>
          <w:tcPr>
            <w:tcW w:w="699" w:type="dxa"/>
          </w:tcPr>
          <w:p w14:paraId="585A2DCF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169C47ED" w14:textId="77777777" w:rsidR="003D15D0" w:rsidRDefault="00000000">
            <w:r>
              <w:rPr>
                <w:sz w:val="16"/>
              </w:rPr>
              <w:t>10</w:t>
            </w:r>
          </w:p>
        </w:tc>
        <w:tc>
          <w:tcPr>
            <w:tcW w:w="699" w:type="dxa"/>
          </w:tcPr>
          <w:p w14:paraId="04800DE4" w14:textId="77777777" w:rsidR="003D15D0" w:rsidRDefault="00000000">
            <w:r>
              <w:rPr>
                <w:sz w:val="16"/>
              </w:rPr>
              <w:t>149</w:t>
            </w:r>
          </w:p>
        </w:tc>
        <w:tc>
          <w:tcPr>
            <w:tcW w:w="699" w:type="dxa"/>
          </w:tcPr>
          <w:p w14:paraId="3FA19F8C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36728EC8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3FCD29DB" w14:textId="77777777">
        <w:tc>
          <w:tcPr>
            <w:tcW w:w="699" w:type="dxa"/>
          </w:tcPr>
          <w:p w14:paraId="1A9E966E" w14:textId="77777777" w:rsidR="003D15D0" w:rsidRDefault="00000000">
            <w:r>
              <w:rPr>
                <w:sz w:val="16"/>
              </w:rPr>
              <w:t>Complete-Bishop Firth - chorioamnionitis</w:t>
            </w:r>
          </w:p>
        </w:tc>
        <w:tc>
          <w:tcPr>
            <w:tcW w:w="699" w:type="dxa"/>
          </w:tcPr>
          <w:p w14:paraId="50FDC1F7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32070FED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699" w:type="dxa"/>
          </w:tcPr>
          <w:p w14:paraId="53FABFDA" w14:textId="77777777" w:rsidR="003D15D0" w:rsidRDefault="00000000">
            <w:r>
              <w:rPr>
                <w:sz w:val="16"/>
              </w:rPr>
              <w:t>1.388548110450616</w:t>
            </w:r>
          </w:p>
        </w:tc>
        <w:tc>
          <w:tcPr>
            <w:tcW w:w="699" w:type="dxa"/>
          </w:tcPr>
          <w:p w14:paraId="559EF658" w14:textId="77777777" w:rsidR="003D15D0" w:rsidRDefault="00000000">
            <w:r>
              <w:rPr>
                <w:sz w:val="16"/>
              </w:rPr>
              <w:t>1.441204972908947</w:t>
            </w:r>
          </w:p>
        </w:tc>
        <w:tc>
          <w:tcPr>
            <w:tcW w:w="699" w:type="dxa"/>
          </w:tcPr>
          <w:p w14:paraId="4E5D7A3D" w14:textId="77777777" w:rsidR="003D15D0" w:rsidRDefault="00000000">
            <w:r>
              <w:rPr>
                <w:sz w:val="16"/>
              </w:rPr>
              <w:t>4.00902516373107</w:t>
            </w:r>
          </w:p>
        </w:tc>
        <w:tc>
          <w:tcPr>
            <w:tcW w:w="699" w:type="dxa"/>
          </w:tcPr>
          <w:p w14:paraId="7327620E" w14:textId="77777777" w:rsidR="003D15D0" w:rsidRDefault="00000000">
            <w:r>
              <w:rPr>
                <w:sz w:val="16"/>
              </w:rPr>
              <w:t>0.389314363973059</w:t>
            </w:r>
          </w:p>
        </w:tc>
        <w:tc>
          <w:tcPr>
            <w:tcW w:w="699" w:type="dxa"/>
          </w:tcPr>
          <w:p w14:paraId="48E9A281" w14:textId="77777777" w:rsidR="003D15D0" w:rsidRDefault="00000000">
            <w:r>
              <w:rPr>
                <w:sz w:val="16"/>
              </w:rPr>
              <w:t>546.2441691029529</w:t>
            </w:r>
          </w:p>
        </w:tc>
        <w:tc>
          <w:tcPr>
            <w:tcW w:w="699" w:type="dxa"/>
          </w:tcPr>
          <w:p w14:paraId="460C0C99" w14:textId="77777777" w:rsidR="003D15D0" w:rsidRDefault="00000000">
            <w:r>
              <w:rPr>
                <w:sz w:val="16"/>
              </w:rPr>
              <w:t>0.2854976331878402</w:t>
            </w:r>
          </w:p>
        </w:tc>
        <w:tc>
          <w:tcPr>
            <w:tcW w:w="699" w:type="dxa"/>
          </w:tcPr>
          <w:p w14:paraId="574C2C56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204DC885" w14:textId="77777777" w:rsidR="003D15D0" w:rsidRDefault="00000000">
            <w:r>
              <w:rPr>
                <w:sz w:val="16"/>
              </w:rPr>
              <w:t>10</w:t>
            </w:r>
          </w:p>
        </w:tc>
        <w:tc>
          <w:tcPr>
            <w:tcW w:w="699" w:type="dxa"/>
          </w:tcPr>
          <w:p w14:paraId="631251A8" w14:textId="77777777" w:rsidR="003D15D0" w:rsidRDefault="00000000">
            <w:r>
              <w:rPr>
                <w:sz w:val="16"/>
              </w:rPr>
              <w:t>149</w:t>
            </w:r>
          </w:p>
        </w:tc>
        <w:tc>
          <w:tcPr>
            <w:tcW w:w="699" w:type="dxa"/>
          </w:tcPr>
          <w:p w14:paraId="50D394D7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6001CAC7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12B5F628" w14:textId="77777777">
        <w:tc>
          <w:tcPr>
            <w:tcW w:w="699" w:type="dxa"/>
          </w:tcPr>
          <w:p w14:paraId="3CCB902C" w14:textId="77777777" w:rsidR="003D15D0" w:rsidRDefault="00000000">
            <w:r>
              <w:rPr>
                <w:sz w:val="16"/>
              </w:rPr>
              <w:t>Complete-Bishop Firth - chorioamnionitis</w:t>
            </w:r>
          </w:p>
        </w:tc>
        <w:tc>
          <w:tcPr>
            <w:tcW w:w="699" w:type="dxa"/>
          </w:tcPr>
          <w:p w14:paraId="6866CB1D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4A8AFD4A" w14:textId="77777777" w:rsidR="003D15D0" w:rsidRDefault="00000000">
            <w:r>
              <w:rPr>
                <w:sz w:val="16"/>
              </w:rPr>
              <w:t>Bishop score</w:t>
            </w:r>
          </w:p>
        </w:tc>
        <w:tc>
          <w:tcPr>
            <w:tcW w:w="699" w:type="dxa"/>
          </w:tcPr>
          <w:p w14:paraId="5123CCFC" w14:textId="77777777" w:rsidR="003D15D0" w:rsidRDefault="00000000">
            <w:r>
              <w:rPr>
                <w:sz w:val="16"/>
              </w:rPr>
              <w:t>-0.036610090985019</w:t>
            </w:r>
          </w:p>
        </w:tc>
        <w:tc>
          <w:tcPr>
            <w:tcW w:w="699" w:type="dxa"/>
          </w:tcPr>
          <w:p w14:paraId="657BB5DD" w14:textId="77777777" w:rsidR="003D15D0" w:rsidRDefault="00000000">
            <w:r>
              <w:rPr>
                <w:sz w:val="16"/>
              </w:rPr>
              <w:t>0.2424917062904242</w:t>
            </w:r>
          </w:p>
        </w:tc>
        <w:tc>
          <w:tcPr>
            <w:tcW w:w="699" w:type="dxa"/>
          </w:tcPr>
          <w:p w14:paraId="55FCC2B7" w14:textId="77777777" w:rsidR="003D15D0" w:rsidRDefault="00000000">
            <w:r>
              <w:rPr>
                <w:sz w:val="16"/>
              </w:rPr>
              <w:t>0.9640519546246484</w:t>
            </w:r>
          </w:p>
        </w:tc>
        <w:tc>
          <w:tcPr>
            <w:tcW w:w="699" w:type="dxa"/>
          </w:tcPr>
          <w:p w14:paraId="5CC6C1BE" w14:textId="77777777" w:rsidR="003D15D0" w:rsidRDefault="00000000">
            <w:r>
              <w:rPr>
                <w:sz w:val="16"/>
              </w:rPr>
              <w:t>0.5956395464047377</w:t>
            </w:r>
          </w:p>
        </w:tc>
        <w:tc>
          <w:tcPr>
            <w:tcW w:w="699" w:type="dxa"/>
          </w:tcPr>
          <w:p w14:paraId="50037901" w14:textId="77777777" w:rsidR="003D15D0" w:rsidRDefault="00000000">
            <w:r>
              <w:rPr>
                <w:sz w:val="16"/>
              </w:rPr>
              <w:t>1.6466937874708945</w:t>
            </w:r>
          </w:p>
        </w:tc>
        <w:tc>
          <w:tcPr>
            <w:tcW w:w="699" w:type="dxa"/>
          </w:tcPr>
          <w:p w14:paraId="3045F32E" w14:textId="77777777" w:rsidR="003D15D0" w:rsidRDefault="00000000">
            <w:r>
              <w:rPr>
                <w:sz w:val="16"/>
              </w:rPr>
              <w:t>0.8857054062735302</w:t>
            </w:r>
          </w:p>
        </w:tc>
        <w:tc>
          <w:tcPr>
            <w:tcW w:w="699" w:type="dxa"/>
          </w:tcPr>
          <w:p w14:paraId="068F010F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37284BA8" w14:textId="77777777" w:rsidR="003D15D0" w:rsidRDefault="00000000">
            <w:r>
              <w:rPr>
                <w:sz w:val="16"/>
              </w:rPr>
              <w:t>10</w:t>
            </w:r>
          </w:p>
        </w:tc>
        <w:tc>
          <w:tcPr>
            <w:tcW w:w="699" w:type="dxa"/>
          </w:tcPr>
          <w:p w14:paraId="1FEB3025" w14:textId="77777777" w:rsidR="003D15D0" w:rsidRDefault="00000000">
            <w:r>
              <w:rPr>
                <w:sz w:val="16"/>
              </w:rPr>
              <w:t>149</w:t>
            </w:r>
          </w:p>
        </w:tc>
        <w:tc>
          <w:tcPr>
            <w:tcW w:w="699" w:type="dxa"/>
          </w:tcPr>
          <w:p w14:paraId="1CA2B331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28C117AC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3109FBF2" w14:textId="77777777">
        <w:tc>
          <w:tcPr>
            <w:tcW w:w="699" w:type="dxa"/>
          </w:tcPr>
          <w:p w14:paraId="69B119BF" w14:textId="77777777" w:rsidR="003D15D0" w:rsidRDefault="00000000">
            <w:r>
              <w:rPr>
                <w:sz w:val="16"/>
              </w:rPr>
              <w:t>Complete-Bishop Firth - chorioamnionitis</w:t>
            </w:r>
          </w:p>
        </w:tc>
        <w:tc>
          <w:tcPr>
            <w:tcW w:w="699" w:type="dxa"/>
          </w:tcPr>
          <w:p w14:paraId="4A359D96" w14:textId="77777777" w:rsidR="003D15D0" w:rsidRDefault="00000000">
            <w:r>
              <w:rPr>
                <w:sz w:val="16"/>
              </w:rPr>
              <w:t>clinical_chorioamnionitis</w:t>
            </w:r>
          </w:p>
        </w:tc>
        <w:tc>
          <w:tcPr>
            <w:tcW w:w="699" w:type="dxa"/>
          </w:tcPr>
          <w:p w14:paraId="05EB5E3C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699" w:type="dxa"/>
          </w:tcPr>
          <w:p w14:paraId="318AD600" w14:textId="77777777" w:rsidR="003D15D0" w:rsidRDefault="00000000">
            <w:r>
              <w:rPr>
                <w:sz w:val="16"/>
              </w:rPr>
              <w:t>1.9819885993863349</w:t>
            </w:r>
          </w:p>
        </w:tc>
        <w:tc>
          <w:tcPr>
            <w:tcW w:w="699" w:type="dxa"/>
          </w:tcPr>
          <w:p w14:paraId="36408C4D" w14:textId="77777777" w:rsidR="003D15D0" w:rsidRDefault="00000000">
            <w:r>
              <w:rPr>
                <w:sz w:val="16"/>
              </w:rPr>
              <w:t>2.410036224312412</w:t>
            </w:r>
          </w:p>
        </w:tc>
        <w:tc>
          <w:tcPr>
            <w:tcW w:w="699" w:type="dxa"/>
          </w:tcPr>
          <w:p w14:paraId="655338B1" w14:textId="77777777" w:rsidR="003D15D0" w:rsidRDefault="00000000">
            <w:r>
              <w:rPr>
                <w:sz w:val="16"/>
              </w:rPr>
              <w:t>7.257160229727417</w:t>
            </w:r>
          </w:p>
        </w:tc>
        <w:tc>
          <w:tcPr>
            <w:tcW w:w="699" w:type="dxa"/>
          </w:tcPr>
          <w:p w14:paraId="44B2CC85" w14:textId="77777777" w:rsidR="003D15D0" w:rsidRDefault="00000000">
            <w:r>
              <w:rPr>
                <w:sz w:val="16"/>
              </w:rPr>
              <w:t>0.0438327541074099</w:t>
            </w:r>
          </w:p>
        </w:tc>
        <w:tc>
          <w:tcPr>
            <w:tcW w:w="699" w:type="dxa"/>
          </w:tcPr>
          <w:p w14:paraId="1A5CEB93" w14:textId="77777777" w:rsidR="003D15D0" w:rsidRDefault="00000000">
            <w:r>
              <w:rPr>
                <w:sz w:val="16"/>
              </w:rPr>
              <w:t>196.3069554583068</w:t>
            </w:r>
          </w:p>
        </w:tc>
        <w:tc>
          <w:tcPr>
            <w:tcW w:w="699" w:type="dxa"/>
          </w:tcPr>
          <w:p w14:paraId="79C63766" w14:textId="77777777" w:rsidR="003D15D0" w:rsidRDefault="00000000">
            <w:r>
              <w:rPr>
                <w:sz w:val="16"/>
              </w:rPr>
              <w:t>0.3356012661760841</w:t>
            </w:r>
          </w:p>
        </w:tc>
        <w:tc>
          <w:tcPr>
            <w:tcW w:w="699" w:type="dxa"/>
          </w:tcPr>
          <w:p w14:paraId="44482B75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1FB7F475" w14:textId="77777777" w:rsidR="003D15D0" w:rsidRDefault="00000000">
            <w:r>
              <w:rPr>
                <w:sz w:val="16"/>
              </w:rPr>
              <w:t>10</w:t>
            </w:r>
          </w:p>
        </w:tc>
        <w:tc>
          <w:tcPr>
            <w:tcW w:w="699" w:type="dxa"/>
          </w:tcPr>
          <w:p w14:paraId="6F29F4E2" w14:textId="77777777" w:rsidR="003D15D0" w:rsidRDefault="00000000">
            <w:r>
              <w:rPr>
                <w:sz w:val="16"/>
              </w:rPr>
              <w:t>149</w:t>
            </w:r>
          </w:p>
        </w:tc>
        <w:tc>
          <w:tcPr>
            <w:tcW w:w="699" w:type="dxa"/>
          </w:tcPr>
          <w:p w14:paraId="37A46DC6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3A141F85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4945E784" w14:textId="77777777">
        <w:tc>
          <w:tcPr>
            <w:tcW w:w="699" w:type="dxa"/>
          </w:tcPr>
          <w:p w14:paraId="67134974" w14:textId="77777777" w:rsidR="003D15D0" w:rsidRDefault="00000000">
            <w:r>
              <w:rPr>
                <w:sz w:val="16"/>
              </w:rPr>
              <w:t>Complete-Bishop Firth - intrapartum fever&gt;=38.0 C</w:t>
            </w:r>
          </w:p>
        </w:tc>
        <w:tc>
          <w:tcPr>
            <w:tcW w:w="699" w:type="dxa"/>
          </w:tcPr>
          <w:p w14:paraId="69F5DF79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188B1A39" w14:textId="77777777" w:rsidR="003D15D0" w:rsidRDefault="00000000">
            <w:r>
              <w:rPr>
                <w:sz w:val="16"/>
              </w:rPr>
              <w:t>Intercept</w:t>
            </w:r>
          </w:p>
        </w:tc>
        <w:tc>
          <w:tcPr>
            <w:tcW w:w="699" w:type="dxa"/>
          </w:tcPr>
          <w:p w14:paraId="2B79BA73" w14:textId="77777777" w:rsidR="003D15D0" w:rsidRDefault="00000000">
            <w:r>
              <w:rPr>
                <w:sz w:val="16"/>
              </w:rPr>
              <w:t>-19.93653056755698</w:t>
            </w:r>
          </w:p>
        </w:tc>
        <w:tc>
          <w:tcPr>
            <w:tcW w:w="699" w:type="dxa"/>
          </w:tcPr>
          <w:p w14:paraId="77F29B06" w14:textId="77777777" w:rsidR="003D15D0" w:rsidRDefault="00000000">
            <w:r>
              <w:rPr>
                <w:sz w:val="16"/>
              </w:rPr>
              <w:t>19.823031301118057</w:t>
            </w:r>
          </w:p>
        </w:tc>
        <w:tc>
          <w:tcPr>
            <w:tcW w:w="699" w:type="dxa"/>
          </w:tcPr>
          <w:p w14:paraId="31323FCC" w14:textId="77777777" w:rsidR="003D15D0" w:rsidRDefault="00000000">
            <w:r>
              <w:rPr>
                <w:sz w:val="16"/>
              </w:rPr>
              <w:t>2.196214660140644e-09</w:t>
            </w:r>
          </w:p>
        </w:tc>
        <w:tc>
          <w:tcPr>
            <w:tcW w:w="699" w:type="dxa"/>
          </w:tcPr>
          <w:p w14:paraId="6FC65072" w14:textId="77777777" w:rsidR="003D15D0" w:rsidRDefault="00000000">
            <w:r>
              <w:rPr>
                <w:sz w:val="16"/>
              </w:rPr>
              <w:t>2.939543907129352e-26</w:t>
            </w:r>
          </w:p>
        </w:tc>
        <w:tc>
          <w:tcPr>
            <w:tcW w:w="699" w:type="dxa"/>
          </w:tcPr>
          <w:p w14:paraId="26090F5D" w14:textId="77777777" w:rsidR="003D15D0" w:rsidRDefault="00000000">
            <w:r>
              <w:rPr>
                <w:sz w:val="16"/>
              </w:rPr>
              <w:t>164085279.4108116</w:t>
            </w:r>
          </w:p>
        </w:tc>
        <w:tc>
          <w:tcPr>
            <w:tcW w:w="699" w:type="dxa"/>
          </w:tcPr>
          <w:p w14:paraId="449F36A1" w14:textId="77777777" w:rsidR="003D15D0" w:rsidRDefault="00000000">
            <w:r>
              <w:rPr>
                <w:sz w:val="16"/>
              </w:rPr>
              <w:t>0.3145475724793631</w:t>
            </w:r>
          </w:p>
        </w:tc>
        <w:tc>
          <w:tcPr>
            <w:tcW w:w="699" w:type="dxa"/>
          </w:tcPr>
          <w:p w14:paraId="2AFFA225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2BFC2F3F" w14:textId="77777777" w:rsidR="003D15D0" w:rsidRDefault="00000000">
            <w:r>
              <w:rPr>
                <w:sz w:val="16"/>
              </w:rPr>
              <w:t>8</w:t>
            </w:r>
          </w:p>
        </w:tc>
        <w:tc>
          <w:tcPr>
            <w:tcW w:w="699" w:type="dxa"/>
          </w:tcPr>
          <w:p w14:paraId="04AD5A82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0975DFCF" w14:textId="77777777" w:rsidR="003D15D0" w:rsidRDefault="00000000">
            <w:r>
              <w:rPr>
                <w:sz w:val="16"/>
              </w:rPr>
              <w:t>Wald approximation</w:t>
            </w:r>
          </w:p>
        </w:tc>
        <w:tc>
          <w:tcPr>
            <w:tcW w:w="699" w:type="dxa"/>
          </w:tcPr>
          <w:p w14:paraId="0A17AC9E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08FF6E1A" w14:textId="77777777">
        <w:tc>
          <w:tcPr>
            <w:tcW w:w="699" w:type="dxa"/>
          </w:tcPr>
          <w:p w14:paraId="19CF7CAF" w14:textId="77777777" w:rsidR="003D15D0" w:rsidRDefault="00000000">
            <w:r>
              <w:rPr>
                <w:sz w:val="16"/>
              </w:rPr>
              <w:lastRenderedPageBreak/>
              <w:t>Complete-Bishop Firth - intrapartum fever&gt;=38.0 C</w:t>
            </w:r>
          </w:p>
        </w:tc>
        <w:tc>
          <w:tcPr>
            <w:tcW w:w="699" w:type="dxa"/>
          </w:tcPr>
          <w:p w14:paraId="47EF1539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3A0E08C5" w14:textId="77777777" w:rsidR="003D15D0" w:rsidRDefault="00000000">
            <w:r>
              <w:rPr>
                <w:sz w:val="16"/>
              </w:rPr>
              <w:t>treat (pre-labor amniotomy)</w:t>
            </w:r>
          </w:p>
        </w:tc>
        <w:tc>
          <w:tcPr>
            <w:tcW w:w="699" w:type="dxa"/>
          </w:tcPr>
          <w:p w14:paraId="477337F8" w14:textId="77777777" w:rsidR="003D15D0" w:rsidRDefault="00000000">
            <w:r>
              <w:rPr>
                <w:sz w:val="16"/>
              </w:rPr>
              <w:t>1.8967940132405965</w:t>
            </w:r>
          </w:p>
        </w:tc>
        <w:tc>
          <w:tcPr>
            <w:tcW w:w="699" w:type="dxa"/>
          </w:tcPr>
          <w:p w14:paraId="2A370D19" w14:textId="77777777" w:rsidR="003D15D0" w:rsidRDefault="00000000">
            <w:r>
              <w:rPr>
                <w:sz w:val="16"/>
              </w:rPr>
              <w:t>0.8453528433419084</w:t>
            </w:r>
          </w:p>
        </w:tc>
        <w:tc>
          <w:tcPr>
            <w:tcW w:w="699" w:type="dxa"/>
          </w:tcPr>
          <w:p w14:paraId="1CFE300E" w14:textId="77777777" w:rsidR="003D15D0" w:rsidRDefault="00000000">
            <w:r>
              <w:rPr>
                <w:sz w:val="16"/>
              </w:rPr>
              <w:t>6.664493876517997</w:t>
            </w:r>
          </w:p>
        </w:tc>
        <w:tc>
          <w:tcPr>
            <w:tcW w:w="699" w:type="dxa"/>
          </w:tcPr>
          <w:p w14:paraId="5E8656DC" w14:textId="77777777" w:rsidR="003D15D0" w:rsidRDefault="00000000">
            <w:r>
              <w:rPr>
                <w:sz w:val="16"/>
              </w:rPr>
              <w:t>1.3885557522819951</w:t>
            </w:r>
          </w:p>
        </w:tc>
        <w:tc>
          <w:tcPr>
            <w:tcW w:w="699" w:type="dxa"/>
          </w:tcPr>
          <w:p w14:paraId="62BF2497" w14:textId="77777777" w:rsidR="003D15D0" w:rsidRDefault="00000000">
            <w:r>
              <w:rPr>
                <w:sz w:val="16"/>
              </w:rPr>
              <w:t>64.6875773220917</w:t>
            </w:r>
          </w:p>
        </w:tc>
        <w:tc>
          <w:tcPr>
            <w:tcW w:w="699" w:type="dxa"/>
          </w:tcPr>
          <w:p w14:paraId="59EB998F" w14:textId="77777777" w:rsidR="003D15D0" w:rsidRDefault="00000000">
            <w:r>
              <w:rPr>
                <w:sz w:val="16"/>
              </w:rPr>
              <w:t>0.0157306193521822</w:t>
            </w:r>
          </w:p>
        </w:tc>
        <w:tc>
          <w:tcPr>
            <w:tcW w:w="699" w:type="dxa"/>
          </w:tcPr>
          <w:p w14:paraId="3E6EE196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3ED0FAC7" w14:textId="77777777" w:rsidR="003D15D0" w:rsidRDefault="00000000">
            <w:r>
              <w:rPr>
                <w:sz w:val="16"/>
              </w:rPr>
              <w:t>8</w:t>
            </w:r>
          </w:p>
        </w:tc>
        <w:tc>
          <w:tcPr>
            <w:tcW w:w="699" w:type="dxa"/>
          </w:tcPr>
          <w:p w14:paraId="7231827A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70676885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4A21AD3A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6423A057" w14:textId="77777777">
        <w:tc>
          <w:tcPr>
            <w:tcW w:w="699" w:type="dxa"/>
          </w:tcPr>
          <w:p w14:paraId="4A2FA1BA" w14:textId="77777777" w:rsidR="003D15D0" w:rsidRDefault="00000000">
            <w:r>
              <w:rPr>
                <w:sz w:val="16"/>
              </w:rPr>
              <w:t>Complete-Bishop Firth - intrapartum fever&gt;=38.0 C</w:t>
            </w:r>
          </w:p>
        </w:tc>
        <w:tc>
          <w:tcPr>
            <w:tcW w:w="699" w:type="dxa"/>
          </w:tcPr>
          <w:p w14:paraId="205C44F3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0ECDD2BB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699" w:type="dxa"/>
          </w:tcPr>
          <w:p w14:paraId="091A091C" w14:textId="77777777" w:rsidR="003D15D0" w:rsidRDefault="00000000">
            <w:r>
              <w:rPr>
                <w:sz w:val="16"/>
              </w:rPr>
              <w:t>-0.1157936843751507</w:t>
            </w:r>
          </w:p>
        </w:tc>
        <w:tc>
          <w:tcPr>
            <w:tcW w:w="699" w:type="dxa"/>
          </w:tcPr>
          <w:p w14:paraId="46DC1AFD" w14:textId="77777777" w:rsidR="003D15D0" w:rsidRDefault="00000000">
            <w:r>
              <w:rPr>
                <w:sz w:val="16"/>
              </w:rPr>
              <w:t>0.1215331940404619</w:t>
            </w:r>
          </w:p>
        </w:tc>
        <w:tc>
          <w:tcPr>
            <w:tcW w:w="699" w:type="dxa"/>
          </w:tcPr>
          <w:p w14:paraId="05042F02" w14:textId="77777777" w:rsidR="003D15D0" w:rsidRDefault="00000000">
            <w:r>
              <w:rPr>
                <w:sz w:val="16"/>
              </w:rPr>
              <w:t>0.8906589612029286</w:t>
            </w:r>
          </w:p>
        </w:tc>
        <w:tc>
          <w:tcPr>
            <w:tcW w:w="699" w:type="dxa"/>
          </w:tcPr>
          <w:p w14:paraId="0C8C2411" w14:textId="77777777" w:rsidR="003D15D0" w:rsidRDefault="00000000">
            <w:r>
              <w:rPr>
                <w:sz w:val="16"/>
              </w:rPr>
              <w:t>0.6857598452259736</w:t>
            </w:r>
          </w:p>
        </w:tc>
        <w:tc>
          <w:tcPr>
            <w:tcW w:w="699" w:type="dxa"/>
          </w:tcPr>
          <w:p w14:paraId="77504676" w14:textId="77777777" w:rsidR="003D15D0" w:rsidRDefault="00000000">
            <w:r>
              <w:rPr>
                <w:sz w:val="16"/>
              </w:rPr>
              <w:t>1.151892210324783</w:t>
            </w:r>
          </w:p>
        </w:tc>
        <w:tc>
          <w:tcPr>
            <w:tcW w:w="699" w:type="dxa"/>
          </w:tcPr>
          <w:p w14:paraId="5DAC161A" w14:textId="77777777" w:rsidR="003D15D0" w:rsidRDefault="00000000">
            <w:r>
              <w:rPr>
                <w:sz w:val="16"/>
              </w:rPr>
              <w:t>0.3735920472629842</w:t>
            </w:r>
          </w:p>
        </w:tc>
        <w:tc>
          <w:tcPr>
            <w:tcW w:w="699" w:type="dxa"/>
          </w:tcPr>
          <w:p w14:paraId="2DD8B964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6E4CF1EA" w14:textId="77777777" w:rsidR="003D15D0" w:rsidRDefault="00000000">
            <w:r>
              <w:rPr>
                <w:sz w:val="16"/>
              </w:rPr>
              <w:t>8</w:t>
            </w:r>
          </w:p>
        </w:tc>
        <w:tc>
          <w:tcPr>
            <w:tcW w:w="699" w:type="dxa"/>
          </w:tcPr>
          <w:p w14:paraId="18E98DE1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52F4AB8E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0F6656FB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2F00CFB9" w14:textId="77777777">
        <w:tc>
          <w:tcPr>
            <w:tcW w:w="699" w:type="dxa"/>
          </w:tcPr>
          <w:p w14:paraId="45CB1C8C" w14:textId="77777777" w:rsidR="003D15D0" w:rsidRDefault="00000000">
            <w:r>
              <w:rPr>
                <w:sz w:val="16"/>
              </w:rPr>
              <w:t>Complete-Bishop Firth - intrapartum fever&gt;=38.0 C</w:t>
            </w:r>
          </w:p>
        </w:tc>
        <w:tc>
          <w:tcPr>
            <w:tcW w:w="699" w:type="dxa"/>
          </w:tcPr>
          <w:p w14:paraId="1C12F2C4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1DF7FCC2" w14:textId="77777777" w:rsidR="003D15D0" w:rsidRDefault="00000000">
            <w:r>
              <w:rPr>
                <w:sz w:val="16"/>
              </w:rPr>
              <w:t>gestational age</w:t>
            </w:r>
          </w:p>
        </w:tc>
        <w:tc>
          <w:tcPr>
            <w:tcW w:w="699" w:type="dxa"/>
          </w:tcPr>
          <w:p w14:paraId="4DA850C1" w14:textId="77777777" w:rsidR="003D15D0" w:rsidRDefault="00000000">
            <w:r>
              <w:rPr>
                <w:sz w:val="16"/>
              </w:rPr>
              <w:t>0.069206560022874</w:t>
            </w:r>
          </w:p>
        </w:tc>
        <w:tc>
          <w:tcPr>
            <w:tcW w:w="699" w:type="dxa"/>
          </w:tcPr>
          <w:p w14:paraId="4D2ED162" w14:textId="77777777" w:rsidR="003D15D0" w:rsidRDefault="00000000">
            <w:r>
              <w:rPr>
                <w:sz w:val="16"/>
              </w:rPr>
              <w:t>0.0686525029134928</w:t>
            </w:r>
          </w:p>
        </w:tc>
        <w:tc>
          <w:tcPr>
            <w:tcW w:w="699" w:type="dxa"/>
          </w:tcPr>
          <w:p w14:paraId="18236B34" w14:textId="77777777" w:rsidR="003D15D0" w:rsidRDefault="00000000">
            <w:r>
              <w:rPr>
                <w:sz w:val="16"/>
              </w:rPr>
              <w:t>1.0716575478952972</w:t>
            </w:r>
          </w:p>
        </w:tc>
        <w:tc>
          <w:tcPr>
            <w:tcW w:w="699" w:type="dxa"/>
          </w:tcPr>
          <w:p w14:paraId="21D47220" w14:textId="77777777" w:rsidR="003D15D0" w:rsidRDefault="00000000">
            <w:r>
              <w:rPr>
                <w:sz w:val="16"/>
              </w:rPr>
              <w:t>0.9437386195899714</w:t>
            </w:r>
          </w:p>
        </w:tc>
        <w:tc>
          <w:tcPr>
            <w:tcW w:w="699" w:type="dxa"/>
          </w:tcPr>
          <w:p w14:paraId="6E2AECFF" w14:textId="77777777" w:rsidR="003D15D0" w:rsidRDefault="00000000">
            <w:r>
              <w:rPr>
                <w:sz w:val="16"/>
              </w:rPr>
              <w:t>1.2832882172858555</w:t>
            </w:r>
          </w:p>
        </w:tc>
        <w:tc>
          <w:tcPr>
            <w:tcW w:w="699" w:type="dxa"/>
          </w:tcPr>
          <w:p w14:paraId="7FD2D563" w14:textId="77777777" w:rsidR="003D15D0" w:rsidRDefault="00000000">
            <w:r>
              <w:rPr>
                <w:sz w:val="16"/>
              </w:rPr>
              <w:t>0.3190201401327181</w:t>
            </w:r>
          </w:p>
        </w:tc>
        <w:tc>
          <w:tcPr>
            <w:tcW w:w="699" w:type="dxa"/>
          </w:tcPr>
          <w:p w14:paraId="565146C0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07142379" w14:textId="77777777" w:rsidR="003D15D0" w:rsidRDefault="00000000">
            <w:r>
              <w:rPr>
                <w:sz w:val="16"/>
              </w:rPr>
              <w:t>8</w:t>
            </w:r>
          </w:p>
        </w:tc>
        <w:tc>
          <w:tcPr>
            <w:tcW w:w="699" w:type="dxa"/>
          </w:tcPr>
          <w:p w14:paraId="2AA185C4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11957B82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2EAFF2C2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38A796DF" w14:textId="77777777">
        <w:tc>
          <w:tcPr>
            <w:tcW w:w="699" w:type="dxa"/>
          </w:tcPr>
          <w:p w14:paraId="4D2DBE7A" w14:textId="77777777" w:rsidR="003D15D0" w:rsidRDefault="00000000">
            <w:r>
              <w:rPr>
                <w:sz w:val="16"/>
              </w:rPr>
              <w:t>Complete-Bishop Firth - intrapartum fever&gt;=38.0 C</w:t>
            </w:r>
          </w:p>
        </w:tc>
        <w:tc>
          <w:tcPr>
            <w:tcW w:w="699" w:type="dxa"/>
          </w:tcPr>
          <w:p w14:paraId="6EF13917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37282157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699" w:type="dxa"/>
          </w:tcPr>
          <w:p w14:paraId="1993D55C" w14:textId="77777777" w:rsidR="003D15D0" w:rsidRDefault="00000000">
            <w:r>
              <w:rPr>
                <w:sz w:val="16"/>
              </w:rPr>
              <w:t>0.8483267846845893</w:t>
            </w:r>
          </w:p>
        </w:tc>
        <w:tc>
          <w:tcPr>
            <w:tcW w:w="699" w:type="dxa"/>
          </w:tcPr>
          <w:p w14:paraId="576CDA3A" w14:textId="77777777" w:rsidR="003D15D0" w:rsidRDefault="00000000">
            <w:r>
              <w:rPr>
                <w:sz w:val="16"/>
              </w:rPr>
              <w:t>1.455339883650294</w:t>
            </w:r>
          </w:p>
        </w:tc>
        <w:tc>
          <w:tcPr>
            <w:tcW w:w="699" w:type="dxa"/>
          </w:tcPr>
          <w:p w14:paraId="05FCB891" w14:textId="77777777" w:rsidR="003D15D0" w:rsidRDefault="00000000">
            <w:r>
              <w:rPr>
                <w:sz w:val="16"/>
              </w:rPr>
              <w:t>2.335735392250373</w:t>
            </w:r>
          </w:p>
        </w:tc>
        <w:tc>
          <w:tcPr>
            <w:tcW w:w="699" w:type="dxa"/>
          </w:tcPr>
          <w:p w14:paraId="4B414FD1" w14:textId="77777777" w:rsidR="003D15D0" w:rsidRDefault="00000000">
            <w:r>
              <w:rPr>
                <w:sz w:val="16"/>
              </w:rPr>
              <w:t>0.2057180324643023</w:t>
            </w:r>
          </w:p>
        </w:tc>
        <w:tc>
          <w:tcPr>
            <w:tcW w:w="699" w:type="dxa"/>
          </w:tcPr>
          <w:p w14:paraId="239FE729" w14:textId="77777777" w:rsidR="003D15D0" w:rsidRDefault="00000000">
            <w:r>
              <w:rPr>
                <w:sz w:val="16"/>
              </w:rPr>
              <w:t>324.22638943045627</w:t>
            </w:r>
          </w:p>
        </w:tc>
        <w:tc>
          <w:tcPr>
            <w:tcW w:w="699" w:type="dxa"/>
          </w:tcPr>
          <w:p w14:paraId="4873C864" w14:textId="77777777" w:rsidR="003D15D0" w:rsidRDefault="00000000">
            <w:r>
              <w:rPr>
                <w:sz w:val="16"/>
              </w:rPr>
              <w:t>0.5489632490920588</w:t>
            </w:r>
          </w:p>
        </w:tc>
        <w:tc>
          <w:tcPr>
            <w:tcW w:w="699" w:type="dxa"/>
          </w:tcPr>
          <w:p w14:paraId="1CDB7C85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2B44CC24" w14:textId="77777777" w:rsidR="003D15D0" w:rsidRDefault="00000000">
            <w:r>
              <w:rPr>
                <w:sz w:val="16"/>
              </w:rPr>
              <w:t>8</w:t>
            </w:r>
          </w:p>
        </w:tc>
        <w:tc>
          <w:tcPr>
            <w:tcW w:w="699" w:type="dxa"/>
          </w:tcPr>
          <w:p w14:paraId="0958420B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19EA65FB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50571AAF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2C911495" w14:textId="77777777">
        <w:tc>
          <w:tcPr>
            <w:tcW w:w="699" w:type="dxa"/>
          </w:tcPr>
          <w:p w14:paraId="1053C70D" w14:textId="77777777" w:rsidR="003D15D0" w:rsidRDefault="00000000">
            <w:r>
              <w:rPr>
                <w:sz w:val="16"/>
              </w:rPr>
              <w:t>Complete-Bishop Firth - intrapartum fever&gt;=38.0 C</w:t>
            </w:r>
          </w:p>
        </w:tc>
        <w:tc>
          <w:tcPr>
            <w:tcW w:w="699" w:type="dxa"/>
          </w:tcPr>
          <w:p w14:paraId="7907EF9F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4080A5EA" w14:textId="77777777" w:rsidR="003D15D0" w:rsidRDefault="00000000">
            <w:r>
              <w:rPr>
                <w:sz w:val="16"/>
              </w:rPr>
              <w:t>Bishop score</w:t>
            </w:r>
          </w:p>
        </w:tc>
        <w:tc>
          <w:tcPr>
            <w:tcW w:w="699" w:type="dxa"/>
          </w:tcPr>
          <w:p w14:paraId="2269E54A" w14:textId="77777777" w:rsidR="003D15D0" w:rsidRDefault="00000000">
            <w:r>
              <w:rPr>
                <w:sz w:val="16"/>
              </w:rPr>
              <w:t>-0.1260568380167587</w:t>
            </w:r>
          </w:p>
        </w:tc>
        <w:tc>
          <w:tcPr>
            <w:tcW w:w="699" w:type="dxa"/>
          </w:tcPr>
          <w:p w14:paraId="538E1535" w14:textId="77777777" w:rsidR="003D15D0" w:rsidRDefault="00000000">
            <w:r>
              <w:rPr>
                <w:sz w:val="16"/>
              </w:rPr>
              <w:t>0.2690270972414683</w:t>
            </w:r>
          </w:p>
        </w:tc>
        <w:tc>
          <w:tcPr>
            <w:tcW w:w="699" w:type="dxa"/>
          </w:tcPr>
          <w:p w14:paraId="0CD07D7B" w14:textId="77777777" w:rsidR="003D15D0" w:rsidRDefault="00000000">
            <w:r>
              <w:rPr>
                <w:sz w:val="16"/>
              </w:rPr>
              <w:t>0.8815647389680077</w:t>
            </w:r>
          </w:p>
        </w:tc>
        <w:tc>
          <w:tcPr>
            <w:tcW w:w="699" w:type="dxa"/>
          </w:tcPr>
          <w:p w14:paraId="356A8863" w14:textId="77777777" w:rsidR="003D15D0" w:rsidRDefault="00000000">
            <w:r>
              <w:rPr>
                <w:sz w:val="16"/>
              </w:rPr>
              <w:t>0.5092273414496535</w:t>
            </w:r>
          </w:p>
        </w:tc>
        <w:tc>
          <w:tcPr>
            <w:tcW w:w="699" w:type="dxa"/>
          </w:tcPr>
          <w:p w14:paraId="52FF1A5A" w14:textId="77777777" w:rsidR="003D15D0" w:rsidRDefault="00000000">
            <w:r>
              <w:rPr>
                <w:sz w:val="16"/>
              </w:rPr>
              <w:t>1.5998690102485311</w:t>
            </w:r>
          </w:p>
        </w:tc>
        <w:tc>
          <w:tcPr>
            <w:tcW w:w="699" w:type="dxa"/>
          </w:tcPr>
          <w:p w14:paraId="1FA2C71D" w14:textId="77777777" w:rsidR="003D15D0" w:rsidRDefault="00000000">
            <w:r>
              <w:rPr>
                <w:sz w:val="16"/>
              </w:rPr>
              <w:t>0.6604461554330952</w:t>
            </w:r>
          </w:p>
        </w:tc>
        <w:tc>
          <w:tcPr>
            <w:tcW w:w="699" w:type="dxa"/>
          </w:tcPr>
          <w:p w14:paraId="42BD63E6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76AE4984" w14:textId="77777777" w:rsidR="003D15D0" w:rsidRDefault="00000000">
            <w:r>
              <w:rPr>
                <w:sz w:val="16"/>
              </w:rPr>
              <w:t>8</w:t>
            </w:r>
          </w:p>
        </w:tc>
        <w:tc>
          <w:tcPr>
            <w:tcW w:w="699" w:type="dxa"/>
          </w:tcPr>
          <w:p w14:paraId="17473A6D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2299299D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68DE207C" w14:textId="77777777" w:rsidR="003D15D0" w:rsidRDefault="00000000">
            <w:r>
              <w:rPr>
                <w:sz w:val="16"/>
              </w:rPr>
              <w:t>Yes</w:t>
            </w:r>
          </w:p>
        </w:tc>
      </w:tr>
      <w:tr w:rsidR="003D15D0" w14:paraId="0073C564" w14:textId="77777777">
        <w:tc>
          <w:tcPr>
            <w:tcW w:w="699" w:type="dxa"/>
          </w:tcPr>
          <w:p w14:paraId="54CF624F" w14:textId="77777777" w:rsidR="003D15D0" w:rsidRDefault="00000000">
            <w:r>
              <w:rPr>
                <w:sz w:val="16"/>
              </w:rPr>
              <w:t>Complete-Bishop Firth - intrapartum fever&gt;=38.0 C</w:t>
            </w:r>
          </w:p>
        </w:tc>
        <w:tc>
          <w:tcPr>
            <w:tcW w:w="699" w:type="dxa"/>
          </w:tcPr>
          <w:p w14:paraId="32FB43CC" w14:textId="77777777" w:rsidR="003D15D0" w:rsidRDefault="00000000">
            <w:r>
              <w:rPr>
                <w:sz w:val="16"/>
              </w:rPr>
              <w:t>fever_ge_38</w:t>
            </w:r>
          </w:p>
        </w:tc>
        <w:tc>
          <w:tcPr>
            <w:tcW w:w="699" w:type="dxa"/>
          </w:tcPr>
          <w:p w14:paraId="6C64AD71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699" w:type="dxa"/>
          </w:tcPr>
          <w:p w14:paraId="6D5EBB10" w14:textId="77777777" w:rsidR="003D15D0" w:rsidRDefault="00000000">
            <w:r>
              <w:rPr>
                <w:sz w:val="16"/>
              </w:rPr>
              <w:t>3.191380428680519</w:t>
            </w:r>
          </w:p>
        </w:tc>
        <w:tc>
          <w:tcPr>
            <w:tcW w:w="699" w:type="dxa"/>
          </w:tcPr>
          <w:p w14:paraId="663B4E1F" w14:textId="77777777" w:rsidR="003D15D0" w:rsidRDefault="00000000">
            <w:r>
              <w:rPr>
                <w:sz w:val="16"/>
              </w:rPr>
              <w:t>2.4936937742104885</w:t>
            </w:r>
          </w:p>
        </w:tc>
        <w:tc>
          <w:tcPr>
            <w:tcW w:w="699" w:type="dxa"/>
          </w:tcPr>
          <w:p w14:paraId="0C30D81A" w14:textId="77777777" w:rsidR="003D15D0" w:rsidRDefault="00000000">
            <w:r>
              <w:rPr>
                <w:sz w:val="16"/>
              </w:rPr>
              <w:t>24.3219790374053</w:t>
            </w:r>
          </w:p>
        </w:tc>
        <w:tc>
          <w:tcPr>
            <w:tcW w:w="699" w:type="dxa"/>
          </w:tcPr>
          <w:p w14:paraId="48DF12F2" w14:textId="77777777" w:rsidR="003D15D0" w:rsidRDefault="00000000">
            <w:r>
              <w:rPr>
                <w:sz w:val="16"/>
              </w:rPr>
              <w:t>0.1320516815622995</w:t>
            </w:r>
          </w:p>
        </w:tc>
        <w:tc>
          <w:tcPr>
            <w:tcW w:w="699" w:type="dxa"/>
          </w:tcPr>
          <w:p w14:paraId="30E69BEA" w14:textId="77777777" w:rsidR="003D15D0" w:rsidRDefault="00000000">
            <w:r>
              <w:rPr>
                <w:sz w:val="16"/>
              </w:rPr>
              <w:t>967.163670319119</w:t>
            </w:r>
          </w:p>
        </w:tc>
        <w:tc>
          <w:tcPr>
            <w:tcW w:w="699" w:type="dxa"/>
          </w:tcPr>
          <w:p w14:paraId="19F83D39" w14:textId="77777777" w:rsidR="003D15D0" w:rsidRDefault="00000000">
            <w:r>
              <w:rPr>
                <w:sz w:val="16"/>
              </w:rPr>
              <w:t>0.1692777728110719</w:t>
            </w:r>
          </w:p>
        </w:tc>
        <w:tc>
          <w:tcPr>
            <w:tcW w:w="699" w:type="dxa"/>
          </w:tcPr>
          <w:p w14:paraId="635165AF" w14:textId="77777777" w:rsidR="003D15D0" w:rsidRDefault="00000000">
            <w:r>
              <w:rPr>
                <w:sz w:val="16"/>
              </w:rPr>
              <w:t>159</w:t>
            </w:r>
          </w:p>
        </w:tc>
        <w:tc>
          <w:tcPr>
            <w:tcW w:w="699" w:type="dxa"/>
          </w:tcPr>
          <w:p w14:paraId="44B6CA55" w14:textId="77777777" w:rsidR="003D15D0" w:rsidRDefault="00000000">
            <w:r>
              <w:rPr>
                <w:sz w:val="16"/>
              </w:rPr>
              <w:t>8</w:t>
            </w:r>
          </w:p>
        </w:tc>
        <w:tc>
          <w:tcPr>
            <w:tcW w:w="699" w:type="dxa"/>
          </w:tcPr>
          <w:p w14:paraId="337CFDF7" w14:textId="77777777" w:rsidR="003D15D0" w:rsidRDefault="00000000">
            <w:r>
              <w:rPr>
                <w:sz w:val="16"/>
              </w:rPr>
              <w:t>151</w:t>
            </w:r>
          </w:p>
        </w:tc>
        <w:tc>
          <w:tcPr>
            <w:tcW w:w="699" w:type="dxa"/>
          </w:tcPr>
          <w:p w14:paraId="5D27B376" w14:textId="77777777" w:rsidR="003D15D0" w:rsidRDefault="00000000">
            <w:r>
              <w:rPr>
                <w:sz w:val="16"/>
              </w:rPr>
              <w:t>penalized likelihood-ratio P; profile penalized-likelihood CI</w:t>
            </w:r>
          </w:p>
        </w:tc>
        <w:tc>
          <w:tcPr>
            <w:tcW w:w="699" w:type="dxa"/>
          </w:tcPr>
          <w:p w14:paraId="571CA1B0" w14:textId="77777777" w:rsidR="003D15D0" w:rsidRDefault="00000000">
            <w:r>
              <w:rPr>
                <w:sz w:val="16"/>
              </w:rPr>
              <w:t>Yes</w:t>
            </w:r>
          </w:p>
        </w:tc>
      </w:tr>
    </w:tbl>
    <w:p w14:paraId="746848BE" w14:textId="77777777" w:rsidR="003D15D0" w:rsidRDefault="003D15D0"/>
    <w:p w14:paraId="5FBBA2CC" w14:textId="77777777" w:rsidR="003D15D0" w:rsidRDefault="00000000">
      <w:pPr>
        <w:pStyle w:val="1"/>
      </w:pPr>
      <w:r>
        <w:t>Table S2. Standardized mean differences before and after propensity-score matching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378"/>
        <w:gridCol w:w="872"/>
        <w:gridCol w:w="1279"/>
        <w:gridCol w:w="1279"/>
        <w:gridCol w:w="1279"/>
        <w:gridCol w:w="1279"/>
        <w:gridCol w:w="547"/>
        <w:gridCol w:w="221"/>
        <w:gridCol w:w="486"/>
        <w:gridCol w:w="466"/>
        <w:gridCol w:w="696"/>
      </w:tblGrid>
      <w:tr w:rsidR="003D15D0" w14:paraId="172367B7" w14:textId="77777777">
        <w:tc>
          <w:tcPr>
            <w:tcW w:w="890" w:type="dxa"/>
          </w:tcPr>
          <w:p w14:paraId="3C616891" w14:textId="77777777" w:rsidR="003D15D0" w:rsidRDefault="00000000">
            <w:r>
              <w:rPr>
                <w:b/>
                <w:sz w:val="16"/>
              </w:rPr>
              <w:t>Covariate</w:t>
            </w:r>
          </w:p>
        </w:tc>
        <w:tc>
          <w:tcPr>
            <w:tcW w:w="890" w:type="dxa"/>
          </w:tcPr>
          <w:p w14:paraId="7FF55132" w14:textId="77777777" w:rsidR="003D15D0" w:rsidRDefault="00000000">
            <w:r>
              <w:rPr>
                <w:b/>
                <w:sz w:val="16"/>
              </w:rPr>
              <w:t>Label</w:t>
            </w:r>
          </w:p>
        </w:tc>
        <w:tc>
          <w:tcPr>
            <w:tcW w:w="890" w:type="dxa"/>
          </w:tcPr>
          <w:p w14:paraId="0138F928" w14:textId="77777777" w:rsidR="003D15D0" w:rsidRDefault="00000000">
            <w:r>
              <w:rPr>
                <w:b/>
                <w:sz w:val="16"/>
              </w:rPr>
              <w:t>SMD before</w:t>
            </w:r>
          </w:p>
        </w:tc>
        <w:tc>
          <w:tcPr>
            <w:tcW w:w="890" w:type="dxa"/>
          </w:tcPr>
          <w:p w14:paraId="01BB2F1A" w14:textId="77777777" w:rsidR="003D15D0" w:rsidRDefault="00000000">
            <w:r>
              <w:rPr>
                <w:b/>
                <w:sz w:val="16"/>
              </w:rPr>
              <w:t>SMD after</w:t>
            </w:r>
          </w:p>
        </w:tc>
        <w:tc>
          <w:tcPr>
            <w:tcW w:w="890" w:type="dxa"/>
          </w:tcPr>
          <w:p w14:paraId="050ABB70" w14:textId="77777777" w:rsidR="003D15D0" w:rsidRDefault="003D15D0"/>
        </w:tc>
        <w:tc>
          <w:tcPr>
            <w:tcW w:w="890" w:type="dxa"/>
          </w:tcPr>
          <w:p w14:paraId="07C55F23" w14:textId="77777777" w:rsidR="003D15D0" w:rsidRDefault="00000000">
            <w:r>
              <w:rPr>
                <w:b/>
                <w:sz w:val="16"/>
              </w:rPr>
              <w:t>SMD</w:t>
            </w:r>
          </w:p>
        </w:tc>
        <w:tc>
          <w:tcPr>
            <w:tcW w:w="890" w:type="dxa"/>
          </w:tcPr>
          <w:p w14:paraId="39DF89B2" w14:textId="77777777" w:rsidR="003D15D0" w:rsidRDefault="00000000">
            <w:r>
              <w:rPr>
                <w:b/>
                <w:sz w:val="16"/>
              </w:rPr>
              <w:t>before</w:t>
            </w:r>
          </w:p>
        </w:tc>
        <w:tc>
          <w:tcPr>
            <w:tcW w:w="890" w:type="dxa"/>
          </w:tcPr>
          <w:p w14:paraId="4FB23316" w14:textId="77777777" w:rsidR="003D15D0" w:rsidRDefault="003D15D0"/>
        </w:tc>
        <w:tc>
          <w:tcPr>
            <w:tcW w:w="890" w:type="dxa"/>
          </w:tcPr>
          <w:p w14:paraId="025EABB6" w14:textId="77777777" w:rsidR="003D15D0" w:rsidRDefault="00000000">
            <w:r>
              <w:rPr>
                <w:b/>
                <w:sz w:val="16"/>
              </w:rPr>
              <w:t>SMD</w:t>
            </w:r>
          </w:p>
        </w:tc>
        <w:tc>
          <w:tcPr>
            <w:tcW w:w="890" w:type="dxa"/>
          </w:tcPr>
          <w:p w14:paraId="04EE1AFF" w14:textId="77777777" w:rsidR="003D15D0" w:rsidRDefault="00000000">
            <w:r>
              <w:rPr>
                <w:b/>
                <w:sz w:val="16"/>
              </w:rPr>
              <w:t>after</w:t>
            </w:r>
          </w:p>
        </w:tc>
        <w:tc>
          <w:tcPr>
            <w:tcW w:w="890" w:type="dxa"/>
          </w:tcPr>
          <w:p w14:paraId="3D8E4CC1" w14:textId="77777777" w:rsidR="003D15D0" w:rsidRDefault="00000000">
            <w:r>
              <w:rPr>
                <w:b/>
                <w:sz w:val="16"/>
              </w:rPr>
              <w:t>Balanced (&lt;0.1)</w:t>
            </w:r>
          </w:p>
        </w:tc>
      </w:tr>
      <w:tr w:rsidR="003D15D0" w14:paraId="2CFCC4AE" w14:textId="77777777">
        <w:tc>
          <w:tcPr>
            <w:tcW w:w="890" w:type="dxa"/>
          </w:tcPr>
          <w:p w14:paraId="444E9958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890" w:type="dxa"/>
          </w:tcPr>
          <w:p w14:paraId="165D91D9" w14:textId="77777777" w:rsidR="003D15D0" w:rsidRDefault="00000000">
            <w:r>
              <w:rPr>
                <w:sz w:val="16"/>
              </w:rPr>
              <w:t>Age, years</w:t>
            </w:r>
          </w:p>
        </w:tc>
        <w:tc>
          <w:tcPr>
            <w:tcW w:w="890" w:type="dxa"/>
          </w:tcPr>
          <w:p w14:paraId="1EB0F33F" w14:textId="77777777" w:rsidR="003D15D0" w:rsidRDefault="00000000">
            <w:r>
              <w:rPr>
                <w:sz w:val="16"/>
              </w:rPr>
              <w:t>0.1701341816498284</w:t>
            </w:r>
          </w:p>
        </w:tc>
        <w:tc>
          <w:tcPr>
            <w:tcW w:w="890" w:type="dxa"/>
          </w:tcPr>
          <w:p w14:paraId="05708152" w14:textId="77777777" w:rsidR="003D15D0" w:rsidRDefault="00000000">
            <w:r>
              <w:rPr>
                <w:sz w:val="16"/>
              </w:rPr>
              <w:t>0.0055860541528462</w:t>
            </w:r>
          </w:p>
        </w:tc>
        <w:tc>
          <w:tcPr>
            <w:tcW w:w="890" w:type="dxa"/>
          </w:tcPr>
          <w:p w14:paraId="481DDA90" w14:textId="77777777" w:rsidR="003D15D0" w:rsidRDefault="00000000">
            <w:r>
              <w:rPr>
                <w:sz w:val="16"/>
              </w:rPr>
              <w:t>0.1701341816498284</w:t>
            </w:r>
          </w:p>
        </w:tc>
        <w:tc>
          <w:tcPr>
            <w:tcW w:w="890" w:type="dxa"/>
          </w:tcPr>
          <w:p w14:paraId="3C56B3DC" w14:textId="77777777" w:rsidR="003D15D0" w:rsidRDefault="00000000">
            <w:r>
              <w:rPr>
                <w:sz w:val="16"/>
              </w:rPr>
              <w:t>0.0055860541528462</w:t>
            </w:r>
          </w:p>
        </w:tc>
        <w:tc>
          <w:tcPr>
            <w:tcW w:w="890" w:type="dxa"/>
          </w:tcPr>
          <w:p w14:paraId="653EC7D3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3484DFBE" w14:textId="77777777" w:rsidR="003D15D0" w:rsidRDefault="003D15D0"/>
        </w:tc>
        <w:tc>
          <w:tcPr>
            <w:tcW w:w="890" w:type="dxa"/>
          </w:tcPr>
          <w:p w14:paraId="688839B0" w14:textId="77777777" w:rsidR="003D15D0" w:rsidRDefault="003D15D0"/>
        </w:tc>
        <w:tc>
          <w:tcPr>
            <w:tcW w:w="890" w:type="dxa"/>
          </w:tcPr>
          <w:p w14:paraId="4D1A0195" w14:textId="77777777" w:rsidR="003D15D0" w:rsidRDefault="003D15D0"/>
        </w:tc>
        <w:tc>
          <w:tcPr>
            <w:tcW w:w="890" w:type="dxa"/>
          </w:tcPr>
          <w:p w14:paraId="79BB9980" w14:textId="77777777" w:rsidR="003D15D0" w:rsidRDefault="003D15D0"/>
        </w:tc>
      </w:tr>
      <w:tr w:rsidR="003D15D0" w14:paraId="57E2DBDA" w14:textId="77777777">
        <w:tc>
          <w:tcPr>
            <w:tcW w:w="890" w:type="dxa"/>
          </w:tcPr>
          <w:p w14:paraId="78120061" w14:textId="77777777" w:rsidR="003D15D0" w:rsidRDefault="00000000">
            <w:r>
              <w:rPr>
                <w:sz w:val="16"/>
              </w:rPr>
              <w:t>gestational age</w:t>
            </w:r>
          </w:p>
        </w:tc>
        <w:tc>
          <w:tcPr>
            <w:tcW w:w="890" w:type="dxa"/>
          </w:tcPr>
          <w:p w14:paraId="65A579C7" w14:textId="77777777" w:rsidR="003D15D0" w:rsidRDefault="00000000">
            <w:r>
              <w:rPr>
                <w:sz w:val="16"/>
              </w:rPr>
              <w:t>GA at delivery, days</w:t>
            </w:r>
          </w:p>
        </w:tc>
        <w:tc>
          <w:tcPr>
            <w:tcW w:w="890" w:type="dxa"/>
          </w:tcPr>
          <w:p w14:paraId="183DC0E8" w14:textId="77777777" w:rsidR="003D15D0" w:rsidRDefault="00000000">
            <w:r>
              <w:rPr>
                <w:sz w:val="16"/>
              </w:rPr>
              <w:t>-0.3521236376298283</w:t>
            </w:r>
          </w:p>
        </w:tc>
        <w:tc>
          <w:tcPr>
            <w:tcW w:w="890" w:type="dxa"/>
          </w:tcPr>
          <w:p w14:paraId="141E3031" w14:textId="77777777" w:rsidR="003D15D0" w:rsidRDefault="00000000">
            <w:r>
              <w:rPr>
                <w:sz w:val="16"/>
              </w:rPr>
              <w:t>-0.0643634213692555</w:t>
            </w:r>
          </w:p>
        </w:tc>
        <w:tc>
          <w:tcPr>
            <w:tcW w:w="890" w:type="dxa"/>
          </w:tcPr>
          <w:p w14:paraId="652B8C35" w14:textId="77777777" w:rsidR="003D15D0" w:rsidRDefault="00000000">
            <w:r>
              <w:rPr>
                <w:sz w:val="16"/>
              </w:rPr>
              <w:t>0.3521236376298283</w:t>
            </w:r>
          </w:p>
        </w:tc>
        <w:tc>
          <w:tcPr>
            <w:tcW w:w="890" w:type="dxa"/>
          </w:tcPr>
          <w:p w14:paraId="52AEC73D" w14:textId="77777777" w:rsidR="003D15D0" w:rsidRDefault="00000000">
            <w:r>
              <w:rPr>
                <w:sz w:val="16"/>
              </w:rPr>
              <w:t>0.0643634213692555</w:t>
            </w:r>
          </w:p>
        </w:tc>
        <w:tc>
          <w:tcPr>
            <w:tcW w:w="890" w:type="dxa"/>
          </w:tcPr>
          <w:p w14:paraId="161E3DEA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2139E9D0" w14:textId="77777777" w:rsidR="003D15D0" w:rsidRDefault="003D15D0"/>
        </w:tc>
        <w:tc>
          <w:tcPr>
            <w:tcW w:w="890" w:type="dxa"/>
          </w:tcPr>
          <w:p w14:paraId="45CBA60E" w14:textId="77777777" w:rsidR="003D15D0" w:rsidRDefault="003D15D0"/>
        </w:tc>
        <w:tc>
          <w:tcPr>
            <w:tcW w:w="890" w:type="dxa"/>
          </w:tcPr>
          <w:p w14:paraId="30AE4A98" w14:textId="77777777" w:rsidR="003D15D0" w:rsidRDefault="003D15D0"/>
        </w:tc>
        <w:tc>
          <w:tcPr>
            <w:tcW w:w="890" w:type="dxa"/>
          </w:tcPr>
          <w:p w14:paraId="29706517" w14:textId="77777777" w:rsidR="003D15D0" w:rsidRDefault="003D15D0"/>
        </w:tc>
      </w:tr>
      <w:tr w:rsidR="003D15D0" w14:paraId="6ED7A06E" w14:textId="77777777">
        <w:tc>
          <w:tcPr>
            <w:tcW w:w="890" w:type="dxa"/>
          </w:tcPr>
          <w:p w14:paraId="35191263" w14:textId="77777777" w:rsidR="003D15D0" w:rsidRDefault="00000000">
            <w:r>
              <w:rPr>
                <w:sz w:val="16"/>
              </w:rPr>
              <w:t>gravidity</w:t>
            </w:r>
          </w:p>
        </w:tc>
        <w:tc>
          <w:tcPr>
            <w:tcW w:w="890" w:type="dxa"/>
          </w:tcPr>
          <w:p w14:paraId="1DE331CA" w14:textId="77777777" w:rsidR="003D15D0" w:rsidRDefault="00000000">
            <w:r>
              <w:rPr>
                <w:sz w:val="16"/>
              </w:rPr>
              <w:t>Gravidity</w:t>
            </w:r>
          </w:p>
        </w:tc>
        <w:tc>
          <w:tcPr>
            <w:tcW w:w="890" w:type="dxa"/>
          </w:tcPr>
          <w:p w14:paraId="2FF9D359" w14:textId="77777777" w:rsidR="003D15D0" w:rsidRDefault="00000000">
            <w:r>
              <w:rPr>
                <w:sz w:val="16"/>
              </w:rPr>
              <w:t>-0.0479798832228799</w:t>
            </w:r>
          </w:p>
        </w:tc>
        <w:tc>
          <w:tcPr>
            <w:tcW w:w="890" w:type="dxa"/>
          </w:tcPr>
          <w:p w14:paraId="1E2DC351" w14:textId="77777777" w:rsidR="003D15D0" w:rsidRDefault="00000000">
            <w:r>
              <w:rPr>
                <w:sz w:val="16"/>
              </w:rPr>
              <w:t>-0.0225630005545049</w:t>
            </w:r>
          </w:p>
        </w:tc>
        <w:tc>
          <w:tcPr>
            <w:tcW w:w="890" w:type="dxa"/>
          </w:tcPr>
          <w:p w14:paraId="5CAAC6ED" w14:textId="77777777" w:rsidR="003D15D0" w:rsidRDefault="00000000">
            <w:r>
              <w:rPr>
                <w:sz w:val="16"/>
              </w:rPr>
              <w:t>0.0479798832228799</w:t>
            </w:r>
          </w:p>
        </w:tc>
        <w:tc>
          <w:tcPr>
            <w:tcW w:w="890" w:type="dxa"/>
          </w:tcPr>
          <w:p w14:paraId="1E9E5D66" w14:textId="77777777" w:rsidR="003D15D0" w:rsidRDefault="00000000">
            <w:r>
              <w:rPr>
                <w:sz w:val="16"/>
              </w:rPr>
              <w:t>0.0225630005545049</w:t>
            </w:r>
          </w:p>
        </w:tc>
        <w:tc>
          <w:tcPr>
            <w:tcW w:w="890" w:type="dxa"/>
          </w:tcPr>
          <w:p w14:paraId="3C71C9BA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7454BCD5" w14:textId="77777777" w:rsidR="003D15D0" w:rsidRDefault="003D15D0"/>
        </w:tc>
        <w:tc>
          <w:tcPr>
            <w:tcW w:w="890" w:type="dxa"/>
          </w:tcPr>
          <w:p w14:paraId="71DD3688" w14:textId="77777777" w:rsidR="003D15D0" w:rsidRDefault="003D15D0"/>
        </w:tc>
        <w:tc>
          <w:tcPr>
            <w:tcW w:w="890" w:type="dxa"/>
          </w:tcPr>
          <w:p w14:paraId="4E81E2B0" w14:textId="77777777" w:rsidR="003D15D0" w:rsidRDefault="003D15D0"/>
        </w:tc>
        <w:tc>
          <w:tcPr>
            <w:tcW w:w="890" w:type="dxa"/>
          </w:tcPr>
          <w:p w14:paraId="67E24756" w14:textId="77777777" w:rsidR="003D15D0" w:rsidRDefault="003D15D0"/>
        </w:tc>
      </w:tr>
      <w:tr w:rsidR="003D15D0" w14:paraId="669BB585" w14:textId="77777777">
        <w:tc>
          <w:tcPr>
            <w:tcW w:w="890" w:type="dxa"/>
          </w:tcPr>
          <w:p w14:paraId="61329545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890" w:type="dxa"/>
          </w:tcPr>
          <w:p w14:paraId="6C9554E6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890" w:type="dxa"/>
          </w:tcPr>
          <w:p w14:paraId="37E6FDC8" w14:textId="77777777" w:rsidR="003D15D0" w:rsidRDefault="00000000">
            <w:r>
              <w:rPr>
                <w:sz w:val="16"/>
              </w:rPr>
              <w:t>0.1185119998080685</w:t>
            </w:r>
          </w:p>
        </w:tc>
        <w:tc>
          <w:tcPr>
            <w:tcW w:w="890" w:type="dxa"/>
          </w:tcPr>
          <w:p w14:paraId="33A2AFCF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890" w:type="dxa"/>
          </w:tcPr>
          <w:p w14:paraId="033F5CFD" w14:textId="77777777" w:rsidR="003D15D0" w:rsidRDefault="00000000">
            <w:r>
              <w:rPr>
                <w:sz w:val="16"/>
              </w:rPr>
              <w:t>0.1185119998080685</w:t>
            </w:r>
          </w:p>
        </w:tc>
        <w:tc>
          <w:tcPr>
            <w:tcW w:w="890" w:type="dxa"/>
          </w:tcPr>
          <w:p w14:paraId="30DEFFA5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890" w:type="dxa"/>
          </w:tcPr>
          <w:p w14:paraId="76023D73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4EFC53D2" w14:textId="77777777" w:rsidR="003D15D0" w:rsidRDefault="003D15D0"/>
        </w:tc>
        <w:tc>
          <w:tcPr>
            <w:tcW w:w="890" w:type="dxa"/>
          </w:tcPr>
          <w:p w14:paraId="4128809F" w14:textId="77777777" w:rsidR="003D15D0" w:rsidRDefault="003D15D0"/>
        </w:tc>
        <w:tc>
          <w:tcPr>
            <w:tcW w:w="890" w:type="dxa"/>
          </w:tcPr>
          <w:p w14:paraId="49DB2BBA" w14:textId="77777777" w:rsidR="003D15D0" w:rsidRDefault="003D15D0"/>
        </w:tc>
        <w:tc>
          <w:tcPr>
            <w:tcW w:w="890" w:type="dxa"/>
          </w:tcPr>
          <w:p w14:paraId="782961D9" w14:textId="77777777" w:rsidR="003D15D0" w:rsidRDefault="003D15D0"/>
        </w:tc>
      </w:tr>
      <w:tr w:rsidR="003D15D0" w14:paraId="3DC9400F" w14:textId="77777777">
        <w:tc>
          <w:tcPr>
            <w:tcW w:w="890" w:type="dxa"/>
          </w:tcPr>
          <w:p w14:paraId="7E8F9A89" w14:textId="77777777" w:rsidR="003D15D0" w:rsidRDefault="00000000">
            <w:r>
              <w:rPr>
                <w:sz w:val="16"/>
              </w:rPr>
              <w:t>prepregnancy_bmi_imp</w:t>
            </w:r>
          </w:p>
        </w:tc>
        <w:tc>
          <w:tcPr>
            <w:tcW w:w="890" w:type="dxa"/>
          </w:tcPr>
          <w:p w14:paraId="66287733" w14:textId="77777777" w:rsidR="003D15D0" w:rsidRDefault="00000000">
            <w:r>
              <w:rPr>
                <w:sz w:val="16"/>
              </w:rPr>
              <w:t>Pre-pregnancy BMI (median-imputed)</w:t>
            </w:r>
          </w:p>
        </w:tc>
        <w:tc>
          <w:tcPr>
            <w:tcW w:w="890" w:type="dxa"/>
          </w:tcPr>
          <w:p w14:paraId="3971BC11" w14:textId="77777777" w:rsidR="003D15D0" w:rsidRDefault="00000000">
            <w:r>
              <w:rPr>
                <w:sz w:val="16"/>
              </w:rPr>
              <w:t>0.2562694370333653</w:t>
            </w:r>
          </w:p>
        </w:tc>
        <w:tc>
          <w:tcPr>
            <w:tcW w:w="890" w:type="dxa"/>
          </w:tcPr>
          <w:p w14:paraId="5B48982A" w14:textId="77777777" w:rsidR="003D15D0" w:rsidRDefault="00000000">
            <w:r>
              <w:rPr>
                <w:sz w:val="16"/>
              </w:rPr>
              <w:t>0.0162901863291177</w:t>
            </w:r>
          </w:p>
        </w:tc>
        <w:tc>
          <w:tcPr>
            <w:tcW w:w="890" w:type="dxa"/>
          </w:tcPr>
          <w:p w14:paraId="0B0261BF" w14:textId="77777777" w:rsidR="003D15D0" w:rsidRDefault="00000000">
            <w:r>
              <w:rPr>
                <w:sz w:val="16"/>
              </w:rPr>
              <w:t>0.2562694370333653</w:t>
            </w:r>
          </w:p>
        </w:tc>
        <w:tc>
          <w:tcPr>
            <w:tcW w:w="890" w:type="dxa"/>
          </w:tcPr>
          <w:p w14:paraId="756C91BC" w14:textId="77777777" w:rsidR="003D15D0" w:rsidRDefault="00000000">
            <w:r>
              <w:rPr>
                <w:sz w:val="16"/>
              </w:rPr>
              <w:t>0.0162901863291177</w:t>
            </w:r>
          </w:p>
        </w:tc>
        <w:tc>
          <w:tcPr>
            <w:tcW w:w="890" w:type="dxa"/>
          </w:tcPr>
          <w:p w14:paraId="611FBFB9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1A0B01BD" w14:textId="77777777" w:rsidR="003D15D0" w:rsidRDefault="003D15D0"/>
        </w:tc>
        <w:tc>
          <w:tcPr>
            <w:tcW w:w="890" w:type="dxa"/>
          </w:tcPr>
          <w:p w14:paraId="334E67DC" w14:textId="77777777" w:rsidR="003D15D0" w:rsidRDefault="003D15D0"/>
        </w:tc>
        <w:tc>
          <w:tcPr>
            <w:tcW w:w="890" w:type="dxa"/>
          </w:tcPr>
          <w:p w14:paraId="61F31F3D" w14:textId="77777777" w:rsidR="003D15D0" w:rsidRDefault="003D15D0"/>
        </w:tc>
        <w:tc>
          <w:tcPr>
            <w:tcW w:w="890" w:type="dxa"/>
          </w:tcPr>
          <w:p w14:paraId="47024977" w14:textId="77777777" w:rsidR="003D15D0" w:rsidRDefault="003D15D0"/>
        </w:tc>
      </w:tr>
      <w:tr w:rsidR="003D15D0" w14:paraId="0DC235E8" w14:textId="77777777">
        <w:tc>
          <w:tcPr>
            <w:tcW w:w="890" w:type="dxa"/>
          </w:tcPr>
          <w:p w14:paraId="6CAB5384" w14:textId="77777777" w:rsidR="003D15D0" w:rsidRDefault="00000000">
            <w:r>
              <w:rPr>
                <w:sz w:val="16"/>
              </w:rPr>
              <w:t>bmi_missing</w:t>
            </w:r>
          </w:p>
        </w:tc>
        <w:tc>
          <w:tcPr>
            <w:tcW w:w="890" w:type="dxa"/>
          </w:tcPr>
          <w:p w14:paraId="03AFE784" w14:textId="77777777" w:rsidR="003D15D0" w:rsidRDefault="00000000">
            <w:r>
              <w:rPr>
                <w:sz w:val="16"/>
              </w:rPr>
              <w:t>BMI missing indicator</w:t>
            </w:r>
          </w:p>
        </w:tc>
        <w:tc>
          <w:tcPr>
            <w:tcW w:w="890" w:type="dxa"/>
          </w:tcPr>
          <w:p w14:paraId="0E517079" w14:textId="77777777" w:rsidR="003D15D0" w:rsidRDefault="00000000">
            <w:r>
              <w:rPr>
                <w:sz w:val="16"/>
              </w:rPr>
              <w:t>0.0315365202140393</w:t>
            </w:r>
          </w:p>
        </w:tc>
        <w:tc>
          <w:tcPr>
            <w:tcW w:w="890" w:type="dxa"/>
          </w:tcPr>
          <w:p w14:paraId="65548A4D" w14:textId="77777777" w:rsidR="003D15D0" w:rsidRDefault="00000000">
            <w:r>
              <w:rPr>
                <w:sz w:val="16"/>
              </w:rPr>
              <w:t>-0.1534474766257738</w:t>
            </w:r>
          </w:p>
        </w:tc>
        <w:tc>
          <w:tcPr>
            <w:tcW w:w="890" w:type="dxa"/>
          </w:tcPr>
          <w:p w14:paraId="774A9C96" w14:textId="77777777" w:rsidR="003D15D0" w:rsidRDefault="00000000">
            <w:r>
              <w:rPr>
                <w:sz w:val="16"/>
              </w:rPr>
              <w:t>0.0315365202140393</w:t>
            </w:r>
          </w:p>
        </w:tc>
        <w:tc>
          <w:tcPr>
            <w:tcW w:w="890" w:type="dxa"/>
          </w:tcPr>
          <w:p w14:paraId="046626EC" w14:textId="77777777" w:rsidR="003D15D0" w:rsidRDefault="00000000">
            <w:r>
              <w:rPr>
                <w:sz w:val="16"/>
              </w:rPr>
              <w:t>0.1534474766257738</w:t>
            </w:r>
          </w:p>
        </w:tc>
        <w:tc>
          <w:tcPr>
            <w:tcW w:w="890" w:type="dxa"/>
          </w:tcPr>
          <w:p w14:paraId="5DEFEC19" w14:textId="77777777" w:rsidR="003D15D0" w:rsidRDefault="00000000">
            <w:r>
              <w:rPr>
                <w:sz w:val="16"/>
              </w:rPr>
              <w:t>No</w:t>
            </w:r>
          </w:p>
        </w:tc>
        <w:tc>
          <w:tcPr>
            <w:tcW w:w="890" w:type="dxa"/>
          </w:tcPr>
          <w:p w14:paraId="5841560B" w14:textId="77777777" w:rsidR="003D15D0" w:rsidRDefault="003D15D0"/>
        </w:tc>
        <w:tc>
          <w:tcPr>
            <w:tcW w:w="890" w:type="dxa"/>
          </w:tcPr>
          <w:p w14:paraId="5D8ED177" w14:textId="77777777" w:rsidR="003D15D0" w:rsidRDefault="003D15D0"/>
        </w:tc>
        <w:tc>
          <w:tcPr>
            <w:tcW w:w="890" w:type="dxa"/>
          </w:tcPr>
          <w:p w14:paraId="4B06AA88" w14:textId="77777777" w:rsidR="003D15D0" w:rsidRDefault="003D15D0"/>
        </w:tc>
        <w:tc>
          <w:tcPr>
            <w:tcW w:w="890" w:type="dxa"/>
          </w:tcPr>
          <w:p w14:paraId="59C8F740" w14:textId="77777777" w:rsidR="003D15D0" w:rsidRDefault="003D15D0"/>
        </w:tc>
      </w:tr>
      <w:tr w:rsidR="003D15D0" w14:paraId="0BFEA13D" w14:textId="77777777">
        <w:tc>
          <w:tcPr>
            <w:tcW w:w="890" w:type="dxa"/>
          </w:tcPr>
          <w:p w14:paraId="6E9ACF15" w14:textId="77777777" w:rsidR="003D15D0" w:rsidRDefault="00000000">
            <w:r>
              <w:rPr>
                <w:sz w:val="16"/>
              </w:rPr>
              <w:t>Bishop (imputed)</w:t>
            </w:r>
          </w:p>
        </w:tc>
        <w:tc>
          <w:tcPr>
            <w:tcW w:w="890" w:type="dxa"/>
          </w:tcPr>
          <w:p w14:paraId="4407559C" w14:textId="77777777" w:rsidR="003D15D0" w:rsidRDefault="00000000">
            <w:r>
              <w:rPr>
                <w:sz w:val="16"/>
              </w:rPr>
              <w:t>Admission Bishop (imputed)</w:t>
            </w:r>
          </w:p>
        </w:tc>
        <w:tc>
          <w:tcPr>
            <w:tcW w:w="890" w:type="dxa"/>
          </w:tcPr>
          <w:p w14:paraId="686C1A9C" w14:textId="77777777" w:rsidR="003D15D0" w:rsidRDefault="00000000">
            <w:r>
              <w:rPr>
                <w:sz w:val="16"/>
              </w:rPr>
              <w:t>-0.0525132715994606</w:t>
            </w:r>
          </w:p>
        </w:tc>
        <w:tc>
          <w:tcPr>
            <w:tcW w:w="890" w:type="dxa"/>
          </w:tcPr>
          <w:p w14:paraId="1645C3D1" w14:textId="77777777" w:rsidR="003D15D0" w:rsidRDefault="00000000">
            <w:r>
              <w:rPr>
                <w:sz w:val="16"/>
              </w:rPr>
              <w:t>-0.0275919772766459</w:t>
            </w:r>
          </w:p>
        </w:tc>
        <w:tc>
          <w:tcPr>
            <w:tcW w:w="890" w:type="dxa"/>
          </w:tcPr>
          <w:p w14:paraId="0D75E70B" w14:textId="77777777" w:rsidR="003D15D0" w:rsidRDefault="00000000">
            <w:r>
              <w:rPr>
                <w:sz w:val="16"/>
              </w:rPr>
              <w:t>0.0525132715994606</w:t>
            </w:r>
          </w:p>
        </w:tc>
        <w:tc>
          <w:tcPr>
            <w:tcW w:w="890" w:type="dxa"/>
          </w:tcPr>
          <w:p w14:paraId="7F2D5AB9" w14:textId="77777777" w:rsidR="003D15D0" w:rsidRDefault="00000000">
            <w:r>
              <w:rPr>
                <w:sz w:val="16"/>
              </w:rPr>
              <w:t>0.0275919772766459</w:t>
            </w:r>
          </w:p>
        </w:tc>
        <w:tc>
          <w:tcPr>
            <w:tcW w:w="890" w:type="dxa"/>
          </w:tcPr>
          <w:p w14:paraId="09FE6139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7EE47E7A" w14:textId="77777777" w:rsidR="003D15D0" w:rsidRDefault="003D15D0"/>
        </w:tc>
        <w:tc>
          <w:tcPr>
            <w:tcW w:w="890" w:type="dxa"/>
          </w:tcPr>
          <w:p w14:paraId="1ED5060F" w14:textId="77777777" w:rsidR="003D15D0" w:rsidRDefault="003D15D0"/>
        </w:tc>
        <w:tc>
          <w:tcPr>
            <w:tcW w:w="890" w:type="dxa"/>
          </w:tcPr>
          <w:p w14:paraId="6D562B1D" w14:textId="77777777" w:rsidR="003D15D0" w:rsidRDefault="003D15D0"/>
        </w:tc>
        <w:tc>
          <w:tcPr>
            <w:tcW w:w="890" w:type="dxa"/>
          </w:tcPr>
          <w:p w14:paraId="1DC0E42F" w14:textId="77777777" w:rsidR="003D15D0" w:rsidRDefault="003D15D0"/>
        </w:tc>
      </w:tr>
      <w:tr w:rsidR="003D15D0" w14:paraId="688FC1D3" w14:textId="77777777">
        <w:tc>
          <w:tcPr>
            <w:tcW w:w="890" w:type="dxa"/>
          </w:tcPr>
          <w:p w14:paraId="427C638C" w14:textId="77777777" w:rsidR="003D15D0" w:rsidRDefault="00000000">
            <w:r>
              <w:rPr>
                <w:sz w:val="16"/>
              </w:rPr>
              <w:t>Bishop missing</w:t>
            </w:r>
          </w:p>
        </w:tc>
        <w:tc>
          <w:tcPr>
            <w:tcW w:w="890" w:type="dxa"/>
          </w:tcPr>
          <w:p w14:paraId="3903C927" w14:textId="77777777" w:rsidR="003D15D0" w:rsidRDefault="00000000">
            <w:r>
              <w:rPr>
                <w:sz w:val="16"/>
              </w:rPr>
              <w:t>Bishop missing indicator</w:t>
            </w:r>
          </w:p>
        </w:tc>
        <w:tc>
          <w:tcPr>
            <w:tcW w:w="890" w:type="dxa"/>
          </w:tcPr>
          <w:p w14:paraId="6148A818" w14:textId="77777777" w:rsidR="003D15D0" w:rsidRDefault="00000000">
            <w:r>
              <w:rPr>
                <w:sz w:val="16"/>
              </w:rPr>
              <w:t>0.1071326232093478</w:t>
            </w:r>
          </w:p>
        </w:tc>
        <w:tc>
          <w:tcPr>
            <w:tcW w:w="890" w:type="dxa"/>
          </w:tcPr>
          <w:p w14:paraId="3B659323" w14:textId="77777777" w:rsidR="003D15D0" w:rsidRDefault="00000000">
            <w:r>
              <w:rPr>
                <w:sz w:val="16"/>
              </w:rPr>
              <w:t>-0.1841149235796646</w:t>
            </w:r>
          </w:p>
        </w:tc>
        <w:tc>
          <w:tcPr>
            <w:tcW w:w="890" w:type="dxa"/>
          </w:tcPr>
          <w:p w14:paraId="42CA6734" w14:textId="77777777" w:rsidR="003D15D0" w:rsidRDefault="00000000">
            <w:r>
              <w:rPr>
                <w:sz w:val="16"/>
              </w:rPr>
              <w:t>0.1071326232093478</w:t>
            </w:r>
          </w:p>
        </w:tc>
        <w:tc>
          <w:tcPr>
            <w:tcW w:w="890" w:type="dxa"/>
          </w:tcPr>
          <w:p w14:paraId="69E60649" w14:textId="77777777" w:rsidR="003D15D0" w:rsidRDefault="00000000">
            <w:r>
              <w:rPr>
                <w:sz w:val="16"/>
              </w:rPr>
              <w:t>0.1841149235796646</w:t>
            </w:r>
          </w:p>
        </w:tc>
        <w:tc>
          <w:tcPr>
            <w:tcW w:w="890" w:type="dxa"/>
          </w:tcPr>
          <w:p w14:paraId="388C1AE7" w14:textId="77777777" w:rsidR="003D15D0" w:rsidRDefault="00000000">
            <w:r>
              <w:rPr>
                <w:sz w:val="16"/>
              </w:rPr>
              <w:t>No</w:t>
            </w:r>
          </w:p>
        </w:tc>
        <w:tc>
          <w:tcPr>
            <w:tcW w:w="890" w:type="dxa"/>
          </w:tcPr>
          <w:p w14:paraId="71F0D779" w14:textId="77777777" w:rsidR="003D15D0" w:rsidRDefault="003D15D0"/>
        </w:tc>
        <w:tc>
          <w:tcPr>
            <w:tcW w:w="890" w:type="dxa"/>
          </w:tcPr>
          <w:p w14:paraId="3F8728B4" w14:textId="77777777" w:rsidR="003D15D0" w:rsidRDefault="003D15D0"/>
        </w:tc>
        <w:tc>
          <w:tcPr>
            <w:tcW w:w="890" w:type="dxa"/>
          </w:tcPr>
          <w:p w14:paraId="3F316306" w14:textId="77777777" w:rsidR="003D15D0" w:rsidRDefault="003D15D0"/>
        </w:tc>
        <w:tc>
          <w:tcPr>
            <w:tcW w:w="890" w:type="dxa"/>
          </w:tcPr>
          <w:p w14:paraId="64B0AAA7" w14:textId="77777777" w:rsidR="003D15D0" w:rsidRDefault="003D15D0"/>
        </w:tc>
      </w:tr>
      <w:tr w:rsidR="003D15D0" w14:paraId="3B47E5D7" w14:textId="77777777">
        <w:tc>
          <w:tcPr>
            <w:tcW w:w="890" w:type="dxa"/>
          </w:tcPr>
          <w:p w14:paraId="6E0BB0D6" w14:textId="77777777" w:rsidR="003D15D0" w:rsidRDefault="00000000">
            <w:r>
              <w:rPr>
                <w:sz w:val="16"/>
              </w:rPr>
              <w:t>gbs_positive_fill</w:t>
            </w:r>
          </w:p>
        </w:tc>
        <w:tc>
          <w:tcPr>
            <w:tcW w:w="890" w:type="dxa"/>
          </w:tcPr>
          <w:p w14:paraId="518C053E" w14:textId="77777777" w:rsidR="003D15D0" w:rsidRDefault="00000000">
            <w:r>
              <w:rPr>
                <w:sz w:val="16"/>
              </w:rPr>
              <w:t>GBS positive (missing as negative)</w:t>
            </w:r>
          </w:p>
        </w:tc>
        <w:tc>
          <w:tcPr>
            <w:tcW w:w="890" w:type="dxa"/>
          </w:tcPr>
          <w:p w14:paraId="03B1ECF9" w14:textId="77777777" w:rsidR="003D15D0" w:rsidRDefault="00000000">
            <w:r>
              <w:rPr>
                <w:sz w:val="16"/>
              </w:rPr>
              <w:t>-0.3105262398909397</w:t>
            </w:r>
          </w:p>
        </w:tc>
        <w:tc>
          <w:tcPr>
            <w:tcW w:w="890" w:type="dxa"/>
          </w:tcPr>
          <w:p w14:paraId="5BDCD0F1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890" w:type="dxa"/>
          </w:tcPr>
          <w:p w14:paraId="41488824" w14:textId="77777777" w:rsidR="003D15D0" w:rsidRDefault="00000000">
            <w:r>
              <w:rPr>
                <w:sz w:val="16"/>
              </w:rPr>
              <w:t>0.3105262398909397</w:t>
            </w:r>
          </w:p>
        </w:tc>
        <w:tc>
          <w:tcPr>
            <w:tcW w:w="890" w:type="dxa"/>
          </w:tcPr>
          <w:p w14:paraId="169B97B6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890" w:type="dxa"/>
          </w:tcPr>
          <w:p w14:paraId="6A17D14B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2EC52295" w14:textId="77777777" w:rsidR="003D15D0" w:rsidRDefault="003D15D0"/>
        </w:tc>
        <w:tc>
          <w:tcPr>
            <w:tcW w:w="890" w:type="dxa"/>
          </w:tcPr>
          <w:p w14:paraId="5BCC7D07" w14:textId="77777777" w:rsidR="003D15D0" w:rsidRDefault="003D15D0"/>
        </w:tc>
        <w:tc>
          <w:tcPr>
            <w:tcW w:w="890" w:type="dxa"/>
          </w:tcPr>
          <w:p w14:paraId="4EE559A6" w14:textId="77777777" w:rsidR="003D15D0" w:rsidRDefault="003D15D0"/>
        </w:tc>
        <w:tc>
          <w:tcPr>
            <w:tcW w:w="890" w:type="dxa"/>
          </w:tcPr>
          <w:p w14:paraId="4FAD028E" w14:textId="77777777" w:rsidR="003D15D0" w:rsidRDefault="003D15D0"/>
        </w:tc>
      </w:tr>
      <w:tr w:rsidR="003D15D0" w14:paraId="75B28E09" w14:textId="77777777">
        <w:tc>
          <w:tcPr>
            <w:tcW w:w="890" w:type="dxa"/>
          </w:tcPr>
          <w:p w14:paraId="5049444B" w14:textId="77777777" w:rsidR="003D15D0" w:rsidRDefault="00000000">
            <w:r>
              <w:rPr>
                <w:sz w:val="16"/>
              </w:rPr>
              <w:t>diabetes</w:t>
            </w:r>
          </w:p>
        </w:tc>
        <w:tc>
          <w:tcPr>
            <w:tcW w:w="890" w:type="dxa"/>
          </w:tcPr>
          <w:p w14:paraId="25CDCD43" w14:textId="77777777" w:rsidR="003D15D0" w:rsidRDefault="00000000">
            <w:r>
              <w:rPr>
                <w:sz w:val="16"/>
              </w:rPr>
              <w:t>Diabetes</w:t>
            </w:r>
          </w:p>
        </w:tc>
        <w:tc>
          <w:tcPr>
            <w:tcW w:w="890" w:type="dxa"/>
          </w:tcPr>
          <w:p w14:paraId="634838E9" w14:textId="77777777" w:rsidR="003D15D0" w:rsidRDefault="00000000">
            <w:r>
              <w:rPr>
                <w:sz w:val="16"/>
              </w:rPr>
              <w:t>0.1058605221482751</w:t>
            </w:r>
          </w:p>
        </w:tc>
        <w:tc>
          <w:tcPr>
            <w:tcW w:w="890" w:type="dxa"/>
          </w:tcPr>
          <w:p w14:paraId="64BC3DF9" w14:textId="77777777" w:rsidR="003D15D0" w:rsidRDefault="00000000">
            <w:r>
              <w:rPr>
                <w:sz w:val="16"/>
              </w:rPr>
              <w:t>0.0362282271514014</w:t>
            </w:r>
          </w:p>
        </w:tc>
        <w:tc>
          <w:tcPr>
            <w:tcW w:w="890" w:type="dxa"/>
          </w:tcPr>
          <w:p w14:paraId="24A278E9" w14:textId="77777777" w:rsidR="003D15D0" w:rsidRDefault="00000000">
            <w:r>
              <w:rPr>
                <w:sz w:val="16"/>
              </w:rPr>
              <w:t>0.1058605221482751</w:t>
            </w:r>
          </w:p>
        </w:tc>
        <w:tc>
          <w:tcPr>
            <w:tcW w:w="890" w:type="dxa"/>
          </w:tcPr>
          <w:p w14:paraId="08055B5D" w14:textId="77777777" w:rsidR="003D15D0" w:rsidRDefault="00000000">
            <w:r>
              <w:rPr>
                <w:sz w:val="16"/>
              </w:rPr>
              <w:t>0.0362282271514014</w:t>
            </w:r>
          </w:p>
        </w:tc>
        <w:tc>
          <w:tcPr>
            <w:tcW w:w="890" w:type="dxa"/>
          </w:tcPr>
          <w:p w14:paraId="508EB4A8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0DB581E0" w14:textId="77777777" w:rsidR="003D15D0" w:rsidRDefault="003D15D0"/>
        </w:tc>
        <w:tc>
          <w:tcPr>
            <w:tcW w:w="890" w:type="dxa"/>
          </w:tcPr>
          <w:p w14:paraId="074436FC" w14:textId="77777777" w:rsidR="003D15D0" w:rsidRDefault="003D15D0"/>
        </w:tc>
        <w:tc>
          <w:tcPr>
            <w:tcW w:w="890" w:type="dxa"/>
          </w:tcPr>
          <w:p w14:paraId="5EFE1565" w14:textId="77777777" w:rsidR="003D15D0" w:rsidRDefault="003D15D0"/>
        </w:tc>
        <w:tc>
          <w:tcPr>
            <w:tcW w:w="890" w:type="dxa"/>
          </w:tcPr>
          <w:p w14:paraId="5487B834" w14:textId="77777777" w:rsidR="003D15D0" w:rsidRDefault="003D15D0"/>
        </w:tc>
      </w:tr>
      <w:tr w:rsidR="003D15D0" w14:paraId="7D59344C" w14:textId="77777777">
        <w:tc>
          <w:tcPr>
            <w:tcW w:w="890" w:type="dxa"/>
          </w:tcPr>
          <w:p w14:paraId="5DFFE5BB" w14:textId="77777777" w:rsidR="003D15D0" w:rsidRDefault="00000000">
            <w:r>
              <w:rPr>
                <w:sz w:val="16"/>
              </w:rPr>
              <w:t>hypertension</w:t>
            </w:r>
          </w:p>
        </w:tc>
        <w:tc>
          <w:tcPr>
            <w:tcW w:w="890" w:type="dxa"/>
          </w:tcPr>
          <w:p w14:paraId="3D1D1784" w14:textId="77777777" w:rsidR="003D15D0" w:rsidRDefault="00000000">
            <w:r>
              <w:rPr>
                <w:sz w:val="16"/>
              </w:rPr>
              <w:t>Hypertension</w:t>
            </w:r>
          </w:p>
        </w:tc>
        <w:tc>
          <w:tcPr>
            <w:tcW w:w="890" w:type="dxa"/>
          </w:tcPr>
          <w:p w14:paraId="201C01F7" w14:textId="77777777" w:rsidR="003D15D0" w:rsidRDefault="00000000">
            <w:r>
              <w:rPr>
                <w:sz w:val="16"/>
              </w:rPr>
              <w:t>0.3614667270894244</w:t>
            </w:r>
          </w:p>
        </w:tc>
        <w:tc>
          <w:tcPr>
            <w:tcW w:w="890" w:type="dxa"/>
          </w:tcPr>
          <w:p w14:paraId="6D84207E" w14:textId="77777777" w:rsidR="003D15D0" w:rsidRDefault="00000000">
            <w:r>
              <w:rPr>
                <w:sz w:val="16"/>
              </w:rPr>
              <w:t>-0.1209043277462449</w:t>
            </w:r>
          </w:p>
        </w:tc>
        <w:tc>
          <w:tcPr>
            <w:tcW w:w="890" w:type="dxa"/>
          </w:tcPr>
          <w:p w14:paraId="00DF71B8" w14:textId="77777777" w:rsidR="003D15D0" w:rsidRDefault="00000000">
            <w:r>
              <w:rPr>
                <w:sz w:val="16"/>
              </w:rPr>
              <w:t>0.3614667270894244</w:t>
            </w:r>
          </w:p>
        </w:tc>
        <w:tc>
          <w:tcPr>
            <w:tcW w:w="890" w:type="dxa"/>
          </w:tcPr>
          <w:p w14:paraId="171A61B5" w14:textId="77777777" w:rsidR="003D15D0" w:rsidRDefault="00000000">
            <w:r>
              <w:rPr>
                <w:sz w:val="16"/>
              </w:rPr>
              <w:t>0.1209043277462449</w:t>
            </w:r>
          </w:p>
        </w:tc>
        <w:tc>
          <w:tcPr>
            <w:tcW w:w="890" w:type="dxa"/>
          </w:tcPr>
          <w:p w14:paraId="6A2329A1" w14:textId="77777777" w:rsidR="003D15D0" w:rsidRDefault="00000000">
            <w:r>
              <w:rPr>
                <w:sz w:val="16"/>
              </w:rPr>
              <w:t>No</w:t>
            </w:r>
          </w:p>
        </w:tc>
        <w:tc>
          <w:tcPr>
            <w:tcW w:w="890" w:type="dxa"/>
          </w:tcPr>
          <w:p w14:paraId="6200F8C4" w14:textId="77777777" w:rsidR="003D15D0" w:rsidRDefault="003D15D0"/>
        </w:tc>
        <w:tc>
          <w:tcPr>
            <w:tcW w:w="890" w:type="dxa"/>
          </w:tcPr>
          <w:p w14:paraId="5A544F51" w14:textId="77777777" w:rsidR="003D15D0" w:rsidRDefault="003D15D0"/>
        </w:tc>
        <w:tc>
          <w:tcPr>
            <w:tcW w:w="890" w:type="dxa"/>
          </w:tcPr>
          <w:p w14:paraId="6F73C7A4" w14:textId="77777777" w:rsidR="003D15D0" w:rsidRDefault="003D15D0"/>
        </w:tc>
        <w:tc>
          <w:tcPr>
            <w:tcW w:w="890" w:type="dxa"/>
          </w:tcPr>
          <w:p w14:paraId="47BECA06" w14:textId="77777777" w:rsidR="003D15D0" w:rsidRDefault="003D15D0"/>
        </w:tc>
      </w:tr>
      <w:tr w:rsidR="003D15D0" w14:paraId="6B158EDF" w14:textId="77777777">
        <w:tc>
          <w:tcPr>
            <w:tcW w:w="890" w:type="dxa"/>
          </w:tcPr>
          <w:p w14:paraId="62384BEE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890" w:type="dxa"/>
          </w:tcPr>
          <w:p w14:paraId="24C5E146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890" w:type="dxa"/>
          </w:tcPr>
          <w:p w14:paraId="565FFEEA" w14:textId="77777777" w:rsidR="003D15D0" w:rsidRDefault="00000000">
            <w:r>
              <w:rPr>
                <w:sz w:val="16"/>
              </w:rPr>
              <w:t>-0.1524985703326046</w:t>
            </w:r>
          </w:p>
        </w:tc>
        <w:tc>
          <w:tcPr>
            <w:tcW w:w="890" w:type="dxa"/>
          </w:tcPr>
          <w:p w14:paraId="3BC33199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890" w:type="dxa"/>
          </w:tcPr>
          <w:p w14:paraId="4A528536" w14:textId="77777777" w:rsidR="003D15D0" w:rsidRDefault="00000000">
            <w:r>
              <w:rPr>
                <w:sz w:val="16"/>
              </w:rPr>
              <w:t>0.1524985703326046</w:t>
            </w:r>
          </w:p>
        </w:tc>
        <w:tc>
          <w:tcPr>
            <w:tcW w:w="890" w:type="dxa"/>
          </w:tcPr>
          <w:p w14:paraId="5ACD3F28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890" w:type="dxa"/>
          </w:tcPr>
          <w:p w14:paraId="0EFCD9DF" w14:textId="77777777" w:rsidR="003D15D0" w:rsidRDefault="00000000">
            <w:r>
              <w:rPr>
                <w:sz w:val="16"/>
              </w:rPr>
              <w:t>Yes</w:t>
            </w:r>
          </w:p>
        </w:tc>
        <w:tc>
          <w:tcPr>
            <w:tcW w:w="890" w:type="dxa"/>
          </w:tcPr>
          <w:p w14:paraId="153EE88D" w14:textId="77777777" w:rsidR="003D15D0" w:rsidRDefault="003D15D0"/>
        </w:tc>
        <w:tc>
          <w:tcPr>
            <w:tcW w:w="890" w:type="dxa"/>
          </w:tcPr>
          <w:p w14:paraId="296C26F7" w14:textId="77777777" w:rsidR="003D15D0" w:rsidRDefault="003D15D0"/>
        </w:tc>
        <w:tc>
          <w:tcPr>
            <w:tcW w:w="890" w:type="dxa"/>
          </w:tcPr>
          <w:p w14:paraId="351F9EFC" w14:textId="77777777" w:rsidR="003D15D0" w:rsidRDefault="003D15D0"/>
        </w:tc>
        <w:tc>
          <w:tcPr>
            <w:tcW w:w="890" w:type="dxa"/>
          </w:tcPr>
          <w:p w14:paraId="1922E771" w14:textId="77777777" w:rsidR="003D15D0" w:rsidRDefault="003D15D0"/>
        </w:tc>
      </w:tr>
    </w:tbl>
    <w:p w14:paraId="35170363" w14:textId="77777777" w:rsidR="003D15D0" w:rsidRDefault="003D15D0"/>
    <w:p w14:paraId="4EE9C8E7" w14:textId="77777777" w:rsidR="003D15D0" w:rsidRDefault="00000000">
      <w:pPr>
        <w:pStyle w:val="1"/>
      </w:pPr>
      <w:r>
        <w:t>Table S3. Propensity-score matching sensitivity variants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825"/>
        <w:gridCol w:w="472"/>
        <w:gridCol w:w="1015"/>
        <w:gridCol w:w="1245"/>
        <w:gridCol w:w="1245"/>
        <w:gridCol w:w="1245"/>
        <w:gridCol w:w="1245"/>
        <w:gridCol w:w="1245"/>
        <w:gridCol w:w="1245"/>
      </w:tblGrid>
      <w:tr w:rsidR="003D15D0" w14:paraId="0338C86E" w14:textId="77777777">
        <w:tc>
          <w:tcPr>
            <w:tcW w:w="1088" w:type="dxa"/>
          </w:tcPr>
          <w:p w14:paraId="79CD1AE2" w14:textId="77777777" w:rsidR="003D15D0" w:rsidRDefault="00000000">
            <w:r>
              <w:rPr>
                <w:b/>
                <w:sz w:val="16"/>
              </w:rPr>
              <w:t>Variant</w:t>
            </w:r>
          </w:p>
        </w:tc>
        <w:tc>
          <w:tcPr>
            <w:tcW w:w="1088" w:type="dxa"/>
          </w:tcPr>
          <w:p w14:paraId="4C8D4F8E" w14:textId="77777777" w:rsidR="003D15D0" w:rsidRDefault="00000000">
            <w:r>
              <w:rPr>
                <w:b/>
                <w:sz w:val="16"/>
              </w:rPr>
              <w:t>n pairs</w:t>
            </w:r>
          </w:p>
        </w:tc>
        <w:tc>
          <w:tcPr>
            <w:tcW w:w="1088" w:type="dxa"/>
          </w:tcPr>
          <w:p w14:paraId="6431D360" w14:textId="77777777" w:rsidR="003D15D0" w:rsidRDefault="00000000">
            <w:r>
              <w:rPr>
                <w:b/>
                <w:sz w:val="16"/>
              </w:rPr>
              <w:t>Outcome</w:t>
            </w:r>
          </w:p>
        </w:tc>
        <w:tc>
          <w:tcPr>
            <w:tcW w:w="1088" w:type="dxa"/>
          </w:tcPr>
          <w:p w14:paraId="6686ED14" w14:textId="77777777" w:rsidR="003D15D0" w:rsidRDefault="00000000">
            <w:r>
              <w:rPr>
                <w:b/>
                <w:sz w:val="16"/>
              </w:rPr>
              <w:t>Treated events</w:t>
            </w:r>
          </w:p>
        </w:tc>
        <w:tc>
          <w:tcPr>
            <w:tcW w:w="1088" w:type="dxa"/>
          </w:tcPr>
          <w:p w14:paraId="614204FC" w14:textId="77777777" w:rsidR="003D15D0" w:rsidRDefault="00000000">
            <w:r>
              <w:rPr>
                <w:b/>
                <w:sz w:val="16"/>
              </w:rPr>
              <w:t>Control events</w:t>
            </w:r>
          </w:p>
        </w:tc>
        <w:tc>
          <w:tcPr>
            <w:tcW w:w="1088" w:type="dxa"/>
          </w:tcPr>
          <w:p w14:paraId="3CC626E4" w14:textId="77777777" w:rsidR="003D15D0" w:rsidRDefault="00000000">
            <w:r>
              <w:rPr>
                <w:b/>
                <w:sz w:val="16"/>
              </w:rPr>
              <w:t>paired_or</w:t>
            </w:r>
          </w:p>
        </w:tc>
        <w:tc>
          <w:tcPr>
            <w:tcW w:w="1088" w:type="dxa"/>
          </w:tcPr>
          <w:p w14:paraId="18CECF86" w14:textId="77777777" w:rsidR="003D15D0" w:rsidRDefault="00000000">
            <w:r>
              <w:rPr>
                <w:b/>
                <w:sz w:val="16"/>
              </w:rPr>
              <w:t>OR 95% CI low</w:t>
            </w:r>
          </w:p>
        </w:tc>
        <w:tc>
          <w:tcPr>
            <w:tcW w:w="1088" w:type="dxa"/>
          </w:tcPr>
          <w:p w14:paraId="50FC0139" w14:textId="77777777" w:rsidR="003D15D0" w:rsidRDefault="00000000">
            <w:r>
              <w:rPr>
                <w:b/>
                <w:sz w:val="16"/>
              </w:rPr>
              <w:t>OR 95% CI high</w:t>
            </w:r>
          </w:p>
        </w:tc>
        <w:tc>
          <w:tcPr>
            <w:tcW w:w="1088" w:type="dxa"/>
          </w:tcPr>
          <w:p w14:paraId="6EC7D4BA" w14:textId="77777777" w:rsidR="003D15D0" w:rsidRDefault="00000000">
            <w:r>
              <w:rPr>
                <w:b/>
                <w:sz w:val="16"/>
              </w:rPr>
              <w:t>P</w:t>
            </w:r>
          </w:p>
        </w:tc>
      </w:tr>
      <w:tr w:rsidR="003D15D0" w14:paraId="5E0BBA26" w14:textId="77777777">
        <w:tc>
          <w:tcPr>
            <w:tcW w:w="1088" w:type="dxa"/>
          </w:tcPr>
          <w:p w14:paraId="346DC3F5" w14:textId="77777777" w:rsidR="003D15D0" w:rsidRDefault="00000000">
            <w:r>
              <w:rPr>
                <w:sz w:val="16"/>
              </w:rPr>
              <w:t>1:1 nearest neighbour + 0.1 SD caliper</w:t>
            </w:r>
          </w:p>
        </w:tc>
        <w:tc>
          <w:tcPr>
            <w:tcW w:w="1088" w:type="dxa"/>
          </w:tcPr>
          <w:p w14:paraId="720356FC" w14:textId="77777777" w:rsidR="003D15D0" w:rsidRDefault="00000000">
            <w:r>
              <w:rPr>
                <w:sz w:val="16"/>
              </w:rPr>
              <w:t>59.0</w:t>
            </w:r>
          </w:p>
        </w:tc>
        <w:tc>
          <w:tcPr>
            <w:tcW w:w="1088" w:type="dxa"/>
          </w:tcPr>
          <w:p w14:paraId="052CEF3F" w14:textId="77777777" w:rsidR="003D15D0" w:rsidRDefault="00000000">
            <w:r>
              <w:rPr>
                <w:sz w:val="16"/>
              </w:rPr>
              <w:t>Clinical chorioamnionitis</w:t>
            </w:r>
          </w:p>
        </w:tc>
        <w:tc>
          <w:tcPr>
            <w:tcW w:w="1088" w:type="dxa"/>
          </w:tcPr>
          <w:p w14:paraId="27E2F45E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088" w:type="dxa"/>
          </w:tcPr>
          <w:p w14:paraId="48C581A1" w14:textId="77777777" w:rsidR="003D15D0" w:rsidRDefault="00000000">
            <w:r>
              <w:rPr>
                <w:sz w:val="16"/>
              </w:rPr>
              <w:t>3.0</w:t>
            </w:r>
          </w:p>
        </w:tc>
        <w:tc>
          <w:tcPr>
            <w:tcW w:w="1088" w:type="dxa"/>
          </w:tcPr>
          <w:p w14:paraId="5C0AE244" w14:textId="77777777" w:rsidR="003D15D0" w:rsidRDefault="00000000">
            <w:r>
              <w:rPr>
                <w:sz w:val="16"/>
              </w:rPr>
              <w:t>1.3333333333333333</w:t>
            </w:r>
          </w:p>
        </w:tc>
        <w:tc>
          <w:tcPr>
            <w:tcW w:w="1088" w:type="dxa"/>
          </w:tcPr>
          <w:p w14:paraId="2897304F" w14:textId="77777777" w:rsidR="003D15D0" w:rsidRDefault="00000000">
            <w:r>
              <w:rPr>
                <w:sz w:val="16"/>
              </w:rPr>
              <w:t>0.2255676466361177</w:t>
            </w:r>
          </w:p>
        </w:tc>
        <w:tc>
          <w:tcPr>
            <w:tcW w:w="1088" w:type="dxa"/>
          </w:tcPr>
          <w:p w14:paraId="4B2505DD" w14:textId="77777777" w:rsidR="003D15D0" w:rsidRDefault="00000000">
            <w:r>
              <w:rPr>
                <w:sz w:val="16"/>
              </w:rPr>
              <w:t>9.1022061972427</w:t>
            </w:r>
          </w:p>
        </w:tc>
        <w:tc>
          <w:tcPr>
            <w:tcW w:w="1088" w:type="dxa"/>
          </w:tcPr>
          <w:p w14:paraId="665ECDD8" w14:textId="77777777" w:rsidR="003D15D0" w:rsidRDefault="00000000">
            <w:r>
              <w:rPr>
                <w:sz w:val="16"/>
              </w:rPr>
              <w:t>1.0</w:t>
            </w:r>
          </w:p>
        </w:tc>
      </w:tr>
      <w:tr w:rsidR="003D15D0" w14:paraId="729387BD" w14:textId="77777777">
        <w:tc>
          <w:tcPr>
            <w:tcW w:w="1088" w:type="dxa"/>
          </w:tcPr>
          <w:p w14:paraId="02F1261D" w14:textId="77777777" w:rsidR="003D15D0" w:rsidRDefault="00000000">
            <w:r>
              <w:rPr>
                <w:sz w:val="16"/>
              </w:rPr>
              <w:t>1:1 nearest neighbour + 0.1 SD caliper</w:t>
            </w:r>
          </w:p>
        </w:tc>
        <w:tc>
          <w:tcPr>
            <w:tcW w:w="1088" w:type="dxa"/>
          </w:tcPr>
          <w:p w14:paraId="784FE5FF" w14:textId="77777777" w:rsidR="003D15D0" w:rsidRDefault="00000000">
            <w:r>
              <w:rPr>
                <w:sz w:val="16"/>
              </w:rPr>
              <w:t>59.0</w:t>
            </w:r>
          </w:p>
        </w:tc>
        <w:tc>
          <w:tcPr>
            <w:tcW w:w="1088" w:type="dxa"/>
          </w:tcPr>
          <w:p w14:paraId="2C376213" w14:textId="77777777" w:rsidR="003D15D0" w:rsidRDefault="00000000">
            <w:r>
              <w:rPr>
                <w:sz w:val="16"/>
              </w:rPr>
              <w:t>Intrapartum fever &gt;=38.0 C</w:t>
            </w:r>
          </w:p>
        </w:tc>
        <w:tc>
          <w:tcPr>
            <w:tcW w:w="1088" w:type="dxa"/>
          </w:tcPr>
          <w:p w14:paraId="63BA35D0" w14:textId="77777777" w:rsidR="003D15D0" w:rsidRDefault="00000000">
            <w:r>
              <w:rPr>
                <w:sz w:val="16"/>
              </w:rPr>
              <w:t>5.0</w:t>
            </w:r>
          </w:p>
        </w:tc>
        <w:tc>
          <w:tcPr>
            <w:tcW w:w="1088" w:type="dxa"/>
          </w:tcPr>
          <w:p w14:paraId="79AF4E44" w14:textId="77777777" w:rsidR="003D15D0" w:rsidRDefault="00000000">
            <w:r>
              <w:rPr>
                <w:sz w:val="16"/>
              </w:rPr>
              <w:t>1.0</w:t>
            </w:r>
          </w:p>
        </w:tc>
        <w:tc>
          <w:tcPr>
            <w:tcW w:w="1088" w:type="dxa"/>
          </w:tcPr>
          <w:p w14:paraId="555A8182" w14:textId="77777777" w:rsidR="003D15D0" w:rsidRDefault="00000000">
            <w:r>
              <w:rPr>
                <w:sz w:val="16"/>
              </w:rPr>
              <w:t>5.0</w:t>
            </w:r>
          </w:p>
        </w:tc>
        <w:tc>
          <w:tcPr>
            <w:tcW w:w="1088" w:type="dxa"/>
          </w:tcPr>
          <w:p w14:paraId="0C274D58" w14:textId="77777777" w:rsidR="003D15D0" w:rsidRDefault="00000000">
            <w:r>
              <w:rPr>
                <w:sz w:val="16"/>
              </w:rPr>
              <w:t>0.5594916942212199</w:t>
            </w:r>
          </w:p>
        </w:tc>
        <w:tc>
          <w:tcPr>
            <w:tcW w:w="1088" w:type="dxa"/>
          </w:tcPr>
          <w:p w14:paraId="5ACED8C6" w14:textId="77777777" w:rsidR="003D15D0" w:rsidRDefault="00000000">
            <w:r>
              <w:rPr>
                <w:sz w:val="16"/>
              </w:rPr>
              <w:t>236.48769426646496</w:t>
            </w:r>
          </w:p>
        </w:tc>
        <w:tc>
          <w:tcPr>
            <w:tcW w:w="1088" w:type="dxa"/>
          </w:tcPr>
          <w:p w14:paraId="4C5EF96C" w14:textId="77777777" w:rsidR="003D15D0" w:rsidRDefault="00000000">
            <w:r>
              <w:rPr>
                <w:sz w:val="16"/>
              </w:rPr>
              <w:t>0.2187500000000002</w:t>
            </w:r>
          </w:p>
        </w:tc>
      </w:tr>
      <w:tr w:rsidR="003D15D0" w14:paraId="2555A918" w14:textId="77777777">
        <w:tc>
          <w:tcPr>
            <w:tcW w:w="1088" w:type="dxa"/>
          </w:tcPr>
          <w:p w14:paraId="20CB3FE5" w14:textId="77777777" w:rsidR="003D15D0" w:rsidRDefault="00000000">
            <w:r>
              <w:rPr>
                <w:sz w:val="16"/>
              </w:rPr>
              <w:t xml:space="preserve">1:1 nearest </w:t>
            </w:r>
            <w:r>
              <w:rPr>
                <w:sz w:val="16"/>
              </w:rPr>
              <w:lastRenderedPageBreak/>
              <w:t>neighbour + 0.1 SD caliper</w:t>
            </w:r>
          </w:p>
        </w:tc>
        <w:tc>
          <w:tcPr>
            <w:tcW w:w="1088" w:type="dxa"/>
          </w:tcPr>
          <w:p w14:paraId="305EECC3" w14:textId="77777777" w:rsidR="003D15D0" w:rsidRDefault="00000000">
            <w:r>
              <w:rPr>
                <w:sz w:val="16"/>
              </w:rPr>
              <w:lastRenderedPageBreak/>
              <w:t>59.0</w:t>
            </w:r>
          </w:p>
        </w:tc>
        <w:tc>
          <w:tcPr>
            <w:tcW w:w="1088" w:type="dxa"/>
          </w:tcPr>
          <w:p w14:paraId="44ADD400" w14:textId="77777777" w:rsidR="003D15D0" w:rsidRDefault="00000000">
            <w:r>
              <w:rPr>
                <w:sz w:val="16"/>
              </w:rPr>
              <w:t>NICU admission</w:t>
            </w:r>
          </w:p>
        </w:tc>
        <w:tc>
          <w:tcPr>
            <w:tcW w:w="1088" w:type="dxa"/>
          </w:tcPr>
          <w:p w14:paraId="5BAAD1B3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088" w:type="dxa"/>
          </w:tcPr>
          <w:p w14:paraId="433BA7BA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088" w:type="dxa"/>
          </w:tcPr>
          <w:p w14:paraId="629E7365" w14:textId="77777777" w:rsidR="003D15D0" w:rsidRDefault="00000000">
            <w:r>
              <w:rPr>
                <w:sz w:val="16"/>
              </w:rPr>
              <w:t>inf</w:t>
            </w:r>
          </w:p>
        </w:tc>
        <w:tc>
          <w:tcPr>
            <w:tcW w:w="1088" w:type="dxa"/>
          </w:tcPr>
          <w:p w14:paraId="73BDC7F3" w14:textId="77777777" w:rsidR="003D15D0" w:rsidRDefault="00000000">
            <w:r>
              <w:rPr>
                <w:sz w:val="16"/>
              </w:rPr>
              <w:t>1.1774247258418584</w:t>
            </w:r>
          </w:p>
        </w:tc>
        <w:tc>
          <w:tcPr>
            <w:tcW w:w="1088" w:type="dxa"/>
          </w:tcPr>
          <w:p w14:paraId="52ACA272" w14:textId="77777777" w:rsidR="003D15D0" w:rsidRDefault="00000000">
            <w:r>
              <w:rPr>
                <w:sz w:val="16"/>
              </w:rPr>
              <w:t>inf</w:t>
            </w:r>
          </w:p>
        </w:tc>
        <w:tc>
          <w:tcPr>
            <w:tcW w:w="1088" w:type="dxa"/>
          </w:tcPr>
          <w:p w14:paraId="43E0E247" w14:textId="77777777" w:rsidR="003D15D0" w:rsidRDefault="00000000">
            <w:r>
              <w:rPr>
                <w:sz w:val="16"/>
              </w:rPr>
              <w:t>0.03125</w:t>
            </w:r>
          </w:p>
        </w:tc>
      </w:tr>
      <w:tr w:rsidR="003D15D0" w14:paraId="7672AD76" w14:textId="77777777">
        <w:tc>
          <w:tcPr>
            <w:tcW w:w="1088" w:type="dxa"/>
          </w:tcPr>
          <w:p w14:paraId="6244B564" w14:textId="77777777" w:rsidR="003D15D0" w:rsidRDefault="00000000">
            <w:r>
              <w:rPr>
                <w:sz w:val="16"/>
              </w:rPr>
              <w:t>1:1 nearest neighbour + 0.3 SD caliper</w:t>
            </w:r>
          </w:p>
        </w:tc>
        <w:tc>
          <w:tcPr>
            <w:tcW w:w="1088" w:type="dxa"/>
          </w:tcPr>
          <w:p w14:paraId="00EF9599" w14:textId="77777777" w:rsidR="003D15D0" w:rsidRDefault="00000000">
            <w:r>
              <w:rPr>
                <w:sz w:val="16"/>
              </w:rPr>
              <w:t>60.0</w:t>
            </w:r>
          </w:p>
        </w:tc>
        <w:tc>
          <w:tcPr>
            <w:tcW w:w="1088" w:type="dxa"/>
          </w:tcPr>
          <w:p w14:paraId="024AC103" w14:textId="77777777" w:rsidR="003D15D0" w:rsidRDefault="00000000">
            <w:r>
              <w:rPr>
                <w:sz w:val="16"/>
              </w:rPr>
              <w:t>Clinical chorioamnionitis</w:t>
            </w:r>
          </w:p>
        </w:tc>
        <w:tc>
          <w:tcPr>
            <w:tcW w:w="1088" w:type="dxa"/>
          </w:tcPr>
          <w:p w14:paraId="08DB4CF0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088" w:type="dxa"/>
          </w:tcPr>
          <w:p w14:paraId="60233EAE" w14:textId="77777777" w:rsidR="003D15D0" w:rsidRDefault="00000000">
            <w:r>
              <w:rPr>
                <w:sz w:val="16"/>
              </w:rPr>
              <w:t>3.0</w:t>
            </w:r>
          </w:p>
        </w:tc>
        <w:tc>
          <w:tcPr>
            <w:tcW w:w="1088" w:type="dxa"/>
          </w:tcPr>
          <w:p w14:paraId="43288036" w14:textId="77777777" w:rsidR="003D15D0" w:rsidRDefault="00000000">
            <w:r>
              <w:rPr>
                <w:sz w:val="16"/>
              </w:rPr>
              <w:t>1.3333333333333333</w:t>
            </w:r>
          </w:p>
        </w:tc>
        <w:tc>
          <w:tcPr>
            <w:tcW w:w="1088" w:type="dxa"/>
          </w:tcPr>
          <w:p w14:paraId="03CB60AD" w14:textId="77777777" w:rsidR="003D15D0" w:rsidRDefault="00000000">
            <w:r>
              <w:rPr>
                <w:sz w:val="16"/>
              </w:rPr>
              <w:t>0.2255676466361177</w:t>
            </w:r>
          </w:p>
        </w:tc>
        <w:tc>
          <w:tcPr>
            <w:tcW w:w="1088" w:type="dxa"/>
          </w:tcPr>
          <w:p w14:paraId="2C488425" w14:textId="77777777" w:rsidR="003D15D0" w:rsidRDefault="00000000">
            <w:r>
              <w:rPr>
                <w:sz w:val="16"/>
              </w:rPr>
              <w:t>9.1022061972427</w:t>
            </w:r>
          </w:p>
        </w:tc>
        <w:tc>
          <w:tcPr>
            <w:tcW w:w="1088" w:type="dxa"/>
          </w:tcPr>
          <w:p w14:paraId="75025B3A" w14:textId="77777777" w:rsidR="003D15D0" w:rsidRDefault="00000000">
            <w:r>
              <w:rPr>
                <w:sz w:val="16"/>
              </w:rPr>
              <w:t>1.0</w:t>
            </w:r>
          </w:p>
        </w:tc>
      </w:tr>
      <w:tr w:rsidR="003D15D0" w14:paraId="17580E96" w14:textId="77777777">
        <w:tc>
          <w:tcPr>
            <w:tcW w:w="1088" w:type="dxa"/>
          </w:tcPr>
          <w:p w14:paraId="28758F90" w14:textId="77777777" w:rsidR="003D15D0" w:rsidRDefault="00000000">
            <w:r>
              <w:rPr>
                <w:sz w:val="16"/>
              </w:rPr>
              <w:t>1:1 nearest neighbour + 0.3 SD caliper</w:t>
            </w:r>
          </w:p>
        </w:tc>
        <w:tc>
          <w:tcPr>
            <w:tcW w:w="1088" w:type="dxa"/>
          </w:tcPr>
          <w:p w14:paraId="41115F5A" w14:textId="77777777" w:rsidR="003D15D0" w:rsidRDefault="00000000">
            <w:r>
              <w:rPr>
                <w:sz w:val="16"/>
              </w:rPr>
              <w:t>60.0</w:t>
            </w:r>
          </w:p>
        </w:tc>
        <w:tc>
          <w:tcPr>
            <w:tcW w:w="1088" w:type="dxa"/>
          </w:tcPr>
          <w:p w14:paraId="5283E9F1" w14:textId="77777777" w:rsidR="003D15D0" w:rsidRDefault="00000000">
            <w:r>
              <w:rPr>
                <w:sz w:val="16"/>
              </w:rPr>
              <w:t>Intrapartum fever &gt;=38.0 C</w:t>
            </w:r>
          </w:p>
        </w:tc>
        <w:tc>
          <w:tcPr>
            <w:tcW w:w="1088" w:type="dxa"/>
          </w:tcPr>
          <w:p w14:paraId="29B2B21F" w14:textId="77777777" w:rsidR="003D15D0" w:rsidRDefault="00000000">
            <w:r>
              <w:rPr>
                <w:sz w:val="16"/>
              </w:rPr>
              <w:t>5.0</w:t>
            </w:r>
          </w:p>
        </w:tc>
        <w:tc>
          <w:tcPr>
            <w:tcW w:w="1088" w:type="dxa"/>
          </w:tcPr>
          <w:p w14:paraId="4768147F" w14:textId="77777777" w:rsidR="003D15D0" w:rsidRDefault="00000000">
            <w:r>
              <w:rPr>
                <w:sz w:val="16"/>
              </w:rPr>
              <w:t>1.0</w:t>
            </w:r>
          </w:p>
        </w:tc>
        <w:tc>
          <w:tcPr>
            <w:tcW w:w="1088" w:type="dxa"/>
          </w:tcPr>
          <w:p w14:paraId="7EE71FAE" w14:textId="77777777" w:rsidR="003D15D0" w:rsidRDefault="00000000">
            <w:r>
              <w:rPr>
                <w:sz w:val="16"/>
              </w:rPr>
              <w:t>5.0</w:t>
            </w:r>
          </w:p>
        </w:tc>
        <w:tc>
          <w:tcPr>
            <w:tcW w:w="1088" w:type="dxa"/>
          </w:tcPr>
          <w:p w14:paraId="03B7445C" w14:textId="77777777" w:rsidR="003D15D0" w:rsidRDefault="00000000">
            <w:r>
              <w:rPr>
                <w:sz w:val="16"/>
              </w:rPr>
              <w:t>0.5594916942212199</w:t>
            </w:r>
          </w:p>
        </w:tc>
        <w:tc>
          <w:tcPr>
            <w:tcW w:w="1088" w:type="dxa"/>
          </w:tcPr>
          <w:p w14:paraId="28C63180" w14:textId="77777777" w:rsidR="003D15D0" w:rsidRDefault="00000000">
            <w:r>
              <w:rPr>
                <w:sz w:val="16"/>
              </w:rPr>
              <w:t>236.48769426646496</w:t>
            </w:r>
          </w:p>
        </w:tc>
        <w:tc>
          <w:tcPr>
            <w:tcW w:w="1088" w:type="dxa"/>
          </w:tcPr>
          <w:p w14:paraId="5665B831" w14:textId="77777777" w:rsidR="003D15D0" w:rsidRDefault="00000000">
            <w:r>
              <w:rPr>
                <w:sz w:val="16"/>
              </w:rPr>
              <w:t>0.2187500000000002</w:t>
            </w:r>
          </w:p>
        </w:tc>
      </w:tr>
      <w:tr w:rsidR="003D15D0" w14:paraId="0AF8AE19" w14:textId="77777777">
        <w:tc>
          <w:tcPr>
            <w:tcW w:w="1088" w:type="dxa"/>
          </w:tcPr>
          <w:p w14:paraId="283461B7" w14:textId="77777777" w:rsidR="003D15D0" w:rsidRDefault="00000000">
            <w:r>
              <w:rPr>
                <w:sz w:val="16"/>
              </w:rPr>
              <w:t>1:1 nearest neighbour + 0.3 SD caliper</w:t>
            </w:r>
          </w:p>
        </w:tc>
        <w:tc>
          <w:tcPr>
            <w:tcW w:w="1088" w:type="dxa"/>
          </w:tcPr>
          <w:p w14:paraId="7C957F6B" w14:textId="77777777" w:rsidR="003D15D0" w:rsidRDefault="00000000">
            <w:r>
              <w:rPr>
                <w:sz w:val="16"/>
              </w:rPr>
              <w:t>60.0</w:t>
            </w:r>
          </w:p>
        </w:tc>
        <w:tc>
          <w:tcPr>
            <w:tcW w:w="1088" w:type="dxa"/>
          </w:tcPr>
          <w:p w14:paraId="0E463930" w14:textId="77777777" w:rsidR="003D15D0" w:rsidRDefault="00000000">
            <w:r>
              <w:rPr>
                <w:sz w:val="16"/>
              </w:rPr>
              <w:t>NICU admission</w:t>
            </w:r>
          </w:p>
        </w:tc>
        <w:tc>
          <w:tcPr>
            <w:tcW w:w="1088" w:type="dxa"/>
          </w:tcPr>
          <w:p w14:paraId="370CB018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088" w:type="dxa"/>
          </w:tcPr>
          <w:p w14:paraId="7CCC5165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088" w:type="dxa"/>
          </w:tcPr>
          <w:p w14:paraId="455B973D" w14:textId="77777777" w:rsidR="003D15D0" w:rsidRDefault="00000000">
            <w:r>
              <w:rPr>
                <w:sz w:val="16"/>
              </w:rPr>
              <w:t>inf</w:t>
            </w:r>
          </w:p>
        </w:tc>
        <w:tc>
          <w:tcPr>
            <w:tcW w:w="1088" w:type="dxa"/>
          </w:tcPr>
          <w:p w14:paraId="65C5C943" w14:textId="77777777" w:rsidR="003D15D0" w:rsidRDefault="00000000">
            <w:r>
              <w:rPr>
                <w:sz w:val="16"/>
              </w:rPr>
              <w:t>1.1774247258418584</w:t>
            </w:r>
          </w:p>
        </w:tc>
        <w:tc>
          <w:tcPr>
            <w:tcW w:w="1088" w:type="dxa"/>
          </w:tcPr>
          <w:p w14:paraId="6FC701D4" w14:textId="77777777" w:rsidR="003D15D0" w:rsidRDefault="00000000">
            <w:r>
              <w:rPr>
                <w:sz w:val="16"/>
              </w:rPr>
              <w:t>inf</w:t>
            </w:r>
          </w:p>
        </w:tc>
        <w:tc>
          <w:tcPr>
            <w:tcW w:w="1088" w:type="dxa"/>
          </w:tcPr>
          <w:p w14:paraId="409E10D6" w14:textId="77777777" w:rsidR="003D15D0" w:rsidRDefault="00000000">
            <w:r>
              <w:rPr>
                <w:sz w:val="16"/>
              </w:rPr>
              <w:t>0.03125</w:t>
            </w:r>
          </w:p>
        </w:tc>
      </w:tr>
      <w:tr w:rsidR="003D15D0" w14:paraId="597AEC7A" w14:textId="77777777">
        <w:tc>
          <w:tcPr>
            <w:tcW w:w="1088" w:type="dxa"/>
          </w:tcPr>
          <w:p w14:paraId="013BAC15" w14:textId="77777777" w:rsidR="003D15D0" w:rsidRDefault="00000000">
            <w:r>
              <w:rPr>
                <w:sz w:val="16"/>
              </w:rPr>
              <w:t>1:1 nearest neighbour + 0.2 SD caliper + exact matching on hypertension</w:t>
            </w:r>
          </w:p>
        </w:tc>
        <w:tc>
          <w:tcPr>
            <w:tcW w:w="1088" w:type="dxa"/>
          </w:tcPr>
          <w:p w14:paraId="6945618A" w14:textId="77777777" w:rsidR="003D15D0" w:rsidRDefault="00000000">
            <w:r>
              <w:rPr>
                <w:sz w:val="16"/>
              </w:rPr>
              <w:t>61.0</w:t>
            </w:r>
          </w:p>
        </w:tc>
        <w:tc>
          <w:tcPr>
            <w:tcW w:w="1088" w:type="dxa"/>
          </w:tcPr>
          <w:p w14:paraId="25BBE904" w14:textId="77777777" w:rsidR="003D15D0" w:rsidRDefault="00000000">
            <w:r>
              <w:rPr>
                <w:sz w:val="16"/>
              </w:rPr>
              <w:t>Clinical chorioamnionitis</w:t>
            </w:r>
          </w:p>
        </w:tc>
        <w:tc>
          <w:tcPr>
            <w:tcW w:w="1088" w:type="dxa"/>
          </w:tcPr>
          <w:p w14:paraId="34E70363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088" w:type="dxa"/>
          </w:tcPr>
          <w:p w14:paraId="1D79CB01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088" w:type="dxa"/>
          </w:tcPr>
          <w:p w14:paraId="646D9743" w14:textId="77777777" w:rsidR="003D15D0" w:rsidRDefault="00000000">
            <w:r>
              <w:rPr>
                <w:sz w:val="16"/>
              </w:rPr>
              <w:t>1.0</w:t>
            </w:r>
          </w:p>
        </w:tc>
        <w:tc>
          <w:tcPr>
            <w:tcW w:w="1088" w:type="dxa"/>
          </w:tcPr>
          <w:p w14:paraId="5B50E47E" w14:textId="77777777" w:rsidR="003D15D0" w:rsidRDefault="00000000">
            <w:r>
              <w:rPr>
                <w:sz w:val="16"/>
              </w:rPr>
              <w:t>0.1862575908765804</w:t>
            </w:r>
          </w:p>
        </w:tc>
        <w:tc>
          <w:tcPr>
            <w:tcW w:w="1088" w:type="dxa"/>
          </w:tcPr>
          <w:p w14:paraId="495A98FA" w14:textId="77777777" w:rsidR="003D15D0" w:rsidRDefault="00000000">
            <w:r>
              <w:rPr>
                <w:sz w:val="16"/>
              </w:rPr>
              <w:t>5.368908699472166</w:t>
            </w:r>
          </w:p>
        </w:tc>
        <w:tc>
          <w:tcPr>
            <w:tcW w:w="1088" w:type="dxa"/>
          </w:tcPr>
          <w:p w14:paraId="33AB9B8B" w14:textId="77777777" w:rsidR="003D15D0" w:rsidRDefault="00000000">
            <w:r>
              <w:rPr>
                <w:sz w:val="16"/>
              </w:rPr>
              <w:t>1.0</w:t>
            </w:r>
          </w:p>
        </w:tc>
      </w:tr>
      <w:tr w:rsidR="003D15D0" w14:paraId="3F7C9ABA" w14:textId="77777777">
        <w:tc>
          <w:tcPr>
            <w:tcW w:w="1088" w:type="dxa"/>
          </w:tcPr>
          <w:p w14:paraId="5BCEDB03" w14:textId="77777777" w:rsidR="003D15D0" w:rsidRDefault="00000000">
            <w:r>
              <w:rPr>
                <w:sz w:val="16"/>
              </w:rPr>
              <w:t>1:1 nearest neighbour + 0.2 SD caliper + exact matching on hypertension</w:t>
            </w:r>
          </w:p>
        </w:tc>
        <w:tc>
          <w:tcPr>
            <w:tcW w:w="1088" w:type="dxa"/>
          </w:tcPr>
          <w:p w14:paraId="29B4E200" w14:textId="77777777" w:rsidR="003D15D0" w:rsidRDefault="00000000">
            <w:r>
              <w:rPr>
                <w:sz w:val="16"/>
              </w:rPr>
              <w:t>61.0</w:t>
            </w:r>
          </w:p>
        </w:tc>
        <w:tc>
          <w:tcPr>
            <w:tcW w:w="1088" w:type="dxa"/>
          </w:tcPr>
          <w:p w14:paraId="1B4EE0A9" w14:textId="77777777" w:rsidR="003D15D0" w:rsidRDefault="00000000">
            <w:r>
              <w:rPr>
                <w:sz w:val="16"/>
              </w:rPr>
              <w:t>Intrapartum fever &gt;=38.0 C</w:t>
            </w:r>
          </w:p>
        </w:tc>
        <w:tc>
          <w:tcPr>
            <w:tcW w:w="1088" w:type="dxa"/>
          </w:tcPr>
          <w:p w14:paraId="3C0D71E3" w14:textId="77777777" w:rsidR="003D15D0" w:rsidRDefault="00000000">
            <w:r>
              <w:rPr>
                <w:sz w:val="16"/>
              </w:rPr>
              <w:t>5.0</w:t>
            </w:r>
          </w:p>
        </w:tc>
        <w:tc>
          <w:tcPr>
            <w:tcW w:w="1088" w:type="dxa"/>
          </w:tcPr>
          <w:p w14:paraId="6AD6D7AC" w14:textId="77777777" w:rsidR="003D15D0" w:rsidRDefault="00000000">
            <w:r>
              <w:rPr>
                <w:sz w:val="16"/>
              </w:rPr>
              <w:t>1.0</w:t>
            </w:r>
          </w:p>
        </w:tc>
        <w:tc>
          <w:tcPr>
            <w:tcW w:w="1088" w:type="dxa"/>
          </w:tcPr>
          <w:p w14:paraId="4F1CC2E4" w14:textId="77777777" w:rsidR="003D15D0" w:rsidRDefault="00000000">
            <w:r>
              <w:rPr>
                <w:sz w:val="16"/>
              </w:rPr>
              <w:t>5.0</w:t>
            </w:r>
          </w:p>
        </w:tc>
        <w:tc>
          <w:tcPr>
            <w:tcW w:w="1088" w:type="dxa"/>
          </w:tcPr>
          <w:p w14:paraId="1D6D83C4" w14:textId="77777777" w:rsidR="003D15D0" w:rsidRDefault="00000000">
            <w:r>
              <w:rPr>
                <w:sz w:val="16"/>
              </w:rPr>
              <w:t>0.5594916942212199</w:t>
            </w:r>
          </w:p>
        </w:tc>
        <w:tc>
          <w:tcPr>
            <w:tcW w:w="1088" w:type="dxa"/>
          </w:tcPr>
          <w:p w14:paraId="0D64AF01" w14:textId="77777777" w:rsidR="003D15D0" w:rsidRDefault="00000000">
            <w:r>
              <w:rPr>
                <w:sz w:val="16"/>
              </w:rPr>
              <w:t>236.48769426646496</w:t>
            </w:r>
          </w:p>
        </w:tc>
        <w:tc>
          <w:tcPr>
            <w:tcW w:w="1088" w:type="dxa"/>
          </w:tcPr>
          <w:p w14:paraId="6A9A60B3" w14:textId="77777777" w:rsidR="003D15D0" w:rsidRDefault="00000000">
            <w:r>
              <w:rPr>
                <w:sz w:val="16"/>
              </w:rPr>
              <w:t>0.2187500000000002</w:t>
            </w:r>
          </w:p>
        </w:tc>
      </w:tr>
      <w:tr w:rsidR="003D15D0" w14:paraId="4A5B1E07" w14:textId="77777777">
        <w:tc>
          <w:tcPr>
            <w:tcW w:w="1088" w:type="dxa"/>
          </w:tcPr>
          <w:p w14:paraId="2A48BA66" w14:textId="77777777" w:rsidR="003D15D0" w:rsidRDefault="00000000">
            <w:r>
              <w:rPr>
                <w:sz w:val="16"/>
              </w:rPr>
              <w:t>1:1 nearest neighbour + 0.2 SD caliper + exact matching on hypertension</w:t>
            </w:r>
          </w:p>
        </w:tc>
        <w:tc>
          <w:tcPr>
            <w:tcW w:w="1088" w:type="dxa"/>
          </w:tcPr>
          <w:p w14:paraId="432392F4" w14:textId="77777777" w:rsidR="003D15D0" w:rsidRDefault="00000000">
            <w:r>
              <w:rPr>
                <w:sz w:val="16"/>
              </w:rPr>
              <w:t>61.0</w:t>
            </w:r>
          </w:p>
        </w:tc>
        <w:tc>
          <w:tcPr>
            <w:tcW w:w="1088" w:type="dxa"/>
          </w:tcPr>
          <w:p w14:paraId="46C96173" w14:textId="77777777" w:rsidR="003D15D0" w:rsidRDefault="00000000">
            <w:r>
              <w:rPr>
                <w:sz w:val="16"/>
              </w:rPr>
              <w:t>NICU admission</w:t>
            </w:r>
          </w:p>
        </w:tc>
        <w:tc>
          <w:tcPr>
            <w:tcW w:w="1088" w:type="dxa"/>
          </w:tcPr>
          <w:p w14:paraId="36AC4535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088" w:type="dxa"/>
          </w:tcPr>
          <w:p w14:paraId="09E7C039" w14:textId="77777777" w:rsidR="003D15D0" w:rsidRDefault="00000000">
            <w:r>
              <w:rPr>
                <w:sz w:val="16"/>
              </w:rPr>
              <w:t>1.0</w:t>
            </w:r>
          </w:p>
        </w:tc>
        <w:tc>
          <w:tcPr>
            <w:tcW w:w="1088" w:type="dxa"/>
          </w:tcPr>
          <w:p w14:paraId="1AC60681" w14:textId="77777777" w:rsidR="003D15D0" w:rsidRDefault="00000000">
            <w:r>
              <w:rPr>
                <w:sz w:val="16"/>
              </w:rPr>
              <w:t>inf</w:t>
            </w:r>
          </w:p>
        </w:tc>
        <w:tc>
          <w:tcPr>
            <w:tcW w:w="1088" w:type="dxa"/>
          </w:tcPr>
          <w:p w14:paraId="39F43464" w14:textId="77777777" w:rsidR="003D15D0" w:rsidRDefault="00000000">
            <w:r>
              <w:rPr>
                <w:sz w:val="16"/>
              </w:rPr>
              <w:t>0.9163558574026512</w:t>
            </w:r>
          </w:p>
        </w:tc>
        <w:tc>
          <w:tcPr>
            <w:tcW w:w="1088" w:type="dxa"/>
          </w:tcPr>
          <w:p w14:paraId="688ABCA3" w14:textId="77777777" w:rsidR="003D15D0" w:rsidRDefault="00000000">
            <w:r>
              <w:rPr>
                <w:sz w:val="16"/>
              </w:rPr>
              <w:t>inf</w:t>
            </w:r>
          </w:p>
        </w:tc>
        <w:tc>
          <w:tcPr>
            <w:tcW w:w="1088" w:type="dxa"/>
          </w:tcPr>
          <w:p w14:paraId="2D73B107" w14:textId="77777777" w:rsidR="003D15D0" w:rsidRDefault="00000000">
            <w:r>
              <w:rPr>
                <w:sz w:val="16"/>
              </w:rPr>
              <w:t>0.0625</w:t>
            </w:r>
          </w:p>
        </w:tc>
      </w:tr>
      <w:tr w:rsidR="003D15D0" w14:paraId="607B0485" w14:textId="77777777">
        <w:tc>
          <w:tcPr>
            <w:tcW w:w="1088" w:type="dxa"/>
          </w:tcPr>
          <w:p w14:paraId="249BCD22" w14:textId="77777777" w:rsidR="003D15D0" w:rsidRDefault="00000000">
            <w:r>
              <w:rPr>
                <w:sz w:val="16"/>
              </w:rPr>
              <w:t>IPTW (ATT weights)</w:t>
            </w:r>
          </w:p>
        </w:tc>
        <w:tc>
          <w:tcPr>
            <w:tcW w:w="1088" w:type="dxa"/>
          </w:tcPr>
          <w:p w14:paraId="08195BFC" w14:textId="77777777" w:rsidR="003D15D0" w:rsidRDefault="003D15D0"/>
        </w:tc>
        <w:tc>
          <w:tcPr>
            <w:tcW w:w="1088" w:type="dxa"/>
          </w:tcPr>
          <w:p w14:paraId="4FEA82BA" w14:textId="77777777" w:rsidR="003D15D0" w:rsidRDefault="00000000">
            <w:r>
              <w:rPr>
                <w:sz w:val="16"/>
              </w:rPr>
              <w:t>Clinical chorioamnionitis</w:t>
            </w:r>
          </w:p>
        </w:tc>
        <w:tc>
          <w:tcPr>
            <w:tcW w:w="1088" w:type="dxa"/>
          </w:tcPr>
          <w:p w14:paraId="72A5EB8A" w14:textId="77777777" w:rsidR="003D15D0" w:rsidRDefault="00000000">
            <w:r>
              <w:rPr>
                <w:sz w:val="16"/>
              </w:rPr>
              <w:t>0.0789473684210526</w:t>
            </w:r>
          </w:p>
        </w:tc>
        <w:tc>
          <w:tcPr>
            <w:tcW w:w="1088" w:type="dxa"/>
          </w:tcPr>
          <w:p w14:paraId="624A0265" w14:textId="77777777" w:rsidR="003D15D0" w:rsidRDefault="00000000">
            <w:r>
              <w:rPr>
                <w:sz w:val="16"/>
              </w:rPr>
              <w:t>0.0521710072754579</w:t>
            </w:r>
          </w:p>
        </w:tc>
        <w:tc>
          <w:tcPr>
            <w:tcW w:w="1088" w:type="dxa"/>
          </w:tcPr>
          <w:p w14:paraId="4C4AC0DF" w14:textId="77777777" w:rsidR="003D15D0" w:rsidRDefault="003D15D0"/>
        </w:tc>
        <w:tc>
          <w:tcPr>
            <w:tcW w:w="1088" w:type="dxa"/>
          </w:tcPr>
          <w:p w14:paraId="6AD5FF3B" w14:textId="77777777" w:rsidR="003D15D0" w:rsidRDefault="003D15D0"/>
        </w:tc>
        <w:tc>
          <w:tcPr>
            <w:tcW w:w="1088" w:type="dxa"/>
          </w:tcPr>
          <w:p w14:paraId="2EAD5A91" w14:textId="77777777" w:rsidR="003D15D0" w:rsidRDefault="003D15D0"/>
        </w:tc>
        <w:tc>
          <w:tcPr>
            <w:tcW w:w="1088" w:type="dxa"/>
          </w:tcPr>
          <w:p w14:paraId="4B784850" w14:textId="77777777" w:rsidR="003D15D0" w:rsidRDefault="003D15D0"/>
        </w:tc>
      </w:tr>
      <w:tr w:rsidR="003D15D0" w14:paraId="253E300C" w14:textId="77777777">
        <w:tc>
          <w:tcPr>
            <w:tcW w:w="1088" w:type="dxa"/>
          </w:tcPr>
          <w:p w14:paraId="6A694BE3" w14:textId="77777777" w:rsidR="003D15D0" w:rsidRDefault="00000000">
            <w:r>
              <w:rPr>
                <w:sz w:val="16"/>
              </w:rPr>
              <w:t>IPTW (ATT weights)</w:t>
            </w:r>
          </w:p>
        </w:tc>
        <w:tc>
          <w:tcPr>
            <w:tcW w:w="1088" w:type="dxa"/>
          </w:tcPr>
          <w:p w14:paraId="6491410B" w14:textId="77777777" w:rsidR="003D15D0" w:rsidRDefault="003D15D0"/>
        </w:tc>
        <w:tc>
          <w:tcPr>
            <w:tcW w:w="1088" w:type="dxa"/>
          </w:tcPr>
          <w:p w14:paraId="33792D52" w14:textId="77777777" w:rsidR="003D15D0" w:rsidRDefault="00000000">
            <w:r>
              <w:rPr>
                <w:sz w:val="16"/>
              </w:rPr>
              <w:t>Intrapartum fever &gt;=38.0 C</w:t>
            </w:r>
          </w:p>
        </w:tc>
        <w:tc>
          <w:tcPr>
            <w:tcW w:w="1088" w:type="dxa"/>
          </w:tcPr>
          <w:p w14:paraId="4ACC72F6" w14:textId="77777777" w:rsidR="003D15D0" w:rsidRDefault="00000000">
            <w:r>
              <w:rPr>
                <w:sz w:val="16"/>
              </w:rPr>
              <w:t>0.0921052631578947</w:t>
            </w:r>
          </w:p>
        </w:tc>
        <w:tc>
          <w:tcPr>
            <w:tcW w:w="1088" w:type="dxa"/>
          </w:tcPr>
          <w:p w14:paraId="20632ED8" w14:textId="77777777" w:rsidR="003D15D0" w:rsidRDefault="00000000">
            <w:r>
              <w:rPr>
                <w:sz w:val="16"/>
              </w:rPr>
              <w:t>0.020182929435532</w:t>
            </w:r>
          </w:p>
        </w:tc>
        <w:tc>
          <w:tcPr>
            <w:tcW w:w="1088" w:type="dxa"/>
          </w:tcPr>
          <w:p w14:paraId="1808E864" w14:textId="77777777" w:rsidR="003D15D0" w:rsidRDefault="003D15D0"/>
        </w:tc>
        <w:tc>
          <w:tcPr>
            <w:tcW w:w="1088" w:type="dxa"/>
          </w:tcPr>
          <w:p w14:paraId="28C80897" w14:textId="77777777" w:rsidR="003D15D0" w:rsidRDefault="003D15D0"/>
        </w:tc>
        <w:tc>
          <w:tcPr>
            <w:tcW w:w="1088" w:type="dxa"/>
          </w:tcPr>
          <w:p w14:paraId="1CFE4E8B" w14:textId="77777777" w:rsidR="003D15D0" w:rsidRDefault="003D15D0"/>
        </w:tc>
        <w:tc>
          <w:tcPr>
            <w:tcW w:w="1088" w:type="dxa"/>
          </w:tcPr>
          <w:p w14:paraId="6317DB1F" w14:textId="77777777" w:rsidR="003D15D0" w:rsidRDefault="003D15D0"/>
        </w:tc>
      </w:tr>
    </w:tbl>
    <w:p w14:paraId="5DC5F288" w14:textId="77777777" w:rsidR="003D15D0" w:rsidRDefault="003D15D0"/>
    <w:p w14:paraId="0DF631C3" w14:textId="77777777" w:rsidR="003D15D0" w:rsidRDefault="00000000">
      <w:pPr>
        <w:pStyle w:val="1"/>
      </w:pPr>
      <w:r>
        <w:t>Table S4. Timing subgroups within the amniotomy pathway (exploratory)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631"/>
        <w:gridCol w:w="1629"/>
        <w:gridCol w:w="1631"/>
        <w:gridCol w:w="1631"/>
        <w:gridCol w:w="1630"/>
        <w:gridCol w:w="1630"/>
      </w:tblGrid>
      <w:tr w:rsidR="003D15D0" w14:paraId="25A5CAF0" w14:textId="77777777">
        <w:tc>
          <w:tcPr>
            <w:tcW w:w="1632" w:type="dxa"/>
          </w:tcPr>
          <w:p w14:paraId="38DFBDF6" w14:textId="77777777" w:rsidR="003D15D0" w:rsidRDefault="00000000">
            <w:r>
              <w:rPr>
                <w:b/>
                <w:sz w:val="16"/>
              </w:rPr>
              <w:t>Timing subgroup</w:t>
            </w:r>
          </w:p>
        </w:tc>
        <w:tc>
          <w:tcPr>
            <w:tcW w:w="1632" w:type="dxa"/>
          </w:tcPr>
          <w:p w14:paraId="7A876213" w14:textId="77777777" w:rsidR="003D15D0" w:rsidRDefault="00000000">
            <w:r>
              <w:rPr>
                <w:b/>
                <w:sz w:val="16"/>
              </w:rPr>
              <w:t>n</w:t>
            </w:r>
          </w:p>
        </w:tc>
        <w:tc>
          <w:tcPr>
            <w:tcW w:w="1632" w:type="dxa"/>
          </w:tcPr>
          <w:p w14:paraId="36CA7FB2" w14:textId="77777777" w:rsidR="003D15D0" w:rsidRDefault="00000000">
            <w:r>
              <w:rPr>
                <w:b/>
                <w:sz w:val="16"/>
              </w:rPr>
              <w:t>Chorioamnionitis</w:t>
            </w:r>
          </w:p>
        </w:tc>
        <w:tc>
          <w:tcPr>
            <w:tcW w:w="1632" w:type="dxa"/>
          </w:tcPr>
          <w:p w14:paraId="11918ED5" w14:textId="77777777" w:rsidR="003D15D0" w:rsidRDefault="00000000">
            <w:r>
              <w:rPr>
                <w:b/>
                <w:sz w:val="16"/>
              </w:rPr>
              <w:t>Intrapartum fever &gt;=38.0 C</w:t>
            </w:r>
          </w:p>
        </w:tc>
        <w:tc>
          <w:tcPr>
            <w:tcW w:w="1632" w:type="dxa"/>
          </w:tcPr>
          <w:p w14:paraId="18213994" w14:textId="77777777" w:rsidR="003D15D0" w:rsidRDefault="00000000">
            <w:r>
              <w:rPr>
                <w:b/>
                <w:sz w:val="16"/>
              </w:rPr>
              <w:t>Induction-to-delivery, median h</w:t>
            </w:r>
          </w:p>
        </w:tc>
        <w:tc>
          <w:tcPr>
            <w:tcW w:w="1632" w:type="dxa"/>
          </w:tcPr>
          <w:p w14:paraId="4DAA9F15" w14:textId="77777777" w:rsidR="003D15D0" w:rsidRDefault="00000000">
            <w:r>
              <w:rPr>
                <w:b/>
                <w:sz w:val="16"/>
              </w:rPr>
              <w:t>Removal-to-amniotomy, median h</w:t>
            </w:r>
          </w:p>
        </w:tc>
      </w:tr>
      <w:tr w:rsidR="003D15D0" w14:paraId="2D777D90" w14:textId="77777777">
        <w:tc>
          <w:tcPr>
            <w:tcW w:w="1632" w:type="dxa"/>
          </w:tcPr>
          <w:p w14:paraId="646718A6" w14:textId="77777777" w:rsidR="003D15D0" w:rsidRDefault="00000000">
            <w:r>
              <w:rPr>
                <w:sz w:val="16"/>
              </w:rPr>
              <w:t>Removal-to-amniotomy &lt;2 h</w:t>
            </w:r>
          </w:p>
        </w:tc>
        <w:tc>
          <w:tcPr>
            <w:tcW w:w="1632" w:type="dxa"/>
          </w:tcPr>
          <w:p w14:paraId="622992BC" w14:textId="77777777" w:rsidR="003D15D0" w:rsidRDefault="00000000">
            <w:r>
              <w:rPr>
                <w:sz w:val="16"/>
              </w:rPr>
              <w:t>42</w:t>
            </w:r>
          </w:p>
        </w:tc>
        <w:tc>
          <w:tcPr>
            <w:tcW w:w="1632" w:type="dxa"/>
          </w:tcPr>
          <w:p w14:paraId="6FEF2EDB" w14:textId="77777777" w:rsidR="003D15D0" w:rsidRDefault="00000000">
            <w:r>
              <w:rPr>
                <w:sz w:val="16"/>
              </w:rPr>
              <w:t>5/42</w:t>
            </w:r>
          </w:p>
        </w:tc>
        <w:tc>
          <w:tcPr>
            <w:tcW w:w="1632" w:type="dxa"/>
          </w:tcPr>
          <w:p w14:paraId="45E56B5D" w14:textId="77777777" w:rsidR="003D15D0" w:rsidRDefault="00000000">
            <w:r>
              <w:rPr>
                <w:sz w:val="16"/>
              </w:rPr>
              <w:t>3/42</w:t>
            </w:r>
          </w:p>
        </w:tc>
        <w:tc>
          <w:tcPr>
            <w:tcW w:w="1632" w:type="dxa"/>
          </w:tcPr>
          <w:p w14:paraId="0D54A688" w14:textId="77777777" w:rsidR="003D15D0" w:rsidRDefault="00000000">
            <w:r>
              <w:rPr>
                <w:sz w:val="16"/>
              </w:rPr>
              <w:t>23.23 (21.15-27.27)</w:t>
            </w:r>
          </w:p>
        </w:tc>
        <w:tc>
          <w:tcPr>
            <w:tcW w:w="1632" w:type="dxa"/>
          </w:tcPr>
          <w:p w14:paraId="0385576C" w14:textId="77777777" w:rsidR="003D15D0" w:rsidRDefault="00000000">
            <w:r>
              <w:rPr>
                <w:sz w:val="16"/>
              </w:rPr>
              <w:t>0.00 (0.00-0.47)</w:t>
            </w:r>
          </w:p>
        </w:tc>
      </w:tr>
      <w:tr w:rsidR="003D15D0" w14:paraId="5F694D7D" w14:textId="77777777">
        <w:tc>
          <w:tcPr>
            <w:tcW w:w="1632" w:type="dxa"/>
          </w:tcPr>
          <w:p w14:paraId="5C18C10C" w14:textId="77777777" w:rsidR="003D15D0" w:rsidRDefault="00000000">
            <w:r>
              <w:rPr>
                <w:sz w:val="16"/>
              </w:rPr>
              <w:lastRenderedPageBreak/>
              <w:t>Removal-to-amniotomy 2-4 h</w:t>
            </w:r>
          </w:p>
        </w:tc>
        <w:tc>
          <w:tcPr>
            <w:tcW w:w="1632" w:type="dxa"/>
          </w:tcPr>
          <w:p w14:paraId="3CB2CAFE" w14:textId="77777777" w:rsidR="003D15D0" w:rsidRDefault="00000000">
            <w:r>
              <w:rPr>
                <w:sz w:val="16"/>
              </w:rPr>
              <w:t>4</w:t>
            </w:r>
          </w:p>
        </w:tc>
        <w:tc>
          <w:tcPr>
            <w:tcW w:w="1632" w:type="dxa"/>
          </w:tcPr>
          <w:p w14:paraId="32223FC0" w14:textId="77777777" w:rsidR="003D15D0" w:rsidRDefault="00000000">
            <w:r>
              <w:rPr>
                <w:sz w:val="16"/>
              </w:rPr>
              <w:t>0/4</w:t>
            </w:r>
          </w:p>
        </w:tc>
        <w:tc>
          <w:tcPr>
            <w:tcW w:w="1632" w:type="dxa"/>
          </w:tcPr>
          <w:p w14:paraId="66F47B8B" w14:textId="77777777" w:rsidR="003D15D0" w:rsidRDefault="00000000">
            <w:r>
              <w:rPr>
                <w:sz w:val="16"/>
              </w:rPr>
              <w:t>0/4</w:t>
            </w:r>
          </w:p>
        </w:tc>
        <w:tc>
          <w:tcPr>
            <w:tcW w:w="1632" w:type="dxa"/>
          </w:tcPr>
          <w:p w14:paraId="4C3478AF" w14:textId="77777777" w:rsidR="003D15D0" w:rsidRDefault="00000000">
            <w:r>
              <w:rPr>
                <w:sz w:val="16"/>
              </w:rPr>
              <w:t>22.84 (19.69-27.56)</w:t>
            </w:r>
          </w:p>
        </w:tc>
        <w:tc>
          <w:tcPr>
            <w:tcW w:w="1632" w:type="dxa"/>
          </w:tcPr>
          <w:p w14:paraId="1406AEB7" w14:textId="77777777" w:rsidR="003D15D0" w:rsidRDefault="00000000">
            <w:r>
              <w:rPr>
                <w:sz w:val="16"/>
              </w:rPr>
              <w:t>2.53 (2.43-2.66)</w:t>
            </w:r>
          </w:p>
        </w:tc>
      </w:tr>
      <w:tr w:rsidR="003D15D0" w14:paraId="44AF8131" w14:textId="77777777">
        <w:tc>
          <w:tcPr>
            <w:tcW w:w="1632" w:type="dxa"/>
          </w:tcPr>
          <w:p w14:paraId="65CE984A" w14:textId="77777777" w:rsidR="003D15D0" w:rsidRDefault="00000000">
            <w:r>
              <w:rPr>
                <w:sz w:val="16"/>
              </w:rPr>
              <w:t>Removal-to-amniotomy &gt;4 h</w:t>
            </w:r>
          </w:p>
        </w:tc>
        <w:tc>
          <w:tcPr>
            <w:tcW w:w="1632" w:type="dxa"/>
          </w:tcPr>
          <w:p w14:paraId="41B52D98" w14:textId="77777777" w:rsidR="003D15D0" w:rsidRDefault="00000000">
            <w:r>
              <w:rPr>
                <w:sz w:val="16"/>
              </w:rPr>
              <w:t>30</w:t>
            </w:r>
          </w:p>
        </w:tc>
        <w:tc>
          <w:tcPr>
            <w:tcW w:w="1632" w:type="dxa"/>
          </w:tcPr>
          <w:p w14:paraId="5EA2EA79" w14:textId="77777777" w:rsidR="003D15D0" w:rsidRDefault="00000000">
            <w:r>
              <w:rPr>
                <w:sz w:val="16"/>
              </w:rPr>
              <w:t>1/30</w:t>
            </w:r>
          </w:p>
        </w:tc>
        <w:tc>
          <w:tcPr>
            <w:tcW w:w="1632" w:type="dxa"/>
          </w:tcPr>
          <w:p w14:paraId="2B09FE06" w14:textId="77777777" w:rsidR="003D15D0" w:rsidRDefault="00000000">
            <w:r>
              <w:rPr>
                <w:sz w:val="16"/>
              </w:rPr>
              <w:t>4/30</w:t>
            </w:r>
          </w:p>
        </w:tc>
        <w:tc>
          <w:tcPr>
            <w:tcW w:w="1632" w:type="dxa"/>
          </w:tcPr>
          <w:p w14:paraId="3962EC65" w14:textId="77777777" w:rsidR="003D15D0" w:rsidRDefault="00000000">
            <w:r>
              <w:rPr>
                <w:sz w:val="16"/>
              </w:rPr>
              <w:t>52.40 (47.16-75.99)</w:t>
            </w:r>
          </w:p>
        </w:tc>
        <w:tc>
          <w:tcPr>
            <w:tcW w:w="1632" w:type="dxa"/>
          </w:tcPr>
          <w:p w14:paraId="2313ABB8" w14:textId="77777777" w:rsidR="003D15D0" w:rsidRDefault="00000000">
            <w:r>
              <w:rPr>
                <w:sz w:val="16"/>
              </w:rPr>
              <w:t>25.38 (24.17-49.39)</w:t>
            </w:r>
          </w:p>
        </w:tc>
      </w:tr>
    </w:tbl>
    <w:p w14:paraId="1BFC1C5B" w14:textId="77777777" w:rsidR="003D15D0" w:rsidRDefault="003D15D0"/>
    <w:p w14:paraId="31D88396" w14:textId="77777777" w:rsidR="003D15D0" w:rsidRDefault="00000000">
      <w:pPr>
        <w:pStyle w:val="1"/>
      </w:pPr>
      <w:r>
        <w:t>Table S5. Neonatal informative coding manifest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506"/>
        <w:gridCol w:w="1388"/>
        <w:gridCol w:w="1380"/>
        <w:gridCol w:w="1370"/>
        <w:gridCol w:w="1374"/>
        <w:gridCol w:w="1382"/>
        <w:gridCol w:w="1382"/>
      </w:tblGrid>
      <w:tr w:rsidR="003D15D0" w14:paraId="4310E5A0" w14:textId="77777777">
        <w:tc>
          <w:tcPr>
            <w:tcW w:w="1399" w:type="dxa"/>
          </w:tcPr>
          <w:p w14:paraId="5A3CD1A1" w14:textId="77777777" w:rsidR="003D15D0" w:rsidRDefault="00000000">
            <w:r>
              <w:rPr>
                <w:b/>
                <w:sz w:val="16"/>
              </w:rPr>
              <w:t>Variable</w:t>
            </w:r>
          </w:p>
        </w:tc>
        <w:tc>
          <w:tcPr>
            <w:tcW w:w="1399" w:type="dxa"/>
          </w:tcPr>
          <w:p w14:paraId="6A42F9E8" w14:textId="77777777" w:rsidR="003D15D0" w:rsidRDefault="00000000">
            <w:r>
              <w:rPr>
                <w:b/>
                <w:sz w:val="16"/>
              </w:rPr>
              <w:t>Coding rule</w:t>
            </w:r>
          </w:p>
        </w:tc>
        <w:tc>
          <w:tcPr>
            <w:tcW w:w="1399" w:type="dxa"/>
          </w:tcPr>
          <w:p w14:paraId="267A331E" w14:textId="77777777" w:rsidR="003D15D0" w:rsidRDefault="00000000">
            <w:r>
              <w:rPr>
                <w:b/>
                <w:sz w:val="16"/>
              </w:rPr>
              <w:t>Type</w:t>
            </w:r>
          </w:p>
        </w:tc>
        <w:tc>
          <w:tcPr>
            <w:tcW w:w="1399" w:type="dxa"/>
          </w:tcPr>
          <w:p w14:paraId="3907C6B6" w14:textId="77777777" w:rsidR="003D15D0" w:rsidRDefault="00000000">
            <w:r>
              <w:rPr>
                <w:b/>
                <w:sz w:val="16"/>
              </w:rPr>
              <w:t>N total</w:t>
            </w:r>
          </w:p>
        </w:tc>
        <w:tc>
          <w:tcPr>
            <w:tcW w:w="1399" w:type="dxa"/>
          </w:tcPr>
          <w:p w14:paraId="7A5F1286" w14:textId="77777777" w:rsidR="003D15D0" w:rsidRDefault="00000000">
            <w:r>
              <w:rPr>
                <w:b/>
                <w:sz w:val="16"/>
              </w:rPr>
              <w:t>N events</w:t>
            </w:r>
          </w:p>
        </w:tc>
        <w:tc>
          <w:tcPr>
            <w:tcW w:w="1399" w:type="dxa"/>
          </w:tcPr>
          <w:p w14:paraId="2C5699CA" w14:textId="77777777" w:rsidR="003D15D0" w:rsidRDefault="00000000">
            <w:r>
              <w:rPr>
                <w:b/>
                <w:sz w:val="16"/>
              </w:rPr>
              <w:t>N measured</w:t>
            </w:r>
          </w:p>
        </w:tc>
        <w:tc>
          <w:tcPr>
            <w:tcW w:w="1399" w:type="dxa"/>
          </w:tcPr>
          <w:p w14:paraId="11569EA5" w14:textId="77777777" w:rsidR="003D15D0" w:rsidRDefault="00000000">
            <w:r>
              <w:rPr>
                <w:b/>
                <w:sz w:val="16"/>
              </w:rPr>
              <w:t>Measured (%)</w:t>
            </w:r>
          </w:p>
        </w:tc>
      </w:tr>
      <w:tr w:rsidR="003D15D0" w14:paraId="6A03FAF5" w14:textId="77777777">
        <w:tc>
          <w:tcPr>
            <w:tcW w:w="1399" w:type="dxa"/>
          </w:tcPr>
          <w:p w14:paraId="7A46021D" w14:textId="77777777" w:rsidR="003D15D0" w:rsidRDefault="00000000">
            <w:r>
              <w:rPr>
                <w:sz w:val="16"/>
              </w:rPr>
              <w:t>neonatal_sepsis (v10)</w:t>
            </w:r>
          </w:p>
        </w:tc>
        <w:tc>
          <w:tcPr>
            <w:tcW w:w="1399" w:type="dxa"/>
          </w:tcPr>
          <w:p w14:paraId="6ACC0E50" w14:textId="77777777" w:rsidR="003D15D0" w:rsidRDefault="00000000">
            <w:r>
              <w:rPr>
                <w:sz w:val="16"/>
              </w:rPr>
              <w:t>Blank = no sepsis (investigator-confirmed 2026-08-23); the single non-empty raw value was also 0</w:t>
            </w:r>
          </w:p>
        </w:tc>
        <w:tc>
          <w:tcPr>
            <w:tcW w:w="1399" w:type="dxa"/>
          </w:tcPr>
          <w:p w14:paraId="314E15F7" w14:textId="77777777" w:rsidR="003D15D0" w:rsidRDefault="00000000">
            <w:r>
              <w:rPr>
                <w:sz w:val="16"/>
              </w:rPr>
              <w:t>binary</w:t>
            </w:r>
          </w:p>
        </w:tc>
        <w:tc>
          <w:tcPr>
            <w:tcW w:w="1399" w:type="dxa"/>
          </w:tcPr>
          <w:p w14:paraId="1BAD64CC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6600A532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399" w:type="dxa"/>
          </w:tcPr>
          <w:p w14:paraId="41CE6D1E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273CFEB4" w14:textId="77777777" w:rsidR="003D15D0" w:rsidRDefault="00000000">
            <w:r>
              <w:rPr>
                <w:sz w:val="16"/>
              </w:rPr>
              <w:t>100.0%</w:t>
            </w:r>
          </w:p>
        </w:tc>
      </w:tr>
      <w:tr w:rsidR="003D15D0" w14:paraId="0B1D146A" w14:textId="77777777">
        <w:tc>
          <w:tcPr>
            <w:tcW w:w="1399" w:type="dxa"/>
          </w:tcPr>
          <w:p w14:paraId="35BF725B" w14:textId="77777777" w:rsidR="003D15D0" w:rsidRDefault="00000000">
            <w:r>
              <w:rPr>
                <w:sz w:val="16"/>
              </w:rPr>
              <w:t>neonatal_pneumona (v10)</w:t>
            </w:r>
          </w:p>
        </w:tc>
        <w:tc>
          <w:tcPr>
            <w:tcW w:w="1399" w:type="dxa"/>
          </w:tcPr>
          <w:p w14:paraId="0C92CF60" w14:textId="77777777" w:rsidR="003D15D0" w:rsidRDefault="00000000">
            <w:r>
              <w:rPr>
                <w:sz w:val="16"/>
              </w:rPr>
              <w:t>Blank = no pneumonia (investigator-confirmed 2026-08-23); the single non-empty raw value was also 0</w:t>
            </w:r>
          </w:p>
        </w:tc>
        <w:tc>
          <w:tcPr>
            <w:tcW w:w="1399" w:type="dxa"/>
          </w:tcPr>
          <w:p w14:paraId="772A3FD5" w14:textId="77777777" w:rsidR="003D15D0" w:rsidRDefault="00000000">
            <w:r>
              <w:rPr>
                <w:sz w:val="16"/>
              </w:rPr>
              <w:t>binary</w:t>
            </w:r>
          </w:p>
        </w:tc>
        <w:tc>
          <w:tcPr>
            <w:tcW w:w="1399" w:type="dxa"/>
          </w:tcPr>
          <w:p w14:paraId="2ADFC3CB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65670E7F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399" w:type="dxa"/>
          </w:tcPr>
          <w:p w14:paraId="3DA4107A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5A18F934" w14:textId="77777777" w:rsidR="003D15D0" w:rsidRDefault="00000000">
            <w:r>
              <w:rPr>
                <w:sz w:val="16"/>
              </w:rPr>
              <w:t>100.0%</w:t>
            </w:r>
          </w:p>
        </w:tc>
      </w:tr>
      <w:tr w:rsidR="003D15D0" w14:paraId="5F198532" w14:textId="77777777">
        <w:tc>
          <w:tcPr>
            <w:tcW w:w="1399" w:type="dxa"/>
          </w:tcPr>
          <w:p w14:paraId="75A4D5C9" w14:textId="77777777" w:rsidR="003D15D0" w:rsidRDefault="00000000">
            <w:r>
              <w:rPr>
                <w:sz w:val="16"/>
              </w:rPr>
              <w:t>nicu_transfer (v10)</w:t>
            </w:r>
          </w:p>
        </w:tc>
        <w:tc>
          <w:tcPr>
            <w:tcW w:w="1399" w:type="dxa"/>
          </w:tcPr>
          <w:p w14:paraId="4FAA7176" w14:textId="77777777" w:rsidR="003D15D0" w:rsidRDefault="00000000">
            <w:r>
              <w:rPr>
                <w:sz w:val="16"/>
              </w:rPr>
              <w:t>1 = NICU transfer; blank = no transfer (investigator-confirmed 2026-08-23)</w:t>
            </w:r>
          </w:p>
        </w:tc>
        <w:tc>
          <w:tcPr>
            <w:tcW w:w="1399" w:type="dxa"/>
          </w:tcPr>
          <w:p w14:paraId="58CF9601" w14:textId="77777777" w:rsidR="003D15D0" w:rsidRDefault="00000000">
            <w:r>
              <w:rPr>
                <w:sz w:val="16"/>
              </w:rPr>
              <w:t>binary</w:t>
            </w:r>
          </w:p>
        </w:tc>
        <w:tc>
          <w:tcPr>
            <w:tcW w:w="1399" w:type="dxa"/>
          </w:tcPr>
          <w:p w14:paraId="2EBA91E9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467C608D" w14:textId="77777777" w:rsidR="003D15D0" w:rsidRDefault="00000000">
            <w:r>
              <w:rPr>
                <w:sz w:val="16"/>
              </w:rPr>
              <w:t>11.0</w:t>
            </w:r>
          </w:p>
        </w:tc>
        <w:tc>
          <w:tcPr>
            <w:tcW w:w="1399" w:type="dxa"/>
          </w:tcPr>
          <w:p w14:paraId="2C90D0F3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4AACB7F1" w14:textId="77777777" w:rsidR="003D15D0" w:rsidRDefault="00000000">
            <w:r>
              <w:rPr>
                <w:sz w:val="16"/>
              </w:rPr>
              <w:t>100.0%</w:t>
            </w:r>
          </w:p>
        </w:tc>
      </w:tr>
      <w:tr w:rsidR="003D15D0" w14:paraId="796964A4" w14:textId="77777777">
        <w:tc>
          <w:tcPr>
            <w:tcW w:w="1399" w:type="dxa"/>
          </w:tcPr>
          <w:p w14:paraId="7117B789" w14:textId="77777777" w:rsidR="003D15D0" w:rsidRDefault="00000000">
            <w:r>
              <w:rPr>
                <w:sz w:val="16"/>
              </w:rPr>
              <w:t>apgar_1min (v10)</w:t>
            </w:r>
          </w:p>
        </w:tc>
        <w:tc>
          <w:tcPr>
            <w:tcW w:w="1399" w:type="dxa"/>
          </w:tcPr>
          <w:p w14:paraId="35E903F2" w14:textId="77777777" w:rsidR="003D15D0" w:rsidRDefault="00000000">
            <w:r>
              <w:rPr>
                <w:sz w:val="16"/>
              </w:rPr>
              <w:t>Blank = score of 10 (investigator-confirmed 2026-08-23)</w:t>
            </w:r>
          </w:p>
        </w:tc>
        <w:tc>
          <w:tcPr>
            <w:tcW w:w="1399" w:type="dxa"/>
          </w:tcPr>
          <w:p w14:paraId="47493A73" w14:textId="77777777" w:rsidR="003D15D0" w:rsidRDefault="00000000">
            <w:r>
              <w:rPr>
                <w:sz w:val="16"/>
              </w:rPr>
              <w:t>score</w:t>
            </w:r>
          </w:p>
        </w:tc>
        <w:tc>
          <w:tcPr>
            <w:tcW w:w="1399" w:type="dxa"/>
          </w:tcPr>
          <w:p w14:paraId="5F5417F4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3827E51A" w14:textId="77777777" w:rsidR="003D15D0" w:rsidRDefault="003D15D0"/>
        </w:tc>
        <w:tc>
          <w:tcPr>
            <w:tcW w:w="1399" w:type="dxa"/>
          </w:tcPr>
          <w:p w14:paraId="6D8CDAC7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4FB1F74F" w14:textId="77777777" w:rsidR="003D15D0" w:rsidRDefault="00000000">
            <w:r>
              <w:rPr>
                <w:sz w:val="16"/>
              </w:rPr>
              <w:t>100.0%</w:t>
            </w:r>
          </w:p>
        </w:tc>
      </w:tr>
      <w:tr w:rsidR="003D15D0" w14:paraId="0D211154" w14:textId="77777777">
        <w:tc>
          <w:tcPr>
            <w:tcW w:w="1399" w:type="dxa"/>
          </w:tcPr>
          <w:p w14:paraId="5B46EAB4" w14:textId="77777777" w:rsidR="003D15D0" w:rsidRDefault="00000000">
            <w:r>
              <w:rPr>
                <w:sz w:val="16"/>
              </w:rPr>
              <w:t>apgar_5min (v10)</w:t>
            </w:r>
          </w:p>
        </w:tc>
        <w:tc>
          <w:tcPr>
            <w:tcW w:w="1399" w:type="dxa"/>
          </w:tcPr>
          <w:p w14:paraId="4AA6D06F" w14:textId="77777777" w:rsidR="003D15D0" w:rsidRDefault="00000000">
            <w:r>
              <w:rPr>
                <w:sz w:val="16"/>
              </w:rPr>
              <w:t>Blank = score of 10 (investigator-confirmed 2026-08-23)</w:t>
            </w:r>
          </w:p>
        </w:tc>
        <w:tc>
          <w:tcPr>
            <w:tcW w:w="1399" w:type="dxa"/>
          </w:tcPr>
          <w:p w14:paraId="7C971261" w14:textId="77777777" w:rsidR="003D15D0" w:rsidRDefault="00000000">
            <w:r>
              <w:rPr>
                <w:sz w:val="16"/>
              </w:rPr>
              <w:t>score</w:t>
            </w:r>
          </w:p>
        </w:tc>
        <w:tc>
          <w:tcPr>
            <w:tcW w:w="1399" w:type="dxa"/>
          </w:tcPr>
          <w:p w14:paraId="4AA90E32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529270D9" w14:textId="77777777" w:rsidR="003D15D0" w:rsidRDefault="003D15D0"/>
        </w:tc>
        <w:tc>
          <w:tcPr>
            <w:tcW w:w="1399" w:type="dxa"/>
          </w:tcPr>
          <w:p w14:paraId="5700291F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3C366081" w14:textId="77777777" w:rsidR="003D15D0" w:rsidRDefault="00000000">
            <w:r>
              <w:rPr>
                <w:sz w:val="16"/>
              </w:rPr>
              <w:t>100.0%</w:t>
            </w:r>
          </w:p>
        </w:tc>
      </w:tr>
      <w:tr w:rsidR="003D15D0" w14:paraId="581CEEF5" w14:textId="77777777">
        <w:tc>
          <w:tcPr>
            <w:tcW w:w="1399" w:type="dxa"/>
          </w:tcPr>
          <w:p w14:paraId="48A27C89" w14:textId="77777777" w:rsidR="003D15D0" w:rsidRDefault="00000000">
            <w:r>
              <w:rPr>
                <w:sz w:val="16"/>
              </w:rPr>
              <w:t>apgar_1min &lt;7 (v10)</w:t>
            </w:r>
          </w:p>
        </w:tc>
        <w:tc>
          <w:tcPr>
            <w:tcW w:w="1399" w:type="dxa"/>
          </w:tcPr>
          <w:p w14:paraId="1C907661" w14:textId="77777777" w:rsidR="003D15D0" w:rsidRDefault="00000000">
            <w:r>
              <w:rPr>
                <w:sz w:val="16"/>
              </w:rPr>
              <w:t>Recomputed from apgar_1min (v10)</w:t>
            </w:r>
          </w:p>
        </w:tc>
        <w:tc>
          <w:tcPr>
            <w:tcW w:w="1399" w:type="dxa"/>
          </w:tcPr>
          <w:p w14:paraId="6D1A1C36" w14:textId="77777777" w:rsidR="003D15D0" w:rsidRDefault="00000000">
            <w:r>
              <w:rPr>
                <w:sz w:val="16"/>
              </w:rPr>
              <w:t>binary</w:t>
            </w:r>
          </w:p>
        </w:tc>
        <w:tc>
          <w:tcPr>
            <w:tcW w:w="1399" w:type="dxa"/>
          </w:tcPr>
          <w:p w14:paraId="1DB92D91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6415E785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399" w:type="dxa"/>
          </w:tcPr>
          <w:p w14:paraId="375FBCF9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6EE16642" w14:textId="77777777" w:rsidR="003D15D0" w:rsidRDefault="00000000">
            <w:r>
              <w:rPr>
                <w:sz w:val="16"/>
              </w:rPr>
              <w:t>100.0%</w:t>
            </w:r>
          </w:p>
        </w:tc>
      </w:tr>
      <w:tr w:rsidR="003D15D0" w14:paraId="779A216A" w14:textId="77777777">
        <w:tc>
          <w:tcPr>
            <w:tcW w:w="1399" w:type="dxa"/>
          </w:tcPr>
          <w:p w14:paraId="690805F1" w14:textId="77777777" w:rsidR="003D15D0" w:rsidRDefault="00000000">
            <w:r>
              <w:rPr>
                <w:sz w:val="16"/>
              </w:rPr>
              <w:t>apgar_5min &lt;7 (v10)</w:t>
            </w:r>
          </w:p>
        </w:tc>
        <w:tc>
          <w:tcPr>
            <w:tcW w:w="1399" w:type="dxa"/>
          </w:tcPr>
          <w:p w14:paraId="73D8DFB1" w14:textId="77777777" w:rsidR="003D15D0" w:rsidRDefault="00000000">
            <w:r>
              <w:rPr>
                <w:sz w:val="16"/>
              </w:rPr>
              <w:t>Recomputed from apgar_5min (v10)</w:t>
            </w:r>
          </w:p>
        </w:tc>
        <w:tc>
          <w:tcPr>
            <w:tcW w:w="1399" w:type="dxa"/>
          </w:tcPr>
          <w:p w14:paraId="620A6DC7" w14:textId="77777777" w:rsidR="003D15D0" w:rsidRDefault="00000000">
            <w:r>
              <w:rPr>
                <w:sz w:val="16"/>
              </w:rPr>
              <w:t>binary</w:t>
            </w:r>
          </w:p>
        </w:tc>
        <w:tc>
          <w:tcPr>
            <w:tcW w:w="1399" w:type="dxa"/>
          </w:tcPr>
          <w:p w14:paraId="45225B76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521B947C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399" w:type="dxa"/>
          </w:tcPr>
          <w:p w14:paraId="071C31FE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5FB681B0" w14:textId="77777777" w:rsidR="003D15D0" w:rsidRDefault="00000000">
            <w:r>
              <w:rPr>
                <w:sz w:val="16"/>
              </w:rPr>
              <w:t>100.0%</w:t>
            </w:r>
          </w:p>
        </w:tc>
      </w:tr>
      <w:tr w:rsidR="003D15D0" w14:paraId="7FE05A2D" w14:textId="77777777">
        <w:tc>
          <w:tcPr>
            <w:tcW w:w="1399" w:type="dxa"/>
          </w:tcPr>
          <w:p w14:paraId="6F00CF99" w14:textId="77777777" w:rsidR="003D15D0" w:rsidRDefault="00000000">
            <w:r>
              <w:rPr>
                <w:sz w:val="16"/>
              </w:rPr>
              <w:t>newborn_wbc</w:t>
            </w:r>
          </w:p>
        </w:tc>
        <w:tc>
          <w:tcPr>
            <w:tcW w:w="1399" w:type="dxa"/>
          </w:tcPr>
          <w:p w14:paraId="0D291699" w14:textId="77777777" w:rsidR="003D15D0" w:rsidRDefault="00000000">
            <w:r>
              <w:rPr>
                <w:sz w:val="16"/>
              </w:rPr>
              <w:t>Raw value retained: missing = clinically well, not measured (tested only when indicated); descriptive reporting among measured infants only</w:t>
            </w:r>
          </w:p>
        </w:tc>
        <w:tc>
          <w:tcPr>
            <w:tcW w:w="1399" w:type="dxa"/>
          </w:tcPr>
          <w:p w14:paraId="7C54A25A" w14:textId="77777777" w:rsidR="003D15D0" w:rsidRDefault="00000000">
            <w:r>
              <w:rPr>
                <w:sz w:val="16"/>
              </w:rPr>
              <w:t>measured only</w:t>
            </w:r>
          </w:p>
        </w:tc>
        <w:tc>
          <w:tcPr>
            <w:tcW w:w="1399" w:type="dxa"/>
          </w:tcPr>
          <w:p w14:paraId="55E54E6E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58FEB5FD" w14:textId="77777777" w:rsidR="003D15D0" w:rsidRDefault="003D15D0"/>
        </w:tc>
        <w:tc>
          <w:tcPr>
            <w:tcW w:w="1399" w:type="dxa"/>
          </w:tcPr>
          <w:p w14:paraId="3E98978E" w14:textId="77777777" w:rsidR="003D15D0" w:rsidRDefault="00000000">
            <w:r>
              <w:rPr>
                <w:sz w:val="16"/>
              </w:rPr>
              <w:t>52</w:t>
            </w:r>
          </w:p>
        </w:tc>
        <w:tc>
          <w:tcPr>
            <w:tcW w:w="1399" w:type="dxa"/>
          </w:tcPr>
          <w:p w14:paraId="7EFB0AF5" w14:textId="77777777" w:rsidR="003D15D0" w:rsidRDefault="00000000">
            <w:r>
              <w:rPr>
                <w:sz w:val="16"/>
              </w:rPr>
              <w:t>29.9%</w:t>
            </w:r>
          </w:p>
        </w:tc>
      </w:tr>
      <w:tr w:rsidR="003D15D0" w14:paraId="4BA10248" w14:textId="77777777">
        <w:tc>
          <w:tcPr>
            <w:tcW w:w="1399" w:type="dxa"/>
          </w:tcPr>
          <w:p w14:paraId="5CF0763E" w14:textId="77777777" w:rsidR="003D15D0" w:rsidRDefault="00000000">
            <w:r>
              <w:rPr>
                <w:sz w:val="16"/>
              </w:rPr>
              <w:t>newborn_crp</w:t>
            </w:r>
          </w:p>
        </w:tc>
        <w:tc>
          <w:tcPr>
            <w:tcW w:w="1399" w:type="dxa"/>
          </w:tcPr>
          <w:p w14:paraId="0FF51925" w14:textId="77777777" w:rsidR="003D15D0" w:rsidRDefault="00000000">
            <w:r>
              <w:rPr>
                <w:sz w:val="16"/>
              </w:rPr>
              <w:t>Raw value retained: missing = clinically well, not measured (tested only when indicated); descriptive reporting among measured infants only</w:t>
            </w:r>
          </w:p>
        </w:tc>
        <w:tc>
          <w:tcPr>
            <w:tcW w:w="1399" w:type="dxa"/>
          </w:tcPr>
          <w:p w14:paraId="48D25424" w14:textId="77777777" w:rsidR="003D15D0" w:rsidRDefault="00000000">
            <w:r>
              <w:rPr>
                <w:sz w:val="16"/>
              </w:rPr>
              <w:t>measured only</w:t>
            </w:r>
          </w:p>
        </w:tc>
        <w:tc>
          <w:tcPr>
            <w:tcW w:w="1399" w:type="dxa"/>
          </w:tcPr>
          <w:p w14:paraId="47F2CFA8" w14:textId="77777777" w:rsidR="003D15D0" w:rsidRDefault="00000000">
            <w:r>
              <w:rPr>
                <w:sz w:val="16"/>
              </w:rPr>
              <w:t>174</w:t>
            </w:r>
          </w:p>
        </w:tc>
        <w:tc>
          <w:tcPr>
            <w:tcW w:w="1399" w:type="dxa"/>
          </w:tcPr>
          <w:p w14:paraId="49152D0F" w14:textId="77777777" w:rsidR="003D15D0" w:rsidRDefault="003D15D0"/>
        </w:tc>
        <w:tc>
          <w:tcPr>
            <w:tcW w:w="1399" w:type="dxa"/>
          </w:tcPr>
          <w:p w14:paraId="4C6E67CC" w14:textId="77777777" w:rsidR="003D15D0" w:rsidRDefault="00000000">
            <w:r>
              <w:rPr>
                <w:sz w:val="16"/>
              </w:rPr>
              <w:t>51</w:t>
            </w:r>
          </w:p>
        </w:tc>
        <w:tc>
          <w:tcPr>
            <w:tcW w:w="1399" w:type="dxa"/>
          </w:tcPr>
          <w:p w14:paraId="4290E4A9" w14:textId="77777777" w:rsidR="003D15D0" w:rsidRDefault="00000000">
            <w:r>
              <w:rPr>
                <w:sz w:val="16"/>
              </w:rPr>
              <w:t>29.3%</w:t>
            </w:r>
          </w:p>
        </w:tc>
      </w:tr>
    </w:tbl>
    <w:p w14:paraId="7AE16AA8" w14:textId="77777777" w:rsidR="003D15D0" w:rsidRDefault="003D15D0"/>
    <w:p w14:paraId="34C59B74" w14:textId="77777777" w:rsidR="003D15D0" w:rsidRDefault="00000000">
      <w:pPr>
        <w:pStyle w:val="1"/>
      </w:pPr>
      <w:r>
        <w:t>Table S6. SMD after renewed matching in secondary-grouping cohorts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957"/>
        <w:gridCol w:w="1958"/>
        <w:gridCol w:w="1957"/>
        <w:gridCol w:w="1955"/>
        <w:gridCol w:w="1955"/>
      </w:tblGrid>
      <w:tr w:rsidR="003D15D0" w14:paraId="26ADFF3D" w14:textId="77777777">
        <w:tc>
          <w:tcPr>
            <w:tcW w:w="1958" w:type="dxa"/>
          </w:tcPr>
          <w:p w14:paraId="1BE984B0" w14:textId="77777777" w:rsidR="003D15D0" w:rsidRDefault="00000000">
            <w:r>
              <w:rPr>
                <w:b/>
                <w:sz w:val="16"/>
              </w:rPr>
              <w:t>Exclusion threshold (h)</w:t>
            </w:r>
          </w:p>
        </w:tc>
        <w:tc>
          <w:tcPr>
            <w:tcW w:w="1958" w:type="dxa"/>
          </w:tcPr>
          <w:p w14:paraId="68941BB7" w14:textId="77777777" w:rsidR="003D15D0" w:rsidRDefault="00000000">
            <w:r>
              <w:rPr>
                <w:b/>
                <w:sz w:val="16"/>
              </w:rPr>
              <w:t>Covariate</w:t>
            </w:r>
          </w:p>
        </w:tc>
        <w:tc>
          <w:tcPr>
            <w:tcW w:w="1958" w:type="dxa"/>
          </w:tcPr>
          <w:p w14:paraId="14F83C23" w14:textId="77777777" w:rsidR="003D15D0" w:rsidRDefault="003D15D0"/>
        </w:tc>
        <w:tc>
          <w:tcPr>
            <w:tcW w:w="1958" w:type="dxa"/>
          </w:tcPr>
          <w:p w14:paraId="1227B979" w14:textId="77777777" w:rsidR="003D15D0" w:rsidRDefault="00000000">
            <w:r>
              <w:rPr>
                <w:b/>
                <w:sz w:val="16"/>
              </w:rPr>
              <w:t>SMD</w:t>
            </w:r>
          </w:p>
        </w:tc>
        <w:tc>
          <w:tcPr>
            <w:tcW w:w="1958" w:type="dxa"/>
          </w:tcPr>
          <w:p w14:paraId="1903179F" w14:textId="77777777" w:rsidR="003D15D0" w:rsidRDefault="00000000">
            <w:r>
              <w:rPr>
                <w:b/>
                <w:sz w:val="16"/>
              </w:rPr>
              <w:t>after</w:t>
            </w:r>
          </w:p>
        </w:tc>
      </w:tr>
      <w:tr w:rsidR="003D15D0" w14:paraId="70AF2BFA" w14:textId="77777777">
        <w:tc>
          <w:tcPr>
            <w:tcW w:w="1958" w:type="dxa"/>
          </w:tcPr>
          <w:p w14:paraId="7C257DC8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45574B74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1958" w:type="dxa"/>
          </w:tcPr>
          <w:p w14:paraId="40F68D43" w14:textId="77777777" w:rsidR="003D15D0" w:rsidRDefault="00000000">
            <w:r>
              <w:rPr>
                <w:sz w:val="16"/>
              </w:rPr>
              <w:t>0.0502661810546762</w:t>
            </w:r>
          </w:p>
        </w:tc>
        <w:tc>
          <w:tcPr>
            <w:tcW w:w="1958" w:type="dxa"/>
          </w:tcPr>
          <w:p w14:paraId="4D96214D" w14:textId="77777777" w:rsidR="003D15D0" w:rsidRDefault="003D15D0"/>
        </w:tc>
        <w:tc>
          <w:tcPr>
            <w:tcW w:w="1958" w:type="dxa"/>
          </w:tcPr>
          <w:p w14:paraId="13885846" w14:textId="77777777" w:rsidR="003D15D0" w:rsidRDefault="003D15D0"/>
        </w:tc>
      </w:tr>
      <w:tr w:rsidR="003D15D0" w14:paraId="5BA63277" w14:textId="77777777">
        <w:tc>
          <w:tcPr>
            <w:tcW w:w="1958" w:type="dxa"/>
          </w:tcPr>
          <w:p w14:paraId="0B36F8A7" w14:textId="77777777" w:rsidR="003D15D0" w:rsidRDefault="00000000">
            <w:r>
              <w:rPr>
                <w:sz w:val="16"/>
              </w:rPr>
              <w:lastRenderedPageBreak/>
              <w:t>0.0</w:t>
            </w:r>
          </w:p>
        </w:tc>
        <w:tc>
          <w:tcPr>
            <w:tcW w:w="1958" w:type="dxa"/>
          </w:tcPr>
          <w:p w14:paraId="56EDE89F" w14:textId="77777777" w:rsidR="003D15D0" w:rsidRDefault="00000000">
            <w:r>
              <w:rPr>
                <w:sz w:val="16"/>
              </w:rPr>
              <w:t>gestational age</w:t>
            </w:r>
          </w:p>
        </w:tc>
        <w:tc>
          <w:tcPr>
            <w:tcW w:w="1958" w:type="dxa"/>
          </w:tcPr>
          <w:p w14:paraId="00020052" w14:textId="77777777" w:rsidR="003D15D0" w:rsidRDefault="00000000">
            <w:r>
              <w:rPr>
                <w:sz w:val="16"/>
              </w:rPr>
              <w:t>0.0703022551063223</w:t>
            </w:r>
          </w:p>
        </w:tc>
        <w:tc>
          <w:tcPr>
            <w:tcW w:w="1958" w:type="dxa"/>
          </w:tcPr>
          <w:p w14:paraId="67D2F41F" w14:textId="77777777" w:rsidR="003D15D0" w:rsidRDefault="003D15D0"/>
        </w:tc>
        <w:tc>
          <w:tcPr>
            <w:tcW w:w="1958" w:type="dxa"/>
          </w:tcPr>
          <w:p w14:paraId="22EC3B28" w14:textId="77777777" w:rsidR="003D15D0" w:rsidRDefault="003D15D0"/>
        </w:tc>
      </w:tr>
      <w:tr w:rsidR="003D15D0" w14:paraId="4C112F52" w14:textId="77777777">
        <w:tc>
          <w:tcPr>
            <w:tcW w:w="1958" w:type="dxa"/>
          </w:tcPr>
          <w:p w14:paraId="11EADD45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7A3751F7" w14:textId="77777777" w:rsidR="003D15D0" w:rsidRDefault="00000000">
            <w:r>
              <w:rPr>
                <w:sz w:val="16"/>
              </w:rPr>
              <w:t>gravidity</w:t>
            </w:r>
          </w:p>
        </w:tc>
        <w:tc>
          <w:tcPr>
            <w:tcW w:w="1958" w:type="dxa"/>
          </w:tcPr>
          <w:p w14:paraId="37506FE2" w14:textId="77777777" w:rsidR="003D15D0" w:rsidRDefault="00000000">
            <w:r>
              <w:rPr>
                <w:sz w:val="16"/>
              </w:rPr>
              <w:t>0.1315148375223423</w:t>
            </w:r>
          </w:p>
        </w:tc>
        <w:tc>
          <w:tcPr>
            <w:tcW w:w="1958" w:type="dxa"/>
          </w:tcPr>
          <w:p w14:paraId="23E11462" w14:textId="77777777" w:rsidR="003D15D0" w:rsidRDefault="003D15D0"/>
        </w:tc>
        <w:tc>
          <w:tcPr>
            <w:tcW w:w="1958" w:type="dxa"/>
          </w:tcPr>
          <w:p w14:paraId="0CD7C0EE" w14:textId="77777777" w:rsidR="003D15D0" w:rsidRDefault="003D15D0"/>
        </w:tc>
      </w:tr>
      <w:tr w:rsidR="003D15D0" w14:paraId="5A501884" w14:textId="77777777">
        <w:tc>
          <w:tcPr>
            <w:tcW w:w="1958" w:type="dxa"/>
          </w:tcPr>
          <w:p w14:paraId="4A5133DB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283F34F2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1958" w:type="dxa"/>
          </w:tcPr>
          <w:p w14:paraId="1BDF0055" w14:textId="77777777" w:rsidR="003D15D0" w:rsidRDefault="00000000">
            <w:r>
              <w:rPr>
                <w:sz w:val="16"/>
              </w:rPr>
              <w:t>0.0527270504008297</w:t>
            </w:r>
          </w:p>
        </w:tc>
        <w:tc>
          <w:tcPr>
            <w:tcW w:w="1958" w:type="dxa"/>
          </w:tcPr>
          <w:p w14:paraId="551C7D3E" w14:textId="77777777" w:rsidR="003D15D0" w:rsidRDefault="003D15D0"/>
        </w:tc>
        <w:tc>
          <w:tcPr>
            <w:tcW w:w="1958" w:type="dxa"/>
          </w:tcPr>
          <w:p w14:paraId="40FD8E7D" w14:textId="77777777" w:rsidR="003D15D0" w:rsidRDefault="003D15D0"/>
        </w:tc>
      </w:tr>
      <w:tr w:rsidR="003D15D0" w14:paraId="66C79AE1" w14:textId="77777777">
        <w:tc>
          <w:tcPr>
            <w:tcW w:w="1958" w:type="dxa"/>
          </w:tcPr>
          <w:p w14:paraId="4DC96841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42B15975" w14:textId="77777777" w:rsidR="003D15D0" w:rsidRDefault="00000000">
            <w:r>
              <w:rPr>
                <w:sz w:val="16"/>
              </w:rPr>
              <w:t>prepregnancy_bmi_imp</w:t>
            </w:r>
          </w:p>
        </w:tc>
        <w:tc>
          <w:tcPr>
            <w:tcW w:w="1958" w:type="dxa"/>
          </w:tcPr>
          <w:p w14:paraId="28C1C129" w14:textId="77777777" w:rsidR="003D15D0" w:rsidRDefault="00000000">
            <w:r>
              <w:rPr>
                <w:sz w:val="16"/>
              </w:rPr>
              <w:t>0.1242582928359196</w:t>
            </w:r>
          </w:p>
        </w:tc>
        <w:tc>
          <w:tcPr>
            <w:tcW w:w="1958" w:type="dxa"/>
          </w:tcPr>
          <w:p w14:paraId="2C1C0BB3" w14:textId="77777777" w:rsidR="003D15D0" w:rsidRDefault="003D15D0"/>
        </w:tc>
        <w:tc>
          <w:tcPr>
            <w:tcW w:w="1958" w:type="dxa"/>
          </w:tcPr>
          <w:p w14:paraId="4AF9A8A5" w14:textId="77777777" w:rsidR="003D15D0" w:rsidRDefault="003D15D0"/>
        </w:tc>
      </w:tr>
      <w:tr w:rsidR="003D15D0" w14:paraId="6DD2BCEC" w14:textId="77777777">
        <w:tc>
          <w:tcPr>
            <w:tcW w:w="1958" w:type="dxa"/>
          </w:tcPr>
          <w:p w14:paraId="128D9AE2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5D7B8E37" w14:textId="77777777" w:rsidR="003D15D0" w:rsidRDefault="00000000">
            <w:r>
              <w:rPr>
                <w:sz w:val="16"/>
              </w:rPr>
              <w:t>bmi_missing</w:t>
            </w:r>
          </w:p>
        </w:tc>
        <w:tc>
          <w:tcPr>
            <w:tcW w:w="1958" w:type="dxa"/>
          </w:tcPr>
          <w:p w14:paraId="680BC412" w14:textId="77777777" w:rsidR="003D15D0" w:rsidRDefault="00000000">
            <w:r>
              <w:rPr>
                <w:sz w:val="16"/>
              </w:rPr>
              <w:t>0.077658027471532</w:t>
            </w:r>
          </w:p>
        </w:tc>
        <w:tc>
          <w:tcPr>
            <w:tcW w:w="1958" w:type="dxa"/>
          </w:tcPr>
          <w:p w14:paraId="266DDC8E" w14:textId="77777777" w:rsidR="003D15D0" w:rsidRDefault="003D15D0"/>
        </w:tc>
        <w:tc>
          <w:tcPr>
            <w:tcW w:w="1958" w:type="dxa"/>
          </w:tcPr>
          <w:p w14:paraId="5FB2EA48" w14:textId="77777777" w:rsidR="003D15D0" w:rsidRDefault="003D15D0"/>
        </w:tc>
      </w:tr>
      <w:tr w:rsidR="003D15D0" w14:paraId="1C8D1D6A" w14:textId="77777777">
        <w:tc>
          <w:tcPr>
            <w:tcW w:w="1958" w:type="dxa"/>
          </w:tcPr>
          <w:p w14:paraId="48A691BC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3931B7A2" w14:textId="77777777" w:rsidR="003D15D0" w:rsidRDefault="00000000">
            <w:r>
              <w:rPr>
                <w:sz w:val="16"/>
              </w:rPr>
              <w:t>Bishop (imputed)</w:t>
            </w:r>
          </w:p>
        </w:tc>
        <w:tc>
          <w:tcPr>
            <w:tcW w:w="1958" w:type="dxa"/>
          </w:tcPr>
          <w:p w14:paraId="435E8FA1" w14:textId="77777777" w:rsidR="003D15D0" w:rsidRDefault="00000000">
            <w:r>
              <w:rPr>
                <w:sz w:val="16"/>
              </w:rPr>
              <w:t>0.0166986462291719</w:t>
            </w:r>
          </w:p>
        </w:tc>
        <w:tc>
          <w:tcPr>
            <w:tcW w:w="1958" w:type="dxa"/>
          </w:tcPr>
          <w:p w14:paraId="1DB8DBCC" w14:textId="77777777" w:rsidR="003D15D0" w:rsidRDefault="003D15D0"/>
        </w:tc>
        <w:tc>
          <w:tcPr>
            <w:tcW w:w="1958" w:type="dxa"/>
          </w:tcPr>
          <w:p w14:paraId="57D4DF73" w14:textId="77777777" w:rsidR="003D15D0" w:rsidRDefault="003D15D0"/>
        </w:tc>
      </w:tr>
      <w:tr w:rsidR="003D15D0" w14:paraId="027393A8" w14:textId="77777777">
        <w:tc>
          <w:tcPr>
            <w:tcW w:w="1958" w:type="dxa"/>
          </w:tcPr>
          <w:p w14:paraId="6CAE2ECB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7145FFEE" w14:textId="77777777" w:rsidR="003D15D0" w:rsidRDefault="00000000">
            <w:r>
              <w:rPr>
                <w:sz w:val="16"/>
              </w:rPr>
              <w:t>Bishop missing</w:t>
            </w:r>
          </w:p>
        </w:tc>
        <w:tc>
          <w:tcPr>
            <w:tcW w:w="1958" w:type="dxa"/>
          </w:tcPr>
          <w:p w14:paraId="257833BD" w14:textId="77777777" w:rsidR="003D15D0" w:rsidRDefault="00000000">
            <w:r>
              <w:rPr>
                <w:sz w:val="16"/>
              </w:rPr>
              <w:t>0.2</w:t>
            </w:r>
          </w:p>
        </w:tc>
        <w:tc>
          <w:tcPr>
            <w:tcW w:w="1958" w:type="dxa"/>
          </w:tcPr>
          <w:p w14:paraId="0F65B141" w14:textId="77777777" w:rsidR="003D15D0" w:rsidRDefault="003D15D0"/>
        </w:tc>
        <w:tc>
          <w:tcPr>
            <w:tcW w:w="1958" w:type="dxa"/>
          </w:tcPr>
          <w:p w14:paraId="4B4DCB0D" w14:textId="77777777" w:rsidR="003D15D0" w:rsidRDefault="003D15D0"/>
        </w:tc>
      </w:tr>
      <w:tr w:rsidR="003D15D0" w14:paraId="6D95E83C" w14:textId="77777777">
        <w:tc>
          <w:tcPr>
            <w:tcW w:w="1958" w:type="dxa"/>
          </w:tcPr>
          <w:p w14:paraId="26F45705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06BB1D22" w14:textId="77777777" w:rsidR="003D15D0" w:rsidRDefault="00000000">
            <w:r>
              <w:rPr>
                <w:sz w:val="16"/>
              </w:rPr>
              <w:t>gbs_positive_fill</w:t>
            </w:r>
          </w:p>
        </w:tc>
        <w:tc>
          <w:tcPr>
            <w:tcW w:w="1958" w:type="dxa"/>
          </w:tcPr>
          <w:p w14:paraId="53596250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271D8369" w14:textId="77777777" w:rsidR="003D15D0" w:rsidRDefault="003D15D0"/>
        </w:tc>
        <w:tc>
          <w:tcPr>
            <w:tcW w:w="1958" w:type="dxa"/>
          </w:tcPr>
          <w:p w14:paraId="32471FA6" w14:textId="77777777" w:rsidR="003D15D0" w:rsidRDefault="003D15D0"/>
        </w:tc>
      </w:tr>
      <w:tr w:rsidR="003D15D0" w14:paraId="20661D02" w14:textId="77777777">
        <w:tc>
          <w:tcPr>
            <w:tcW w:w="1958" w:type="dxa"/>
          </w:tcPr>
          <w:p w14:paraId="2AFB4A32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055A3882" w14:textId="77777777" w:rsidR="003D15D0" w:rsidRDefault="00000000">
            <w:r>
              <w:rPr>
                <w:sz w:val="16"/>
              </w:rPr>
              <w:t>diabetes</w:t>
            </w:r>
          </w:p>
        </w:tc>
        <w:tc>
          <w:tcPr>
            <w:tcW w:w="1958" w:type="dxa"/>
          </w:tcPr>
          <w:p w14:paraId="71368C9E" w14:textId="77777777" w:rsidR="003D15D0" w:rsidRDefault="00000000">
            <w:r>
              <w:rPr>
                <w:sz w:val="16"/>
              </w:rPr>
              <w:t>0.0836660026534075</w:t>
            </w:r>
          </w:p>
        </w:tc>
        <w:tc>
          <w:tcPr>
            <w:tcW w:w="1958" w:type="dxa"/>
          </w:tcPr>
          <w:p w14:paraId="54BD8ED8" w14:textId="77777777" w:rsidR="003D15D0" w:rsidRDefault="003D15D0"/>
        </w:tc>
        <w:tc>
          <w:tcPr>
            <w:tcW w:w="1958" w:type="dxa"/>
          </w:tcPr>
          <w:p w14:paraId="071DE1A5" w14:textId="77777777" w:rsidR="003D15D0" w:rsidRDefault="003D15D0"/>
        </w:tc>
      </w:tr>
      <w:tr w:rsidR="003D15D0" w14:paraId="1658C10D" w14:textId="77777777">
        <w:tc>
          <w:tcPr>
            <w:tcW w:w="1958" w:type="dxa"/>
          </w:tcPr>
          <w:p w14:paraId="087393B2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54F5CF75" w14:textId="77777777" w:rsidR="003D15D0" w:rsidRDefault="00000000">
            <w:r>
              <w:rPr>
                <w:sz w:val="16"/>
              </w:rPr>
              <w:t>hypertension</w:t>
            </w:r>
          </w:p>
        </w:tc>
        <w:tc>
          <w:tcPr>
            <w:tcW w:w="1958" w:type="dxa"/>
          </w:tcPr>
          <w:p w14:paraId="75249364" w14:textId="77777777" w:rsidR="003D15D0" w:rsidRDefault="00000000">
            <w:r>
              <w:rPr>
                <w:sz w:val="16"/>
              </w:rPr>
              <w:t>0.0633101884304588</w:t>
            </w:r>
          </w:p>
        </w:tc>
        <w:tc>
          <w:tcPr>
            <w:tcW w:w="1958" w:type="dxa"/>
          </w:tcPr>
          <w:p w14:paraId="17376602" w14:textId="77777777" w:rsidR="003D15D0" w:rsidRDefault="003D15D0"/>
        </w:tc>
        <w:tc>
          <w:tcPr>
            <w:tcW w:w="1958" w:type="dxa"/>
          </w:tcPr>
          <w:p w14:paraId="435105CF" w14:textId="77777777" w:rsidR="003D15D0" w:rsidRDefault="003D15D0"/>
        </w:tc>
      </w:tr>
      <w:tr w:rsidR="003D15D0" w14:paraId="7A1CBC48" w14:textId="77777777">
        <w:tc>
          <w:tcPr>
            <w:tcW w:w="1958" w:type="dxa"/>
          </w:tcPr>
          <w:p w14:paraId="65F2C3F2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2D540BE8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1958" w:type="dxa"/>
          </w:tcPr>
          <w:p w14:paraId="0C5999D4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646F059F" w14:textId="77777777" w:rsidR="003D15D0" w:rsidRDefault="003D15D0"/>
        </w:tc>
        <w:tc>
          <w:tcPr>
            <w:tcW w:w="1958" w:type="dxa"/>
          </w:tcPr>
          <w:p w14:paraId="12379A07" w14:textId="77777777" w:rsidR="003D15D0" w:rsidRDefault="003D15D0"/>
        </w:tc>
      </w:tr>
      <w:tr w:rsidR="003D15D0" w14:paraId="46992743" w14:textId="77777777">
        <w:tc>
          <w:tcPr>
            <w:tcW w:w="1958" w:type="dxa"/>
          </w:tcPr>
          <w:p w14:paraId="3B7009C5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5433AEE5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1958" w:type="dxa"/>
          </w:tcPr>
          <w:p w14:paraId="5DC96959" w14:textId="77777777" w:rsidR="003D15D0" w:rsidRDefault="00000000">
            <w:r>
              <w:rPr>
                <w:sz w:val="16"/>
              </w:rPr>
              <w:t>0.0062963368900957</w:t>
            </w:r>
          </w:p>
        </w:tc>
        <w:tc>
          <w:tcPr>
            <w:tcW w:w="1958" w:type="dxa"/>
          </w:tcPr>
          <w:p w14:paraId="12DB533A" w14:textId="77777777" w:rsidR="003D15D0" w:rsidRDefault="003D15D0"/>
        </w:tc>
        <w:tc>
          <w:tcPr>
            <w:tcW w:w="1958" w:type="dxa"/>
          </w:tcPr>
          <w:p w14:paraId="03148E06" w14:textId="77777777" w:rsidR="003D15D0" w:rsidRDefault="003D15D0"/>
        </w:tc>
      </w:tr>
      <w:tr w:rsidR="003D15D0" w14:paraId="31DDCE87" w14:textId="77777777">
        <w:tc>
          <w:tcPr>
            <w:tcW w:w="1958" w:type="dxa"/>
          </w:tcPr>
          <w:p w14:paraId="7C842030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73D3C307" w14:textId="77777777" w:rsidR="003D15D0" w:rsidRDefault="00000000">
            <w:r>
              <w:rPr>
                <w:sz w:val="16"/>
              </w:rPr>
              <w:t>gestational age</w:t>
            </w:r>
          </w:p>
        </w:tc>
        <w:tc>
          <w:tcPr>
            <w:tcW w:w="1958" w:type="dxa"/>
          </w:tcPr>
          <w:p w14:paraId="1DEDCB79" w14:textId="77777777" w:rsidR="003D15D0" w:rsidRDefault="00000000">
            <w:r>
              <w:rPr>
                <w:sz w:val="16"/>
              </w:rPr>
              <w:t>0.0694811481343815</w:t>
            </w:r>
          </w:p>
        </w:tc>
        <w:tc>
          <w:tcPr>
            <w:tcW w:w="1958" w:type="dxa"/>
          </w:tcPr>
          <w:p w14:paraId="46A39209" w14:textId="77777777" w:rsidR="003D15D0" w:rsidRDefault="003D15D0"/>
        </w:tc>
        <w:tc>
          <w:tcPr>
            <w:tcW w:w="1958" w:type="dxa"/>
          </w:tcPr>
          <w:p w14:paraId="0C263C23" w14:textId="77777777" w:rsidR="003D15D0" w:rsidRDefault="003D15D0"/>
        </w:tc>
      </w:tr>
      <w:tr w:rsidR="003D15D0" w14:paraId="3CAFE07C" w14:textId="77777777">
        <w:tc>
          <w:tcPr>
            <w:tcW w:w="1958" w:type="dxa"/>
          </w:tcPr>
          <w:p w14:paraId="2548D348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75DE3A82" w14:textId="77777777" w:rsidR="003D15D0" w:rsidRDefault="00000000">
            <w:r>
              <w:rPr>
                <w:sz w:val="16"/>
              </w:rPr>
              <w:t>gravidity</w:t>
            </w:r>
          </w:p>
        </w:tc>
        <w:tc>
          <w:tcPr>
            <w:tcW w:w="1958" w:type="dxa"/>
          </w:tcPr>
          <w:p w14:paraId="697786C2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2979B24B" w14:textId="77777777" w:rsidR="003D15D0" w:rsidRDefault="003D15D0"/>
        </w:tc>
        <w:tc>
          <w:tcPr>
            <w:tcW w:w="1958" w:type="dxa"/>
          </w:tcPr>
          <w:p w14:paraId="3CB9BDB7" w14:textId="77777777" w:rsidR="003D15D0" w:rsidRDefault="003D15D0"/>
        </w:tc>
      </w:tr>
      <w:tr w:rsidR="003D15D0" w14:paraId="070168AD" w14:textId="77777777">
        <w:tc>
          <w:tcPr>
            <w:tcW w:w="1958" w:type="dxa"/>
          </w:tcPr>
          <w:p w14:paraId="4243C811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3D5F17E8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1958" w:type="dxa"/>
          </w:tcPr>
          <w:p w14:paraId="0424F00F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181A1B96" w14:textId="77777777" w:rsidR="003D15D0" w:rsidRDefault="003D15D0"/>
        </w:tc>
        <w:tc>
          <w:tcPr>
            <w:tcW w:w="1958" w:type="dxa"/>
          </w:tcPr>
          <w:p w14:paraId="3CA0FC72" w14:textId="77777777" w:rsidR="003D15D0" w:rsidRDefault="003D15D0"/>
        </w:tc>
      </w:tr>
      <w:tr w:rsidR="003D15D0" w14:paraId="27C7BB4A" w14:textId="77777777">
        <w:tc>
          <w:tcPr>
            <w:tcW w:w="1958" w:type="dxa"/>
          </w:tcPr>
          <w:p w14:paraId="5C195E5B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5445BB06" w14:textId="77777777" w:rsidR="003D15D0" w:rsidRDefault="00000000">
            <w:r>
              <w:rPr>
                <w:sz w:val="16"/>
              </w:rPr>
              <w:t>prepregnancy_bmi_imp</w:t>
            </w:r>
          </w:p>
        </w:tc>
        <w:tc>
          <w:tcPr>
            <w:tcW w:w="1958" w:type="dxa"/>
          </w:tcPr>
          <w:p w14:paraId="1224B996" w14:textId="77777777" w:rsidR="003D15D0" w:rsidRDefault="00000000">
            <w:r>
              <w:rPr>
                <w:sz w:val="16"/>
              </w:rPr>
              <w:t>0.0481337301167578</w:t>
            </w:r>
          </w:p>
        </w:tc>
        <w:tc>
          <w:tcPr>
            <w:tcW w:w="1958" w:type="dxa"/>
          </w:tcPr>
          <w:p w14:paraId="25F07241" w14:textId="77777777" w:rsidR="003D15D0" w:rsidRDefault="003D15D0"/>
        </w:tc>
        <w:tc>
          <w:tcPr>
            <w:tcW w:w="1958" w:type="dxa"/>
          </w:tcPr>
          <w:p w14:paraId="145BFB63" w14:textId="77777777" w:rsidR="003D15D0" w:rsidRDefault="003D15D0"/>
        </w:tc>
      </w:tr>
      <w:tr w:rsidR="003D15D0" w14:paraId="77FC4105" w14:textId="77777777">
        <w:tc>
          <w:tcPr>
            <w:tcW w:w="1958" w:type="dxa"/>
          </w:tcPr>
          <w:p w14:paraId="3468D3CF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34928271" w14:textId="77777777" w:rsidR="003D15D0" w:rsidRDefault="00000000">
            <w:r>
              <w:rPr>
                <w:sz w:val="16"/>
              </w:rPr>
              <w:t>bmi_missing</w:t>
            </w:r>
          </w:p>
        </w:tc>
        <w:tc>
          <w:tcPr>
            <w:tcW w:w="1958" w:type="dxa"/>
          </w:tcPr>
          <w:p w14:paraId="73A30582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501751F9" w14:textId="77777777" w:rsidR="003D15D0" w:rsidRDefault="003D15D0"/>
        </w:tc>
        <w:tc>
          <w:tcPr>
            <w:tcW w:w="1958" w:type="dxa"/>
          </w:tcPr>
          <w:p w14:paraId="29B0A024" w14:textId="77777777" w:rsidR="003D15D0" w:rsidRDefault="003D15D0"/>
        </w:tc>
      </w:tr>
      <w:tr w:rsidR="003D15D0" w14:paraId="35FA76CF" w14:textId="77777777">
        <w:tc>
          <w:tcPr>
            <w:tcW w:w="1958" w:type="dxa"/>
          </w:tcPr>
          <w:p w14:paraId="235742A5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65A48815" w14:textId="77777777" w:rsidR="003D15D0" w:rsidRDefault="00000000">
            <w:r>
              <w:rPr>
                <w:sz w:val="16"/>
              </w:rPr>
              <w:t>Bishop (imputed)</w:t>
            </w:r>
          </w:p>
        </w:tc>
        <w:tc>
          <w:tcPr>
            <w:tcW w:w="1958" w:type="dxa"/>
          </w:tcPr>
          <w:p w14:paraId="74058D27" w14:textId="77777777" w:rsidR="003D15D0" w:rsidRDefault="00000000">
            <w:r>
              <w:rPr>
                <w:sz w:val="16"/>
              </w:rPr>
              <w:t>0.0497001589552224</w:t>
            </w:r>
          </w:p>
        </w:tc>
        <w:tc>
          <w:tcPr>
            <w:tcW w:w="1958" w:type="dxa"/>
          </w:tcPr>
          <w:p w14:paraId="14051738" w14:textId="77777777" w:rsidR="003D15D0" w:rsidRDefault="003D15D0"/>
        </w:tc>
        <w:tc>
          <w:tcPr>
            <w:tcW w:w="1958" w:type="dxa"/>
          </w:tcPr>
          <w:p w14:paraId="2258712C" w14:textId="77777777" w:rsidR="003D15D0" w:rsidRDefault="003D15D0"/>
        </w:tc>
      </w:tr>
      <w:tr w:rsidR="003D15D0" w14:paraId="0E478A54" w14:textId="77777777">
        <w:tc>
          <w:tcPr>
            <w:tcW w:w="1958" w:type="dxa"/>
          </w:tcPr>
          <w:p w14:paraId="64ACA429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4E22A53E" w14:textId="77777777" w:rsidR="003D15D0" w:rsidRDefault="00000000">
            <w:r>
              <w:rPr>
                <w:sz w:val="16"/>
              </w:rPr>
              <w:t>Bishop missing</w:t>
            </w:r>
          </w:p>
        </w:tc>
        <w:tc>
          <w:tcPr>
            <w:tcW w:w="1958" w:type="dxa"/>
          </w:tcPr>
          <w:p w14:paraId="222A0807" w14:textId="77777777" w:rsidR="003D15D0" w:rsidRDefault="00000000">
            <w:r>
              <w:rPr>
                <w:sz w:val="16"/>
              </w:rPr>
              <w:t>0.1139750891087206</w:t>
            </w:r>
          </w:p>
        </w:tc>
        <w:tc>
          <w:tcPr>
            <w:tcW w:w="1958" w:type="dxa"/>
          </w:tcPr>
          <w:p w14:paraId="4182B97A" w14:textId="77777777" w:rsidR="003D15D0" w:rsidRDefault="003D15D0"/>
        </w:tc>
        <w:tc>
          <w:tcPr>
            <w:tcW w:w="1958" w:type="dxa"/>
          </w:tcPr>
          <w:p w14:paraId="4F125B5B" w14:textId="77777777" w:rsidR="003D15D0" w:rsidRDefault="003D15D0"/>
        </w:tc>
      </w:tr>
      <w:tr w:rsidR="003D15D0" w14:paraId="1044CE77" w14:textId="77777777">
        <w:tc>
          <w:tcPr>
            <w:tcW w:w="1958" w:type="dxa"/>
          </w:tcPr>
          <w:p w14:paraId="69926AF1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311D82C2" w14:textId="77777777" w:rsidR="003D15D0" w:rsidRDefault="00000000">
            <w:r>
              <w:rPr>
                <w:sz w:val="16"/>
              </w:rPr>
              <w:t>gbs_positive_fill</w:t>
            </w:r>
          </w:p>
        </w:tc>
        <w:tc>
          <w:tcPr>
            <w:tcW w:w="1958" w:type="dxa"/>
          </w:tcPr>
          <w:p w14:paraId="542E12D5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069564BA" w14:textId="77777777" w:rsidR="003D15D0" w:rsidRDefault="003D15D0"/>
        </w:tc>
        <w:tc>
          <w:tcPr>
            <w:tcW w:w="1958" w:type="dxa"/>
          </w:tcPr>
          <w:p w14:paraId="2C45E3E7" w14:textId="77777777" w:rsidR="003D15D0" w:rsidRDefault="003D15D0"/>
        </w:tc>
      </w:tr>
      <w:tr w:rsidR="003D15D0" w14:paraId="2F66769F" w14:textId="77777777">
        <w:tc>
          <w:tcPr>
            <w:tcW w:w="1958" w:type="dxa"/>
          </w:tcPr>
          <w:p w14:paraId="3AB171E3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446AF652" w14:textId="77777777" w:rsidR="003D15D0" w:rsidRDefault="00000000">
            <w:r>
              <w:rPr>
                <w:sz w:val="16"/>
              </w:rPr>
              <w:t>diabetes</w:t>
            </w:r>
          </w:p>
        </w:tc>
        <w:tc>
          <w:tcPr>
            <w:tcW w:w="1958" w:type="dxa"/>
          </w:tcPr>
          <w:p w14:paraId="56786DFF" w14:textId="77777777" w:rsidR="003D15D0" w:rsidRDefault="00000000">
            <w:r>
              <w:rPr>
                <w:sz w:val="16"/>
              </w:rPr>
              <w:t>0.081268115546668</w:t>
            </w:r>
          </w:p>
        </w:tc>
        <w:tc>
          <w:tcPr>
            <w:tcW w:w="1958" w:type="dxa"/>
          </w:tcPr>
          <w:p w14:paraId="6520B10B" w14:textId="77777777" w:rsidR="003D15D0" w:rsidRDefault="003D15D0"/>
        </w:tc>
        <w:tc>
          <w:tcPr>
            <w:tcW w:w="1958" w:type="dxa"/>
          </w:tcPr>
          <w:p w14:paraId="3234D1EE" w14:textId="77777777" w:rsidR="003D15D0" w:rsidRDefault="003D15D0"/>
        </w:tc>
      </w:tr>
      <w:tr w:rsidR="003D15D0" w14:paraId="64A4F3BB" w14:textId="77777777">
        <w:tc>
          <w:tcPr>
            <w:tcW w:w="1958" w:type="dxa"/>
          </w:tcPr>
          <w:p w14:paraId="08E17F77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4DE3B991" w14:textId="77777777" w:rsidR="003D15D0" w:rsidRDefault="00000000">
            <w:r>
              <w:rPr>
                <w:sz w:val="16"/>
              </w:rPr>
              <w:t>hypertension</w:t>
            </w:r>
          </w:p>
        </w:tc>
        <w:tc>
          <w:tcPr>
            <w:tcW w:w="1958" w:type="dxa"/>
          </w:tcPr>
          <w:p w14:paraId="3452D880" w14:textId="77777777" w:rsidR="003D15D0" w:rsidRDefault="00000000">
            <w:r>
              <w:rPr>
                <w:sz w:val="16"/>
              </w:rPr>
              <w:t>0.0677773331494302</w:t>
            </w:r>
          </w:p>
        </w:tc>
        <w:tc>
          <w:tcPr>
            <w:tcW w:w="1958" w:type="dxa"/>
          </w:tcPr>
          <w:p w14:paraId="694884C2" w14:textId="77777777" w:rsidR="003D15D0" w:rsidRDefault="003D15D0"/>
        </w:tc>
        <w:tc>
          <w:tcPr>
            <w:tcW w:w="1958" w:type="dxa"/>
          </w:tcPr>
          <w:p w14:paraId="1E19F3A6" w14:textId="77777777" w:rsidR="003D15D0" w:rsidRDefault="003D15D0"/>
        </w:tc>
      </w:tr>
      <w:tr w:rsidR="003D15D0" w14:paraId="1594D937" w14:textId="77777777">
        <w:tc>
          <w:tcPr>
            <w:tcW w:w="1958" w:type="dxa"/>
          </w:tcPr>
          <w:p w14:paraId="27273144" w14:textId="77777777" w:rsidR="003D15D0" w:rsidRDefault="00000000">
            <w:r>
              <w:rPr>
                <w:sz w:val="16"/>
              </w:rPr>
              <w:t>2.0</w:t>
            </w:r>
          </w:p>
        </w:tc>
        <w:tc>
          <w:tcPr>
            <w:tcW w:w="1958" w:type="dxa"/>
          </w:tcPr>
          <w:p w14:paraId="2599B97F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1958" w:type="dxa"/>
          </w:tcPr>
          <w:p w14:paraId="156E1508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3B2989DB" w14:textId="77777777" w:rsidR="003D15D0" w:rsidRDefault="003D15D0"/>
        </w:tc>
        <w:tc>
          <w:tcPr>
            <w:tcW w:w="1958" w:type="dxa"/>
          </w:tcPr>
          <w:p w14:paraId="439A6801" w14:textId="77777777" w:rsidR="003D15D0" w:rsidRDefault="003D15D0"/>
        </w:tc>
      </w:tr>
      <w:tr w:rsidR="003D15D0" w14:paraId="406F3876" w14:textId="77777777">
        <w:tc>
          <w:tcPr>
            <w:tcW w:w="1958" w:type="dxa"/>
          </w:tcPr>
          <w:p w14:paraId="0A5DC736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4AB006E2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1958" w:type="dxa"/>
          </w:tcPr>
          <w:p w14:paraId="5E04E2A4" w14:textId="77777777" w:rsidR="003D15D0" w:rsidRDefault="00000000">
            <w:r>
              <w:rPr>
                <w:sz w:val="16"/>
              </w:rPr>
              <w:t>0.0698998462932466</w:t>
            </w:r>
          </w:p>
        </w:tc>
        <w:tc>
          <w:tcPr>
            <w:tcW w:w="1958" w:type="dxa"/>
          </w:tcPr>
          <w:p w14:paraId="7C77A5E9" w14:textId="77777777" w:rsidR="003D15D0" w:rsidRDefault="003D15D0"/>
        </w:tc>
        <w:tc>
          <w:tcPr>
            <w:tcW w:w="1958" w:type="dxa"/>
          </w:tcPr>
          <w:p w14:paraId="1524D0E9" w14:textId="77777777" w:rsidR="003D15D0" w:rsidRDefault="003D15D0"/>
        </w:tc>
      </w:tr>
      <w:tr w:rsidR="003D15D0" w14:paraId="2BFF225F" w14:textId="77777777">
        <w:tc>
          <w:tcPr>
            <w:tcW w:w="1958" w:type="dxa"/>
          </w:tcPr>
          <w:p w14:paraId="05D5DB17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7842BB1F" w14:textId="77777777" w:rsidR="003D15D0" w:rsidRDefault="00000000">
            <w:r>
              <w:rPr>
                <w:sz w:val="16"/>
              </w:rPr>
              <w:t>gestational age</w:t>
            </w:r>
          </w:p>
        </w:tc>
        <w:tc>
          <w:tcPr>
            <w:tcW w:w="1958" w:type="dxa"/>
          </w:tcPr>
          <w:p w14:paraId="33119630" w14:textId="77777777" w:rsidR="003D15D0" w:rsidRDefault="00000000">
            <w:r>
              <w:rPr>
                <w:sz w:val="16"/>
              </w:rPr>
              <w:t>0.0118987383160125</w:t>
            </w:r>
          </w:p>
        </w:tc>
        <w:tc>
          <w:tcPr>
            <w:tcW w:w="1958" w:type="dxa"/>
          </w:tcPr>
          <w:p w14:paraId="44BB8814" w14:textId="77777777" w:rsidR="003D15D0" w:rsidRDefault="003D15D0"/>
        </w:tc>
        <w:tc>
          <w:tcPr>
            <w:tcW w:w="1958" w:type="dxa"/>
          </w:tcPr>
          <w:p w14:paraId="69603C88" w14:textId="77777777" w:rsidR="003D15D0" w:rsidRDefault="003D15D0"/>
        </w:tc>
      </w:tr>
      <w:tr w:rsidR="003D15D0" w14:paraId="33FCF597" w14:textId="77777777">
        <w:tc>
          <w:tcPr>
            <w:tcW w:w="1958" w:type="dxa"/>
          </w:tcPr>
          <w:p w14:paraId="75D65EBD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3BFD7CC2" w14:textId="77777777" w:rsidR="003D15D0" w:rsidRDefault="00000000">
            <w:r>
              <w:rPr>
                <w:sz w:val="16"/>
              </w:rPr>
              <w:t>gravidity</w:t>
            </w:r>
          </w:p>
        </w:tc>
        <w:tc>
          <w:tcPr>
            <w:tcW w:w="1958" w:type="dxa"/>
          </w:tcPr>
          <w:p w14:paraId="06A80150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7646FD93" w14:textId="77777777" w:rsidR="003D15D0" w:rsidRDefault="003D15D0"/>
        </w:tc>
        <w:tc>
          <w:tcPr>
            <w:tcW w:w="1958" w:type="dxa"/>
          </w:tcPr>
          <w:p w14:paraId="1C7AF45B" w14:textId="77777777" w:rsidR="003D15D0" w:rsidRDefault="003D15D0"/>
        </w:tc>
      </w:tr>
      <w:tr w:rsidR="003D15D0" w14:paraId="64EA456E" w14:textId="77777777">
        <w:tc>
          <w:tcPr>
            <w:tcW w:w="1958" w:type="dxa"/>
          </w:tcPr>
          <w:p w14:paraId="0A6673FB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177C1AA9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1958" w:type="dxa"/>
          </w:tcPr>
          <w:p w14:paraId="0F177AE6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12D27132" w14:textId="77777777" w:rsidR="003D15D0" w:rsidRDefault="003D15D0"/>
        </w:tc>
        <w:tc>
          <w:tcPr>
            <w:tcW w:w="1958" w:type="dxa"/>
          </w:tcPr>
          <w:p w14:paraId="2E4D4203" w14:textId="77777777" w:rsidR="003D15D0" w:rsidRDefault="003D15D0"/>
        </w:tc>
      </w:tr>
      <w:tr w:rsidR="003D15D0" w14:paraId="445C5266" w14:textId="77777777">
        <w:tc>
          <w:tcPr>
            <w:tcW w:w="1958" w:type="dxa"/>
          </w:tcPr>
          <w:p w14:paraId="0A766CB9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7C35ADED" w14:textId="77777777" w:rsidR="003D15D0" w:rsidRDefault="00000000">
            <w:r>
              <w:rPr>
                <w:sz w:val="16"/>
              </w:rPr>
              <w:t>prepregnancy_bmi_imp</w:t>
            </w:r>
          </w:p>
        </w:tc>
        <w:tc>
          <w:tcPr>
            <w:tcW w:w="1958" w:type="dxa"/>
          </w:tcPr>
          <w:p w14:paraId="325E4A32" w14:textId="77777777" w:rsidR="003D15D0" w:rsidRDefault="00000000">
            <w:r>
              <w:rPr>
                <w:sz w:val="16"/>
              </w:rPr>
              <w:t>0.0931054850498144</w:t>
            </w:r>
          </w:p>
        </w:tc>
        <w:tc>
          <w:tcPr>
            <w:tcW w:w="1958" w:type="dxa"/>
          </w:tcPr>
          <w:p w14:paraId="6651259F" w14:textId="77777777" w:rsidR="003D15D0" w:rsidRDefault="003D15D0"/>
        </w:tc>
        <w:tc>
          <w:tcPr>
            <w:tcW w:w="1958" w:type="dxa"/>
          </w:tcPr>
          <w:p w14:paraId="521D2D36" w14:textId="77777777" w:rsidR="003D15D0" w:rsidRDefault="003D15D0"/>
        </w:tc>
      </w:tr>
      <w:tr w:rsidR="003D15D0" w14:paraId="36B8CDEA" w14:textId="77777777">
        <w:tc>
          <w:tcPr>
            <w:tcW w:w="1958" w:type="dxa"/>
          </w:tcPr>
          <w:p w14:paraId="24D1EE78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24B63C26" w14:textId="77777777" w:rsidR="003D15D0" w:rsidRDefault="00000000">
            <w:r>
              <w:rPr>
                <w:sz w:val="16"/>
              </w:rPr>
              <w:t>bmi_missing</w:t>
            </w:r>
          </w:p>
        </w:tc>
        <w:tc>
          <w:tcPr>
            <w:tcW w:w="1958" w:type="dxa"/>
          </w:tcPr>
          <w:p w14:paraId="7E2E4D60" w14:textId="77777777" w:rsidR="003D15D0" w:rsidRDefault="00000000">
            <w:r>
              <w:rPr>
                <w:sz w:val="16"/>
              </w:rPr>
              <w:t>0.0918953601289538</w:t>
            </w:r>
          </w:p>
        </w:tc>
        <w:tc>
          <w:tcPr>
            <w:tcW w:w="1958" w:type="dxa"/>
          </w:tcPr>
          <w:p w14:paraId="515B5855" w14:textId="77777777" w:rsidR="003D15D0" w:rsidRDefault="003D15D0"/>
        </w:tc>
        <w:tc>
          <w:tcPr>
            <w:tcW w:w="1958" w:type="dxa"/>
          </w:tcPr>
          <w:p w14:paraId="3858837B" w14:textId="77777777" w:rsidR="003D15D0" w:rsidRDefault="003D15D0"/>
        </w:tc>
      </w:tr>
      <w:tr w:rsidR="003D15D0" w14:paraId="1455C1EE" w14:textId="77777777">
        <w:tc>
          <w:tcPr>
            <w:tcW w:w="1958" w:type="dxa"/>
          </w:tcPr>
          <w:p w14:paraId="6AC067BE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7258C6C7" w14:textId="77777777" w:rsidR="003D15D0" w:rsidRDefault="00000000">
            <w:r>
              <w:rPr>
                <w:sz w:val="16"/>
              </w:rPr>
              <w:t>Bishop (imputed)</w:t>
            </w:r>
          </w:p>
        </w:tc>
        <w:tc>
          <w:tcPr>
            <w:tcW w:w="1958" w:type="dxa"/>
          </w:tcPr>
          <w:p w14:paraId="52CEA991" w14:textId="77777777" w:rsidR="003D15D0" w:rsidRDefault="00000000">
            <w:r>
              <w:rPr>
                <w:sz w:val="16"/>
              </w:rPr>
              <w:t>0.0174908902561698</w:t>
            </w:r>
          </w:p>
        </w:tc>
        <w:tc>
          <w:tcPr>
            <w:tcW w:w="1958" w:type="dxa"/>
          </w:tcPr>
          <w:p w14:paraId="5D4C0175" w14:textId="77777777" w:rsidR="003D15D0" w:rsidRDefault="003D15D0"/>
        </w:tc>
        <w:tc>
          <w:tcPr>
            <w:tcW w:w="1958" w:type="dxa"/>
          </w:tcPr>
          <w:p w14:paraId="47E0C0EB" w14:textId="77777777" w:rsidR="003D15D0" w:rsidRDefault="003D15D0"/>
        </w:tc>
      </w:tr>
      <w:tr w:rsidR="003D15D0" w14:paraId="06B53703" w14:textId="77777777">
        <w:tc>
          <w:tcPr>
            <w:tcW w:w="1958" w:type="dxa"/>
          </w:tcPr>
          <w:p w14:paraId="38FD70AC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6DD84C93" w14:textId="77777777" w:rsidR="003D15D0" w:rsidRDefault="00000000">
            <w:r>
              <w:rPr>
                <w:sz w:val="16"/>
              </w:rPr>
              <w:t>Bishop missing</w:t>
            </w:r>
          </w:p>
        </w:tc>
        <w:tc>
          <w:tcPr>
            <w:tcW w:w="1958" w:type="dxa"/>
          </w:tcPr>
          <w:p w14:paraId="1DFE984B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4B253682" w14:textId="77777777" w:rsidR="003D15D0" w:rsidRDefault="003D15D0"/>
        </w:tc>
        <w:tc>
          <w:tcPr>
            <w:tcW w:w="1958" w:type="dxa"/>
          </w:tcPr>
          <w:p w14:paraId="6DA8FB15" w14:textId="77777777" w:rsidR="003D15D0" w:rsidRDefault="003D15D0"/>
        </w:tc>
      </w:tr>
      <w:tr w:rsidR="003D15D0" w14:paraId="5388505E" w14:textId="77777777">
        <w:tc>
          <w:tcPr>
            <w:tcW w:w="1958" w:type="dxa"/>
          </w:tcPr>
          <w:p w14:paraId="710C3498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7C4AA87F" w14:textId="77777777" w:rsidR="003D15D0" w:rsidRDefault="00000000">
            <w:r>
              <w:rPr>
                <w:sz w:val="16"/>
              </w:rPr>
              <w:t>gbs_positive_fill</w:t>
            </w:r>
          </w:p>
        </w:tc>
        <w:tc>
          <w:tcPr>
            <w:tcW w:w="1958" w:type="dxa"/>
          </w:tcPr>
          <w:p w14:paraId="572F04F3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41DDBF03" w14:textId="77777777" w:rsidR="003D15D0" w:rsidRDefault="003D15D0"/>
        </w:tc>
        <w:tc>
          <w:tcPr>
            <w:tcW w:w="1958" w:type="dxa"/>
          </w:tcPr>
          <w:p w14:paraId="72F59CAB" w14:textId="77777777" w:rsidR="003D15D0" w:rsidRDefault="003D15D0"/>
        </w:tc>
      </w:tr>
      <w:tr w:rsidR="003D15D0" w14:paraId="1C0BB79A" w14:textId="77777777">
        <w:tc>
          <w:tcPr>
            <w:tcW w:w="1958" w:type="dxa"/>
          </w:tcPr>
          <w:p w14:paraId="2F8016EB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5FFBF702" w14:textId="77777777" w:rsidR="003D15D0" w:rsidRDefault="00000000">
            <w:r>
              <w:rPr>
                <w:sz w:val="16"/>
              </w:rPr>
              <w:t>diabetes</w:t>
            </w:r>
          </w:p>
        </w:tc>
        <w:tc>
          <w:tcPr>
            <w:tcW w:w="1958" w:type="dxa"/>
          </w:tcPr>
          <w:p w14:paraId="603FE60F" w14:textId="77777777" w:rsidR="003D15D0" w:rsidRDefault="00000000">
            <w:r>
              <w:rPr>
                <w:sz w:val="16"/>
              </w:rPr>
              <w:t>0.0877392026161321</w:t>
            </w:r>
          </w:p>
        </w:tc>
        <w:tc>
          <w:tcPr>
            <w:tcW w:w="1958" w:type="dxa"/>
          </w:tcPr>
          <w:p w14:paraId="0E69C197" w14:textId="77777777" w:rsidR="003D15D0" w:rsidRDefault="003D15D0"/>
        </w:tc>
        <w:tc>
          <w:tcPr>
            <w:tcW w:w="1958" w:type="dxa"/>
          </w:tcPr>
          <w:p w14:paraId="0A34862A" w14:textId="77777777" w:rsidR="003D15D0" w:rsidRDefault="003D15D0"/>
        </w:tc>
      </w:tr>
      <w:tr w:rsidR="003D15D0" w14:paraId="1802E6E5" w14:textId="77777777">
        <w:tc>
          <w:tcPr>
            <w:tcW w:w="1958" w:type="dxa"/>
          </w:tcPr>
          <w:p w14:paraId="088F4738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7BABF2A0" w14:textId="77777777" w:rsidR="003D15D0" w:rsidRDefault="00000000">
            <w:r>
              <w:rPr>
                <w:sz w:val="16"/>
              </w:rPr>
              <w:t>hypertension</w:t>
            </w:r>
          </w:p>
        </w:tc>
        <w:tc>
          <w:tcPr>
            <w:tcW w:w="1958" w:type="dxa"/>
          </w:tcPr>
          <w:p w14:paraId="0E87E8AD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0EF5F4C4" w14:textId="77777777" w:rsidR="003D15D0" w:rsidRDefault="003D15D0"/>
        </w:tc>
        <w:tc>
          <w:tcPr>
            <w:tcW w:w="1958" w:type="dxa"/>
          </w:tcPr>
          <w:p w14:paraId="0CBBB45C" w14:textId="77777777" w:rsidR="003D15D0" w:rsidRDefault="003D15D0"/>
        </w:tc>
      </w:tr>
      <w:tr w:rsidR="003D15D0" w14:paraId="70CFEB0F" w14:textId="77777777">
        <w:tc>
          <w:tcPr>
            <w:tcW w:w="1958" w:type="dxa"/>
          </w:tcPr>
          <w:p w14:paraId="42609EE1" w14:textId="77777777" w:rsidR="003D15D0" w:rsidRDefault="00000000">
            <w:r>
              <w:rPr>
                <w:sz w:val="16"/>
              </w:rPr>
              <w:t>4.0</w:t>
            </w:r>
          </w:p>
        </w:tc>
        <w:tc>
          <w:tcPr>
            <w:tcW w:w="1958" w:type="dxa"/>
          </w:tcPr>
          <w:p w14:paraId="0FBC06B7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1958" w:type="dxa"/>
          </w:tcPr>
          <w:p w14:paraId="3B5A6050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152DC1FE" w14:textId="77777777" w:rsidR="003D15D0" w:rsidRDefault="003D15D0"/>
        </w:tc>
        <w:tc>
          <w:tcPr>
            <w:tcW w:w="1958" w:type="dxa"/>
          </w:tcPr>
          <w:p w14:paraId="1777FA74" w14:textId="77777777" w:rsidR="003D15D0" w:rsidRDefault="003D15D0"/>
        </w:tc>
      </w:tr>
      <w:tr w:rsidR="003D15D0" w14:paraId="7A6DDDFB" w14:textId="77777777">
        <w:tc>
          <w:tcPr>
            <w:tcW w:w="1958" w:type="dxa"/>
          </w:tcPr>
          <w:p w14:paraId="7379A41E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1C9A14E7" w14:textId="77777777" w:rsidR="003D15D0" w:rsidRDefault="00000000">
            <w:r>
              <w:rPr>
                <w:sz w:val="16"/>
              </w:rPr>
              <w:t>age</w:t>
            </w:r>
          </w:p>
        </w:tc>
        <w:tc>
          <w:tcPr>
            <w:tcW w:w="1958" w:type="dxa"/>
          </w:tcPr>
          <w:p w14:paraId="5E209B16" w14:textId="77777777" w:rsidR="003D15D0" w:rsidRDefault="00000000">
            <w:r>
              <w:rPr>
                <w:sz w:val="16"/>
              </w:rPr>
              <w:t>0.0449370405523259</w:t>
            </w:r>
          </w:p>
        </w:tc>
        <w:tc>
          <w:tcPr>
            <w:tcW w:w="1958" w:type="dxa"/>
          </w:tcPr>
          <w:p w14:paraId="23EA8B89" w14:textId="77777777" w:rsidR="003D15D0" w:rsidRDefault="003D15D0"/>
        </w:tc>
        <w:tc>
          <w:tcPr>
            <w:tcW w:w="1958" w:type="dxa"/>
          </w:tcPr>
          <w:p w14:paraId="77F7D9DD" w14:textId="77777777" w:rsidR="003D15D0" w:rsidRDefault="003D15D0"/>
        </w:tc>
      </w:tr>
      <w:tr w:rsidR="003D15D0" w14:paraId="1CB6AA5E" w14:textId="77777777">
        <w:tc>
          <w:tcPr>
            <w:tcW w:w="1958" w:type="dxa"/>
          </w:tcPr>
          <w:p w14:paraId="63E9D932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1D3E4C7A" w14:textId="77777777" w:rsidR="003D15D0" w:rsidRDefault="00000000">
            <w:r>
              <w:rPr>
                <w:sz w:val="16"/>
              </w:rPr>
              <w:t>gestational age</w:t>
            </w:r>
          </w:p>
        </w:tc>
        <w:tc>
          <w:tcPr>
            <w:tcW w:w="1958" w:type="dxa"/>
          </w:tcPr>
          <w:p w14:paraId="7A089AB7" w14:textId="77777777" w:rsidR="003D15D0" w:rsidRDefault="00000000">
            <w:r>
              <w:rPr>
                <w:sz w:val="16"/>
              </w:rPr>
              <w:t>0.0379363114862752</w:t>
            </w:r>
          </w:p>
        </w:tc>
        <w:tc>
          <w:tcPr>
            <w:tcW w:w="1958" w:type="dxa"/>
          </w:tcPr>
          <w:p w14:paraId="372459BD" w14:textId="77777777" w:rsidR="003D15D0" w:rsidRDefault="003D15D0"/>
        </w:tc>
        <w:tc>
          <w:tcPr>
            <w:tcW w:w="1958" w:type="dxa"/>
          </w:tcPr>
          <w:p w14:paraId="089379DC" w14:textId="77777777" w:rsidR="003D15D0" w:rsidRDefault="003D15D0"/>
        </w:tc>
      </w:tr>
      <w:tr w:rsidR="003D15D0" w14:paraId="6AC166BF" w14:textId="77777777">
        <w:tc>
          <w:tcPr>
            <w:tcW w:w="1958" w:type="dxa"/>
          </w:tcPr>
          <w:p w14:paraId="26B28987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2A52CE6B" w14:textId="77777777" w:rsidR="003D15D0" w:rsidRDefault="00000000">
            <w:r>
              <w:rPr>
                <w:sz w:val="16"/>
              </w:rPr>
              <w:t>gravidity</w:t>
            </w:r>
          </w:p>
        </w:tc>
        <w:tc>
          <w:tcPr>
            <w:tcW w:w="1958" w:type="dxa"/>
          </w:tcPr>
          <w:p w14:paraId="45C5B88F" w14:textId="77777777" w:rsidR="003D15D0" w:rsidRDefault="00000000">
            <w:r>
              <w:rPr>
                <w:sz w:val="16"/>
              </w:rPr>
              <w:t>0.0875602924121077</w:t>
            </w:r>
          </w:p>
        </w:tc>
        <w:tc>
          <w:tcPr>
            <w:tcW w:w="1958" w:type="dxa"/>
          </w:tcPr>
          <w:p w14:paraId="4D46300C" w14:textId="77777777" w:rsidR="003D15D0" w:rsidRDefault="003D15D0"/>
        </w:tc>
        <w:tc>
          <w:tcPr>
            <w:tcW w:w="1958" w:type="dxa"/>
          </w:tcPr>
          <w:p w14:paraId="18AE1DFE" w14:textId="77777777" w:rsidR="003D15D0" w:rsidRDefault="003D15D0"/>
        </w:tc>
      </w:tr>
      <w:tr w:rsidR="003D15D0" w14:paraId="5BEFFC98" w14:textId="77777777">
        <w:tc>
          <w:tcPr>
            <w:tcW w:w="1958" w:type="dxa"/>
          </w:tcPr>
          <w:p w14:paraId="188FA68C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59F517AF" w14:textId="77777777" w:rsidR="003D15D0" w:rsidRDefault="00000000">
            <w:r>
              <w:rPr>
                <w:sz w:val="16"/>
              </w:rPr>
              <w:t>nulliparity</w:t>
            </w:r>
          </w:p>
        </w:tc>
        <w:tc>
          <w:tcPr>
            <w:tcW w:w="1958" w:type="dxa"/>
          </w:tcPr>
          <w:p w14:paraId="2A9A71B6" w14:textId="77777777" w:rsidR="003D15D0" w:rsidRDefault="00000000">
            <w:r>
              <w:rPr>
                <w:sz w:val="16"/>
              </w:rPr>
              <w:t>0.1427980825047847</w:t>
            </w:r>
          </w:p>
        </w:tc>
        <w:tc>
          <w:tcPr>
            <w:tcW w:w="1958" w:type="dxa"/>
          </w:tcPr>
          <w:p w14:paraId="0209247E" w14:textId="77777777" w:rsidR="003D15D0" w:rsidRDefault="003D15D0"/>
        </w:tc>
        <w:tc>
          <w:tcPr>
            <w:tcW w:w="1958" w:type="dxa"/>
          </w:tcPr>
          <w:p w14:paraId="33C9B34A" w14:textId="77777777" w:rsidR="003D15D0" w:rsidRDefault="003D15D0"/>
        </w:tc>
      </w:tr>
      <w:tr w:rsidR="003D15D0" w14:paraId="518C8FA1" w14:textId="77777777">
        <w:tc>
          <w:tcPr>
            <w:tcW w:w="1958" w:type="dxa"/>
          </w:tcPr>
          <w:p w14:paraId="20BA347A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227BFD52" w14:textId="77777777" w:rsidR="003D15D0" w:rsidRDefault="00000000">
            <w:r>
              <w:rPr>
                <w:sz w:val="16"/>
              </w:rPr>
              <w:t>prepregnancy_bmi_imp</w:t>
            </w:r>
          </w:p>
        </w:tc>
        <w:tc>
          <w:tcPr>
            <w:tcW w:w="1958" w:type="dxa"/>
          </w:tcPr>
          <w:p w14:paraId="09B1F3D5" w14:textId="77777777" w:rsidR="003D15D0" w:rsidRDefault="00000000">
            <w:r>
              <w:rPr>
                <w:sz w:val="16"/>
              </w:rPr>
              <w:t>0.1408131366929806</w:t>
            </w:r>
          </w:p>
        </w:tc>
        <w:tc>
          <w:tcPr>
            <w:tcW w:w="1958" w:type="dxa"/>
          </w:tcPr>
          <w:p w14:paraId="0AE3D8F8" w14:textId="77777777" w:rsidR="003D15D0" w:rsidRDefault="003D15D0"/>
        </w:tc>
        <w:tc>
          <w:tcPr>
            <w:tcW w:w="1958" w:type="dxa"/>
          </w:tcPr>
          <w:p w14:paraId="62076A79" w14:textId="77777777" w:rsidR="003D15D0" w:rsidRDefault="003D15D0"/>
        </w:tc>
      </w:tr>
      <w:tr w:rsidR="003D15D0" w14:paraId="7D949818" w14:textId="77777777">
        <w:tc>
          <w:tcPr>
            <w:tcW w:w="1958" w:type="dxa"/>
          </w:tcPr>
          <w:p w14:paraId="186EEE01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72AD6005" w14:textId="77777777" w:rsidR="003D15D0" w:rsidRDefault="00000000">
            <w:r>
              <w:rPr>
                <w:sz w:val="16"/>
              </w:rPr>
              <w:t>bmi_missing</w:t>
            </w:r>
          </w:p>
        </w:tc>
        <w:tc>
          <w:tcPr>
            <w:tcW w:w="1958" w:type="dxa"/>
          </w:tcPr>
          <w:p w14:paraId="0049A0D9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23AC5038" w14:textId="77777777" w:rsidR="003D15D0" w:rsidRDefault="003D15D0"/>
        </w:tc>
        <w:tc>
          <w:tcPr>
            <w:tcW w:w="1958" w:type="dxa"/>
          </w:tcPr>
          <w:p w14:paraId="248E2E57" w14:textId="77777777" w:rsidR="003D15D0" w:rsidRDefault="003D15D0"/>
        </w:tc>
      </w:tr>
      <w:tr w:rsidR="003D15D0" w14:paraId="14CA0179" w14:textId="77777777">
        <w:tc>
          <w:tcPr>
            <w:tcW w:w="1958" w:type="dxa"/>
          </w:tcPr>
          <w:p w14:paraId="489BBE6A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19E4BF5A" w14:textId="77777777" w:rsidR="003D15D0" w:rsidRDefault="00000000">
            <w:r>
              <w:rPr>
                <w:sz w:val="16"/>
              </w:rPr>
              <w:t>Bishop (imputed)</w:t>
            </w:r>
          </w:p>
        </w:tc>
        <w:tc>
          <w:tcPr>
            <w:tcW w:w="1958" w:type="dxa"/>
          </w:tcPr>
          <w:p w14:paraId="778DA72D" w14:textId="77777777" w:rsidR="003D15D0" w:rsidRDefault="00000000">
            <w:r>
              <w:rPr>
                <w:sz w:val="16"/>
              </w:rPr>
              <w:t>0.0693420297440076</w:t>
            </w:r>
          </w:p>
        </w:tc>
        <w:tc>
          <w:tcPr>
            <w:tcW w:w="1958" w:type="dxa"/>
          </w:tcPr>
          <w:p w14:paraId="10534E21" w14:textId="77777777" w:rsidR="003D15D0" w:rsidRDefault="003D15D0"/>
        </w:tc>
        <w:tc>
          <w:tcPr>
            <w:tcW w:w="1958" w:type="dxa"/>
          </w:tcPr>
          <w:p w14:paraId="66E9074D" w14:textId="77777777" w:rsidR="003D15D0" w:rsidRDefault="003D15D0"/>
        </w:tc>
      </w:tr>
      <w:tr w:rsidR="003D15D0" w14:paraId="4ED34104" w14:textId="77777777">
        <w:tc>
          <w:tcPr>
            <w:tcW w:w="1958" w:type="dxa"/>
          </w:tcPr>
          <w:p w14:paraId="24A73309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3D5D9CF6" w14:textId="77777777" w:rsidR="003D15D0" w:rsidRDefault="00000000">
            <w:r>
              <w:rPr>
                <w:sz w:val="16"/>
              </w:rPr>
              <w:t>Bishop missing</w:t>
            </w:r>
          </w:p>
        </w:tc>
        <w:tc>
          <w:tcPr>
            <w:tcW w:w="1958" w:type="dxa"/>
          </w:tcPr>
          <w:p w14:paraId="4B5B6827" w14:textId="77777777" w:rsidR="003D15D0" w:rsidRDefault="00000000">
            <w:r>
              <w:rPr>
                <w:sz w:val="16"/>
              </w:rPr>
              <w:t>0.2294157338705617</w:t>
            </w:r>
          </w:p>
        </w:tc>
        <w:tc>
          <w:tcPr>
            <w:tcW w:w="1958" w:type="dxa"/>
          </w:tcPr>
          <w:p w14:paraId="0CB77165" w14:textId="77777777" w:rsidR="003D15D0" w:rsidRDefault="003D15D0"/>
        </w:tc>
        <w:tc>
          <w:tcPr>
            <w:tcW w:w="1958" w:type="dxa"/>
          </w:tcPr>
          <w:p w14:paraId="7485DF45" w14:textId="77777777" w:rsidR="003D15D0" w:rsidRDefault="003D15D0"/>
        </w:tc>
      </w:tr>
      <w:tr w:rsidR="003D15D0" w14:paraId="04237AC0" w14:textId="77777777">
        <w:tc>
          <w:tcPr>
            <w:tcW w:w="1958" w:type="dxa"/>
          </w:tcPr>
          <w:p w14:paraId="19722679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4B3AB8A3" w14:textId="77777777" w:rsidR="003D15D0" w:rsidRDefault="00000000">
            <w:r>
              <w:rPr>
                <w:sz w:val="16"/>
              </w:rPr>
              <w:t>gbs_positive_fill</w:t>
            </w:r>
          </w:p>
        </w:tc>
        <w:tc>
          <w:tcPr>
            <w:tcW w:w="1958" w:type="dxa"/>
          </w:tcPr>
          <w:p w14:paraId="26CA2666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342FE116" w14:textId="77777777" w:rsidR="003D15D0" w:rsidRDefault="003D15D0"/>
        </w:tc>
        <w:tc>
          <w:tcPr>
            <w:tcW w:w="1958" w:type="dxa"/>
          </w:tcPr>
          <w:p w14:paraId="2BDACE27" w14:textId="77777777" w:rsidR="003D15D0" w:rsidRDefault="003D15D0"/>
        </w:tc>
      </w:tr>
      <w:tr w:rsidR="003D15D0" w14:paraId="197E151B" w14:textId="77777777">
        <w:tc>
          <w:tcPr>
            <w:tcW w:w="1958" w:type="dxa"/>
          </w:tcPr>
          <w:p w14:paraId="6028BD4A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15F299CD" w14:textId="77777777" w:rsidR="003D15D0" w:rsidRDefault="00000000">
            <w:r>
              <w:rPr>
                <w:sz w:val="16"/>
              </w:rPr>
              <w:t>diabetes</w:t>
            </w:r>
          </w:p>
        </w:tc>
        <w:tc>
          <w:tcPr>
            <w:tcW w:w="1958" w:type="dxa"/>
          </w:tcPr>
          <w:p w14:paraId="1702FFC1" w14:textId="77777777" w:rsidR="003D15D0" w:rsidRDefault="00000000">
            <w:r>
              <w:rPr>
                <w:sz w:val="16"/>
              </w:rPr>
              <w:t>0.1806584057571485</w:t>
            </w:r>
          </w:p>
        </w:tc>
        <w:tc>
          <w:tcPr>
            <w:tcW w:w="1958" w:type="dxa"/>
          </w:tcPr>
          <w:p w14:paraId="691A3E04" w14:textId="77777777" w:rsidR="003D15D0" w:rsidRDefault="003D15D0"/>
        </w:tc>
        <w:tc>
          <w:tcPr>
            <w:tcW w:w="1958" w:type="dxa"/>
          </w:tcPr>
          <w:p w14:paraId="2ECA146B" w14:textId="77777777" w:rsidR="003D15D0" w:rsidRDefault="003D15D0"/>
        </w:tc>
      </w:tr>
      <w:tr w:rsidR="003D15D0" w14:paraId="511A4BB9" w14:textId="77777777">
        <w:tc>
          <w:tcPr>
            <w:tcW w:w="1958" w:type="dxa"/>
          </w:tcPr>
          <w:p w14:paraId="14FC642F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319C1B78" w14:textId="77777777" w:rsidR="003D15D0" w:rsidRDefault="00000000">
            <w:r>
              <w:rPr>
                <w:sz w:val="16"/>
              </w:rPr>
              <w:t>hypertension</w:t>
            </w:r>
          </w:p>
        </w:tc>
        <w:tc>
          <w:tcPr>
            <w:tcW w:w="1958" w:type="dxa"/>
          </w:tcPr>
          <w:p w14:paraId="4CD68D81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5DFF6F91" w14:textId="77777777" w:rsidR="003D15D0" w:rsidRDefault="003D15D0"/>
        </w:tc>
        <w:tc>
          <w:tcPr>
            <w:tcW w:w="1958" w:type="dxa"/>
          </w:tcPr>
          <w:p w14:paraId="2B68087C" w14:textId="77777777" w:rsidR="003D15D0" w:rsidRDefault="003D15D0"/>
        </w:tc>
      </w:tr>
      <w:tr w:rsidR="003D15D0" w14:paraId="62D91D66" w14:textId="77777777">
        <w:tc>
          <w:tcPr>
            <w:tcW w:w="1958" w:type="dxa"/>
          </w:tcPr>
          <w:p w14:paraId="78D7C767" w14:textId="77777777" w:rsidR="003D15D0" w:rsidRDefault="00000000">
            <w:r>
              <w:rPr>
                <w:sz w:val="16"/>
              </w:rPr>
              <w:t>6.0</w:t>
            </w:r>
          </w:p>
        </w:tc>
        <w:tc>
          <w:tcPr>
            <w:tcW w:w="1958" w:type="dxa"/>
          </w:tcPr>
          <w:p w14:paraId="0909BA66" w14:textId="77777777" w:rsidR="003D15D0" w:rsidRDefault="00000000">
            <w:r>
              <w:rPr>
                <w:sz w:val="16"/>
              </w:rPr>
              <w:t>prior cesarean</w:t>
            </w:r>
          </w:p>
        </w:tc>
        <w:tc>
          <w:tcPr>
            <w:tcW w:w="1958" w:type="dxa"/>
          </w:tcPr>
          <w:p w14:paraId="554097D2" w14:textId="77777777" w:rsidR="003D15D0" w:rsidRDefault="00000000">
            <w:r>
              <w:rPr>
                <w:sz w:val="16"/>
              </w:rPr>
              <w:t>0.0</w:t>
            </w:r>
          </w:p>
        </w:tc>
        <w:tc>
          <w:tcPr>
            <w:tcW w:w="1958" w:type="dxa"/>
          </w:tcPr>
          <w:p w14:paraId="2A0D390B" w14:textId="77777777" w:rsidR="003D15D0" w:rsidRDefault="003D15D0"/>
        </w:tc>
        <w:tc>
          <w:tcPr>
            <w:tcW w:w="1958" w:type="dxa"/>
          </w:tcPr>
          <w:p w14:paraId="58522819" w14:textId="77777777" w:rsidR="003D15D0" w:rsidRDefault="003D15D0"/>
        </w:tc>
      </w:tr>
    </w:tbl>
    <w:p w14:paraId="3E49B57C" w14:textId="77777777" w:rsidR="003D15D0" w:rsidRDefault="003D15D0"/>
    <w:p w14:paraId="2CC43150" w14:textId="77777777" w:rsidR="003D15D0" w:rsidRDefault="00000000">
      <w:pPr>
        <w:pStyle w:val="1"/>
      </w:pPr>
      <w:r>
        <w:lastRenderedPageBreak/>
        <w:t>Table S7. Final delivery mode and intrapartum complications (exploratory)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958"/>
        <w:gridCol w:w="1956"/>
        <w:gridCol w:w="1956"/>
        <w:gridCol w:w="1956"/>
        <w:gridCol w:w="1956"/>
      </w:tblGrid>
      <w:tr w:rsidR="003D15D0" w14:paraId="595D6859" w14:textId="77777777">
        <w:tc>
          <w:tcPr>
            <w:tcW w:w="1958" w:type="dxa"/>
          </w:tcPr>
          <w:p w14:paraId="7DA486AD" w14:textId="77777777" w:rsidR="003D15D0" w:rsidRDefault="00000000">
            <w:r>
              <w:rPr>
                <w:b/>
                <w:sz w:val="16"/>
              </w:rPr>
              <w:t>Indicator</w:t>
            </w:r>
          </w:p>
        </w:tc>
        <w:tc>
          <w:tcPr>
            <w:tcW w:w="1958" w:type="dxa"/>
          </w:tcPr>
          <w:p w14:paraId="2BCF9907" w14:textId="77777777" w:rsidR="003D15D0" w:rsidRDefault="00000000">
            <w:r>
              <w:rPr>
                <w:b/>
                <w:sz w:val="16"/>
              </w:rPr>
              <w:t>Unmatched (balloon pathway)</w:t>
            </w:r>
          </w:p>
        </w:tc>
        <w:tc>
          <w:tcPr>
            <w:tcW w:w="1958" w:type="dxa"/>
          </w:tcPr>
          <w:p w14:paraId="562E76E3" w14:textId="77777777" w:rsidR="003D15D0" w:rsidRDefault="00000000">
            <w:r>
              <w:rPr>
                <w:b/>
                <w:sz w:val="16"/>
              </w:rPr>
              <w:t>Unmatched (pre-labor amniotomy)</w:t>
            </w:r>
          </w:p>
        </w:tc>
        <w:tc>
          <w:tcPr>
            <w:tcW w:w="1958" w:type="dxa"/>
          </w:tcPr>
          <w:p w14:paraId="4F93B808" w14:textId="77777777" w:rsidR="003D15D0" w:rsidRDefault="00000000">
            <w:r>
              <w:rPr>
                <w:b/>
                <w:sz w:val="16"/>
              </w:rPr>
              <w:t>Unmatched P</w:t>
            </w:r>
          </w:p>
        </w:tc>
        <w:tc>
          <w:tcPr>
            <w:tcW w:w="1958" w:type="dxa"/>
          </w:tcPr>
          <w:p w14:paraId="7107F560" w14:textId="77777777" w:rsidR="003D15D0" w:rsidRDefault="00000000">
            <w:r>
              <w:rPr>
                <w:b/>
                <w:sz w:val="16"/>
              </w:rPr>
              <w:t>Matched cohort (59 pairs, paired analysis)</w:t>
            </w:r>
          </w:p>
        </w:tc>
      </w:tr>
      <w:tr w:rsidR="003D15D0" w14:paraId="23DD7769" w14:textId="77777777">
        <w:tc>
          <w:tcPr>
            <w:tcW w:w="1958" w:type="dxa"/>
          </w:tcPr>
          <w:p w14:paraId="6F78FD90" w14:textId="77777777" w:rsidR="003D15D0" w:rsidRDefault="00000000">
            <w:r>
              <w:rPr>
                <w:sz w:val="16"/>
              </w:rPr>
              <w:t>Forceps delivery</w:t>
            </w:r>
          </w:p>
        </w:tc>
        <w:tc>
          <w:tcPr>
            <w:tcW w:w="1958" w:type="dxa"/>
          </w:tcPr>
          <w:p w14:paraId="0FA47859" w14:textId="77777777" w:rsidR="003D15D0" w:rsidRDefault="00000000">
            <w:r>
              <w:rPr>
                <w:sz w:val="16"/>
              </w:rPr>
              <w:t>9/86 (10.5%)</w:t>
            </w:r>
          </w:p>
        </w:tc>
        <w:tc>
          <w:tcPr>
            <w:tcW w:w="1958" w:type="dxa"/>
          </w:tcPr>
          <w:p w14:paraId="33A9ABB3" w14:textId="77777777" w:rsidR="003D15D0" w:rsidRDefault="00000000">
            <w:r>
              <w:rPr>
                <w:sz w:val="16"/>
              </w:rPr>
              <w:t>10/76 (13.2%)</w:t>
            </w:r>
          </w:p>
        </w:tc>
        <w:tc>
          <w:tcPr>
            <w:tcW w:w="1958" w:type="dxa"/>
          </w:tcPr>
          <w:p w14:paraId="0F2CC2CE" w14:textId="77777777" w:rsidR="003D15D0" w:rsidRDefault="00000000">
            <w:r>
              <w:rPr>
                <w:sz w:val="16"/>
              </w:rPr>
              <w:t>0.632</w:t>
            </w:r>
          </w:p>
        </w:tc>
        <w:tc>
          <w:tcPr>
            <w:tcW w:w="1958" w:type="dxa"/>
          </w:tcPr>
          <w:p w14:paraId="433A04F8" w14:textId="77777777" w:rsidR="003D15D0" w:rsidRDefault="003D15D0"/>
        </w:tc>
      </w:tr>
      <w:tr w:rsidR="003D15D0" w14:paraId="41F0A9F0" w14:textId="77777777">
        <w:tc>
          <w:tcPr>
            <w:tcW w:w="1958" w:type="dxa"/>
          </w:tcPr>
          <w:p w14:paraId="023ABE68" w14:textId="77777777" w:rsidR="003D15D0" w:rsidRDefault="00000000">
            <w:r>
              <w:rPr>
                <w:sz w:val="16"/>
              </w:rPr>
              <w:t>Operative delivery (cesarean or forceps)</w:t>
            </w:r>
          </w:p>
        </w:tc>
        <w:tc>
          <w:tcPr>
            <w:tcW w:w="1958" w:type="dxa"/>
          </w:tcPr>
          <w:p w14:paraId="22A7454B" w14:textId="77777777" w:rsidR="003D15D0" w:rsidRDefault="00000000">
            <w:r>
              <w:rPr>
                <w:sz w:val="16"/>
              </w:rPr>
              <w:t>20/86 (23.3%)</w:t>
            </w:r>
          </w:p>
        </w:tc>
        <w:tc>
          <w:tcPr>
            <w:tcW w:w="1958" w:type="dxa"/>
          </w:tcPr>
          <w:p w14:paraId="061A19DB" w14:textId="77777777" w:rsidR="003D15D0" w:rsidRDefault="00000000">
            <w:r>
              <w:rPr>
                <w:sz w:val="16"/>
              </w:rPr>
              <w:t>30/76 (39.5%)</w:t>
            </w:r>
          </w:p>
        </w:tc>
        <w:tc>
          <w:tcPr>
            <w:tcW w:w="1958" w:type="dxa"/>
          </w:tcPr>
          <w:p w14:paraId="325E953D" w14:textId="77777777" w:rsidR="003D15D0" w:rsidRDefault="00000000">
            <w:r>
              <w:rPr>
                <w:sz w:val="16"/>
              </w:rPr>
              <w:t>0.028</w:t>
            </w:r>
          </w:p>
        </w:tc>
        <w:tc>
          <w:tcPr>
            <w:tcW w:w="1958" w:type="dxa"/>
          </w:tcPr>
          <w:p w14:paraId="71902537" w14:textId="77777777" w:rsidR="003D15D0" w:rsidRDefault="00000000">
            <w:r>
              <w:rPr>
                <w:sz w:val="16"/>
              </w:rPr>
              <w:t>24/59 vs 14/59, paired OR 2.25 (0.93-5.98), P=0.076</w:t>
            </w:r>
          </w:p>
        </w:tc>
      </w:tr>
      <w:tr w:rsidR="003D15D0" w14:paraId="42CF0BEE" w14:textId="77777777">
        <w:tc>
          <w:tcPr>
            <w:tcW w:w="1958" w:type="dxa"/>
          </w:tcPr>
          <w:p w14:paraId="48B438E0" w14:textId="77777777" w:rsidR="003D15D0" w:rsidRDefault="00000000">
            <w:r>
              <w:rPr>
                <w:sz w:val="16"/>
              </w:rPr>
              <w:t>Cesarean section</w:t>
            </w:r>
          </w:p>
        </w:tc>
        <w:tc>
          <w:tcPr>
            <w:tcW w:w="1958" w:type="dxa"/>
          </w:tcPr>
          <w:p w14:paraId="44F6B74D" w14:textId="77777777" w:rsidR="003D15D0" w:rsidRDefault="00000000">
            <w:r>
              <w:rPr>
                <w:sz w:val="16"/>
              </w:rPr>
              <w:t>11/86 (12.8%)</w:t>
            </w:r>
          </w:p>
        </w:tc>
        <w:tc>
          <w:tcPr>
            <w:tcW w:w="1958" w:type="dxa"/>
          </w:tcPr>
          <w:p w14:paraId="47E2DB37" w14:textId="77777777" w:rsidR="003D15D0" w:rsidRDefault="00000000">
            <w:r>
              <w:rPr>
                <w:sz w:val="16"/>
              </w:rPr>
              <w:t>20/76 (26.3%)</w:t>
            </w:r>
          </w:p>
        </w:tc>
        <w:tc>
          <w:tcPr>
            <w:tcW w:w="1958" w:type="dxa"/>
          </w:tcPr>
          <w:p w14:paraId="6500A971" w14:textId="77777777" w:rsidR="003D15D0" w:rsidRDefault="00000000">
            <w:r>
              <w:rPr>
                <w:sz w:val="16"/>
              </w:rPr>
              <w:t>0.044</w:t>
            </w:r>
          </w:p>
        </w:tc>
        <w:tc>
          <w:tcPr>
            <w:tcW w:w="1958" w:type="dxa"/>
          </w:tcPr>
          <w:p w14:paraId="6571336F" w14:textId="77777777" w:rsidR="003D15D0" w:rsidRDefault="00000000">
            <w:r>
              <w:rPr>
                <w:sz w:val="16"/>
              </w:rPr>
              <w:t>16/59 vs 10/59, paired OR 1.75 (0.69-4.81), P=0.286</w:t>
            </w:r>
          </w:p>
        </w:tc>
      </w:tr>
      <w:tr w:rsidR="003D15D0" w14:paraId="41EA496B" w14:textId="77777777">
        <w:tc>
          <w:tcPr>
            <w:tcW w:w="1958" w:type="dxa"/>
          </w:tcPr>
          <w:p w14:paraId="1C0984CD" w14:textId="77777777" w:rsidR="003D15D0" w:rsidRDefault="00000000">
            <w:r>
              <w:rPr>
                <w:sz w:val="16"/>
              </w:rPr>
              <w:t>Postpartum hemorrhage (binary)</w:t>
            </w:r>
          </w:p>
        </w:tc>
        <w:tc>
          <w:tcPr>
            <w:tcW w:w="1958" w:type="dxa"/>
          </w:tcPr>
          <w:p w14:paraId="3438700F" w14:textId="77777777" w:rsidR="003D15D0" w:rsidRDefault="00000000">
            <w:r>
              <w:rPr>
                <w:sz w:val="16"/>
              </w:rPr>
              <w:t>9/86 (10.5%)</w:t>
            </w:r>
          </w:p>
        </w:tc>
        <w:tc>
          <w:tcPr>
            <w:tcW w:w="1958" w:type="dxa"/>
          </w:tcPr>
          <w:p w14:paraId="742FC324" w14:textId="77777777" w:rsidR="003D15D0" w:rsidRDefault="00000000">
            <w:r>
              <w:rPr>
                <w:sz w:val="16"/>
              </w:rPr>
              <w:t>15/76 (19.7%)</w:t>
            </w:r>
          </w:p>
        </w:tc>
        <w:tc>
          <w:tcPr>
            <w:tcW w:w="1958" w:type="dxa"/>
          </w:tcPr>
          <w:p w14:paraId="675E3828" w14:textId="77777777" w:rsidR="003D15D0" w:rsidRDefault="00000000">
            <w:r>
              <w:rPr>
                <w:sz w:val="16"/>
              </w:rPr>
              <w:t>0.122</w:t>
            </w:r>
          </w:p>
        </w:tc>
        <w:tc>
          <w:tcPr>
            <w:tcW w:w="1958" w:type="dxa"/>
          </w:tcPr>
          <w:p w14:paraId="249D4EF1" w14:textId="77777777" w:rsidR="003D15D0" w:rsidRDefault="00000000">
            <w:r>
              <w:rPr>
                <w:sz w:val="16"/>
              </w:rPr>
              <w:t>14/59 vs 5/59, paired OR 2.80 (0.95-9.93), P=0.064</w:t>
            </w:r>
          </w:p>
        </w:tc>
      </w:tr>
      <w:tr w:rsidR="003D15D0" w14:paraId="52875896" w14:textId="77777777">
        <w:tc>
          <w:tcPr>
            <w:tcW w:w="1958" w:type="dxa"/>
          </w:tcPr>
          <w:p w14:paraId="540F6DDA" w14:textId="77777777" w:rsidR="003D15D0" w:rsidRDefault="00000000">
            <w:r>
              <w:rPr>
                <w:sz w:val="16"/>
              </w:rPr>
              <w:t>Fetal distress</w:t>
            </w:r>
          </w:p>
        </w:tc>
        <w:tc>
          <w:tcPr>
            <w:tcW w:w="1958" w:type="dxa"/>
          </w:tcPr>
          <w:p w14:paraId="6EF6382F" w14:textId="77777777" w:rsidR="003D15D0" w:rsidRDefault="00000000">
            <w:r>
              <w:rPr>
                <w:sz w:val="16"/>
              </w:rPr>
              <w:t>10/86 (11.6%)</w:t>
            </w:r>
          </w:p>
        </w:tc>
        <w:tc>
          <w:tcPr>
            <w:tcW w:w="1958" w:type="dxa"/>
          </w:tcPr>
          <w:p w14:paraId="76D643CE" w14:textId="77777777" w:rsidR="003D15D0" w:rsidRDefault="00000000">
            <w:r>
              <w:rPr>
                <w:sz w:val="16"/>
              </w:rPr>
              <w:t>10/76 (13.2%)</w:t>
            </w:r>
          </w:p>
        </w:tc>
        <w:tc>
          <w:tcPr>
            <w:tcW w:w="1958" w:type="dxa"/>
          </w:tcPr>
          <w:p w14:paraId="14F422DC" w14:textId="77777777" w:rsidR="003D15D0" w:rsidRDefault="00000000">
            <w:r>
              <w:rPr>
                <w:sz w:val="16"/>
              </w:rPr>
              <w:t>0.814</w:t>
            </w:r>
          </w:p>
        </w:tc>
        <w:tc>
          <w:tcPr>
            <w:tcW w:w="1958" w:type="dxa"/>
          </w:tcPr>
          <w:p w14:paraId="74EA107C" w14:textId="77777777" w:rsidR="003D15D0" w:rsidRDefault="00000000">
            <w:r>
              <w:rPr>
                <w:sz w:val="16"/>
              </w:rPr>
              <w:t>8/59 vs 4/59, paired OR 2.33 (0.53-13.98), P=0.344</w:t>
            </w:r>
          </w:p>
        </w:tc>
      </w:tr>
      <w:tr w:rsidR="003D15D0" w14:paraId="27A99735" w14:textId="77777777">
        <w:tc>
          <w:tcPr>
            <w:tcW w:w="1958" w:type="dxa"/>
          </w:tcPr>
          <w:p w14:paraId="2D5E4FEE" w14:textId="77777777" w:rsidR="003D15D0" w:rsidRDefault="00000000">
            <w:r>
              <w:rPr>
                <w:sz w:val="16"/>
              </w:rPr>
              <w:t>Postpartum blood loss, ml</w:t>
            </w:r>
          </w:p>
        </w:tc>
        <w:tc>
          <w:tcPr>
            <w:tcW w:w="1958" w:type="dxa"/>
          </w:tcPr>
          <w:p w14:paraId="162D2459" w14:textId="77777777" w:rsidR="003D15D0" w:rsidRDefault="00000000">
            <w:r>
              <w:rPr>
                <w:sz w:val="16"/>
              </w:rPr>
              <w:t>300.0 (200.0-400.0)</w:t>
            </w:r>
          </w:p>
        </w:tc>
        <w:tc>
          <w:tcPr>
            <w:tcW w:w="1958" w:type="dxa"/>
          </w:tcPr>
          <w:p w14:paraId="5CD8175D" w14:textId="77777777" w:rsidR="003D15D0" w:rsidRDefault="00000000">
            <w:r>
              <w:rPr>
                <w:sz w:val="16"/>
              </w:rPr>
              <w:t>400.0 (200.0-500.0)</w:t>
            </w:r>
          </w:p>
        </w:tc>
        <w:tc>
          <w:tcPr>
            <w:tcW w:w="1958" w:type="dxa"/>
          </w:tcPr>
          <w:p w14:paraId="69052AFE" w14:textId="77777777" w:rsidR="003D15D0" w:rsidRDefault="00000000">
            <w:r>
              <w:rPr>
                <w:sz w:val="16"/>
              </w:rPr>
              <w:t>0.026</w:t>
            </w:r>
          </w:p>
        </w:tc>
        <w:tc>
          <w:tcPr>
            <w:tcW w:w="1958" w:type="dxa"/>
          </w:tcPr>
          <w:p w14:paraId="064F34CF" w14:textId="77777777" w:rsidR="003D15D0" w:rsidRDefault="003D15D0"/>
        </w:tc>
      </w:tr>
      <w:tr w:rsidR="003D15D0" w14:paraId="03ABD99D" w14:textId="77777777">
        <w:tc>
          <w:tcPr>
            <w:tcW w:w="1958" w:type="dxa"/>
          </w:tcPr>
          <w:p w14:paraId="301A93F6" w14:textId="77777777" w:rsidR="003D15D0" w:rsidRDefault="00000000">
            <w:r>
              <w:rPr>
                <w:sz w:val="16"/>
              </w:rPr>
              <w:t>Hospital stay, days</w:t>
            </w:r>
          </w:p>
        </w:tc>
        <w:tc>
          <w:tcPr>
            <w:tcW w:w="1958" w:type="dxa"/>
          </w:tcPr>
          <w:p w14:paraId="06AB17B1" w14:textId="77777777" w:rsidR="003D15D0" w:rsidRDefault="00000000">
            <w:r>
              <w:rPr>
                <w:sz w:val="16"/>
              </w:rPr>
              <w:t>6.0 (4.2-7.0)</w:t>
            </w:r>
          </w:p>
        </w:tc>
        <w:tc>
          <w:tcPr>
            <w:tcW w:w="1958" w:type="dxa"/>
          </w:tcPr>
          <w:p w14:paraId="6CB8942D" w14:textId="77777777" w:rsidR="003D15D0" w:rsidRDefault="00000000">
            <w:r>
              <w:rPr>
                <w:sz w:val="16"/>
              </w:rPr>
              <w:t>6.0 (5.0-7.0)</w:t>
            </w:r>
          </w:p>
        </w:tc>
        <w:tc>
          <w:tcPr>
            <w:tcW w:w="1958" w:type="dxa"/>
          </w:tcPr>
          <w:p w14:paraId="00196901" w14:textId="77777777" w:rsidR="003D15D0" w:rsidRDefault="00000000">
            <w:r>
              <w:rPr>
                <w:sz w:val="16"/>
              </w:rPr>
              <w:t>0.553</w:t>
            </w:r>
          </w:p>
        </w:tc>
        <w:tc>
          <w:tcPr>
            <w:tcW w:w="1958" w:type="dxa"/>
          </w:tcPr>
          <w:p w14:paraId="69DDF924" w14:textId="77777777" w:rsidR="003D15D0" w:rsidRDefault="003D15D0"/>
        </w:tc>
      </w:tr>
      <w:tr w:rsidR="003D15D0" w14:paraId="0A35B329" w14:textId="77777777">
        <w:tc>
          <w:tcPr>
            <w:tcW w:w="1958" w:type="dxa"/>
          </w:tcPr>
          <w:p w14:paraId="72C7FCA0" w14:textId="77777777" w:rsidR="003D15D0" w:rsidRDefault="00000000">
            <w:r>
              <w:rPr>
                <w:sz w:val="16"/>
              </w:rPr>
              <w:t>Arrest-spectrum cesarean indications (arrest/CPD/failed induction)</w:t>
            </w:r>
          </w:p>
        </w:tc>
        <w:tc>
          <w:tcPr>
            <w:tcW w:w="1958" w:type="dxa"/>
          </w:tcPr>
          <w:p w14:paraId="7D3386D9" w14:textId="77777777" w:rsidR="003D15D0" w:rsidRDefault="00000000">
            <w:r>
              <w:rPr>
                <w:sz w:val="16"/>
              </w:rPr>
              <w:t>4/86</w:t>
            </w:r>
          </w:p>
        </w:tc>
        <w:tc>
          <w:tcPr>
            <w:tcW w:w="1958" w:type="dxa"/>
          </w:tcPr>
          <w:p w14:paraId="3CC9356F" w14:textId="77777777" w:rsidR="003D15D0" w:rsidRDefault="00000000">
            <w:r>
              <w:rPr>
                <w:sz w:val="16"/>
              </w:rPr>
              <w:t>11/76</w:t>
            </w:r>
          </w:p>
        </w:tc>
        <w:tc>
          <w:tcPr>
            <w:tcW w:w="1958" w:type="dxa"/>
          </w:tcPr>
          <w:p w14:paraId="0E13ADE2" w14:textId="77777777" w:rsidR="003D15D0" w:rsidRDefault="00000000">
            <w:r>
              <w:rPr>
                <w:sz w:val="16"/>
              </w:rPr>
              <w:t>0.054</w:t>
            </w:r>
          </w:p>
        </w:tc>
        <w:tc>
          <w:tcPr>
            <w:tcW w:w="1958" w:type="dxa"/>
          </w:tcPr>
          <w:p w14:paraId="24026050" w14:textId="77777777" w:rsidR="003D15D0" w:rsidRDefault="003D15D0"/>
        </w:tc>
      </w:tr>
      <w:tr w:rsidR="003D15D0" w14:paraId="3C32C0BC" w14:textId="77777777">
        <w:tc>
          <w:tcPr>
            <w:tcW w:w="1958" w:type="dxa"/>
          </w:tcPr>
          <w:p w14:paraId="4926D40E" w14:textId="77777777" w:rsidR="003D15D0" w:rsidRDefault="00000000">
            <w:r>
              <w:rPr>
                <w:sz w:val="16"/>
              </w:rPr>
              <w:t>Infection-related cesarean indications (chorioamnionitis/fever)</w:t>
            </w:r>
          </w:p>
        </w:tc>
        <w:tc>
          <w:tcPr>
            <w:tcW w:w="1958" w:type="dxa"/>
          </w:tcPr>
          <w:p w14:paraId="71A204B6" w14:textId="77777777" w:rsidR="003D15D0" w:rsidRDefault="00000000">
            <w:r>
              <w:rPr>
                <w:sz w:val="16"/>
              </w:rPr>
              <w:t>1/86</w:t>
            </w:r>
          </w:p>
        </w:tc>
        <w:tc>
          <w:tcPr>
            <w:tcW w:w="1958" w:type="dxa"/>
          </w:tcPr>
          <w:p w14:paraId="6F9B9BF9" w14:textId="77777777" w:rsidR="003D15D0" w:rsidRDefault="00000000">
            <w:r>
              <w:rPr>
                <w:sz w:val="16"/>
              </w:rPr>
              <w:t>4/76</w:t>
            </w:r>
          </w:p>
        </w:tc>
        <w:tc>
          <w:tcPr>
            <w:tcW w:w="1958" w:type="dxa"/>
          </w:tcPr>
          <w:p w14:paraId="3FBB81FD" w14:textId="77777777" w:rsidR="003D15D0" w:rsidRDefault="00000000">
            <w:r>
              <w:rPr>
                <w:sz w:val="16"/>
              </w:rPr>
              <w:t>0.187</w:t>
            </w:r>
          </w:p>
        </w:tc>
        <w:tc>
          <w:tcPr>
            <w:tcW w:w="1958" w:type="dxa"/>
          </w:tcPr>
          <w:p w14:paraId="17769B5B" w14:textId="77777777" w:rsidR="003D15D0" w:rsidRDefault="003D15D0"/>
        </w:tc>
      </w:tr>
    </w:tbl>
    <w:p w14:paraId="0218BB80" w14:textId="77777777" w:rsidR="003D15D0" w:rsidRDefault="003D15D0"/>
    <w:p w14:paraId="09DDD0C1" w14:textId="77777777" w:rsidR="003D15D0" w:rsidRDefault="00000000">
      <w:pPr>
        <w:pStyle w:val="1"/>
      </w:pPr>
      <w:r>
        <w:t>Table S8. Delivery outcomes under secondary grouping, by exclusion threshold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630"/>
        <w:gridCol w:w="1631"/>
        <w:gridCol w:w="1630"/>
        <w:gridCol w:w="1630"/>
        <w:gridCol w:w="1631"/>
        <w:gridCol w:w="1630"/>
      </w:tblGrid>
      <w:tr w:rsidR="003D15D0" w14:paraId="0E802816" w14:textId="77777777">
        <w:tc>
          <w:tcPr>
            <w:tcW w:w="1632" w:type="dxa"/>
          </w:tcPr>
          <w:p w14:paraId="1D9E38E3" w14:textId="77777777" w:rsidR="003D15D0" w:rsidRDefault="00000000">
            <w:r>
              <w:rPr>
                <w:b/>
                <w:sz w:val="16"/>
              </w:rPr>
              <w:t>Exclusion threshold</w:t>
            </w:r>
          </w:p>
        </w:tc>
        <w:tc>
          <w:tcPr>
            <w:tcW w:w="1632" w:type="dxa"/>
          </w:tcPr>
          <w:p w14:paraId="59F90C7C" w14:textId="77777777" w:rsidR="003D15D0" w:rsidRDefault="00000000">
            <w:r>
              <w:rPr>
                <w:b/>
                <w:sz w:val="16"/>
              </w:rPr>
              <w:t>Outcome</w:t>
            </w:r>
          </w:p>
        </w:tc>
        <w:tc>
          <w:tcPr>
            <w:tcW w:w="1632" w:type="dxa"/>
          </w:tcPr>
          <w:p w14:paraId="4260CC33" w14:textId="77777777" w:rsidR="003D15D0" w:rsidRDefault="00000000">
            <w:r>
              <w:rPr>
                <w:b/>
                <w:sz w:val="16"/>
              </w:rPr>
              <w:t>Waiting pathway</w:t>
            </w:r>
          </w:p>
        </w:tc>
        <w:tc>
          <w:tcPr>
            <w:tcW w:w="1632" w:type="dxa"/>
          </w:tcPr>
          <w:p w14:paraId="168685EA" w14:textId="77777777" w:rsidR="003D15D0" w:rsidRDefault="00000000">
            <w:r>
              <w:rPr>
                <w:b/>
                <w:sz w:val="16"/>
              </w:rPr>
              <w:t>Pre-labor amniotomy</w:t>
            </w:r>
          </w:p>
        </w:tc>
        <w:tc>
          <w:tcPr>
            <w:tcW w:w="1632" w:type="dxa"/>
          </w:tcPr>
          <w:p w14:paraId="41CC1D20" w14:textId="77777777" w:rsidR="003D15D0" w:rsidRDefault="00000000">
            <w:r>
              <w:rPr>
                <w:b/>
                <w:sz w:val="16"/>
              </w:rPr>
              <w:t>Unmatched P</w:t>
            </w:r>
          </w:p>
        </w:tc>
        <w:tc>
          <w:tcPr>
            <w:tcW w:w="1632" w:type="dxa"/>
          </w:tcPr>
          <w:p w14:paraId="4E863A87" w14:textId="77777777" w:rsidR="003D15D0" w:rsidRDefault="00000000">
            <w:r>
              <w:rPr>
                <w:b/>
                <w:sz w:val="16"/>
              </w:rPr>
              <w:t>Re-matched within cohort (paired analysis)</w:t>
            </w:r>
          </w:p>
        </w:tc>
      </w:tr>
      <w:tr w:rsidR="003D15D0" w14:paraId="6A73AA74" w14:textId="77777777">
        <w:tc>
          <w:tcPr>
            <w:tcW w:w="1632" w:type="dxa"/>
          </w:tcPr>
          <w:p w14:paraId="658E7BB4" w14:textId="77777777" w:rsidR="003D15D0" w:rsidRDefault="00000000">
            <w:r>
              <w:rPr>
                <w:sz w:val="16"/>
              </w:rPr>
              <w:t>0 h</w:t>
            </w:r>
          </w:p>
        </w:tc>
        <w:tc>
          <w:tcPr>
            <w:tcW w:w="1632" w:type="dxa"/>
          </w:tcPr>
          <w:p w14:paraId="262C8C92" w14:textId="77777777" w:rsidR="003D15D0" w:rsidRDefault="00000000">
            <w:r>
              <w:rPr>
                <w:sz w:val="16"/>
              </w:rPr>
              <w:t>Operative delivery</w:t>
            </w:r>
          </w:p>
        </w:tc>
        <w:tc>
          <w:tcPr>
            <w:tcW w:w="1632" w:type="dxa"/>
          </w:tcPr>
          <w:p w14:paraId="16199143" w14:textId="77777777" w:rsidR="003D15D0" w:rsidRDefault="00000000">
            <w:r>
              <w:rPr>
                <w:sz w:val="16"/>
              </w:rPr>
              <w:t>18/63 (28.6%)</w:t>
            </w:r>
          </w:p>
        </w:tc>
        <w:tc>
          <w:tcPr>
            <w:tcW w:w="1632" w:type="dxa"/>
          </w:tcPr>
          <w:p w14:paraId="6DE6711B" w14:textId="77777777" w:rsidR="003D15D0" w:rsidRDefault="00000000">
            <w:r>
              <w:rPr>
                <w:sz w:val="16"/>
              </w:rPr>
              <w:t>30/76 (39.5%)</w:t>
            </w:r>
          </w:p>
        </w:tc>
        <w:tc>
          <w:tcPr>
            <w:tcW w:w="1632" w:type="dxa"/>
          </w:tcPr>
          <w:p w14:paraId="3C8E1ABC" w14:textId="77777777" w:rsidR="003D15D0" w:rsidRDefault="00000000">
            <w:r>
              <w:rPr>
                <w:sz w:val="16"/>
              </w:rPr>
              <w:t>0.211</w:t>
            </w:r>
          </w:p>
        </w:tc>
        <w:tc>
          <w:tcPr>
            <w:tcW w:w="1632" w:type="dxa"/>
          </w:tcPr>
          <w:p w14:paraId="32A476F0" w14:textId="77777777" w:rsidR="003D15D0" w:rsidRDefault="003D15D0"/>
        </w:tc>
      </w:tr>
      <w:tr w:rsidR="003D15D0" w14:paraId="08347DAD" w14:textId="77777777">
        <w:tc>
          <w:tcPr>
            <w:tcW w:w="1632" w:type="dxa"/>
          </w:tcPr>
          <w:p w14:paraId="725F191A" w14:textId="77777777" w:rsidR="003D15D0" w:rsidRDefault="00000000">
            <w:r>
              <w:rPr>
                <w:sz w:val="16"/>
              </w:rPr>
              <w:t>0 h</w:t>
            </w:r>
          </w:p>
        </w:tc>
        <w:tc>
          <w:tcPr>
            <w:tcW w:w="1632" w:type="dxa"/>
          </w:tcPr>
          <w:p w14:paraId="4552E90A" w14:textId="77777777" w:rsidR="003D15D0" w:rsidRDefault="00000000">
            <w:r>
              <w:rPr>
                <w:sz w:val="16"/>
              </w:rPr>
              <w:t>Cesarean section</w:t>
            </w:r>
          </w:p>
        </w:tc>
        <w:tc>
          <w:tcPr>
            <w:tcW w:w="1632" w:type="dxa"/>
          </w:tcPr>
          <w:p w14:paraId="18C3025F" w14:textId="77777777" w:rsidR="003D15D0" w:rsidRDefault="00000000">
            <w:r>
              <w:rPr>
                <w:sz w:val="16"/>
              </w:rPr>
              <w:t>10/63 (15.9%)</w:t>
            </w:r>
          </w:p>
        </w:tc>
        <w:tc>
          <w:tcPr>
            <w:tcW w:w="1632" w:type="dxa"/>
          </w:tcPr>
          <w:p w14:paraId="0C3EB2E8" w14:textId="77777777" w:rsidR="003D15D0" w:rsidRDefault="00000000">
            <w:r>
              <w:rPr>
                <w:sz w:val="16"/>
              </w:rPr>
              <w:t>20/76 (26.3%)</w:t>
            </w:r>
          </w:p>
        </w:tc>
        <w:tc>
          <w:tcPr>
            <w:tcW w:w="1632" w:type="dxa"/>
          </w:tcPr>
          <w:p w14:paraId="5C623131" w14:textId="77777777" w:rsidR="003D15D0" w:rsidRDefault="00000000">
            <w:r>
              <w:rPr>
                <w:sz w:val="16"/>
              </w:rPr>
              <w:t>0.152</w:t>
            </w:r>
          </w:p>
        </w:tc>
        <w:tc>
          <w:tcPr>
            <w:tcW w:w="1632" w:type="dxa"/>
          </w:tcPr>
          <w:p w14:paraId="3E060682" w14:textId="77777777" w:rsidR="003D15D0" w:rsidRDefault="003D15D0"/>
        </w:tc>
      </w:tr>
      <w:tr w:rsidR="003D15D0" w14:paraId="4E0EF43A" w14:textId="77777777">
        <w:tc>
          <w:tcPr>
            <w:tcW w:w="1632" w:type="dxa"/>
          </w:tcPr>
          <w:p w14:paraId="60C5FE28" w14:textId="77777777" w:rsidR="003D15D0" w:rsidRDefault="00000000">
            <w:r>
              <w:rPr>
                <w:sz w:val="16"/>
              </w:rPr>
              <w:t>0 h</w:t>
            </w:r>
          </w:p>
        </w:tc>
        <w:tc>
          <w:tcPr>
            <w:tcW w:w="1632" w:type="dxa"/>
          </w:tcPr>
          <w:p w14:paraId="26B43A18" w14:textId="77777777" w:rsidR="003D15D0" w:rsidRDefault="00000000">
            <w:r>
              <w:rPr>
                <w:sz w:val="16"/>
              </w:rPr>
              <w:t>Postpartum hemorrhage (binary)</w:t>
            </w:r>
          </w:p>
        </w:tc>
        <w:tc>
          <w:tcPr>
            <w:tcW w:w="1632" w:type="dxa"/>
          </w:tcPr>
          <w:p w14:paraId="6B258455" w14:textId="77777777" w:rsidR="003D15D0" w:rsidRDefault="00000000">
            <w:r>
              <w:rPr>
                <w:sz w:val="16"/>
              </w:rPr>
              <w:t>7/63 (11.1%)</w:t>
            </w:r>
          </w:p>
        </w:tc>
        <w:tc>
          <w:tcPr>
            <w:tcW w:w="1632" w:type="dxa"/>
          </w:tcPr>
          <w:p w14:paraId="19529403" w14:textId="77777777" w:rsidR="003D15D0" w:rsidRDefault="00000000">
            <w:r>
              <w:rPr>
                <w:sz w:val="16"/>
              </w:rPr>
              <w:t>15/76 (19.7%)</w:t>
            </w:r>
          </w:p>
        </w:tc>
        <w:tc>
          <w:tcPr>
            <w:tcW w:w="1632" w:type="dxa"/>
          </w:tcPr>
          <w:p w14:paraId="1004F68F" w14:textId="77777777" w:rsidR="003D15D0" w:rsidRDefault="00000000">
            <w:r>
              <w:rPr>
                <w:sz w:val="16"/>
              </w:rPr>
              <w:t>0.243</w:t>
            </w:r>
          </w:p>
        </w:tc>
        <w:tc>
          <w:tcPr>
            <w:tcW w:w="1632" w:type="dxa"/>
          </w:tcPr>
          <w:p w14:paraId="297379A8" w14:textId="77777777" w:rsidR="003D15D0" w:rsidRDefault="003D15D0"/>
        </w:tc>
      </w:tr>
      <w:tr w:rsidR="003D15D0" w14:paraId="1F25C18B" w14:textId="77777777">
        <w:tc>
          <w:tcPr>
            <w:tcW w:w="1632" w:type="dxa"/>
          </w:tcPr>
          <w:p w14:paraId="2EBC38E0" w14:textId="77777777" w:rsidR="003D15D0" w:rsidRDefault="00000000">
            <w:r>
              <w:rPr>
                <w:sz w:val="16"/>
              </w:rPr>
              <w:t>0 h</w:t>
            </w:r>
          </w:p>
        </w:tc>
        <w:tc>
          <w:tcPr>
            <w:tcW w:w="1632" w:type="dxa"/>
          </w:tcPr>
          <w:p w14:paraId="05DEC11F" w14:textId="77777777" w:rsidR="003D15D0" w:rsidRDefault="00000000">
            <w:r>
              <w:rPr>
                <w:sz w:val="16"/>
              </w:rPr>
              <w:t>Median postpartum blood loss, ml</w:t>
            </w:r>
          </w:p>
        </w:tc>
        <w:tc>
          <w:tcPr>
            <w:tcW w:w="1632" w:type="dxa"/>
          </w:tcPr>
          <w:p w14:paraId="4DA36A46" w14:textId="77777777" w:rsidR="003D15D0" w:rsidRDefault="00000000">
            <w:r>
              <w:rPr>
                <w:sz w:val="16"/>
              </w:rPr>
              <w:t>300</w:t>
            </w:r>
          </w:p>
        </w:tc>
        <w:tc>
          <w:tcPr>
            <w:tcW w:w="1632" w:type="dxa"/>
          </w:tcPr>
          <w:p w14:paraId="1130D91F" w14:textId="77777777" w:rsidR="003D15D0" w:rsidRDefault="00000000">
            <w:r>
              <w:rPr>
                <w:sz w:val="16"/>
              </w:rPr>
              <w:t>400</w:t>
            </w:r>
          </w:p>
        </w:tc>
        <w:tc>
          <w:tcPr>
            <w:tcW w:w="1632" w:type="dxa"/>
          </w:tcPr>
          <w:p w14:paraId="1A063E00" w14:textId="77777777" w:rsidR="003D15D0" w:rsidRDefault="00000000">
            <w:r>
              <w:rPr>
                <w:sz w:val="16"/>
              </w:rPr>
              <w:t>0.088</w:t>
            </w:r>
          </w:p>
        </w:tc>
        <w:tc>
          <w:tcPr>
            <w:tcW w:w="1632" w:type="dxa"/>
          </w:tcPr>
          <w:p w14:paraId="7C854144" w14:textId="77777777" w:rsidR="003D15D0" w:rsidRDefault="003D15D0"/>
        </w:tc>
      </w:tr>
      <w:tr w:rsidR="003D15D0" w14:paraId="43A6954E" w14:textId="77777777">
        <w:tc>
          <w:tcPr>
            <w:tcW w:w="1632" w:type="dxa"/>
          </w:tcPr>
          <w:p w14:paraId="067EC472" w14:textId="77777777" w:rsidR="003D15D0" w:rsidRDefault="00000000">
            <w:r>
              <w:rPr>
                <w:sz w:val="16"/>
              </w:rPr>
              <w:t>0 h</w:t>
            </w:r>
          </w:p>
        </w:tc>
        <w:tc>
          <w:tcPr>
            <w:tcW w:w="1632" w:type="dxa"/>
          </w:tcPr>
          <w:p w14:paraId="4842FFD0" w14:textId="77777777" w:rsidR="003D15D0" w:rsidRDefault="00000000">
            <w:r>
              <w:rPr>
                <w:sz w:val="16"/>
              </w:rPr>
              <w:t>Arrest-spectrum cesarean indications</w:t>
            </w:r>
          </w:p>
        </w:tc>
        <w:tc>
          <w:tcPr>
            <w:tcW w:w="1632" w:type="dxa"/>
          </w:tcPr>
          <w:p w14:paraId="4D5CA375" w14:textId="77777777" w:rsidR="003D15D0" w:rsidRDefault="00000000">
            <w:r>
              <w:rPr>
                <w:sz w:val="16"/>
              </w:rPr>
              <w:t>4/63</w:t>
            </w:r>
          </w:p>
        </w:tc>
        <w:tc>
          <w:tcPr>
            <w:tcW w:w="1632" w:type="dxa"/>
          </w:tcPr>
          <w:p w14:paraId="75F7919F" w14:textId="77777777" w:rsidR="003D15D0" w:rsidRDefault="00000000">
            <w:r>
              <w:rPr>
                <w:sz w:val="16"/>
              </w:rPr>
              <w:t>11/76</w:t>
            </w:r>
          </w:p>
        </w:tc>
        <w:tc>
          <w:tcPr>
            <w:tcW w:w="1632" w:type="dxa"/>
          </w:tcPr>
          <w:p w14:paraId="359A83F6" w14:textId="77777777" w:rsidR="003D15D0" w:rsidRDefault="00000000">
            <w:r>
              <w:rPr>
                <w:sz w:val="16"/>
              </w:rPr>
              <w:t>0.171</w:t>
            </w:r>
          </w:p>
        </w:tc>
        <w:tc>
          <w:tcPr>
            <w:tcW w:w="1632" w:type="dxa"/>
          </w:tcPr>
          <w:p w14:paraId="03C5504F" w14:textId="77777777" w:rsidR="003D15D0" w:rsidRDefault="003D15D0"/>
        </w:tc>
      </w:tr>
      <w:tr w:rsidR="003D15D0" w14:paraId="0CB3CE19" w14:textId="77777777">
        <w:tc>
          <w:tcPr>
            <w:tcW w:w="1632" w:type="dxa"/>
          </w:tcPr>
          <w:p w14:paraId="68BAAA6C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5C28F050" w14:textId="77777777" w:rsidR="003D15D0" w:rsidRDefault="00000000">
            <w:r>
              <w:rPr>
                <w:sz w:val="16"/>
              </w:rPr>
              <w:t>Operative delivery</w:t>
            </w:r>
          </w:p>
        </w:tc>
        <w:tc>
          <w:tcPr>
            <w:tcW w:w="1632" w:type="dxa"/>
          </w:tcPr>
          <w:p w14:paraId="2998094D" w14:textId="77777777" w:rsidR="003D15D0" w:rsidRDefault="00000000">
            <w:r>
              <w:rPr>
                <w:sz w:val="16"/>
              </w:rPr>
              <w:t>17/58 (29.3%)</w:t>
            </w:r>
          </w:p>
        </w:tc>
        <w:tc>
          <w:tcPr>
            <w:tcW w:w="1632" w:type="dxa"/>
          </w:tcPr>
          <w:p w14:paraId="48A99974" w14:textId="77777777" w:rsidR="003D15D0" w:rsidRDefault="00000000">
            <w:r>
              <w:rPr>
                <w:sz w:val="16"/>
              </w:rPr>
              <w:t>30/76 (39.5%)</w:t>
            </w:r>
          </w:p>
        </w:tc>
        <w:tc>
          <w:tcPr>
            <w:tcW w:w="1632" w:type="dxa"/>
          </w:tcPr>
          <w:p w14:paraId="2D70BFBF" w14:textId="77777777" w:rsidR="003D15D0" w:rsidRDefault="00000000">
            <w:r>
              <w:rPr>
                <w:sz w:val="16"/>
              </w:rPr>
              <w:t>0.274</w:t>
            </w:r>
          </w:p>
        </w:tc>
        <w:tc>
          <w:tcPr>
            <w:tcW w:w="1632" w:type="dxa"/>
          </w:tcPr>
          <w:p w14:paraId="5978DC99" w14:textId="77777777" w:rsidR="003D15D0" w:rsidRDefault="003D15D0"/>
        </w:tc>
      </w:tr>
      <w:tr w:rsidR="003D15D0" w14:paraId="404B2A30" w14:textId="77777777">
        <w:tc>
          <w:tcPr>
            <w:tcW w:w="1632" w:type="dxa"/>
          </w:tcPr>
          <w:p w14:paraId="68F659DD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4DE269BF" w14:textId="77777777" w:rsidR="003D15D0" w:rsidRDefault="00000000">
            <w:r>
              <w:rPr>
                <w:sz w:val="16"/>
              </w:rPr>
              <w:t>Cesarean section</w:t>
            </w:r>
          </w:p>
        </w:tc>
        <w:tc>
          <w:tcPr>
            <w:tcW w:w="1632" w:type="dxa"/>
          </w:tcPr>
          <w:p w14:paraId="01FFA4E6" w14:textId="77777777" w:rsidR="003D15D0" w:rsidRDefault="00000000">
            <w:r>
              <w:rPr>
                <w:sz w:val="16"/>
              </w:rPr>
              <w:t>10/58 (17.2%)</w:t>
            </w:r>
          </w:p>
        </w:tc>
        <w:tc>
          <w:tcPr>
            <w:tcW w:w="1632" w:type="dxa"/>
          </w:tcPr>
          <w:p w14:paraId="4765BD3B" w14:textId="77777777" w:rsidR="003D15D0" w:rsidRDefault="00000000">
            <w:r>
              <w:rPr>
                <w:sz w:val="16"/>
              </w:rPr>
              <w:t>20/76 (26.3%)</w:t>
            </w:r>
          </w:p>
        </w:tc>
        <w:tc>
          <w:tcPr>
            <w:tcW w:w="1632" w:type="dxa"/>
          </w:tcPr>
          <w:p w14:paraId="25196AB0" w14:textId="77777777" w:rsidR="003D15D0" w:rsidRDefault="00000000">
            <w:r>
              <w:rPr>
                <w:sz w:val="16"/>
              </w:rPr>
              <w:t>0.296</w:t>
            </w:r>
          </w:p>
        </w:tc>
        <w:tc>
          <w:tcPr>
            <w:tcW w:w="1632" w:type="dxa"/>
          </w:tcPr>
          <w:p w14:paraId="5B1E9BC8" w14:textId="77777777" w:rsidR="003D15D0" w:rsidRDefault="003D15D0"/>
        </w:tc>
      </w:tr>
      <w:tr w:rsidR="003D15D0" w14:paraId="690A78E7" w14:textId="77777777">
        <w:tc>
          <w:tcPr>
            <w:tcW w:w="1632" w:type="dxa"/>
          </w:tcPr>
          <w:p w14:paraId="1E9E47CF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393597E8" w14:textId="77777777" w:rsidR="003D15D0" w:rsidRDefault="00000000">
            <w:r>
              <w:rPr>
                <w:sz w:val="16"/>
              </w:rPr>
              <w:t>Postpartum hemorrhage (binary)</w:t>
            </w:r>
          </w:p>
        </w:tc>
        <w:tc>
          <w:tcPr>
            <w:tcW w:w="1632" w:type="dxa"/>
          </w:tcPr>
          <w:p w14:paraId="5811729A" w14:textId="77777777" w:rsidR="003D15D0" w:rsidRDefault="00000000">
            <w:r>
              <w:rPr>
                <w:sz w:val="16"/>
              </w:rPr>
              <w:t>7/58 (12.1%)</w:t>
            </w:r>
          </w:p>
        </w:tc>
        <w:tc>
          <w:tcPr>
            <w:tcW w:w="1632" w:type="dxa"/>
          </w:tcPr>
          <w:p w14:paraId="30665730" w14:textId="77777777" w:rsidR="003D15D0" w:rsidRDefault="00000000">
            <w:r>
              <w:rPr>
                <w:sz w:val="16"/>
              </w:rPr>
              <w:t>15/76 (19.7%)</w:t>
            </w:r>
          </w:p>
        </w:tc>
        <w:tc>
          <w:tcPr>
            <w:tcW w:w="1632" w:type="dxa"/>
          </w:tcPr>
          <w:p w14:paraId="612B8CB9" w14:textId="77777777" w:rsidR="003D15D0" w:rsidRDefault="00000000">
            <w:r>
              <w:rPr>
                <w:sz w:val="16"/>
              </w:rPr>
              <w:t>0.347</w:t>
            </w:r>
          </w:p>
        </w:tc>
        <w:tc>
          <w:tcPr>
            <w:tcW w:w="1632" w:type="dxa"/>
          </w:tcPr>
          <w:p w14:paraId="5EC28F90" w14:textId="77777777" w:rsidR="003D15D0" w:rsidRDefault="003D15D0"/>
        </w:tc>
      </w:tr>
      <w:tr w:rsidR="003D15D0" w14:paraId="70AE4F3A" w14:textId="77777777">
        <w:tc>
          <w:tcPr>
            <w:tcW w:w="1632" w:type="dxa"/>
          </w:tcPr>
          <w:p w14:paraId="51CD1DD8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44FEBED6" w14:textId="77777777" w:rsidR="003D15D0" w:rsidRDefault="00000000">
            <w:r>
              <w:rPr>
                <w:sz w:val="16"/>
              </w:rPr>
              <w:t>Median postpartum blood loss, ml</w:t>
            </w:r>
          </w:p>
        </w:tc>
        <w:tc>
          <w:tcPr>
            <w:tcW w:w="1632" w:type="dxa"/>
          </w:tcPr>
          <w:p w14:paraId="7BEBE9A3" w14:textId="77777777" w:rsidR="003D15D0" w:rsidRDefault="00000000">
            <w:r>
              <w:rPr>
                <w:sz w:val="16"/>
              </w:rPr>
              <w:t>300</w:t>
            </w:r>
          </w:p>
        </w:tc>
        <w:tc>
          <w:tcPr>
            <w:tcW w:w="1632" w:type="dxa"/>
          </w:tcPr>
          <w:p w14:paraId="246F0083" w14:textId="77777777" w:rsidR="003D15D0" w:rsidRDefault="00000000">
            <w:r>
              <w:rPr>
                <w:sz w:val="16"/>
              </w:rPr>
              <w:t>400</w:t>
            </w:r>
          </w:p>
        </w:tc>
        <w:tc>
          <w:tcPr>
            <w:tcW w:w="1632" w:type="dxa"/>
          </w:tcPr>
          <w:p w14:paraId="51736373" w14:textId="77777777" w:rsidR="003D15D0" w:rsidRDefault="00000000">
            <w:r>
              <w:rPr>
                <w:sz w:val="16"/>
              </w:rPr>
              <w:t>0.145</w:t>
            </w:r>
          </w:p>
        </w:tc>
        <w:tc>
          <w:tcPr>
            <w:tcW w:w="1632" w:type="dxa"/>
          </w:tcPr>
          <w:p w14:paraId="52BB2604" w14:textId="77777777" w:rsidR="003D15D0" w:rsidRDefault="003D15D0"/>
        </w:tc>
      </w:tr>
      <w:tr w:rsidR="003D15D0" w14:paraId="10455142" w14:textId="77777777">
        <w:tc>
          <w:tcPr>
            <w:tcW w:w="1632" w:type="dxa"/>
          </w:tcPr>
          <w:p w14:paraId="6A2253DC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41F81F6D" w14:textId="77777777" w:rsidR="003D15D0" w:rsidRDefault="00000000">
            <w:r>
              <w:rPr>
                <w:sz w:val="16"/>
              </w:rPr>
              <w:t>Arrest-spectrum cesarean indications</w:t>
            </w:r>
          </w:p>
        </w:tc>
        <w:tc>
          <w:tcPr>
            <w:tcW w:w="1632" w:type="dxa"/>
          </w:tcPr>
          <w:p w14:paraId="66DA5FC7" w14:textId="77777777" w:rsidR="003D15D0" w:rsidRDefault="00000000">
            <w:r>
              <w:rPr>
                <w:sz w:val="16"/>
              </w:rPr>
              <w:t>4/58</w:t>
            </w:r>
          </w:p>
        </w:tc>
        <w:tc>
          <w:tcPr>
            <w:tcW w:w="1632" w:type="dxa"/>
          </w:tcPr>
          <w:p w14:paraId="6299448F" w14:textId="77777777" w:rsidR="003D15D0" w:rsidRDefault="00000000">
            <w:r>
              <w:rPr>
                <w:sz w:val="16"/>
              </w:rPr>
              <w:t>11/76</w:t>
            </w:r>
          </w:p>
        </w:tc>
        <w:tc>
          <w:tcPr>
            <w:tcW w:w="1632" w:type="dxa"/>
          </w:tcPr>
          <w:p w14:paraId="2CE8180A" w14:textId="77777777" w:rsidR="003D15D0" w:rsidRDefault="00000000">
            <w:r>
              <w:rPr>
                <w:sz w:val="16"/>
              </w:rPr>
              <w:t>0.268</w:t>
            </w:r>
          </w:p>
        </w:tc>
        <w:tc>
          <w:tcPr>
            <w:tcW w:w="1632" w:type="dxa"/>
          </w:tcPr>
          <w:p w14:paraId="5EEEF54C" w14:textId="77777777" w:rsidR="003D15D0" w:rsidRDefault="003D15D0"/>
        </w:tc>
      </w:tr>
      <w:tr w:rsidR="003D15D0" w14:paraId="4AC2558A" w14:textId="77777777">
        <w:tc>
          <w:tcPr>
            <w:tcW w:w="1632" w:type="dxa"/>
          </w:tcPr>
          <w:p w14:paraId="4E4B12FD" w14:textId="77777777" w:rsidR="003D15D0" w:rsidRDefault="00000000">
            <w:r>
              <w:rPr>
                <w:sz w:val="16"/>
              </w:rPr>
              <w:t>4 h</w:t>
            </w:r>
          </w:p>
        </w:tc>
        <w:tc>
          <w:tcPr>
            <w:tcW w:w="1632" w:type="dxa"/>
          </w:tcPr>
          <w:p w14:paraId="31244EB9" w14:textId="77777777" w:rsidR="003D15D0" w:rsidRDefault="00000000">
            <w:r>
              <w:rPr>
                <w:sz w:val="16"/>
              </w:rPr>
              <w:t>Operative delivery</w:t>
            </w:r>
          </w:p>
        </w:tc>
        <w:tc>
          <w:tcPr>
            <w:tcW w:w="1632" w:type="dxa"/>
          </w:tcPr>
          <w:p w14:paraId="58ECEEBD" w14:textId="77777777" w:rsidR="003D15D0" w:rsidRDefault="00000000">
            <w:r>
              <w:rPr>
                <w:sz w:val="16"/>
              </w:rPr>
              <w:t>15/51 (29.4%)</w:t>
            </w:r>
          </w:p>
        </w:tc>
        <w:tc>
          <w:tcPr>
            <w:tcW w:w="1632" w:type="dxa"/>
          </w:tcPr>
          <w:p w14:paraId="148FB935" w14:textId="77777777" w:rsidR="003D15D0" w:rsidRDefault="00000000">
            <w:r>
              <w:rPr>
                <w:sz w:val="16"/>
              </w:rPr>
              <w:t>30/76 (39.5%)</w:t>
            </w:r>
          </w:p>
        </w:tc>
        <w:tc>
          <w:tcPr>
            <w:tcW w:w="1632" w:type="dxa"/>
          </w:tcPr>
          <w:p w14:paraId="68C0D2FC" w14:textId="77777777" w:rsidR="003D15D0" w:rsidRDefault="00000000">
            <w:r>
              <w:rPr>
                <w:sz w:val="16"/>
              </w:rPr>
              <w:t>0.263</w:t>
            </w:r>
          </w:p>
        </w:tc>
        <w:tc>
          <w:tcPr>
            <w:tcW w:w="1632" w:type="dxa"/>
          </w:tcPr>
          <w:p w14:paraId="486AF83F" w14:textId="77777777" w:rsidR="003D15D0" w:rsidRDefault="003D15D0"/>
        </w:tc>
      </w:tr>
      <w:tr w:rsidR="003D15D0" w14:paraId="72DC13F5" w14:textId="77777777">
        <w:tc>
          <w:tcPr>
            <w:tcW w:w="1632" w:type="dxa"/>
          </w:tcPr>
          <w:p w14:paraId="1C586202" w14:textId="77777777" w:rsidR="003D15D0" w:rsidRDefault="00000000">
            <w:r>
              <w:rPr>
                <w:sz w:val="16"/>
              </w:rPr>
              <w:t>4 h</w:t>
            </w:r>
          </w:p>
        </w:tc>
        <w:tc>
          <w:tcPr>
            <w:tcW w:w="1632" w:type="dxa"/>
          </w:tcPr>
          <w:p w14:paraId="05B49629" w14:textId="77777777" w:rsidR="003D15D0" w:rsidRDefault="00000000">
            <w:r>
              <w:rPr>
                <w:sz w:val="16"/>
              </w:rPr>
              <w:t>Cesarean section</w:t>
            </w:r>
          </w:p>
        </w:tc>
        <w:tc>
          <w:tcPr>
            <w:tcW w:w="1632" w:type="dxa"/>
          </w:tcPr>
          <w:p w14:paraId="7BF1558B" w14:textId="77777777" w:rsidR="003D15D0" w:rsidRDefault="00000000">
            <w:r>
              <w:rPr>
                <w:sz w:val="16"/>
              </w:rPr>
              <w:t>9/51 (17.6%)</w:t>
            </w:r>
          </w:p>
        </w:tc>
        <w:tc>
          <w:tcPr>
            <w:tcW w:w="1632" w:type="dxa"/>
          </w:tcPr>
          <w:p w14:paraId="746BAD9A" w14:textId="77777777" w:rsidR="003D15D0" w:rsidRDefault="00000000">
            <w:r>
              <w:rPr>
                <w:sz w:val="16"/>
              </w:rPr>
              <w:t>20/76 (26.3%)</w:t>
            </w:r>
          </w:p>
        </w:tc>
        <w:tc>
          <w:tcPr>
            <w:tcW w:w="1632" w:type="dxa"/>
          </w:tcPr>
          <w:p w14:paraId="61EFF3BD" w14:textId="77777777" w:rsidR="003D15D0" w:rsidRDefault="00000000">
            <w:r>
              <w:rPr>
                <w:sz w:val="16"/>
              </w:rPr>
              <w:t>0.288</w:t>
            </w:r>
          </w:p>
        </w:tc>
        <w:tc>
          <w:tcPr>
            <w:tcW w:w="1632" w:type="dxa"/>
          </w:tcPr>
          <w:p w14:paraId="4D66912C" w14:textId="77777777" w:rsidR="003D15D0" w:rsidRDefault="003D15D0"/>
        </w:tc>
      </w:tr>
      <w:tr w:rsidR="003D15D0" w14:paraId="3327FA24" w14:textId="77777777">
        <w:tc>
          <w:tcPr>
            <w:tcW w:w="1632" w:type="dxa"/>
          </w:tcPr>
          <w:p w14:paraId="7FF68913" w14:textId="77777777" w:rsidR="003D15D0" w:rsidRDefault="00000000">
            <w:r>
              <w:rPr>
                <w:sz w:val="16"/>
              </w:rPr>
              <w:t>4 h</w:t>
            </w:r>
          </w:p>
        </w:tc>
        <w:tc>
          <w:tcPr>
            <w:tcW w:w="1632" w:type="dxa"/>
          </w:tcPr>
          <w:p w14:paraId="2FF58D79" w14:textId="77777777" w:rsidR="003D15D0" w:rsidRDefault="00000000">
            <w:r>
              <w:rPr>
                <w:sz w:val="16"/>
              </w:rPr>
              <w:t>Postpartum hemorrhage (binary)</w:t>
            </w:r>
          </w:p>
        </w:tc>
        <w:tc>
          <w:tcPr>
            <w:tcW w:w="1632" w:type="dxa"/>
          </w:tcPr>
          <w:p w14:paraId="7A412043" w14:textId="77777777" w:rsidR="003D15D0" w:rsidRDefault="00000000">
            <w:r>
              <w:rPr>
                <w:sz w:val="16"/>
              </w:rPr>
              <w:t>5/51 (9.8%)</w:t>
            </w:r>
          </w:p>
        </w:tc>
        <w:tc>
          <w:tcPr>
            <w:tcW w:w="1632" w:type="dxa"/>
          </w:tcPr>
          <w:p w14:paraId="2F7FAB38" w14:textId="77777777" w:rsidR="003D15D0" w:rsidRDefault="00000000">
            <w:r>
              <w:rPr>
                <w:sz w:val="16"/>
              </w:rPr>
              <w:t>15/76 (19.7%)</w:t>
            </w:r>
          </w:p>
        </w:tc>
        <w:tc>
          <w:tcPr>
            <w:tcW w:w="1632" w:type="dxa"/>
          </w:tcPr>
          <w:p w14:paraId="4FD84701" w14:textId="77777777" w:rsidR="003D15D0" w:rsidRDefault="00000000">
            <w:r>
              <w:rPr>
                <w:sz w:val="16"/>
              </w:rPr>
              <w:t>0.146</w:t>
            </w:r>
          </w:p>
        </w:tc>
        <w:tc>
          <w:tcPr>
            <w:tcW w:w="1632" w:type="dxa"/>
          </w:tcPr>
          <w:p w14:paraId="3728CC07" w14:textId="77777777" w:rsidR="003D15D0" w:rsidRDefault="003D15D0"/>
        </w:tc>
      </w:tr>
      <w:tr w:rsidR="003D15D0" w14:paraId="07384FFB" w14:textId="77777777">
        <w:tc>
          <w:tcPr>
            <w:tcW w:w="1632" w:type="dxa"/>
          </w:tcPr>
          <w:p w14:paraId="1FB40980" w14:textId="77777777" w:rsidR="003D15D0" w:rsidRDefault="00000000">
            <w:r>
              <w:rPr>
                <w:sz w:val="16"/>
              </w:rPr>
              <w:t>4 h</w:t>
            </w:r>
          </w:p>
        </w:tc>
        <w:tc>
          <w:tcPr>
            <w:tcW w:w="1632" w:type="dxa"/>
          </w:tcPr>
          <w:p w14:paraId="58DD45D8" w14:textId="77777777" w:rsidR="003D15D0" w:rsidRDefault="00000000">
            <w:r>
              <w:rPr>
                <w:sz w:val="16"/>
              </w:rPr>
              <w:t>Median postpartum blood loss, ml</w:t>
            </w:r>
          </w:p>
        </w:tc>
        <w:tc>
          <w:tcPr>
            <w:tcW w:w="1632" w:type="dxa"/>
          </w:tcPr>
          <w:p w14:paraId="3BCD6136" w14:textId="77777777" w:rsidR="003D15D0" w:rsidRDefault="00000000">
            <w:r>
              <w:rPr>
                <w:sz w:val="16"/>
              </w:rPr>
              <w:t>300</w:t>
            </w:r>
          </w:p>
        </w:tc>
        <w:tc>
          <w:tcPr>
            <w:tcW w:w="1632" w:type="dxa"/>
          </w:tcPr>
          <w:p w14:paraId="5117241E" w14:textId="77777777" w:rsidR="003D15D0" w:rsidRDefault="00000000">
            <w:r>
              <w:rPr>
                <w:sz w:val="16"/>
              </w:rPr>
              <w:t>400</w:t>
            </w:r>
          </w:p>
        </w:tc>
        <w:tc>
          <w:tcPr>
            <w:tcW w:w="1632" w:type="dxa"/>
          </w:tcPr>
          <w:p w14:paraId="7FD16205" w14:textId="77777777" w:rsidR="003D15D0" w:rsidRDefault="00000000">
            <w:r>
              <w:rPr>
                <w:sz w:val="16"/>
              </w:rPr>
              <w:t>0.098</w:t>
            </w:r>
          </w:p>
        </w:tc>
        <w:tc>
          <w:tcPr>
            <w:tcW w:w="1632" w:type="dxa"/>
          </w:tcPr>
          <w:p w14:paraId="1EAA52D4" w14:textId="77777777" w:rsidR="003D15D0" w:rsidRDefault="003D15D0"/>
        </w:tc>
      </w:tr>
      <w:tr w:rsidR="003D15D0" w14:paraId="705E83F0" w14:textId="77777777">
        <w:tc>
          <w:tcPr>
            <w:tcW w:w="1632" w:type="dxa"/>
          </w:tcPr>
          <w:p w14:paraId="1661162B" w14:textId="77777777" w:rsidR="003D15D0" w:rsidRDefault="00000000">
            <w:r>
              <w:rPr>
                <w:sz w:val="16"/>
              </w:rPr>
              <w:t>4 h</w:t>
            </w:r>
          </w:p>
        </w:tc>
        <w:tc>
          <w:tcPr>
            <w:tcW w:w="1632" w:type="dxa"/>
          </w:tcPr>
          <w:p w14:paraId="259C3C20" w14:textId="77777777" w:rsidR="003D15D0" w:rsidRDefault="00000000">
            <w:r>
              <w:rPr>
                <w:sz w:val="16"/>
              </w:rPr>
              <w:t>Arrest-spectrum cesarean indications</w:t>
            </w:r>
          </w:p>
        </w:tc>
        <w:tc>
          <w:tcPr>
            <w:tcW w:w="1632" w:type="dxa"/>
          </w:tcPr>
          <w:p w14:paraId="75BB5C8E" w14:textId="77777777" w:rsidR="003D15D0" w:rsidRDefault="00000000">
            <w:r>
              <w:rPr>
                <w:sz w:val="16"/>
              </w:rPr>
              <w:t>4/51</w:t>
            </w:r>
          </w:p>
        </w:tc>
        <w:tc>
          <w:tcPr>
            <w:tcW w:w="1632" w:type="dxa"/>
          </w:tcPr>
          <w:p w14:paraId="2FDAB7FC" w14:textId="77777777" w:rsidR="003D15D0" w:rsidRDefault="00000000">
            <w:r>
              <w:rPr>
                <w:sz w:val="16"/>
              </w:rPr>
              <w:t>11/76</w:t>
            </w:r>
          </w:p>
        </w:tc>
        <w:tc>
          <w:tcPr>
            <w:tcW w:w="1632" w:type="dxa"/>
          </w:tcPr>
          <w:p w14:paraId="74D116E2" w14:textId="77777777" w:rsidR="003D15D0" w:rsidRDefault="00000000">
            <w:r>
              <w:rPr>
                <w:sz w:val="16"/>
              </w:rPr>
              <w:t>0.401</w:t>
            </w:r>
          </w:p>
        </w:tc>
        <w:tc>
          <w:tcPr>
            <w:tcW w:w="1632" w:type="dxa"/>
          </w:tcPr>
          <w:p w14:paraId="1467E23A" w14:textId="77777777" w:rsidR="003D15D0" w:rsidRDefault="003D15D0"/>
        </w:tc>
      </w:tr>
      <w:tr w:rsidR="003D15D0" w14:paraId="23E012BE" w14:textId="77777777">
        <w:tc>
          <w:tcPr>
            <w:tcW w:w="1632" w:type="dxa"/>
          </w:tcPr>
          <w:p w14:paraId="74F88938" w14:textId="77777777" w:rsidR="003D15D0" w:rsidRDefault="00000000">
            <w:r>
              <w:rPr>
                <w:sz w:val="16"/>
              </w:rPr>
              <w:t>6 h</w:t>
            </w:r>
          </w:p>
        </w:tc>
        <w:tc>
          <w:tcPr>
            <w:tcW w:w="1632" w:type="dxa"/>
          </w:tcPr>
          <w:p w14:paraId="7DB50D12" w14:textId="77777777" w:rsidR="003D15D0" w:rsidRDefault="00000000">
            <w:r>
              <w:rPr>
                <w:sz w:val="16"/>
              </w:rPr>
              <w:t>Operative delivery</w:t>
            </w:r>
          </w:p>
        </w:tc>
        <w:tc>
          <w:tcPr>
            <w:tcW w:w="1632" w:type="dxa"/>
          </w:tcPr>
          <w:p w14:paraId="25C362C0" w14:textId="77777777" w:rsidR="003D15D0" w:rsidRDefault="00000000">
            <w:r>
              <w:rPr>
                <w:sz w:val="16"/>
              </w:rPr>
              <w:t>13/40 (32.5%)</w:t>
            </w:r>
          </w:p>
        </w:tc>
        <w:tc>
          <w:tcPr>
            <w:tcW w:w="1632" w:type="dxa"/>
          </w:tcPr>
          <w:p w14:paraId="53B0394A" w14:textId="77777777" w:rsidR="003D15D0" w:rsidRDefault="00000000">
            <w:r>
              <w:rPr>
                <w:sz w:val="16"/>
              </w:rPr>
              <w:t>30/76 (39.5%)</w:t>
            </w:r>
          </w:p>
        </w:tc>
        <w:tc>
          <w:tcPr>
            <w:tcW w:w="1632" w:type="dxa"/>
          </w:tcPr>
          <w:p w14:paraId="2A92A80C" w14:textId="77777777" w:rsidR="003D15D0" w:rsidRDefault="00000000">
            <w:r>
              <w:rPr>
                <w:sz w:val="16"/>
              </w:rPr>
              <w:t>0.546</w:t>
            </w:r>
          </w:p>
        </w:tc>
        <w:tc>
          <w:tcPr>
            <w:tcW w:w="1632" w:type="dxa"/>
          </w:tcPr>
          <w:p w14:paraId="574597DE" w14:textId="77777777" w:rsidR="003D15D0" w:rsidRDefault="003D15D0"/>
        </w:tc>
      </w:tr>
      <w:tr w:rsidR="003D15D0" w14:paraId="7C6FDABE" w14:textId="77777777">
        <w:tc>
          <w:tcPr>
            <w:tcW w:w="1632" w:type="dxa"/>
          </w:tcPr>
          <w:p w14:paraId="663BB67F" w14:textId="77777777" w:rsidR="003D15D0" w:rsidRDefault="00000000">
            <w:r>
              <w:rPr>
                <w:sz w:val="16"/>
              </w:rPr>
              <w:t>6 h</w:t>
            </w:r>
          </w:p>
        </w:tc>
        <w:tc>
          <w:tcPr>
            <w:tcW w:w="1632" w:type="dxa"/>
          </w:tcPr>
          <w:p w14:paraId="1BD51E2D" w14:textId="77777777" w:rsidR="003D15D0" w:rsidRDefault="00000000">
            <w:r>
              <w:rPr>
                <w:sz w:val="16"/>
              </w:rPr>
              <w:t>Cesarean section</w:t>
            </w:r>
          </w:p>
        </w:tc>
        <w:tc>
          <w:tcPr>
            <w:tcW w:w="1632" w:type="dxa"/>
          </w:tcPr>
          <w:p w14:paraId="59F3575F" w14:textId="77777777" w:rsidR="003D15D0" w:rsidRDefault="00000000">
            <w:r>
              <w:rPr>
                <w:sz w:val="16"/>
              </w:rPr>
              <w:t>8/40 (20.0%)</w:t>
            </w:r>
          </w:p>
        </w:tc>
        <w:tc>
          <w:tcPr>
            <w:tcW w:w="1632" w:type="dxa"/>
          </w:tcPr>
          <w:p w14:paraId="676BCC19" w14:textId="77777777" w:rsidR="003D15D0" w:rsidRDefault="00000000">
            <w:r>
              <w:rPr>
                <w:sz w:val="16"/>
              </w:rPr>
              <w:t>20/76 (26.3%)</w:t>
            </w:r>
          </w:p>
        </w:tc>
        <w:tc>
          <w:tcPr>
            <w:tcW w:w="1632" w:type="dxa"/>
          </w:tcPr>
          <w:p w14:paraId="2D81CD33" w14:textId="77777777" w:rsidR="003D15D0" w:rsidRDefault="00000000">
            <w:r>
              <w:rPr>
                <w:sz w:val="16"/>
              </w:rPr>
              <w:t>0.501</w:t>
            </w:r>
          </w:p>
        </w:tc>
        <w:tc>
          <w:tcPr>
            <w:tcW w:w="1632" w:type="dxa"/>
          </w:tcPr>
          <w:p w14:paraId="67A9E981" w14:textId="77777777" w:rsidR="003D15D0" w:rsidRDefault="003D15D0"/>
        </w:tc>
      </w:tr>
      <w:tr w:rsidR="003D15D0" w14:paraId="4F3295F1" w14:textId="77777777">
        <w:tc>
          <w:tcPr>
            <w:tcW w:w="1632" w:type="dxa"/>
          </w:tcPr>
          <w:p w14:paraId="6A27A5E7" w14:textId="77777777" w:rsidR="003D15D0" w:rsidRDefault="00000000">
            <w:r>
              <w:rPr>
                <w:sz w:val="16"/>
              </w:rPr>
              <w:t>6 h</w:t>
            </w:r>
          </w:p>
        </w:tc>
        <w:tc>
          <w:tcPr>
            <w:tcW w:w="1632" w:type="dxa"/>
          </w:tcPr>
          <w:p w14:paraId="0E148AED" w14:textId="77777777" w:rsidR="003D15D0" w:rsidRDefault="00000000">
            <w:r>
              <w:rPr>
                <w:sz w:val="16"/>
              </w:rPr>
              <w:t>Postpartum hemorrhage (binary)</w:t>
            </w:r>
          </w:p>
        </w:tc>
        <w:tc>
          <w:tcPr>
            <w:tcW w:w="1632" w:type="dxa"/>
          </w:tcPr>
          <w:p w14:paraId="4522712D" w14:textId="77777777" w:rsidR="003D15D0" w:rsidRDefault="00000000">
            <w:r>
              <w:rPr>
                <w:sz w:val="16"/>
              </w:rPr>
              <w:t>4/40 (10.0%)</w:t>
            </w:r>
          </w:p>
        </w:tc>
        <w:tc>
          <w:tcPr>
            <w:tcW w:w="1632" w:type="dxa"/>
          </w:tcPr>
          <w:p w14:paraId="555CA556" w14:textId="77777777" w:rsidR="003D15D0" w:rsidRDefault="00000000">
            <w:r>
              <w:rPr>
                <w:sz w:val="16"/>
              </w:rPr>
              <w:t>15/76 (19.7%)</w:t>
            </w:r>
          </w:p>
        </w:tc>
        <w:tc>
          <w:tcPr>
            <w:tcW w:w="1632" w:type="dxa"/>
          </w:tcPr>
          <w:p w14:paraId="5E3FB3D9" w14:textId="77777777" w:rsidR="003D15D0" w:rsidRDefault="00000000">
            <w:r>
              <w:rPr>
                <w:sz w:val="16"/>
              </w:rPr>
              <w:t>0.201</w:t>
            </w:r>
          </w:p>
        </w:tc>
        <w:tc>
          <w:tcPr>
            <w:tcW w:w="1632" w:type="dxa"/>
          </w:tcPr>
          <w:p w14:paraId="4CE38358" w14:textId="77777777" w:rsidR="003D15D0" w:rsidRDefault="003D15D0"/>
        </w:tc>
      </w:tr>
      <w:tr w:rsidR="003D15D0" w14:paraId="06A29DBE" w14:textId="77777777">
        <w:tc>
          <w:tcPr>
            <w:tcW w:w="1632" w:type="dxa"/>
          </w:tcPr>
          <w:p w14:paraId="62AF299F" w14:textId="77777777" w:rsidR="003D15D0" w:rsidRDefault="00000000">
            <w:r>
              <w:rPr>
                <w:sz w:val="16"/>
              </w:rPr>
              <w:t>6 h</w:t>
            </w:r>
          </w:p>
        </w:tc>
        <w:tc>
          <w:tcPr>
            <w:tcW w:w="1632" w:type="dxa"/>
          </w:tcPr>
          <w:p w14:paraId="74DCA841" w14:textId="77777777" w:rsidR="003D15D0" w:rsidRDefault="00000000">
            <w:r>
              <w:rPr>
                <w:sz w:val="16"/>
              </w:rPr>
              <w:t>Median postpartum blood loss, ml</w:t>
            </w:r>
          </w:p>
        </w:tc>
        <w:tc>
          <w:tcPr>
            <w:tcW w:w="1632" w:type="dxa"/>
          </w:tcPr>
          <w:p w14:paraId="502FAA3E" w14:textId="77777777" w:rsidR="003D15D0" w:rsidRDefault="00000000">
            <w:r>
              <w:rPr>
                <w:sz w:val="16"/>
              </w:rPr>
              <w:t>300</w:t>
            </w:r>
          </w:p>
        </w:tc>
        <w:tc>
          <w:tcPr>
            <w:tcW w:w="1632" w:type="dxa"/>
          </w:tcPr>
          <w:p w14:paraId="4FA2E444" w14:textId="77777777" w:rsidR="003D15D0" w:rsidRDefault="00000000">
            <w:r>
              <w:rPr>
                <w:sz w:val="16"/>
              </w:rPr>
              <w:t>400</w:t>
            </w:r>
          </w:p>
        </w:tc>
        <w:tc>
          <w:tcPr>
            <w:tcW w:w="1632" w:type="dxa"/>
          </w:tcPr>
          <w:p w14:paraId="371BD314" w14:textId="77777777" w:rsidR="003D15D0" w:rsidRDefault="00000000">
            <w:r>
              <w:rPr>
                <w:sz w:val="16"/>
              </w:rPr>
              <w:t>0.098</w:t>
            </w:r>
          </w:p>
        </w:tc>
        <w:tc>
          <w:tcPr>
            <w:tcW w:w="1632" w:type="dxa"/>
          </w:tcPr>
          <w:p w14:paraId="417D7FF4" w14:textId="77777777" w:rsidR="003D15D0" w:rsidRDefault="003D15D0"/>
        </w:tc>
      </w:tr>
      <w:tr w:rsidR="003D15D0" w14:paraId="2304A204" w14:textId="77777777">
        <w:tc>
          <w:tcPr>
            <w:tcW w:w="1632" w:type="dxa"/>
          </w:tcPr>
          <w:p w14:paraId="278A3D4B" w14:textId="77777777" w:rsidR="003D15D0" w:rsidRDefault="00000000">
            <w:r>
              <w:rPr>
                <w:sz w:val="16"/>
              </w:rPr>
              <w:t>6 h</w:t>
            </w:r>
          </w:p>
        </w:tc>
        <w:tc>
          <w:tcPr>
            <w:tcW w:w="1632" w:type="dxa"/>
          </w:tcPr>
          <w:p w14:paraId="7D5E33B8" w14:textId="77777777" w:rsidR="003D15D0" w:rsidRDefault="00000000">
            <w:r>
              <w:rPr>
                <w:sz w:val="16"/>
              </w:rPr>
              <w:t>Arrest-spectrum cesarean indications</w:t>
            </w:r>
          </w:p>
        </w:tc>
        <w:tc>
          <w:tcPr>
            <w:tcW w:w="1632" w:type="dxa"/>
          </w:tcPr>
          <w:p w14:paraId="21F31301" w14:textId="77777777" w:rsidR="003D15D0" w:rsidRDefault="00000000">
            <w:r>
              <w:rPr>
                <w:sz w:val="16"/>
              </w:rPr>
              <w:t>4/40</w:t>
            </w:r>
          </w:p>
        </w:tc>
        <w:tc>
          <w:tcPr>
            <w:tcW w:w="1632" w:type="dxa"/>
          </w:tcPr>
          <w:p w14:paraId="052CDC44" w14:textId="77777777" w:rsidR="003D15D0" w:rsidRDefault="00000000">
            <w:r>
              <w:rPr>
                <w:sz w:val="16"/>
              </w:rPr>
              <w:t>11/76</w:t>
            </w:r>
          </w:p>
        </w:tc>
        <w:tc>
          <w:tcPr>
            <w:tcW w:w="1632" w:type="dxa"/>
          </w:tcPr>
          <w:p w14:paraId="250ADA72" w14:textId="77777777" w:rsidR="003D15D0" w:rsidRDefault="00000000">
            <w:r>
              <w:rPr>
                <w:sz w:val="16"/>
              </w:rPr>
              <w:t>0.573</w:t>
            </w:r>
          </w:p>
        </w:tc>
        <w:tc>
          <w:tcPr>
            <w:tcW w:w="1632" w:type="dxa"/>
          </w:tcPr>
          <w:p w14:paraId="2C6B14AB" w14:textId="77777777" w:rsidR="003D15D0" w:rsidRDefault="003D15D0"/>
        </w:tc>
      </w:tr>
      <w:tr w:rsidR="003D15D0" w14:paraId="331BB845" w14:textId="77777777">
        <w:tc>
          <w:tcPr>
            <w:tcW w:w="1632" w:type="dxa"/>
          </w:tcPr>
          <w:p w14:paraId="03C82848" w14:textId="77777777" w:rsidR="003D15D0" w:rsidRDefault="00000000">
            <w:r>
              <w:rPr>
                <w:sz w:val="16"/>
              </w:rPr>
              <w:t>0 h</w:t>
            </w:r>
          </w:p>
        </w:tc>
        <w:tc>
          <w:tcPr>
            <w:tcW w:w="1632" w:type="dxa"/>
          </w:tcPr>
          <w:p w14:paraId="30BE07CE" w14:textId="77777777" w:rsidR="003D15D0" w:rsidRDefault="00000000">
            <w:r>
              <w:rPr>
                <w:sz w:val="16"/>
              </w:rPr>
              <w:t>Operative delivery (re-matched)</w:t>
            </w:r>
          </w:p>
        </w:tc>
        <w:tc>
          <w:tcPr>
            <w:tcW w:w="1632" w:type="dxa"/>
          </w:tcPr>
          <w:p w14:paraId="053E45C7" w14:textId="77777777" w:rsidR="003D15D0" w:rsidRDefault="00000000">
            <w:r>
              <w:rPr>
                <w:sz w:val="16"/>
              </w:rPr>
              <w:t>17/50</w:t>
            </w:r>
          </w:p>
        </w:tc>
        <w:tc>
          <w:tcPr>
            <w:tcW w:w="1632" w:type="dxa"/>
          </w:tcPr>
          <w:p w14:paraId="410791E6" w14:textId="77777777" w:rsidR="003D15D0" w:rsidRDefault="00000000">
            <w:r>
              <w:rPr>
                <w:sz w:val="16"/>
              </w:rPr>
              <w:t>21/50</w:t>
            </w:r>
          </w:p>
        </w:tc>
        <w:tc>
          <w:tcPr>
            <w:tcW w:w="1632" w:type="dxa"/>
          </w:tcPr>
          <w:p w14:paraId="5A74FDA5" w14:textId="77777777" w:rsidR="003D15D0" w:rsidRDefault="003D15D0"/>
        </w:tc>
        <w:tc>
          <w:tcPr>
            <w:tcW w:w="1632" w:type="dxa"/>
          </w:tcPr>
          <w:p w14:paraId="55337BA8" w14:textId="77777777" w:rsidR="003D15D0" w:rsidRDefault="00000000">
            <w:r>
              <w:rPr>
                <w:sz w:val="16"/>
              </w:rPr>
              <w:t>paired OR 1.36 (0.59-3.28), P=0.557</w:t>
            </w:r>
          </w:p>
        </w:tc>
      </w:tr>
      <w:tr w:rsidR="003D15D0" w14:paraId="20CB873E" w14:textId="77777777">
        <w:tc>
          <w:tcPr>
            <w:tcW w:w="1632" w:type="dxa"/>
          </w:tcPr>
          <w:p w14:paraId="4978F98B" w14:textId="77777777" w:rsidR="003D15D0" w:rsidRDefault="00000000">
            <w:r>
              <w:rPr>
                <w:sz w:val="16"/>
              </w:rPr>
              <w:t>0 h</w:t>
            </w:r>
          </w:p>
        </w:tc>
        <w:tc>
          <w:tcPr>
            <w:tcW w:w="1632" w:type="dxa"/>
          </w:tcPr>
          <w:p w14:paraId="410A3877" w14:textId="77777777" w:rsidR="003D15D0" w:rsidRDefault="00000000">
            <w:r>
              <w:rPr>
                <w:sz w:val="16"/>
              </w:rPr>
              <w:t>Cesarean section (re-matched)</w:t>
            </w:r>
          </w:p>
        </w:tc>
        <w:tc>
          <w:tcPr>
            <w:tcW w:w="1632" w:type="dxa"/>
          </w:tcPr>
          <w:p w14:paraId="40250772" w14:textId="77777777" w:rsidR="003D15D0" w:rsidRDefault="00000000">
            <w:r>
              <w:rPr>
                <w:sz w:val="16"/>
              </w:rPr>
              <w:t>10/50</w:t>
            </w:r>
          </w:p>
        </w:tc>
        <w:tc>
          <w:tcPr>
            <w:tcW w:w="1632" w:type="dxa"/>
          </w:tcPr>
          <w:p w14:paraId="679B6E90" w14:textId="77777777" w:rsidR="003D15D0" w:rsidRDefault="00000000">
            <w:r>
              <w:rPr>
                <w:sz w:val="16"/>
              </w:rPr>
              <w:t>15/50</w:t>
            </w:r>
          </w:p>
        </w:tc>
        <w:tc>
          <w:tcPr>
            <w:tcW w:w="1632" w:type="dxa"/>
          </w:tcPr>
          <w:p w14:paraId="50ED7576" w14:textId="77777777" w:rsidR="003D15D0" w:rsidRDefault="003D15D0"/>
        </w:tc>
        <w:tc>
          <w:tcPr>
            <w:tcW w:w="1632" w:type="dxa"/>
          </w:tcPr>
          <w:p w14:paraId="40BFFFF7" w14:textId="77777777" w:rsidR="003D15D0" w:rsidRDefault="00000000">
            <w:r>
              <w:rPr>
                <w:sz w:val="16"/>
              </w:rPr>
              <w:t>paired OR 1.71 (0.62-5.14), P=0.359</w:t>
            </w:r>
          </w:p>
        </w:tc>
      </w:tr>
      <w:tr w:rsidR="003D15D0" w14:paraId="0C549FA3" w14:textId="77777777">
        <w:tc>
          <w:tcPr>
            <w:tcW w:w="1632" w:type="dxa"/>
          </w:tcPr>
          <w:p w14:paraId="3B100734" w14:textId="77777777" w:rsidR="003D15D0" w:rsidRDefault="00000000">
            <w:r>
              <w:rPr>
                <w:sz w:val="16"/>
              </w:rPr>
              <w:lastRenderedPageBreak/>
              <w:t>0 h</w:t>
            </w:r>
          </w:p>
        </w:tc>
        <w:tc>
          <w:tcPr>
            <w:tcW w:w="1632" w:type="dxa"/>
          </w:tcPr>
          <w:p w14:paraId="70F119C6" w14:textId="77777777" w:rsidR="003D15D0" w:rsidRDefault="00000000">
            <w:r>
              <w:rPr>
                <w:sz w:val="16"/>
              </w:rPr>
              <w:t>Postpartum hemorrhage (binary, re-matched)</w:t>
            </w:r>
          </w:p>
        </w:tc>
        <w:tc>
          <w:tcPr>
            <w:tcW w:w="1632" w:type="dxa"/>
          </w:tcPr>
          <w:p w14:paraId="6C76B07F" w14:textId="77777777" w:rsidR="003D15D0" w:rsidRDefault="00000000">
            <w:r>
              <w:rPr>
                <w:sz w:val="16"/>
              </w:rPr>
              <w:t>6/50</w:t>
            </w:r>
          </w:p>
        </w:tc>
        <w:tc>
          <w:tcPr>
            <w:tcW w:w="1632" w:type="dxa"/>
          </w:tcPr>
          <w:p w14:paraId="205DE3D0" w14:textId="77777777" w:rsidR="003D15D0" w:rsidRDefault="00000000">
            <w:r>
              <w:rPr>
                <w:sz w:val="16"/>
              </w:rPr>
              <w:t>11/50</w:t>
            </w:r>
          </w:p>
        </w:tc>
        <w:tc>
          <w:tcPr>
            <w:tcW w:w="1632" w:type="dxa"/>
          </w:tcPr>
          <w:p w14:paraId="4CF956C9" w14:textId="77777777" w:rsidR="003D15D0" w:rsidRDefault="003D15D0"/>
        </w:tc>
        <w:tc>
          <w:tcPr>
            <w:tcW w:w="1632" w:type="dxa"/>
          </w:tcPr>
          <w:p w14:paraId="14834E04" w14:textId="77777777" w:rsidR="003D15D0" w:rsidRDefault="00000000">
            <w:r>
              <w:rPr>
                <w:sz w:val="16"/>
              </w:rPr>
              <w:t>paired OR 2.00 (0.62-7.46), P=0.302</w:t>
            </w:r>
          </w:p>
        </w:tc>
      </w:tr>
      <w:tr w:rsidR="003D15D0" w14:paraId="29774450" w14:textId="77777777">
        <w:tc>
          <w:tcPr>
            <w:tcW w:w="1632" w:type="dxa"/>
          </w:tcPr>
          <w:p w14:paraId="257CDBD3" w14:textId="77777777" w:rsidR="003D15D0" w:rsidRDefault="00000000">
            <w:r>
              <w:rPr>
                <w:sz w:val="16"/>
              </w:rPr>
              <w:t>0 h</w:t>
            </w:r>
          </w:p>
        </w:tc>
        <w:tc>
          <w:tcPr>
            <w:tcW w:w="1632" w:type="dxa"/>
          </w:tcPr>
          <w:p w14:paraId="4209FC8D" w14:textId="77777777" w:rsidR="003D15D0" w:rsidRDefault="00000000">
            <w:r>
              <w:rPr>
                <w:sz w:val="16"/>
              </w:rPr>
              <w:t>Spontaneous vaginal delivery (re-matched)</w:t>
            </w:r>
          </w:p>
        </w:tc>
        <w:tc>
          <w:tcPr>
            <w:tcW w:w="1632" w:type="dxa"/>
          </w:tcPr>
          <w:p w14:paraId="142A9154" w14:textId="77777777" w:rsidR="003D15D0" w:rsidRDefault="00000000">
            <w:r>
              <w:rPr>
                <w:sz w:val="16"/>
              </w:rPr>
              <w:t>33/50</w:t>
            </w:r>
          </w:p>
        </w:tc>
        <w:tc>
          <w:tcPr>
            <w:tcW w:w="1632" w:type="dxa"/>
          </w:tcPr>
          <w:p w14:paraId="401610C4" w14:textId="77777777" w:rsidR="003D15D0" w:rsidRDefault="00000000">
            <w:r>
              <w:rPr>
                <w:sz w:val="16"/>
              </w:rPr>
              <w:t>29/50</w:t>
            </w:r>
          </w:p>
        </w:tc>
        <w:tc>
          <w:tcPr>
            <w:tcW w:w="1632" w:type="dxa"/>
          </w:tcPr>
          <w:p w14:paraId="298E1375" w14:textId="77777777" w:rsidR="003D15D0" w:rsidRDefault="003D15D0"/>
        </w:tc>
        <w:tc>
          <w:tcPr>
            <w:tcW w:w="1632" w:type="dxa"/>
          </w:tcPr>
          <w:p w14:paraId="4A8D4AB1" w14:textId="77777777" w:rsidR="003D15D0" w:rsidRDefault="00000000">
            <w:r>
              <w:rPr>
                <w:sz w:val="16"/>
              </w:rPr>
              <w:t>paired OR 0.73 (0.30-1.71), P=0.557</w:t>
            </w:r>
          </w:p>
        </w:tc>
      </w:tr>
      <w:tr w:rsidR="003D15D0" w14:paraId="68349D54" w14:textId="77777777">
        <w:tc>
          <w:tcPr>
            <w:tcW w:w="1632" w:type="dxa"/>
          </w:tcPr>
          <w:p w14:paraId="5F848CFF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7B220DF7" w14:textId="77777777" w:rsidR="003D15D0" w:rsidRDefault="00000000">
            <w:r>
              <w:rPr>
                <w:sz w:val="16"/>
              </w:rPr>
              <w:t>Operative delivery (re-matched)</w:t>
            </w:r>
          </w:p>
        </w:tc>
        <w:tc>
          <w:tcPr>
            <w:tcW w:w="1632" w:type="dxa"/>
          </w:tcPr>
          <w:p w14:paraId="647EBC2E" w14:textId="77777777" w:rsidR="003D15D0" w:rsidRDefault="00000000">
            <w:r>
              <w:rPr>
                <w:sz w:val="16"/>
              </w:rPr>
              <w:t>17/52</w:t>
            </w:r>
          </w:p>
        </w:tc>
        <w:tc>
          <w:tcPr>
            <w:tcW w:w="1632" w:type="dxa"/>
          </w:tcPr>
          <w:p w14:paraId="6D062FDD" w14:textId="77777777" w:rsidR="003D15D0" w:rsidRDefault="00000000">
            <w:r>
              <w:rPr>
                <w:sz w:val="16"/>
              </w:rPr>
              <w:t>20/52</w:t>
            </w:r>
          </w:p>
        </w:tc>
        <w:tc>
          <w:tcPr>
            <w:tcW w:w="1632" w:type="dxa"/>
          </w:tcPr>
          <w:p w14:paraId="2167147E" w14:textId="77777777" w:rsidR="003D15D0" w:rsidRDefault="003D15D0"/>
        </w:tc>
        <w:tc>
          <w:tcPr>
            <w:tcW w:w="1632" w:type="dxa"/>
          </w:tcPr>
          <w:p w14:paraId="0A89EC22" w14:textId="77777777" w:rsidR="003D15D0" w:rsidRDefault="00000000">
            <w:r>
              <w:rPr>
                <w:sz w:val="16"/>
              </w:rPr>
              <w:t>paired OR 1.33 (0.52-3.58), P=0.664</w:t>
            </w:r>
          </w:p>
        </w:tc>
      </w:tr>
      <w:tr w:rsidR="003D15D0" w14:paraId="7D496E81" w14:textId="77777777">
        <w:tc>
          <w:tcPr>
            <w:tcW w:w="1632" w:type="dxa"/>
          </w:tcPr>
          <w:p w14:paraId="45849C92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0B776CF3" w14:textId="77777777" w:rsidR="003D15D0" w:rsidRDefault="00000000">
            <w:r>
              <w:rPr>
                <w:sz w:val="16"/>
              </w:rPr>
              <w:t>Cesarean section (re-matched)</w:t>
            </w:r>
          </w:p>
        </w:tc>
        <w:tc>
          <w:tcPr>
            <w:tcW w:w="1632" w:type="dxa"/>
          </w:tcPr>
          <w:p w14:paraId="7F9B6CEE" w14:textId="77777777" w:rsidR="003D15D0" w:rsidRDefault="00000000">
            <w:r>
              <w:rPr>
                <w:sz w:val="16"/>
              </w:rPr>
              <w:t>10/52</w:t>
            </w:r>
          </w:p>
        </w:tc>
        <w:tc>
          <w:tcPr>
            <w:tcW w:w="1632" w:type="dxa"/>
          </w:tcPr>
          <w:p w14:paraId="08AEF1AE" w14:textId="77777777" w:rsidR="003D15D0" w:rsidRDefault="00000000">
            <w:r>
              <w:rPr>
                <w:sz w:val="16"/>
              </w:rPr>
              <w:t>13/52</w:t>
            </w:r>
          </w:p>
        </w:tc>
        <w:tc>
          <w:tcPr>
            <w:tcW w:w="1632" w:type="dxa"/>
          </w:tcPr>
          <w:p w14:paraId="3A7A6692" w14:textId="77777777" w:rsidR="003D15D0" w:rsidRDefault="003D15D0"/>
        </w:tc>
        <w:tc>
          <w:tcPr>
            <w:tcW w:w="1632" w:type="dxa"/>
          </w:tcPr>
          <w:p w14:paraId="04BDB806" w14:textId="77777777" w:rsidR="003D15D0" w:rsidRDefault="00000000">
            <w:r>
              <w:rPr>
                <w:sz w:val="16"/>
              </w:rPr>
              <w:t>paired OR 1.50 (0.48-5.12), P=0.607</w:t>
            </w:r>
          </w:p>
        </w:tc>
      </w:tr>
      <w:tr w:rsidR="003D15D0" w14:paraId="3676F96B" w14:textId="77777777">
        <w:tc>
          <w:tcPr>
            <w:tcW w:w="1632" w:type="dxa"/>
          </w:tcPr>
          <w:p w14:paraId="05215124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6A32725F" w14:textId="77777777" w:rsidR="003D15D0" w:rsidRDefault="00000000">
            <w:r>
              <w:rPr>
                <w:sz w:val="16"/>
              </w:rPr>
              <w:t>Postpartum hemorrhage (binary, re-matched)</w:t>
            </w:r>
          </w:p>
        </w:tc>
        <w:tc>
          <w:tcPr>
            <w:tcW w:w="1632" w:type="dxa"/>
          </w:tcPr>
          <w:p w14:paraId="2C5A8B5E" w14:textId="77777777" w:rsidR="003D15D0" w:rsidRDefault="00000000">
            <w:r>
              <w:rPr>
                <w:sz w:val="16"/>
              </w:rPr>
              <w:t>7/52</w:t>
            </w:r>
          </w:p>
        </w:tc>
        <w:tc>
          <w:tcPr>
            <w:tcW w:w="1632" w:type="dxa"/>
          </w:tcPr>
          <w:p w14:paraId="28A15B5C" w14:textId="77777777" w:rsidR="003D15D0" w:rsidRDefault="00000000">
            <w:r>
              <w:rPr>
                <w:sz w:val="16"/>
              </w:rPr>
              <w:t>10/52</w:t>
            </w:r>
          </w:p>
        </w:tc>
        <w:tc>
          <w:tcPr>
            <w:tcW w:w="1632" w:type="dxa"/>
          </w:tcPr>
          <w:p w14:paraId="513A9377" w14:textId="77777777" w:rsidR="003D15D0" w:rsidRDefault="003D15D0"/>
        </w:tc>
        <w:tc>
          <w:tcPr>
            <w:tcW w:w="1632" w:type="dxa"/>
          </w:tcPr>
          <w:p w14:paraId="4F381B2A" w14:textId="77777777" w:rsidR="003D15D0" w:rsidRDefault="00000000">
            <w:r>
              <w:rPr>
                <w:sz w:val="16"/>
              </w:rPr>
              <w:t>paired OR 1.60 (0.46-6.22), P=0.581</w:t>
            </w:r>
          </w:p>
        </w:tc>
      </w:tr>
      <w:tr w:rsidR="003D15D0" w14:paraId="65DEDFFF" w14:textId="77777777">
        <w:tc>
          <w:tcPr>
            <w:tcW w:w="1632" w:type="dxa"/>
          </w:tcPr>
          <w:p w14:paraId="0D4B4B93" w14:textId="77777777" w:rsidR="003D15D0" w:rsidRDefault="00000000">
            <w:r>
              <w:rPr>
                <w:sz w:val="16"/>
              </w:rPr>
              <w:t>2 h</w:t>
            </w:r>
          </w:p>
        </w:tc>
        <w:tc>
          <w:tcPr>
            <w:tcW w:w="1632" w:type="dxa"/>
          </w:tcPr>
          <w:p w14:paraId="1C9F07BE" w14:textId="77777777" w:rsidR="003D15D0" w:rsidRDefault="00000000">
            <w:r>
              <w:rPr>
                <w:sz w:val="16"/>
              </w:rPr>
              <w:t>Spontaneous vaginal delivery (re-matched)</w:t>
            </w:r>
          </w:p>
        </w:tc>
        <w:tc>
          <w:tcPr>
            <w:tcW w:w="1632" w:type="dxa"/>
          </w:tcPr>
          <w:p w14:paraId="1BF8C67D" w14:textId="77777777" w:rsidR="003D15D0" w:rsidRDefault="00000000">
            <w:r>
              <w:rPr>
                <w:sz w:val="16"/>
              </w:rPr>
              <w:t>35/52</w:t>
            </w:r>
          </w:p>
        </w:tc>
        <w:tc>
          <w:tcPr>
            <w:tcW w:w="1632" w:type="dxa"/>
          </w:tcPr>
          <w:p w14:paraId="31E3614F" w14:textId="77777777" w:rsidR="003D15D0" w:rsidRDefault="00000000">
            <w:r>
              <w:rPr>
                <w:sz w:val="16"/>
              </w:rPr>
              <w:t>32/52</w:t>
            </w:r>
          </w:p>
        </w:tc>
        <w:tc>
          <w:tcPr>
            <w:tcW w:w="1632" w:type="dxa"/>
          </w:tcPr>
          <w:p w14:paraId="7B18DA81" w14:textId="77777777" w:rsidR="003D15D0" w:rsidRDefault="003D15D0"/>
        </w:tc>
        <w:tc>
          <w:tcPr>
            <w:tcW w:w="1632" w:type="dxa"/>
          </w:tcPr>
          <w:p w14:paraId="038379A8" w14:textId="77777777" w:rsidR="003D15D0" w:rsidRDefault="00000000">
            <w:r>
              <w:rPr>
                <w:sz w:val="16"/>
              </w:rPr>
              <w:t>paired OR 0.75 (0.28-1.94), P=0.664</w:t>
            </w:r>
          </w:p>
        </w:tc>
      </w:tr>
    </w:tbl>
    <w:p w14:paraId="32441BCB" w14:textId="77777777" w:rsidR="003D15D0" w:rsidRDefault="003D15D0"/>
    <w:p w14:paraId="79EB12A2" w14:textId="77777777" w:rsidR="003D15D0" w:rsidRDefault="00000000">
      <w:pPr>
        <w:pStyle w:val="1"/>
      </w:pPr>
      <w:r>
        <w:t>Table S9a. Matched epidural-duration analysis: total-duration results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3261"/>
        <w:gridCol w:w="3261"/>
        <w:gridCol w:w="3260"/>
      </w:tblGrid>
      <w:tr w:rsidR="003D15D0" w14:paraId="7FF29790" w14:textId="77777777">
        <w:tc>
          <w:tcPr>
            <w:tcW w:w="3264" w:type="dxa"/>
          </w:tcPr>
          <w:p w14:paraId="4A36D387" w14:textId="77777777" w:rsidR="003D15D0" w:rsidRDefault="00000000">
            <w:r>
              <w:rPr>
                <w:b/>
                <w:sz w:val="16"/>
              </w:rPr>
              <w:t>Item</w:t>
            </w:r>
          </w:p>
        </w:tc>
        <w:tc>
          <w:tcPr>
            <w:tcW w:w="3264" w:type="dxa"/>
          </w:tcPr>
          <w:p w14:paraId="345DB37E" w14:textId="77777777" w:rsidR="003D15D0" w:rsidRDefault="00000000">
            <w:r>
              <w:rPr>
                <w:b/>
                <w:sz w:val="16"/>
              </w:rPr>
              <w:t>Value</w:t>
            </w:r>
          </w:p>
        </w:tc>
        <w:tc>
          <w:tcPr>
            <w:tcW w:w="3264" w:type="dxa"/>
          </w:tcPr>
          <w:p w14:paraId="09BBAD43" w14:textId="77777777" w:rsidR="003D15D0" w:rsidRDefault="00000000">
            <w:r>
              <w:rPr>
                <w:b/>
                <w:sz w:val="16"/>
              </w:rPr>
              <w:t>n</w:t>
            </w:r>
          </w:p>
        </w:tc>
      </w:tr>
      <w:tr w:rsidR="003D15D0" w14:paraId="4CF7F004" w14:textId="77777777">
        <w:tc>
          <w:tcPr>
            <w:tcW w:w="3264" w:type="dxa"/>
          </w:tcPr>
          <w:p w14:paraId="18AD604F" w14:textId="77777777" w:rsidR="003D15D0" w:rsidRDefault="00000000">
            <w:r>
              <w:rPr>
                <w:sz w:val="16"/>
              </w:rPr>
              <w:t>Total epidural duration in febrile cases, h (median (IQR))</w:t>
            </w:r>
          </w:p>
        </w:tc>
        <w:tc>
          <w:tcPr>
            <w:tcW w:w="3264" w:type="dxa"/>
          </w:tcPr>
          <w:p w14:paraId="4E5466E1" w14:textId="77777777" w:rsidR="003D15D0" w:rsidRDefault="00000000">
            <w:r>
              <w:rPr>
                <w:sz w:val="16"/>
              </w:rPr>
              <w:t>6.83 (5.42-8.00)</w:t>
            </w:r>
          </w:p>
        </w:tc>
        <w:tc>
          <w:tcPr>
            <w:tcW w:w="3264" w:type="dxa"/>
          </w:tcPr>
          <w:p w14:paraId="16FB97B6" w14:textId="77777777" w:rsidR="003D15D0" w:rsidRDefault="00000000">
            <w:r>
              <w:rPr>
                <w:sz w:val="16"/>
              </w:rPr>
              <w:t>9.0</w:t>
            </w:r>
          </w:p>
        </w:tc>
      </w:tr>
      <w:tr w:rsidR="003D15D0" w14:paraId="4625EFFE" w14:textId="77777777">
        <w:tc>
          <w:tcPr>
            <w:tcW w:w="3264" w:type="dxa"/>
          </w:tcPr>
          <w:p w14:paraId="5EBFAD8E" w14:textId="77777777" w:rsidR="003D15D0" w:rsidRDefault="00000000">
            <w:r>
              <w:rPr>
                <w:sz w:val="16"/>
              </w:rPr>
              <w:t>Total epidural duration in matched controls, h (median (IQR))</w:t>
            </w:r>
          </w:p>
        </w:tc>
        <w:tc>
          <w:tcPr>
            <w:tcW w:w="3264" w:type="dxa"/>
          </w:tcPr>
          <w:p w14:paraId="7A721432" w14:textId="77777777" w:rsidR="003D15D0" w:rsidRDefault="00000000">
            <w:r>
              <w:rPr>
                <w:sz w:val="16"/>
              </w:rPr>
              <w:t>4.80 (3.33-6.00)</w:t>
            </w:r>
          </w:p>
        </w:tc>
        <w:tc>
          <w:tcPr>
            <w:tcW w:w="3264" w:type="dxa"/>
          </w:tcPr>
          <w:p w14:paraId="057DCCC9" w14:textId="77777777" w:rsidR="003D15D0" w:rsidRDefault="00000000">
            <w:r>
              <w:rPr>
                <w:sz w:val="16"/>
              </w:rPr>
              <w:t>33.0</w:t>
            </w:r>
          </w:p>
        </w:tc>
      </w:tr>
      <w:tr w:rsidR="003D15D0" w14:paraId="2431F0C3" w14:textId="77777777">
        <w:tc>
          <w:tcPr>
            <w:tcW w:w="3264" w:type="dxa"/>
          </w:tcPr>
          <w:p w14:paraId="3874CD39" w14:textId="77777777" w:rsidR="003D15D0" w:rsidRDefault="00000000">
            <w:r>
              <w:rPr>
                <w:sz w:val="16"/>
              </w:rPr>
              <w:t>Mann-Whitney P</w:t>
            </w:r>
          </w:p>
        </w:tc>
        <w:tc>
          <w:tcPr>
            <w:tcW w:w="3264" w:type="dxa"/>
          </w:tcPr>
          <w:p w14:paraId="73F1D766" w14:textId="77777777" w:rsidR="003D15D0" w:rsidRDefault="00000000">
            <w:r>
              <w:rPr>
                <w:sz w:val="16"/>
              </w:rPr>
              <w:t>0.0048</w:t>
            </w:r>
          </w:p>
        </w:tc>
        <w:tc>
          <w:tcPr>
            <w:tcW w:w="3264" w:type="dxa"/>
          </w:tcPr>
          <w:p w14:paraId="1FE16023" w14:textId="77777777" w:rsidR="003D15D0" w:rsidRDefault="003D15D0"/>
        </w:tc>
      </w:tr>
      <w:tr w:rsidR="003D15D0" w14:paraId="3F89DE41" w14:textId="77777777">
        <w:tc>
          <w:tcPr>
            <w:tcW w:w="3264" w:type="dxa"/>
          </w:tcPr>
          <w:p w14:paraId="2AEE3EB6" w14:textId="77777777" w:rsidR="003D15D0" w:rsidRDefault="00000000">
            <w:r>
              <w:rPr>
                <w:sz w:val="16"/>
              </w:rPr>
              <w:t>Within-set paired difference (case minus control mean), h, median</w:t>
            </w:r>
          </w:p>
        </w:tc>
        <w:tc>
          <w:tcPr>
            <w:tcW w:w="3264" w:type="dxa"/>
          </w:tcPr>
          <w:p w14:paraId="10E885BE" w14:textId="77777777" w:rsidR="003D15D0" w:rsidRDefault="00000000">
            <w:r>
              <w:rPr>
                <w:sz w:val="16"/>
              </w:rPr>
              <w:t>+3.01</w:t>
            </w:r>
          </w:p>
        </w:tc>
        <w:tc>
          <w:tcPr>
            <w:tcW w:w="3264" w:type="dxa"/>
          </w:tcPr>
          <w:p w14:paraId="435F7149" w14:textId="77777777" w:rsidR="003D15D0" w:rsidRDefault="00000000">
            <w:r>
              <w:rPr>
                <w:sz w:val="16"/>
              </w:rPr>
              <w:t>9.0</w:t>
            </w:r>
          </w:p>
        </w:tc>
      </w:tr>
      <w:tr w:rsidR="003D15D0" w14:paraId="10D08AC2" w14:textId="77777777">
        <w:tc>
          <w:tcPr>
            <w:tcW w:w="3264" w:type="dxa"/>
          </w:tcPr>
          <w:p w14:paraId="27202A33" w14:textId="77777777" w:rsidR="003D15D0" w:rsidRDefault="00000000">
            <w:r>
              <w:rPr>
                <w:sz w:val="16"/>
              </w:rPr>
              <w:t>Sets with positive paired difference</w:t>
            </w:r>
          </w:p>
        </w:tc>
        <w:tc>
          <w:tcPr>
            <w:tcW w:w="3264" w:type="dxa"/>
          </w:tcPr>
          <w:p w14:paraId="17FF9E0D" w14:textId="77777777" w:rsidR="003D15D0" w:rsidRDefault="00000000">
            <w:r>
              <w:rPr>
                <w:sz w:val="16"/>
              </w:rPr>
              <w:t>7/9</w:t>
            </w:r>
          </w:p>
        </w:tc>
        <w:tc>
          <w:tcPr>
            <w:tcW w:w="3264" w:type="dxa"/>
          </w:tcPr>
          <w:p w14:paraId="445F230D" w14:textId="77777777" w:rsidR="003D15D0" w:rsidRDefault="003D15D0"/>
        </w:tc>
      </w:tr>
      <w:tr w:rsidR="003D15D0" w14:paraId="75CF6AAE" w14:textId="77777777">
        <w:tc>
          <w:tcPr>
            <w:tcW w:w="3264" w:type="dxa"/>
          </w:tcPr>
          <w:p w14:paraId="2B67F092" w14:textId="77777777" w:rsidR="003D15D0" w:rsidRDefault="00000000">
            <w:r>
              <w:rPr>
                <w:sz w:val="16"/>
              </w:rPr>
              <w:t>Wilcoxon signed-rank P</w:t>
            </w:r>
          </w:p>
        </w:tc>
        <w:tc>
          <w:tcPr>
            <w:tcW w:w="3264" w:type="dxa"/>
          </w:tcPr>
          <w:p w14:paraId="4D84DE71" w14:textId="77777777" w:rsidR="003D15D0" w:rsidRDefault="00000000">
            <w:r>
              <w:rPr>
                <w:sz w:val="16"/>
              </w:rPr>
              <w:t>0.0330</w:t>
            </w:r>
          </w:p>
        </w:tc>
        <w:tc>
          <w:tcPr>
            <w:tcW w:w="3264" w:type="dxa"/>
          </w:tcPr>
          <w:p w14:paraId="7D5660E0" w14:textId="77777777" w:rsidR="003D15D0" w:rsidRDefault="003D15D0"/>
        </w:tc>
      </w:tr>
      <w:tr w:rsidR="003D15D0" w14:paraId="31A7E8D3" w14:textId="77777777">
        <w:tc>
          <w:tcPr>
            <w:tcW w:w="3264" w:type="dxa"/>
          </w:tcPr>
          <w:p w14:paraId="313C9869" w14:textId="77777777" w:rsidR="003D15D0" w:rsidRDefault="00000000">
            <w:r>
              <w:rPr>
                <w:sz w:val="16"/>
              </w:rPr>
              <w:t>Analgesia-to-fever duration in cases, h (median (IQR))</w:t>
            </w:r>
          </w:p>
        </w:tc>
        <w:tc>
          <w:tcPr>
            <w:tcW w:w="3264" w:type="dxa"/>
          </w:tcPr>
          <w:p w14:paraId="7CAFD014" w14:textId="77777777" w:rsidR="003D15D0" w:rsidRDefault="00000000">
            <w:r>
              <w:rPr>
                <w:sz w:val="16"/>
              </w:rPr>
              <w:t>5.17 (4.83-7.00)</w:t>
            </w:r>
          </w:p>
        </w:tc>
        <w:tc>
          <w:tcPr>
            <w:tcW w:w="3264" w:type="dxa"/>
          </w:tcPr>
          <w:p w14:paraId="7FCE8A98" w14:textId="77777777" w:rsidR="003D15D0" w:rsidRDefault="00000000">
            <w:r>
              <w:rPr>
                <w:sz w:val="16"/>
              </w:rPr>
              <w:t>9.0</w:t>
            </w:r>
          </w:p>
        </w:tc>
      </w:tr>
      <w:tr w:rsidR="003D15D0" w14:paraId="0B19E920" w14:textId="77777777">
        <w:tc>
          <w:tcPr>
            <w:tcW w:w="3264" w:type="dxa"/>
          </w:tcPr>
          <w:p w14:paraId="119BA705" w14:textId="77777777" w:rsidR="003D15D0" w:rsidRDefault="00000000">
            <w:r>
              <w:rPr>
                <w:sz w:val="16"/>
              </w:rPr>
              <w:t>Analgesia-to-fever duration &gt;=4 h</w:t>
            </w:r>
          </w:p>
        </w:tc>
        <w:tc>
          <w:tcPr>
            <w:tcW w:w="3264" w:type="dxa"/>
          </w:tcPr>
          <w:p w14:paraId="1B631F6B" w14:textId="77777777" w:rsidR="003D15D0" w:rsidRDefault="00000000">
            <w:r>
              <w:rPr>
                <w:sz w:val="16"/>
              </w:rPr>
              <w:t>8/9</w:t>
            </w:r>
          </w:p>
        </w:tc>
        <w:tc>
          <w:tcPr>
            <w:tcW w:w="3264" w:type="dxa"/>
          </w:tcPr>
          <w:p w14:paraId="44B912FA" w14:textId="77777777" w:rsidR="003D15D0" w:rsidRDefault="003D15D0"/>
        </w:tc>
      </w:tr>
      <w:tr w:rsidR="003D15D0" w14:paraId="1851EFA1" w14:textId="77777777">
        <w:tc>
          <w:tcPr>
            <w:tcW w:w="3264" w:type="dxa"/>
          </w:tcPr>
          <w:p w14:paraId="7C111E1A" w14:textId="77777777" w:rsidR="003D15D0" w:rsidRDefault="00000000">
            <w:r>
              <w:rPr>
                <w:sz w:val="16"/>
              </w:rPr>
              <w:t>Total duration &gt;=6 h (cases vs controls)</w:t>
            </w:r>
          </w:p>
        </w:tc>
        <w:tc>
          <w:tcPr>
            <w:tcW w:w="3264" w:type="dxa"/>
          </w:tcPr>
          <w:p w14:paraId="37BCD577" w14:textId="77777777" w:rsidR="003D15D0" w:rsidRDefault="00000000">
            <w:r>
              <w:rPr>
                <w:sz w:val="16"/>
              </w:rPr>
              <w:t>6/9 vs 9/33</w:t>
            </w:r>
          </w:p>
        </w:tc>
        <w:tc>
          <w:tcPr>
            <w:tcW w:w="3264" w:type="dxa"/>
          </w:tcPr>
          <w:p w14:paraId="6256002F" w14:textId="77777777" w:rsidR="003D15D0" w:rsidRDefault="003D15D0"/>
        </w:tc>
      </w:tr>
      <w:tr w:rsidR="003D15D0" w14:paraId="2462A581" w14:textId="77777777">
        <w:tc>
          <w:tcPr>
            <w:tcW w:w="3264" w:type="dxa"/>
          </w:tcPr>
          <w:p w14:paraId="1A62C430" w14:textId="77777777" w:rsidR="003D15D0" w:rsidRDefault="00000000">
            <w:r>
              <w:rPr>
                <w:sz w:val="16"/>
              </w:rPr>
              <w:t>Controls with epidural before index time</w:t>
            </w:r>
          </w:p>
        </w:tc>
        <w:tc>
          <w:tcPr>
            <w:tcW w:w="3264" w:type="dxa"/>
          </w:tcPr>
          <w:p w14:paraId="5A0D30F7" w14:textId="77777777" w:rsidR="003D15D0" w:rsidRDefault="00000000">
            <w:r>
              <w:rPr>
                <w:sz w:val="16"/>
              </w:rPr>
              <w:t>33/36</w:t>
            </w:r>
          </w:p>
        </w:tc>
        <w:tc>
          <w:tcPr>
            <w:tcW w:w="3264" w:type="dxa"/>
          </w:tcPr>
          <w:p w14:paraId="471C512A" w14:textId="77777777" w:rsidR="003D15D0" w:rsidRDefault="003D15D0"/>
        </w:tc>
      </w:tr>
      <w:tr w:rsidR="003D15D0" w14:paraId="59EF88AD" w14:textId="77777777">
        <w:tc>
          <w:tcPr>
            <w:tcW w:w="3264" w:type="dxa"/>
          </w:tcPr>
          <w:p w14:paraId="77741941" w14:textId="77777777" w:rsidR="003D15D0" w:rsidRDefault="00000000">
            <w:r>
              <w:rPr>
                <w:sz w:val="16"/>
              </w:rPr>
              <w:t>Note</w:t>
            </w:r>
          </w:p>
        </w:tc>
        <w:tc>
          <w:tcPr>
            <w:tcW w:w="3264" w:type="dxa"/>
          </w:tcPr>
          <w:p w14:paraId="3BF9D92F" w14:textId="77777777" w:rsidR="003D15D0" w:rsidRDefault="00000000">
            <w:r>
              <w:rPr>
                <w:sz w:val="16"/>
              </w:rPr>
              <w:t>Case durations from the QC'd patient-level variable; control durations derived from epidural start/stop clock times (midnight crossover +24 h; pauses not subtracted); index-time cumulative analysis was not feasible without further abstraction</w:t>
            </w:r>
          </w:p>
        </w:tc>
        <w:tc>
          <w:tcPr>
            <w:tcW w:w="3264" w:type="dxa"/>
          </w:tcPr>
          <w:p w14:paraId="7B0DC29A" w14:textId="77777777" w:rsidR="003D15D0" w:rsidRDefault="003D15D0"/>
        </w:tc>
      </w:tr>
    </w:tbl>
    <w:p w14:paraId="555B4311" w14:textId="77777777" w:rsidR="003D15D0" w:rsidRDefault="003D15D0"/>
    <w:p w14:paraId="2928C46F" w14:textId="77777777" w:rsidR="003D15D0" w:rsidRDefault="00000000">
      <w:pPr>
        <w:pStyle w:val="1"/>
      </w:pPr>
      <w:r>
        <w:t>Table S9b. Matched epidural-duration analysis: index-time results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3261"/>
        <w:gridCol w:w="3261"/>
        <w:gridCol w:w="3260"/>
      </w:tblGrid>
      <w:tr w:rsidR="003D15D0" w14:paraId="31568492" w14:textId="77777777">
        <w:tc>
          <w:tcPr>
            <w:tcW w:w="3264" w:type="dxa"/>
          </w:tcPr>
          <w:p w14:paraId="1C04A753" w14:textId="77777777" w:rsidR="003D15D0" w:rsidRDefault="00000000">
            <w:r>
              <w:rPr>
                <w:b/>
                <w:sz w:val="16"/>
              </w:rPr>
              <w:t>Item</w:t>
            </w:r>
          </w:p>
        </w:tc>
        <w:tc>
          <w:tcPr>
            <w:tcW w:w="3264" w:type="dxa"/>
          </w:tcPr>
          <w:p w14:paraId="7993DC30" w14:textId="77777777" w:rsidR="003D15D0" w:rsidRDefault="00000000">
            <w:r>
              <w:rPr>
                <w:b/>
                <w:sz w:val="16"/>
              </w:rPr>
              <w:t>Value</w:t>
            </w:r>
          </w:p>
        </w:tc>
        <w:tc>
          <w:tcPr>
            <w:tcW w:w="3264" w:type="dxa"/>
          </w:tcPr>
          <w:p w14:paraId="387310C1" w14:textId="77777777" w:rsidR="003D15D0" w:rsidRDefault="00000000">
            <w:r>
              <w:rPr>
                <w:b/>
                <w:sz w:val="16"/>
              </w:rPr>
              <w:t>n</w:t>
            </w:r>
          </w:p>
        </w:tc>
      </w:tr>
      <w:tr w:rsidR="003D15D0" w14:paraId="5516B94B" w14:textId="77777777">
        <w:tc>
          <w:tcPr>
            <w:tcW w:w="3264" w:type="dxa"/>
          </w:tcPr>
          <w:p w14:paraId="5F28A151" w14:textId="77777777" w:rsidR="003D15D0" w:rsidRDefault="00000000">
            <w:r>
              <w:rPr>
                <w:sz w:val="16"/>
              </w:rPr>
              <w:t>Index-time cumulative epidural duration in cases, h (median (IQR))</w:t>
            </w:r>
          </w:p>
        </w:tc>
        <w:tc>
          <w:tcPr>
            <w:tcW w:w="3264" w:type="dxa"/>
          </w:tcPr>
          <w:p w14:paraId="34C176D2" w14:textId="77777777" w:rsidR="003D15D0" w:rsidRDefault="00000000">
            <w:r>
              <w:rPr>
                <w:sz w:val="16"/>
              </w:rPr>
              <w:t>5.17 (4.83-7.00)</w:t>
            </w:r>
          </w:p>
        </w:tc>
        <w:tc>
          <w:tcPr>
            <w:tcW w:w="3264" w:type="dxa"/>
          </w:tcPr>
          <w:p w14:paraId="7CF81A52" w14:textId="77777777" w:rsidR="003D15D0" w:rsidRDefault="00000000">
            <w:r>
              <w:rPr>
                <w:sz w:val="16"/>
              </w:rPr>
              <w:t>9.0</w:t>
            </w:r>
          </w:p>
        </w:tc>
      </w:tr>
      <w:tr w:rsidR="003D15D0" w14:paraId="20F501FC" w14:textId="77777777">
        <w:tc>
          <w:tcPr>
            <w:tcW w:w="3264" w:type="dxa"/>
          </w:tcPr>
          <w:p w14:paraId="63CF55AD" w14:textId="77777777" w:rsidR="003D15D0" w:rsidRDefault="00000000">
            <w:r>
              <w:rPr>
                <w:sz w:val="16"/>
              </w:rPr>
              <w:t>Index-time cumulative epidural duration in controls, h (median (IQR))</w:t>
            </w:r>
          </w:p>
        </w:tc>
        <w:tc>
          <w:tcPr>
            <w:tcW w:w="3264" w:type="dxa"/>
          </w:tcPr>
          <w:p w14:paraId="2416A91D" w14:textId="77777777" w:rsidR="003D15D0" w:rsidRDefault="00000000">
            <w:r>
              <w:rPr>
                <w:sz w:val="16"/>
              </w:rPr>
              <w:t>3.58 (2.28-4.82)</w:t>
            </w:r>
          </w:p>
        </w:tc>
        <w:tc>
          <w:tcPr>
            <w:tcW w:w="3264" w:type="dxa"/>
          </w:tcPr>
          <w:p w14:paraId="14627A28" w14:textId="77777777" w:rsidR="003D15D0" w:rsidRDefault="00000000">
            <w:r>
              <w:rPr>
                <w:sz w:val="16"/>
              </w:rPr>
              <w:t>22.0</w:t>
            </w:r>
          </w:p>
        </w:tc>
      </w:tr>
      <w:tr w:rsidR="003D15D0" w14:paraId="1B486B1D" w14:textId="77777777">
        <w:tc>
          <w:tcPr>
            <w:tcW w:w="3264" w:type="dxa"/>
          </w:tcPr>
          <w:p w14:paraId="7259F5E3" w14:textId="77777777" w:rsidR="003D15D0" w:rsidRDefault="00000000">
            <w:r>
              <w:rPr>
                <w:sz w:val="16"/>
              </w:rPr>
              <w:t>Mann-Whitney P</w:t>
            </w:r>
          </w:p>
        </w:tc>
        <w:tc>
          <w:tcPr>
            <w:tcW w:w="3264" w:type="dxa"/>
          </w:tcPr>
          <w:p w14:paraId="003B0167" w14:textId="77777777" w:rsidR="003D15D0" w:rsidRDefault="00000000">
            <w:r>
              <w:rPr>
                <w:sz w:val="16"/>
              </w:rPr>
              <w:t>0.0057</w:t>
            </w:r>
          </w:p>
        </w:tc>
        <w:tc>
          <w:tcPr>
            <w:tcW w:w="3264" w:type="dxa"/>
          </w:tcPr>
          <w:p w14:paraId="72B16A50" w14:textId="77777777" w:rsidR="003D15D0" w:rsidRDefault="003D15D0"/>
        </w:tc>
      </w:tr>
      <w:tr w:rsidR="003D15D0" w14:paraId="7E7269E2" w14:textId="77777777">
        <w:tc>
          <w:tcPr>
            <w:tcW w:w="3264" w:type="dxa"/>
          </w:tcPr>
          <w:p w14:paraId="4441F68D" w14:textId="77777777" w:rsidR="003D15D0" w:rsidRDefault="00000000">
            <w:r>
              <w:rPr>
                <w:sz w:val="16"/>
              </w:rPr>
              <w:t>Within-set paired difference (case minus control mean), h, median</w:t>
            </w:r>
          </w:p>
        </w:tc>
        <w:tc>
          <w:tcPr>
            <w:tcW w:w="3264" w:type="dxa"/>
          </w:tcPr>
          <w:p w14:paraId="319C4FD9" w14:textId="77777777" w:rsidR="003D15D0" w:rsidRDefault="00000000">
            <w:r>
              <w:rPr>
                <w:sz w:val="16"/>
              </w:rPr>
              <w:t>+3.19</w:t>
            </w:r>
          </w:p>
        </w:tc>
        <w:tc>
          <w:tcPr>
            <w:tcW w:w="3264" w:type="dxa"/>
          </w:tcPr>
          <w:p w14:paraId="54AFFC64" w14:textId="77777777" w:rsidR="003D15D0" w:rsidRDefault="00000000">
            <w:r>
              <w:rPr>
                <w:sz w:val="16"/>
              </w:rPr>
              <w:t>8.0</w:t>
            </w:r>
          </w:p>
        </w:tc>
      </w:tr>
      <w:tr w:rsidR="003D15D0" w14:paraId="5D12D1B3" w14:textId="77777777">
        <w:tc>
          <w:tcPr>
            <w:tcW w:w="3264" w:type="dxa"/>
          </w:tcPr>
          <w:p w14:paraId="0654EFFA" w14:textId="77777777" w:rsidR="003D15D0" w:rsidRDefault="00000000">
            <w:r>
              <w:rPr>
                <w:sz w:val="16"/>
              </w:rPr>
              <w:t>Sets with positive paired difference</w:t>
            </w:r>
          </w:p>
        </w:tc>
        <w:tc>
          <w:tcPr>
            <w:tcW w:w="3264" w:type="dxa"/>
          </w:tcPr>
          <w:p w14:paraId="0386FA74" w14:textId="77777777" w:rsidR="003D15D0" w:rsidRDefault="00000000">
            <w:r>
              <w:rPr>
                <w:sz w:val="16"/>
              </w:rPr>
              <w:t>7/8</w:t>
            </w:r>
          </w:p>
        </w:tc>
        <w:tc>
          <w:tcPr>
            <w:tcW w:w="3264" w:type="dxa"/>
          </w:tcPr>
          <w:p w14:paraId="6C42E331" w14:textId="77777777" w:rsidR="003D15D0" w:rsidRDefault="003D15D0"/>
        </w:tc>
      </w:tr>
      <w:tr w:rsidR="003D15D0" w14:paraId="18834F01" w14:textId="77777777">
        <w:tc>
          <w:tcPr>
            <w:tcW w:w="3264" w:type="dxa"/>
          </w:tcPr>
          <w:p w14:paraId="3603A675" w14:textId="77777777" w:rsidR="003D15D0" w:rsidRDefault="00000000">
            <w:r>
              <w:rPr>
                <w:sz w:val="16"/>
              </w:rPr>
              <w:t>Wilcoxon signed-rank P</w:t>
            </w:r>
          </w:p>
        </w:tc>
        <w:tc>
          <w:tcPr>
            <w:tcW w:w="3264" w:type="dxa"/>
          </w:tcPr>
          <w:p w14:paraId="45159598" w14:textId="77777777" w:rsidR="003D15D0" w:rsidRDefault="00000000">
            <w:r>
              <w:rPr>
                <w:sz w:val="16"/>
              </w:rPr>
              <w:t>0.0209</w:t>
            </w:r>
          </w:p>
        </w:tc>
        <w:tc>
          <w:tcPr>
            <w:tcW w:w="3264" w:type="dxa"/>
          </w:tcPr>
          <w:p w14:paraId="6818BFCF" w14:textId="77777777" w:rsidR="003D15D0" w:rsidRDefault="003D15D0"/>
        </w:tc>
      </w:tr>
      <w:tr w:rsidR="003D15D0" w14:paraId="2400D550" w14:textId="77777777">
        <w:tc>
          <w:tcPr>
            <w:tcW w:w="3264" w:type="dxa"/>
          </w:tcPr>
          <w:p w14:paraId="007A94EF" w14:textId="77777777" w:rsidR="003D15D0" w:rsidRDefault="00000000">
            <w:r>
              <w:rPr>
                <w:sz w:val="16"/>
              </w:rPr>
              <w:t>Index-time cumulative &gt;=6 h (cases vs controls)</w:t>
            </w:r>
          </w:p>
        </w:tc>
        <w:tc>
          <w:tcPr>
            <w:tcW w:w="3264" w:type="dxa"/>
          </w:tcPr>
          <w:p w14:paraId="79B057CF" w14:textId="77777777" w:rsidR="003D15D0" w:rsidRDefault="00000000">
            <w:r>
              <w:rPr>
                <w:sz w:val="16"/>
              </w:rPr>
              <w:t>4/9 vs 3/22</w:t>
            </w:r>
          </w:p>
        </w:tc>
        <w:tc>
          <w:tcPr>
            <w:tcW w:w="3264" w:type="dxa"/>
          </w:tcPr>
          <w:p w14:paraId="7D2588DF" w14:textId="77777777" w:rsidR="003D15D0" w:rsidRDefault="003D15D0"/>
        </w:tc>
      </w:tr>
      <w:tr w:rsidR="003D15D0" w14:paraId="413FBE36" w14:textId="77777777">
        <w:tc>
          <w:tcPr>
            <w:tcW w:w="3264" w:type="dxa"/>
          </w:tcPr>
          <w:p w14:paraId="4F04331B" w14:textId="77777777" w:rsidR="003D15D0" w:rsidRDefault="00000000">
            <w:r>
              <w:rPr>
                <w:sz w:val="16"/>
              </w:rPr>
              <w:t>Controls delivering before index time (exited)</w:t>
            </w:r>
          </w:p>
        </w:tc>
        <w:tc>
          <w:tcPr>
            <w:tcW w:w="3264" w:type="dxa"/>
          </w:tcPr>
          <w:p w14:paraId="6F2972DD" w14:textId="77777777" w:rsidR="003D15D0" w:rsidRDefault="00000000">
            <w:r>
              <w:rPr>
                <w:sz w:val="16"/>
              </w:rPr>
              <w:t>11</w:t>
            </w:r>
          </w:p>
        </w:tc>
        <w:tc>
          <w:tcPr>
            <w:tcW w:w="3264" w:type="dxa"/>
          </w:tcPr>
          <w:p w14:paraId="2428833F" w14:textId="77777777" w:rsidR="003D15D0" w:rsidRDefault="003D15D0"/>
        </w:tc>
      </w:tr>
      <w:tr w:rsidR="003D15D0" w14:paraId="57BEA8A5" w14:textId="77777777">
        <w:tc>
          <w:tcPr>
            <w:tcW w:w="3264" w:type="dxa"/>
          </w:tcPr>
          <w:p w14:paraId="4570EB8B" w14:textId="77777777" w:rsidR="003D15D0" w:rsidRDefault="00000000">
            <w:r>
              <w:rPr>
                <w:sz w:val="16"/>
              </w:rPr>
              <w:t>Controls without recorded labor onset (exited)</w:t>
            </w:r>
          </w:p>
        </w:tc>
        <w:tc>
          <w:tcPr>
            <w:tcW w:w="3264" w:type="dxa"/>
          </w:tcPr>
          <w:p w14:paraId="180909BE" w14:textId="77777777" w:rsidR="003D15D0" w:rsidRDefault="00000000">
            <w:r>
              <w:rPr>
                <w:sz w:val="16"/>
              </w:rPr>
              <w:t>3</w:t>
            </w:r>
          </w:p>
        </w:tc>
        <w:tc>
          <w:tcPr>
            <w:tcW w:w="3264" w:type="dxa"/>
          </w:tcPr>
          <w:p w14:paraId="2DC77420" w14:textId="77777777" w:rsidR="003D15D0" w:rsidRDefault="003D15D0"/>
        </w:tc>
      </w:tr>
      <w:tr w:rsidR="003D15D0" w14:paraId="41552E3B" w14:textId="77777777">
        <w:tc>
          <w:tcPr>
            <w:tcW w:w="3264" w:type="dxa"/>
          </w:tcPr>
          <w:p w14:paraId="4858A48C" w14:textId="77777777" w:rsidR="003D15D0" w:rsidRDefault="00000000">
            <w:r>
              <w:rPr>
                <w:sz w:val="16"/>
              </w:rPr>
              <w:t>Tau range (labor-to-fever), h</w:t>
            </w:r>
          </w:p>
        </w:tc>
        <w:tc>
          <w:tcPr>
            <w:tcW w:w="3264" w:type="dxa"/>
          </w:tcPr>
          <w:p w14:paraId="0BAD6A33" w14:textId="77777777" w:rsidR="003D15D0" w:rsidRDefault="00000000">
            <w:r>
              <w:rPr>
                <w:sz w:val="16"/>
              </w:rPr>
              <w:t>5.23-9.58</w:t>
            </w:r>
          </w:p>
        </w:tc>
        <w:tc>
          <w:tcPr>
            <w:tcW w:w="3264" w:type="dxa"/>
          </w:tcPr>
          <w:p w14:paraId="16CFEA1E" w14:textId="77777777" w:rsidR="003D15D0" w:rsidRDefault="003D15D0"/>
        </w:tc>
      </w:tr>
      <w:tr w:rsidR="003D15D0" w14:paraId="5B7494AF" w14:textId="77777777">
        <w:tc>
          <w:tcPr>
            <w:tcW w:w="3264" w:type="dxa"/>
          </w:tcPr>
          <w:p w14:paraId="7BDB6326" w14:textId="77777777" w:rsidR="003D15D0" w:rsidRDefault="00000000">
            <w:r>
              <w:rPr>
                <w:sz w:val="16"/>
              </w:rPr>
              <w:t>Note</w:t>
            </w:r>
          </w:p>
        </w:tc>
        <w:tc>
          <w:tcPr>
            <w:tcW w:w="3264" w:type="dxa"/>
          </w:tcPr>
          <w:p w14:paraId="2A77A137" w14:textId="77777777" w:rsidR="003D15D0" w:rsidRDefault="00000000">
            <w:r>
              <w:rPr>
                <w:sz w:val="16"/>
              </w:rPr>
              <w:t>Fever day set to delivery day (investigator-verified); control start/stop days bounded by labor and delivery anchors; pause minutes unabstracted and treated as zero</w:t>
            </w:r>
          </w:p>
        </w:tc>
        <w:tc>
          <w:tcPr>
            <w:tcW w:w="3264" w:type="dxa"/>
          </w:tcPr>
          <w:p w14:paraId="4A7090EC" w14:textId="77777777" w:rsidR="003D15D0" w:rsidRDefault="003D15D0"/>
        </w:tc>
      </w:tr>
    </w:tbl>
    <w:p w14:paraId="2278ED72" w14:textId="77777777" w:rsidR="003D15D0" w:rsidRDefault="003D15D0"/>
    <w:sectPr w:rsidR="003D15D0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515882">
    <w:abstractNumId w:val="8"/>
  </w:num>
  <w:num w:numId="2" w16cid:durableId="1498422569">
    <w:abstractNumId w:val="6"/>
  </w:num>
  <w:num w:numId="3" w16cid:durableId="707872712">
    <w:abstractNumId w:val="5"/>
  </w:num>
  <w:num w:numId="4" w16cid:durableId="686175627">
    <w:abstractNumId w:val="4"/>
  </w:num>
  <w:num w:numId="5" w16cid:durableId="1652564758">
    <w:abstractNumId w:val="7"/>
  </w:num>
  <w:num w:numId="6" w16cid:durableId="1532036527">
    <w:abstractNumId w:val="3"/>
  </w:num>
  <w:num w:numId="7" w16cid:durableId="424767813">
    <w:abstractNumId w:val="2"/>
  </w:num>
  <w:num w:numId="8" w16cid:durableId="1349481121">
    <w:abstractNumId w:val="1"/>
  </w:num>
  <w:num w:numId="9" w16cid:durableId="855122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15D0"/>
    <w:rsid w:val="0058355A"/>
    <w:rsid w:val="0095746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E3E86"/>
  <w14:defaultImageDpi w14:val="300"/>
  <w15:docId w15:val="{B6D65730-FB3C-4436-80F4-470B11A7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2222</Words>
  <Characters>17338</Characters>
  <Application>Microsoft Office Word</Application>
  <DocSecurity>0</DocSecurity>
  <Lines>2889</Lines>
  <Paragraphs>1222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Information</dc:title>
  <dc:subject/>
  <dc:creator>python-docx</dc:creator>
  <cp:keywords/>
  <dc:description>generated by python-docx</dc:description>
  <cp:lastModifiedBy>xiaoyu li</cp:lastModifiedBy>
  <cp:revision>2</cp:revision>
  <dcterms:created xsi:type="dcterms:W3CDTF">2026-09-02T08:58:00Z</dcterms:created>
  <dcterms:modified xsi:type="dcterms:W3CDTF">2026-09-02T08:58:00Z</dcterms:modified>
  <cp:category/>
</cp:coreProperties>
</file>