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</w:rPr>
        <w:t>Additional file 1. Semi-structured interview guide</w:t>
      </w:r>
    </w:p>
    <w:p>
      <w:r>
        <w:t>Silent Burdens: Ethical Distress and Psychological Impact Among Medical Residents During the COVID-19 Pandemic in Brazil: a phenomenological qualitative study</w:t>
      </w:r>
    </w:p>
    <w:p>
      <w:r>
        <w:t>The same interview guide was used for all interviews in the wider research programme from which this study derives; it has been reproduced previously [14]. Questions were open-ended and served as prompts rather than as a fixed script: interviewers followed the participant’s narrative and used the items below to open or reopen a domain when needed. Interviews were conducted in Portuguese; the guide is reproduced here in English translation.</w:t>
      </w:r>
    </w:p>
    <w:p>
      <w:r>
        <w:rPr>
          <w:b/>
        </w:rPr>
        <w:t>Existential</w:t>
      </w:r>
    </w:p>
    <w:p>
      <w:r>
        <w:t>1. How have you been feeling during the pandemic? (Have you noticed any difference in your perceptions and experiences over this period?)</w:t>
      </w:r>
    </w:p>
    <w:p>
      <w:r>
        <w:t>2. What are your main concerns today? What were they at the beginning of the pandemic?</w:t>
      </w:r>
    </w:p>
    <w:p>
      <w:r>
        <w:t>3. Are you afraid of contracting the disease? Are you afraid of dying from the disease?</w:t>
      </w:r>
    </w:p>
    <w:p>
      <w:r>
        <w:t>4. Are you afraid of passing the disease on to patients, friends, or family?</w:t>
      </w:r>
    </w:p>
    <w:p>
      <w:r>
        <w:t>5. How would you define your relation with vulnerability to death? Has this changed lately? (Are you afraid of dying?)</w:t>
      </w:r>
    </w:p>
    <w:p>
      <w:r>
        <w:t>6. Have you observed any change in your relation with religion or religious beliefs during the pandemic?</w:t>
      </w:r>
    </w:p>
    <w:p>
      <w:r>
        <w:t>7. What is your relation with the process of dying (death, grief, funeral, etc.)?</w:t>
      </w:r>
    </w:p>
    <w:p>
      <w:r>
        <w:rPr>
          <w:b/>
        </w:rPr>
        <w:t>Professional</w:t>
      </w:r>
    </w:p>
    <w:p>
      <w:r>
        <w:t>1. Do you feel motivated for work at the moment?</w:t>
      </w:r>
    </w:p>
    <w:p>
      <w:r>
        <w:t>2. What do you think will happen to the healthcare system during the quarantine?</w:t>
      </w:r>
    </w:p>
    <w:p>
      <w:r>
        <w:t>3. What do you think will happen to your specialty?</w:t>
      </w:r>
    </w:p>
    <w:p>
      <w:r>
        <w:t>4. How do you think you can help healthcare professionals during this time?</w:t>
      </w:r>
    </w:p>
    <w:p>
      <w:r>
        <w:t>5. What difficult situations have you experienced when caring for patients?</w:t>
      </w:r>
    </w:p>
    <w:p>
      <w:r>
        <w:t>6. From a professional point of view, what is the greatest difficulty you are facing in relation to the pandemic?</w:t>
      </w:r>
    </w:p>
    <w:p>
      <w:r>
        <w:t>7. What do you think about the institutional support you are receiving during the pandemic?</w:t>
      </w:r>
    </w:p>
    <w:p>
      <w:r>
        <w:t>8. What would you do if a professional told you he/she was infected with COVID-19 but wanted to continue working? Why would you do that? What if you were unable to convince him/her of the opposite?</w:t>
      </w:r>
    </w:p>
    <w:p>
      <w:r>
        <w:rPr>
          <w:b/>
        </w:rPr>
        <w:t>Family</w:t>
      </w:r>
    </w:p>
    <w:p>
      <w:r>
        <w:t>1. Have you felt the need to keep distance from family and friends? How has this experience been (if it has happened)?</w:t>
      </w:r>
    </w:p>
    <w:p>
      <w:r>
        <w:t>2. Are you favorable to mandatory quarantine and social distancing? Are you afraid that these measures may affect your income? Are you worried that a possible economic crisis may affect your family?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/>
  <Pages>0</Pages>
  <Words>0</Words>
  <Characters>0</Characters>
  <Application/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Flávio Guimarães-Fernandes</dc:creator>
  <cp:keywords/>
  <dc:description/>
  <cp:lastModifiedBy>Flávio Guimarães-Fernandes</cp:lastModifiedBy>
  <cp:revision>1</cp:revision>
  <dcterms:created xsi:type="dcterms:W3CDTF">2026-08-12T12:00:00Z</dcterms:created>
  <dcterms:modified xsi:type="dcterms:W3CDTF">2026-08-12T12:00:00Z</dcterms:modified>
  <cp:category/>
</cp:coreProperties>
</file>