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rFonts w:ascii="Times New Roman" w:hAnsi="Times New Roman" w:cs="Times New Roman"/>
          <w:b/>
          <w:i w:val="0"/>
          <w:sz w:val="20"/>
        </w:rPr>
        <w:t>Structure-specific variation in pediatric echocardiographic Z scores across the nutritional spectrum: four body-surface-area nomograms and a BMI-adjusted GAMLSS model</w:t>
      </w:r>
    </w:p>
    <w:p>
      <w:pPr>
        <w:spacing w:after="40" w:before="0"/>
      </w:pPr>
      <w:r>
        <w:rPr>
          <w:rFonts w:ascii="Times New Roman" w:hAnsi="Times New Roman" w:cs="Times New Roman"/>
          <w:b w:val="0"/>
          <w:i/>
          <w:sz w:val="20"/>
        </w:rPr>
        <w:t>European Journal of Pediatrics</w:t>
      </w:r>
    </w:p>
    <w:p>
      <w:pPr>
        <w:spacing w:after="40" w:before="0"/>
      </w:pPr>
      <w:r>
        <w:rPr>
          <w:rFonts w:ascii="Times New Roman" w:hAnsi="Times New Roman" w:cs="Times New Roman"/>
          <w:b w:val="0"/>
          <w:i w:val="0"/>
          <w:sz w:val="20"/>
        </w:rPr>
        <w:t>Rodolfo Amstein, Valentina Metcalfe, Claudia Trincado, Álvaro Passi-Solar, Guillermo Larios</w:t>
      </w:r>
    </w:p>
    <w:p>
      <w:pPr>
        <w:spacing w:after="280" w:before="0"/>
      </w:pPr>
      <w:r>
        <w:rPr>
          <w:rFonts w:ascii="Times New Roman" w:hAnsi="Times New Roman" w:cs="Times New Roman"/>
          <w:b w:val="0"/>
          <w:i w:val="0"/>
          <w:sz w:val="18"/>
        </w:rPr>
        <w:t>Corresponding author: Guillermo Larios Goldenberg, Department of Pediatric Cardiology, Division of Pediatrics, Pontificia Universidad Católica de Chile, Diagonal Paraguay 362, Floor 8, Office 846, Santiago, Chile. gqlarios@uc.cl</w:t>
      </w:r>
    </w:p>
    <w:p>
      <w:pPr>
        <w:spacing w:after="320" w:before="0"/>
      </w:pPr>
      <w:r>
        <w:rPr>
          <w:rFonts w:ascii="Times New Roman" w:hAnsi="Times New Roman" w:cs="Times New Roman"/>
          <w:b/>
          <w:i w:val="0"/>
          <w:sz w:val="22"/>
        </w:rPr>
        <w:t>Supplementary material: Online Resources 1 to 3</w:t>
      </w:r>
    </w:p>
    <w:p>
      <w:pPr>
        <w:spacing w:after="60" w:before="0"/>
      </w:pPr>
      <w:r>
        <w:rPr>
          <w:rFonts w:ascii="Times New Roman" w:hAnsi="Times New Roman" w:cs="Times New Roman"/>
          <w:b/>
          <w:i w:val="0"/>
          <w:sz w:val="22"/>
        </w:rPr>
        <w:t>Online Resource 1</w:t>
      </w:r>
    </w:p>
    <w:p>
      <w:pPr>
        <w:spacing w:after="160" w:before="0"/>
      </w:pPr>
      <w:r>
        <w:rPr>
          <w:rFonts w:ascii="Times New Roman" w:hAnsi="Times New Roman" w:cs="Times New Roman"/>
          <w:b w:val="0"/>
          <w:i w:val="0"/>
          <w:sz w:val="20"/>
        </w:rPr>
        <w:t>Variables predicting the median of each dimension in the Lauzon-Schnittka GAMLSS nomogram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2382"/>
        <w:gridCol w:w="1162"/>
        <w:gridCol w:w="1162"/>
        <w:gridCol w:w="1162"/>
        <w:gridCol w:w="1162"/>
        <w:gridCol w:w="2330"/>
      </w:tblGrid>
      <w:tr w:rsidR="00110281" w:rsidRPr="00670300" w14:paraId="654AADA4" w14:textId="77777777" w:rsidTr="3DAED7C1">
        <w:trPr>
          <w:cantSplit/>
          <w:tblHeader/>
        </w:trPr>
        <w:tc>
          <w:tcPr>
            <w:tcW w:w="2381" w:type="dxa"/>
            <w:tcBorders>
              <w:top w:val="single" w:sz="8" w:space="0" w:color="000000" w:themeColor="text1"/>
              <w:left w:val="nil"/>
              <w:bottom w:val="single" w:sz="6" w:space="0" w:color="000000" w:themeColor="text1"/>
              <w:right w:val="nil"/>
            </w:tcBorders>
            <w:vAlign w:val="center"/>
          </w:tcPr>
          <w:p w14:paraId="799386BD" w14:textId="77777777" w:rsidR="00110281" w:rsidRPr="00670300" w:rsidRDefault="00A35BDC">
            <w:pPr>
              <w:spacing w:before="20" w:after="20" w:line="240" w:lineRule="auto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bCs/>
                <w:sz w:val="16"/>
                <w:szCs w:val="16"/>
                <w:lang w:val="en-US"/>
              </w:rPr>
              <w:t>Structure</w:t>
            </w:r>
          </w:p>
        </w:tc>
        <w:tc>
          <w:tcPr>
            <w:tcW w:w="1162" w:type="dxa"/>
            <w:tcBorders>
              <w:top w:val="single" w:sz="8" w:space="0" w:color="000000" w:themeColor="text1"/>
              <w:left w:val="nil"/>
              <w:bottom w:val="single" w:sz="6" w:space="0" w:color="000000" w:themeColor="text1"/>
              <w:right w:val="nil"/>
            </w:tcBorders>
            <w:vAlign w:val="center"/>
          </w:tcPr>
          <w:p w14:paraId="2BA4EE35" w14:textId="77777777" w:rsidR="00110281" w:rsidRPr="00670300" w:rsidRDefault="00A35BDC">
            <w:pPr>
              <w:spacing w:before="20" w:after="20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6"/>
                <w:lang w:val="en-US"/>
              </w:rPr>
              <w:t>Height</w:t>
            </w:r>
          </w:p>
        </w:tc>
        <w:tc>
          <w:tcPr>
            <w:tcW w:w="1162" w:type="dxa"/>
            <w:tcBorders>
              <w:top w:val="single" w:sz="8" w:space="0" w:color="000000" w:themeColor="text1"/>
              <w:left w:val="nil"/>
              <w:bottom w:val="single" w:sz="6" w:space="0" w:color="000000" w:themeColor="text1"/>
              <w:right w:val="nil"/>
            </w:tcBorders>
            <w:vAlign w:val="center"/>
          </w:tcPr>
          <w:p w14:paraId="71533028" w14:textId="77777777" w:rsidR="00110281" w:rsidRPr="00670300" w:rsidRDefault="00A35BDC">
            <w:pPr>
              <w:spacing w:before="20" w:after="20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6"/>
                <w:lang w:val="en-US"/>
              </w:rPr>
              <w:t>Weight</w:t>
            </w:r>
          </w:p>
        </w:tc>
        <w:tc>
          <w:tcPr>
            <w:tcW w:w="1162" w:type="dxa"/>
            <w:tcBorders>
              <w:top w:val="single" w:sz="8" w:space="0" w:color="000000" w:themeColor="text1"/>
              <w:left w:val="nil"/>
              <w:bottom w:val="single" w:sz="6" w:space="0" w:color="000000" w:themeColor="text1"/>
              <w:right w:val="nil"/>
            </w:tcBorders>
            <w:vAlign w:val="center"/>
          </w:tcPr>
          <w:p w14:paraId="1F6B649F" w14:textId="77777777" w:rsidR="00110281" w:rsidRPr="00670300" w:rsidRDefault="00A35BDC">
            <w:pPr>
              <w:spacing w:before="20" w:after="20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6"/>
                <w:lang w:val="en-US"/>
              </w:rPr>
              <w:t>Age</w:t>
            </w:r>
          </w:p>
        </w:tc>
        <w:tc>
          <w:tcPr>
            <w:tcW w:w="1162" w:type="dxa"/>
            <w:tcBorders>
              <w:top w:val="single" w:sz="8" w:space="0" w:color="000000" w:themeColor="text1"/>
              <w:left w:val="nil"/>
              <w:bottom w:val="single" w:sz="6" w:space="0" w:color="000000" w:themeColor="text1"/>
              <w:right w:val="nil"/>
            </w:tcBorders>
            <w:vAlign w:val="center"/>
          </w:tcPr>
          <w:p w14:paraId="75FFE56D" w14:textId="77777777" w:rsidR="00110281" w:rsidRPr="00670300" w:rsidRDefault="00A35BDC">
            <w:pPr>
              <w:spacing w:before="20" w:after="20" w:line="240" w:lineRule="auto"/>
              <w:jc w:val="center"/>
              <w:rPr>
                <w:lang w:val="en-US"/>
              </w:rPr>
            </w:pPr>
            <w:proofErr w:type="spellStart"/>
            <w:r w:rsidRPr="00670300">
              <w:rPr>
                <w:rFonts w:eastAsia="Times New Roman" w:cs="Times New Roman"/>
                <w:b/>
                <w:bCs/>
                <w:sz w:val="16"/>
                <w:szCs w:val="16"/>
                <w:lang w:val="en-US"/>
              </w:rPr>
              <w:t>BMIz</w:t>
            </w:r>
            <w:proofErr w:type="spellEnd"/>
          </w:p>
        </w:tc>
        <w:tc>
          <w:tcPr>
            <w:tcW w:w="2330" w:type="dxa"/>
            <w:tcBorders>
              <w:top w:val="single" w:sz="8" w:space="0" w:color="000000" w:themeColor="text1"/>
              <w:left w:val="nil"/>
              <w:bottom w:val="single" w:sz="6" w:space="0" w:color="000000" w:themeColor="text1"/>
              <w:right w:val="nil"/>
            </w:tcBorders>
            <w:vAlign w:val="center"/>
          </w:tcPr>
          <w:p w14:paraId="6C253B3D" w14:textId="77777777" w:rsidR="00110281" w:rsidRPr="00670300" w:rsidRDefault="00A35BDC">
            <w:pPr>
              <w:spacing w:before="20" w:after="20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bCs/>
                <w:sz w:val="16"/>
                <w:szCs w:val="16"/>
                <w:lang w:val="en-US"/>
              </w:rPr>
              <w:t>Derivation n (male / female)</w:t>
            </w:r>
          </w:p>
        </w:tc>
      </w:tr>
      <w:tr w:rsidR="00110281" w:rsidRPr="00670300" w14:paraId="2D50618C" w14:textId="77777777" w:rsidTr="3DAED7C1">
        <w:trPr>
          <w:cantSplit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46668" w14:textId="77777777" w:rsidR="00110281" w:rsidRPr="00670300" w:rsidRDefault="00A35BDC">
            <w:pPr>
              <w:spacing w:before="20" w:after="20" w:line="240" w:lineRule="auto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szCs w:val="16"/>
                <w:lang w:val="en-US"/>
              </w:rPr>
              <w:t>Aortic valve annulus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9B152" w14:textId="77777777" w:rsidR="00110281" w:rsidRPr="00670300" w:rsidRDefault="00A35BDC">
            <w:pPr>
              <w:spacing w:before="20" w:after="20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lang w:val="en-US"/>
              </w:rPr>
              <w:t>Yes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47546" w14:textId="77777777" w:rsidR="00110281" w:rsidRPr="00670300" w:rsidRDefault="00A35BDC">
            <w:pPr>
              <w:spacing w:before="20" w:after="20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lang w:val="en-US"/>
              </w:rPr>
              <w:t>Yes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3DA25" w14:textId="77777777" w:rsidR="00110281" w:rsidRPr="00670300" w:rsidRDefault="00A35BDC">
            <w:pPr>
              <w:spacing w:before="20" w:after="20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lang w:val="en-US"/>
              </w:rPr>
              <w:t>Yes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47D81" w14:textId="77777777" w:rsidR="00110281" w:rsidRPr="00670300" w:rsidRDefault="00A35BDC">
            <w:pPr>
              <w:spacing w:before="20" w:after="20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lang w:val="en-US"/>
              </w:rPr>
              <w:t>Yes</w:t>
            </w: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D71A4" w14:textId="77777777" w:rsidR="00110281" w:rsidRPr="00670300" w:rsidRDefault="00A35BDC">
            <w:pPr>
              <w:spacing w:before="20" w:after="20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lang w:val="en-US"/>
              </w:rPr>
              <w:t>10,806 / 9,173</w:t>
            </w:r>
          </w:p>
        </w:tc>
      </w:tr>
      <w:tr w:rsidR="00110281" w:rsidRPr="00670300" w14:paraId="6241E5D0" w14:textId="77777777" w:rsidTr="3DAED7C1">
        <w:trPr>
          <w:cantSplit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AFAD7" w14:textId="77777777" w:rsidR="00110281" w:rsidRPr="00670300" w:rsidRDefault="00A35BDC">
            <w:pPr>
              <w:spacing w:before="20" w:after="20" w:line="240" w:lineRule="auto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szCs w:val="16"/>
                <w:lang w:val="en-US"/>
              </w:rPr>
              <w:t>Sinuses of Valsalva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61925" w14:textId="77777777" w:rsidR="00110281" w:rsidRPr="00670300" w:rsidRDefault="00A35BDC">
            <w:pPr>
              <w:spacing w:before="20" w:after="20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lang w:val="en-US"/>
              </w:rPr>
              <w:t>Yes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F70D8" w14:textId="77777777" w:rsidR="00110281" w:rsidRPr="00670300" w:rsidRDefault="00A35BDC">
            <w:pPr>
              <w:spacing w:before="20" w:after="20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lang w:val="en-US"/>
              </w:rPr>
              <w:t>No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8BE20" w14:textId="77777777" w:rsidR="00110281" w:rsidRPr="00670300" w:rsidRDefault="00A35BDC">
            <w:pPr>
              <w:spacing w:before="20" w:after="20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lang w:val="en-US"/>
              </w:rPr>
              <w:t>Yes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2992F" w14:textId="77777777" w:rsidR="00110281" w:rsidRPr="00670300" w:rsidRDefault="00A35BDC">
            <w:pPr>
              <w:spacing w:before="20" w:after="20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lang w:val="en-US"/>
              </w:rPr>
              <w:t>Yes</w:t>
            </w: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2DF1A" w14:textId="77777777" w:rsidR="00110281" w:rsidRPr="00670300" w:rsidRDefault="00A35BDC">
            <w:pPr>
              <w:spacing w:before="20" w:after="20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lang w:val="en-US"/>
              </w:rPr>
              <w:t>9,932 / 8,365</w:t>
            </w:r>
          </w:p>
        </w:tc>
      </w:tr>
      <w:tr w:rsidR="00110281" w:rsidRPr="00670300" w14:paraId="18B8C36F" w14:textId="77777777" w:rsidTr="3DAED7C1">
        <w:trPr>
          <w:cantSplit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A5114" w14:textId="77777777" w:rsidR="00110281" w:rsidRPr="00670300" w:rsidRDefault="00A35BDC">
            <w:pPr>
              <w:spacing w:before="20" w:after="20" w:line="240" w:lineRule="auto"/>
              <w:rPr>
                <w:lang w:val="en-US"/>
              </w:rPr>
            </w:pPr>
            <w:proofErr w:type="spellStart"/>
            <w:r w:rsidRPr="00670300">
              <w:rPr>
                <w:rFonts w:eastAsia="Times New Roman" w:cs="Times New Roman"/>
                <w:sz w:val="16"/>
                <w:szCs w:val="16"/>
                <w:lang w:val="en-US"/>
              </w:rPr>
              <w:t>Sinotubular</w:t>
            </w:r>
            <w:proofErr w:type="spellEnd"/>
            <w:r w:rsidRPr="00670300">
              <w:rPr>
                <w:rFonts w:eastAsia="Times New Roman" w:cs="Times New Roman"/>
                <w:sz w:val="16"/>
                <w:szCs w:val="16"/>
                <w:lang w:val="en-US"/>
              </w:rPr>
              <w:t xml:space="preserve"> junction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5310D" w14:textId="77777777" w:rsidR="00110281" w:rsidRPr="00670300" w:rsidRDefault="00A35BDC">
            <w:pPr>
              <w:spacing w:before="20" w:after="20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lang w:val="en-US"/>
              </w:rPr>
              <w:t>Yes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78FD2" w14:textId="77777777" w:rsidR="00110281" w:rsidRPr="00670300" w:rsidRDefault="00A35BDC">
            <w:pPr>
              <w:spacing w:before="20" w:after="20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lang w:val="en-US"/>
              </w:rPr>
              <w:t>Yes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54BCB" w14:textId="77777777" w:rsidR="00110281" w:rsidRPr="00670300" w:rsidRDefault="00A35BDC">
            <w:pPr>
              <w:spacing w:before="20" w:after="20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lang w:val="en-US"/>
              </w:rPr>
              <w:t>No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9A926" w14:textId="77777777" w:rsidR="00110281" w:rsidRPr="00670300" w:rsidRDefault="00A35BDC">
            <w:pPr>
              <w:spacing w:before="20" w:after="20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lang w:val="en-US"/>
              </w:rPr>
              <w:t>No</w:t>
            </w: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F19EAE" w14:textId="77777777" w:rsidR="00110281" w:rsidRPr="00670300" w:rsidRDefault="00A35BDC">
            <w:pPr>
              <w:spacing w:before="20" w:after="20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lang w:val="en-US"/>
              </w:rPr>
              <w:t>414 / 307</w:t>
            </w:r>
          </w:p>
        </w:tc>
      </w:tr>
      <w:tr w:rsidR="00110281" w:rsidRPr="00670300" w14:paraId="6E123857" w14:textId="77777777" w:rsidTr="3DAED7C1">
        <w:trPr>
          <w:cantSplit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E3D97" w14:textId="77777777" w:rsidR="00110281" w:rsidRPr="00670300" w:rsidRDefault="00A35BDC">
            <w:pPr>
              <w:spacing w:before="20" w:after="20" w:line="240" w:lineRule="auto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szCs w:val="16"/>
                <w:lang w:val="en-US"/>
              </w:rPr>
              <w:t>Ascending aorta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D692E" w14:textId="77777777" w:rsidR="00110281" w:rsidRPr="00670300" w:rsidRDefault="00A35BDC">
            <w:pPr>
              <w:spacing w:before="20" w:after="20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lang w:val="en-US"/>
              </w:rPr>
              <w:t>Yes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8BA57" w14:textId="77777777" w:rsidR="00110281" w:rsidRPr="00670300" w:rsidRDefault="00A35BDC">
            <w:pPr>
              <w:spacing w:before="20" w:after="20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lang w:val="en-US"/>
              </w:rPr>
              <w:t>No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18806" w14:textId="77777777" w:rsidR="00110281" w:rsidRPr="00670300" w:rsidRDefault="00A35BDC">
            <w:pPr>
              <w:spacing w:before="20" w:after="20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lang w:val="en-US"/>
              </w:rPr>
              <w:t>Yes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C4803" w14:textId="77777777" w:rsidR="00110281" w:rsidRPr="00670300" w:rsidRDefault="00A35BDC">
            <w:pPr>
              <w:spacing w:before="20" w:after="20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lang w:val="en-US"/>
              </w:rPr>
              <w:t>Yes</w:t>
            </w: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1B9F0" w14:textId="77777777" w:rsidR="00110281" w:rsidRPr="00670300" w:rsidRDefault="00A35BDC">
            <w:pPr>
              <w:spacing w:before="20" w:after="20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lang w:val="en-US"/>
              </w:rPr>
              <w:t>7,681 / 6,481</w:t>
            </w:r>
          </w:p>
        </w:tc>
      </w:tr>
      <w:tr w:rsidR="00110281" w:rsidRPr="00670300" w14:paraId="3B80A9B8" w14:textId="77777777" w:rsidTr="3DAED7C1">
        <w:trPr>
          <w:cantSplit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846AF" w14:textId="77777777" w:rsidR="00110281" w:rsidRPr="00670300" w:rsidRDefault="00A35BDC">
            <w:pPr>
              <w:spacing w:before="20" w:after="20" w:line="240" w:lineRule="auto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szCs w:val="16"/>
                <w:lang w:val="en-US"/>
              </w:rPr>
              <w:t>Mitral valve annulus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C82C2" w14:textId="77777777" w:rsidR="00110281" w:rsidRPr="00670300" w:rsidRDefault="00A35BDC">
            <w:pPr>
              <w:spacing w:before="20" w:after="20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lang w:val="en-US"/>
              </w:rPr>
              <w:t>Yes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14EDA" w14:textId="77777777" w:rsidR="00110281" w:rsidRPr="00670300" w:rsidRDefault="00A35BDC">
            <w:pPr>
              <w:spacing w:before="20" w:after="20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lang w:val="en-US"/>
              </w:rPr>
              <w:t>Yes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BADD21" w14:textId="77777777" w:rsidR="00110281" w:rsidRPr="00670300" w:rsidRDefault="00A35BDC">
            <w:pPr>
              <w:spacing w:before="20" w:after="20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lang w:val="en-US"/>
              </w:rPr>
              <w:t>Yes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23652" w14:textId="77777777" w:rsidR="00110281" w:rsidRPr="00670300" w:rsidRDefault="00A35BDC">
            <w:pPr>
              <w:spacing w:before="20" w:after="20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lang w:val="en-US"/>
              </w:rPr>
              <w:t>Yes</w:t>
            </w: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3F772D" w14:textId="77777777" w:rsidR="00110281" w:rsidRPr="00670300" w:rsidRDefault="00A35BDC">
            <w:pPr>
              <w:spacing w:before="20" w:after="20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lang w:val="en-US"/>
              </w:rPr>
              <w:t>3,091 / 2,594</w:t>
            </w:r>
          </w:p>
        </w:tc>
      </w:tr>
      <w:tr w:rsidR="00110281" w:rsidRPr="00670300" w14:paraId="29B5D5FC" w14:textId="77777777" w:rsidTr="3DAED7C1">
        <w:trPr>
          <w:cantSplit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BC073" w14:textId="77777777" w:rsidR="00110281" w:rsidRPr="00670300" w:rsidRDefault="00A35BDC">
            <w:pPr>
              <w:spacing w:before="20" w:after="20" w:line="240" w:lineRule="auto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lang w:val="en-US"/>
              </w:rPr>
              <w:t>LVEDD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2D5FE" w14:textId="77777777" w:rsidR="00110281" w:rsidRPr="00670300" w:rsidRDefault="00A35BDC">
            <w:pPr>
              <w:spacing w:before="20" w:after="20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lang w:val="en-US"/>
              </w:rPr>
              <w:t>Yes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A83F6C" w14:textId="77777777" w:rsidR="00110281" w:rsidRPr="00670300" w:rsidRDefault="00A35BDC">
            <w:pPr>
              <w:spacing w:before="20" w:after="20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lang w:val="en-US"/>
              </w:rPr>
              <w:t>Yes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5FD62" w14:textId="77777777" w:rsidR="00110281" w:rsidRPr="00670300" w:rsidRDefault="00A35BDC">
            <w:pPr>
              <w:spacing w:before="20" w:after="20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lang w:val="en-US"/>
              </w:rPr>
              <w:t>Yes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668B3" w14:textId="77777777" w:rsidR="00110281" w:rsidRPr="00670300" w:rsidRDefault="00A35BDC">
            <w:pPr>
              <w:spacing w:before="20" w:after="20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lang w:val="en-US"/>
              </w:rPr>
              <w:t>Yes</w:t>
            </w: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A26E5" w14:textId="77777777" w:rsidR="00110281" w:rsidRPr="00670300" w:rsidRDefault="00A35BDC">
            <w:pPr>
              <w:spacing w:before="20" w:after="20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lang w:val="en-US"/>
              </w:rPr>
              <w:t>11,222 / 9,534</w:t>
            </w:r>
          </w:p>
        </w:tc>
      </w:tr>
      <w:tr w:rsidR="00110281" w:rsidRPr="00670300" w14:paraId="018C6E5D" w14:textId="77777777" w:rsidTr="3DAED7C1">
        <w:trPr>
          <w:cantSplit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EE9C8" w14:textId="77777777" w:rsidR="00110281" w:rsidRPr="00670300" w:rsidRDefault="00A35BDC">
            <w:pPr>
              <w:spacing w:before="20" w:after="20" w:line="240" w:lineRule="auto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szCs w:val="16"/>
                <w:lang w:val="en-US"/>
              </w:rPr>
              <w:t>Septal wall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B7133" w14:textId="77777777" w:rsidR="00110281" w:rsidRPr="00670300" w:rsidRDefault="00A35BDC">
            <w:pPr>
              <w:spacing w:before="20" w:after="20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lang w:val="en-US"/>
              </w:rPr>
              <w:t>Yes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29FAC" w14:textId="77777777" w:rsidR="00110281" w:rsidRPr="00670300" w:rsidRDefault="00A35BDC">
            <w:pPr>
              <w:spacing w:before="20" w:after="20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lang w:val="en-US"/>
              </w:rPr>
              <w:t>Yes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E463C7" w14:textId="77777777" w:rsidR="00110281" w:rsidRPr="00670300" w:rsidRDefault="00A35BDC">
            <w:pPr>
              <w:spacing w:before="20" w:after="20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lang w:val="en-US"/>
              </w:rPr>
              <w:t>Yes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D4780D" w14:textId="77777777" w:rsidR="00110281" w:rsidRPr="00670300" w:rsidRDefault="00A35BDC">
            <w:pPr>
              <w:spacing w:before="20" w:after="20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lang w:val="en-US"/>
              </w:rPr>
              <w:t>No</w:t>
            </w: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C5100" w14:textId="77777777" w:rsidR="00110281" w:rsidRPr="00670300" w:rsidRDefault="00A35BDC">
            <w:pPr>
              <w:spacing w:before="20" w:after="20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lang w:val="en-US"/>
              </w:rPr>
              <w:t>11,189 / 9,503</w:t>
            </w:r>
          </w:p>
        </w:tc>
      </w:tr>
      <w:tr w:rsidR="00110281" w:rsidRPr="00670300" w14:paraId="7FFCC978" w14:textId="77777777" w:rsidTr="3DAED7C1">
        <w:trPr>
          <w:cantSplit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28C27" w14:textId="77777777" w:rsidR="00110281" w:rsidRPr="00670300" w:rsidRDefault="00A35BDC">
            <w:pPr>
              <w:spacing w:before="20" w:after="20" w:line="240" w:lineRule="auto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szCs w:val="16"/>
                <w:lang w:val="en-US"/>
              </w:rPr>
              <w:t>Posterior wall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767A5" w14:textId="77777777" w:rsidR="00110281" w:rsidRPr="00670300" w:rsidRDefault="00A35BDC">
            <w:pPr>
              <w:spacing w:before="20" w:after="20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lang w:val="en-US"/>
              </w:rPr>
              <w:t>Yes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0021D" w14:textId="77777777" w:rsidR="00110281" w:rsidRPr="00670300" w:rsidRDefault="00A35BDC">
            <w:pPr>
              <w:spacing w:before="20" w:after="20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lang w:val="en-US"/>
              </w:rPr>
              <w:t>Yes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DFA9D" w14:textId="77777777" w:rsidR="00110281" w:rsidRPr="00670300" w:rsidRDefault="00A35BDC">
            <w:pPr>
              <w:spacing w:before="20" w:after="20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lang w:val="en-US"/>
              </w:rPr>
              <w:t>Yes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4180D" w14:textId="77777777" w:rsidR="00110281" w:rsidRPr="00670300" w:rsidRDefault="00A35BDC">
            <w:pPr>
              <w:spacing w:before="20" w:after="20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lang w:val="en-US"/>
              </w:rPr>
              <w:t>No</w:t>
            </w: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D38A3" w14:textId="77777777" w:rsidR="00110281" w:rsidRPr="00670300" w:rsidRDefault="00A35BDC">
            <w:pPr>
              <w:spacing w:before="20" w:after="20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lang w:val="en-US"/>
              </w:rPr>
              <w:t>11,189 / 9,503</w:t>
            </w:r>
          </w:p>
        </w:tc>
      </w:tr>
      <w:tr w:rsidR="00110281" w:rsidRPr="00670300" w14:paraId="06AAC18B" w14:textId="77777777" w:rsidTr="3DAED7C1">
        <w:trPr>
          <w:cantSplit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9FDF3" w14:textId="77777777" w:rsidR="00110281" w:rsidRPr="00670300" w:rsidRDefault="00A35BDC">
            <w:pPr>
              <w:spacing w:before="20" w:after="20" w:line="240" w:lineRule="auto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szCs w:val="16"/>
                <w:lang w:val="en-US"/>
              </w:rPr>
              <w:t>Tricuspid valve annulus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028C6" w14:textId="77777777" w:rsidR="00110281" w:rsidRPr="00670300" w:rsidRDefault="00A35BDC">
            <w:pPr>
              <w:spacing w:before="20" w:after="20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lang w:val="en-US"/>
              </w:rPr>
              <w:t>Yes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8F113" w14:textId="77777777" w:rsidR="00110281" w:rsidRPr="00670300" w:rsidRDefault="00A35BDC">
            <w:pPr>
              <w:spacing w:before="20" w:after="20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lang w:val="en-US"/>
              </w:rPr>
              <w:t>No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521C4" w14:textId="77777777" w:rsidR="00110281" w:rsidRPr="00670300" w:rsidRDefault="00A35BDC">
            <w:pPr>
              <w:spacing w:before="20" w:after="20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lang w:val="en-US"/>
              </w:rPr>
              <w:t>Yes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D616E" w14:textId="77777777" w:rsidR="00110281" w:rsidRPr="00670300" w:rsidRDefault="00A35BDC">
            <w:pPr>
              <w:spacing w:before="20" w:after="20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lang w:val="en-US"/>
              </w:rPr>
              <w:t>Yes</w:t>
            </w: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0830A" w14:textId="77777777" w:rsidR="00110281" w:rsidRPr="00670300" w:rsidRDefault="00A35BDC">
            <w:pPr>
              <w:spacing w:before="20" w:after="20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lang w:val="en-US"/>
              </w:rPr>
              <w:t>3,085 / 2,567</w:t>
            </w:r>
          </w:p>
        </w:tc>
      </w:tr>
      <w:tr w:rsidR="00110281" w:rsidRPr="00670300" w14:paraId="5CC189DA" w14:textId="77777777" w:rsidTr="3DAED7C1">
        <w:trPr>
          <w:cantSplit/>
        </w:trPr>
        <w:tc>
          <w:tcPr>
            <w:tcW w:w="2381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5FCFAD4A" w14:textId="77777777" w:rsidR="00110281" w:rsidRPr="00670300" w:rsidRDefault="00A35BDC">
            <w:pPr>
              <w:spacing w:before="20" w:after="20" w:line="240" w:lineRule="auto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szCs w:val="16"/>
                <w:lang w:val="en-US"/>
              </w:rPr>
              <w:t>Pulmonary valve annulus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3D37C7C6" w14:textId="77777777" w:rsidR="00110281" w:rsidRPr="00670300" w:rsidRDefault="00A35BDC">
            <w:pPr>
              <w:spacing w:before="20" w:after="20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lang w:val="en-US"/>
              </w:rPr>
              <w:t>Yes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1FF7D33E" w14:textId="77777777" w:rsidR="00110281" w:rsidRPr="00670300" w:rsidRDefault="00A35BDC">
            <w:pPr>
              <w:spacing w:before="20" w:after="20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lang w:val="en-US"/>
              </w:rPr>
              <w:t>No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016FC2FA" w14:textId="77777777" w:rsidR="00110281" w:rsidRPr="00670300" w:rsidRDefault="00A35BDC">
            <w:pPr>
              <w:spacing w:before="20" w:after="20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lang w:val="en-US"/>
              </w:rPr>
              <w:t>Yes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37978EF1" w14:textId="77777777" w:rsidR="00110281" w:rsidRPr="00670300" w:rsidRDefault="00A35BDC">
            <w:pPr>
              <w:spacing w:before="20" w:after="20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lang w:val="en-US"/>
              </w:rPr>
              <w:t>Yes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592C257D" w14:textId="77777777" w:rsidR="00110281" w:rsidRPr="00670300" w:rsidRDefault="00A35BDC">
            <w:pPr>
              <w:spacing w:before="20" w:after="20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6"/>
                <w:lang w:val="en-US"/>
              </w:rPr>
              <w:t>5,076 / 4,249</w:t>
            </w:r>
          </w:p>
        </w:tc>
      </w:tr>
    </w:tbl>
    <w:p>
      <w:pPr>
        <w:spacing w:after="120" w:before="120"/>
      </w:pPr>
      <w:r>
        <w:rPr>
          <w:rFonts w:ascii="Times New Roman" w:hAnsi="Times New Roman" w:cs="Times New Roman"/>
          <w:b w:val="0"/>
          <w:i w:val="0"/>
          <w:sz w:val="18"/>
        </w:rPr>
        <w:t>Height, weight, age and BMIz indicate whether each variable enters the prediction of the median for that structure, taken from the supplementary material of the source nomogram [20]. The derivation n is the number of studies contributing to each equation in that cohort. The three structures whose equations omit BMIz are the three in which a significant negative association persisted. LVEDD, left ventricular end-diastolic diameter; BMIz, body mass index Z score.</w:t>
      </w:r>
    </w:p>
    <w:p>
      <w:pPr>
        <w:pageBreakBefore/>
        <w:spacing w:after="60" w:before="0"/>
      </w:pPr>
      <w:r>
        <w:rPr>
          <w:rFonts w:ascii="Times New Roman" w:hAnsi="Times New Roman" w:cs="Times New Roman"/>
          <w:b/>
          <w:i w:val="0"/>
          <w:sz w:val="22"/>
        </w:rPr>
        <w:t>Online Resource 2</w:t>
      </w:r>
    </w:p>
    <w:p>
      <w:pPr>
        <w:spacing w:after="160" w:before="0"/>
      </w:pPr>
      <w:r>
        <w:rPr>
          <w:rFonts w:ascii="Times New Roman" w:hAnsi="Times New Roman" w:cs="Times New Roman"/>
          <w:b w:val="0"/>
          <w:i w:val="0"/>
          <w:sz w:val="20"/>
        </w:rPr>
        <w:t>Complete pairwise chi-square comparisons of size classification between nutritional groups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2324"/>
        <w:gridCol w:w="1474"/>
        <w:gridCol w:w="3515"/>
        <w:gridCol w:w="2047"/>
      </w:tblGrid>
      <w:tr w:rsidR="00110281" w:rsidRPr="00670300" w14:paraId="579555AF" w14:textId="77777777" w:rsidTr="3DAED7C1">
        <w:trPr>
          <w:cantSplit/>
          <w:tblHeader/>
        </w:trPr>
        <w:tc>
          <w:tcPr>
            <w:tcW w:w="2324" w:type="dxa"/>
            <w:tcBorders>
              <w:top w:val="single" w:sz="8" w:space="0" w:color="000000" w:themeColor="text1"/>
              <w:left w:val="nil"/>
              <w:bottom w:val="single" w:sz="6" w:space="0" w:color="000000" w:themeColor="text1"/>
              <w:right w:val="nil"/>
            </w:tcBorders>
            <w:vAlign w:val="center"/>
          </w:tcPr>
          <w:p w14:paraId="4573D4CA" w14:textId="77777777" w:rsidR="00110281" w:rsidRPr="00670300" w:rsidRDefault="00A35BDC">
            <w:pPr>
              <w:spacing w:before="16" w:after="16" w:line="240" w:lineRule="auto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bCs/>
                <w:sz w:val="14"/>
                <w:szCs w:val="14"/>
                <w:lang w:val="en-US"/>
              </w:rPr>
              <w:t>Structure</w:t>
            </w:r>
          </w:p>
        </w:tc>
        <w:tc>
          <w:tcPr>
            <w:tcW w:w="1474" w:type="dxa"/>
            <w:tcBorders>
              <w:top w:val="single" w:sz="8" w:space="0" w:color="000000" w:themeColor="text1"/>
              <w:left w:val="nil"/>
              <w:bottom w:val="single" w:sz="6" w:space="0" w:color="000000" w:themeColor="text1"/>
              <w:right w:val="nil"/>
            </w:tcBorders>
            <w:vAlign w:val="center"/>
          </w:tcPr>
          <w:p w14:paraId="07B7123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bCs/>
                <w:sz w:val="14"/>
                <w:szCs w:val="14"/>
                <w:lang w:val="en-US"/>
              </w:rPr>
              <w:t>Nomogram</w:t>
            </w:r>
          </w:p>
        </w:tc>
        <w:tc>
          <w:tcPr>
            <w:tcW w:w="3515" w:type="dxa"/>
            <w:tcBorders>
              <w:top w:val="single" w:sz="8" w:space="0" w:color="000000" w:themeColor="text1"/>
              <w:left w:val="nil"/>
              <w:bottom w:val="single" w:sz="6" w:space="0" w:color="000000" w:themeColor="text1"/>
              <w:right w:val="nil"/>
            </w:tcBorders>
            <w:vAlign w:val="center"/>
          </w:tcPr>
          <w:p w14:paraId="154290B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bCs/>
                <w:sz w:val="14"/>
                <w:szCs w:val="14"/>
                <w:lang w:val="en-US"/>
              </w:rPr>
              <w:t>Comparison</w:t>
            </w:r>
          </w:p>
        </w:tc>
        <w:tc>
          <w:tcPr>
            <w:tcW w:w="2047" w:type="dxa"/>
            <w:tcBorders>
              <w:top w:val="single" w:sz="8" w:space="0" w:color="000000" w:themeColor="text1"/>
              <w:left w:val="nil"/>
              <w:bottom w:val="single" w:sz="6" w:space="0" w:color="000000" w:themeColor="text1"/>
              <w:right w:val="nil"/>
            </w:tcBorders>
            <w:vAlign w:val="center"/>
          </w:tcPr>
          <w:p w14:paraId="35B7647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4"/>
                <w:lang w:val="en-US"/>
              </w:rPr>
              <w:t>p</w:t>
            </w:r>
          </w:p>
        </w:tc>
      </w:tr>
      <w:tr w:rsidR="00110281" w:rsidRPr="00670300" w14:paraId="59613F2A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050679" w14:textId="77777777" w:rsidR="00110281" w:rsidRPr="00670300" w:rsidRDefault="00A35BDC">
            <w:pPr>
              <w:spacing w:before="16" w:after="16" w:line="240" w:lineRule="auto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Aortic valve annulus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6190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PHN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A65C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Eutrophic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E528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0.065</w:t>
            </w:r>
          </w:p>
        </w:tc>
      </w:tr>
      <w:tr w:rsidR="00110281" w:rsidRPr="00670300" w14:paraId="0C14934F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10F98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FEBD2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6BA9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0575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4"/>
                <w:lang w:val="en-US"/>
              </w:rPr>
              <w:t>0.008</w:t>
            </w:r>
          </w:p>
        </w:tc>
      </w:tr>
      <w:tr w:rsidR="00110281" w:rsidRPr="00670300" w14:paraId="3BC24FCA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3EF3B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D6061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7610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E2F44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4"/>
                <w:lang w:val="en-US"/>
              </w:rPr>
              <w:t>&lt;0.001</w:t>
            </w:r>
          </w:p>
        </w:tc>
      </w:tr>
      <w:tr w:rsidR="00110281" w:rsidRPr="00670300" w14:paraId="74F50E6C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BC5DC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25BB8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570A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02D4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0.558</w:t>
            </w:r>
          </w:p>
        </w:tc>
      </w:tr>
      <w:tr w:rsidR="00110281" w:rsidRPr="00670300" w14:paraId="759D94BB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73014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C7037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9DF0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EACF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4"/>
                <w:lang w:val="en-US"/>
              </w:rPr>
              <w:t>0.044</w:t>
            </w:r>
          </w:p>
        </w:tc>
      </w:tr>
      <w:tr w:rsidR="00110281" w:rsidRPr="00670300" w14:paraId="0FE3D628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FBB73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70BD0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CE6A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Overweight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9886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0.093</w:t>
            </w:r>
          </w:p>
        </w:tc>
      </w:tr>
      <w:tr w:rsidR="00110281" w:rsidRPr="00670300" w14:paraId="4ABE2862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B691D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C5A4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Detroit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0EA8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Eutrophic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128F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0.496</w:t>
            </w:r>
          </w:p>
        </w:tc>
      </w:tr>
      <w:tr w:rsidR="00110281" w:rsidRPr="00670300" w14:paraId="15C17128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01389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A6A19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5408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9A08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0.709</w:t>
            </w:r>
          </w:p>
        </w:tc>
      </w:tr>
      <w:tr w:rsidR="00110281" w:rsidRPr="00670300" w14:paraId="38DEEE44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ED1E4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6E0CE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B3BE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C579D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4"/>
                <w:lang w:val="en-US"/>
              </w:rPr>
              <w:t>0.020</w:t>
            </w:r>
          </w:p>
        </w:tc>
      </w:tr>
      <w:tr w:rsidR="00110281" w:rsidRPr="00670300" w14:paraId="4BF91384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7680A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F3076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2D6C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B5E40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0.782</w:t>
            </w:r>
          </w:p>
        </w:tc>
      </w:tr>
      <w:tr w:rsidR="00110281" w:rsidRPr="00670300" w14:paraId="57717116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6E9349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51351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2BBF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15BF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4"/>
                <w:lang w:val="en-US"/>
              </w:rPr>
              <w:t>&lt;0.001</w:t>
            </w:r>
          </w:p>
        </w:tc>
      </w:tr>
      <w:tr w:rsidR="00110281" w:rsidRPr="00670300" w14:paraId="467C7A5B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C43D7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369B2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A9C4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Overweight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ABFC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4"/>
                <w:lang w:val="en-US"/>
              </w:rPr>
              <w:t>0.011</w:t>
            </w:r>
          </w:p>
        </w:tc>
      </w:tr>
      <w:tr w:rsidR="00110281" w:rsidRPr="00670300" w14:paraId="580EEE99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EC3F6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0721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Toronto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6696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Eutrophic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7387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0.573</w:t>
            </w:r>
          </w:p>
        </w:tc>
      </w:tr>
      <w:tr w:rsidR="00110281" w:rsidRPr="00670300" w14:paraId="72196492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43F98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688629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EF817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7E49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4"/>
                <w:lang w:val="en-US"/>
              </w:rPr>
              <w:t>0.013</w:t>
            </w:r>
          </w:p>
        </w:tc>
      </w:tr>
      <w:tr w:rsidR="00110281" w:rsidRPr="00670300" w14:paraId="5834D879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42E92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EB88B5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8504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CD3C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4"/>
                <w:lang w:val="en-US"/>
              </w:rPr>
              <w:t>0.005</w:t>
            </w:r>
          </w:p>
        </w:tc>
      </w:tr>
      <w:tr w:rsidR="00110281" w:rsidRPr="00670300" w14:paraId="5CFBED82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184BA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DCD8D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38F5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EAC7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4"/>
                <w:lang w:val="en-US"/>
              </w:rPr>
              <w:t>&lt;0.001</w:t>
            </w:r>
          </w:p>
        </w:tc>
      </w:tr>
      <w:tr w:rsidR="00110281" w:rsidRPr="00670300" w14:paraId="225842E2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3739C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70A48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2212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DD8E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4"/>
                <w:lang w:val="en-US"/>
              </w:rPr>
              <w:t>&lt;0.001</w:t>
            </w:r>
          </w:p>
        </w:tc>
      </w:tr>
      <w:tr w:rsidR="00110281" w:rsidRPr="00670300" w14:paraId="37B9463C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0AADD2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B2356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7701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Overweight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4C22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0.834</w:t>
            </w:r>
          </w:p>
        </w:tc>
      </w:tr>
      <w:tr w:rsidR="00110281" w:rsidRPr="00670300" w14:paraId="5746A42F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82D22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85A2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Italy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84E9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Eutrophic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5C7D7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0.458</w:t>
            </w:r>
          </w:p>
        </w:tc>
      </w:tr>
      <w:tr w:rsidR="00110281" w:rsidRPr="00670300" w14:paraId="6C2630B6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58A5F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A3C8B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19F2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62676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4"/>
                <w:lang w:val="en-US"/>
              </w:rPr>
              <w:t>0.006</w:t>
            </w:r>
          </w:p>
        </w:tc>
      </w:tr>
      <w:tr w:rsidR="00110281" w:rsidRPr="00670300" w14:paraId="364CB9FC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7A2D7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EDB29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4A918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ED05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4"/>
                <w:lang w:val="en-US"/>
              </w:rPr>
              <w:t>0.020</w:t>
            </w:r>
          </w:p>
        </w:tc>
      </w:tr>
      <w:tr w:rsidR="00110281" w:rsidRPr="00670300" w14:paraId="705087E2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7BA7C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9FAE4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AE07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B2BED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4"/>
                <w:lang w:val="en-US"/>
              </w:rPr>
              <w:t>&lt;0.001</w:t>
            </w:r>
          </w:p>
        </w:tc>
      </w:tr>
      <w:tr w:rsidR="00110281" w:rsidRPr="00670300" w14:paraId="704B75D6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9EF72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3DC7A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E1C0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5D4A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4"/>
                <w:lang w:val="en-US"/>
              </w:rPr>
              <w:t>&lt;0.001</w:t>
            </w:r>
          </w:p>
        </w:tc>
      </w:tr>
      <w:tr w:rsidR="00110281" w:rsidRPr="00670300" w14:paraId="2F1644BF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F47FEA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C0082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C668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Overweight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600B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0.658</w:t>
            </w:r>
          </w:p>
        </w:tc>
      </w:tr>
      <w:tr w:rsidR="00110281" w:rsidRPr="00670300" w14:paraId="7DF7C9E1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82C2E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39D8D" w14:textId="66F67871" w:rsidR="00110281" w:rsidRPr="00670300" w:rsidRDefault="00A4161A">
            <w:pPr>
              <w:spacing w:before="16" w:after="16" w:line="240" w:lineRule="auto"/>
              <w:jc w:val="center"/>
              <w:rPr>
                <w:lang w:val="en-US"/>
              </w:rPr>
            </w:pPr>
            <w:r>
              <w:rPr>
                <w:rFonts w:eastAsia="Times New Roman" w:cs="Times New Roman"/>
                <w:sz w:val="14"/>
                <w:lang w:val="en-US"/>
              </w:rPr>
              <w:t>Lauzon-</w:t>
            </w:r>
            <w:proofErr w:type="spellStart"/>
            <w:r>
              <w:rPr>
                <w:rFonts w:eastAsia="Times New Roman" w:cs="Times New Roman"/>
                <w:sz w:val="14"/>
                <w:lang w:val="en-US"/>
              </w:rPr>
              <w:t>Schnittka</w:t>
            </w:r>
            <w:proofErr w:type="spellEnd"/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016F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Eutrophic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D0AE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0.796</w:t>
            </w:r>
          </w:p>
        </w:tc>
      </w:tr>
      <w:tr w:rsidR="00110281" w:rsidRPr="00670300" w14:paraId="78FFAB56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8C303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E10BF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5543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D94B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0.702</w:t>
            </w:r>
          </w:p>
        </w:tc>
      </w:tr>
      <w:tr w:rsidR="00110281" w:rsidRPr="00670300" w14:paraId="4884B123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5D078B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7185E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EA2D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90F8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0.865</w:t>
            </w:r>
          </w:p>
        </w:tc>
      </w:tr>
      <w:tr w:rsidR="00110281" w:rsidRPr="00670300" w14:paraId="4587AF5F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C6D6C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E9CAE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D8DE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90CA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0.809</w:t>
            </w:r>
          </w:p>
        </w:tc>
      </w:tr>
      <w:tr w:rsidR="00110281" w:rsidRPr="00670300" w14:paraId="3C70E525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5FB2A5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52355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3940F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EBEF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1.000</w:t>
            </w:r>
          </w:p>
        </w:tc>
      </w:tr>
      <w:tr w:rsidR="00110281" w:rsidRPr="00670300" w14:paraId="689D5834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386FF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EB436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451B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Overweight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F81A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0.842</w:t>
            </w:r>
          </w:p>
        </w:tc>
      </w:tr>
      <w:tr w:rsidR="00110281" w:rsidRPr="00670300" w14:paraId="7123CEAF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DA4BE" w14:textId="77777777" w:rsidR="00110281" w:rsidRPr="00670300" w:rsidRDefault="00A35BDC">
            <w:pPr>
              <w:spacing w:before="16" w:after="16" w:line="240" w:lineRule="auto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Sinuses of Valsalva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B615C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PHN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DED1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Eutrophic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2CC8E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0.781</w:t>
            </w:r>
          </w:p>
        </w:tc>
      </w:tr>
      <w:tr w:rsidR="00110281" w:rsidRPr="00670300" w14:paraId="7AC50AD6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CF315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6287F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C6F0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B04D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0.560</w:t>
            </w:r>
          </w:p>
        </w:tc>
      </w:tr>
      <w:tr w:rsidR="00110281" w:rsidRPr="00670300" w14:paraId="5A58E0B9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D9B11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2C798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600C2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E15D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4"/>
                <w:lang w:val="en-US"/>
              </w:rPr>
              <w:t>0.013</w:t>
            </w:r>
          </w:p>
        </w:tc>
      </w:tr>
      <w:tr w:rsidR="00110281" w:rsidRPr="00670300" w14:paraId="037106E2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21092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27214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F363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FCAB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0.781</w:t>
            </w:r>
          </w:p>
        </w:tc>
      </w:tr>
      <w:tr w:rsidR="00110281" w:rsidRPr="00670300" w14:paraId="70BEAC37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1C054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C2126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05EF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8BB8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4"/>
                <w:lang w:val="en-US"/>
              </w:rPr>
              <w:t>0.003</w:t>
            </w:r>
          </w:p>
        </w:tc>
      </w:tr>
      <w:tr w:rsidR="00110281" w:rsidRPr="00670300" w14:paraId="274ABCC6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19E15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A7F3F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051C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Overweight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E1A7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0.073</w:t>
            </w:r>
          </w:p>
        </w:tc>
      </w:tr>
      <w:tr w:rsidR="00110281" w:rsidRPr="00670300" w14:paraId="55DB4C24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8B478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056C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Detroit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EF66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Eutrophic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E9D0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0.847</w:t>
            </w:r>
          </w:p>
        </w:tc>
      </w:tr>
      <w:tr w:rsidR="00110281" w:rsidRPr="00670300" w14:paraId="55FB18E7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04F42B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7EF76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A538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3AE8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0.597</w:t>
            </w:r>
          </w:p>
        </w:tc>
      </w:tr>
      <w:tr w:rsidR="00110281" w:rsidRPr="00670300" w14:paraId="2729EDA3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74809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34D3F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74AC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C3C1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0.083</w:t>
            </w:r>
          </w:p>
        </w:tc>
      </w:tr>
      <w:tr w:rsidR="00110281" w:rsidRPr="00670300" w14:paraId="0A30A084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E514C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1843D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AD16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053E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0.178</w:t>
            </w:r>
          </w:p>
        </w:tc>
      </w:tr>
      <w:tr w:rsidR="00110281" w:rsidRPr="00670300" w14:paraId="4C0774C3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A8D45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A5514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E9EE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2FE6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4"/>
                <w:lang w:val="en-US"/>
              </w:rPr>
              <w:t>&lt;0.001</w:t>
            </w:r>
          </w:p>
        </w:tc>
      </w:tr>
      <w:tr w:rsidR="00110281" w:rsidRPr="00670300" w14:paraId="2C23BEA6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74806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2F4FA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D231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Overweight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8F8F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4"/>
                <w:lang w:val="en-US"/>
              </w:rPr>
              <w:t>0.003</w:t>
            </w:r>
          </w:p>
        </w:tc>
      </w:tr>
      <w:tr w:rsidR="00110281" w:rsidRPr="00670300" w14:paraId="516BF2BF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5B281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DF4A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Toronto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F72D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Eutrophic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4DF6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0.781</w:t>
            </w:r>
          </w:p>
        </w:tc>
      </w:tr>
      <w:tr w:rsidR="00110281" w:rsidRPr="00670300" w14:paraId="0826C039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4C724A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C93FBF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F6B6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9747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0.616</w:t>
            </w:r>
          </w:p>
        </w:tc>
      </w:tr>
      <w:tr w:rsidR="00110281" w:rsidRPr="00670300" w14:paraId="4FE6C38E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8F1E5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4B7F4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1FCB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8894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0.328</w:t>
            </w:r>
          </w:p>
        </w:tc>
      </w:tr>
      <w:tr w:rsidR="00110281" w:rsidRPr="00670300" w14:paraId="72045BA8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8EDDC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9F182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B2C0D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E112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0.782</w:t>
            </w:r>
          </w:p>
        </w:tc>
      </w:tr>
      <w:tr w:rsidR="00110281" w:rsidRPr="00670300" w14:paraId="540C0B11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D241C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F0530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6D31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BD15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4"/>
                <w:lang w:val="en-US"/>
              </w:rPr>
              <w:t>0.045</w:t>
            </w:r>
          </w:p>
        </w:tc>
      </w:tr>
      <w:tr w:rsidR="00110281" w:rsidRPr="00670300" w14:paraId="414212B0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1780B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73B47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9E13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Overweight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2E82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0.242</w:t>
            </w:r>
          </w:p>
        </w:tc>
      </w:tr>
      <w:tr w:rsidR="00110281" w:rsidRPr="00670300" w14:paraId="55D7E862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3CBF2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3CCD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Italy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7453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Eutrophic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6AC9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0.700</w:t>
            </w:r>
          </w:p>
        </w:tc>
      </w:tr>
      <w:tr w:rsidR="00110281" w:rsidRPr="00670300" w14:paraId="4A29049C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AD509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BA783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6465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5A49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0.510</w:t>
            </w:r>
          </w:p>
        </w:tc>
      </w:tr>
      <w:tr w:rsidR="00110281" w:rsidRPr="00670300" w14:paraId="4D3E0ABB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2ABE4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90DC9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2CE8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B051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0.107</w:t>
            </w:r>
          </w:p>
        </w:tc>
      </w:tr>
      <w:tr w:rsidR="00110281" w:rsidRPr="00670300" w14:paraId="55023DDF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E928E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93DA1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E46D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0A1F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0.656</w:t>
            </w:r>
          </w:p>
        </w:tc>
      </w:tr>
      <w:tr w:rsidR="00110281" w:rsidRPr="00670300" w14:paraId="1B4AED01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C763E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10762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512C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EC79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4"/>
                <w:lang w:val="en-US"/>
              </w:rPr>
              <w:t>0.003</w:t>
            </w:r>
          </w:p>
        </w:tc>
      </w:tr>
      <w:tr w:rsidR="00110281" w:rsidRPr="00670300" w14:paraId="7570DD5D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730559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A0F3D5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B71DA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Overweight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A53E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0.139</w:t>
            </w:r>
          </w:p>
        </w:tc>
      </w:tr>
      <w:tr w:rsidR="00110281" w:rsidRPr="00670300" w14:paraId="464A2949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937F1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13D577" w14:textId="390602E5" w:rsidR="00110281" w:rsidRPr="00670300" w:rsidRDefault="00A4161A">
            <w:pPr>
              <w:spacing w:before="16" w:after="16" w:line="240" w:lineRule="auto"/>
              <w:jc w:val="center"/>
              <w:rPr>
                <w:lang w:val="en-US"/>
              </w:rPr>
            </w:pPr>
            <w:r>
              <w:rPr>
                <w:rFonts w:eastAsia="Times New Roman" w:cs="Times New Roman"/>
                <w:sz w:val="14"/>
                <w:lang w:val="en-US"/>
              </w:rPr>
              <w:t>Lauzon-</w:t>
            </w:r>
            <w:proofErr w:type="spellStart"/>
            <w:r>
              <w:rPr>
                <w:rFonts w:eastAsia="Times New Roman" w:cs="Times New Roman"/>
                <w:sz w:val="14"/>
                <w:lang w:val="en-US"/>
              </w:rPr>
              <w:t>Schnittka</w:t>
            </w:r>
            <w:proofErr w:type="spellEnd"/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129E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Eutrophic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2079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0.834</w:t>
            </w:r>
          </w:p>
        </w:tc>
      </w:tr>
      <w:tr w:rsidR="00110281" w:rsidRPr="00670300" w14:paraId="32CC2E5B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1EB1E8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BE9B3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1386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BD2F4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0.679</w:t>
            </w:r>
          </w:p>
        </w:tc>
      </w:tr>
      <w:tr w:rsidR="00110281" w:rsidRPr="00670300" w14:paraId="22FFF90B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B384A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B69EA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B199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178B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0.835</w:t>
            </w:r>
          </w:p>
        </w:tc>
      </w:tr>
      <w:tr w:rsidR="00110281" w:rsidRPr="00670300" w14:paraId="6FD24135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01CD33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9EBD4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8F6B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E788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0.834</w:t>
            </w:r>
          </w:p>
        </w:tc>
      </w:tr>
      <w:tr w:rsidR="00110281" w:rsidRPr="00670300" w14:paraId="098523C6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C859D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EBF84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5D89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2BDB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0.938</w:t>
            </w:r>
          </w:p>
        </w:tc>
      </w:tr>
      <w:tr w:rsidR="00110281" w:rsidRPr="00670300" w14:paraId="4088AE81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A13EF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B89B9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F462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Overweight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3294F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0.866</w:t>
            </w:r>
          </w:p>
        </w:tc>
      </w:tr>
      <w:tr w:rsidR="00110281" w:rsidRPr="00670300" w14:paraId="22D1ECAD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B533E" w14:textId="77777777" w:rsidR="00110281" w:rsidRPr="00670300" w:rsidRDefault="00A35BDC">
            <w:pPr>
              <w:spacing w:before="16" w:after="16" w:line="240" w:lineRule="auto"/>
              <w:rPr>
                <w:lang w:val="en-US"/>
              </w:rPr>
            </w:pPr>
            <w:proofErr w:type="spellStart"/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Sinotubular</w:t>
            </w:r>
            <w:proofErr w:type="spellEnd"/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 xml:space="preserve"> junction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55D3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PHN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521A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Eutrophic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C9D3D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1.000</w:t>
            </w:r>
          </w:p>
        </w:tc>
      </w:tr>
      <w:tr w:rsidR="00110281" w:rsidRPr="00670300" w14:paraId="077845CD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17A71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339D6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7E991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C3D2B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0.759</w:t>
            </w:r>
          </w:p>
        </w:tc>
      </w:tr>
      <w:tr w:rsidR="00110281" w:rsidRPr="00670300" w14:paraId="7641C851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A723C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D3A72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7E84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7B75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0.189</w:t>
            </w:r>
          </w:p>
        </w:tc>
      </w:tr>
      <w:tr w:rsidR="00110281" w:rsidRPr="00670300" w14:paraId="1C73B78D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EB659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9655F7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CB23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D6E0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0.597</w:t>
            </w:r>
          </w:p>
        </w:tc>
      </w:tr>
      <w:tr w:rsidR="00110281" w:rsidRPr="00670300" w14:paraId="72906911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5552FF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DD202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E7A9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26B0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0.053</w:t>
            </w:r>
          </w:p>
        </w:tc>
      </w:tr>
      <w:tr w:rsidR="00110281" w:rsidRPr="00670300" w14:paraId="5CD0ABFF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BB19B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94786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9ACB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Overweight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36B1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0.489</w:t>
            </w:r>
          </w:p>
        </w:tc>
      </w:tr>
      <w:tr w:rsidR="00110281" w:rsidRPr="00670300" w14:paraId="5E73EE77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33086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96B2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Detroit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1B02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Eutrophic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EDBD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0.809</w:t>
            </w:r>
          </w:p>
        </w:tc>
      </w:tr>
      <w:tr w:rsidR="00110281" w:rsidRPr="00670300" w14:paraId="248021E7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029A4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A4D52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52D5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9215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0.770</w:t>
            </w:r>
          </w:p>
        </w:tc>
      </w:tr>
      <w:tr w:rsidR="00110281" w:rsidRPr="00670300" w14:paraId="1D28D778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16FF6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1106C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FFA3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5E066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0.323</w:t>
            </w:r>
          </w:p>
        </w:tc>
      </w:tr>
      <w:tr w:rsidR="00110281" w:rsidRPr="00670300" w14:paraId="052A690E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DECA98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F054D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B643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16F5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0.893</w:t>
            </w:r>
          </w:p>
        </w:tc>
      </w:tr>
      <w:tr w:rsidR="00110281" w:rsidRPr="00670300" w14:paraId="1E9089B4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CF3E2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50EF9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C598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429B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4"/>
                <w:lang w:val="en-US"/>
              </w:rPr>
              <w:t>&lt;0.001</w:t>
            </w:r>
          </w:p>
        </w:tc>
      </w:tr>
      <w:tr w:rsidR="00110281" w:rsidRPr="00670300" w14:paraId="03AB8ABB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F716B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EE419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15ED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Overweight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5003B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0.074</w:t>
            </w:r>
          </w:p>
        </w:tc>
      </w:tr>
      <w:tr w:rsidR="00110281" w:rsidRPr="00670300" w14:paraId="3D58019C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F5D616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23060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Toronto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9F91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Eutrophic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54E4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0.815</w:t>
            </w:r>
          </w:p>
        </w:tc>
      </w:tr>
      <w:tr w:rsidR="00110281" w:rsidRPr="00670300" w14:paraId="2670473B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428A05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5E58B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3C56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924A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0.815</w:t>
            </w:r>
          </w:p>
        </w:tc>
      </w:tr>
      <w:tr w:rsidR="00110281" w:rsidRPr="00670300" w14:paraId="15ED5212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96220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E6283D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271F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C023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1.000</w:t>
            </w:r>
          </w:p>
        </w:tc>
      </w:tr>
      <w:tr w:rsidR="00110281" w:rsidRPr="00670300" w14:paraId="0E45D0F1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23376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D152D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23AF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DB50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0.918</w:t>
            </w:r>
          </w:p>
        </w:tc>
      </w:tr>
      <w:tr w:rsidR="00110281" w:rsidRPr="00670300" w14:paraId="370CE493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D5E68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B7FBE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06C3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3A1A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0.433</w:t>
            </w:r>
          </w:p>
        </w:tc>
      </w:tr>
      <w:tr w:rsidR="00110281" w:rsidRPr="00670300" w14:paraId="41092B5C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9A6A2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A5669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81F7E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Overweight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F1E4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0.489</w:t>
            </w:r>
          </w:p>
        </w:tc>
      </w:tr>
      <w:tr w:rsidR="00110281" w:rsidRPr="00670300" w14:paraId="6E55E33E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150A6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FBD2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Italy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9757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Eutrophic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D05D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0.871</w:t>
            </w:r>
          </w:p>
        </w:tc>
      </w:tr>
      <w:tr w:rsidR="00110281" w:rsidRPr="00670300" w14:paraId="57E43C8F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BAF11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80E72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EFB3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8319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0.573</w:t>
            </w:r>
          </w:p>
        </w:tc>
      </w:tr>
      <w:tr w:rsidR="00110281" w:rsidRPr="00670300" w14:paraId="49D6270B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422B2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40451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688B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7C6E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0.065</w:t>
            </w:r>
          </w:p>
        </w:tc>
      </w:tr>
      <w:tr w:rsidR="00110281" w:rsidRPr="00670300" w14:paraId="6115E0EA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4A165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075B6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08EA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E483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0.546</w:t>
            </w:r>
          </w:p>
        </w:tc>
      </w:tr>
      <w:tr w:rsidR="00110281" w:rsidRPr="00670300" w14:paraId="16782B58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256EA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D03AF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31EA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6BAA7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4"/>
                <w:lang w:val="en-US"/>
              </w:rPr>
              <w:t>0.008</w:t>
            </w:r>
          </w:p>
        </w:tc>
      </w:tr>
      <w:tr w:rsidR="00110281" w:rsidRPr="00670300" w14:paraId="5E429414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238FB6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CEA32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1590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Overweight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14BB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0.298</w:t>
            </w:r>
          </w:p>
        </w:tc>
      </w:tr>
      <w:tr w:rsidR="00110281" w:rsidRPr="00670300" w14:paraId="2147167D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7B2FC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A40B7" w14:textId="2D264834" w:rsidR="00110281" w:rsidRPr="00670300" w:rsidRDefault="00A4161A">
            <w:pPr>
              <w:spacing w:before="16" w:after="16" w:line="240" w:lineRule="auto"/>
              <w:jc w:val="center"/>
              <w:rPr>
                <w:lang w:val="en-US"/>
              </w:rPr>
            </w:pPr>
            <w:r>
              <w:rPr>
                <w:rFonts w:eastAsia="Times New Roman" w:cs="Times New Roman"/>
                <w:sz w:val="14"/>
                <w:lang w:val="en-US"/>
              </w:rPr>
              <w:t>Lauzon-</w:t>
            </w:r>
            <w:proofErr w:type="spellStart"/>
            <w:r>
              <w:rPr>
                <w:rFonts w:eastAsia="Times New Roman" w:cs="Times New Roman"/>
                <w:sz w:val="14"/>
                <w:lang w:val="en-US"/>
              </w:rPr>
              <w:t>Schnittka</w:t>
            </w:r>
            <w:proofErr w:type="spellEnd"/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19E2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Eutrophic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CE05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0.234</w:t>
            </w:r>
          </w:p>
        </w:tc>
      </w:tr>
      <w:tr w:rsidR="00110281" w:rsidRPr="00670300" w14:paraId="224D250D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68BC2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C5CDB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30D0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8C79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0.052</w:t>
            </w:r>
          </w:p>
        </w:tc>
      </w:tr>
      <w:tr w:rsidR="00110281" w:rsidRPr="00670300" w14:paraId="75165B75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3249D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05A0D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B755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19BE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0.157</w:t>
            </w:r>
          </w:p>
        </w:tc>
      </w:tr>
      <w:tr w:rsidR="00110281" w:rsidRPr="00670300" w14:paraId="49849679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F8B57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181C4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C0B1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2C88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0.637</w:t>
            </w:r>
          </w:p>
        </w:tc>
      </w:tr>
      <w:tr w:rsidR="00110281" w:rsidRPr="00670300" w14:paraId="24F12C6D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D8435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5E6CF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448E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E68A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0.647</w:t>
            </w:r>
          </w:p>
        </w:tc>
      </w:tr>
      <w:tr w:rsidR="00110281" w:rsidRPr="00670300" w14:paraId="3DAFA04B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22B10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ADA02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A465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Overweight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A03C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0.616</w:t>
            </w:r>
          </w:p>
        </w:tc>
      </w:tr>
      <w:tr w:rsidR="00110281" w:rsidRPr="00670300" w14:paraId="04190905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52ACD" w14:textId="77777777" w:rsidR="00110281" w:rsidRPr="00670300" w:rsidRDefault="00A35BDC">
            <w:pPr>
              <w:spacing w:before="16" w:after="16" w:line="240" w:lineRule="auto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Ascending aorta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7ADD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PHN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6351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Eutrophic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F1DD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1.000</w:t>
            </w:r>
          </w:p>
        </w:tc>
      </w:tr>
      <w:tr w:rsidR="00110281" w:rsidRPr="00670300" w14:paraId="6F370C9A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BA99B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268044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38C3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F6055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0.865</w:t>
            </w:r>
          </w:p>
        </w:tc>
      </w:tr>
      <w:tr w:rsidR="00110281" w:rsidRPr="00670300" w14:paraId="5F1173B0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B6CDA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BBB93E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E556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EBD5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0.440</w:t>
            </w:r>
          </w:p>
        </w:tc>
      </w:tr>
      <w:tr w:rsidR="00110281" w:rsidRPr="00670300" w14:paraId="3762681D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007AC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31812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F221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A8A2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0.597</w:t>
            </w:r>
          </w:p>
        </w:tc>
      </w:tr>
      <w:tr w:rsidR="00110281" w:rsidRPr="00670300" w14:paraId="06919FDE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0F3A1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CF5230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0C81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8ED3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4"/>
                <w:lang w:val="en-US"/>
              </w:rPr>
              <w:t>0.021</w:t>
            </w:r>
          </w:p>
        </w:tc>
      </w:tr>
      <w:tr w:rsidR="00110281" w:rsidRPr="00670300" w14:paraId="38FC8A23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EBA61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0CD98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BF61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Overweight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CC13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0.107</w:t>
            </w:r>
          </w:p>
        </w:tc>
      </w:tr>
      <w:tr w:rsidR="00110281" w:rsidRPr="00670300" w14:paraId="7F556605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C22E0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E2D42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Toronto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0A6E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Eutrophic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40504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0.930</w:t>
            </w:r>
          </w:p>
        </w:tc>
      </w:tr>
      <w:tr w:rsidR="00110281" w:rsidRPr="00670300" w14:paraId="7E64D5DA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7DC09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0EF4F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9595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5BF9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0.859</w:t>
            </w:r>
          </w:p>
        </w:tc>
      </w:tr>
      <w:tr w:rsidR="00110281" w:rsidRPr="00670300" w14:paraId="30E2EED1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D1B01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1FD82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73FB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4210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0.616</w:t>
            </w:r>
          </w:p>
        </w:tc>
      </w:tr>
      <w:tr w:rsidR="00110281" w:rsidRPr="00670300" w14:paraId="58B9377A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09E79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C3392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53109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FBB8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0.820</w:t>
            </w:r>
          </w:p>
        </w:tc>
      </w:tr>
      <w:tr w:rsidR="00110281" w:rsidRPr="00670300" w14:paraId="204E8C77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22793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50D98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735D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A619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0.664</w:t>
            </w:r>
          </w:p>
        </w:tc>
      </w:tr>
      <w:tr w:rsidR="00110281" w:rsidRPr="00670300" w14:paraId="7559BBFD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F63F6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A86B8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EF1D1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Overweight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B849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0.513</w:t>
            </w:r>
          </w:p>
        </w:tc>
      </w:tr>
      <w:tr w:rsidR="00110281" w:rsidRPr="00670300" w14:paraId="5CF22422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DC8C8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C5B7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Italy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E215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Eutrophic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23ED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0.865</w:t>
            </w:r>
          </w:p>
        </w:tc>
      </w:tr>
      <w:tr w:rsidR="00110281" w:rsidRPr="00670300" w14:paraId="307A55FF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11E9E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06D50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E6EB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9C4A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0.664</w:t>
            </w:r>
          </w:p>
        </w:tc>
      </w:tr>
      <w:tr w:rsidR="00110281" w:rsidRPr="00670300" w14:paraId="04ECD597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1DFDE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62562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5035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9EA35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4"/>
                <w:lang w:val="en-US"/>
              </w:rPr>
              <w:t>0.020</w:t>
            </w:r>
          </w:p>
        </w:tc>
      </w:tr>
      <w:tr w:rsidR="00110281" w:rsidRPr="00670300" w14:paraId="10AAF987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AAFF1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C58DC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79E57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659FA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0.616</w:t>
            </w:r>
          </w:p>
        </w:tc>
      </w:tr>
      <w:tr w:rsidR="00110281" w:rsidRPr="00670300" w14:paraId="70FC8C30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36F83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9A24B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40FC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F35B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4"/>
                <w:lang w:val="en-US"/>
              </w:rPr>
              <w:t>&lt;0.001</w:t>
            </w:r>
          </w:p>
        </w:tc>
      </w:tr>
      <w:tr w:rsidR="00110281" w:rsidRPr="00670300" w14:paraId="10D45FDD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AFE0F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1449E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2199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Overweight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CBEE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4"/>
                <w:lang w:val="en-US"/>
              </w:rPr>
              <w:t>0.020</w:t>
            </w:r>
          </w:p>
        </w:tc>
      </w:tr>
      <w:tr w:rsidR="00110281" w:rsidRPr="00670300" w14:paraId="62E891EF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E60C0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279D2" w14:textId="6D17D78E" w:rsidR="00110281" w:rsidRPr="00670300" w:rsidRDefault="00A4161A">
            <w:pPr>
              <w:spacing w:before="16" w:after="16" w:line="240" w:lineRule="auto"/>
              <w:jc w:val="center"/>
              <w:rPr>
                <w:lang w:val="en-US"/>
              </w:rPr>
            </w:pPr>
            <w:r>
              <w:rPr>
                <w:rFonts w:eastAsia="Times New Roman" w:cs="Times New Roman"/>
                <w:sz w:val="14"/>
                <w:lang w:val="en-US"/>
              </w:rPr>
              <w:t>Lauzon-</w:t>
            </w:r>
            <w:proofErr w:type="spellStart"/>
            <w:r>
              <w:rPr>
                <w:rFonts w:eastAsia="Times New Roman" w:cs="Times New Roman"/>
                <w:sz w:val="14"/>
                <w:lang w:val="en-US"/>
              </w:rPr>
              <w:t>Schnittka</w:t>
            </w:r>
            <w:proofErr w:type="spellEnd"/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883F7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Eutrophic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85BD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0.865</w:t>
            </w:r>
          </w:p>
        </w:tc>
      </w:tr>
      <w:tr w:rsidR="00110281" w:rsidRPr="00670300" w14:paraId="37524BF5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37291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ED800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1621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D3AB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0.994</w:t>
            </w:r>
          </w:p>
        </w:tc>
      </w:tr>
      <w:tr w:rsidR="00110281" w:rsidRPr="00670300" w14:paraId="3D49B13A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8C8CC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C2F4B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F53B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C97D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0.664</w:t>
            </w:r>
          </w:p>
        </w:tc>
      </w:tr>
      <w:tr w:rsidR="00110281" w:rsidRPr="00670300" w14:paraId="7CEBBC9B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20D8A8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249606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C3AB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859D2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0.560</w:t>
            </w:r>
          </w:p>
        </w:tc>
      </w:tr>
      <w:tr w:rsidR="00110281" w:rsidRPr="00670300" w14:paraId="3CF98017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F90C6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1EF8B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F8BD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3FFC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0.815</w:t>
            </w:r>
          </w:p>
        </w:tc>
      </w:tr>
      <w:tr w:rsidR="00110281" w:rsidRPr="00670300" w14:paraId="1E41E4B3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B3CEAB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C4791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2708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Overweight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39F4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0.574</w:t>
            </w:r>
          </w:p>
        </w:tc>
      </w:tr>
      <w:tr w:rsidR="00110281" w:rsidRPr="00670300" w14:paraId="162214C8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EF5734" w14:textId="77777777" w:rsidR="00110281" w:rsidRPr="00670300" w:rsidRDefault="00A35BDC">
            <w:pPr>
              <w:spacing w:before="16" w:after="16" w:line="240" w:lineRule="auto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Mitral valve annulus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15E3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PHN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8A5F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Eutrophic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3FF3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0.597</w:t>
            </w:r>
          </w:p>
        </w:tc>
      </w:tr>
      <w:tr w:rsidR="00110281" w:rsidRPr="00670300" w14:paraId="743DF8BE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3FA8C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FA80C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4EB05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1087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0.315</w:t>
            </w:r>
          </w:p>
        </w:tc>
      </w:tr>
      <w:tr w:rsidR="00110281" w:rsidRPr="00670300" w14:paraId="21B91B90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C907B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F711D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3226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2AA99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0.401</w:t>
            </w:r>
          </w:p>
        </w:tc>
      </w:tr>
      <w:tr w:rsidR="00110281" w:rsidRPr="00670300" w14:paraId="0DF0970B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33A01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51845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0FC1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83BCD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0.664</w:t>
            </w:r>
          </w:p>
        </w:tc>
      </w:tr>
      <w:tr w:rsidR="00110281" w:rsidRPr="00670300" w14:paraId="16BFCCD4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F3C0A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F2A91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0DBD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E6E7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0.616</w:t>
            </w:r>
          </w:p>
        </w:tc>
      </w:tr>
      <w:tr w:rsidR="00110281" w:rsidRPr="00670300" w14:paraId="7A53BAAE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1AA72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4B18E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C5BC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Overweight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095D7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0.921</w:t>
            </w:r>
          </w:p>
        </w:tc>
      </w:tr>
      <w:tr w:rsidR="00110281" w:rsidRPr="00670300" w14:paraId="6690CED7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D94B3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EA20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Detroit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8A718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Eutrophic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3495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0.809</w:t>
            </w:r>
          </w:p>
        </w:tc>
      </w:tr>
      <w:tr w:rsidR="00110281" w:rsidRPr="00670300" w14:paraId="4745986A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BF834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DC486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9162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3CF5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0.815</w:t>
            </w:r>
          </w:p>
        </w:tc>
      </w:tr>
      <w:tr w:rsidR="00110281" w:rsidRPr="00670300" w14:paraId="5552DBE9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4FE9C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89A48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3C6C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D751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0.597</w:t>
            </w:r>
          </w:p>
        </w:tc>
      </w:tr>
      <w:tr w:rsidR="00110281" w:rsidRPr="00670300" w14:paraId="6201E943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B5594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F0A1A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33A2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B82B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1.000</w:t>
            </w:r>
          </w:p>
        </w:tc>
      </w:tr>
      <w:tr w:rsidR="00110281" w:rsidRPr="00670300" w14:paraId="429C7F6D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EA02E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3F3AF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8348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2E79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0.639</w:t>
            </w:r>
          </w:p>
        </w:tc>
      </w:tr>
      <w:tr w:rsidR="00110281" w:rsidRPr="00670300" w14:paraId="54DA8303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14913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D1486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9427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Overweight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82E7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0.781</w:t>
            </w:r>
          </w:p>
        </w:tc>
      </w:tr>
      <w:tr w:rsidR="00110281" w:rsidRPr="00670300" w14:paraId="11C33DF1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0DB63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D41E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Toronto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5113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Eutrophic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D1E82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0.430</w:t>
            </w:r>
          </w:p>
        </w:tc>
      </w:tr>
      <w:tr w:rsidR="00110281" w:rsidRPr="00670300" w14:paraId="56BCB90F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2BF516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65F8C0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4BA9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76E85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0.560</w:t>
            </w:r>
          </w:p>
        </w:tc>
      </w:tr>
      <w:tr w:rsidR="00110281" w:rsidRPr="00670300" w14:paraId="5C8EB216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451BD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0789C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FADF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0FC5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0.485</w:t>
            </w:r>
          </w:p>
        </w:tc>
      </w:tr>
      <w:tr w:rsidR="00110281" w:rsidRPr="00670300" w14:paraId="6A52140B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2CD48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A3473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AEBD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60BD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0.983</w:t>
            </w:r>
          </w:p>
        </w:tc>
      </w:tr>
      <w:tr w:rsidR="00110281" w:rsidRPr="00670300" w14:paraId="454AF6E2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7E673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0BEAB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F676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7DFC7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0.735</w:t>
            </w:r>
          </w:p>
        </w:tc>
      </w:tr>
      <w:tr w:rsidR="00110281" w:rsidRPr="00670300" w14:paraId="201D07CF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E28E5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3CF81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C5A6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Overweight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6349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0.871</w:t>
            </w:r>
          </w:p>
        </w:tc>
      </w:tr>
      <w:tr w:rsidR="00110281" w:rsidRPr="00670300" w14:paraId="3E3E65E1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16074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DFAD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Italy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DB70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Eutrophic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3004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0.702</w:t>
            </w:r>
          </w:p>
        </w:tc>
      </w:tr>
      <w:tr w:rsidR="00110281" w:rsidRPr="00670300" w14:paraId="40F462A4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74A84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2ABBB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2EF7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A5DF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0.664</w:t>
            </w:r>
          </w:p>
        </w:tc>
      </w:tr>
      <w:tr w:rsidR="00110281" w:rsidRPr="00670300" w14:paraId="7F66CB39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8FC1A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C5913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1E97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8689F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0.234</w:t>
            </w:r>
          </w:p>
        </w:tc>
      </w:tr>
      <w:tr w:rsidR="00110281" w:rsidRPr="00670300" w14:paraId="3ACEB4A1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F4078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911B1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85B7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9A57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1.000</w:t>
            </w:r>
          </w:p>
        </w:tc>
      </w:tr>
      <w:tr w:rsidR="00110281" w:rsidRPr="00670300" w14:paraId="07E90558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466DF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B3F73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DC85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C6A5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0.513</w:t>
            </w:r>
          </w:p>
        </w:tc>
      </w:tr>
      <w:tr w:rsidR="00110281" w:rsidRPr="00670300" w14:paraId="43EF51E4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EC41C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6100F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2D78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Overweight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E34C3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0.627</w:t>
            </w:r>
          </w:p>
        </w:tc>
      </w:tr>
      <w:tr w:rsidR="00110281" w:rsidRPr="00670300" w14:paraId="69512CDB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2567A0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5501F" w14:textId="36C13AF6" w:rsidR="00110281" w:rsidRPr="00670300" w:rsidRDefault="00A4161A">
            <w:pPr>
              <w:spacing w:before="16" w:after="16" w:line="240" w:lineRule="auto"/>
              <w:jc w:val="center"/>
              <w:rPr>
                <w:lang w:val="en-US"/>
              </w:rPr>
            </w:pPr>
            <w:r>
              <w:rPr>
                <w:rFonts w:eastAsia="Times New Roman" w:cs="Times New Roman"/>
                <w:sz w:val="14"/>
                <w:lang w:val="en-US"/>
              </w:rPr>
              <w:t>Lauzon-</w:t>
            </w:r>
            <w:proofErr w:type="spellStart"/>
            <w:r>
              <w:rPr>
                <w:rFonts w:eastAsia="Times New Roman" w:cs="Times New Roman"/>
                <w:sz w:val="14"/>
                <w:lang w:val="en-US"/>
              </w:rPr>
              <w:t>Schnittka</w:t>
            </w:r>
            <w:proofErr w:type="spellEnd"/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F9DC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Eutrophic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510C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0.597</w:t>
            </w:r>
          </w:p>
        </w:tc>
      </w:tr>
      <w:tr w:rsidR="00110281" w:rsidRPr="00670300" w14:paraId="7F705577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2BED9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07D40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1C1B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2400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0.834</w:t>
            </w:r>
          </w:p>
        </w:tc>
      </w:tr>
      <w:tr w:rsidR="00110281" w:rsidRPr="00670300" w14:paraId="6B29F27C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BA427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531A0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DAF9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57C2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0.834</w:t>
            </w:r>
          </w:p>
        </w:tc>
      </w:tr>
      <w:tr w:rsidR="00110281" w:rsidRPr="00670300" w14:paraId="6FAC0A20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487B6E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3F284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6B9DB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DBD8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0.868</w:t>
            </w:r>
          </w:p>
        </w:tc>
      </w:tr>
      <w:tr w:rsidR="00110281" w:rsidRPr="00670300" w14:paraId="1A550AE3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D6F07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92DB2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ACA7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56DD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0.943</w:t>
            </w:r>
          </w:p>
        </w:tc>
      </w:tr>
      <w:tr w:rsidR="00110281" w:rsidRPr="00670300" w14:paraId="2D188299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F5824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54753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E2AB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Overweight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9C07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1.000</w:t>
            </w:r>
          </w:p>
        </w:tc>
      </w:tr>
      <w:tr w:rsidR="00110281" w:rsidRPr="00670300" w14:paraId="55A5034F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6EF71" w14:textId="77777777" w:rsidR="00110281" w:rsidRPr="00670300" w:rsidRDefault="00A35BDC">
            <w:pPr>
              <w:spacing w:before="16" w:after="16" w:line="240" w:lineRule="auto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LVEDD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C7CF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PHN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220E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Eutrophic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5720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0.601</w:t>
            </w:r>
          </w:p>
        </w:tc>
      </w:tr>
      <w:tr w:rsidR="00110281" w:rsidRPr="00670300" w14:paraId="30067463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CDC72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1C6B8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181B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A59D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0.573</w:t>
            </w:r>
          </w:p>
        </w:tc>
      </w:tr>
      <w:tr w:rsidR="00110281" w:rsidRPr="00670300" w14:paraId="345846E7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ABD289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879B6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1E77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A122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4"/>
                <w:lang w:val="en-US"/>
              </w:rPr>
              <w:t>0.020</w:t>
            </w:r>
          </w:p>
        </w:tc>
      </w:tr>
      <w:tr w:rsidR="00110281" w:rsidRPr="00670300" w14:paraId="0C6AEBAD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4DDBE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B82FD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CE9E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5C2B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0.674</w:t>
            </w:r>
          </w:p>
        </w:tc>
      </w:tr>
      <w:tr w:rsidR="00110281" w:rsidRPr="00670300" w14:paraId="58B1EA54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00A7C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F318E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CEDD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C9E4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4"/>
                <w:lang w:val="en-US"/>
              </w:rPr>
              <w:t>0.005</w:t>
            </w:r>
          </w:p>
        </w:tc>
      </w:tr>
      <w:tr w:rsidR="00110281" w:rsidRPr="00670300" w14:paraId="42E5F7F6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78A1C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A15BC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0A4A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Overweight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9DFA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0.157</w:t>
            </w:r>
          </w:p>
        </w:tc>
      </w:tr>
      <w:tr w:rsidR="00110281" w:rsidRPr="00670300" w14:paraId="78AF45AF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68099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0141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Detroit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FC47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Eutrophic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205A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1.000</w:t>
            </w:r>
          </w:p>
        </w:tc>
      </w:tr>
      <w:tr w:rsidR="00110281" w:rsidRPr="00670300" w14:paraId="417B6615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133FF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4AD5A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B4F4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E359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0.781</w:t>
            </w:r>
          </w:p>
        </w:tc>
      </w:tr>
      <w:tr w:rsidR="00110281" w:rsidRPr="00670300" w14:paraId="7F2CC209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80740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AF0FF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C632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53E1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4"/>
                <w:lang w:val="en-US"/>
              </w:rPr>
              <w:t>0.044</w:t>
            </w:r>
          </w:p>
        </w:tc>
      </w:tr>
      <w:tr w:rsidR="00110281" w:rsidRPr="00670300" w14:paraId="0F8396E8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CDBDC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B8C38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F1F9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B456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0.597</w:t>
            </w:r>
          </w:p>
        </w:tc>
      </w:tr>
      <w:tr w:rsidR="00110281" w:rsidRPr="00670300" w14:paraId="3CEB4E18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10531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10A82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CF1A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0222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4"/>
                <w:lang w:val="en-US"/>
              </w:rPr>
              <w:t>&lt;0.001</w:t>
            </w:r>
          </w:p>
        </w:tc>
      </w:tr>
      <w:tr w:rsidR="00110281" w:rsidRPr="00670300" w14:paraId="7B760E56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FC856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54803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85A7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Overweight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3EDC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4"/>
                <w:lang w:val="en-US"/>
              </w:rPr>
              <w:t>0.003</w:t>
            </w:r>
          </w:p>
        </w:tc>
      </w:tr>
      <w:tr w:rsidR="00110281" w:rsidRPr="00670300" w14:paraId="715DEE14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0F399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E263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Toronto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E2DD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Eutrophic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204C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0.868</w:t>
            </w:r>
          </w:p>
        </w:tc>
      </w:tr>
      <w:tr w:rsidR="00110281" w:rsidRPr="00670300" w14:paraId="7F5E16FA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3606A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6929B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324D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A83DF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0.602</w:t>
            </w:r>
          </w:p>
        </w:tc>
      </w:tr>
      <w:tr w:rsidR="00110281" w:rsidRPr="00670300" w14:paraId="503ECEE2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46463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AC15A3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6E8B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DB119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4"/>
                <w:lang w:val="en-US"/>
              </w:rPr>
              <w:t>0.030</w:t>
            </w:r>
          </w:p>
        </w:tc>
      </w:tr>
      <w:tr w:rsidR="00110281" w:rsidRPr="00670300" w14:paraId="406D7CBC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385B4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CF672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076C2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BD31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0.318</w:t>
            </w:r>
          </w:p>
        </w:tc>
      </w:tr>
      <w:tr w:rsidR="00110281" w:rsidRPr="00670300" w14:paraId="20327F15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7034D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673FD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CBB0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EE63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4"/>
                <w:lang w:val="en-US"/>
              </w:rPr>
              <w:t>&lt;0.001</w:t>
            </w:r>
          </w:p>
        </w:tc>
      </w:tr>
      <w:tr w:rsidR="00110281" w:rsidRPr="00670300" w14:paraId="2E3C91CA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421DD2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EEF49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E8FD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Overweight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23B5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0.157</w:t>
            </w:r>
          </w:p>
        </w:tc>
      </w:tr>
      <w:tr w:rsidR="00110281" w:rsidRPr="00670300" w14:paraId="0CCCE3CC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1C9E6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B5C64" w14:textId="45029407" w:rsidR="00110281" w:rsidRPr="00670300" w:rsidRDefault="00A4161A">
            <w:pPr>
              <w:spacing w:before="16" w:after="16" w:line="240" w:lineRule="auto"/>
              <w:jc w:val="center"/>
              <w:rPr>
                <w:lang w:val="en-US"/>
              </w:rPr>
            </w:pPr>
            <w:r>
              <w:rPr>
                <w:rFonts w:eastAsia="Times New Roman" w:cs="Times New Roman"/>
                <w:sz w:val="14"/>
                <w:lang w:val="en-US"/>
              </w:rPr>
              <w:t>Lauzon-</w:t>
            </w:r>
            <w:proofErr w:type="spellStart"/>
            <w:r>
              <w:rPr>
                <w:rFonts w:eastAsia="Times New Roman" w:cs="Times New Roman"/>
                <w:sz w:val="14"/>
                <w:lang w:val="en-US"/>
              </w:rPr>
              <w:t>Schnittka</w:t>
            </w:r>
            <w:proofErr w:type="spellEnd"/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4280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Eutrophic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00A6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0.815</w:t>
            </w:r>
          </w:p>
        </w:tc>
      </w:tr>
      <w:tr w:rsidR="00110281" w:rsidRPr="00670300" w14:paraId="34C621C5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BC7AD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80507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5947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D788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0.604</w:t>
            </w:r>
          </w:p>
        </w:tc>
      </w:tr>
      <w:tr w:rsidR="00110281" w:rsidRPr="00670300" w14:paraId="7616B05A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A6207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F69C2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8E85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5C8D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0.935</w:t>
            </w:r>
          </w:p>
        </w:tc>
      </w:tr>
      <w:tr w:rsidR="00110281" w:rsidRPr="00670300" w14:paraId="024E5E06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85B23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D43E1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1D35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6CC0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0.401</w:t>
            </w:r>
          </w:p>
        </w:tc>
      </w:tr>
      <w:tr w:rsidR="00110281" w:rsidRPr="00670300" w14:paraId="68EAC0BD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9BD1C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8A61A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9168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10B4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0.835</w:t>
            </w:r>
          </w:p>
        </w:tc>
      </w:tr>
      <w:tr w:rsidR="00110281" w:rsidRPr="00670300" w14:paraId="1D2FE0F0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10EF8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800AF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F031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Overweight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5F76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0.664</w:t>
            </w:r>
          </w:p>
        </w:tc>
      </w:tr>
      <w:tr w:rsidR="00110281" w:rsidRPr="00670300" w14:paraId="78A139DD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52077" w14:textId="77777777" w:rsidR="00110281" w:rsidRPr="00670300" w:rsidRDefault="00A35BDC">
            <w:pPr>
              <w:spacing w:before="16" w:after="16" w:line="240" w:lineRule="auto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Septal wall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B67C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PHN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9CC8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Eutrophic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86BE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0.781</w:t>
            </w:r>
          </w:p>
        </w:tc>
      </w:tr>
      <w:tr w:rsidR="00110281" w:rsidRPr="00670300" w14:paraId="396D383B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5BA29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39FDF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8F3D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F8A6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0.876</w:t>
            </w:r>
          </w:p>
        </w:tc>
      </w:tr>
      <w:tr w:rsidR="00110281" w:rsidRPr="00670300" w14:paraId="7340BDD1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30CB9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BCE27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089C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3834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0.627</w:t>
            </w:r>
          </w:p>
        </w:tc>
      </w:tr>
      <w:tr w:rsidR="00110281" w:rsidRPr="00670300" w14:paraId="5CEC29B9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EF882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0572F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D9C9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DF42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0.920</w:t>
            </w:r>
          </w:p>
        </w:tc>
      </w:tr>
      <w:tr w:rsidR="00110281" w:rsidRPr="00670300" w14:paraId="46989726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988D4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3190F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551C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0214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0.616</w:t>
            </w:r>
          </w:p>
        </w:tc>
      </w:tr>
      <w:tr w:rsidR="00110281" w:rsidRPr="00670300" w14:paraId="4EDBFD07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B7328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DA403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A092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Overweight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BE76A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0.780</w:t>
            </w:r>
          </w:p>
        </w:tc>
      </w:tr>
      <w:tr w:rsidR="00110281" w:rsidRPr="00670300" w14:paraId="3A3ACEA3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6CD22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8782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Detroit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6521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Eutrophic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8726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0.138</w:t>
            </w:r>
          </w:p>
        </w:tc>
      </w:tr>
      <w:tr w:rsidR="00110281" w:rsidRPr="00670300" w14:paraId="424E3B28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61389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8642E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82AD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FD2F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0.773</w:t>
            </w:r>
          </w:p>
        </w:tc>
      </w:tr>
      <w:tr w:rsidR="00110281" w:rsidRPr="00670300" w14:paraId="0C4A1110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40420D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2C25E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75B3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39A0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0.274</w:t>
            </w:r>
          </w:p>
        </w:tc>
      </w:tr>
      <w:tr w:rsidR="00110281" w:rsidRPr="00670300" w14:paraId="5B40E04F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D3D9A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0E58F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363A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3138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0.616</w:t>
            </w:r>
          </w:p>
        </w:tc>
      </w:tr>
      <w:tr w:rsidR="00110281" w:rsidRPr="00670300" w14:paraId="1ABBC708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A0E70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8D36D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3D64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10989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4"/>
                <w:lang w:val="en-US"/>
              </w:rPr>
              <w:t>0.008</w:t>
            </w:r>
          </w:p>
        </w:tc>
      </w:tr>
      <w:tr w:rsidR="00110281" w:rsidRPr="00670300" w14:paraId="5F9DFABF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CF4B62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BC166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734E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Overweight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478D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0.174</w:t>
            </w:r>
          </w:p>
        </w:tc>
      </w:tr>
      <w:tr w:rsidR="00110281" w:rsidRPr="00670300" w14:paraId="1E3FCA7F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95544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8F06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Toronto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BDCC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Eutrophic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0FEE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0.597</w:t>
            </w:r>
          </w:p>
        </w:tc>
      </w:tr>
      <w:tr w:rsidR="00110281" w:rsidRPr="00670300" w14:paraId="37C10ED6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8372B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9211C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7FF0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ECB1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0.759</w:t>
            </w:r>
          </w:p>
        </w:tc>
      </w:tr>
      <w:tr w:rsidR="00110281" w:rsidRPr="00670300" w14:paraId="48D4CD67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30269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02160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D58A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F1DB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0.964</w:t>
            </w:r>
          </w:p>
        </w:tc>
      </w:tr>
      <w:tr w:rsidR="00110281" w:rsidRPr="00670300" w14:paraId="13FF5BAA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8B7EB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4817E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8B7C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6F5AE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0.921</w:t>
            </w:r>
          </w:p>
        </w:tc>
      </w:tr>
      <w:tr w:rsidR="00110281" w:rsidRPr="00670300" w14:paraId="4126254C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C3304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E0B60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7436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2BFD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0.573</w:t>
            </w:r>
          </w:p>
        </w:tc>
      </w:tr>
      <w:tr w:rsidR="00110281" w:rsidRPr="00670300" w14:paraId="39B6FF5E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1A30F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9571B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F8CC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Overweight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8DD1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0.781</w:t>
            </w:r>
          </w:p>
        </w:tc>
      </w:tr>
      <w:tr w:rsidR="00110281" w:rsidRPr="00670300" w14:paraId="38F922B9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F9995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63BA34" w14:textId="0967FDEC" w:rsidR="00110281" w:rsidRPr="00670300" w:rsidRDefault="00A4161A">
            <w:pPr>
              <w:spacing w:before="16" w:after="16" w:line="240" w:lineRule="auto"/>
              <w:jc w:val="center"/>
              <w:rPr>
                <w:lang w:val="en-US"/>
              </w:rPr>
            </w:pPr>
            <w:r>
              <w:rPr>
                <w:rFonts w:eastAsia="Times New Roman" w:cs="Times New Roman"/>
                <w:sz w:val="14"/>
                <w:lang w:val="en-US"/>
              </w:rPr>
              <w:t>Lauzon-</w:t>
            </w:r>
            <w:proofErr w:type="spellStart"/>
            <w:r>
              <w:rPr>
                <w:rFonts w:eastAsia="Times New Roman" w:cs="Times New Roman"/>
                <w:sz w:val="14"/>
                <w:lang w:val="en-US"/>
              </w:rPr>
              <w:t>Schnittka</w:t>
            </w:r>
            <w:proofErr w:type="spellEnd"/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B24E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Eutrophic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3546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0.865</w:t>
            </w:r>
          </w:p>
        </w:tc>
      </w:tr>
      <w:tr w:rsidR="00110281" w:rsidRPr="00670300" w14:paraId="270CB30D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5D4FE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9008D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6C06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1FABC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0.815</w:t>
            </w:r>
          </w:p>
        </w:tc>
      </w:tr>
      <w:tr w:rsidR="00110281" w:rsidRPr="00670300" w14:paraId="343D0B35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DCC72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8F945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FAD5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91A2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0.127</w:t>
            </w:r>
          </w:p>
        </w:tc>
      </w:tr>
      <w:tr w:rsidR="00110281" w:rsidRPr="00670300" w14:paraId="7F8B40D2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3BD35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E62A2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ACC8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50B3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0.994</w:t>
            </w:r>
          </w:p>
        </w:tc>
      </w:tr>
      <w:tr w:rsidR="00110281" w:rsidRPr="00670300" w14:paraId="7C9E0831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2B965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F09F8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E445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1726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0.178</w:t>
            </w:r>
          </w:p>
        </w:tc>
      </w:tr>
      <w:tr w:rsidR="00110281" w:rsidRPr="00670300" w14:paraId="3C1E05E8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D43E6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2B162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BECD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Overweight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9F80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0.323</w:t>
            </w:r>
          </w:p>
        </w:tc>
      </w:tr>
      <w:tr w:rsidR="00110281" w:rsidRPr="00670300" w14:paraId="3C849BAF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5606F" w14:textId="77777777" w:rsidR="00110281" w:rsidRPr="00670300" w:rsidRDefault="00A35BDC">
            <w:pPr>
              <w:spacing w:before="16" w:after="16" w:line="240" w:lineRule="auto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Posterior wall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1634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PHN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A9CA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Eutrophic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8377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0.781</w:t>
            </w:r>
          </w:p>
        </w:tc>
      </w:tr>
      <w:tr w:rsidR="00110281" w:rsidRPr="00670300" w14:paraId="2E9C71A2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55F0B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BF400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C770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AEDE8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0.597</w:t>
            </w:r>
          </w:p>
        </w:tc>
      </w:tr>
      <w:tr w:rsidR="00110281" w:rsidRPr="00670300" w14:paraId="0EA9610B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02659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BFDA5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E908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CB42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0.363</w:t>
            </w:r>
          </w:p>
        </w:tc>
      </w:tr>
      <w:tr w:rsidR="00110281" w:rsidRPr="00670300" w14:paraId="51ED5862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CA11D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D9F45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3C35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A30C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0.781</w:t>
            </w:r>
          </w:p>
        </w:tc>
      </w:tr>
      <w:tr w:rsidR="00110281" w:rsidRPr="00670300" w14:paraId="3EA15782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477E4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81E40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D4E7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84DE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0.691</w:t>
            </w:r>
          </w:p>
        </w:tc>
      </w:tr>
      <w:tr w:rsidR="00110281" w:rsidRPr="00670300" w14:paraId="7EE09D01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6DFBB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1EA0A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C6B0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Overweight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3E7C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0.664</w:t>
            </w:r>
          </w:p>
        </w:tc>
      </w:tr>
      <w:tr w:rsidR="00110281" w:rsidRPr="00670300" w14:paraId="4FDB95B2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42108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3F88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Detroit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193C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Eutrophic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013F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0.834</w:t>
            </w:r>
          </w:p>
        </w:tc>
      </w:tr>
      <w:tr w:rsidR="00110281" w:rsidRPr="00670300" w14:paraId="735E980B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A9DC3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32259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9886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18EC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0.759</w:t>
            </w:r>
          </w:p>
        </w:tc>
      </w:tr>
      <w:tr w:rsidR="00110281" w:rsidRPr="00670300" w14:paraId="3B73E0DD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BC999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19FC3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AE9F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F42D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0.571</w:t>
            </w:r>
          </w:p>
        </w:tc>
      </w:tr>
      <w:tr w:rsidR="00110281" w:rsidRPr="00670300" w14:paraId="135C74D8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63EF2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9C0C1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462B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CB01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0.893</w:t>
            </w:r>
          </w:p>
        </w:tc>
      </w:tr>
      <w:tr w:rsidR="00110281" w:rsidRPr="00670300" w14:paraId="6FEDFCA3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B3A10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F6F79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451D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5947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4"/>
                <w:lang w:val="en-US"/>
              </w:rPr>
              <w:t>0.024</w:t>
            </w:r>
          </w:p>
        </w:tc>
      </w:tr>
      <w:tr w:rsidR="00110281" w:rsidRPr="00670300" w14:paraId="6C41B477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1DDD9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87F36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508F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Overweight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6D1F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0.091</w:t>
            </w:r>
          </w:p>
        </w:tc>
      </w:tr>
      <w:tr w:rsidR="00110281" w:rsidRPr="00670300" w14:paraId="3DB8ECF9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51ADD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45DD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Toronto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0B48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Eutrophic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9A9E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0.700</w:t>
            </w:r>
          </w:p>
        </w:tc>
      </w:tr>
      <w:tr w:rsidR="00110281" w:rsidRPr="00670300" w14:paraId="47CC2B93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7DA4E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ED7F8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04C0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1FAB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0.845</w:t>
            </w:r>
          </w:p>
        </w:tc>
      </w:tr>
      <w:tr w:rsidR="00110281" w:rsidRPr="00670300" w14:paraId="3F8FDBE0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09238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67D28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C495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55D7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0.323</w:t>
            </w:r>
          </w:p>
        </w:tc>
      </w:tr>
      <w:tr w:rsidR="00110281" w:rsidRPr="00670300" w14:paraId="73AB750C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2EFF4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C135E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FF20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52AE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0.964</w:t>
            </w:r>
          </w:p>
        </w:tc>
      </w:tr>
      <w:tr w:rsidR="00110281" w:rsidRPr="00670300" w14:paraId="409C0C9A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62FBE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25288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5025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6F89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0.616</w:t>
            </w:r>
          </w:p>
        </w:tc>
      </w:tr>
      <w:tr w:rsidR="00110281" w:rsidRPr="00670300" w14:paraId="7604B492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C55EC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920BE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9E2F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Overweight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5755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0.560</w:t>
            </w:r>
          </w:p>
        </w:tc>
      </w:tr>
      <w:tr w:rsidR="00110281" w:rsidRPr="00670300" w14:paraId="0DA54069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03702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B05D8" w14:textId="070477E0" w:rsidR="00110281" w:rsidRPr="00670300" w:rsidRDefault="00A4161A">
            <w:pPr>
              <w:spacing w:before="16" w:after="16" w:line="240" w:lineRule="auto"/>
              <w:jc w:val="center"/>
              <w:rPr>
                <w:lang w:val="en-US"/>
              </w:rPr>
            </w:pPr>
            <w:r>
              <w:rPr>
                <w:rFonts w:eastAsia="Times New Roman" w:cs="Times New Roman"/>
                <w:sz w:val="14"/>
                <w:lang w:val="en-US"/>
              </w:rPr>
              <w:t>Lauzon-</w:t>
            </w:r>
            <w:proofErr w:type="spellStart"/>
            <w:r>
              <w:rPr>
                <w:rFonts w:eastAsia="Times New Roman" w:cs="Times New Roman"/>
                <w:sz w:val="14"/>
                <w:lang w:val="en-US"/>
              </w:rPr>
              <w:t>Schnittka</w:t>
            </w:r>
            <w:proofErr w:type="spellEnd"/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BF93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Eutrophic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3E92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0.865</w:t>
            </w:r>
          </w:p>
        </w:tc>
      </w:tr>
      <w:tr w:rsidR="00110281" w:rsidRPr="00670300" w14:paraId="4812176B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4C68D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1D0DD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6664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DBFC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1.000</w:t>
            </w:r>
          </w:p>
        </w:tc>
      </w:tr>
      <w:tr w:rsidR="00110281" w:rsidRPr="00670300" w14:paraId="76E450AD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94892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020E09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158F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1FED6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0.233</w:t>
            </w:r>
          </w:p>
        </w:tc>
      </w:tr>
      <w:tr w:rsidR="00110281" w:rsidRPr="00670300" w14:paraId="5BF60466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7F423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D9CC9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549C1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50CB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0.815</w:t>
            </w:r>
          </w:p>
        </w:tc>
      </w:tr>
      <w:tr w:rsidR="00110281" w:rsidRPr="00670300" w14:paraId="3B9A6F52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3AC2D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0FC22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590A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A0FB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0.401</w:t>
            </w:r>
          </w:p>
        </w:tc>
      </w:tr>
      <w:tr w:rsidR="00110281" w:rsidRPr="00670300" w14:paraId="28C991AA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D7654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A150AD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0E6B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Overweight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013F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0.178</w:t>
            </w:r>
          </w:p>
        </w:tc>
      </w:tr>
      <w:tr w:rsidR="00110281" w:rsidRPr="00670300" w14:paraId="527CA763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5F86E" w14:textId="77777777" w:rsidR="00110281" w:rsidRPr="00670300" w:rsidRDefault="00A35BDC">
            <w:pPr>
              <w:spacing w:before="16" w:after="16" w:line="240" w:lineRule="auto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Left atrium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86D5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PHN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7E3E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Eutrophic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FA07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0.869</w:t>
            </w:r>
          </w:p>
        </w:tc>
      </w:tr>
      <w:tr w:rsidR="00110281" w:rsidRPr="00670300" w14:paraId="68205696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E61DA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CA1D0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89C8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AADF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0.621</w:t>
            </w:r>
          </w:p>
        </w:tc>
      </w:tr>
      <w:tr w:rsidR="00110281" w:rsidRPr="00670300" w14:paraId="2B3F727C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69661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3D192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B88B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86A3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0.868</w:t>
            </w:r>
          </w:p>
        </w:tc>
      </w:tr>
      <w:tr w:rsidR="00110281" w:rsidRPr="00670300" w14:paraId="013B3E6A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7C2DC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B3428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CD24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AB47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0.573</w:t>
            </w:r>
          </w:p>
        </w:tc>
      </w:tr>
      <w:tr w:rsidR="00110281" w:rsidRPr="00670300" w14:paraId="6A48392B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6068E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64936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3507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2D9B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1.000</w:t>
            </w:r>
          </w:p>
        </w:tc>
      </w:tr>
      <w:tr w:rsidR="00110281" w:rsidRPr="00670300" w14:paraId="48EB87FD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61D15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568F24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E09C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Overweight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91B5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0.759</w:t>
            </w:r>
          </w:p>
        </w:tc>
      </w:tr>
      <w:tr w:rsidR="00110281" w:rsidRPr="00670300" w14:paraId="779FBBE6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CE083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DAEC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Detroit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B6A9B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Eutrophic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9856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0.964</w:t>
            </w:r>
          </w:p>
        </w:tc>
      </w:tr>
      <w:tr w:rsidR="00110281" w:rsidRPr="00670300" w14:paraId="6AE9E54C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84D95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51DAD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059C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1F32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0.959</w:t>
            </w:r>
          </w:p>
        </w:tc>
      </w:tr>
      <w:tr w:rsidR="00110281" w:rsidRPr="00670300" w14:paraId="0E6E87AB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E956A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86C047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B232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D18F2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0.612</w:t>
            </w:r>
          </w:p>
        </w:tc>
      </w:tr>
      <w:tr w:rsidR="00110281" w:rsidRPr="00670300" w14:paraId="67C3C7D6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76830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4D4B3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A0BA0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CB68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0.560</w:t>
            </w:r>
          </w:p>
        </w:tc>
      </w:tr>
      <w:tr w:rsidR="00110281" w:rsidRPr="00670300" w14:paraId="782B9A3C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658AC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14A8F6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29D1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240C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4"/>
                <w:lang w:val="en-US"/>
              </w:rPr>
              <w:t>&lt;0.001</w:t>
            </w:r>
          </w:p>
        </w:tc>
      </w:tr>
      <w:tr w:rsidR="00110281" w:rsidRPr="00670300" w14:paraId="5A0F9732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C8DED7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9BF4A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C43E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Overweight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62D2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0.157</w:t>
            </w:r>
          </w:p>
        </w:tc>
      </w:tr>
      <w:tr w:rsidR="00110281" w:rsidRPr="00670300" w14:paraId="6A1D9BCE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84B6F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294E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Toronto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62E0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Eutrophic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024B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0.065</w:t>
            </w:r>
          </w:p>
        </w:tc>
      </w:tr>
      <w:tr w:rsidR="00110281" w:rsidRPr="00670300" w14:paraId="0BB93727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F1C6F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285B2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FE06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1522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0.115</w:t>
            </w:r>
          </w:p>
        </w:tc>
      </w:tr>
      <w:tr w:rsidR="00110281" w:rsidRPr="00670300" w14:paraId="53670BD6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5813F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C42ED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04D4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82363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0.165</w:t>
            </w:r>
          </w:p>
        </w:tc>
      </w:tr>
      <w:tr w:rsidR="00110281" w:rsidRPr="00670300" w14:paraId="12488904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DF67F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6333C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8817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C08C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0.958</w:t>
            </w:r>
          </w:p>
        </w:tc>
      </w:tr>
      <w:tr w:rsidR="00110281" w:rsidRPr="00670300" w14:paraId="6D4D5704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D1B13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4595C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4CD6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68BDF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0.893</w:t>
            </w:r>
          </w:p>
        </w:tc>
      </w:tr>
      <w:tr w:rsidR="00110281" w:rsidRPr="00670300" w14:paraId="108ED7E4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038ED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4BB55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3808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Overweight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75E7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0.865</w:t>
            </w:r>
          </w:p>
        </w:tc>
      </w:tr>
      <w:tr w:rsidR="00110281" w:rsidRPr="00670300" w14:paraId="197451CF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CFA34" w14:textId="77777777" w:rsidR="00110281" w:rsidRPr="00670300" w:rsidRDefault="00A35BDC">
            <w:pPr>
              <w:spacing w:before="16" w:after="16" w:line="240" w:lineRule="auto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Tricuspid valve annulus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7757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PHN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1D7C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Eutrophic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0CC8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0.616</w:t>
            </w:r>
          </w:p>
        </w:tc>
      </w:tr>
      <w:tr w:rsidR="00110281" w:rsidRPr="00670300" w14:paraId="24D1F578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32D18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5C2B7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BCDE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6240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0.770</w:t>
            </w:r>
          </w:p>
        </w:tc>
      </w:tr>
      <w:tr w:rsidR="00110281" w:rsidRPr="00670300" w14:paraId="2DE58537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2C1E8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5956F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9286F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14C3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0.567</w:t>
            </w:r>
          </w:p>
        </w:tc>
      </w:tr>
      <w:tr w:rsidR="00110281" w:rsidRPr="00670300" w14:paraId="2D57169D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46166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97EC4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0F09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A53A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0.809</w:t>
            </w:r>
          </w:p>
        </w:tc>
      </w:tr>
      <w:tr w:rsidR="00110281" w:rsidRPr="00670300" w14:paraId="5F315C55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B57AF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F9577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5B53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70E0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0.178</w:t>
            </w:r>
          </w:p>
        </w:tc>
      </w:tr>
      <w:tr w:rsidR="00110281" w:rsidRPr="00670300" w14:paraId="0B585394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02184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02895E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C886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Overweight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E9CC8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0.597</w:t>
            </w:r>
          </w:p>
        </w:tc>
      </w:tr>
      <w:tr w:rsidR="00110281" w:rsidRPr="00670300" w14:paraId="2E762FEA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B03E5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14BB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Detroit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1CDE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Eutrophic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4A90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0.959</w:t>
            </w:r>
          </w:p>
        </w:tc>
      </w:tr>
      <w:tr w:rsidR="00110281" w:rsidRPr="00670300" w14:paraId="3443D760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8F5D5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BAD57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5CEF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1332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1.000</w:t>
            </w:r>
          </w:p>
        </w:tc>
      </w:tr>
      <w:tr w:rsidR="00110281" w:rsidRPr="00670300" w14:paraId="1B3FA8C4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A5BE9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4D1EA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5B06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E758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0.961</w:t>
            </w:r>
          </w:p>
        </w:tc>
      </w:tr>
      <w:tr w:rsidR="00110281" w:rsidRPr="00670300" w14:paraId="3DDAD57E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A302E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751C3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8AC2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27B2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1.000</w:t>
            </w:r>
          </w:p>
        </w:tc>
      </w:tr>
      <w:tr w:rsidR="00110281" w:rsidRPr="00670300" w14:paraId="16439824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D0C35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A0108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6571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7D64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0.189</w:t>
            </w:r>
          </w:p>
        </w:tc>
      </w:tr>
      <w:tr w:rsidR="00110281" w:rsidRPr="00670300" w14:paraId="2F73935E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061CA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44B83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71C53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Overweight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7CD1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0.513</w:t>
            </w:r>
          </w:p>
        </w:tc>
      </w:tr>
      <w:tr w:rsidR="00110281" w:rsidRPr="00670300" w14:paraId="78B26F82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956D6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539D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Toronto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8CEB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Eutrophic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FF62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0.560</w:t>
            </w:r>
          </w:p>
        </w:tc>
      </w:tr>
      <w:tr w:rsidR="00110281" w:rsidRPr="00670300" w14:paraId="24E1D727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CC369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196A5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D096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E05C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0.573</w:t>
            </w:r>
          </w:p>
        </w:tc>
      </w:tr>
      <w:tr w:rsidR="00110281" w:rsidRPr="00670300" w14:paraId="17848ACC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7BDE0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BF186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D6F8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C83A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0.496</w:t>
            </w:r>
          </w:p>
        </w:tc>
      </w:tr>
      <w:tr w:rsidR="00110281" w:rsidRPr="00670300" w14:paraId="75CD46B1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D6CC1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20E3E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92A1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10F8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1.000</w:t>
            </w:r>
          </w:p>
        </w:tc>
      </w:tr>
      <w:tr w:rsidR="00110281" w:rsidRPr="00670300" w14:paraId="0E8158A2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1DEB49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D83A72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6E29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0412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0.344</w:t>
            </w:r>
          </w:p>
        </w:tc>
      </w:tr>
      <w:tr w:rsidR="00110281" w:rsidRPr="00670300" w14:paraId="499DF10F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1E6F1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565D7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0F57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Overweight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4F87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0.496</w:t>
            </w:r>
          </w:p>
        </w:tc>
      </w:tr>
      <w:tr w:rsidR="00110281" w:rsidRPr="00670300" w14:paraId="4292DF95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5ACE2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62B2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Italy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3255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Eutrophic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5CDCE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0.965</w:t>
            </w:r>
          </w:p>
        </w:tc>
      </w:tr>
      <w:tr w:rsidR="00110281" w:rsidRPr="00670300" w14:paraId="6C48C0A4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83F48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07310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B18B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FC72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1.000</w:t>
            </w:r>
          </w:p>
        </w:tc>
      </w:tr>
      <w:tr w:rsidR="00110281" w:rsidRPr="00670300" w14:paraId="61735CD9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355BB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CAE0B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D9DE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0ADA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0.560</w:t>
            </w:r>
          </w:p>
        </w:tc>
      </w:tr>
      <w:tr w:rsidR="00110281" w:rsidRPr="00670300" w14:paraId="73FAEA78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DE7F8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8E798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9652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8B103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0.923</w:t>
            </w:r>
          </w:p>
        </w:tc>
      </w:tr>
      <w:tr w:rsidR="00110281" w:rsidRPr="00670300" w14:paraId="55E94536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1F686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B7953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A4EB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B0CD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0.182</w:t>
            </w:r>
          </w:p>
        </w:tc>
      </w:tr>
      <w:tr w:rsidR="00110281" w:rsidRPr="00670300" w14:paraId="4668543F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11B08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6E9C2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287E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Overweight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3726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0.276</w:t>
            </w:r>
          </w:p>
        </w:tc>
      </w:tr>
      <w:tr w:rsidR="00110281" w:rsidRPr="00670300" w14:paraId="6E46FBBD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4E0A3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A8855" w14:textId="6EE3F1B6" w:rsidR="00110281" w:rsidRPr="00670300" w:rsidRDefault="00A4161A">
            <w:pPr>
              <w:spacing w:before="16" w:after="16" w:line="240" w:lineRule="auto"/>
              <w:jc w:val="center"/>
              <w:rPr>
                <w:lang w:val="en-US"/>
              </w:rPr>
            </w:pPr>
            <w:r>
              <w:rPr>
                <w:rFonts w:eastAsia="Times New Roman" w:cs="Times New Roman"/>
                <w:sz w:val="14"/>
                <w:lang w:val="en-US"/>
              </w:rPr>
              <w:t>Lauzon-</w:t>
            </w:r>
            <w:proofErr w:type="spellStart"/>
            <w:r>
              <w:rPr>
                <w:rFonts w:eastAsia="Times New Roman" w:cs="Times New Roman"/>
                <w:sz w:val="14"/>
                <w:lang w:val="en-US"/>
              </w:rPr>
              <w:t>Schnittka</w:t>
            </w:r>
            <w:proofErr w:type="spellEnd"/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D0AC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Eutrophic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375B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0.621</w:t>
            </w:r>
          </w:p>
        </w:tc>
      </w:tr>
      <w:tr w:rsidR="00110281" w:rsidRPr="00670300" w14:paraId="15E3EB53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3465D7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3BD66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5D92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8AAF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0.621</w:t>
            </w:r>
          </w:p>
        </w:tc>
      </w:tr>
      <w:tr w:rsidR="00110281" w:rsidRPr="00670300" w14:paraId="3D5F0187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792F6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DCFF7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0267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FDD0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0.621</w:t>
            </w:r>
          </w:p>
        </w:tc>
      </w:tr>
      <w:tr w:rsidR="00110281" w:rsidRPr="00670300" w14:paraId="19258413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CA636D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4F5BB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3FC6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7996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1.000</w:t>
            </w:r>
          </w:p>
        </w:tc>
      </w:tr>
      <w:tr w:rsidR="00110281" w:rsidRPr="00670300" w14:paraId="6692900F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89D73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D28BC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0739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80142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0.157</w:t>
            </w:r>
          </w:p>
        </w:tc>
      </w:tr>
      <w:tr w:rsidR="00110281" w:rsidRPr="00670300" w14:paraId="2FCB8480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D7282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E9DA5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C2BA8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Overweight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AA2F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0.349</w:t>
            </w:r>
          </w:p>
        </w:tc>
      </w:tr>
      <w:tr w:rsidR="00110281" w:rsidRPr="00670300" w14:paraId="4E9ACC27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6EC02" w14:textId="77777777" w:rsidR="00110281" w:rsidRPr="00670300" w:rsidRDefault="00A35BDC">
            <w:pPr>
              <w:spacing w:before="16" w:after="16" w:line="240" w:lineRule="auto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Pulmonary valve annulus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8C37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PHN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FBC0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Eutrophic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CD52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0.834</w:t>
            </w:r>
          </w:p>
        </w:tc>
      </w:tr>
      <w:tr w:rsidR="00110281" w:rsidRPr="00670300" w14:paraId="0863B38C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6E5D6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FC0B45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94FA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2723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0.781</w:t>
            </w:r>
          </w:p>
        </w:tc>
      </w:tr>
      <w:tr w:rsidR="00110281" w:rsidRPr="00670300" w14:paraId="6CC4DAFC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BAAFE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BC7C3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B567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1BA4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0.868</w:t>
            </w:r>
          </w:p>
        </w:tc>
      </w:tr>
      <w:tr w:rsidR="00110281" w:rsidRPr="00670300" w14:paraId="6283DDA2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1EC9B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EE846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1A9D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D398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0.943</w:t>
            </w:r>
          </w:p>
        </w:tc>
      </w:tr>
      <w:tr w:rsidR="00110281" w:rsidRPr="00670300" w14:paraId="68EC3622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A8376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2507D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06803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259D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0.871</w:t>
            </w:r>
          </w:p>
        </w:tc>
      </w:tr>
      <w:tr w:rsidR="00110281" w:rsidRPr="00670300" w14:paraId="4A3ACBA4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E5B1AF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E5FAA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08D57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Overweight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25F3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0.781</w:t>
            </w:r>
          </w:p>
        </w:tc>
      </w:tr>
      <w:tr w:rsidR="00110281" w:rsidRPr="00670300" w14:paraId="64FC0B5C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A3418C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6891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Detroit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5895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Eutrophic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C3074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0.835</w:t>
            </w:r>
          </w:p>
        </w:tc>
      </w:tr>
      <w:tr w:rsidR="00110281" w:rsidRPr="00670300" w14:paraId="3F8D3ECB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CA1F6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E3687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EC2E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87E2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1.000</w:t>
            </w:r>
          </w:p>
        </w:tc>
      </w:tr>
      <w:tr w:rsidR="00110281" w:rsidRPr="00670300" w14:paraId="39A7E5A5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EBF4C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DA05F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E4D9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63044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0.781</w:t>
            </w:r>
          </w:p>
        </w:tc>
      </w:tr>
      <w:tr w:rsidR="00110281" w:rsidRPr="00670300" w14:paraId="279C8669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1C5AD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97CC7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24AC9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E15F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0.781</w:t>
            </w:r>
          </w:p>
        </w:tc>
      </w:tr>
      <w:tr w:rsidR="00110281" w:rsidRPr="00670300" w14:paraId="2157C00A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D250A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2C1A1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2B24E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30BC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0.954</w:t>
            </w:r>
          </w:p>
        </w:tc>
      </w:tr>
      <w:tr w:rsidR="00110281" w:rsidRPr="00670300" w14:paraId="77C14660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F04F1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D6C10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C78BD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Overweight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C6B6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0.616</w:t>
            </w:r>
          </w:p>
        </w:tc>
      </w:tr>
      <w:tr w:rsidR="00110281" w:rsidRPr="00670300" w14:paraId="6E1CEA24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5C9BC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90AA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Toronto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BD02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Eutrophic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9DA70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0.893</w:t>
            </w:r>
          </w:p>
        </w:tc>
      </w:tr>
      <w:tr w:rsidR="00110281" w:rsidRPr="00670300" w14:paraId="7C842D8D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4F4EED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3D0DD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05DF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0AE1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0.959</w:t>
            </w:r>
          </w:p>
        </w:tc>
      </w:tr>
      <w:tr w:rsidR="00110281" w:rsidRPr="00670300" w14:paraId="21D9864A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48211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EAC26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6F364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1063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0.959</w:t>
            </w:r>
          </w:p>
        </w:tc>
      </w:tr>
      <w:tr w:rsidR="00110281" w:rsidRPr="00670300" w14:paraId="61129F44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191D6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48720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09BE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AFA5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1.000</w:t>
            </w:r>
          </w:p>
        </w:tc>
      </w:tr>
      <w:tr w:rsidR="00110281" w:rsidRPr="00670300" w14:paraId="082C4B51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4CE5E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DBDBE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51AC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2498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0.658</w:t>
            </w:r>
          </w:p>
        </w:tc>
      </w:tr>
      <w:tr w:rsidR="00110281" w:rsidRPr="00670300" w14:paraId="1E4245C3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521288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DB669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BAD2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Overweight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F07F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0.796</w:t>
            </w:r>
          </w:p>
        </w:tc>
      </w:tr>
      <w:tr w:rsidR="00110281" w:rsidRPr="00670300" w14:paraId="576AE9DF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AFCF0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67EB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Italy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92D1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Eutrophic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3C50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0.893</w:t>
            </w:r>
          </w:p>
        </w:tc>
      </w:tr>
      <w:tr w:rsidR="00110281" w:rsidRPr="00670300" w14:paraId="2393CBC6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AF6AA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5ABC1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CAD65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DAF8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0.965</w:t>
            </w:r>
          </w:p>
        </w:tc>
      </w:tr>
      <w:tr w:rsidR="00110281" w:rsidRPr="00670300" w14:paraId="314B896B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D3CD3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358F2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8242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F45F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0.959</w:t>
            </w:r>
          </w:p>
        </w:tc>
      </w:tr>
      <w:tr w:rsidR="00110281" w:rsidRPr="00670300" w14:paraId="31D2367A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3974D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03F1C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202B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F15C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0.974</w:t>
            </w:r>
          </w:p>
        </w:tc>
      </w:tr>
      <w:tr w:rsidR="00110281" w:rsidRPr="00670300" w14:paraId="74255C6D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0A3FC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FE732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52B2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6382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0.658</w:t>
            </w:r>
          </w:p>
        </w:tc>
      </w:tr>
      <w:tr w:rsidR="00110281" w:rsidRPr="00670300" w14:paraId="07B05597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7B237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5CC21F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8FE67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Overweight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86C5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0.781</w:t>
            </w:r>
          </w:p>
        </w:tc>
      </w:tr>
      <w:tr w:rsidR="00110281" w:rsidRPr="00670300" w14:paraId="7CC5B3AA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0467E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D11EF" w14:textId="1AEFCEF4" w:rsidR="00110281" w:rsidRPr="00670300" w:rsidRDefault="00A4161A">
            <w:pPr>
              <w:spacing w:before="16" w:after="16" w:line="240" w:lineRule="auto"/>
              <w:jc w:val="center"/>
              <w:rPr>
                <w:lang w:val="en-US"/>
              </w:rPr>
            </w:pPr>
            <w:r>
              <w:rPr>
                <w:rFonts w:eastAsia="Times New Roman" w:cs="Times New Roman"/>
                <w:sz w:val="14"/>
                <w:lang w:val="en-US"/>
              </w:rPr>
              <w:t>Lauzon-</w:t>
            </w:r>
            <w:proofErr w:type="spellStart"/>
            <w:r>
              <w:rPr>
                <w:rFonts w:eastAsia="Times New Roman" w:cs="Times New Roman"/>
                <w:sz w:val="14"/>
                <w:lang w:val="en-US"/>
              </w:rPr>
              <w:t>Schnittka</w:t>
            </w:r>
            <w:proofErr w:type="spellEnd"/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5E69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Eutrophic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B6CB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1.000</w:t>
            </w:r>
          </w:p>
        </w:tc>
      </w:tr>
      <w:tr w:rsidR="00110281" w:rsidRPr="00670300" w14:paraId="10DE02F5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8A7A24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C9ACF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BC7F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36DF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0.815</w:t>
            </w:r>
          </w:p>
        </w:tc>
      </w:tr>
      <w:tr w:rsidR="00110281" w:rsidRPr="00670300" w14:paraId="23448D67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43843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F3236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6339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Undernourished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5BF9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0.601</w:t>
            </w:r>
          </w:p>
        </w:tc>
      </w:tr>
      <w:tr w:rsidR="00110281" w:rsidRPr="00670300" w14:paraId="6BB5CA65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17812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8013D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744B9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Overweight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3BB5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0.441</w:t>
            </w:r>
          </w:p>
        </w:tc>
      </w:tr>
      <w:tr w:rsidR="00110281" w:rsidRPr="00670300" w14:paraId="33F37E3F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278D5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24BB0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E5D4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Eutrophic vs Obesity</w:t>
            </w: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D4B6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0.242</w:t>
            </w:r>
          </w:p>
        </w:tc>
      </w:tr>
      <w:tr w:rsidR="00110281" w:rsidRPr="00670300" w14:paraId="673C97F3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1F3F1513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521839BE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066BFE9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szCs w:val="14"/>
                <w:lang w:val="en-US"/>
              </w:rPr>
              <w:t>Overweight vs Obesity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78120AF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4"/>
                <w:lang w:val="en-US"/>
              </w:rPr>
              <w:t>0.865</w:t>
            </w:r>
          </w:p>
        </w:tc>
      </w:tr>
    </w:tbl>
    <w:p>
      <w:pPr>
        <w:spacing w:after="120" w:before="120"/>
      </w:pPr>
      <w:r>
        <w:rPr>
          <w:rFonts w:ascii="Times New Roman" w:hAnsi="Times New Roman" w:cs="Times New Roman"/>
          <w:b w:val="0"/>
          <w:i w:val="0"/>
          <w:sz w:val="18"/>
        </w:rPr>
        <w:t>All 294 pairwise comparisons between nutritional groups, for each structure-by-nomogram combination. p values are adjusted by the Benjamini-Hochberg false discovery rate procedure across all pairwise comparisons; those below 0.05 are in bold and correspond to the brackets shown in Fig. 1. LVEDD, left ventricular end-diastolic diameter.</w:t>
      </w:r>
    </w:p>
    <w:p>
      <w:pPr>
        <w:pageBreakBefore/>
        <w:spacing w:after="60" w:before="0"/>
      </w:pPr>
      <w:r>
        <w:rPr>
          <w:rFonts w:ascii="Times New Roman" w:hAnsi="Times New Roman" w:cs="Times New Roman"/>
          <w:b/>
          <w:i w:val="0"/>
          <w:sz w:val="22"/>
        </w:rPr>
        <w:t>Online Resource 3</w:t>
      </w:r>
    </w:p>
    <w:p>
      <w:pPr>
        <w:spacing w:after="160" w:before="0"/>
      </w:pPr>
      <w:r>
        <w:rPr>
          <w:rFonts w:ascii="Times New Roman" w:hAnsi="Times New Roman" w:cs="Times New Roman"/>
          <w:b w:val="0"/>
          <w:i w:val="0"/>
          <w:sz w:val="20"/>
        </w:rPr>
        <w:t>Complete regression results: coefficient for BMIz with its 95% confidence interval in the three nested models, for every structure-by-nomogram combination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2324"/>
        <w:gridCol w:w="1332"/>
        <w:gridCol w:w="709"/>
        <w:gridCol w:w="1134"/>
        <w:gridCol w:w="2381"/>
        <w:gridCol w:w="1480"/>
      </w:tblGrid>
      <w:tr w:rsidR="00110281" w:rsidRPr="00670300" w14:paraId="6D945635" w14:textId="77777777" w:rsidTr="3DAED7C1">
        <w:trPr>
          <w:cantSplit/>
          <w:tblHeader/>
        </w:trPr>
        <w:tc>
          <w:tcPr>
            <w:tcW w:w="2324" w:type="dxa"/>
            <w:tcBorders>
              <w:top w:val="single" w:sz="8" w:space="0" w:color="000000" w:themeColor="text1"/>
              <w:left w:val="nil"/>
              <w:bottom w:val="single" w:sz="6" w:space="0" w:color="000000" w:themeColor="text1"/>
              <w:right w:val="nil"/>
            </w:tcBorders>
            <w:vAlign w:val="center"/>
          </w:tcPr>
          <w:p w14:paraId="01A66388" w14:textId="77777777" w:rsidR="00110281" w:rsidRPr="00670300" w:rsidRDefault="00A35BDC">
            <w:pPr>
              <w:spacing w:before="16" w:after="16" w:line="240" w:lineRule="auto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bCs/>
                <w:sz w:val="15"/>
                <w:szCs w:val="15"/>
                <w:lang w:val="en-US"/>
              </w:rPr>
              <w:t>Structure (n)</w:t>
            </w:r>
          </w:p>
        </w:tc>
        <w:tc>
          <w:tcPr>
            <w:tcW w:w="1332" w:type="dxa"/>
            <w:tcBorders>
              <w:top w:val="single" w:sz="8" w:space="0" w:color="000000" w:themeColor="text1"/>
              <w:left w:val="nil"/>
              <w:bottom w:val="single" w:sz="6" w:space="0" w:color="000000" w:themeColor="text1"/>
              <w:right w:val="nil"/>
            </w:tcBorders>
            <w:vAlign w:val="center"/>
          </w:tcPr>
          <w:p w14:paraId="6745125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bCs/>
                <w:sz w:val="15"/>
                <w:szCs w:val="15"/>
                <w:lang w:val="en-US"/>
              </w:rPr>
              <w:t>Nomogram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nil"/>
              <w:bottom w:val="single" w:sz="6" w:space="0" w:color="000000" w:themeColor="text1"/>
              <w:right w:val="nil"/>
            </w:tcBorders>
            <w:vAlign w:val="center"/>
          </w:tcPr>
          <w:p w14:paraId="5FDCE3A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Model</w:t>
            </w:r>
          </w:p>
        </w:tc>
        <w:tc>
          <w:tcPr>
            <w:tcW w:w="1134" w:type="dxa"/>
            <w:tcBorders>
              <w:top w:val="single" w:sz="8" w:space="0" w:color="000000" w:themeColor="text1"/>
              <w:left w:val="nil"/>
              <w:bottom w:val="single" w:sz="6" w:space="0" w:color="000000" w:themeColor="text1"/>
              <w:right w:val="nil"/>
            </w:tcBorders>
            <w:vAlign w:val="center"/>
          </w:tcPr>
          <w:p w14:paraId="3816596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β</w:t>
            </w:r>
          </w:p>
        </w:tc>
        <w:tc>
          <w:tcPr>
            <w:tcW w:w="2381" w:type="dxa"/>
            <w:tcBorders>
              <w:top w:val="single" w:sz="8" w:space="0" w:color="000000" w:themeColor="text1"/>
              <w:left w:val="nil"/>
              <w:bottom w:val="single" w:sz="6" w:space="0" w:color="000000" w:themeColor="text1"/>
              <w:right w:val="nil"/>
            </w:tcBorders>
            <w:vAlign w:val="center"/>
          </w:tcPr>
          <w:p w14:paraId="4C6FC4A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95% CI</w:t>
            </w:r>
          </w:p>
        </w:tc>
        <w:tc>
          <w:tcPr>
            <w:tcW w:w="1480" w:type="dxa"/>
            <w:tcBorders>
              <w:top w:val="single" w:sz="8" w:space="0" w:color="000000" w:themeColor="text1"/>
              <w:left w:val="nil"/>
              <w:bottom w:val="single" w:sz="6" w:space="0" w:color="000000" w:themeColor="text1"/>
              <w:right w:val="nil"/>
            </w:tcBorders>
            <w:vAlign w:val="center"/>
          </w:tcPr>
          <w:p w14:paraId="76D8933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p</w:t>
            </w:r>
          </w:p>
        </w:tc>
      </w:tr>
      <w:tr w:rsidR="00110281" w:rsidRPr="00670300" w14:paraId="142D20BE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C1621" w14:textId="77777777" w:rsidR="00110281" w:rsidRPr="00670300" w:rsidRDefault="00A35BDC">
            <w:pPr>
              <w:spacing w:before="16" w:after="16" w:line="240" w:lineRule="auto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Aortic valve annulus (n=1750)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9D8F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PHN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541A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E3F61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-0.265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57F9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-0.310 to -0.219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CA18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7150A936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DE022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C3A4A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74FCB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04F3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-0.301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C2DE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-0.344 to -0.257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8C0F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2717639A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86DC2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78FF5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A73B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6C2F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-0.283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19B0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-0.327 to -0.238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6131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3746EAFD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4C35E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D7BE6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Detroit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F187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4A011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-0.216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8BF3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-0.262 to -0.170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CCED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6FB175DC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1B531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0E500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E26C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2DB8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-0.235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D13E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-0.280 to -0.190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1456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356BE7AC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35E27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FC0EE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93E3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53A1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-0.233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3853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-0.279 to -0.187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1958A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66207EB9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390DF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9774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Toronto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0D3F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AFFB3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-0.267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5B3C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-0.312 to -0.221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E3BF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1A54872F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A7E4A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B92C2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F9E6F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E0D9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-0.303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FCF3E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-0.346 to -0.259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5199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1E630205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2E62C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5067E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66E7D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800D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-0.285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A3F4C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-0.329 to -0.240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1EEC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3E7BCE81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14199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E64D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Italy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0942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F9D0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-0.277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772E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-0.323 to -0.232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0CB1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5CF862CB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DF797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035B1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8BF5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11FA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-0.315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7581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-0.358 to -0.272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5AC30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22C14C6A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2E6A1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68301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CB95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03C9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-0.294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146D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-0.338 to -0.250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E7AC1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41160560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D4D7B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252C1" w14:textId="7E292155" w:rsidR="00110281" w:rsidRPr="00670300" w:rsidRDefault="00A4161A">
            <w:pPr>
              <w:spacing w:before="16" w:after="16" w:line="240" w:lineRule="auto"/>
              <w:jc w:val="center"/>
              <w:rPr>
                <w:lang w:val="en-US"/>
              </w:rPr>
            </w:pPr>
            <w:r>
              <w:rPr>
                <w:rFonts w:eastAsia="Times New Roman" w:cs="Times New Roman"/>
                <w:sz w:val="15"/>
                <w:lang w:val="en-US"/>
              </w:rPr>
              <w:t>Lauzon-</w:t>
            </w:r>
            <w:proofErr w:type="spellStart"/>
            <w:r>
              <w:rPr>
                <w:rFonts w:eastAsia="Times New Roman" w:cs="Times New Roman"/>
                <w:sz w:val="15"/>
                <w:lang w:val="en-US"/>
              </w:rPr>
              <w:t>Schnittka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DA5A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9EFD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-0.028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1ABB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-0.075 to +0.019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6862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0.306</w:t>
            </w:r>
          </w:p>
        </w:tc>
      </w:tr>
      <w:tr w:rsidR="00110281" w:rsidRPr="00670300" w14:paraId="387574DC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900FB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74D24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71B2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935B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-0.029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E1D5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-0.076 to +0.018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99D5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0.282</w:t>
            </w:r>
          </w:p>
        </w:tc>
      </w:tr>
      <w:tr w:rsidR="00110281" w:rsidRPr="00670300" w14:paraId="5FEE6FA3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10F191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012C1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C501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9D50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-0.025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F4B3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-0.073 to +0.024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60BC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0.403</w:t>
            </w:r>
          </w:p>
        </w:tc>
      </w:tr>
      <w:tr w:rsidR="00110281" w:rsidRPr="00670300" w14:paraId="13B56041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DAFB5" w14:textId="77777777" w:rsidR="00110281" w:rsidRPr="00670300" w:rsidRDefault="00A35BDC">
            <w:pPr>
              <w:spacing w:before="16" w:after="16" w:line="240" w:lineRule="auto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Sinuses of Valsalva (n=1728)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A976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PHN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DE624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CB87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-0.289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DD7C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-0.334 to -0.244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B63E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1B45347C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A5955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1E2CD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E6B2E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A3F5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-0.325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D4E1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-0.369 to -0.282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78AB0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1EA09ED6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B3AD5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CE9A6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C713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FA0F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-0.307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E419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-0.351 to -0.262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6803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7191D028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A32B7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8481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Detroit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7230E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B27F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-0.249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9405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-0.295 to -0.204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53A7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0972A3EC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B8D50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8F66D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28E9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4086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-0.271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3F67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-0.315 to -0.226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32E4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7F2A1EF1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75793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B756C7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8E8D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A0E3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-0.266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0738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-0.312 to -0.220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BEAC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7AA37834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20E19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3830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Toronto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5F13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2BC3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-0.279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C6F7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-0.325 to -0.234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CF30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02FAABC1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752FB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75D33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F244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06F5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-0.315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C66D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-0.358 to -0.271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2718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5F76DBBC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BBED0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41825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F011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EA557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-0.299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D2B8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-0.343 to -0.254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B41C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66F9379E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8ABE9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80A1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Italy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73B1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3BAE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-0.275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6E57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-0.320 to -0.229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D2DF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6E98588D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78EE8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1F9FA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FBF4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A781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-0.309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6CD32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-0.353 to -0.265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D7B1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4437F3B2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A1DB2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214E5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8903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1BE4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-0.294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DDFB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-0.339 to -0.249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C709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6BC6CE72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CDF43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DE0E4" w14:textId="4D59893E" w:rsidR="00110281" w:rsidRPr="00670300" w:rsidRDefault="00A4161A">
            <w:pPr>
              <w:spacing w:before="16" w:after="16" w:line="240" w:lineRule="auto"/>
              <w:jc w:val="center"/>
              <w:rPr>
                <w:lang w:val="en-US"/>
              </w:rPr>
            </w:pPr>
            <w:r>
              <w:rPr>
                <w:rFonts w:eastAsia="Times New Roman" w:cs="Times New Roman"/>
                <w:sz w:val="15"/>
                <w:lang w:val="en-US"/>
              </w:rPr>
              <w:t>Lauzon-</w:t>
            </w:r>
            <w:proofErr w:type="spellStart"/>
            <w:r>
              <w:rPr>
                <w:rFonts w:eastAsia="Times New Roman" w:cs="Times New Roman"/>
                <w:sz w:val="15"/>
                <w:lang w:val="en-US"/>
              </w:rPr>
              <w:t>Schnittka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92C4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3472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+0.031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E5E7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-0.017 to +0.078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AE24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0.269</w:t>
            </w:r>
          </w:p>
        </w:tc>
      </w:tr>
      <w:tr w:rsidR="00110281" w:rsidRPr="00670300" w14:paraId="11183412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AEEC3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698B8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D713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CD81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+0.032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AE26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-0.016 to +0.079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BEFB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0.249</w:t>
            </w:r>
          </w:p>
        </w:tc>
      </w:tr>
      <w:tr w:rsidR="00110281" w:rsidRPr="00670300" w14:paraId="2896B4AF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2624A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1A339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FA29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D4F6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+0.036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AEB8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-0.013 to +0.085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A186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0.223</w:t>
            </w:r>
          </w:p>
        </w:tc>
      </w:tr>
      <w:tr w:rsidR="00110281" w:rsidRPr="00670300" w14:paraId="52224E68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E56D2" w14:textId="77777777" w:rsidR="00110281" w:rsidRPr="00670300" w:rsidRDefault="00A35BDC">
            <w:pPr>
              <w:spacing w:before="16" w:after="16" w:line="240" w:lineRule="auto"/>
              <w:rPr>
                <w:lang w:val="en-US"/>
              </w:rPr>
            </w:pPr>
            <w:proofErr w:type="spellStart"/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Sinotubular</w:t>
            </w:r>
            <w:proofErr w:type="spellEnd"/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 xml:space="preserve"> junction (n=1674)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5877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PHN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9A2A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2187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-0.228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B17CB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-0.274 to -0.181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AA9D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54582DDC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6D98E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4D409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720A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BA5A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-0.250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E66A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-0.297 to -0.204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5325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5C13AAD9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42D75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0C7DB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FFB0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EB0B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-0.236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DF62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-0.283 to -0.188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A282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42458B01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E2DA1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981C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Detroit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4BF1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351E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-0.182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A23D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-0.229 to -0.135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E0B5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12D7EDAF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28384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C0829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2095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D9BA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-0.189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A682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-0.236 to -0.143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BA43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205C2BF5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C6174A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814A6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D08E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C9BF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-0.190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7C57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-0.238 to -0.142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F60A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5AADB9CC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F1373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9D42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Toronto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CD0E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E72DF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-0.216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B6D3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-0.263 to -0.169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F8D26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5B8A40BE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DC044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5E5E3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138F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32D2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-0.237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9023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-0.284 to -0.190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612C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1386E909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28F90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A7FA6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FD23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FF8F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-0.226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01BE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-0.274 to -0.178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AB7B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3CD39487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6B3EB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11A4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Italy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B1DA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E023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-0.240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7AA5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-0.286 to -0.193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E669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3AD9E484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5DF11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B4D24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B403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C15B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-0.264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8DD4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-0.310 to -0.218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1CB1B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628697D8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05DD0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BBE7CD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88B3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2DFC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-0.248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ED03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-0.295 to -0.201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6DDC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0C6BCDEF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C2C08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224B2" w14:textId="4AEEE3ED" w:rsidR="00110281" w:rsidRPr="00670300" w:rsidRDefault="00A4161A">
            <w:pPr>
              <w:spacing w:before="16" w:after="16" w:line="240" w:lineRule="auto"/>
              <w:jc w:val="center"/>
              <w:rPr>
                <w:lang w:val="en-US"/>
              </w:rPr>
            </w:pPr>
            <w:r>
              <w:rPr>
                <w:rFonts w:eastAsia="Times New Roman" w:cs="Times New Roman"/>
                <w:sz w:val="15"/>
                <w:lang w:val="en-US"/>
              </w:rPr>
              <w:t>Lauzon-</w:t>
            </w:r>
            <w:proofErr w:type="spellStart"/>
            <w:r>
              <w:rPr>
                <w:rFonts w:eastAsia="Times New Roman" w:cs="Times New Roman"/>
                <w:sz w:val="15"/>
                <w:lang w:val="en-US"/>
              </w:rPr>
              <w:t>Schnittka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688D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BB70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-0.081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1A7AF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-0.129 to -0.034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C184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0.002</w:t>
            </w:r>
          </w:p>
        </w:tc>
      </w:tr>
      <w:tr w:rsidR="00110281" w:rsidRPr="00670300" w14:paraId="399EB41F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80C83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94CA63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53F2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3EF4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-0.079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2EDD7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-0.127 to -0.030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30F4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0.002</w:t>
            </w:r>
          </w:p>
        </w:tc>
      </w:tr>
      <w:tr w:rsidR="00110281" w:rsidRPr="00670300" w14:paraId="28CAAC7E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0EE1E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BBB1B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5DC3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E08E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-0.057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8D82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-0.107 to -0.008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9B75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0.036</w:t>
            </w:r>
          </w:p>
        </w:tc>
      </w:tr>
      <w:tr w:rsidR="00110281" w:rsidRPr="00670300" w14:paraId="05DB04B7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8203D" w14:textId="77777777" w:rsidR="00110281" w:rsidRPr="00670300" w:rsidRDefault="00A35BDC">
            <w:pPr>
              <w:spacing w:before="16" w:after="16" w:line="240" w:lineRule="auto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Ascending aorta (n=909)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097C0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PHN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9124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E516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-0.218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5DE0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-0.282 to -0.155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42EF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31DE5045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0966E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A7CB69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33FA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CDE1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-0.238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06FE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-0.302 to -0.175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17AB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71752838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A35F7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528D5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C66F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8028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-0.222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5D03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-0.287 to -0.157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2438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0BF8125E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4E38E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A982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Toronto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DADFC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80BE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-0.245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D1CE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-0.308 to -0.182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B3D3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3257804F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55A25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0078B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E51F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C1F5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-0.270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C256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-0.332 to -0.208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49CF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6323C008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22DD7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57476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1A72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6B6F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-0.249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72C1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-0.312 to -0.185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2D43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4DA73F52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AD762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75BAB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Italy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80E4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9F01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-0.212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DDCF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-0.275 to -0.148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27B0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70DA13EE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4FCF7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950D8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FF426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2BA9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-0.229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DCF89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-0.293 to -0.165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A7CF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4E904FC0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B94BB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5D320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162F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D9C2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-0.215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D686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-0.280 to -0.150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A18A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4967E9BC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0627A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EA11C" w14:textId="3B7DF86D" w:rsidR="00110281" w:rsidRPr="00670300" w:rsidRDefault="00A4161A">
            <w:pPr>
              <w:spacing w:before="16" w:after="16" w:line="240" w:lineRule="auto"/>
              <w:jc w:val="center"/>
              <w:rPr>
                <w:lang w:val="en-US"/>
              </w:rPr>
            </w:pPr>
            <w:r>
              <w:rPr>
                <w:rFonts w:eastAsia="Times New Roman" w:cs="Times New Roman"/>
                <w:sz w:val="15"/>
                <w:lang w:val="en-US"/>
              </w:rPr>
              <w:t>Lauzon-</w:t>
            </w:r>
            <w:proofErr w:type="spellStart"/>
            <w:r>
              <w:rPr>
                <w:rFonts w:eastAsia="Times New Roman" w:cs="Times New Roman"/>
                <w:sz w:val="15"/>
                <w:lang w:val="en-US"/>
              </w:rPr>
              <w:t>Schnittka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7914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C3B8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+0.014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4D73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-0.052 to +0.079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0B6F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0.698</w:t>
            </w:r>
          </w:p>
        </w:tc>
      </w:tr>
      <w:tr w:rsidR="00110281" w:rsidRPr="00670300" w14:paraId="58871AC2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EC07E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B6A87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2A53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28351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+0.012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8DF6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-0.053 to +0.078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094B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0.773</w:t>
            </w:r>
          </w:p>
        </w:tc>
      </w:tr>
      <w:tr w:rsidR="00110281" w:rsidRPr="00670300" w14:paraId="5AD720B0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A674E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A0B94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B0A5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8F38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+0.017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2DA1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-0.050 to +0.085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061EC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0.697</w:t>
            </w:r>
          </w:p>
        </w:tc>
      </w:tr>
      <w:tr w:rsidR="00110281" w:rsidRPr="00670300" w14:paraId="6C02FA9D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DF7D4" w14:textId="77777777" w:rsidR="00110281" w:rsidRPr="00670300" w:rsidRDefault="00A35BDC">
            <w:pPr>
              <w:spacing w:before="16" w:after="16" w:line="240" w:lineRule="auto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Mitral valve annulus (n=1150)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9251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PHN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1534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495C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-0.124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3862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-0.182 to -0.067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D83B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3F166CDD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551E5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39794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AFD5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657D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-0.144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3929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-0.201 to -0.088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C78E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2892D77F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B304D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8E7E4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5019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A45E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-0.129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7D50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-0.187 to -0.072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3626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2C8139E6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1E0F4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FC4D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Detroit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00C0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B50A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-0.020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1C8C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-0.078 to +0.038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1017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0.538</w:t>
            </w:r>
          </w:p>
        </w:tc>
      </w:tr>
      <w:tr w:rsidR="00110281" w:rsidRPr="00670300" w14:paraId="1A92FF95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96EAF8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111B2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0BF3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3995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-0.011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F411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-0.069 to +0.047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164C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0.773</w:t>
            </w:r>
          </w:p>
        </w:tc>
      </w:tr>
      <w:tr w:rsidR="00110281" w:rsidRPr="00670300" w14:paraId="4575D57D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3A4D7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777F0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115F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5890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-0.023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62CD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-0.082 to +0.037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29AB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0.540</w:t>
            </w:r>
          </w:p>
        </w:tc>
      </w:tr>
      <w:tr w:rsidR="00110281" w:rsidRPr="00670300" w14:paraId="15402490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BFE0A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DB97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Toronto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129C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B9FF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-0.084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3975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-0.142 to -0.026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11C8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0.008</w:t>
            </w:r>
          </w:p>
        </w:tc>
      </w:tr>
      <w:tr w:rsidR="00110281" w:rsidRPr="00670300" w14:paraId="3876F95F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760BB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D6DD84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D0D4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2840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-0.098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EEAD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-0.156 to -0.040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3F0B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0.002</w:t>
            </w:r>
          </w:p>
        </w:tc>
      </w:tr>
      <w:tr w:rsidR="00110281" w:rsidRPr="00670300" w14:paraId="27439AA5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97745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17006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38DD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54E0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-0.090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ED24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-0.149 to -0.031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6046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0.006</w:t>
            </w:r>
          </w:p>
        </w:tc>
      </w:tr>
      <w:tr w:rsidR="00110281" w:rsidRPr="00670300" w14:paraId="507E6EC4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07166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B3E8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Italy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9BCA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6E15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-0.099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02A9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-0.157 to -0.041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F989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0.002</w:t>
            </w:r>
          </w:p>
        </w:tc>
      </w:tr>
      <w:tr w:rsidR="00110281" w:rsidRPr="00670300" w14:paraId="0D163900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C23BB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A37E32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D260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8703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-0.115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51AF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-0.173 to -0.058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81F5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5FA7E971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56EEC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D16E0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3394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8876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-0.104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00A0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-0.163 to -0.046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DBFE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0.001</w:t>
            </w:r>
          </w:p>
        </w:tc>
      </w:tr>
      <w:tr w:rsidR="00110281" w:rsidRPr="00670300" w14:paraId="654C2267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37CE0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A7BA2" w14:textId="07C86454" w:rsidR="00110281" w:rsidRPr="00670300" w:rsidRDefault="00A4161A">
            <w:pPr>
              <w:spacing w:before="16" w:after="16" w:line="240" w:lineRule="auto"/>
              <w:jc w:val="center"/>
              <w:rPr>
                <w:lang w:val="en-US"/>
              </w:rPr>
            </w:pPr>
            <w:r>
              <w:rPr>
                <w:rFonts w:eastAsia="Times New Roman" w:cs="Times New Roman"/>
                <w:sz w:val="15"/>
                <w:lang w:val="en-US"/>
              </w:rPr>
              <w:t>Lauzon-</w:t>
            </w:r>
            <w:proofErr w:type="spellStart"/>
            <w:r>
              <w:rPr>
                <w:rFonts w:eastAsia="Times New Roman" w:cs="Times New Roman"/>
                <w:sz w:val="15"/>
                <w:lang w:val="en-US"/>
              </w:rPr>
              <w:t>Schnittka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5E30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3299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+0.044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003A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-0.014 to +0.102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8665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0.193</w:t>
            </w:r>
          </w:p>
        </w:tc>
      </w:tr>
      <w:tr w:rsidR="00110281" w:rsidRPr="00670300" w14:paraId="1FCF5ECA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0A5BB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2C861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E1C1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8529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+0.062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54E8C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+0.004 to +0.120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2310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0.053</w:t>
            </w:r>
          </w:p>
        </w:tc>
      </w:tr>
      <w:tr w:rsidR="00110281" w:rsidRPr="00670300" w14:paraId="69338442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743A48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ECC043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98979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C601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+0.062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FED5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+0.002 to +0.121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1BE7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0.066</w:t>
            </w:r>
          </w:p>
        </w:tc>
      </w:tr>
      <w:tr w:rsidR="00110281" w:rsidRPr="00670300" w14:paraId="6EF8E244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5D34E" w14:textId="77777777" w:rsidR="00110281" w:rsidRPr="00670300" w:rsidRDefault="00A35BDC">
            <w:pPr>
              <w:spacing w:before="16" w:after="16" w:line="240" w:lineRule="auto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LVEDD (n=1878)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856C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PHN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65C2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AE74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-0.182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6E90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-0.227 to -0.138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69CC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7AABA10E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D4D74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133A1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6952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602E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-0.219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FAB8D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-0.261 to -0.177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267F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6E5F9A5D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EA1FB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8D274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E95C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5449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-0.206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454F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-0.249 to -0.163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BEC2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303D1DF0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1C7D6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C45B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Detroit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B69A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1F6C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-0.154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4FD8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-0.199 to -0.109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FA1C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6C604768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B25C33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7EC77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7663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88B9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-0.169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1051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-0.213 to -0.124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E05C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14F6E050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04FC0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0530A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1E7BC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E5BC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-0.172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3B1C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-0.218 to -0.126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7893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7E0FB9C5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829CA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8043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Toronto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6D06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4F2A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-0.156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8CD8B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-0.201 to -0.111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2B03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74AF90CC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6C1D0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561D28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9642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3A66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-0.190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3717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-0.233 to -0.147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5D1D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3684D35B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2D9C6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9378E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5060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D4D9F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-0.185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9AA2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-0.229 to -0.140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1451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2A1E7C3E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D2CE4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FF0B5" w14:textId="5F20A268" w:rsidR="00110281" w:rsidRPr="00670300" w:rsidRDefault="00A4161A">
            <w:pPr>
              <w:spacing w:before="16" w:after="16" w:line="240" w:lineRule="auto"/>
              <w:jc w:val="center"/>
              <w:rPr>
                <w:lang w:val="en-US"/>
              </w:rPr>
            </w:pPr>
            <w:r>
              <w:rPr>
                <w:rFonts w:eastAsia="Times New Roman" w:cs="Times New Roman"/>
                <w:sz w:val="15"/>
                <w:lang w:val="en-US"/>
              </w:rPr>
              <w:t>Lauzon-</w:t>
            </w:r>
            <w:proofErr w:type="spellStart"/>
            <w:r>
              <w:rPr>
                <w:rFonts w:eastAsia="Times New Roman" w:cs="Times New Roman"/>
                <w:sz w:val="15"/>
                <w:lang w:val="en-US"/>
              </w:rPr>
              <w:t>Schnittka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E22D5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2376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+0.002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51BC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-0.043 to +0.048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675B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0.923</w:t>
            </w:r>
          </w:p>
        </w:tc>
      </w:tr>
      <w:tr w:rsidR="00110281" w:rsidRPr="00670300" w14:paraId="20F3E576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1280B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A2E33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B2C4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E59C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+0.002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7647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-0.043 to +0.048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6DB9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0.935</w:t>
            </w:r>
          </w:p>
        </w:tc>
      </w:tr>
      <w:tr w:rsidR="00110281" w:rsidRPr="00670300" w14:paraId="6378F657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6A806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8C4F2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85EC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9544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+0.001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3336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-0.046 to +0.048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71FB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0.972</w:t>
            </w:r>
          </w:p>
        </w:tc>
      </w:tr>
      <w:tr w:rsidR="00110281" w:rsidRPr="00670300" w14:paraId="1E4B9240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F444B" w14:textId="77777777" w:rsidR="00110281" w:rsidRPr="00670300" w:rsidRDefault="00A35BDC">
            <w:pPr>
              <w:spacing w:before="16" w:after="16" w:line="240" w:lineRule="auto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Septal wall (n=1875)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BBF2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PHN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1D13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47A8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+0.026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D92C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-0.020 to +0.071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531F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0.328</w:t>
            </w:r>
          </w:p>
        </w:tc>
      </w:tr>
      <w:tr w:rsidR="00110281" w:rsidRPr="00670300" w14:paraId="2507CF9F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664D6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73970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3536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38ED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+0.009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B30E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-0.036 to +0.054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F2E1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0.773</w:t>
            </w:r>
          </w:p>
        </w:tc>
      </w:tr>
      <w:tr w:rsidR="00110281" w:rsidRPr="00670300" w14:paraId="0CF0D66B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4C122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1FBEF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ADDB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E8597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+0.005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C4B7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-0.042 to +0.051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736D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0.898</w:t>
            </w:r>
          </w:p>
        </w:tc>
      </w:tr>
      <w:tr w:rsidR="00110281" w:rsidRPr="00670300" w14:paraId="6A89EE0D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E6C57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EF23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Detroit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DF83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7916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-0.054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2AE5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-0.099 to -0.009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7B5E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0.032</w:t>
            </w:r>
          </w:p>
        </w:tc>
      </w:tr>
      <w:tr w:rsidR="00110281" w:rsidRPr="00670300" w14:paraId="5DBE3EFC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E5D16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C5F234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98D3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BF03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-0.074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A66E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-0.119 to -0.029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9D93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0.002</w:t>
            </w:r>
          </w:p>
        </w:tc>
      </w:tr>
      <w:tr w:rsidR="00110281" w:rsidRPr="00670300" w14:paraId="30E5B4ED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331FF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1E56B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B154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C5C1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-0.066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5148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-0.112 to -0.020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2424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0.009</w:t>
            </w:r>
          </w:p>
        </w:tc>
      </w:tr>
      <w:tr w:rsidR="00110281" w:rsidRPr="00670300" w14:paraId="51B1C55E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AA9BB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E6FA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Toronto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D67B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0033B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+0.028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DC13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-0.017 to +0.074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A0F8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0.285</w:t>
            </w:r>
          </w:p>
        </w:tc>
      </w:tr>
      <w:tr w:rsidR="00110281" w:rsidRPr="00670300" w14:paraId="1D8E8492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D8A81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74B28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B24A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9324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+0.011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B401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-0.034 to +0.056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75C5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0.729</w:t>
            </w:r>
          </w:p>
        </w:tc>
      </w:tr>
      <w:tr w:rsidR="00110281" w:rsidRPr="00670300" w14:paraId="0E8ACA3E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09E64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95BDE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5F89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E816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+0.008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6863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-0.039 to +0.054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797E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0.822</w:t>
            </w:r>
          </w:p>
        </w:tc>
      </w:tr>
      <w:tr w:rsidR="00110281" w:rsidRPr="00670300" w14:paraId="49F7F2CB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D59C7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A1C68" w14:textId="58566EF1" w:rsidR="00110281" w:rsidRPr="00670300" w:rsidRDefault="00A4161A">
            <w:pPr>
              <w:spacing w:before="16" w:after="16" w:line="240" w:lineRule="auto"/>
              <w:jc w:val="center"/>
              <w:rPr>
                <w:lang w:val="en-US"/>
              </w:rPr>
            </w:pPr>
            <w:r>
              <w:rPr>
                <w:rFonts w:eastAsia="Times New Roman" w:cs="Times New Roman"/>
                <w:sz w:val="15"/>
                <w:lang w:val="en-US"/>
              </w:rPr>
              <w:t>Lauzon-</w:t>
            </w:r>
            <w:proofErr w:type="spellStart"/>
            <w:r>
              <w:rPr>
                <w:rFonts w:eastAsia="Times New Roman" w:cs="Times New Roman"/>
                <w:sz w:val="15"/>
                <w:lang w:val="en-US"/>
              </w:rPr>
              <w:t>Schnittka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0980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4FAA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-0.071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044F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-0.117 to -0.026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273F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0.004</w:t>
            </w:r>
          </w:p>
        </w:tc>
      </w:tr>
      <w:tr w:rsidR="00110281" w:rsidRPr="00670300" w14:paraId="1DF6EF1B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A3FB2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A635D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2962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6B52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-0.074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F627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-0.120 to -0.029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325BC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0.002</w:t>
            </w:r>
          </w:p>
        </w:tc>
      </w:tr>
      <w:tr w:rsidR="00110281" w:rsidRPr="00670300" w14:paraId="5D45AF95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F992E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E4404C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35B2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BF1A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-0.070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3813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-0.116 to -0.023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209F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0.006</w:t>
            </w:r>
          </w:p>
        </w:tc>
      </w:tr>
      <w:tr w:rsidR="00110281" w:rsidRPr="00670300" w14:paraId="528452A9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DD952" w14:textId="77777777" w:rsidR="00110281" w:rsidRPr="00670300" w:rsidRDefault="00A35BDC">
            <w:pPr>
              <w:spacing w:before="16" w:after="16" w:line="240" w:lineRule="auto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Posterior wall (n=1875)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6F1B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PHN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4960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5D925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+0.049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40C1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+0.003 to +0.094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0AB3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0.055</w:t>
            </w:r>
          </w:p>
        </w:tc>
      </w:tr>
      <w:tr w:rsidR="00110281" w:rsidRPr="00670300" w14:paraId="7454A3C8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411C2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A1CB0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B644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2D78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+0.038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541B5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-0.007 to +0.083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A86C6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0.133</w:t>
            </w:r>
          </w:p>
        </w:tc>
      </w:tr>
      <w:tr w:rsidR="00110281" w:rsidRPr="00670300" w14:paraId="00FA0D77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C2F1B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81DF6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249A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032A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+0.028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335B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-0.019 to +0.074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05E3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0.324</w:t>
            </w:r>
          </w:p>
        </w:tc>
      </w:tr>
      <w:tr w:rsidR="00110281" w:rsidRPr="00670300" w14:paraId="78576316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E34049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5F0E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Detroit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6F49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1346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-0.066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548A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-0.111 to -0.021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1D57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0.008</w:t>
            </w:r>
          </w:p>
        </w:tc>
      </w:tr>
      <w:tr w:rsidR="00110281" w:rsidRPr="00670300" w14:paraId="61E27BAE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144EB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DC3DD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FBC9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3D03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-0.083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8A20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-0.128 to -0.038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BE52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6329ED9C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FA7BD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2DC39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7330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BD4F7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-0.076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F2DD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-0.122 to -0.029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FBE7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0.003</w:t>
            </w:r>
          </w:p>
        </w:tc>
      </w:tr>
      <w:tr w:rsidR="00110281" w:rsidRPr="00670300" w14:paraId="7E97DE78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D5D7A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7E90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Toronto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4D92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CE02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+0.017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F15C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-0.028 to +0.062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41BB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0.501</w:t>
            </w:r>
          </w:p>
        </w:tc>
      </w:tr>
      <w:tr w:rsidR="00110281" w:rsidRPr="00670300" w14:paraId="552BC76B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E9B21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20C4B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E61C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69E28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+0.003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49A6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-0.043 to +0.048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44C3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0.935</w:t>
            </w:r>
          </w:p>
        </w:tc>
      </w:tr>
      <w:tr w:rsidR="00110281" w:rsidRPr="00670300" w14:paraId="1E34E772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E48FD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2C1B6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E5EF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E5A0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-0.001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0F47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-0.047 to +0.046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F7A5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0.972</w:t>
            </w:r>
          </w:p>
        </w:tc>
      </w:tr>
      <w:tr w:rsidR="00110281" w:rsidRPr="00670300" w14:paraId="000D90D0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FCEB6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A1535" w14:textId="00EF17FC" w:rsidR="00110281" w:rsidRPr="00670300" w:rsidRDefault="00A4161A">
            <w:pPr>
              <w:spacing w:before="16" w:after="16" w:line="240" w:lineRule="auto"/>
              <w:jc w:val="center"/>
              <w:rPr>
                <w:lang w:val="en-US"/>
              </w:rPr>
            </w:pPr>
            <w:r>
              <w:rPr>
                <w:rFonts w:eastAsia="Times New Roman" w:cs="Times New Roman"/>
                <w:sz w:val="15"/>
                <w:lang w:val="en-US"/>
              </w:rPr>
              <w:t>Lauzon-</w:t>
            </w:r>
            <w:proofErr w:type="spellStart"/>
            <w:r>
              <w:rPr>
                <w:rFonts w:eastAsia="Times New Roman" w:cs="Times New Roman"/>
                <w:sz w:val="15"/>
                <w:lang w:val="en-US"/>
              </w:rPr>
              <w:t>Schnittka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C33B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A07A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-0.054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415F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-0.100 to -0.009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A7F9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0.032</w:t>
            </w:r>
          </w:p>
        </w:tc>
      </w:tr>
      <w:tr w:rsidR="00110281" w:rsidRPr="00670300" w14:paraId="3359A22D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91DA8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73824E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AF4B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B704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-0.061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BFB63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-0.107 to -0.016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EBCB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0.013</w:t>
            </w:r>
          </w:p>
        </w:tc>
      </w:tr>
      <w:tr w:rsidR="00110281" w:rsidRPr="00670300" w14:paraId="13459197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F63F4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A45AF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00D5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C700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-0.059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1FFC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-0.106 to -0.013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E433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0.021</w:t>
            </w:r>
          </w:p>
        </w:tc>
      </w:tr>
      <w:tr w:rsidR="00110281" w:rsidRPr="00670300" w14:paraId="79DF5651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F03F3" w14:textId="77777777" w:rsidR="00110281" w:rsidRPr="00670300" w:rsidRDefault="00A35BDC">
            <w:pPr>
              <w:spacing w:before="16" w:after="16" w:line="240" w:lineRule="auto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Left atrium (n=1500)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7870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PHN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3D3D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3813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+0.022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173E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-0.029 to +0.072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8129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0.449</w:t>
            </w:r>
          </w:p>
        </w:tc>
      </w:tr>
      <w:tr w:rsidR="00110281" w:rsidRPr="00670300" w14:paraId="2CFE3893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F6BAC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25DE7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695E8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B50C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+0.003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7D5C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-0.046 to +0.052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16FE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0.935</w:t>
            </w:r>
          </w:p>
        </w:tc>
      </w:tr>
      <w:tr w:rsidR="00110281" w:rsidRPr="00670300" w14:paraId="64CE3E34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D30DA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7DFAD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CF0C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EB32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+0.027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CA2D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-0.024 to +0.077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09FC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0.387</w:t>
            </w:r>
          </w:p>
        </w:tc>
      </w:tr>
      <w:tr w:rsidR="00110281" w:rsidRPr="00670300" w14:paraId="5F2EB268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53179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B7CDF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Detroit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562D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E5B8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+0.024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59259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-0.026 to +0.075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35DB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0.407</w:t>
            </w:r>
          </w:p>
        </w:tc>
      </w:tr>
      <w:tr w:rsidR="00110281" w:rsidRPr="00670300" w14:paraId="53E26E3F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7F2ED4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435D6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21CC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69D1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+0.015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5480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-0.036 to +0.066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847A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0.668</w:t>
            </w:r>
          </w:p>
        </w:tc>
      </w:tr>
      <w:tr w:rsidR="00110281" w:rsidRPr="00670300" w14:paraId="7E84F036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AC3BC8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E39C7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B642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D21D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+0.025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8763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-0.027 to +0.078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B395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0.417</w:t>
            </w:r>
          </w:p>
        </w:tc>
      </w:tr>
      <w:tr w:rsidR="00110281" w:rsidRPr="00670300" w14:paraId="5230FB04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04DD0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60AB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Toronto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4F1E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02CD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+0.098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440CD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+0.048 to +0.149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E6A4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613260B4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AA9A3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A9C3E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8E20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4B2E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+0.083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16D1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+0.033 to +0.134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52E54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0.002</w:t>
            </w:r>
          </w:p>
        </w:tc>
      </w:tr>
      <w:tr w:rsidR="00110281" w:rsidRPr="00670300" w14:paraId="3894688F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4D505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D15C8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961E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D1F3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+0.094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2CA5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+0.042 to +0.145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9F54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2A4868A0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C0AC5" w14:textId="77777777" w:rsidR="00110281" w:rsidRPr="00670300" w:rsidRDefault="00A35BDC">
            <w:pPr>
              <w:spacing w:before="16" w:after="16" w:line="240" w:lineRule="auto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Tricuspid valve annulus (n=1037)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5F2B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PHN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D5DC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745CF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-0.090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F1AE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-0.151 to -0.030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57684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0.007</w:t>
            </w:r>
          </w:p>
        </w:tc>
      </w:tr>
      <w:tr w:rsidR="00110281" w:rsidRPr="00670300" w14:paraId="4FF354C9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E28D21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CFE03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9767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2374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-0.138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F714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-0.196 to -0.079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9FD3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79E48F13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872E5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2C86CB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BFE2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1E0E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-0.116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EDE4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-0.176 to -0.056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5339F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5B30A03D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1C8E2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45F0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Detroit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EF3C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AD76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+0.026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6A0E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-0.035 to +0.087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6810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0.449</w:t>
            </w:r>
          </w:p>
        </w:tc>
      </w:tr>
      <w:tr w:rsidR="00110281" w:rsidRPr="00670300" w14:paraId="4083A582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034ED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B501A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CAD6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5AFA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+0.019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03B9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-0.042 to +0.080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3BB46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0.668</w:t>
            </w:r>
          </w:p>
        </w:tc>
      </w:tr>
      <w:tr w:rsidR="00110281" w:rsidRPr="00670300" w14:paraId="31C0107F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155E1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85090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7642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9FCB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+0.010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0DC7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-0.053 to +0.073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5740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0.823</w:t>
            </w:r>
          </w:p>
        </w:tc>
      </w:tr>
      <w:tr w:rsidR="00110281" w:rsidRPr="00670300" w14:paraId="0E10DB2D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45B294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0947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Toronto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C2B4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5872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-0.043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FCC9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-0.104 to +0.018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9D29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0.227</w:t>
            </w:r>
          </w:p>
        </w:tc>
      </w:tr>
      <w:tr w:rsidR="00110281" w:rsidRPr="00670300" w14:paraId="7F61E303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50B8A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87DD5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01FE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4E4B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-0.079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272DB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-0.139 to -0.018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20BF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0.017</w:t>
            </w:r>
          </w:p>
        </w:tc>
      </w:tr>
      <w:tr w:rsidR="00110281" w:rsidRPr="00670300" w14:paraId="140DD7BA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ED3A9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AF80D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AD5A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D333B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-0.069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7401C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-0.132 to -0.007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4B9E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0.047</w:t>
            </w:r>
          </w:p>
        </w:tc>
      </w:tr>
      <w:tr w:rsidR="00110281" w:rsidRPr="00670300" w14:paraId="5B7DD1EB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9B323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A4B3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Italy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530D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04FA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-0.069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B6F9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-0.130 to -0.008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4ABC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0.043</w:t>
            </w:r>
          </w:p>
        </w:tc>
      </w:tr>
      <w:tr w:rsidR="00110281" w:rsidRPr="00670300" w14:paraId="44726F1C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B173D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74418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C2AC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1066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-0.111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E900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-0.171 to -0.051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83FB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3C1A07F3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D4E39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EE4BC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9B5B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D413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-0.096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ACB0E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-0.157 to -0.034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A7AE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0.004</w:t>
            </w:r>
          </w:p>
        </w:tc>
      </w:tr>
      <w:tr w:rsidR="00110281" w:rsidRPr="00670300" w14:paraId="0D233E80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FBDCF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18171" w14:textId="63BB1699" w:rsidR="00110281" w:rsidRPr="00670300" w:rsidRDefault="00A4161A">
            <w:pPr>
              <w:spacing w:before="16" w:after="16" w:line="240" w:lineRule="auto"/>
              <w:jc w:val="center"/>
              <w:rPr>
                <w:lang w:val="en-US"/>
              </w:rPr>
            </w:pPr>
            <w:r>
              <w:rPr>
                <w:rFonts w:eastAsia="Times New Roman" w:cs="Times New Roman"/>
                <w:sz w:val="15"/>
                <w:lang w:val="en-US"/>
              </w:rPr>
              <w:t>Lauzon-</w:t>
            </w:r>
            <w:proofErr w:type="spellStart"/>
            <w:r>
              <w:rPr>
                <w:rFonts w:eastAsia="Times New Roman" w:cs="Times New Roman"/>
                <w:sz w:val="15"/>
                <w:lang w:val="en-US"/>
              </w:rPr>
              <w:t>Schnittka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FC4B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49585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-0.020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F21F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-0.081 to +0.041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65C6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0.541</w:t>
            </w:r>
          </w:p>
        </w:tc>
      </w:tr>
      <w:tr w:rsidR="00110281" w:rsidRPr="00670300" w14:paraId="69BFC6B3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163A2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7FAFE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4C48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367B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-0.002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EFC6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-0.063 to +0.060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5A6E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0.959</w:t>
            </w:r>
          </w:p>
        </w:tc>
      </w:tr>
      <w:tr w:rsidR="00110281" w:rsidRPr="00670300" w14:paraId="68F8C571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6AD5F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60861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C363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9F3E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+0.005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E45F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-0.058 to +0.069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F3A9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0.913</w:t>
            </w:r>
          </w:p>
        </w:tc>
      </w:tr>
      <w:tr w:rsidR="00110281" w:rsidRPr="00670300" w14:paraId="0F3F1B0B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B7E88" w14:textId="77777777" w:rsidR="00110281" w:rsidRPr="00670300" w:rsidRDefault="00A35BDC">
            <w:pPr>
              <w:spacing w:before="16" w:after="16" w:line="240" w:lineRule="auto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Pulmonary valve annulus (n=738)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1F24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PHN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7B96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1503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-0.038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ED14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-0.110 to +0.035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F6A5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0.367</w:t>
            </w:r>
          </w:p>
        </w:tc>
      </w:tr>
      <w:tr w:rsidR="00110281" w:rsidRPr="00670300" w14:paraId="72281B5D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D3883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D9FF4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E2D7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43B05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-0.051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189B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-0.123 to +0.020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E337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0.210</w:t>
            </w:r>
          </w:p>
        </w:tc>
      </w:tr>
      <w:tr w:rsidR="00110281" w:rsidRPr="00670300" w14:paraId="5C5FD6EB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EAA29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2A59C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82CC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AF01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-0.027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875E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-0.102 to +0.048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EEC09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0.558</w:t>
            </w:r>
          </w:p>
        </w:tc>
      </w:tr>
      <w:tr w:rsidR="00110281" w:rsidRPr="00670300" w14:paraId="02884CAF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4E2B1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97AA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Detroit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3A7D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AEC6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-0.056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AEFBA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-0.128 to +0.016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B65A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0.185</w:t>
            </w:r>
          </w:p>
        </w:tc>
      </w:tr>
      <w:tr w:rsidR="00110281" w:rsidRPr="00670300" w14:paraId="5B871773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F276D8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C608D4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D54A8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567E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-0.068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5EFB1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-0.140 to +0.004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3198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0.091</w:t>
            </w:r>
          </w:p>
        </w:tc>
      </w:tr>
      <w:tr w:rsidR="00110281" w:rsidRPr="00670300" w14:paraId="13E32FDD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B7496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48838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7A8B2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8796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-0.043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7684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-0.119 to +0.032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7195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0.343</w:t>
            </w:r>
          </w:p>
        </w:tc>
      </w:tr>
      <w:tr w:rsidR="00110281" w:rsidRPr="00670300" w14:paraId="264EFFA6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FF94C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B9215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Toronto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FEF5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CDF6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-0.066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3385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-0.138 to +0.006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4B42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0.113</w:t>
            </w:r>
          </w:p>
        </w:tc>
      </w:tr>
      <w:tr w:rsidR="00110281" w:rsidRPr="00670300" w14:paraId="43D2303E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B25CD8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0A6A2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5585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BB48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-0.083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8DF6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-0.154 to -0.013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050A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0.032</w:t>
            </w:r>
          </w:p>
        </w:tc>
      </w:tr>
      <w:tr w:rsidR="00110281" w:rsidRPr="00670300" w14:paraId="4043E4F5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188BF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7F980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B95E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319EE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-0.051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E6BD3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-0.124 to +0.023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4D2B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0.254</w:t>
            </w:r>
          </w:p>
        </w:tc>
      </w:tr>
      <w:tr w:rsidR="00110281" w:rsidRPr="00670300" w14:paraId="020F7F00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3733C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86B5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Italy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99D7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B1AC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-0.063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E11E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-0.136 to +0.009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11F0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0.126</w:t>
            </w:r>
          </w:p>
        </w:tc>
      </w:tr>
      <w:tr w:rsidR="00110281" w:rsidRPr="00670300" w14:paraId="11C1CBBF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7CC70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AA954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EAE51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2391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-0.080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5BF4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-0.151 to -0.010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844BD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0.038</w:t>
            </w:r>
          </w:p>
        </w:tc>
      </w:tr>
      <w:tr w:rsidR="00110281" w:rsidRPr="00670300" w14:paraId="2B28FC35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223FF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BBDAA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7D5F0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70DF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-0.049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10666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-0.122 to +0.025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3609F6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0.274</w:t>
            </w:r>
          </w:p>
        </w:tc>
      </w:tr>
      <w:tr w:rsidR="00110281" w:rsidRPr="00670300" w14:paraId="21A138C1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04EED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0B37D" w14:textId="23321393" w:rsidR="00110281" w:rsidRPr="00670300" w:rsidRDefault="00A4161A">
            <w:pPr>
              <w:spacing w:before="16" w:after="16" w:line="240" w:lineRule="auto"/>
              <w:jc w:val="center"/>
              <w:rPr>
                <w:lang w:val="en-US"/>
              </w:rPr>
            </w:pPr>
            <w:r>
              <w:rPr>
                <w:rFonts w:eastAsia="Times New Roman" w:cs="Times New Roman"/>
                <w:sz w:val="15"/>
                <w:lang w:val="en-US"/>
              </w:rPr>
              <w:t>Lauzon-</w:t>
            </w:r>
            <w:proofErr w:type="spellStart"/>
            <w:r>
              <w:rPr>
                <w:rFonts w:eastAsia="Times New Roman" w:cs="Times New Roman"/>
                <w:sz w:val="15"/>
                <w:lang w:val="en-US"/>
              </w:rPr>
              <w:t>Schnittka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290A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388F7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+0.128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A5E1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+0.056 to +0.200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7B96B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0.001</w:t>
            </w:r>
          </w:p>
        </w:tc>
      </w:tr>
      <w:tr w:rsidR="00110281" w:rsidRPr="00670300" w14:paraId="21792C6D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B19C2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7F28E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10B94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5E60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+0.128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5D23C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+0.056 to +0.200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F3D23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  <w:tr w:rsidR="00110281" w:rsidRPr="00670300" w14:paraId="59D8E3BD" w14:textId="77777777" w:rsidTr="3DAED7C1">
        <w:trPr>
          <w:cantSplit/>
        </w:trPr>
        <w:tc>
          <w:tcPr>
            <w:tcW w:w="2324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40AA1ABA" w14:textId="77777777" w:rsidR="00110281" w:rsidRPr="00670300" w:rsidRDefault="00110281">
            <w:pPr>
              <w:spacing w:before="16" w:after="16" w:line="240" w:lineRule="auto"/>
              <w:rPr>
                <w:lang w:val="en-US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58D03633" w14:textId="77777777" w:rsidR="00110281" w:rsidRPr="00670300" w:rsidRDefault="00110281">
            <w:pPr>
              <w:spacing w:before="16" w:after="16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46BC1A3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M3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3945B792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lang w:val="en-US"/>
              </w:rPr>
              <w:t>+0.155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42A039D9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sz w:val="15"/>
                <w:szCs w:val="15"/>
                <w:lang w:val="en-US"/>
              </w:rPr>
              <w:t>+0.079 to +0.230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17D8238F" w14:textId="77777777" w:rsidR="00110281" w:rsidRPr="00670300" w:rsidRDefault="00A35BDC">
            <w:pPr>
              <w:spacing w:before="16" w:after="16" w:line="240" w:lineRule="auto"/>
              <w:jc w:val="center"/>
              <w:rPr>
                <w:lang w:val="en-US"/>
              </w:rPr>
            </w:pPr>
            <w:r w:rsidRPr="00670300">
              <w:rPr>
                <w:rFonts w:eastAsia="Times New Roman" w:cs="Times New Roman"/>
                <w:b/>
                <w:sz w:val="15"/>
                <w:lang w:val="en-US"/>
              </w:rPr>
              <w:t>&lt;0.001</w:t>
            </w:r>
          </w:p>
        </w:tc>
      </w:tr>
    </w:tbl>
    <w:p>
      <w:pPr>
        <w:spacing w:after="120" w:before="120"/>
      </w:pPr>
      <w:r>
        <w:rPr>
          <w:rFonts w:ascii="Times New Roman" w:hAnsi="Times New Roman" w:cs="Times New Roman"/>
          <w:b w:val="0"/>
          <w:i w:val="0"/>
          <w:sz w:val="18"/>
        </w:rPr>
        <w:t>M1, unadjusted; M2, adjusted for age and sex; M3, adjusted for age, sex and height. β is a standardized coefficient: the change in Z score, in standard deviations of that Z score, per one standard deviation increase in BMIz, shown with its 95% confidence interval in every model. The n beside each structure is the number of participants contributing to that structure. All p values are adjusted by the Benjamini-Hochberg false discovery rate procedure within each model across the 49 combinations; those below 0.05 are in bold; confidence intervals are unadjusted. LVEDD, left ventricular end-diastolic diameter.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