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BE2C0" w14:textId="77777777" w:rsidR="00B11409" w:rsidRPr="00B11409" w:rsidRDefault="00B11409" w:rsidP="00B11409">
      <w:pPr>
        <w:keepNext/>
        <w:spacing w:after="160" w:line="240" w:lineRule="auto"/>
        <w:jc w:val="center"/>
        <w:rPr>
          <w:rFonts w:ascii="Times New Roman" w:eastAsia="Times New Roman" w:hAnsi="Times New Roman"/>
          <w:b/>
          <w:bCs/>
          <w:sz w:val="28"/>
          <w:lang w:val="en-GB"/>
        </w:rPr>
      </w:pPr>
      <w:r w:rsidRPr="00B11409">
        <w:rPr>
          <w:rFonts w:ascii="Times New Roman" w:eastAsia="Times New Roman" w:hAnsi="Times New Roman"/>
          <w:b/>
          <w:bCs/>
          <w:sz w:val="28"/>
          <w:lang w:val="en-GB"/>
        </w:rPr>
        <w:t>Supplementary Material</w:t>
      </w:r>
    </w:p>
    <w:p w14:paraId="2C306B22" w14:textId="77777777" w:rsidR="00EA4B54" w:rsidRDefault="00EA4B54" w:rsidP="00EA4B54">
      <w:pPr>
        <w:keepNext/>
        <w:spacing w:after="160" w:line="240" w:lineRule="auto"/>
        <w:jc w:val="both"/>
      </w:pPr>
      <w:r>
        <w:rPr>
          <w:rFonts w:ascii="Times New Roman" w:eastAsia="Times New Roman" w:hAnsi="Times New Roman"/>
          <w:b/>
          <w:sz w:val="24"/>
        </w:rPr>
        <w:t xml:space="preserve">Table S1. </w:t>
      </w:r>
      <w:r>
        <w:rPr>
          <w:rFonts w:ascii="Times New Roman" w:eastAsia="Times New Roman" w:hAnsi="Times New Roman"/>
          <w:sz w:val="24"/>
        </w:rPr>
        <w:t>Definitions of landscape elements used in the three-dimensional classification framework.</w:t>
      </w:r>
    </w:p>
    <w:tbl>
      <w:tblPr>
        <w:tblStyle w:val="aff1"/>
        <w:tblW w:w="0" w:type="auto"/>
        <w:jc w:val="center"/>
        <w:tblLayout w:type="fixed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3500"/>
        <w:gridCol w:w="2500"/>
        <w:gridCol w:w="7994"/>
      </w:tblGrid>
      <w:tr w:rsidR="00EA4B54" w14:paraId="4097CAE7" w14:textId="77777777" w:rsidTr="004B3BB4">
        <w:trPr>
          <w:cantSplit/>
          <w:tblHeader/>
          <w:jc w:val="center"/>
        </w:trPr>
        <w:tc>
          <w:tcPr>
            <w:tcW w:w="3500" w:type="dxa"/>
            <w:vAlign w:val="center"/>
          </w:tcPr>
          <w:p w14:paraId="588ABA09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Landscape element</w:t>
            </w:r>
          </w:p>
        </w:tc>
        <w:tc>
          <w:tcPr>
            <w:tcW w:w="2500" w:type="dxa"/>
            <w:vAlign w:val="center"/>
          </w:tcPr>
          <w:p w14:paraId="5D0FDE6F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Spatial representation</w:t>
            </w:r>
          </w:p>
        </w:tc>
        <w:tc>
          <w:tcPr>
            <w:tcW w:w="7994" w:type="dxa"/>
            <w:vAlign w:val="center"/>
          </w:tcPr>
          <w:p w14:paraId="44D52922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Definition</w:t>
            </w:r>
          </w:p>
        </w:tc>
      </w:tr>
      <w:tr w:rsidR="00EA4B54" w14:paraId="4B75BC30" w14:textId="77777777" w:rsidTr="004B3BB4">
        <w:trPr>
          <w:cantSplit/>
          <w:trHeight w:val="360"/>
          <w:jc w:val="center"/>
        </w:trPr>
        <w:tc>
          <w:tcPr>
            <w:tcW w:w="3500" w:type="dxa"/>
            <w:vAlign w:val="center"/>
          </w:tcPr>
          <w:p w14:paraId="1A4FD9AF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Upper Canopy Vegetation</w:t>
            </w:r>
          </w:p>
        </w:tc>
        <w:tc>
          <w:tcPr>
            <w:tcW w:w="2500" w:type="dxa"/>
            <w:vAlign w:val="center"/>
          </w:tcPr>
          <w:p w14:paraId="045ED948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3D entity</w:t>
            </w:r>
          </w:p>
        </w:tc>
        <w:tc>
          <w:tcPr>
            <w:tcW w:w="7994" w:type="dxa"/>
            <w:vAlign w:val="center"/>
          </w:tcPr>
          <w:p w14:paraId="45C2564E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Vegetation with a canopy height greater than 10 m.</w:t>
            </w:r>
          </w:p>
        </w:tc>
      </w:tr>
      <w:tr w:rsidR="00EA4B54" w14:paraId="4EA31B44" w14:textId="77777777" w:rsidTr="004B3BB4">
        <w:trPr>
          <w:cantSplit/>
          <w:trHeight w:val="360"/>
          <w:jc w:val="center"/>
        </w:trPr>
        <w:tc>
          <w:tcPr>
            <w:tcW w:w="3500" w:type="dxa"/>
            <w:vAlign w:val="center"/>
          </w:tcPr>
          <w:p w14:paraId="7EC14CB5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Lower Canopy Vegetation</w:t>
            </w:r>
          </w:p>
        </w:tc>
        <w:tc>
          <w:tcPr>
            <w:tcW w:w="2500" w:type="dxa"/>
            <w:vAlign w:val="center"/>
          </w:tcPr>
          <w:p w14:paraId="58A8C2B3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3D entity</w:t>
            </w:r>
          </w:p>
        </w:tc>
        <w:tc>
          <w:tcPr>
            <w:tcW w:w="7994" w:type="dxa"/>
            <w:vAlign w:val="center"/>
          </w:tcPr>
          <w:p w14:paraId="5D422C1C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Vegetation with a canopy height between 5 and 10 m.</w:t>
            </w:r>
          </w:p>
        </w:tc>
      </w:tr>
      <w:tr w:rsidR="00EA4B54" w14:paraId="5CFF43FA" w14:textId="77777777" w:rsidTr="004B3BB4">
        <w:trPr>
          <w:cantSplit/>
          <w:trHeight w:val="360"/>
          <w:jc w:val="center"/>
        </w:trPr>
        <w:tc>
          <w:tcPr>
            <w:tcW w:w="3500" w:type="dxa"/>
            <w:vAlign w:val="center"/>
          </w:tcPr>
          <w:p w14:paraId="6259EB86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Mid-Layer Vegetation</w:t>
            </w:r>
          </w:p>
        </w:tc>
        <w:tc>
          <w:tcPr>
            <w:tcW w:w="2500" w:type="dxa"/>
            <w:vAlign w:val="center"/>
          </w:tcPr>
          <w:p w14:paraId="2EAD5C22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3D entity</w:t>
            </w:r>
          </w:p>
        </w:tc>
        <w:tc>
          <w:tcPr>
            <w:tcW w:w="7994" w:type="dxa"/>
            <w:vAlign w:val="center"/>
          </w:tcPr>
          <w:p w14:paraId="4BB43FC5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Vegetation with a height between 3 and 5 m.</w:t>
            </w:r>
          </w:p>
        </w:tc>
      </w:tr>
      <w:tr w:rsidR="00EA4B54" w14:paraId="0CA3086E" w14:textId="77777777" w:rsidTr="004B3BB4">
        <w:trPr>
          <w:cantSplit/>
          <w:trHeight w:val="360"/>
          <w:jc w:val="center"/>
        </w:trPr>
        <w:tc>
          <w:tcPr>
            <w:tcW w:w="3500" w:type="dxa"/>
            <w:vAlign w:val="center"/>
          </w:tcPr>
          <w:p w14:paraId="47DFBEBD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Terrestrial Low Vegetation</w:t>
            </w:r>
          </w:p>
        </w:tc>
        <w:tc>
          <w:tcPr>
            <w:tcW w:w="2500" w:type="dxa"/>
            <w:vAlign w:val="center"/>
          </w:tcPr>
          <w:p w14:paraId="6DA5283B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3D entity</w:t>
            </w:r>
          </w:p>
        </w:tc>
        <w:tc>
          <w:tcPr>
            <w:tcW w:w="7994" w:type="dxa"/>
            <w:vAlign w:val="center"/>
          </w:tcPr>
          <w:p w14:paraId="74055BE3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Vegetation below 3 m located within terrestrial green spaces.</w:t>
            </w:r>
          </w:p>
        </w:tc>
      </w:tr>
      <w:tr w:rsidR="00EA4B54" w14:paraId="024F4929" w14:textId="77777777" w:rsidTr="004B3BB4">
        <w:trPr>
          <w:cantSplit/>
          <w:trHeight w:val="360"/>
          <w:jc w:val="center"/>
        </w:trPr>
        <w:tc>
          <w:tcPr>
            <w:tcW w:w="3500" w:type="dxa"/>
            <w:vAlign w:val="center"/>
          </w:tcPr>
          <w:p w14:paraId="65872C44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Riparian Low Vegetation</w:t>
            </w:r>
          </w:p>
        </w:tc>
        <w:tc>
          <w:tcPr>
            <w:tcW w:w="2500" w:type="dxa"/>
            <w:vAlign w:val="center"/>
          </w:tcPr>
          <w:p w14:paraId="0DBA1169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3D entity</w:t>
            </w:r>
          </w:p>
        </w:tc>
        <w:tc>
          <w:tcPr>
            <w:tcW w:w="7994" w:type="dxa"/>
            <w:vAlign w:val="center"/>
          </w:tcPr>
          <w:p w14:paraId="363AA16B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Vegetation below 3 m located within riparian green spaces.</w:t>
            </w:r>
          </w:p>
        </w:tc>
      </w:tr>
      <w:tr w:rsidR="00EA4B54" w14:paraId="0CB8EA84" w14:textId="77777777" w:rsidTr="004B3BB4">
        <w:trPr>
          <w:cantSplit/>
          <w:trHeight w:val="360"/>
          <w:jc w:val="center"/>
        </w:trPr>
        <w:tc>
          <w:tcPr>
            <w:tcW w:w="3500" w:type="dxa"/>
            <w:vAlign w:val="center"/>
          </w:tcPr>
          <w:p w14:paraId="36B661B8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Building Structures</w:t>
            </w:r>
          </w:p>
        </w:tc>
        <w:tc>
          <w:tcPr>
            <w:tcW w:w="2500" w:type="dxa"/>
            <w:vAlign w:val="center"/>
          </w:tcPr>
          <w:p w14:paraId="0DCF8FB0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3D entity</w:t>
            </w:r>
          </w:p>
        </w:tc>
        <w:tc>
          <w:tcPr>
            <w:tcW w:w="7994" w:type="dxa"/>
            <w:vAlign w:val="center"/>
          </w:tcPr>
          <w:p w14:paraId="6EC8141F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Buildings and architectural structures.</w:t>
            </w:r>
          </w:p>
        </w:tc>
      </w:tr>
      <w:tr w:rsidR="00EA4B54" w14:paraId="5BB1E138" w14:textId="77777777" w:rsidTr="004B3BB4">
        <w:trPr>
          <w:cantSplit/>
          <w:trHeight w:val="360"/>
          <w:jc w:val="center"/>
        </w:trPr>
        <w:tc>
          <w:tcPr>
            <w:tcW w:w="3500" w:type="dxa"/>
            <w:vAlign w:val="center"/>
          </w:tcPr>
          <w:p w14:paraId="2D098A2B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Bridges</w:t>
            </w:r>
          </w:p>
        </w:tc>
        <w:tc>
          <w:tcPr>
            <w:tcW w:w="2500" w:type="dxa"/>
            <w:vAlign w:val="center"/>
          </w:tcPr>
          <w:p w14:paraId="620660A5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3D entity</w:t>
            </w:r>
          </w:p>
        </w:tc>
        <w:tc>
          <w:tcPr>
            <w:tcW w:w="7994" w:type="dxa"/>
            <w:vAlign w:val="center"/>
          </w:tcPr>
          <w:p w14:paraId="29B68FA8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Bridge spanning the river .</w:t>
            </w:r>
          </w:p>
        </w:tc>
      </w:tr>
      <w:tr w:rsidR="00EA4B54" w14:paraId="26D53E5C" w14:textId="77777777" w:rsidTr="004B3BB4">
        <w:trPr>
          <w:cantSplit/>
          <w:trHeight w:val="360"/>
          <w:jc w:val="center"/>
        </w:trPr>
        <w:tc>
          <w:tcPr>
            <w:tcW w:w="3500" w:type="dxa"/>
            <w:vAlign w:val="center"/>
          </w:tcPr>
          <w:p w14:paraId="5219FC3B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Municipal Facilities</w:t>
            </w:r>
          </w:p>
        </w:tc>
        <w:tc>
          <w:tcPr>
            <w:tcW w:w="2500" w:type="dxa"/>
            <w:vAlign w:val="center"/>
          </w:tcPr>
          <w:p w14:paraId="49EE49EF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3D entity</w:t>
            </w:r>
          </w:p>
        </w:tc>
        <w:tc>
          <w:tcPr>
            <w:tcW w:w="7994" w:type="dxa"/>
            <w:vAlign w:val="center"/>
          </w:tcPr>
          <w:p w14:paraId="5597423F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Small-scale public facilities within greenway spaces, including benches, tables, lighting poles, railings, and signage.</w:t>
            </w:r>
          </w:p>
        </w:tc>
      </w:tr>
      <w:tr w:rsidR="00EA4B54" w14:paraId="53F0BE2F" w14:textId="77777777" w:rsidTr="004B3BB4">
        <w:trPr>
          <w:cantSplit/>
          <w:trHeight w:val="360"/>
          <w:jc w:val="center"/>
        </w:trPr>
        <w:tc>
          <w:tcPr>
            <w:tcW w:w="3500" w:type="dxa"/>
            <w:vAlign w:val="center"/>
          </w:tcPr>
          <w:p w14:paraId="5DC6103C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Water Bodies</w:t>
            </w:r>
          </w:p>
        </w:tc>
        <w:tc>
          <w:tcPr>
            <w:tcW w:w="2500" w:type="dxa"/>
            <w:vAlign w:val="center"/>
          </w:tcPr>
          <w:p w14:paraId="1269AC36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2D surface</w:t>
            </w:r>
          </w:p>
        </w:tc>
        <w:tc>
          <w:tcPr>
            <w:tcW w:w="7994" w:type="dxa"/>
            <w:vAlign w:val="center"/>
          </w:tcPr>
          <w:p w14:paraId="7B0041FF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Open water surfaces within the study area.</w:t>
            </w:r>
          </w:p>
        </w:tc>
      </w:tr>
      <w:tr w:rsidR="00EA4B54" w14:paraId="269240FE" w14:textId="77777777" w:rsidTr="004B3BB4">
        <w:trPr>
          <w:cantSplit/>
          <w:trHeight w:val="360"/>
          <w:jc w:val="center"/>
        </w:trPr>
        <w:tc>
          <w:tcPr>
            <w:tcW w:w="3500" w:type="dxa"/>
            <w:vAlign w:val="center"/>
          </w:tcPr>
          <w:p w14:paraId="55BCF64D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Lawn</w:t>
            </w:r>
          </w:p>
        </w:tc>
        <w:tc>
          <w:tcPr>
            <w:tcW w:w="2500" w:type="dxa"/>
            <w:vAlign w:val="center"/>
          </w:tcPr>
          <w:p w14:paraId="4D41D106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2D surface</w:t>
            </w:r>
          </w:p>
        </w:tc>
        <w:tc>
          <w:tcPr>
            <w:tcW w:w="7994" w:type="dxa"/>
            <w:vAlign w:val="center"/>
          </w:tcPr>
          <w:p w14:paraId="70FC9FFB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Managed grass-covered surfaces dominated by turfgrass.</w:t>
            </w:r>
          </w:p>
        </w:tc>
      </w:tr>
      <w:tr w:rsidR="00EA4B54" w14:paraId="2F3C54EA" w14:textId="77777777" w:rsidTr="004B3BB4">
        <w:trPr>
          <w:cantSplit/>
          <w:trHeight w:val="360"/>
          <w:jc w:val="center"/>
        </w:trPr>
        <w:tc>
          <w:tcPr>
            <w:tcW w:w="3500" w:type="dxa"/>
            <w:vAlign w:val="center"/>
          </w:tcPr>
          <w:p w14:paraId="53D41DD3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Activity Space</w:t>
            </w:r>
          </w:p>
        </w:tc>
        <w:tc>
          <w:tcPr>
            <w:tcW w:w="2500" w:type="dxa"/>
            <w:vAlign w:val="center"/>
          </w:tcPr>
          <w:p w14:paraId="0B89016C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2D surface</w:t>
            </w:r>
          </w:p>
        </w:tc>
        <w:tc>
          <w:tcPr>
            <w:tcW w:w="7994" w:type="dxa"/>
            <w:vAlign w:val="center"/>
          </w:tcPr>
          <w:p w14:paraId="22083094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Designed open spaces for public recreation and gathering.</w:t>
            </w:r>
          </w:p>
        </w:tc>
      </w:tr>
      <w:tr w:rsidR="00EA4B54" w14:paraId="50CBCD65" w14:textId="77777777" w:rsidTr="004B3BB4">
        <w:trPr>
          <w:cantSplit/>
          <w:trHeight w:val="360"/>
          <w:jc w:val="center"/>
        </w:trPr>
        <w:tc>
          <w:tcPr>
            <w:tcW w:w="3500" w:type="dxa"/>
            <w:vAlign w:val="center"/>
          </w:tcPr>
          <w:p w14:paraId="389262DC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Paved Roads</w:t>
            </w:r>
          </w:p>
        </w:tc>
        <w:tc>
          <w:tcPr>
            <w:tcW w:w="2500" w:type="dxa"/>
            <w:vAlign w:val="center"/>
          </w:tcPr>
          <w:p w14:paraId="62E76132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2D surface</w:t>
            </w:r>
          </w:p>
        </w:tc>
        <w:tc>
          <w:tcPr>
            <w:tcW w:w="7994" w:type="dxa"/>
            <w:vAlign w:val="center"/>
          </w:tcPr>
          <w:p w14:paraId="61889BBF" w14:textId="77777777" w:rsidR="00EA4B54" w:rsidRDefault="00EA4B54" w:rsidP="004B3BB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Paved transportation surfaces for pedestrians or vehicles.</w:t>
            </w:r>
          </w:p>
        </w:tc>
      </w:tr>
    </w:tbl>
    <w:p w14:paraId="691E370F" w14:textId="77777777" w:rsidR="00EA4B54" w:rsidRDefault="00EA4B54" w:rsidP="00EA4B54">
      <w:pPr>
        <w:rPr>
          <w:rFonts w:eastAsia="宋体"/>
          <w:lang w:eastAsia="zh-CN"/>
        </w:rPr>
      </w:pPr>
    </w:p>
    <w:p w14:paraId="46D1C811" w14:textId="77777777" w:rsidR="00EA4B54" w:rsidRDefault="00EA4B54" w:rsidP="00EA4B54">
      <w:pPr>
        <w:rPr>
          <w:rFonts w:eastAsia="宋体"/>
          <w:lang w:eastAsia="zh-CN"/>
        </w:rPr>
      </w:pPr>
    </w:p>
    <w:p w14:paraId="6D7D91BC" w14:textId="77777777" w:rsidR="00EA4B54" w:rsidRPr="00EA4B54" w:rsidRDefault="00EA4B54" w:rsidP="00EA4B54">
      <w:pPr>
        <w:rPr>
          <w:rFonts w:eastAsia="宋体"/>
          <w:lang w:eastAsia="zh-CN"/>
        </w:rPr>
      </w:pPr>
    </w:p>
    <w:p w14:paraId="0E928835" w14:textId="62D200F4" w:rsidR="00EA4B54" w:rsidRDefault="00EA4B54" w:rsidP="00EA4B54">
      <w:pPr>
        <w:keepNext/>
        <w:spacing w:after="120" w:line="240" w:lineRule="auto"/>
        <w:jc w:val="both"/>
      </w:pPr>
      <w:r>
        <w:rPr>
          <w:rFonts w:ascii="Times New Roman" w:eastAsia="宋体" w:hAnsi="Times New Roman"/>
          <w:b/>
          <w:sz w:val="24"/>
        </w:rPr>
        <w:lastRenderedPageBreak/>
        <w:t xml:space="preserve">Table S2. </w:t>
      </w:r>
      <w:r>
        <w:rPr>
          <w:rFonts w:ascii="Times New Roman" w:eastAsia="宋体" w:hAnsi="Times New Roman"/>
          <w:sz w:val="24"/>
        </w:rPr>
        <w:t xml:space="preserve">Functional </w:t>
      </w:r>
      <w:r>
        <w:rPr>
          <w:rFonts w:ascii="Times New Roman" w:eastAsia="宋体" w:hAnsi="Times New Roman" w:hint="eastAsia"/>
          <w:sz w:val="24"/>
          <w:lang w:eastAsia="zh-CN"/>
        </w:rPr>
        <w:t xml:space="preserve">traits </w:t>
      </w:r>
      <w:r>
        <w:rPr>
          <w:rFonts w:ascii="Times New Roman" w:eastAsia="宋体" w:hAnsi="Times New Roman"/>
          <w:sz w:val="24"/>
        </w:rPr>
        <w:t>of recorded bird species.</w:t>
      </w:r>
    </w:p>
    <w:tbl>
      <w:tblPr>
        <w:tblStyle w:val="aff1"/>
        <w:tblW w:w="0" w:type="auto"/>
        <w:jc w:val="center"/>
        <w:tblLayout w:type="fixed"/>
        <w:tblCellMar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1787"/>
        <w:gridCol w:w="2977"/>
        <w:gridCol w:w="1653"/>
        <w:gridCol w:w="1200"/>
        <w:gridCol w:w="1399"/>
        <w:gridCol w:w="1985"/>
        <w:gridCol w:w="2891"/>
      </w:tblGrid>
      <w:tr w:rsidR="00EA4B54" w14:paraId="00B54AAD" w14:textId="77777777" w:rsidTr="00EA4B54">
        <w:trPr>
          <w:cantSplit/>
          <w:tblHeader/>
          <w:jc w:val="center"/>
        </w:trPr>
        <w:tc>
          <w:tcPr>
            <w:tcW w:w="1787" w:type="dxa"/>
            <w:vAlign w:val="center"/>
          </w:tcPr>
          <w:p w14:paraId="268012A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b/>
                <w:sz w:val="12"/>
              </w:rPr>
              <w:t>Site</w:t>
            </w:r>
          </w:p>
        </w:tc>
        <w:tc>
          <w:tcPr>
            <w:tcW w:w="2977" w:type="dxa"/>
            <w:vAlign w:val="center"/>
          </w:tcPr>
          <w:p w14:paraId="1A58496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b/>
                <w:sz w:val="12"/>
              </w:rPr>
              <w:t>Species</w:t>
            </w:r>
          </w:p>
        </w:tc>
        <w:tc>
          <w:tcPr>
            <w:tcW w:w="1653" w:type="dxa"/>
            <w:vAlign w:val="center"/>
          </w:tcPr>
          <w:p w14:paraId="4804480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b/>
                <w:sz w:val="12"/>
              </w:rPr>
              <w:t>Diet</w:t>
            </w:r>
          </w:p>
        </w:tc>
        <w:tc>
          <w:tcPr>
            <w:tcW w:w="1200" w:type="dxa"/>
            <w:vAlign w:val="center"/>
          </w:tcPr>
          <w:p w14:paraId="674D534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b/>
                <w:sz w:val="12"/>
              </w:rPr>
              <w:t>ForStrat</w:t>
            </w:r>
          </w:p>
        </w:tc>
        <w:tc>
          <w:tcPr>
            <w:tcW w:w="1399" w:type="dxa"/>
            <w:vAlign w:val="center"/>
          </w:tcPr>
          <w:p w14:paraId="1C80668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b/>
                <w:sz w:val="12"/>
              </w:rPr>
              <w:t>Mass</w:t>
            </w:r>
          </w:p>
        </w:tc>
        <w:tc>
          <w:tcPr>
            <w:tcW w:w="1985" w:type="dxa"/>
            <w:vAlign w:val="center"/>
          </w:tcPr>
          <w:p w14:paraId="04E9B7B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b/>
                <w:sz w:val="12"/>
              </w:rPr>
              <w:t>Habitat</w:t>
            </w:r>
          </w:p>
        </w:tc>
        <w:tc>
          <w:tcPr>
            <w:tcW w:w="2891" w:type="dxa"/>
            <w:vAlign w:val="center"/>
          </w:tcPr>
          <w:p w14:paraId="153A82B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b/>
                <w:sz w:val="12"/>
              </w:rPr>
              <w:t>Lifestyle</w:t>
            </w:r>
          </w:p>
        </w:tc>
      </w:tr>
      <w:tr w:rsidR="00EA4B54" w14:paraId="3042ED83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45FE780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</w:t>
            </w:r>
          </w:p>
        </w:tc>
        <w:tc>
          <w:tcPr>
            <w:tcW w:w="2977" w:type="dxa"/>
            <w:vAlign w:val="center"/>
          </w:tcPr>
          <w:p w14:paraId="4E50AD8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Tachybaptus ruficollis</w:t>
            </w:r>
          </w:p>
        </w:tc>
        <w:tc>
          <w:tcPr>
            <w:tcW w:w="1653" w:type="dxa"/>
            <w:vAlign w:val="center"/>
          </w:tcPr>
          <w:p w14:paraId="081E877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16407FA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FG_Water</w:t>
            </w:r>
          </w:p>
        </w:tc>
        <w:tc>
          <w:tcPr>
            <w:tcW w:w="1399" w:type="dxa"/>
            <w:vAlign w:val="center"/>
          </w:tcPr>
          <w:p w14:paraId="436E212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169.43</w:t>
            </w:r>
          </w:p>
        </w:tc>
        <w:tc>
          <w:tcPr>
            <w:tcW w:w="1985" w:type="dxa"/>
            <w:vAlign w:val="center"/>
          </w:tcPr>
          <w:p w14:paraId="72FBB0A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Wetland</w:t>
            </w:r>
          </w:p>
        </w:tc>
        <w:tc>
          <w:tcPr>
            <w:tcW w:w="2891" w:type="dxa"/>
            <w:vAlign w:val="center"/>
          </w:tcPr>
          <w:p w14:paraId="3CB614A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Aquatic</w:t>
            </w:r>
          </w:p>
        </w:tc>
      </w:tr>
      <w:tr w:rsidR="00EA4B54" w14:paraId="0735DAC8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129E7FD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</w:t>
            </w:r>
          </w:p>
        </w:tc>
        <w:tc>
          <w:tcPr>
            <w:tcW w:w="2977" w:type="dxa"/>
            <w:vAlign w:val="center"/>
          </w:tcPr>
          <w:p w14:paraId="659A953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Apus nipalensis</w:t>
            </w:r>
          </w:p>
        </w:tc>
        <w:tc>
          <w:tcPr>
            <w:tcW w:w="1653" w:type="dxa"/>
            <w:vAlign w:val="center"/>
          </w:tcPr>
          <w:p w14:paraId="765A8D4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0AEBE9F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FG_UpperVeg</w:t>
            </w:r>
          </w:p>
        </w:tc>
        <w:tc>
          <w:tcPr>
            <w:tcW w:w="1399" w:type="dxa"/>
            <w:vAlign w:val="center"/>
          </w:tcPr>
          <w:p w14:paraId="177C641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29.82</w:t>
            </w:r>
          </w:p>
        </w:tc>
        <w:tc>
          <w:tcPr>
            <w:tcW w:w="1985" w:type="dxa"/>
            <w:vAlign w:val="center"/>
          </w:tcPr>
          <w:p w14:paraId="1A19277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Human Modified</w:t>
            </w:r>
          </w:p>
        </w:tc>
        <w:tc>
          <w:tcPr>
            <w:tcW w:w="2891" w:type="dxa"/>
            <w:vAlign w:val="center"/>
          </w:tcPr>
          <w:p w14:paraId="520AE66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Aerial</w:t>
            </w:r>
          </w:p>
        </w:tc>
      </w:tr>
      <w:tr w:rsidR="00EA4B54" w14:paraId="3187056E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3816EA9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3</w:t>
            </w:r>
          </w:p>
        </w:tc>
        <w:tc>
          <w:tcPr>
            <w:tcW w:w="2977" w:type="dxa"/>
            <w:vAlign w:val="center"/>
          </w:tcPr>
          <w:p w14:paraId="6231BA8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Centropus sinensis</w:t>
            </w:r>
          </w:p>
        </w:tc>
        <w:tc>
          <w:tcPr>
            <w:tcW w:w="1653" w:type="dxa"/>
            <w:vAlign w:val="center"/>
          </w:tcPr>
          <w:p w14:paraId="28CEB96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Omnivore</w:t>
            </w:r>
          </w:p>
        </w:tc>
        <w:tc>
          <w:tcPr>
            <w:tcW w:w="1200" w:type="dxa"/>
            <w:vAlign w:val="center"/>
          </w:tcPr>
          <w:p w14:paraId="1DAC23E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6FEAFDB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280.7</w:t>
            </w:r>
          </w:p>
        </w:tc>
        <w:tc>
          <w:tcPr>
            <w:tcW w:w="1985" w:type="dxa"/>
            <w:vAlign w:val="center"/>
          </w:tcPr>
          <w:p w14:paraId="2513F4F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Woodland</w:t>
            </w:r>
          </w:p>
        </w:tc>
        <w:tc>
          <w:tcPr>
            <w:tcW w:w="2891" w:type="dxa"/>
            <w:vAlign w:val="center"/>
          </w:tcPr>
          <w:p w14:paraId="09A8F33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2845BD2F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23E82A4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4</w:t>
            </w:r>
          </w:p>
        </w:tc>
        <w:tc>
          <w:tcPr>
            <w:tcW w:w="2977" w:type="dxa"/>
            <w:vAlign w:val="center"/>
          </w:tcPr>
          <w:p w14:paraId="1CA9923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Eudynamys scolopaceus</w:t>
            </w:r>
          </w:p>
        </w:tc>
        <w:tc>
          <w:tcPr>
            <w:tcW w:w="1653" w:type="dxa"/>
            <w:vAlign w:val="center"/>
          </w:tcPr>
          <w:p w14:paraId="305A63C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FruiNect</w:t>
            </w:r>
          </w:p>
        </w:tc>
        <w:tc>
          <w:tcPr>
            <w:tcW w:w="1200" w:type="dxa"/>
            <w:vAlign w:val="center"/>
          </w:tcPr>
          <w:p w14:paraId="16B38EE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FG_UpperVeg</w:t>
            </w:r>
          </w:p>
        </w:tc>
        <w:tc>
          <w:tcPr>
            <w:tcW w:w="1399" w:type="dxa"/>
            <w:vAlign w:val="center"/>
          </w:tcPr>
          <w:p w14:paraId="017F2A0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194.92</w:t>
            </w:r>
          </w:p>
        </w:tc>
        <w:tc>
          <w:tcPr>
            <w:tcW w:w="1985" w:type="dxa"/>
            <w:vAlign w:val="center"/>
          </w:tcPr>
          <w:p w14:paraId="067C727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Woodland</w:t>
            </w:r>
          </w:p>
        </w:tc>
        <w:tc>
          <w:tcPr>
            <w:tcW w:w="2891" w:type="dxa"/>
            <w:vAlign w:val="center"/>
          </w:tcPr>
          <w:p w14:paraId="6F40E95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0D58B4E0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16777C3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5</w:t>
            </w:r>
          </w:p>
        </w:tc>
        <w:tc>
          <w:tcPr>
            <w:tcW w:w="2977" w:type="dxa"/>
            <w:vAlign w:val="center"/>
          </w:tcPr>
          <w:p w14:paraId="00E5BA3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Cacomantis merulinus</w:t>
            </w:r>
          </w:p>
        </w:tc>
        <w:tc>
          <w:tcPr>
            <w:tcW w:w="1653" w:type="dxa"/>
            <w:vAlign w:val="center"/>
          </w:tcPr>
          <w:p w14:paraId="08251D6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12E5E15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FG_UpperVeg</w:t>
            </w:r>
          </w:p>
        </w:tc>
        <w:tc>
          <w:tcPr>
            <w:tcW w:w="1399" w:type="dxa"/>
            <w:vAlign w:val="center"/>
          </w:tcPr>
          <w:p w14:paraId="1801D12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25.3</w:t>
            </w:r>
          </w:p>
        </w:tc>
        <w:tc>
          <w:tcPr>
            <w:tcW w:w="1985" w:type="dxa"/>
            <w:vAlign w:val="center"/>
          </w:tcPr>
          <w:p w14:paraId="18C1BCD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Woodland</w:t>
            </w:r>
          </w:p>
        </w:tc>
        <w:tc>
          <w:tcPr>
            <w:tcW w:w="2891" w:type="dxa"/>
            <w:vAlign w:val="center"/>
          </w:tcPr>
          <w:p w14:paraId="5B775DD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45129F25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1F1FBF6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6</w:t>
            </w:r>
          </w:p>
        </w:tc>
        <w:tc>
          <w:tcPr>
            <w:tcW w:w="2977" w:type="dxa"/>
            <w:vAlign w:val="center"/>
          </w:tcPr>
          <w:p w14:paraId="1FFEBDF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Amaurornis phoenicurus</w:t>
            </w:r>
          </w:p>
        </w:tc>
        <w:tc>
          <w:tcPr>
            <w:tcW w:w="1653" w:type="dxa"/>
            <w:vAlign w:val="center"/>
          </w:tcPr>
          <w:p w14:paraId="0AC9932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Omnivore</w:t>
            </w:r>
          </w:p>
        </w:tc>
        <w:tc>
          <w:tcPr>
            <w:tcW w:w="1200" w:type="dxa"/>
            <w:vAlign w:val="center"/>
          </w:tcPr>
          <w:p w14:paraId="721E24E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097A18B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180</w:t>
            </w:r>
          </w:p>
        </w:tc>
        <w:tc>
          <w:tcPr>
            <w:tcW w:w="1985" w:type="dxa"/>
            <w:vAlign w:val="center"/>
          </w:tcPr>
          <w:p w14:paraId="2C1409A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Wetland</w:t>
            </w:r>
          </w:p>
        </w:tc>
        <w:tc>
          <w:tcPr>
            <w:tcW w:w="2891" w:type="dxa"/>
            <w:vAlign w:val="center"/>
          </w:tcPr>
          <w:p w14:paraId="17C3940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3A94394A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767016A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7</w:t>
            </w:r>
          </w:p>
        </w:tc>
        <w:tc>
          <w:tcPr>
            <w:tcW w:w="2977" w:type="dxa"/>
            <w:vAlign w:val="center"/>
          </w:tcPr>
          <w:p w14:paraId="4522A23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Ixobrychus cinnamomeus</w:t>
            </w:r>
          </w:p>
        </w:tc>
        <w:tc>
          <w:tcPr>
            <w:tcW w:w="1653" w:type="dxa"/>
            <w:vAlign w:val="center"/>
          </w:tcPr>
          <w:p w14:paraId="5CB6212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VertFishScav</w:t>
            </w:r>
          </w:p>
        </w:tc>
        <w:tc>
          <w:tcPr>
            <w:tcW w:w="1200" w:type="dxa"/>
            <w:vAlign w:val="center"/>
          </w:tcPr>
          <w:p w14:paraId="5223853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FG_Water</w:t>
            </w:r>
          </w:p>
        </w:tc>
        <w:tc>
          <w:tcPr>
            <w:tcW w:w="1399" w:type="dxa"/>
            <w:vAlign w:val="center"/>
          </w:tcPr>
          <w:p w14:paraId="37BADFA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126.49</w:t>
            </w:r>
          </w:p>
        </w:tc>
        <w:tc>
          <w:tcPr>
            <w:tcW w:w="1985" w:type="dxa"/>
            <w:vAlign w:val="center"/>
          </w:tcPr>
          <w:p w14:paraId="172304D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Human Modified</w:t>
            </w:r>
          </w:p>
        </w:tc>
        <w:tc>
          <w:tcPr>
            <w:tcW w:w="2891" w:type="dxa"/>
            <w:vAlign w:val="center"/>
          </w:tcPr>
          <w:p w14:paraId="357DEA5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25F99043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6366A75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8</w:t>
            </w:r>
          </w:p>
        </w:tc>
        <w:tc>
          <w:tcPr>
            <w:tcW w:w="2977" w:type="dxa"/>
            <w:vAlign w:val="center"/>
          </w:tcPr>
          <w:p w14:paraId="742FB90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Ardea cinerea</w:t>
            </w:r>
          </w:p>
        </w:tc>
        <w:tc>
          <w:tcPr>
            <w:tcW w:w="1653" w:type="dxa"/>
            <w:vAlign w:val="center"/>
          </w:tcPr>
          <w:p w14:paraId="65DA59B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VertFishScav</w:t>
            </w:r>
          </w:p>
        </w:tc>
        <w:tc>
          <w:tcPr>
            <w:tcW w:w="1200" w:type="dxa"/>
            <w:vAlign w:val="center"/>
          </w:tcPr>
          <w:p w14:paraId="04B0E4C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FG_Water</w:t>
            </w:r>
          </w:p>
        </w:tc>
        <w:tc>
          <w:tcPr>
            <w:tcW w:w="1399" w:type="dxa"/>
            <w:vAlign w:val="center"/>
          </w:tcPr>
          <w:p w14:paraId="11446BB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1443</w:t>
            </w:r>
          </w:p>
        </w:tc>
        <w:tc>
          <w:tcPr>
            <w:tcW w:w="1985" w:type="dxa"/>
            <w:vAlign w:val="center"/>
          </w:tcPr>
          <w:p w14:paraId="08E5671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Wetland</w:t>
            </w:r>
          </w:p>
        </w:tc>
        <w:tc>
          <w:tcPr>
            <w:tcW w:w="2891" w:type="dxa"/>
            <w:vAlign w:val="center"/>
          </w:tcPr>
          <w:p w14:paraId="63B15AE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0643B583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7220183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9</w:t>
            </w:r>
          </w:p>
        </w:tc>
        <w:tc>
          <w:tcPr>
            <w:tcW w:w="2977" w:type="dxa"/>
            <w:vAlign w:val="center"/>
          </w:tcPr>
          <w:p w14:paraId="544E6A9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Ardeola bacchus</w:t>
            </w:r>
          </w:p>
        </w:tc>
        <w:tc>
          <w:tcPr>
            <w:tcW w:w="1653" w:type="dxa"/>
            <w:vAlign w:val="center"/>
          </w:tcPr>
          <w:p w14:paraId="5F5D31D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154E34B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FG_Water</w:t>
            </w:r>
          </w:p>
        </w:tc>
        <w:tc>
          <w:tcPr>
            <w:tcW w:w="1399" w:type="dxa"/>
            <w:vAlign w:val="center"/>
          </w:tcPr>
          <w:p w14:paraId="744A078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304.89</w:t>
            </w:r>
          </w:p>
        </w:tc>
        <w:tc>
          <w:tcPr>
            <w:tcW w:w="1985" w:type="dxa"/>
            <w:vAlign w:val="center"/>
          </w:tcPr>
          <w:p w14:paraId="570EDFB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Wetland</w:t>
            </w:r>
          </w:p>
        </w:tc>
        <w:tc>
          <w:tcPr>
            <w:tcW w:w="2891" w:type="dxa"/>
            <w:vAlign w:val="center"/>
          </w:tcPr>
          <w:p w14:paraId="70A85EA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12C0B0CC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6E9726D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10</w:t>
            </w:r>
          </w:p>
        </w:tc>
        <w:tc>
          <w:tcPr>
            <w:tcW w:w="2977" w:type="dxa"/>
            <w:vAlign w:val="center"/>
          </w:tcPr>
          <w:p w14:paraId="37BA3EE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Nycticorax nycticorax</w:t>
            </w:r>
          </w:p>
        </w:tc>
        <w:tc>
          <w:tcPr>
            <w:tcW w:w="1653" w:type="dxa"/>
            <w:vAlign w:val="center"/>
          </w:tcPr>
          <w:p w14:paraId="7F0B14E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VertFishScav</w:t>
            </w:r>
          </w:p>
        </w:tc>
        <w:tc>
          <w:tcPr>
            <w:tcW w:w="1200" w:type="dxa"/>
            <w:vAlign w:val="center"/>
          </w:tcPr>
          <w:p w14:paraId="672CDF1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3F77702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810</w:t>
            </w:r>
          </w:p>
        </w:tc>
        <w:tc>
          <w:tcPr>
            <w:tcW w:w="1985" w:type="dxa"/>
            <w:vAlign w:val="center"/>
          </w:tcPr>
          <w:p w14:paraId="6416C9E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Wetland</w:t>
            </w:r>
          </w:p>
        </w:tc>
        <w:tc>
          <w:tcPr>
            <w:tcW w:w="2891" w:type="dxa"/>
            <w:vAlign w:val="center"/>
          </w:tcPr>
          <w:p w14:paraId="594DA50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1985E8F0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054B3EE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11</w:t>
            </w:r>
          </w:p>
        </w:tc>
        <w:tc>
          <w:tcPr>
            <w:tcW w:w="2977" w:type="dxa"/>
            <w:vAlign w:val="center"/>
          </w:tcPr>
          <w:p w14:paraId="32B7FD2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Egretta garzetta</w:t>
            </w:r>
          </w:p>
        </w:tc>
        <w:tc>
          <w:tcPr>
            <w:tcW w:w="1653" w:type="dxa"/>
            <w:vAlign w:val="center"/>
          </w:tcPr>
          <w:p w14:paraId="5776A81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7E1B50A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FG_Water</w:t>
            </w:r>
          </w:p>
        </w:tc>
        <w:tc>
          <w:tcPr>
            <w:tcW w:w="1399" w:type="dxa"/>
            <w:vAlign w:val="center"/>
          </w:tcPr>
          <w:p w14:paraId="78F2B9E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312</w:t>
            </w:r>
          </w:p>
        </w:tc>
        <w:tc>
          <w:tcPr>
            <w:tcW w:w="1985" w:type="dxa"/>
            <w:vAlign w:val="center"/>
          </w:tcPr>
          <w:p w14:paraId="12D3215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Wetland</w:t>
            </w:r>
          </w:p>
        </w:tc>
        <w:tc>
          <w:tcPr>
            <w:tcW w:w="2891" w:type="dxa"/>
            <w:vAlign w:val="center"/>
          </w:tcPr>
          <w:p w14:paraId="48B316F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382D1684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414610C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12</w:t>
            </w:r>
          </w:p>
        </w:tc>
        <w:tc>
          <w:tcPr>
            <w:tcW w:w="2977" w:type="dxa"/>
            <w:vAlign w:val="center"/>
          </w:tcPr>
          <w:p w14:paraId="37FEC17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Milvus migrans</w:t>
            </w:r>
          </w:p>
        </w:tc>
        <w:tc>
          <w:tcPr>
            <w:tcW w:w="1653" w:type="dxa"/>
            <w:vAlign w:val="center"/>
          </w:tcPr>
          <w:p w14:paraId="434FDE6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VertFishScav</w:t>
            </w:r>
          </w:p>
        </w:tc>
        <w:tc>
          <w:tcPr>
            <w:tcW w:w="1200" w:type="dxa"/>
            <w:vAlign w:val="center"/>
          </w:tcPr>
          <w:p w14:paraId="6A13BA6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11E403D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734.1</w:t>
            </w:r>
          </w:p>
        </w:tc>
        <w:tc>
          <w:tcPr>
            <w:tcW w:w="1985" w:type="dxa"/>
            <w:vAlign w:val="center"/>
          </w:tcPr>
          <w:p w14:paraId="737384C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Woodland</w:t>
            </w:r>
          </w:p>
        </w:tc>
        <w:tc>
          <w:tcPr>
            <w:tcW w:w="2891" w:type="dxa"/>
            <w:vAlign w:val="center"/>
          </w:tcPr>
          <w:p w14:paraId="31B998F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Aerial</w:t>
            </w:r>
          </w:p>
        </w:tc>
      </w:tr>
      <w:tr w:rsidR="00EA4B54" w14:paraId="5FBBED6F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34C58BF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13</w:t>
            </w:r>
          </w:p>
        </w:tc>
        <w:tc>
          <w:tcPr>
            <w:tcW w:w="2977" w:type="dxa"/>
            <w:vAlign w:val="center"/>
          </w:tcPr>
          <w:p w14:paraId="199642B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Halcyon smyrnensis</w:t>
            </w:r>
          </w:p>
        </w:tc>
        <w:tc>
          <w:tcPr>
            <w:tcW w:w="1653" w:type="dxa"/>
            <w:vAlign w:val="center"/>
          </w:tcPr>
          <w:p w14:paraId="3489453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VertFishScav</w:t>
            </w:r>
          </w:p>
        </w:tc>
        <w:tc>
          <w:tcPr>
            <w:tcW w:w="1200" w:type="dxa"/>
            <w:vAlign w:val="center"/>
          </w:tcPr>
          <w:p w14:paraId="1131ECD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FG_Water</w:t>
            </w:r>
          </w:p>
        </w:tc>
        <w:tc>
          <w:tcPr>
            <w:tcW w:w="1399" w:type="dxa"/>
            <w:vAlign w:val="center"/>
          </w:tcPr>
          <w:p w14:paraId="43577FA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91.4</w:t>
            </w:r>
          </w:p>
        </w:tc>
        <w:tc>
          <w:tcPr>
            <w:tcW w:w="1985" w:type="dxa"/>
            <w:vAlign w:val="center"/>
          </w:tcPr>
          <w:p w14:paraId="0EC8B5B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Human Modified</w:t>
            </w:r>
          </w:p>
        </w:tc>
        <w:tc>
          <w:tcPr>
            <w:tcW w:w="2891" w:type="dxa"/>
            <w:vAlign w:val="center"/>
          </w:tcPr>
          <w:p w14:paraId="44F0AA2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0AD83939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4790AAA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14</w:t>
            </w:r>
          </w:p>
        </w:tc>
        <w:tc>
          <w:tcPr>
            <w:tcW w:w="2977" w:type="dxa"/>
            <w:vAlign w:val="center"/>
          </w:tcPr>
          <w:p w14:paraId="13F038D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Alcedo atthis</w:t>
            </w:r>
          </w:p>
        </w:tc>
        <w:tc>
          <w:tcPr>
            <w:tcW w:w="1653" w:type="dxa"/>
            <w:vAlign w:val="center"/>
          </w:tcPr>
          <w:p w14:paraId="01C0637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VertFishScav</w:t>
            </w:r>
          </w:p>
        </w:tc>
        <w:tc>
          <w:tcPr>
            <w:tcW w:w="1200" w:type="dxa"/>
            <w:vAlign w:val="center"/>
          </w:tcPr>
          <w:p w14:paraId="4CB4DF9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FG_Water</w:t>
            </w:r>
          </w:p>
        </w:tc>
        <w:tc>
          <w:tcPr>
            <w:tcW w:w="1399" w:type="dxa"/>
            <w:vAlign w:val="center"/>
          </w:tcPr>
          <w:p w14:paraId="51F36EE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31.09</w:t>
            </w:r>
          </w:p>
        </w:tc>
        <w:tc>
          <w:tcPr>
            <w:tcW w:w="1985" w:type="dxa"/>
            <w:vAlign w:val="center"/>
          </w:tcPr>
          <w:p w14:paraId="02F1FE0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Riverine</w:t>
            </w:r>
          </w:p>
        </w:tc>
        <w:tc>
          <w:tcPr>
            <w:tcW w:w="2891" w:type="dxa"/>
            <w:vAlign w:val="center"/>
          </w:tcPr>
          <w:p w14:paraId="18AB9DF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3D2E70A5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2417E91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15</w:t>
            </w:r>
          </w:p>
        </w:tc>
        <w:tc>
          <w:tcPr>
            <w:tcW w:w="2977" w:type="dxa"/>
            <w:vAlign w:val="center"/>
          </w:tcPr>
          <w:p w14:paraId="4455153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Pericrocotus flammeus</w:t>
            </w:r>
          </w:p>
        </w:tc>
        <w:tc>
          <w:tcPr>
            <w:tcW w:w="1653" w:type="dxa"/>
            <w:vAlign w:val="center"/>
          </w:tcPr>
          <w:p w14:paraId="0F1B588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2720682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FG_UpperVeg</w:t>
            </w:r>
          </w:p>
        </w:tc>
        <w:tc>
          <w:tcPr>
            <w:tcW w:w="1399" w:type="dxa"/>
            <w:vAlign w:val="center"/>
          </w:tcPr>
          <w:p w14:paraId="21482E4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23.3</w:t>
            </w:r>
          </w:p>
        </w:tc>
        <w:tc>
          <w:tcPr>
            <w:tcW w:w="1985" w:type="dxa"/>
            <w:vAlign w:val="center"/>
          </w:tcPr>
          <w:p w14:paraId="6923532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Forest</w:t>
            </w:r>
          </w:p>
        </w:tc>
        <w:tc>
          <w:tcPr>
            <w:tcW w:w="2891" w:type="dxa"/>
            <w:vAlign w:val="center"/>
          </w:tcPr>
          <w:p w14:paraId="0B39A2F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0AC477C1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39A42E4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16</w:t>
            </w:r>
          </w:p>
        </w:tc>
        <w:tc>
          <w:tcPr>
            <w:tcW w:w="2977" w:type="dxa"/>
            <w:vAlign w:val="center"/>
          </w:tcPr>
          <w:p w14:paraId="6A90267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Lanius schach</w:t>
            </w:r>
          </w:p>
        </w:tc>
        <w:tc>
          <w:tcPr>
            <w:tcW w:w="1653" w:type="dxa"/>
            <w:vAlign w:val="center"/>
          </w:tcPr>
          <w:p w14:paraId="371FB64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56A0E45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7563AA1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51.51</w:t>
            </w:r>
          </w:p>
        </w:tc>
        <w:tc>
          <w:tcPr>
            <w:tcW w:w="1985" w:type="dxa"/>
            <w:vAlign w:val="center"/>
          </w:tcPr>
          <w:p w14:paraId="0B80930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Shrubland</w:t>
            </w:r>
          </w:p>
        </w:tc>
        <w:tc>
          <w:tcPr>
            <w:tcW w:w="2891" w:type="dxa"/>
            <w:vAlign w:val="center"/>
          </w:tcPr>
          <w:p w14:paraId="5E94BA8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2D78A118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2E32EF1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17</w:t>
            </w:r>
          </w:p>
        </w:tc>
        <w:tc>
          <w:tcPr>
            <w:tcW w:w="2977" w:type="dxa"/>
            <w:vAlign w:val="center"/>
          </w:tcPr>
          <w:p w14:paraId="730C411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Pica pica</w:t>
            </w:r>
          </w:p>
        </w:tc>
        <w:tc>
          <w:tcPr>
            <w:tcW w:w="1653" w:type="dxa"/>
            <w:vAlign w:val="center"/>
          </w:tcPr>
          <w:p w14:paraId="3829FE7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VertFishScav</w:t>
            </w:r>
          </w:p>
        </w:tc>
        <w:tc>
          <w:tcPr>
            <w:tcW w:w="1200" w:type="dxa"/>
            <w:vAlign w:val="center"/>
          </w:tcPr>
          <w:p w14:paraId="3E14502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2C54E7F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217.48</w:t>
            </w:r>
          </w:p>
        </w:tc>
        <w:tc>
          <w:tcPr>
            <w:tcW w:w="1985" w:type="dxa"/>
            <w:vAlign w:val="center"/>
          </w:tcPr>
          <w:p w14:paraId="50533D0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Human Modified</w:t>
            </w:r>
          </w:p>
        </w:tc>
        <w:tc>
          <w:tcPr>
            <w:tcW w:w="2891" w:type="dxa"/>
            <w:vAlign w:val="center"/>
          </w:tcPr>
          <w:p w14:paraId="245A0B8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2B99DA4A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07C8DCE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18</w:t>
            </w:r>
          </w:p>
        </w:tc>
        <w:tc>
          <w:tcPr>
            <w:tcW w:w="2977" w:type="dxa"/>
            <w:vAlign w:val="center"/>
          </w:tcPr>
          <w:p w14:paraId="3FCF52D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Prinia flaviventris</w:t>
            </w:r>
          </w:p>
        </w:tc>
        <w:tc>
          <w:tcPr>
            <w:tcW w:w="1653" w:type="dxa"/>
            <w:vAlign w:val="center"/>
          </w:tcPr>
          <w:p w14:paraId="0FA9386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69E49EE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FG_Understory</w:t>
            </w:r>
          </w:p>
        </w:tc>
        <w:tc>
          <w:tcPr>
            <w:tcW w:w="1399" w:type="dxa"/>
            <w:vAlign w:val="center"/>
          </w:tcPr>
          <w:p w14:paraId="02B0F09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7</w:t>
            </w:r>
          </w:p>
        </w:tc>
        <w:tc>
          <w:tcPr>
            <w:tcW w:w="1985" w:type="dxa"/>
            <w:vAlign w:val="center"/>
          </w:tcPr>
          <w:p w14:paraId="5909ACB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Shrubland</w:t>
            </w:r>
          </w:p>
        </w:tc>
        <w:tc>
          <w:tcPr>
            <w:tcW w:w="2891" w:type="dxa"/>
            <w:vAlign w:val="center"/>
          </w:tcPr>
          <w:p w14:paraId="6332B6C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3DCE0C54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485809F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19</w:t>
            </w:r>
          </w:p>
        </w:tc>
        <w:tc>
          <w:tcPr>
            <w:tcW w:w="2977" w:type="dxa"/>
            <w:vAlign w:val="center"/>
          </w:tcPr>
          <w:p w14:paraId="74844F8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Prinia inornata</w:t>
            </w:r>
          </w:p>
        </w:tc>
        <w:tc>
          <w:tcPr>
            <w:tcW w:w="1653" w:type="dxa"/>
            <w:vAlign w:val="center"/>
          </w:tcPr>
          <w:p w14:paraId="12ECE53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25220E6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268E56D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7</w:t>
            </w:r>
          </w:p>
        </w:tc>
        <w:tc>
          <w:tcPr>
            <w:tcW w:w="1985" w:type="dxa"/>
            <w:vAlign w:val="center"/>
          </w:tcPr>
          <w:p w14:paraId="3DA6210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Shrubland</w:t>
            </w:r>
          </w:p>
        </w:tc>
        <w:tc>
          <w:tcPr>
            <w:tcW w:w="2891" w:type="dxa"/>
            <w:vAlign w:val="center"/>
          </w:tcPr>
          <w:p w14:paraId="294E598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Generalist</w:t>
            </w:r>
          </w:p>
        </w:tc>
      </w:tr>
      <w:tr w:rsidR="00EA4B54" w14:paraId="1DDD2541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24BBBC6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20</w:t>
            </w:r>
          </w:p>
        </w:tc>
        <w:tc>
          <w:tcPr>
            <w:tcW w:w="2977" w:type="dxa"/>
            <w:vAlign w:val="center"/>
          </w:tcPr>
          <w:p w14:paraId="51374C4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Orthotomus sutorius</w:t>
            </w:r>
          </w:p>
        </w:tc>
        <w:tc>
          <w:tcPr>
            <w:tcW w:w="1653" w:type="dxa"/>
            <w:vAlign w:val="center"/>
          </w:tcPr>
          <w:p w14:paraId="5176149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3A01963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69EB906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7.5</w:t>
            </w:r>
          </w:p>
        </w:tc>
        <w:tc>
          <w:tcPr>
            <w:tcW w:w="1985" w:type="dxa"/>
            <w:vAlign w:val="center"/>
          </w:tcPr>
          <w:p w14:paraId="0D0F4E2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Shrubland</w:t>
            </w:r>
          </w:p>
        </w:tc>
        <w:tc>
          <w:tcPr>
            <w:tcW w:w="2891" w:type="dxa"/>
            <w:vAlign w:val="center"/>
          </w:tcPr>
          <w:p w14:paraId="1F370C3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4804BCF5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47EADEB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21</w:t>
            </w:r>
          </w:p>
        </w:tc>
        <w:tc>
          <w:tcPr>
            <w:tcW w:w="2977" w:type="dxa"/>
            <w:vAlign w:val="center"/>
          </w:tcPr>
          <w:p w14:paraId="186F03D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Hirundo rustica</w:t>
            </w:r>
          </w:p>
        </w:tc>
        <w:tc>
          <w:tcPr>
            <w:tcW w:w="1653" w:type="dxa"/>
            <w:vAlign w:val="center"/>
          </w:tcPr>
          <w:p w14:paraId="75F36ED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16F084E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242848F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17.91</w:t>
            </w:r>
          </w:p>
        </w:tc>
        <w:tc>
          <w:tcPr>
            <w:tcW w:w="1985" w:type="dxa"/>
            <w:vAlign w:val="center"/>
          </w:tcPr>
          <w:p w14:paraId="3883456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Human Modified</w:t>
            </w:r>
          </w:p>
        </w:tc>
        <w:tc>
          <w:tcPr>
            <w:tcW w:w="2891" w:type="dxa"/>
            <w:vAlign w:val="center"/>
          </w:tcPr>
          <w:p w14:paraId="1F096F6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Aerial</w:t>
            </w:r>
          </w:p>
        </w:tc>
      </w:tr>
      <w:tr w:rsidR="00EA4B54" w14:paraId="425B4CAB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78D1CF5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22</w:t>
            </w:r>
          </w:p>
        </w:tc>
        <w:tc>
          <w:tcPr>
            <w:tcW w:w="2977" w:type="dxa"/>
            <w:vAlign w:val="center"/>
          </w:tcPr>
          <w:p w14:paraId="240CB36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Pycnonotus jocosus</w:t>
            </w:r>
          </w:p>
        </w:tc>
        <w:tc>
          <w:tcPr>
            <w:tcW w:w="1653" w:type="dxa"/>
            <w:vAlign w:val="center"/>
          </w:tcPr>
          <w:p w14:paraId="164BF64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Omnivore</w:t>
            </w:r>
          </w:p>
        </w:tc>
        <w:tc>
          <w:tcPr>
            <w:tcW w:w="1200" w:type="dxa"/>
            <w:vAlign w:val="center"/>
          </w:tcPr>
          <w:p w14:paraId="7B34A70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2DF9E86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29.47</w:t>
            </w:r>
          </w:p>
        </w:tc>
        <w:tc>
          <w:tcPr>
            <w:tcW w:w="1985" w:type="dxa"/>
            <w:vAlign w:val="center"/>
          </w:tcPr>
          <w:p w14:paraId="67559E4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Shrubland</w:t>
            </w:r>
          </w:p>
        </w:tc>
        <w:tc>
          <w:tcPr>
            <w:tcW w:w="2891" w:type="dxa"/>
            <w:vAlign w:val="center"/>
          </w:tcPr>
          <w:p w14:paraId="5AA68C2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0B718FEF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4399252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23</w:t>
            </w:r>
          </w:p>
        </w:tc>
        <w:tc>
          <w:tcPr>
            <w:tcW w:w="2977" w:type="dxa"/>
            <w:vAlign w:val="center"/>
          </w:tcPr>
          <w:p w14:paraId="6533D5C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Pycnonotus sinensis</w:t>
            </w:r>
          </w:p>
        </w:tc>
        <w:tc>
          <w:tcPr>
            <w:tcW w:w="1653" w:type="dxa"/>
            <w:vAlign w:val="center"/>
          </w:tcPr>
          <w:p w14:paraId="109D60D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Omnivore</w:t>
            </w:r>
          </w:p>
        </w:tc>
        <w:tc>
          <w:tcPr>
            <w:tcW w:w="1200" w:type="dxa"/>
            <w:vAlign w:val="center"/>
          </w:tcPr>
          <w:p w14:paraId="0098729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736FFE7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34.2</w:t>
            </w:r>
          </w:p>
        </w:tc>
        <w:tc>
          <w:tcPr>
            <w:tcW w:w="1985" w:type="dxa"/>
            <w:vAlign w:val="center"/>
          </w:tcPr>
          <w:p w14:paraId="2A80FFC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Human Modified</w:t>
            </w:r>
          </w:p>
        </w:tc>
        <w:tc>
          <w:tcPr>
            <w:tcW w:w="2891" w:type="dxa"/>
            <w:vAlign w:val="center"/>
          </w:tcPr>
          <w:p w14:paraId="31E0783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67A564CC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1EAB7A2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24</w:t>
            </w:r>
          </w:p>
        </w:tc>
        <w:tc>
          <w:tcPr>
            <w:tcW w:w="2977" w:type="dxa"/>
            <w:vAlign w:val="center"/>
          </w:tcPr>
          <w:p w14:paraId="3379D1B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Pycnonotus aurigaster</w:t>
            </w:r>
          </w:p>
        </w:tc>
        <w:tc>
          <w:tcPr>
            <w:tcW w:w="1653" w:type="dxa"/>
            <w:vAlign w:val="center"/>
          </w:tcPr>
          <w:p w14:paraId="636FC92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Omnivore</w:t>
            </w:r>
          </w:p>
        </w:tc>
        <w:tc>
          <w:tcPr>
            <w:tcW w:w="1200" w:type="dxa"/>
            <w:vAlign w:val="center"/>
          </w:tcPr>
          <w:p w14:paraId="52859FC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6B50A79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44.33</w:t>
            </w:r>
          </w:p>
        </w:tc>
        <w:tc>
          <w:tcPr>
            <w:tcW w:w="1985" w:type="dxa"/>
            <w:vAlign w:val="center"/>
          </w:tcPr>
          <w:p w14:paraId="1039E1B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Shrubland</w:t>
            </w:r>
          </w:p>
        </w:tc>
        <w:tc>
          <w:tcPr>
            <w:tcW w:w="2891" w:type="dxa"/>
            <w:vAlign w:val="center"/>
          </w:tcPr>
          <w:p w14:paraId="1795C4A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73085E45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4F18E02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25</w:t>
            </w:r>
          </w:p>
        </w:tc>
        <w:tc>
          <w:tcPr>
            <w:tcW w:w="2977" w:type="dxa"/>
            <w:vAlign w:val="center"/>
          </w:tcPr>
          <w:p w14:paraId="085CA75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Zosterops japonicus</w:t>
            </w:r>
          </w:p>
        </w:tc>
        <w:tc>
          <w:tcPr>
            <w:tcW w:w="1653" w:type="dxa"/>
            <w:vAlign w:val="center"/>
          </w:tcPr>
          <w:p w14:paraId="658C86A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FruiNect</w:t>
            </w:r>
          </w:p>
        </w:tc>
        <w:tc>
          <w:tcPr>
            <w:tcW w:w="1200" w:type="dxa"/>
            <w:vAlign w:val="center"/>
          </w:tcPr>
          <w:p w14:paraId="5B168A8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FG_UpperVeg</w:t>
            </w:r>
          </w:p>
        </w:tc>
        <w:tc>
          <w:tcPr>
            <w:tcW w:w="1399" w:type="dxa"/>
            <w:vAlign w:val="center"/>
          </w:tcPr>
          <w:p w14:paraId="0ACD89C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11.29</w:t>
            </w:r>
          </w:p>
        </w:tc>
        <w:tc>
          <w:tcPr>
            <w:tcW w:w="1985" w:type="dxa"/>
            <w:vAlign w:val="center"/>
          </w:tcPr>
          <w:p w14:paraId="0A2A7EB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Forest</w:t>
            </w:r>
          </w:p>
        </w:tc>
        <w:tc>
          <w:tcPr>
            <w:tcW w:w="2891" w:type="dxa"/>
            <w:vAlign w:val="center"/>
          </w:tcPr>
          <w:p w14:paraId="1B4CF96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38CBCCDA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2315815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26</w:t>
            </w:r>
          </w:p>
        </w:tc>
        <w:tc>
          <w:tcPr>
            <w:tcW w:w="2977" w:type="dxa"/>
            <w:vAlign w:val="center"/>
          </w:tcPr>
          <w:p w14:paraId="0B0ECAD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Garrulax perspicillatus</w:t>
            </w:r>
          </w:p>
        </w:tc>
        <w:tc>
          <w:tcPr>
            <w:tcW w:w="1653" w:type="dxa"/>
            <w:vAlign w:val="center"/>
          </w:tcPr>
          <w:p w14:paraId="51880F0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6BB4EAC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16A0152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117.84</w:t>
            </w:r>
          </w:p>
        </w:tc>
        <w:tc>
          <w:tcPr>
            <w:tcW w:w="1985" w:type="dxa"/>
            <w:vAlign w:val="center"/>
          </w:tcPr>
          <w:p w14:paraId="16588E5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Shrubland</w:t>
            </w:r>
          </w:p>
        </w:tc>
        <w:tc>
          <w:tcPr>
            <w:tcW w:w="2891" w:type="dxa"/>
            <w:vAlign w:val="center"/>
          </w:tcPr>
          <w:p w14:paraId="5E59DEF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2ABAB3CC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7D7E8B3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27</w:t>
            </w:r>
          </w:p>
        </w:tc>
        <w:tc>
          <w:tcPr>
            <w:tcW w:w="2977" w:type="dxa"/>
            <w:vAlign w:val="center"/>
          </w:tcPr>
          <w:p w14:paraId="7AB02D9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Acridotheres cristatellus</w:t>
            </w:r>
          </w:p>
        </w:tc>
        <w:tc>
          <w:tcPr>
            <w:tcW w:w="1653" w:type="dxa"/>
            <w:vAlign w:val="center"/>
          </w:tcPr>
          <w:p w14:paraId="53D143D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Omnivore</w:t>
            </w:r>
          </w:p>
        </w:tc>
        <w:tc>
          <w:tcPr>
            <w:tcW w:w="1200" w:type="dxa"/>
            <w:vAlign w:val="center"/>
          </w:tcPr>
          <w:p w14:paraId="1E241DB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6A94DF6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116.31</w:t>
            </w:r>
          </w:p>
        </w:tc>
        <w:tc>
          <w:tcPr>
            <w:tcW w:w="1985" w:type="dxa"/>
            <w:vAlign w:val="center"/>
          </w:tcPr>
          <w:p w14:paraId="6C4C52A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Grassland</w:t>
            </w:r>
          </w:p>
        </w:tc>
        <w:tc>
          <w:tcPr>
            <w:tcW w:w="2891" w:type="dxa"/>
            <w:vAlign w:val="center"/>
          </w:tcPr>
          <w:p w14:paraId="470BCCC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Generalist</w:t>
            </w:r>
          </w:p>
        </w:tc>
      </w:tr>
      <w:tr w:rsidR="00EA4B54" w14:paraId="7686AB48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57906EF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28</w:t>
            </w:r>
          </w:p>
        </w:tc>
        <w:tc>
          <w:tcPr>
            <w:tcW w:w="2977" w:type="dxa"/>
            <w:vAlign w:val="center"/>
          </w:tcPr>
          <w:p w14:paraId="5AFE4CC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Copsychus saularis</w:t>
            </w:r>
          </w:p>
        </w:tc>
        <w:tc>
          <w:tcPr>
            <w:tcW w:w="1653" w:type="dxa"/>
            <w:vAlign w:val="center"/>
          </w:tcPr>
          <w:p w14:paraId="68D5487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5949B79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7C15558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36</w:t>
            </w:r>
          </w:p>
        </w:tc>
        <w:tc>
          <w:tcPr>
            <w:tcW w:w="1985" w:type="dxa"/>
            <w:vAlign w:val="center"/>
          </w:tcPr>
          <w:p w14:paraId="597EF9E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Woodland</w:t>
            </w:r>
          </w:p>
        </w:tc>
        <w:tc>
          <w:tcPr>
            <w:tcW w:w="2891" w:type="dxa"/>
            <w:vAlign w:val="center"/>
          </w:tcPr>
          <w:p w14:paraId="7746E9D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0510FD7F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2765EDD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29</w:t>
            </w:r>
          </w:p>
        </w:tc>
        <w:tc>
          <w:tcPr>
            <w:tcW w:w="2977" w:type="dxa"/>
            <w:vAlign w:val="center"/>
          </w:tcPr>
          <w:p w14:paraId="0C62B86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Lonchura striata</w:t>
            </w:r>
          </w:p>
        </w:tc>
        <w:tc>
          <w:tcPr>
            <w:tcW w:w="1653" w:type="dxa"/>
            <w:vAlign w:val="center"/>
          </w:tcPr>
          <w:p w14:paraId="4249636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PlantSeed</w:t>
            </w:r>
          </w:p>
        </w:tc>
        <w:tc>
          <w:tcPr>
            <w:tcW w:w="1200" w:type="dxa"/>
            <w:vAlign w:val="center"/>
          </w:tcPr>
          <w:p w14:paraId="1477E07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55EAA12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12.3</w:t>
            </w:r>
          </w:p>
        </w:tc>
        <w:tc>
          <w:tcPr>
            <w:tcW w:w="1985" w:type="dxa"/>
            <w:vAlign w:val="center"/>
          </w:tcPr>
          <w:p w14:paraId="253514E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Shrubland</w:t>
            </w:r>
          </w:p>
        </w:tc>
        <w:tc>
          <w:tcPr>
            <w:tcW w:w="2891" w:type="dxa"/>
            <w:vAlign w:val="center"/>
          </w:tcPr>
          <w:p w14:paraId="0070DE6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435F5559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77D9B01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30</w:t>
            </w:r>
          </w:p>
        </w:tc>
        <w:tc>
          <w:tcPr>
            <w:tcW w:w="2977" w:type="dxa"/>
            <w:vAlign w:val="center"/>
          </w:tcPr>
          <w:p w14:paraId="7544C46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Lonchura punctulata</w:t>
            </w:r>
          </w:p>
        </w:tc>
        <w:tc>
          <w:tcPr>
            <w:tcW w:w="1653" w:type="dxa"/>
            <w:vAlign w:val="center"/>
          </w:tcPr>
          <w:p w14:paraId="6A300CA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PlantSeed</w:t>
            </w:r>
          </w:p>
        </w:tc>
        <w:tc>
          <w:tcPr>
            <w:tcW w:w="1200" w:type="dxa"/>
            <w:vAlign w:val="center"/>
          </w:tcPr>
          <w:p w14:paraId="5062E73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7D4C324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13.6</w:t>
            </w:r>
          </w:p>
        </w:tc>
        <w:tc>
          <w:tcPr>
            <w:tcW w:w="1985" w:type="dxa"/>
            <w:vAlign w:val="center"/>
          </w:tcPr>
          <w:p w14:paraId="6F324BD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Grassland</w:t>
            </w:r>
          </w:p>
        </w:tc>
        <w:tc>
          <w:tcPr>
            <w:tcW w:w="2891" w:type="dxa"/>
            <w:vAlign w:val="center"/>
          </w:tcPr>
          <w:p w14:paraId="7795A81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Generalist</w:t>
            </w:r>
          </w:p>
        </w:tc>
      </w:tr>
      <w:tr w:rsidR="00EA4B54" w14:paraId="1F424EF1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3B5A181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31</w:t>
            </w:r>
          </w:p>
        </w:tc>
        <w:tc>
          <w:tcPr>
            <w:tcW w:w="2977" w:type="dxa"/>
            <w:vAlign w:val="center"/>
          </w:tcPr>
          <w:p w14:paraId="0A5A0AC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Motacilla alba</w:t>
            </w:r>
          </w:p>
        </w:tc>
        <w:tc>
          <w:tcPr>
            <w:tcW w:w="1653" w:type="dxa"/>
            <w:vAlign w:val="center"/>
          </w:tcPr>
          <w:p w14:paraId="3B5B925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430AC41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0F126D9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23.93</w:t>
            </w:r>
          </w:p>
        </w:tc>
        <w:tc>
          <w:tcPr>
            <w:tcW w:w="1985" w:type="dxa"/>
            <w:vAlign w:val="center"/>
          </w:tcPr>
          <w:p w14:paraId="5102362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Human Modified</w:t>
            </w:r>
          </w:p>
        </w:tc>
        <w:tc>
          <w:tcPr>
            <w:tcW w:w="2891" w:type="dxa"/>
            <w:vAlign w:val="center"/>
          </w:tcPr>
          <w:p w14:paraId="5CE383C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1E60CF26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4DDB467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32</w:t>
            </w:r>
          </w:p>
        </w:tc>
        <w:tc>
          <w:tcPr>
            <w:tcW w:w="2977" w:type="dxa"/>
            <w:vAlign w:val="center"/>
          </w:tcPr>
          <w:p w14:paraId="702C52E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Turdus merula</w:t>
            </w:r>
          </w:p>
        </w:tc>
        <w:tc>
          <w:tcPr>
            <w:tcW w:w="1653" w:type="dxa"/>
            <w:vAlign w:val="center"/>
          </w:tcPr>
          <w:p w14:paraId="6F75167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Omnivore</w:t>
            </w:r>
          </w:p>
        </w:tc>
        <w:tc>
          <w:tcPr>
            <w:tcW w:w="1200" w:type="dxa"/>
            <w:vAlign w:val="center"/>
          </w:tcPr>
          <w:p w14:paraId="79EB0BF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4937335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102.73</w:t>
            </w:r>
          </w:p>
        </w:tc>
        <w:tc>
          <w:tcPr>
            <w:tcW w:w="1985" w:type="dxa"/>
            <w:vAlign w:val="center"/>
          </w:tcPr>
          <w:p w14:paraId="65B9490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Forest</w:t>
            </w:r>
          </w:p>
        </w:tc>
        <w:tc>
          <w:tcPr>
            <w:tcW w:w="2891" w:type="dxa"/>
            <w:vAlign w:val="center"/>
          </w:tcPr>
          <w:p w14:paraId="103362C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Generalist</w:t>
            </w:r>
          </w:p>
        </w:tc>
      </w:tr>
      <w:tr w:rsidR="00EA4B54" w14:paraId="52050A49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02F7A56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33</w:t>
            </w:r>
          </w:p>
        </w:tc>
        <w:tc>
          <w:tcPr>
            <w:tcW w:w="2977" w:type="dxa"/>
            <w:vAlign w:val="center"/>
          </w:tcPr>
          <w:p w14:paraId="7190DD3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Parus major</w:t>
            </w:r>
          </w:p>
        </w:tc>
        <w:tc>
          <w:tcPr>
            <w:tcW w:w="1653" w:type="dxa"/>
            <w:vAlign w:val="center"/>
          </w:tcPr>
          <w:p w14:paraId="5D82A84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Omnivore</w:t>
            </w:r>
          </w:p>
        </w:tc>
        <w:tc>
          <w:tcPr>
            <w:tcW w:w="1200" w:type="dxa"/>
            <w:vAlign w:val="center"/>
          </w:tcPr>
          <w:p w14:paraId="787E5F9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23252B3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16.25</w:t>
            </w:r>
          </w:p>
        </w:tc>
        <w:tc>
          <w:tcPr>
            <w:tcW w:w="1985" w:type="dxa"/>
            <w:vAlign w:val="center"/>
          </w:tcPr>
          <w:p w14:paraId="63F7F2C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Woodland</w:t>
            </w:r>
          </w:p>
        </w:tc>
        <w:tc>
          <w:tcPr>
            <w:tcW w:w="2891" w:type="dxa"/>
            <w:vAlign w:val="center"/>
          </w:tcPr>
          <w:p w14:paraId="3A29008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2AECC209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26687FE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34</w:t>
            </w:r>
          </w:p>
        </w:tc>
        <w:tc>
          <w:tcPr>
            <w:tcW w:w="2977" w:type="dxa"/>
            <w:vAlign w:val="center"/>
          </w:tcPr>
          <w:p w14:paraId="1200155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Streptopelia orientalis</w:t>
            </w:r>
          </w:p>
        </w:tc>
        <w:tc>
          <w:tcPr>
            <w:tcW w:w="1653" w:type="dxa"/>
            <w:vAlign w:val="center"/>
          </w:tcPr>
          <w:p w14:paraId="283F829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PlantSeed</w:t>
            </w:r>
          </w:p>
        </w:tc>
        <w:tc>
          <w:tcPr>
            <w:tcW w:w="1200" w:type="dxa"/>
            <w:vAlign w:val="center"/>
          </w:tcPr>
          <w:p w14:paraId="2780FE5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1AA95D1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232.9</w:t>
            </w:r>
          </w:p>
        </w:tc>
        <w:tc>
          <w:tcPr>
            <w:tcW w:w="1985" w:type="dxa"/>
            <w:vAlign w:val="center"/>
          </w:tcPr>
          <w:p w14:paraId="6E660CC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Woodland</w:t>
            </w:r>
          </w:p>
        </w:tc>
        <w:tc>
          <w:tcPr>
            <w:tcW w:w="2891" w:type="dxa"/>
            <w:vAlign w:val="center"/>
          </w:tcPr>
          <w:p w14:paraId="5C04458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0C0F366C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57DC934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35</w:t>
            </w:r>
          </w:p>
        </w:tc>
        <w:tc>
          <w:tcPr>
            <w:tcW w:w="2977" w:type="dxa"/>
            <w:vAlign w:val="center"/>
          </w:tcPr>
          <w:p w14:paraId="440A297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Stigmatopelia chinensis</w:t>
            </w:r>
          </w:p>
        </w:tc>
        <w:tc>
          <w:tcPr>
            <w:tcW w:w="1653" w:type="dxa"/>
            <w:vAlign w:val="center"/>
          </w:tcPr>
          <w:p w14:paraId="54E56F9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PlantSeed</w:t>
            </w:r>
          </w:p>
        </w:tc>
        <w:tc>
          <w:tcPr>
            <w:tcW w:w="1200" w:type="dxa"/>
            <w:vAlign w:val="center"/>
          </w:tcPr>
          <w:p w14:paraId="00F6673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07E1A84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159</w:t>
            </w:r>
          </w:p>
        </w:tc>
        <w:tc>
          <w:tcPr>
            <w:tcW w:w="1985" w:type="dxa"/>
            <w:vAlign w:val="center"/>
          </w:tcPr>
          <w:p w14:paraId="77009D3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Woodland</w:t>
            </w:r>
          </w:p>
        </w:tc>
        <w:tc>
          <w:tcPr>
            <w:tcW w:w="2891" w:type="dxa"/>
            <w:vAlign w:val="center"/>
          </w:tcPr>
          <w:p w14:paraId="6D9BC63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74E32287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3EA7810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36</w:t>
            </w:r>
          </w:p>
        </w:tc>
        <w:tc>
          <w:tcPr>
            <w:tcW w:w="2977" w:type="dxa"/>
            <w:vAlign w:val="center"/>
          </w:tcPr>
          <w:p w14:paraId="3B0D174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Casmerodius albus</w:t>
            </w:r>
          </w:p>
        </w:tc>
        <w:tc>
          <w:tcPr>
            <w:tcW w:w="1653" w:type="dxa"/>
            <w:vAlign w:val="center"/>
          </w:tcPr>
          <w:p w14:paraId="0042A15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VertFishScav</w:t>
            </w:r>
          </w:p>
        </w:tc>
        <w:tc>
          <w:tcPr>
            <w:tcW w:w="1200" w:type="dxa"/>
            <w:vAlign w:val="center"/>
          </w:tcPr>
          <w:p w14:paraId="17342FF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4820FAC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871.33</w:t>
            </w:r>
          </w:p>
        </w:tc>
        <w:tc>
          <w:tcPr>
            <w:tcW w:w="1985" w:type="dxa"/>
            <w:vAlign w:val="center"/>
          </w:tcPr>
          <w:p w14:paraId="3440DF7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Wetland</w:t>
            </w:r>
          </w:p>
        </w:tc>
        <w:tc>
          <w:tcPr>
            <w:tcW w:w="2891" w:type="dxa"/>
            <w:vAlign w:val="center"/>
          </w:tcPr>
          <w:p w14:paraId="37CAA9D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0D8819BE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48B08B6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37</w:t>
            </w:r>
          </w:p>
        </w:tc>
        <w:tc>
          <w:tcPr>
            <w:tcW w:w="2977" w:type="dxa"/>
            <w:vAlign w:val="center"/>
          </w:tcPr>
          <w:p w14:paraId="37E1D48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Sturnus nigricollis</w:t>
            </w:r>
          </w:p>
        </w:tc>
        <w:tc>
          <w:tcPr>
            <w:tcW w:w="1653" w:type="dxa"/>
            <w:vAlign w:val="center"/>
          </w:tcPr>
          <w:p w14:paraId="6DA20EA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7D19534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4F9C4AD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156.92</w:t>
            </w:r>
          </w:p>
        </w:tc>
        <w:tc>
          <w:tcPr>
            <w:tcW w:w="1985" w:type="dxa"/>
            <w:vAlign w:val="center"/>
          </w:tcPr>
          <w:p w14:paraId="39F1078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Grassland</w:t>
            </w:r>
          </w:p>
        </w:tc>
        <w:tc>
          <w:tcPr>
            <w:tcW w:w="2891" w:type="dxa"/>
            <w:vAlign w:val="center"/>
          </w:tcPr>
          <w:p w14:paraId="6EBAC0E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3915809B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3950592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38</w:t>
            </w:r>
          </w:p>
        </w:tc>
        <w:tc>
          <w:tcPr>
            <w:tcW w:w="2977" w:type="dxa"/>
            <w:vAlign w:val="center"/>
          </w:tcPr>
          <w:p w14:paraId="5A79F44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Sturnus sinensis</w:t>
            </w:r>
          </w:p>
        </w:tc>
        <w:tc>
          <w:tcPr>
            <w:tcW w:w="1653" w:type="dxa"/>
            <w:vAlign w:val="center"/>
          </w:tcPr>
          <w:p w14:paraId="139E2FD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369D832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53BE20C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61</w:t>
            </w:r>
          </w:p>
        </w:tc>
        <w:tc>
          <w:tcPr>
            <w:tcW w:w="1985" w:type="dxa"/>
            <w:vAlign w:val="center"/>
          </w:tcPr>
          <w:p w14:paraId="3FFD2EF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Grassland</w:t>
            </w:r>
          </w:p>
        </w:tc>
        <w:tc>
          <w:tcPr>
            <w:tcW w:w="2891" w:type="dxa"/>
            <w:vAlign w:val="center"/>
          </w:tcPr>
          <w:p w14:paraId="6EFE9E8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Generalist</w:t>
            </w:r>
          </w:p>
        </w:tc>
      </w:tr>
      <w:tr w:rsidR="00EA4B54" w14:paraId="1DB84F61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08F39E0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39</w:t>
            </w:r>
          </w:p>
        </w:tc>
        <w:tc>
          <w:tcPr>
            <w:tcW w:w="2977" w:type="dxa"/>
            <w:vAlign w:val="center"/>
          </w:tcPr>
          <w:p w14:paraId="0502B66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Sturnus cineraceus</w:t>
            </w:r>
          </w:p>
        </w:tc>
        <w:tc>
          <w:tcPr>
            <w:tcW w:w="1653" w:type="dxa"/>
            <w:vAlign w:val="center"/>
          </w:tcPr>
          <w:p w14:paraId="541C864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65582B1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027A986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83</w:t>
            </w:r>
          </w:p>
        </w:tc>
        <w:tc>
          <w:tcPr>
            <w:tcW w:w="1985" w:type="dxa"/>
            <w:vAlign w:val="center"/>
          </w:tcPr>
          <w:p w14:paraId="343683D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Grassland</w:t>
            </w:r>
          </w:p>
        </w:tc>
        <w:tc>
          <w:tcPr>
            <w:tcW w:w="2891" w:type="dxa"/>
            <w:vAlign w:val="center"/>
          </w:tcPr>
          <w:p w14:paraId="2A6C745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260F6109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42C9F5E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40</w:t>
            </w:r>
          </w:p>
        </w:tc>
        <w:tc>
          <w:tcPr>
            <w:tcW w:w="2977" w:type="dxa"/>
            <w:vAlign w:val="center"/>
          </w:tcPr>
          <w:p w14:paraId="58ECA66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Cuculus sparverioides</w:t>
            </w:r>
          </w:p>
        </w:tc>
        <w:tc>
          <w:tcPr>
            <w:tcW w:w="1653" w:type="dxa"/>
            <w:vAlign w:val="center"/>
          </w:tcPr>
          <w:p w14:paraId="09B9337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20F8E30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072977B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151</w:t>
            </w:r>
          </w:p>
        </w:tc>
        <w:tc>
          <w:tcPr>
            <w:tcW w:w="1985" w:type="dxa"/>
            <w:vAlign w:val="center"/>
          </w:tcPr>
          <w:p w14:paraId="5CE2F6A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Woodland</w:t>
            </w:r>
          </w:p>
        </w:tc>
        <w:tc>
          <w:tcPr>
            <w:tcW w:w="2891" w:type="dxa"/>
            <w:vAlign w:val="center"/>
          </w:tcPr>
          <w:p w14:paraId="0A1D6DF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2915A317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370A6FB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41</w:t>
            </w:r>
          </w:p>
        </w:tc>
        <w:tc>
          <w:tcPr>
            <w:tcW w:w="2977" w:type="dxa"/>
            <w:vAlign w:val="center"/>
          </w:tcPr>
          <w:p w14:paraId="266D547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Urocissa erythrorhyncha</w:t>
            </w:r>
          </w:p>
        </w:tc>
        <w:tc>
          <w:tcPr>
            <w:tcW w:w="1653" w:type="dxa"/>
            <w:vAlign w:val="center"/>
          </w:tcPr>
          <w:p w14:paraId="4B4F2D6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Omnivore</w:t>
            </w:r>
          </w:p>
        </w:tc>
        <w:tc>
          <w:tcPr>
            <w:tcW w:w="1200" w:type="dxa"/>
            <w:vAlign w:val="center"/>
          </w:tcPr>
          <w:p w14:paraId="378DBB2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FG_UpperVeg</w:t>
            </w:r>
          </w:p>
        </w:tc>
        <w:tc>
          <w:tcPr>
            <w:tcW w:w="1399" w:type="dxa"/>
            <w:vAlign w:val="center"/>
          </w:tcPr>
          <w:p w14:paraId="5350E4B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151.52</w:t>
            </w:r>
          </w:p>
        </w:tc>
        <w:tc>
          <w:tcPr>
            <w:tcW w:w="1985" w:type="dxa"/>
            <w:vAlign w:val="center"/>
          </w:tcPr>
          <w:p w14:paraId="6163006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Forest</w:t>
            </w:r>
          </w:p>
        </w:tc>
        <w:tc>
          <w:tcPr>
            <w:tcW w:w="2891" w:type="dxa"/>
            <w:vAlign w:val="center"/>
          </w:tcPr>
          <w:p w14:paraId="2E12FA3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238EA059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3E1E690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42</w:t>
            </w:r>
          </w:p>
        </w:tc>
        <w:tc>
          <w:tcPr>
            <w:tcW w:w="2977" w:type="dxa"/>
            <w:vAlign w:val="center"/>
          </w:tcPr>
          <w:p w14:paraId="2FB0B3F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Sturnus sericeus</w:t>
            </w:r>
          </w:p>
        </w:tc>
        <w:tc>
          <w:tcPr>
            <w:tcW w:w="1653" w:type="dxa"/>
            <w:vAlign w:val="center"/>
          </w:tcPr>
          <w:p w14:paraId="28F51D4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FruiNect</w:t>
            </w:r>
          </w:p>
        </w:tc>
        <w:tc>
          <w:tcPr>
            <w:tcW w:w="1200" w:type="dxa"/>
            <w:vAlign w:val="center"/>
          </w:tcPr>
          <w:p w14:paraId="5E7184C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FG_UpperVeg</w:t>
            </w:r>
          </w:p>
        </w:tc>
        <w:tc>
          <w:tcPr>
            <w:tcW w:w="1399" w:type="dxa"/>
            <w:vAlign w:val="center"/>
          </w:tcPr>
          <w:p w14:paraId="4400ECB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65</w:t>
            </w:r>
          </w:p>
        </w:tc>
        <w:tc>
          <w:tcPr>
            <w:tcW w:w="1985" w:type="dxa"/>
            <w:vAlign w:val="center"/>
          </w:tcPr>
          <w:p w14:paraId="7286EBF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Shrubland</w:t>
            </w:r>
          </w:p>
        </w:tc>
        <w:tc>
          <w:tcPr>
            <w:tcW w:w="2891" w:type="dxa"/>
            <w:vAlign w:val="center"/>
          </w:tcPr>
          <w:p w14:paraId="3D16823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30B390A1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31AA2F6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43</w:t>
            </w:r>
          </w:p>
        </w:tc>
        <w:tc>
          <w:tcPr>
            <w:tcW w:w="2977" w:type="dxa"/>
            <w:vAlign w:val="center"/>
          </w:tcPr>
          <w:p w14:paraId="68EA522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Cyanopica cyanus</w:t>
            </w:r>
          </w:p>
        </w:tc>
        <w:tc>
          <w:tcPr>
            <w:tcW w:w="1653" w:type="dxa"/>
            <w:vAlign w:val="center"/>
          </w:tcPr>
          <w:p w14:paraId="005F393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602243D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FG_UpperVeg</w:t>
            </w:r>
          </w:p>
        </w:tc>
        <w:tc>
          <w:tcPr>
            <w:tcW w:w="1399" w:type="dxa"/>
            <w:vAlign w:val="center"/>
          </w:tcPr>
          <w:p w14:paraId="1D91D25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95.91</w:t>
            </w:r>
          </w:p>
        </w:tc>
        <w:tc>
          <w:tcPr>
            <w:tcW w:w="1985" w:type="dxa"/>
            <w:vAlign w:val="center"/>
          </w:tcPr>
          <w:p w14:paraId="7E40560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Woodland</w:t>
            </w:r>
          </w:p>
        </w:tc>
        <w:tc>
          <w:tcPr>
            <w:tcW w:w="2891" w:type="dxa"/>
            <w:vAlign w:val="center"/>
          </w:tcPr>
          <w:p w14:paraId="0530803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Generalist</w:t>
            </w:r>
          </w:p>
        </w:tc>
      </w:tr>
      <w:tr w:rsidR="00EA4B54" w14:paraId="72A885E2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73C0316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44</w:t>
            </w:r>
          </w:p>
        </w:tc>
        <w:tc>
          <w:tcPr>
            <w:tcW w:w="2977" w:type="dxa"/>
            <w:vAlign w:val="center"/>
          </w:tcPr>
          <w:p w14:paraId="2F33154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Mareca penelope</w:t>
            </w:r>
          </w:p>
        </w:tc>
        <w:tc>
          <w:tcPr>
            <w:tcW w:w="1653" w:type="dxa"/>
            <w:vAlign w:val="center"/>
          </w:tcPr>
          <w:p w14:paraId="55C32F4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PlantSeed</w:t>
            </w:r>
          </w:p>
        </w:tc>
        <w:tc>
          <w:tcPr>
            <w:tcW w:w="1200" w:type="dxa"/>
            <w:vAlign w:val="center"/>
          </w:tcPr>
          <w:p w14:paraId="3BFADB9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21C70D4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770.03</w:t>
            </w:r>
          </w:p>
        </w:tc>
        <w:tc>
          <w:tcPr>
            <w:tcW w:w="1985" w:type="dxa"/>
            <w:vAlign w:val="center"/>
          </w:tcPr>
          <w:p w14:paraId="6C55BD2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Wetland</w:t>
            </w:r>
          </w:p>
        </w:tc>
        <w:tc>
          <w:tcPr>
            <w:tcW w:w="2891" w:type="dxa"/>
            <w:vAlign w:val="center"/>
          </w:tcPr>
          <w:p w14:paraId="30456E6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6208751A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4625189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45</w:t>
            </w:r>
          </w:p>
        </w:tc>
        <w:tc>
          <w:tcPr>
            <w:tcW w:w="2977" w:type="dxa"/>
            <w:vAlign w:val="center"/>
          </w:tcPr>
          <w:p w14:paraId="182D9C3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Anas acuta</w:t>
            </w:r>
          </w:p>
        </w:tc>
        <w:tc>
          <w:tcPr>
            <w:tcW w:w="1653" w:type="dxa"/>
            <w:vAlign w:val="center"/>
          </w:tcPr>
          <w:p w14:paraId="28CDF23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PlantSeed</w:t>
            </w:r>
          </w:p>
        </w:tc>
        <w:tc>
          <w:tcPr>
            <w:tcW w:w="1200" w:type="dxa"/>
            <w:vAlign w:val="center"/>
          </w:tcPr>
          <w:p w14:paraId="7FD32AA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FG_Water</w:t>
            </w:r>
          </w:p>
        </w:tc>
        <w:tc>
          <w:tcPr>
            <w:tcW w:w="1399" w:type="dxa"/>
            <w:vAlign w:val="center"/>
          </w:tcPr>
          <w:p w14:paraId="6319669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944.62</w:t>
            </w:r>
          </w:p>
        </w:tc>
        <w:tc>
          <w:tcPr>
            <w:tcW w:w="1985" w:type="dxa"/>
            <w:vAlign w:val="center"/>
          </w:tcPr>
          <w:p w14:paraId="6080D79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Wetland</w:t>
            </w:r>
          </w:p>
        </w:tc>
        <w:tc>
          <w:tcPr>
            <w:tcW w:w="2891" w:type="dxa"/>
            <w:vAlign w:val="center"/>
          </w:tcPr>
          <w:p w14:paraId="49DA981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Aquatic</w:t>
            </w:r>
          </w:p>
        </w:tc>
      </w:tr>
      <w:tr w:rsidR="00EA4B54" w14:paraId="1F12819A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798157B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46</w:t>
            </w:r>
          </w:p>
        </w:tc>
        <w:tc>
          <w:tcPr>
            <w:tcW w:w="2977" w:type="dxa"/>
            <w:vAlign w:val="center"/>
          </w:tcPr>
          <w:p w14:paraId="720FB9B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Charadrius alexandrinus</w:t>
            </w:r>
          </w:p>
        </w:tc>
        <w:tc>
          <w:tcPr>
            <w:tcW w:w="1653" w:type="dxa"/>
            <w:vAlign w:val="center"/>
          </w:tcPr>
          <w:p w14:paraId="6054630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2068747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6247C58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42.3</w:t>
            </w:r>
          </w:p>
        </w:tc>
        <w:tc>
          <w:tcPr>
            <w:tcW w:w="1985" w:type="dxa"/>
            <w:vAlign w:val="center"/>
          </w:tcPr>
          <w:p w14:paraId="76729C6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Coastal</w:t>
            </w:r>
          </w:p>
        </w:tc>
        <w:tc>
          <w:tcPr>
            <w:tcW w:w="2891" w:type="dxa"/>
            <w:vAlign w:val="center"/>
          </w:tcPr>
          <w:p w14:paraId="25E6B74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27CE98AF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2402C41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47</w:t>
            </w:r>
          </w:p>
        </w:tc>
        <w:tc>
          <w:tcPr>
            <w:tcW w:w="2977" w:type="dxa"/>
            <w:vAlign w:val="center"/>
          </w:tcPr>
          <w:p w14:paraId="192A7E3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Tringa nebularia</w:t>
            </w:r>
          </w:p>
        </w:tc>
        <w:tc>
          <w:tcPr>
            <w:tcW w:w="1653" w:type="dxa"/>
            <w:vAlign w:val="center"/>
          </w:tcPr>
          <w:p w14:paraId="0E38596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22CB577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FG_Water</w:t>
            </w:r>
          </w:p>
        </w:tc>
        <w:tc>
          <w:tcPr>
            <w:tcW w:w="1399" w:type="dxa"/>
            <w:vAlign w:val="center"/>
          </w:tcPr>
          <w:p w14:paraId="6DE7DBF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187</w:t>
            </w:r>
          </w:p>
        </w:tc>
        <w:tc>
          <w:tcPr>
            <w:tcW w:w="1985" w:type="dxa"/>
            <w:vAlign w:val="center"/>
          </w:tcPr>
          <w:p w14:paraId="72EE0A6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Wetland</w:t>
            </w:r>
          </w:p>
        </w:tc>
        <w:tc>
          <w:tcPr>
            <w:tcW w:w="2891" w:type="dxa"/>
            <w:vAlign w:val="center"/>
          </w:tcPr>
          <w:p w14:paraId="3112583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56E553AF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3BC44A9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48</w:t>
            </w:r>
          </w:p>
        </w:tc>
        <w:tc>
          <w:tcPr>
            <w:tcW w:w="2977" w:type="dxa"/>
            <w:vAlign w:val="center"/>
          </w:tcPr>
          <w:p w14:paraId="746E549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Tringa ochropus</w:t>
            </w:r>
          </w:p>
        </w:tc>
        <w:tc>
          <w:tcPr>
            <w:tcW w:w="1653" w:type="dxa"/>
            <w:vAlign w:val="center"/>
          </w:tcPr>
          <w:p w14:paraId="47B0784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5804129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2F4A04E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71.4</w:t>
            </w:r>
          </w:p>
        </w:tc>
        <w:tc>
          <w:tcPr>
            <w:tcW w:w="1985" w:type="dxa"/>
            <w:vAlign w:val="center"/>
          </w:tcPr>
          <w:p w14:paraId="45AB91F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Wetland</w:t>
            </w:r>
          </w:p>
        </w:tc>
        <w:tc>
          <w:tcPr>
            <w:tcW w:w="2891" w:type="dxa"/>
            <w:vAlign w:val="center"/>
          </w:tcPr>
          <w:p w14:paraId="620AE44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79984B07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36C8482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49</w:t>
            </w:r>
          </w:p>
        </w:tc>
        <w:tc>
          <w:tcPr>
            <w:tcW w:w="2977" w:type="dxa"/>
            <w:vAlign w:val="center"/>
          </w:tcPr>
          <w:p w14:paraId="3C83CE8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Actitis hypoleucos</w:t>
            </w:r>
          </w:p>
        </w:tc>
        <w:tc>
          <w:tcPr>
            <w:tcW w:w="1653" w:type="dxa"/>
            <w:vAlign w:val="center"/>
          </w:tcPr>
          <w:p w14:paraId="27965E1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Omnivore</w:t>
            </w:r>
          </w:p>
        </w:tc>
        <w:tc>
          <w:tcPr>
            <w:tcW w:w="1200" w:type="dxa"/>
            <w:vAlign w:val="center"/>
          </w:tcPr>
          <w:p w14:paraId="4EA484C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188699C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48</w:t>
            </w:r>
          </w:p>
        </w:tc>
        <w:tc>
          <w:tcPr>
            <w:tcW w:w="1985" w:type="dxa"/>
            <w:vAlign w:val="center"/>
          </w:tcPr>
          <w:p w14:paraId="7EC5B50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Wetland</w:t>
            </w:r>
          </w:p>
        </w:tc>
        <w:tc>
          <w:tcPr>
            <w:tcW w:w="2891" w:type="dxa"/>
            <w:vAlign w:val="center"/>
          </w:tcPr>
          <w:p w14:paraId="01BE38D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41DA4DDF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6283361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50</w:t>
            </w:r>
          </w:p>
        </w:tc>
        <w:tc>
          <w:tcPr>
            <w:tcW w:w="2977" w:type="dxa"/>
            <w:vAlign w:val="center"/>
          </w:tcPr>
          <w:p w14:paraId="5EBF0C8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Larus ridibundus</w:t>
            </w:r>
          </w:p>
        </w:tc>
        <w:tc>
          <w:tcPr>
            <w:tcW w:w="1653" w:type="dxa"/>
            <w:vAlign w:val="center"/>
          </w:tcPr>
          <w:p w14:paraId="624FD69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2BE8CA0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1C9C5B7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284</w:t>
            </w:r>
          </w:p>
        </w:tc>
        <w:tc>
          <w:tcPr>
            <w:tcW w:w="1985" w:type="dxa"/>
            <w:vAlign w:val="center"/>
          </w:tcPr>
          <w:p w14:paraId="356CEE8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Wetland</w:t>
            </w:r>
          </w:p>
        </w:tc>
        <w:tc>
          <w:tcPr>
            <w:tcW w:w="2891" w:type="dxa"/>
            <w:vAlign w:val="center"/>
          </w:tcPr>
          <w:p w14:paraId="2F07307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Generalist</w:t>
            </w:r>
          </w:p>
        </w:tc>
      </w:tr>
      <w:tr w:rsidR="00EA4B54" w14:paraId="498E861D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6EEA304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51</w:t>
            </w:r>
          </w:p>
        </w:tc>
        <w:tc>
          <w:tcPr>
            <w:tcW w:w="2977" w:type="dxa"/>
            <w:vAlign w:val="center"/>
          </w:tcPr>
          <w:p w14:paraId="294B5D4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Phalacrocorax carbo</w:t>
            </w:r>
          </w:p>
        </w:tc>
        <w:tc>
          <w:tcPr>
            <w:tcW w:w="1653" w:type="dxa"/>
            <w:vAlign w:val="center"/>
          </w:tcPr>
          <w:p w14:paraId="4B4630E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VertFishScav</w:t>
            </w:r>
          </w:p>
        </w:tc>
        <w:tc>
          <w:tcPr>
            <w:tcW w:w="1200" w:type="dxa"/>
            <w:vAlign w:val="center"/>
          </w:tcPr>
          <w:p w14:paraId="5ECEEC0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FG_Water</w:t>
            </w:r>
          </w:p>
        </w:tc>
        <w:tc>
          <w:tcPr>
            <w:tcW w:w="1399" w:type="dxa"/>
            <w:vAlign w:val="center"/>
          </w:tcPr>
          <w:p w14:paraId="4341A7C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2528.97</w:t>
            </w:r>
          </w:p>
        </w:tc>
        <w:tc>
          <w:tcPr>
            <w:tcW w:w="1985" w:type="dxa"/>
            <w:vAlign w:val="center"/>
          </w:tcPr>
          <w:p w14:paraId="48CE51F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Wetland</w:t>
            </w:r>
          </w:p>
        </w:tc>
        <w:tc>
          <w:tcPr>
            <w:tcW w:w="2891" w:type="dxa"/>
            <w:vAlign w:val="center"/>
          </w:tcPr>
          <w:p w14:paraId="2E2B2DF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Aquatic</w:t>
            </w:r>
          </w:p>
        </w:tc>
      </w:tr>
      <w:tr w:rsidR="00EA4B54" w14:paraId="26C0AD8B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7BBBE14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52</w:t>
            </w:r>
          </w:p>
        </w:tc>
        <w:tc>
          <w:tcPr>
            <w:tcW w:w="2977" w:type="dxa"/>
            <w:vAlign w:val="center"/>
          </w:tcPr>
          <w:p w14:paraId="71BE12F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Buteo japonicus</w:t>
            </w:r>
          </w:p>
        </w:tc>
        <w:tc>
          <w:tcPr>
            <w:tcW w:w="1653" w:type="dxa"/>
            <w:vAlign w:val="center"/>
          </w:tcPr>
          <w:p w14:paraId="23EB8F1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VertFishScav</w:t>
            </w:r>
          </w:p>
        </w:tc>
        <w:tc>
          <w:tcPr>
            <w:tcW w:w="1200" w:type="dxa"/>
            <w:vAlign w:val="center"/>
          </w:tcPr>
          <w:p w14:paraId="1EDD1FB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2416E92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759.1</w:t>
            </w:r>
          </w:p>
        </w:tc>
        <w:tc>
          <w:tcPr>
            <w:tcW w:w="1985" w:type="dxa"/>
            <w:vAlign w:val="center"/>
          </w:tcPr>
          <w:p w14:paraId="1DFB5B0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Grassland</w:t>
            </w:r>
          </w:p>
        </w:tc>
        <w:tc>
          <w:tcPr>
            <w:tcW w:w="2891" w:type="dxa"/>
            <w:vAlign w:val="center"/>
          </w:tcPr>
          <w:p w14:paraId="4EE0F26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1855A6FE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48CE699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53</w:t>
            </w:r>
          </w:p>
        </w:tc>
        <w:tc>
          <w:tcPr>
            <w:tcW w:w="2977" w:type="dxa"/>
            <w:vAlign w:val="center"/>
          </w:tcPr>
          <w:p w14:paraId="31B5934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Corvus macrorhynchos</w:t>
            </w:r>
          </w:p>
        </w:tc>
        <w:tc>
          <w:tcPr>
            <w:tcW w:w="1653" w:type="dxa"/>
            <w:vAlign w:val="center"/>
          </w:tcPr>
          <w:p w14:paraId="1DDF16C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Omnivore</w:t>
            </w:r>
          </w:p>
        </w:tc>
        <w:tc>
          <w:tcPr>
            <w:tcW w:w="1200" w:type="dxa"/>
            <w:vAlign w:val="center"/>
          </w:tcPr>
          <w:p w14:paraId="127AAFC9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07B6686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513.14</w:t>
            </w:r>
          </w:p>
        </w:tc>
        <w:tc>
          <w:tcPr>
            <w:tcW w:w="1985" w:type="dxa"/>
            <w:vAlign w:val="center"/>
          </w:tcPr>
          <w:p w14:paraId="7BD0A5C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Woodland</w:t>
            </w:r>
          </w:p>
        </w:tc>
        <w:tc>
          <w:tcPr>
            <w:tcW w:w="2891" w:type="dxa"/>
            <w:vAlign w:val="center"/>
          </w:tcPr>
          <w:p w14:paraId="0E74225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Generalist</w:t>
            </w:r>
          </w:p>
        </w:tc>
      </w:tr>
      <w:tr w:rsidR="00EA4B54" w14:paraId="12171F15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28F413C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54</w:t>
            </w:r>
          </w:p>
        </w:tc>
        <w:tc>
          <w:tcPr>
            <w:tcW w:w="2977" w:type="dxa"/>
            <w:vAlign w:val="center"/>
          </w:tcPr>
          <w:p w14:paraId="36A760E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Cecropis daurica</w:t>
            </w:r>
          </w:p>
        </w:tc>
        <w:tc>
          <w:tcPr>
            <w:tcW w:w="1653" w:type="dxa"/>
            <w:vAlign w:val="center"/>
          </w:tcPr>
          <w:p w14:paraId="4E3E67A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4B1C09D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0DB1C36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22.2</w:t>
            </w:r>
          </w:p>
        </w:tc>
        <w:tc>
          <w:tcPr>
            <w:tcW w:w="1985" w:type="dxa"/>
            <w:vAlign w:val="center"/>
          </w:tcPr>
          <w:p w14:paraId="77A2723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Grassland</w:t>
            </w:r>
          </w:p>
        </w:tc>
        <w:tc>
          <w:tcPr>
            <w:tcW w:w="2891" w:type="dxa"/>
            <w:vAlign w:val="center"/>
          </w:tcPr>
          <w:p w14:paraId="2E05082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Aerial</w:t>
            </w:r>
          </w:p>
        </w:tc>
      </w:tr>
      <w:tr w:rsidR="00EA4B54" w14:paraId="2D5F88A1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1C102AB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55</w:t>
            </w:r>
          </w:p>
        </w:tc>
        <w:tc>
          <w:tcPr>
            <w:tcW w:w="2977" w:type="dxa"/>
            <w:vAlign w:val="center"/>
          </w:tcPr>
          <w:p w14:paraId="3343904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Phylloscopus fuscatus</w:t>
            </w:r>
          </w:p>
        </w:tc>
        <w:tc>
          <w:tcPr>
            <w:tcW w:w="1653" w:type="dxa"/>
            <w:vAlign w:val="center"/>
          </w:tcPr>
          <w:p w14:paraId="420235C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69D4F7A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2A2E2AB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8.74</w:t>
            </w:r>
          </w:p>
        </w:tc>
        <w:tc>
          <w:tcPr>
            <w:tcW w:w="1985" w:type="dxa"/>
            <w:vAlign w:val="center"/>
          </w:tcPr>
          <w:p w14:paraId="4828C4C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Wetland</w:t>
            </w:r>
          </w:p>
        </w:tc>
        <w:tc>
          <w:tcPr>
            <w:tcW w:w="2891" w:type="dxa"/>
            <w:vAlign w:val="center"/>
          </w:tcPr>
          <w:p w14:paraId="5F11150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05B194E1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450943F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lastRenderedPageBreak/>
              <w:t>56</w:t>
            </w:r>
          </w:p>
        </w:tc>
        <w:tc>
          <w:tcPr>
            <w:tcW w:w="2977" w:type="dxa"/>
            <w:vAlign w:val="center"/>
          </w:tcPr>
          <w:p w14:paraId="0F81D69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Phylloscopus inornatus</w:t>
            </w:r>
          </w:p>
        </w:tc>
        <w:tc>
          <w:tcPr>
            <w:tcW w:w="1653" w:type="dxa"/>
            <w:vAlign w:val="center"/>
          </w:tcPr>
          <w:p w14:paraId="03113F1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47AEE51F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1B98A8D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6.59</w:t>
            </w:r>
          </w:p>
        </w:tc>
        <w:tc>
          <w:tcPr>
            <w:tcW w:w="1985" w:type="dxa"/>
            <w:vAlign w:val="center"/>
          </w:tcPr>
          <w:p w14:paraId="4A91EAA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Woodland</w:t>
            </w:r>
          </w:p>
        </w:tc>
        <w:tc>
          <w:tcPr>
            <w:tcW w:w="2891" w:type="dxa"/>
            <w:vAlign w:val="center"/>
          </w:tcPr>
          <w:p w14:paraId="5AE45C3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67504238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08A91D6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57</w:t>
            </w:r>
          </w:p>
        </w:tc>
        <w:tc>
          <w:tcPr>
            <w:tcW w:w="2977" w:type="dxa"/>
            <w:vAlign w:val="center"/>
          </w:tcPr>
          <w:p w14:paraId="5AD9016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Saxicola stejnegeri</w:t>
            </w:r>
          </w:p>
        </w:tc>
        <w:tc>
          <w:tcPr>
            <w:tcW w:w="1653" w:type="dxa"/>
            <w:vAlign w:val="center"/>
          </w:tcPr>
          <w:p w14:paraId="5218C81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1BC08F6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454AC1C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15.4</w:t>
            </w:r>
          </w:p>
        </w:tc>
        <w:tc>
          <w:tcPr>
            <w:tcW w:w="1985" w:type="dxa"/>
            <w:vAlign w:val="center"/>
          </w:tcPr>
          <w:p w14:paraId="5FF8DB30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Shrubland</w:t>
            </w:r>
          </w:p>
        </w:tc>
        <w:tc>
          <w:tcPr>
            <w:tcW w:w="2891" w:type="dxa"/>
            <w:vAlign w:val="center"/>
          </w:tcPr>
          <w:p w14:paraId="68FDAFD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021FDA44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0D093A2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58</w:t>
            </w:r>
          </w:p>
        </w:tc>
        <w:tc>
          <w:tcPr>
            <w:tcW w:w="2977" w:type="dxa"/>
            <w:vAlign w:val="center"/>
          </w:tcPr>
          <w:p w14:paraId="3607F16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Muscicapa dauurica</w:t>
            </w:r>
          </w:p>
        </w:tc>
        <w:tc>
          <w:tcPr>
            <w:tcW w:w="1653" w:type="dxa"/>
            <w:vAlign w:val="center"/>
          </w:tcPr>
          <w:p w14:paraId="69C41DE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23BD31C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2C2BF5A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9.8</w:t>
            </w:r>
          </w:p>
        </w:tc>
        <w:tc>
          <w:tcPr>
            <w:tcW w:w="1985" w:type="dxa"/>
            <w:vAlign w:val="center"/>
          </w:tcPr>
          <w:p w14:paraId="2D7C481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Woodland</w:t>
            </w:r>
          </w:p>
        </w:tc>
        <w:tc>
          <w:tcPr>
            <w:tcW w:w="2891" w:type="dxa"/>
            <w:vAlign w:val="center"/>
          </w:tcPr>
          <w:p w14:paraId="13E638D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62EA64FD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1B0518B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59</w:t>
            </w:r>
          </w:p>
        </w:tc>
        <w:tc>
          <w:tcPr>
            <w:tcW w:w="2977" w:type="dxa"/>
            <w:vAlign w:val="center"/>
          </w:tcPr>
          <w:p w14:paraId="2D926FFD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Ficedula albicilla</w:t>
            </w:r>
          </w:p>
        </w:tc>
        <w:tc>
          <w:tcPr>
            <w:tcW w:w="1653" w:type="dxa"/>
            <w:vAlign w:val="center"/>
          </w:tcPr>
          <w:p w14:paraId="65DF144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3A19B9B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07F5833C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10.8</w:t>
            </w:r>
          </w:p>
        </w:tc>
        <w:tc>
          <w:tcPr>
            <w:tcW w:w="1985" w:type="dxa"/>
            <w:vAlign w:val="center"/>
          </w:tcPr>
          <w:p w14:paraId="70B856A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Woodland</w:t>
            </w:r>
          </w:p>
        </w:tc>
        <w:tc>
          <w:tcPr>
            <w:tcW w:w="2891" w:type="dxa"/>
            <w:vAlign w:val="center"/>
          </w:tcPr>
          <w:p w14:paraId="6AE15E4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5AAF9B52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55313BB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60</w:t>
            </w:r>
          </w:p>
        </w:tc>
        <w:tc>
          <w:tcPr>
            <w:tcW w:w="2977" w:type="dxa"/>
            <w:vAlign w:val="center"/>
          </w:tcPr>
          <w:p w14:paraId="5CCCB45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Dicaeum cruentatum</w:t>
            </w:r>
          </w:p>
        </w:tc>
        <w:tc>
          <w:tcPr>
            <w:tcW w:w="1653" w:type="dxa"/>
            <w:vAlign w:val="center"/>
          </w:tcPr>
          <w:p w14:paraId="342F7E2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FruiNect</w:t>
            </w:r>
          </w:p>
        </w:tc>
        <w:tc>
          <w:tcPr>
            <w:tcW w:w="1200" w:type="dxa"/>
            <w:vAlign w:val="center"/>
          </w:tcPr>
          <w:p w14:paraId="1D0713A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338AC39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5.6</w:t>
            </w:r>
          </w:p>
        </w:tc>
        <w:tc>
          <w:tcPr>
            <w:tcW w:w="1985" w:type="dxa"/>
            <w:vAlign w:val="center"/>
          </w:tcPr>
          <w:p w14:paraId="6D7D64D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Forest</w:t>
            </w:r>
          </w:p>
        </w:tc>
        <w:tc>
          <w:tcPr>
            <w:tcW w:w="2891" w:type="dxa"/>
            <w:vAlign w:val="center"/>
          </w:tcPr>
          <w:p w14:paraId="7E92A42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47155127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1DE6731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61</w:t>
            </w:r>
          </w:p>
        </w:tc>
        <w:tc>
          <w:tcPr>
            <w:tcW w:w="2977" w:type="dxa"/>
            <w:vAlign w:val="center"/>
          </w:tcPr>
          <w:p w14:paraId="2CD99B6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Aethopyga christinae</w:t>
            </w:r>
          </w:p>
        </w:tc>
        <w:tc>
          <w:tcPr>
            <w:tcW w:w="1653" w:type="dxa"/>
            <w:vAlign w:val="center"/>
          </w:tcPr>
          <w:p w14:paraId="332AE5A1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Omnivore</w:t>
            </w:r>
          </w:p>
        </w:tc>
        <w:tc>
          <w:tcPr>
            <w:tcW w:w="1200" w:type="dxa"/>
            <w:vAlign w:val="center"/>
          </w:tcPr>
          <w:p w14:paraId="0FB821F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FG_MIXED</w:t>
            </w:r>
          </w:p>
        </w:tc>
        <w:tc>
          <w:tcPr>
            <w:tcW w:w="1399" w:type="dxa"/>
            <w:vAlign w:val="center"/>
          </w:tcPr>
          <w:p w14:paraId="25FBB75B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5.2</w:t>
            </w:r>
          </w:p>
        </w:tc>
        <w:tc>
          <w:tcPr>
            <w:tcW w:w="1985" w:type="dxa"/>
            <w:vAlign w:val="center"/>
          </w:tcPr>
          <w:p w14:paraId="44B5E17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Forest</w:t>
            </w:r>
          </w:p>
        </w:tc>
        <w:tc>
          <w:tcPr>
            <w:tcW w:w="2891" w:type="dxa"/>
            <w:vAlign w:val="center"/>
          </w:tcPr>
          <w:p w14:paraId="10988AE6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Insessorial</w:t>
            </w:r>
          </w:p>
        </w:tc>
      </w:tr>
      <w:tr w:rsidR="00EA4B54" w14:paraId="1DC4F5BE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17D7167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62</w:t>
            </w:r>
          </w:p>
        </w:tc>
        <w:tc>
          <w:tcPr>
            <w:tcW w:w="2977" w:type="dxa"/>
            <w:vAlign w:val="center"/>
          </w:tcPr>
          <w:p w14:paraId="3185B02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Motacilla cinerea</w:t>
            </w:r>
          </w:p>
        </w:tc>
        <w:tc>
          <w:tcPr>
            <w:tcW w:w="1653" w:type="dxa"/>
            <w:vAlign w:val="center"/>
          </w:tcPr>
          <w:p w14:paraId="70C337E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0C44AF8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420E856A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17.15</w:t>
            </w:r>
          </w:p>
        </w:tc>
        <w:tc>
          <w:tcPr>
            <w:tcW w:w="1985" w:type="dxa"/>
            <w:vAlign w:val="center"/>
          </w:tcPr>
          <w:p w14:paraId="42211643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Riverine</w:t>
            </w:r>
          </w:p>
        </w:tc>
        <w:tc>
          <w:tcPr>
            <w:tcW w:w="2891" w:type="dxa"/>
            <w:vAlign w:val="center"/>
          </w:tcPr>
          <w:p w14:paraId="0A5FF19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  <w:tr w:rsidR="00EA4B54" w14:paraId="20939F13" w14:textId="77777777" w:rsidTr="00EA4B54">
        <w:trPr>
          <w:cantSplit/>
          <w:trHeight w:val="144"/>
          <w:jc w:val="center"/>
        </w:trPr>
        <w:tc>
          <w:tcPr>
            <w:tcW w:w="1787" w:type="dxa"/>
            <w:vAlign w:val="center"/>
          </w:tcPr>
          <w:p w14:paraId="28144E78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63</w:t>
            </w:r>
          </w:p>
        </w:tc>
        <w:tc>
          <w:tcPr>
            <w:tcW w:w="2977" w:type="dxa"/>
            <w:vAlign w:val="center"/>
          </w:tcPr>
          <w:p w14:paraId="2E13204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i/>
                <w:sz w:val="12"/>
              </w:rPr>
              <w:t>Anthus hodgsoni</w:t>
            </w:r>
          </w:p>
        </w:tc>
        <w:tc>
          <w:tcPr>
            <w:tcW w:w="1653" w:type="dxa"/>
            <w:vAlign w:val="center"/>
          </w:tcPr>
          <w:p w14:paraId="2EC9C644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Invertebrate</w:t>
            </w:r>
          </w:p>
        </w:tc>
        <w:tc>
          <w:tcPr>
            <w:tcW w:w="1200" w:type="dxa"/>
            <w:vAlign w:val="center"/>
          </w:tcPr>
          <w:p w14:paraId="0DC7F852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FG_Ground</w:t>
            </w:r>
          </w:p>
        </w:tc>
        <w:tc>
          <w:tcPr>
            <w:tcW w:w="1399" w:type="dxa"/>
            <w:vAlign w:val="center"/>
          </w:tcPr>
          <w:p w14:paraId="4B8E1E8E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21.3</w:t>
            </w:r>
          </w:p>
        </w:tc>
        <w:tc>
          <w:tcPr>
            <w:tcW w:w="1985" w:type="dxa"/>
            <w:vAlign w:val="center"/>
          </w:tcPr>
          <w:p w14:paraId="26371357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Grassland</w:t>
            </w:r>
          </w:p>
        </w:tc>
        <w:tc>
          <w:tcPr>
            <w:tcW w:w="2891" w:type="dxa"/>
            <w:vAlign w:val="center"/>
          </w:tcPr>
          <w:p w14:paraId="29EDBDB5" w14:textId="77777777" w:rsidR="00EA4B54" w:rsidRDefault="00EA4B54" w:rsidP="004B3BB4">
            <w:pPr>
              <w:spacing w:line="140" w:lineRule="exact"/>
              <w:jc w:val="center"/>
            </w:pPr>
            <w:r>
              <w:rPr>
                <w:rFonts w:ascii="Times New Roman" w:eastAsia="宋体" w:hAnsi="Times New Roman"/>
                <w:sz w:val="12"/>
              </w:rPr>
              <w:t>Terrestrial</w:t>
            </w:r>
          </w:p>
        </w:tc>
      </w:tr>
    </w:tbl>
    <w:p w14:paraId="5A4A58F8" w14:textId="77777777" w:rsidR="00EA4B54" w:rsidRDefault="00EA4B54" w:rsidP="00EA4B54"/>
    <w:p w14:paraId="02386377" w14:textId="77777777" w:rsidR="00EA4B54" w:rsidRPr="00EA4B54" w:rsidRDefault="00EA4B54" w:rsidP="00EA4B54">
      <w:pPr>
        <w:rPr>
          <w:lang w:eastAsia="zh-CN"/>
        </w:rPr>
      </w:pPr>
    </w:p>
    <w:p w14:paraId="603B72AE" w14:textId="77777777" w:rsidR="00EA4B54" w:rsidRPr="00EA4B54" w:rsidRDefault="00EA4B54" w:rsidP="00EA4B54">
      <w:pPr>
        <w:rPr>
          <w:lang w:eastAsia="zh-CN"/>
        </w:rPr>
      </w:pPr>
    </w:p>
    <w:p w14:paraId="6BB1C9C0" w14:textId="77777777" w:rsidR="00EA4B54" w:rsidRPr="00EA4B54" w:rsidRDefault="00EA4B54" w:rsidP="00EA4B54">
      <w:pPr>
        <w:rPr>
          <w:lang w:eastAsia="zh-CN"/>
        </w:rPr>
      </w:pPr>
    </w:p>
    <w:p w14:paraId="7258B2AA" w14:textId="77777777" w:rsidR="00EA4B54" w:rsidRPr="00EA4B54" w:rsidRDefault="00EA4B54" w:rsidP="00EA4B54">
      <w:pPr>
        <w:rPr>
          <w:lang w:eastAsia="zh-CN"/>
        </w:rPr>
      </w:pPr>
    </w:p>
    <w:p w14:paraId="3EAE0C02" w14:textId="77777777" w:rsidR="00EA4B54" w:rsidRPr="00EA4B54" w:rsidRDefault="00EA4B54" w:rsidP="00EA4B54">
      <w:pPr>
        <w:rPr>
          <w:lang w:eastAsia="zh-CN"/>
        </w:rPr>
      </w:pPr>
    </w:p>
    <w:p w14:paraId="0D21DA11" w14:textId="77777777" w:rsidR="00EA4B54" w:rsidRPr="00EA4B54" w:rsidRDefault="00EA4B54" w:rsidP="00EA4B54">
      <w:pPr>
        <w:rPr>
          <w:lang w:eastAsia="zh-CN"/>
        </w:rPr>
      </w:pPr>
    </w:p>
    <w:p w14:paraId="2550D3B2" w14:textId="77777777" w:rsidR="00EA4B54" w:rsidRPr="00EA4B54" w:rsidRDefault="00EA4B54" w:rsidP="00EA4B54">
      <w:pPr>
        <w:rPr>
          <w:lang w:eastAsia="zh-CN"/>
        </w:rPr>
      </w:pPr>
    </w:p>
    <w:p w14:paraId="3B1B255B" w14:textId="77777777" w:rsidR="00EA4B54" w:rsidRPr="00EA4B54" w:rsidRDefault="00EA4B54" w:rsidP="00EA4B54">
      <w:pPr>
        <w:rPr>
          <w:lang w:eastAsia="zh-CN"/>
        </w:rPr>
      </w:pPr>
    </w:p>
    <w:p w14:paraId="6ED1CDFE" w14:textId="77777777" w:rsidR="00EA4B54" w:rsidRPr="00EA4B54" w:rsidRDefault="00EA4B54" w:rsidP="00EA4B54">
      <w:pPr>
        <w:rPr>
          <w:lang w:eastAsia="zh-CN"/>
        </w:rPr>
      </w:pPr>
    </w:p>
    <w:p w14:paraId="69C30ECA" w14:textId="77777777" w:rsidR="00EA4B54" w:rsidRPr="00EA4B54" w:rsidRDefault="00EA4B54" w:rsidP="00EA4B54">
      <w:pPr>
        <w:rPr>
          <w:lang w:eastAsia="zh-CN"/>
        </w:rPr>
      </w:pPr>
    </w:p>
    <w:p w14:paraId="5FD83D3B" w14:textId="77777777" w:rsidR="00EA4B54" w:rsidRPr="00EA4B54" w:rsidRDefault="00EA4B54" w:rsidP="00EA4B54">
      <w:pPr>
        <w:rPr>
          <w:lang w:eastAsia="zh-CN"/>
        </w:rPr>
      </w:pPr>
    </w:p>
    <w:p w14:paraId="1611DE72" w14:textId="77777777" w:rsidR="00EA4B54" w:rsidRPr="00EA4B54" w:rsidRDefault="00EA4B54" w:rsidP="00EA4B54">
      <w:pPr>
        <w:rPr>
          <w:lang w:eastAsia="zh-CN"/>
        </w:rPr>
      </w:pPr>
    </w:p>
    <w:p w14:paraId="1444E530" w14:textId="77777777" w:rsidR="00EA4B54" w:rsidRPr="00EA4B54" w:rsidRDefault="00EA4B54" w:rsidP="00EA4B54">
      <w:pPr>
        <w:rPr>
          <w:lang w:eastAsia="zh-CN"/>
        </w:rPr>
      </w:pPr>
    </w:p>
    <w:p w14:paraId="5ECD81DE" w14:textId="77777777" w:rsidR="00EA4B54" w:rsidRPr="00EA4B54" w:rsidRDefault="00EA4B54" w:rsidP="00EA4B54">
      <w:pPr>
        <w:rPr>
          <w:rFonts w:eastAsia="宋体"/>
          <w:lang w:eastAsia="zh-CN"/>
        </w:rPr>
      </w:pPr>
    </w:p>
    <w:p w14:paraId="63F48650" w14:textId="26ED8C9E" w:rsidR="004F07EA" w:rsidRDefault="00000000">
      <w:pPr>
        <w:keepNext/>
        <w:spacing w:after="80" w:line="240" w:lineRule="auto"/>
        <w:jc w:val="both"/>
      </w:pPr>
      <w:r>
        <w:rPr>
          <w:rFonts w:ascii="Times New Roman" w:eastAsia="Times New Roman" w:hAnsi="Times New Roman"/>
          <w:b/>
          <w:sz w:val="24"/>
        </w:rPr>
        <w:lastRenderedPageBreak/>
        <w:t>Table S</w:t>
      </w:r>
      <w:r w:rsidR="00EA4B54">
        <w:rPr>
          <w:rFonts w:ascii="宋体" w:eastAsia="宋体" w:hAnsi="宋体" w:hint="eastAsia"/>
          <w:b/>
          <w:sz w:val="24"/>
          <w:lang w:eastAsia="zh-CN"/>
        </w:rPr>
        <w:t>3</w:t>
      </w:r>
      <w:r>
        <w:rPr>
          <w:rFonts w:ascii="Times New Roman" w:eastAsia="Times New Roman" w:hAnsi="Times New Roman"/>
          <w:b/>
          <w:sz w:val="24"/>
        </w:rPr>
        <w:t xml:space="preserve">. </w:t>
      </w:r>
      <w:r>
        <w:rPr>
          <w:rFonts w:ascii="Times New Roman" w:eastAsia="Times New Roman" w:hAnsi="Times New Roman"/>
          <w:sz w:val="24"/>
        </w:rPr>
        <w:t>Bird abundance matrix across 53 sampling sites from the two-season survey. Species names follow Table S2. The matrix is divided into five panels for legibility; sampling-site identifiers are repeated in each panel.</w:t>
      </w:r>
    </w:p>
    <w:p w14:paraId="36D1A75F" w14:textId="77777777" w:rsidR="004F07EA" w:rsidRDefault="00000000">
      <w:pPr>
        <w:keepNext/>
        <w:spacing w:after="40"/>
      </w:pPr>
      <w:r>
        <w:rPr>
          <w:rFonts w:ascii="Times New Roman" w:eastAsia="Times New Roman" w:hAnsi="Times New Roman"/>
          <w:sz w:val="24"/>
        </w:rPr>
        <w:t>A)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0"/>
        <w:gridCol w:w="1027"/>
        <w:gridCol w:w="1027"/>
        <w:gridCol w:w="1027"/>
        <w:gridCol w:w="1027"/>
        <w:gridCol w:w="1027"/>
        <w:gridCol w:w="1027"/>
        <w:gridCol w:w="1026"/>
        <w:gridCol w:w="1026"/>
        <w:gridCol w:w="1026"/>
        <w:gridCol w:w="1026"/>
        <w:gridCol w:w="1026"/>
        <w:gridCol w:w="1026"/>
        <w:gridCol w:w="1026"/>
      </w:tblGrid>
      <w:tr w:rsidR="004F07EA" w14:paraId="710E2E6A" w14:textId="77777777">
        <w:trPr>
          <w:cantSplit/>
          <w:tblHeader/>
          <w:jc w:val="center"/>
        </w:trPr>
        <w:tc>
          <w:tcPr>
            <w:tcW w:w="650" w:type="dxa"/>
            <w:vAlign w:val="center"/>
          </w:tcPr>
          <w:p w14:paraId="240EA81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sz w:val="12"/>
              </w:rPr>
              <w:t>Site</w:t>
            </w:r>
          </w:p>
        </w:tc>
        <w:tc>
          <w:tcPr>
            <w:tcW w:w="1027" w:type="dxa"/>
            <w:vAlign w:val="center"/>
          </w:tcPr>
          <w:p w14:paraId="6153B6F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Zosterops japonicus</w:t>
            </w:r>
          </w:p>
        </w:tc>
        <w:tc>
          <w:tcPr>
            <w:tcW w:w="1027" w:type="dxa"/>
            <w:vAlign w:val="center"/>
          </w:tcPr>
          <w:p w14:paraId="639E696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Acridotheres cristatellus</w:t>
            </w:r>
          </w:p>
        </w:tc>
        <w:tc>
          <w:tcPr>
            <w:tcW w:w="1027" w:type="dxa"/>
            <w:vAlign w:val="center"/>
          </w:tcPr>
          <w:p w14:paraId="4F3DBE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Cacomantis merulinus</w:t>
            </w:r>
          </w:p>
        </w:tc>
        <w:tc>
          <w:tcPr>
            <w:tcW w:w="1027" w:type="dxa"/>
            <w:vAlign w:val="center"/>
          </w:tcPr>
          <w:p w14:paraId="0EAFDBD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Pycnonotus aurigaster</w:t>
            </w:r>
          </w:p>
        </w:tc>
        <w:tc>
          <w:tcPr>
            <w:tcW w:w="1027" w:type="dxa"/>
            <w:vAlign w:val="center"/>
          </w:tcPr>
          <w:p w14:paraId="0B90F9D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Motacilla alba</w:t>
            </w:r>
          </w:p>
        </w:tc>
        <w:tc>
          <w:tcPr>
            <w:tcW w:w="1027" w:type="dxa"/>
            <w:vAlign w:val="center"/>
          </w:tcPr>
          <w:p w14:paraId="53CE15F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Egretta garzetta</w:t>
            </w:r>
          </w:p>
        </w:tc>
        <w:tc>
          <w:tcPr>
            <w:tcW w:w="1026" w:type="dxa"/>
            <w:vAlign w:val="center"/>
          </w:tcPr>
          <w:p w14:paraId="242E2C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Pycnonotus sinensis</w:t>
            </w:r>
          </w:p>
        </w:tc>
        <w:tc>
          <w:tcPr>
            <w:tcW w:w="1026" w:type="dxa"/>
            <w:vAlign w:val="center"/>
          </w:tcPr>
          <w:p w14:paraId="1A75CC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Halcyon smyrnensis</w:t>
            </w:r>
          </w:p>
        </w:tc>
        <w:tc>
          <w:tcPr>
            <w:tcW w:w="1026" w:type="dxa"/>
            <w:vAlign w:val="center"/>
          </w:tcPr>
          <w:p w14:paraId="342601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Amaurornis phoenicurus</w:t>
            </w:r>
          </w:p>
        </w:tc>
        <w:tc>
          <w:tcPr>
            <w:tcW w:w="1026" w:type="dxa"/>
            <w:vAlign w:val="center"/>
          </w:tcPr>
          <w:p w14:paraId="3110DBA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Tringa ochropus</w:t>
            </w:r>
          </w:p>
        </w:tc>
        <w:tc>
          <w:tcPr>
            <w:tcW w:w="1026" w:type="dxa"/>
            <w:vAlign w:val="center"/>
          </w:tcPr>
          <w:p w14:paraId="6EC8877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Lonchura striata</w:t>
            </w:r>
          </w:p>
        </w:tc>
        <w:tc>
          <w:tcPr>
            <w:tcW w:w="1026" w:type="dxa"/>
            <w:vAlign w:val="center"/>
          </w:tcPr>
          <w:p w14:paraId="1E00BC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Lonchura punctulata</w:t>
            </w:r>
          </w:p>
        </w:tc>
        <w:tc>
          <w:tcPr>
            <w:tcW w:w="1026" w:type="dxa"/>
            <w:vAlign w:val="center"/>
          </w:tcPr>
          <w:p w14:paraId="1D556B9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Muscicapa dauurica</w:t>
            </w:r>
          </w:p>
        </w:tc>
      </w:tr>
      <w:tr w:rsidR="004F07EA" w14:paraId="1B30B03E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81784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4936B3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39</w:t>
            </w:r>
          </w:p>
        </w:tc>
        <w:tc>
          <w:tcPr>
            <w:tcW w:w="1027" w:type="dxa"/>
            <w:vAlign w:val="center"/>
          </w:tcPr>
          <w:p w14:paraId="52895B9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25</w:t>
            </w:r>
          </w:p>
        </w:tc>
        <w:tc>
          <w:tcPr>
            <w:tcW w:w="1027" w:type="dxa"/>
            <w:vAlign w:val="center"/>
          </w:tcPr>
          <w:p w14:paraId="7A8BF9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6EF026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A3B38A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CF92A5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6" w:type="dxa"/>
            <w:vAlign w:val="center"/>
          </w:tcPr>
          <w:p w14:paraId="0DDA5D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6" w:type="dxa"/>
            <w:vAlign w:val="center"/>
          </w:tcPr>
          <w:p w14:paraId="0D41775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38C839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60A15E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9B306C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417D58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168C3E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CBF2DB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5E5F1E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517DC0F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605FED3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13</w:t>
            </w:r>
          </w:p>
        </w:tc>
        <w:tc>
          <w:tcPr>
            <w:tcW w:w="1027" w:type="dxa"/>
            <w:vAlign w:val="center"/>
          </w:tcPr>
          <w:p w14:paraId="5B1B2C2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C795BE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16C6E22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6DE4E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796DD36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6" w:type="dxa"/>
            <w:vAlign w:val="center"/>
          </w:tcPr>
          <w:p w14:paraId="05541FE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75913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F4CDD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2C827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3A9618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40FC9D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376744A2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D49EC4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77F9F9A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14</w:t>
            </w:r>
          </w:p>
        </w:tc>
        <w:tc>
          <w:tcPr>
            <w:tcW w:w="1027" w:type="dxa"/>
            <w:vAlign w:val="center"/>
          </w:tcPr>
          <w:p w14:paraId="4BEAFB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027" w:type="dxa"/>
            <w:vAlign w:val="center"/>
          </w:tcPr>
          <w:p w14:paraId="10D128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3095E9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597F14D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B4F15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240745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45F5097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477FBD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A04F4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B2B193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F74203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503A1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4FA96B3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FC0BE4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7050E2A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7" w:type="dxa"/>
            <w:vAlign w:val="center"/>
          </w:tcPr>
          <w:p w14:paraId="6A138B8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18</w:t>
            </w:r>
          </w:p>
        </w:tc>
        <w:tc>
          <w:tcPr>
            <w:tcW w:w="1027" w:type="dxa"/>
            <w:vAlign w:val="center"/>
          </w:tcPr>
          <w:p w14:paraId="0ADCFE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B1F5E9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D7D879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3C8CFC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39D6F5A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069B000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35BF5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9DCEF7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BDAB5A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0781F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B4D712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5399AC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C7412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7" w:type="dxa"/>
            <w:vAlign w:val="center"/>
          </w:tcPr>
          <w:p w14:paraId="2BF5B26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027" w:type="dxa"/>
            <w:vAlign w:val="center"/>
          </w:tcPr>
          <w:p w14:paraId="0BCA77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80</w:t>
            </w:r>
          </w:p>
        </w:tc>
        <w:tc>
          <w:tcPr>
            <w:tcW w:w="1027" w:type="dxa"/>
            <w:vAlign w:val="center"/>
          </w:tcPr>
          <w:p w14:paraId="716187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5A8C95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77409A8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474B59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0C670A3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6800C2B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0039D5C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5CBB0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23569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61C80E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E8AFD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69FCDB2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DF333B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7" w:type="dxa"/>
            <w:vAlign w:val="center"/>
          </w:tcPr>
          <w:p w14:paraId="061487A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14</w:t>
            </w:r>
          </w:p>
        </w:tc>
        <w:tc>
          <w:tcPr>
            <w:tcW w:w="1027" w:type="dxa"/>
            <w:vAlign w:val="center"/>
          </w:tcPr>
          <w:p w14:paraId="5CA572D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30</w:t>
            </w:r>
          </w:p>
        </w:tc>
        <w:tc>
          <w:tcPr>
            <w:tcW w:w="1027" w:type="dxa"/>
            <w:vAlign w:val="center"/>
          </w:tcPr>
          <w:p w14:paraId="5233025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9ED76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5E7335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41A93E3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4C5757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026" w:type="dxa"/>
            <w:vAlign w:val="center"/>
          </w:tcPr>
          <w:p w14:paraId="76381EC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6200F21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954085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7D0BC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DEEDF0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FEF9E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FAB044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BA2E6A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027" w:type="dxa"/>
            <w:vAlign w:val="center"/>
          </w:tcPr>
          <w:p w14:paraId="1376747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16</w:t>
            </w:r>
          </w:p>
        </w:tc>
        <w:tc>
          <w:tcPr>
            <w:tcW w:w="1027" w:type="dxa"/>
            <w:vAlign w:val="center"/>
          </w:tcPr>
          <w:p w14:paraId="425F127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32</w:t>
            </w:r>
          </w:p>
        </w:tc>
        <w:tc>
          <w:tcPr>
            <w:tcW w:w="1027" w:type="dxa"/>
            <w:vAlign w:val="center"/>
          </w:tcPr>
          <w:p w14:paraId="5453FD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53C7F8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CF4767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7972988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3C53AF9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7184279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5F0CA9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3198D5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F4EF6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34C109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82432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432E52A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ECFC9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027" w:type="dxa"/>
            <w:vAlign w:val="center"/>
          </w:tcPr>
          <w:p w14:paraId="447C6A5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7" w:type="dxa"/>
            <w:vAlign w:val="center"/>
          </w:tcPr>
          <w:p w14:paraId="7407D13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027" w:type="dxa"/>
            <w:vAlign w:val="center"/>
          </w:tcPr>
          <w:p w14:paraId="6AF2D7E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15131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2EA95D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C82CE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614317F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65FC6B3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FA9E9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46C1F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2F2575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60D09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D2EB7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C24EB6D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F8E671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027" w:type="dxa"/>
            <w:vAlign w:val="center"/>
          </w:tcPr>
          <w:p w14:paraId="7516518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027" w:type="dxa"/>
            <w:vAlign w:val="center"/>
          </w:tcPr>
          <w:p w14:paraId="744340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  <w:tc>
          <w:tcPr>
            <w:tcW w:w="1027" w:type="dxa"/>
            <w:vAlign w:val="center"/>
          </w:tcPr>
          <w:p w14:paraId="530B640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70A01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5D8BC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6BCB40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05288F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395E51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725E75C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CD877F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77EBBD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3F7CAD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42C8CD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07263BC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F68993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027" w:type="dxa"/>
            <w:vAlign w:val="center"/>
          </w:tcPr>
          <w:p w14:paraId="4ACB1DD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14</w:t>
            </w:r>
          </w:p>
        </w:tc>
        <w:tc>
          <w:tcPr>
            <w:tcW w:w="1027" w:type="dxa"/>
            <w:vAlign w:val="center"/>
          </w:tcPr>
          <w:p w14:paraId="6D4382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027" w:type="dxa"/>
            <w:vAlign w:val="center"/>
          </w:tcPr>
          <w:p w14:paraId="52030A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9C51D8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A0B6C7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34CB43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0AAC1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6" w:type="dxa"/>
            <w:vAlign w:val="center"/>
          </w:tcPr>
          <w:p w14:paraId="41DF7F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63AF86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F58F4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2A8548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EBF6ED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10C505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5D4468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F68E6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027" w:type="dxa"/>
            <w:vAlign w:val="center"/>
          </w:tcPr>
          <w:p w14:paraId="465181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  <w:tc>
          <w:tcPr>
            <w:tcW w:w="1027" w:type="dxa"/>
            <w:vAlign w:val="center"/>
          </w:tcPr>
          <w:p w14:paraId="3FD227E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16</w:t>
            </w:r>
          </w:p>
        </w:tc>
        <w:tc>
          <w:tcPr>
            <w:tcW w:w="1027" w:type="dxa"/>
            <w:vAlign w:val="center"/>
          </w:tcPr>
          <w:p w14:paraId="7C52570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DE1C6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99BC6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80CC15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2C613EC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29B1556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325D10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CD071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3A5D0E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B4C7D6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073641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E2D635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BA2D0B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  <w:tc>
          <w:tcPr>
            <w:tcW w:w="1027" w:type="dxa"/>
            <w:vAlign w:val="center"/>
          </w:tcPr>
          <w:p w14:paraId="302E83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373EEC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37</w:t>
            </w:r>
          </w:p>
        </w:tc>
        <w:tc>
          <w:tcPr>
            <w:tcW w:w="1027" w:type="dxa"/>
            <w:vAlign w:val="center"/>
          </w:tcPr>
          <w:p w14:paraId="119CBC9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4FA99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5CDEF43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04C282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4ADBDF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85D2CA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7986FB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A7AA2B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DC0F9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F253E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2ED8C5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C71469E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E49890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13</w:t>
            </w:r>
          </w:p>
        </w:tc>
        <w:tc>
          <w:tcPr>
            <w:tcW w:w="1027" w:type="dxa"/>
            <w:vAlign w:val="center"/>
          </w:tcPr>
          <w:p w14:paraId="261AABC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25</w:t>
            </w:r>
          </w:p>
        </w:tc>
        <w:tc>
          <w:tcPr>
            <w:tcW w:w="1027" w:type="dxa"/>
            <w:vAlign w:val="center"/>
          </w:tcPr>
          <w:p w14:paraId="683BFFA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24</w:t>
            </w:r>
          </w:p>
        </w:tc>
        <w:tc>
          <w:tcPr>
            <w:tcW w:w="1027" w:type="dxa"/>
            <w:vAlign w:val="center"/>
          </w:tcPr>
          <w:p w14:paraId="60CA884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4DAB58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6572DC8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0283E5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37</w:t>
            </w:r>
          </w:p>
        </w:tc>
        <w:tc>
          <w:tcPr>
            <w:tcW w:w="1026" w:type="dxa"/>
            <w:vAlign w:val="center"/>
          </w:tcPr>
          <w:p w14:paraId="18FF259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0F51DB1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24DD10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E59AA3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0E3558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C53C3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47A21D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64C9D9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0AEEB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14</w:t>
            </w:r>
          </w:p>
        </w:tc>
        <w:tc>
          <w:tcPr>
            <w:tcW w:w="1027" w:type="dxa"/>
            <w:vAlign w:val="center"/>
          </w:tcPr>
          <w:p w14:paraId="118D47A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74025CF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14</w:t>
            </w:r>
          </w:p>
        </w:tc>
        <w:tc>
          <w:tcPr>
            <w:tcW w:w="1027" w:type="dxa"/>
            <w:vAlign w:val="center"/>
          </w:tcPr>
          <w:p w14:paraId="19B5F3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448B2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23FB906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04DECB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13</w:t>
            </w:r>
          </w:p>
        </w:tc>
        <w:tc>
          <w:tcPr>
            <w:tcW w:w="1026" w:type="dxa"/>
            <w:vAlign w:val="center"/>
          </w:tcPr>
          <w:p w14:paraId="7220AE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6AD5489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34E9B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9C1A40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4BF5A5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BF9B0B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4FD590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772C1A0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44640A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027" w:type="dxa"/>
            <w:vAlign w:val="center"/>
          </w:tcPr>
          <w:p w14:paraId="262A691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027" w:type="dxa"/>
            <w:vAlign w:val="center"/>
          </w:tcPr>
          <w:p w14:paraId="440E297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42</w:t>
            </w:r>
          </w:p>
        </w:tc>
        <w:tc>
          <w:tcPr>
            <w:tcW w:w="1027" w:type="dxa"/>
            <w:vAlign w:val="center"/>
          </w:tcPr>
          <w:p w14:paraId="6E5A789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FD17D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7" w:type="dxa"/>
            <w:vAlign w:val="center"/>
          </w:tcPr>
          <w:p w14:paraId="42D2AF8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27A4BA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6" w:type="dxa"/>
            <w:vAlign w:val="center"/>
          </w:tcPr>
          <w:p w14:paraId="758F5AD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6" w:type="dxa"/>
            <w:vAlign w:val="center"/>
          </w:tcPr>
          <w:p w14:paraId="179C62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57475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FBD185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45BE71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4BE737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796088F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4A6EEBA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87AC79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16</w:t>
            </w:r>
          </w:p>
        </w:tc>
        <w:tc>
          <w:tcPr>
            <w:tcW w:w="1027" w:type="dxa"/>
            <w:vAlign w:val="center"/>
          </w:tcPr>
          <w:p w14:paraId="79484CC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65B6C6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  <w:tc>
          <w:tcPr>
            <w:tcW w:w="1027" w:type="dxa"/>
            <w:vAlign w:val="center"/>
          </w:tcPr>
          <w:p w14:paraId="2FDCF8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B38E58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0CA93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67E3B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43B624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DA27A4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D397F0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1CA56A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A6C1AB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049BF9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847C6E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0384AD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32128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17</w:t>
            </w:r>
          </w:p>
        </w:tc>
        <w:tc>
          <w:tcPr>
            <w:tcW w:w="1027" w:type="dxa"/>
            <w:vAlign w:val="center"/>
          </w:tcPr>
          <w:p w14:paraId="4A24CC5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027" w:type="dxa"/>
            <w:vAlign w:val="center"/>
          </w:tcPr>
          <w:p w14:paraId="00BF7B0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18</w:t>
            </w:r>
          </w:p>
        </w:tc>
        <w:tc>
          <w:tcPr>
            <w:tcW w:w="1027" w:type="dxa"/>
            <w:vAlign w:val="center"/>
          </w:tcPr>
          <w:p w14:paraId="4CE04E9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43462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8B6BE0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15A3F7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E6CA3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6" w:type="dxa"/>
            <w:vAlign w:val="center"/>
          </w:tcPr>
          <w:p w14:paraId="38BE185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FB8DD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228C33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0D712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5EB48A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E4DF8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9CA3C9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A9D0E4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18</w:t>
            </w:r>
          </w:p>
        </w:tc>
        <w:tc>
          <w:tcPr>
            <w:tcW w:w="1027" w:type="dxa"/>
            <w:vAlign w:val="center"/>
          </w:tcPr>
          <w:p w14:paraId="6639754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455553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75808B5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F6ECBA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38874B9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7" w:type="dxa"/>
            <w:vAlign w:val="center"/>
          </w:tcPr>
          <w:p w14:paraId="396BA0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1027E6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07B8060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39CC98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905612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E6C8EF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5B4D7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5B3477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0C58378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E8306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19</w:t>
            </w:r>
          </w:p>
        </w:tc>
        <w:tc>
          <w:tcPr>
            <w:tcW w:w="1027" w:type="dxa"/>
            <w:vAlign w:val="center"/>
          </w:tcPr>
          <w:p w14:paraId="339C7B2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52DFC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22</w:t>
            </w:r>
          </w:p>
        </w:tc>
        <w:tc>
          <w:tcPr>
            <w:tcW w:w="1027" w:type="dxa"/>
            <w:vAlign w:val="center"/>
          </w:tcPr>
          <w:p w14:paraId="20390F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80812A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78C1752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30B922A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26</w:t>
            </w:r>
          </w:p>
        </w:tc>
        <w:tc>
          <w:tcPr>
            <w:tcW w:w="1026" w:type="dxa"/>
            <w:vAlign w:val="center"/>
          </w:tcPr>
          <w:p w14:paraId="497247E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403CC1A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5DE1CF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50A7F9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ECD4C2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4F0140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93DBE9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6773F9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45159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20</w:t>
            </w:r>
          </w:p>
        </w:tc>
        <w:tc>
          <w:tcPr>
            <w:tcW w:w="1027" w:type="dxa"/>
            <w:vAlign w:val="center"/>
          </w:tcPr>
          <w:p w14:paraId="4FE5509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B5166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027" w:type="dxa"/>
            <w:vAlign w:val="center"/>
          </w:tcPr>
          <w:p w14:paraId="6CD91EA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07A7D5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5626FF6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3121880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51</w:t>
            </w:r>
          </w:p>
        </w:tc>
        <w:tc>
          <w:tcPr>
            <w:tcW w:w="1026" w:type="dxa"/>
            <w:vAlign w:val="center"/>
          </w:tcPr>
          <w:p w14:paraId="6E6C84C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542EB96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F8ABE7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8B8C6B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3AC809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BCE3BC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1D93FF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D224830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7D0714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21</w:t>
            </w:r>
          </w:p>
        </w:tc>
        <w:tc>
          <w:tcPr>
            <w:tcW w:w="1027" w:type="dxa"/>
            <w:vAlign w:val="center"/>
          </w:tcPr>
          <w:p w14:paraId="1296ABA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  <w:tc>
          <w:tcPr>
            <w:tcW w:w="1027" w:type="dxa"/>
            <w:vAlign w:val="center"/>
          </w:tcPr>
          <w:p w14:paraId="3944E1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027" w:type="dxa"/>
            <w:vAlign w:val="center"/>
          </w:tcPr>
          <w:p w14:paraId="228B69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968AA2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7" w:type="dxa"/>
            <w:vAlign w:val="center"/>
          </w:tcPr>
          <w:p w14:paraId="1F55ACA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34CE86B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721336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66126DC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C0A813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A0C53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5E4AA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07C67E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1FAA238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B8A9DB8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738383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22</w:t>
            </w:r>
          </w:p>
        </w:tc>
        <w:tc>
          <w:tcPr>
            <w:tcW w:w="1027" w:type="dxa"/>
            <w:vAlign w:val="center"/>
          </w:tcPr>
          <w:p w14:paraId="12D1B3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1F087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41</w:t>
            </w:r>
          </w:p>
        </w:tc>
        <w:tc>
          <w:tcPr>
            <w:tcW w:w="1027" w:type="dxa"/>
            <w:vAlign w:val="center"/>
          </w:tcPr>
          <w:p w14:paraId="5387615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BAF430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DAAD18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7D36445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026" w:type="dxa"/>
            <w:vAlign w:val="center"/>
          </w:tcPr>
          <w:p w14:paraId="25E9E0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8492AE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9FEFD7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64E7E2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C4A28F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4121ED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635DDC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84791D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FD1880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23</w:t>
            </w:r>
          </w:p>
        </w:tc>
        <w:tc>
          <w:tcPr>
            <w:tcW w:w="1027" w:type="dxa"/>
            <w:vAlign w:val="center"/>
          </w:tcPr>
          <w:p w14:paraId="745CCC8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27207D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23</w:t>
            </w:r>
          </w:p>
        </w:tc>
        <w:tc>
          <w:tcPr>
            <w:tcW w:w="1027" w:type="dxa"/>
            <w:vAlign w:val="center"/>
          </w:tcPr>
          <w:p w14:paraId="247B01D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E02A8B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027" w:type="dxa"/>
            <w:vAlign w:val="center"/>
          </w:tcPr>
          <w:p w14:paraId="670F47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0453C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19</w:t>
            </w:r>
          </w:p>
        </w:tc>
        <w:tc>
          <w:tcPr>
            <w:tcW w:w="1026" w:type="dxa"/>
            <w:vAlign w:val="center"/>
          </w:tcPr>
          <w:p w14:paraId="0B3202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89CE1C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58DE3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F6D34F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B95C0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B18D0C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20D036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E44D1F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CB259F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24</w:t>
            </w:r>
          </w:p>
        </w:tc>
        <w:tc>
          <w:tcPr>
            <w:tcW w:w="1027" w:type="dxa"/>
            <w:vAlign w:val="center"/>
          </w:tcPr>
          <w:p w14:paraId="013149E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5AED8E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  <w:tc>
          <w:tcPr>
            <w:tcW w:w="1027" w:type="dxa"/>
            <w:vAlign w:val="center"/>
          </w:tcPr>
          <w:p w14:paraId="6677B4F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9678E5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34CBF16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EF7C6F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297E7F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28A9BA9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2688C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4FE97D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B7E6BE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BFDA56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CBF344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F6CE1EC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138ED7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25</w:t>
            </w:r>
          </w:p>
        </w:tc>
        <w:tc>
          <w:tcPr>
            <w:tcW w:w="1027" w:type="dxa"/>
            <w:vAlign w:val="center"/>
          </w:tcPr>
          <w:p w14:paraId="1FF9DEA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  <w:tc>
          <w:tcPr>
            <w:tcW w:w="1027" w:type="dxa"/>
            <w:vAlign w:val="center"/>
          </w:tcPr>
          <w:p w14:paraId="4FE01F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31</w:t>
            </w:r>
          </w:p>
        </w:tc>
        <w:tc>
          <w:tcPr>
            <w:tcW w:w="1027" w:type="dxa"/>
            <w:vAlign w:val="center"/>
          </w:tcPr>
          <w:p w14:paraId="6414739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FA34C5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6B448F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3D60481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026" w:type="dxa"/>
            <w:vAlign w:val="center"/>
          </w:tcPr>
          <w:p w14:paraId="31BB10D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7083056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D739B8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721A89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14C6A2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B919C8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C2EED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67E8D0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F23DA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26</w:t>
            </w:r>
          </w:p>
        </w:tc>
        <w:tc>
          <w:tcPr>
            <w:tcW w:w="1027" w:type="dxa"/>
            <w:vAlign w:val="center"/>
          </w:tcPr>
          <w:p w14:paraId="1D822A1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  <w:tc>
          <w:tcPr>
            <w:tcW w:w="1027" w:type="dxa"/>
            <w:vAlign w:val="center"/>
          </w:tcPr>
          <w:p w14:paraId="259529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027" w:type="dxa"/>
            <w:vAlign w:val="center"/>
          </w:tcPr>
          <w:p w14:paraId="666593A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1DE2F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23C1021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3E78D39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23</w:t>
            </w:r>
          </w:p>
        </w:tc>
        <w:tc>
          <w:tcPr>
            <w:tcW w:w="1026" w:type="dxa"/>
            <w:vAlign w:val="center"/>
          </w:tcPr>
          <w:p w14:paraId="3C5A0F0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65FFBB8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ECA6CD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6BEF19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646F4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B10CB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E4C0C3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8B0D6DD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FF50B9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27</w:t>
            </w:r>
          </w:p>
        </w:tc>
        <w:tc>
          <w:tcPr>
            <w:tcW w:w="1027" w:type="dxa"/>
            <w:vAlign w:val="center"/>
          </w:tcPr>
          <w:p w14:paraId="26CAE6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027" w:type="dxa"/>
            <w:vAlign w:val="center"/>
          </w:tcPr>
          <w:p w14:paraId="50F937A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36</w:t>
            </w:r>
          </w:p>
        </w:tc>
        <w:tc>
          <w:tcPr>
            <w:tcW w:w="1027" w:type="dxa"/>
            <w:vAlign w:val="center"/>
          </w:tcPr>
          <w:p w14:paraId="03D7FCC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007FC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D6A230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0BCDAA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026" w:type="dxa"/>
            <w:vAlign w:val="center"/>
          </w:tcPr>
          <w:p w14:paraId="6C0BADC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1717A38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00E88CD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46EF8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04236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7236D9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6" w:type="dxa"/>
            <w:vAlign w:val="center"/>
          </w:tcPr>
          <w:p w14:paraId="552F75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C6B8C72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32F96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28</w:t>
            </w:r>
          </w:p>
        </w:tc>
        <w:tc>
          <w:tcPr>
            <w:tcW w:w="1027" w:type="dxa"/>
            <w:vAlign w:val="center"/>
          </w:tcPr>
          <w:p w14:paraId="63BC113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14</w:t>
            </w:r>
          </w:p>
        </w:tc>
        <w:tc>
          <w:tcPr>
            <w:tcW w:w="1027" w:type="dxa"/>
            <w:vAlign w:val="center"/>
          </w:tcPr>
          <w:p w14:paraId="40EDAF9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112</w:t>
            </w:r>
          </w:p>
        </w:tc>
        <w:tc>
          <w:tcPr>
            <w:tcW w:w="1027" w:type="dxa"/>
            <w:vAlign w:val="center"/>
          </w:tcPr>
          <w:p w14:paraId="797625A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4900D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657414C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314E90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026" w:type="dxa"/>
            <w:vAlign w:val="center"/>
          </w:tcPr>
          <w:p w14:paraId="2E1224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6" w:type="dxa"/>
            <w:vAlign w:val="center"/>
          </w:tcPr>
          <w:p w14:paraId="091D9D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026DEC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E3DE83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80250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BE9A6A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DAACC4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7EDC0BB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4F7C44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29</w:t>
            </w:r>
          </w:p>
        </w:tc>
        <w:tc>
          <w:tcPr>
            <w:tcW w:w="1027" w:type="dxa"/>
            <w:vAlign w:val="center"/>
          </w:tcPr>
          <w:p w14:paraId="2031FA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7" w:type="dxa"/>
            <w:vAlign w:val="center"/>
          </w:tcPr>
          <w:p w14:paraId="385CA8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027" w:type="dxa"/>
            <w:vAlign w:val="center"/>
          </w:tcPr>
          <w:p w14:paraId="55A8D90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99A287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3A0E8DE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5B65E33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6" w:type="dxa"/>
            <w:vAlign w:val="center"/>
          </w:tcPr>
          <w:p w14:paraId="6ECB16E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039F5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A7CE3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42AC5A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7EE0E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2AB8B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A03CC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D851E2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ABAEEA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30</w:t>
            </w:r>
          </w:p>
        </w:tc>
        <w:tc>
          <w:tcPr>
            <w:tcW w:w="1027" w:type="dxa"/>
            <w:vAlign w:val="center"/>
          </w:tcPr>
          <w:p w14:paraId="5062884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25</w:t>
            </w:r>
          </w:p>
        </w:tc>
        <w:tc>
          <w:tcPr>
            <w:tcW w:w="1027" w:type="dxa"/>
            <w:vAlign w:val="center"/>
          </w:tcPr>
          <w:p w14:paraId="6F1235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027" w:type="dxa"/>
            <w:vAlign w:val="center"/>
          </w:tcPr>
          <w:p w14:paraId="28891A5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EC482D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43DCB9B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05CD77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026" w:type="dxa"/>
            <w:vAlign w:val="center"/>
          </w:tcPr>
          <w:p w14:paraId="365FD1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6" w:type="dxa"/>
            <w:vAlign w:val="center"/>
          </w:tcPr>
          <w:p w14:paraId="14FCC06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F6D28D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9C4DD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084B5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E26AA9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C6BC58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85728B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6E3EA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31</w:t>
            </w:r>
          </w:p>
        </w:tc>
        <w:tc>
          <w:tcPr>
            <w:tcW w:w="1027" w:type="dxa"/>
            <w:vAlign w:val="center"/>
          </w:tcPr>
          <w:p w14:paraId="10BA8D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027" w:type="dxa"/>
            <w:vAlign w:val="center"/>
          </w:tcPr>
          <w:p w14:paraId="5FCF89A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027" w:type="dxa"/>
            <w:vAlign w:val="center"/>
          </w:tcPr>
          <w:p w14:paraId="37E182D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61657F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DE75AF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F997E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6" w:type="dxa"/>
            <w:vAlign w:val="center"/>
          </w:tcPr>
          <w:p w14:paraId="3E87E3D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7E3CB0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93AFA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6698A7C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96A82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61380C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53F4C1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7D23ADA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2C1887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32</w:t>
            </w:r>
          </w:p>
        </w:tc>
        <w:tc>
          <w:tcPr>
            <w:tcW w:w="1027" w:type="dxa"/>
            <w:vAlign w:val="center"/>
          </w:tcPr>
          <w:p w14:paraId="459DE9F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62693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20E8563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C40A9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27BC9A1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09713E4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6" w:type="dxa"/>
            <w:vAlign w:val="center"/>
          </w:tcPr>
          <w:p w14:paraId="586FDB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56501A6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A1257A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CB8B6C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5478F8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5594B1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DA180A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C2FB500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728740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33</w:t>
            </w:r>
          </w:p>
        </w:tc>
        <w:tc>
          <w:tcPr>
            <w:tcW w:w="1027" w:type="dxa"/>
            <w:vAlign w:val="center"/>
          </w:tcPr>
          <w:p w14:paraId="55F8A25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3E789D0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21</w:t>
            </w:r>
          </w:p>
        </w:tc>
        <w:tc>
          <w:tcPr>
            <w:tcW w:w="1027" w:type="dxa"/>
            <w:vAlign w:val="center"/>
          </w:tcPr>
          <w:p w14:paraId="342BE81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13735A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B6C570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16538FF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28</w:t>
            </w:r>
          </w:p>
        </w:tc>
        <w:tc>
          <w:tcPr>
            <w:tcW w:w="1026" w:type="dxa"/>
            <w:vAlign w:val="center"/>
          </w:tcPr>
          <w:p w14:paraId="1EC7E5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75AB25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1CA6A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D536A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4328B5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21912D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6F410A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B975847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D3FB52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34</w:t>
            </w:r>
          </w:p>
        </w:tc>
        <w:tc>
          <w:tcPr>
            <w:tcW w:w="1027" w:type="dxa"/>
            <w:vAlign w:val="center"/>
          </w:tcPr>
          <w:p w14:paraId="0014EE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E0A0A4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16</w:t>
            </w:r>
          </w:p>
        </w:tc>
        <w:tc>
          <w:tcPr>
            <w:tcW w:w="1027" w:type="dxa"/>
            <w:vAlign w:val="center"/>
          </w:tcPr>
          <w:p w14:paraId="223A30F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2D75916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7" w:type="dxa"/>
            <w:vAlign w:val="center"/>
          </w:tcPr>
          <w:p w14:paraId="125716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20D958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14</w:t>
            </w:r>
          </w:p>
        </w:tc>
        <w:tc>
          <w:tcPr>
            <w:tcW w:w="1026" w:type="dxa"/>
            <w:vAlign w:val="center"/>
          </w:tcPr>
          <w:p w14:paraId="4E2F56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0927BDD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4AA83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2C83874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CE9E7C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46E1C4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4F3FBF3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9EB8417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822779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35</w:t>
            </w:r>
          </w:p>
        </w:tc>
        <w:tc>
          <w:tcPr>
            <w:tcW w:w="1027" w:type="dxa"/>
            <w:vAlign w:val="center"/>
          </w:tcPr>
          <w:p w14:paraId="3D5256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027" w:type="dxa"/>
            <w:vAlign w:val="center"/>
          </w:tcPr>
          <w:p w14:paraId="1AC0443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7" w:type="dxa"/>
            <w:vAlign w:val="center"/>
          </w:tcPr>
          <w:p w14:paraId="5D063D0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360658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34249F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7C09A9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026" w:type="dxa"/>
            <w:vAlign w:val="center"/>
          </w:tcPr>
          <w:p w14:paraId="19A861B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6BB8C6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A9878E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6622E6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F99DC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C9FEF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EA3B88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1FBEAF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B3726C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36</w:t>
            </w:r>
          </w:p>
        </w:tc>
        <w:tc>
          <w:tcPr>
            <w:tcW w:w="1027" w:type="dxa"/>
            <w:vAlign w:val="center"/>
          </w:tcPr>
          <w:p w14:paraId="7DD81B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13</w:t>
            </w:r>
          </w:p>
        </w:tc>
        <w:tc>
          <w:tcPr>
            <w:tcW w:w="1027" w:type="dxa"/>
            <w:vAlign w:val="center"/>
          </w:tcPr>
          <w:p w14:paraId="66AAA53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027" w:type="dxa"/>
            <w:vAlign w:val="center"/>
          </w:tcPr>
          <w:p w14:paraId="3B9057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B8C632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3C555C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479192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  <w:tc>
          <w:tcPr>
            <w:tcW w:w="1026" w:type="dxa"/>
            <w:vAlign w:val="center"/>
          </w:tcPr>
          <w:p w14:paraId="34C791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6" w:type="dxa"/>
            <w:vAlign w:val="center"/>
          </w:tcPr>
          <w:p w14:paraId="671E8C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9F6183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10C921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A4E0D9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F6D51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026" w:type="dxa"/>
            <w:vAlign w:val="center"/>
          </w:tcPr>
          <w:p w14:paraId="6FD2B87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C1F7C3D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87142D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37</w:t>
            </w:r>
          </w:p>
        </w:tc>
        <w:tc>
          <w:tcPr>
            <w:tcW w:w="1027" w:type="dxa"/>
            <w:vAlign w:val="center"/>
          </w:tcPr>
          <w:p w14:paraId="6C1D444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9D0A43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  <w:tc>
          <w:tcPr>
            <w:tcW w:w="1027" w:type="dxa"/>
            <w:vAlign w:val="center"/>
          </w:tcPr>
          <w:p w14:paraId="1439B99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59097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170C952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8C280A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8CEB38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6CCA1D9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0DE9B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70BCEE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B0C6B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686C3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B0A104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048E16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EEE011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38</w:t>
            </w:r>
          </w:p>
        </w:tc>
        <w:tc>
          <w:tcPr>
            <w:tcW w:w="1027" w:type="dxa"/>
            <w:vAlign w:val="center"/>
          </w:tcPr>
          <w:p w14:paraId="1BAC631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027" w:type="dxa"/>
            <w:vAlign w:val="center"/>
          </w:tcPr>
          <w:p w14:paraId="3F612DE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0E2A257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1EC5BC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638A1D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448CAF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6443B48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472B4C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F8E26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B69335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DE3FE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EB5C8E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EE8B3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3AFFC7B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6FB13C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39</w:t>
            </w:r>
          </w:p>
        </w:tc>
        <w:tc>
          <w:tcPr>
            <w:tcW w:w="1027" w:type="dxa"/>
            <w:vAlign w:val="center"/>
          </w:tcPr>
          <w:p w14:paraId="2933062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7" w:type="dxa"/>
            <w:vAlign w:val="center"/>
          </w:tcPr>
          <w:p w14:paraId="257FAA8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DBD1A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AB7928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7F7C7AD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58250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36533B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6C7E7A0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B1C4A5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75DBA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1C1517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05E801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463FD7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AE1738E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19DEA0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40</w:t>
            </w:r>
          </w:p>
        </w:tc>
        <w:tc>
          <w:tcPr>
            <w:tcW w:w="1027" w:type="dxa"/>
            <w:vAlign w:val="center"/>
          </w:tcPr>
          <w:p w14:paraId="22282F5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7AACEE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027" w:type="dxa"/>
            <w:vAlign w:val="center"/>
          </w:tcPr>
          <w:p w14:paraId="57521DC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44D41B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22DF154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340DC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4A4C775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728AB3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E1305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AD0F2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CFA420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7C380A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22A46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03D1EC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61ACA6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41</w:t>
            </w:r>
          </w:p>
        </w:tc>
        <w:tc>
          <w:tcPr>
            <w:tcW w:w="1027" w:type="dxa"/>
            <w:vAlign w:val="center"/>
          </w:tcPr>
          <w:p w14:paraId="4CD2C3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C94A5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027" w:type="dxa"/>
            <w:vAlign w:val="center"/>
          </w:tcPr>
          <w:p w14:paraId="7D964C6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9FE8FB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05DC609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72720C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1C5DD6F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570C948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18AACDD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BA89AC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E46E2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067FA5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FFC61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D35DE4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3D220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42</w:t>
            </w:r>
          </w:p>
        </w:tc>
        <w:tc>
          <w:tcPr>
            <w:tcW w:w="1027" w:type="dxa"/>
            <w:vAlign w:val="center"/>
          </w:tcPr>
          <w:p w14:paraId="2F25F8D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16</w:t>
            </w:r>
          </w:p>
        </w:tc>
        <w:tc>
          <w:tcPr>
            <w:tcW w:w="1027" w:type="dxa"/>
            <w:vAlign w:val="center"/>
          </w:tcPr>
          <w:p w14:paraId="5EC8D5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18</w:t>
            </w:r>
          </w:p>
        </w:tc>
        <w:tc>
          <w:tcPr>
            <w:tcW w:w="1027" w:type="dxa"/>
            <w:vAlign w:val="center"/>
          </w:tcPr>
          <w:p w14:paraId="59C5D1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7" w:type="dxa"/>
            <w:vAlign w:val="center"/>
          </w:tcPr>
          <w:p w14:paraId="1508DAD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7" w:type="dxa"/>
            <w:vAlign w:val="center"/>
          </w:tcPr>
          <w:p w14:paraId="0FC06EE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46A82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026" w:type="dxa"/>
            <w:vAlign w:val="center"/>
          </w:tcPr>
          <w:p w14:paraId="651C933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1449238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4E433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1A055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EFA63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6C37B3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45A09C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6A69A0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69C179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43</w:t>
            </w:r>
          </w:p>
        </w:tc>
        <w:tc>
          <w:tcPr>
            <w:tcW w:w="1027" w:type="dxa"/>
            <w:vAlign w:val="center"/>
          </w:tcPr>
          <w:p w14:paraId="0D42BE2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027" w:type="dxa"/>
            <w:vAlign w:val="center"/>
          </w:tcPr>
          <w:p w14:paraId="54848E2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027" w:type="dxa"/>
            <w:vAlign w:val="center"/>
          </w:tcPr>
          <w:p w14:paraId="7C4ED87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7D34D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00400DC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345DFA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6" w:type="dxa"/>
            <w:vAlign w:val="center"/>
          </w:tcPr>
          <w:p w14:paraId="145B99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191913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7200C05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21DFCF8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228521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FE322F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47C11DF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046E8B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06F61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44</w:t>
            </w:r>
          </w:p>
        </w:tc>
        <w:tc>
          <w:tcPr>
            <w:tcW w:w="1027" w:type="dxa"/>
            <w:vAlign w:val="center"/>
          </w:tcPr>
          <w:p w14:paraId="5C06A5F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027" w:type="dxa"/>
            <w:vAlign w:val="center"/>
          </w:tcPr>
          <w:p w14:paraId="061B02E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54B148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C5FA39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3C1386D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542895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6" w:type="dxa"/>
            <w:vAlign w:val="center"/>
          </w:tcPr>
          <w:p w14:paraId="33F4E22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49590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8C5C7F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694B0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13CAA4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F5D4E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9AC410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EE2157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B5B23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45</w:t>
            </w:r>
          </w:p>
        </w:tc>
        <w:tc>
          <w:tcPr>
            <w:tcW w:w="1027" w:type="dxa"/>
            <w:vAlign w:val="center"/>
          </w:tcPr>
          <w:p w14:paraId="5262507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027" w:type="dxa"/>
            <w:vAlign w:val="center"/>
          </w:tcPr>
          <w:p w14:paraId="20B6BA0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027" w:type="dxa"/>
            <w:vAlign w:val="center"/>
          </w:tcPr>
          <w:p w14:paraId="1D0A961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A2D1FD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02B3E0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45F701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2FF4565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4BA1164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DE097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2C1B57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FFF449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EF820C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00EB2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562F2D8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25D54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46</w:t>
            </w:r>
          </w:p>
        </w:tc>
        <w:tc>
          <w:tcPr>
            <w:tcW w:w="1027" w:type="dxa"/>
            <w:vAlign w:val="center"/>
          </w:tcPr>
          <w:p w14:paraId="216FA7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536BA6B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7" w:type="dxa"/>
            <w:vAlign w:val="center"/>
          </w:tcPr>
          <w:p w14:paraId="63E7420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9DDAD7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8545F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7D9329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5275A8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6CD85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58CFA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C78F89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7E49DF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88D6EB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4DD35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6955E40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00B0C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47</w:t>
            </w:r>
          </w:p>
        </w:tc>
        <w:tc>
          <w:tcPr>
            <w:tcW w:w="1027" w:type="dxa"/>
            <w:vAlign w:val="center"/>
          </w:tcPr>
          <w:p w14:paraId="22F9E75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82D832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7" w:type="dxa"/>
            <w:vAlign w:val="center"/>
          </w:tcPr>
          <w:p w14:paraId="350E052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5E87EA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34FFC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EA5E5C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1D6D2EF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026" w:type="dxa"/>
            <w:vAlign w:val="center"/>
          </w:tcPr>
          <w:p w14:paraId="00AF25C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A49F72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29C3AA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E843F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5292D78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6663328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67C646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B4D79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48</w:t>
            </w:r>
          </w:p>
        </w:tc>
        <w:tc>
          <w:tcPr>
            <w:tcW w:w="1027" w:type="dxa"/>
            <w:vAlign w:val="center"/>
          </w:tcPr>
          <w:p w14:paraId="563AB2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24CFC61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027" w:type="dxa"/>
            <w:vAlign w:val="center"/>
          </w:tcPr>
          <w:p w14:paraId="51F066F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0EAA9A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41FE7D4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B17FC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423DDAA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9FA9FB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ECF431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704EC2D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895B68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2874B3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B5CE9A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B73CF4A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D24171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49</w:t>
            </w:r>
          </w:p>
        </w:tc>
        <w:tc>
          <w:tcPr>
            <w:tcW w:w="1027" w:type="dxa"/>
            <w:vAlign w:val="center"/>
          </w:tcPr>
          <w:p w14:paraId="2C9586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7F4CED8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13</w:t>
            </w:r>
          </w:p>
        </w:tc>
        <w:tc>
          <w:tcPr>
            <w:tcW w:w="1027" w:type="dxa"/>
            <w:vAlign w:val="center"/>
          </w:tcPr>
          <w:p w14:paraId="4540C2B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07B81C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027" w:type="dxa"/>
            <w:vAlign w:val="center"/>
          </w:tcPr>
          <w:p w14:paraId="7D2ECD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079018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3E19F8D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14</w:t>
            </w:r>
          </w:p>
        </w:tc>
        <w:tc>
          <w:tcPr>
            <w:tcW w:w="1026" w:type="dxa"/>
            <w:vAlign w:val="center"/>
          </w:tcPr>
          <w:p w14:paraId="056B62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03A5733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7D42CF4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71630F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960E4F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53CE04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D0F7C98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4E434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50</w:t>
            </w:r>
          </w:p>
        </w:tc>
        <w:tc>
          <w:tcPr>
            <w:tcW w:w="1027" w:type="dxa"/>
            <w:vAlign w:val="center"/>
          </w:tcPr>
          <w:p w14:paraId="41B0C58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027" w:type="dxa"/>
            <w:vAlign w:val="center"/>
          </w:tcPr>
          <w:p w14:paraId="3597C42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35</w:t>
            </w:r>
          </w:p>
        </w:tc>
        <w:tc>
          <w:tcPr>
            <w:tcW w:w="1027" w:type="dxa"/>
            <w:vAlign w:val="center"/>
          </w:tcPr>
          <w:p w14:paraId="1A4E129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402D258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F061FC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48FE37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B9620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2972E98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8748A2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69E3B1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F0C789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C7A56F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C686C4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0B97F5A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62BBD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51</w:t>
            </w:r>
          </w:p>
        </w:tc>
        <w:tc>
          <w:tcPr>
            <w:tcW w:w="1027" w:type="dxa"/>
            <w:vAlign w:val="center"/>
          </w:tcPr>
          <w:p w14:paraId="37020E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4F105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0D63604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3871A9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7B901D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2D6BF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3878E4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62693B7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A1B14A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BF33A8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D1854C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97968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1A9F8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3198B21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75754D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52</w:t>
            </w:r>
          </w:p>
        </w:tc>
        <w:tc>
          <w:tcPr>
            <w:tcW w:w="1027" w:type="dxa"/>
            <w:vAlign w:val="center"/>
          </w:tcPr>
          <w:p w14:paraId="3C5DCDD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75AD700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31</w:t>
            </w:r>
          </w:p>
        </w:tc>
        <w:tc>
          <w:tcPr>
            <w:tcW w:w="1027" w:type="dxa"/>
            <w:vAlign w:val="center"/>
          </w:tcPr>
          <w:p w14:paraId="19AF1FE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E686BE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36FFC4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0D1F3E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02BBD07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A39752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950C9D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B5C182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717118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B07D94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72781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D59C1F0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9F579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53</w:t>
            </w:r>
          </w:p>
        </w:tc>
        <w:tc>
          <w:tcPr>
            <w:tcW w:w="1027" w:type="dxa"/>
            <w:vAlign w:val="center"/>
          </w:tcPr>
          <w:p w14:paraId="694A6A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66F2B23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19</w:t>
            </w:r>
          </w:p>
        </w:tc>
        <w:tc>
          <w:tcPr>
            <w:tcW w:w="1027" w:type="dxa"/>
            <w:vAlign w:val="center"/>
          </w:tcPr>
          <w:p w14:paraId="07ACEE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043E0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16F9461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740302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327845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4B11292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C63E14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EC7530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FC886A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AE2E2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D23B1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</w:tbl>
    <w:p w14:paraId="27720841" w14:textId="77777777" w:rsidR="004F07EA" w:rsidRDefault="00000000">
      <w:pPr>
        <w:keepNext/>
        <w:pageBreakBefore/>
        <w:spacing w:after="40"/>
      </w:pPr>
      <w:r>
        <w:rPr>
          <w:rFonts w:ascii="Times New Roman" w:eastAsia="Times New Roman" w:hAnsi="Times New Roman"/>
          <w:sz w:val="24"/>
        </w:rPr>
        <w:lastRenderedPageBreak/>
        <w:t>B)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0"/>
        <w:gridCol w:w="1027"/>
        <w:gridCol w:w="1027"/>
        <w:gridCol w:w="1027"/>
        <w:gridCol w:w="1027"/>
        <w:gridCol w:w="1027"/>
        <w:gridCol w:w="1027"/>
        <w:gridCol w:w="1026"/>
        <w:gridCol w:w="1026"/>
        <w:gridCol w:w="1026"/>
        <w:gridCol w:w="1026"/>
        <w:gridCol w:w="1026"/>
        <w:gridCol w:w="1026"/>
        <w:gridCol w:w="1026"/>
      </w:tblGrid>
      <w:tr w:rsidR="004F07EA" w14:paraId="706BDC44" w14:textId="77777777">
        <w:trPr>
          <w:cantSplit/>
          <w:tblHeader/>
          <w:jc w:val="center"/>
        </w:trPr>
        <w:tc>
          <w:tcPr>
            <w:tcW w:w="650" w:type="dxa"/>
            <w:vAlign w:val="center"/>
          </w:tcPr>
          <w:p w14:paraId="5CB367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sz w:val="12"/>
              </w:rPr>
              <w:t>Site</w:t>
            </w:r>
          </w:p>
        </w:tc>
        <w:tc>
          <w:tcPr>
            <w:tcW w:w="1027" w:type="dxa"/>
            <w:vAlign w:val="center"/>
          </w:tcPr>
          <w:p w14:paraId="698440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Ardea cinerea</w:t>
            </w:r>
          </w:p>
        </w:tc>
        <w:tc>
          <w:tcPr>
            <w:tcW w:w="1027" w:type="dxa"/>
            <w:vAlign w:val="center"/>
          </w:tcPr>
          <w:p w14:paraId="11BD6A9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Aethopyga christinae</w:t>
            </w:r>
          </w:p>
        </w:tc>
        <w:tc>
          <w:tcPr>
            <w:tcW w:w="1027" w:type="dxa"/>
            <w:vAlign w:val="center"/>
          </w:tcPr>
          <w:p w14:paraId="2AAF36C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Ardeola bacchus</w:t>
            </w:r>
          </w:p>
        </w:tc>
        <w:tc>
          <w:tcPr>
            <w:tcW w:w="1027" w:type="dxa"/>
            <w:vAlign w:val="center"/>
          </w:tcPr>
          <w:p w14:paraId="1ED4C6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Pericrocotus flammeus</w:t>
            </w:r>
          </w:p>
        </w:tc>
        <w:tc>
          <w:tcPr>
            <w:tcW w:w="1027" w:type="dxa"/>
            <w:vAlign w:val="center"/>
          </w:tcPr>
          <w:p w14:paraId="63C0EFE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Mareca penelope</w:t>
            </w:r>
          </w:p>
        </w:tc>
        <w:tc>
          <w:tcPr>
            <w:tcW w:w="1027" w:type="dxa"/>
            <w:vAlign w:val="center"/>
          </w:tcPr>
          <w:p w14:paraId="7BC008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Prinia inornata</w:t>
            </w:r>
          </w:p>
        </w:tc>
        <w:tc>
          <w:tcPr>
            <w:tcW w:w="1026" w:type="dxa"/>
            <w:vAlign w:val="center"/>
          </w:tcPr>
          <w:p w14:paraId="110838F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Casmerodius albus</w:t>
            </w:r>
          </w:p>
        </w:tc>
        <w:tc>
          <w:tcPr>
            <w:tcW w:w="1026" w:type="dxa"/>
            <w:vAlign w:val="center"/>
          </w:tcPr>
          <w:p w14:paraId="037F2A7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Parus major</w:t>
            </w:r>
          </w:p>
        </w:tc>
        <w:tc>
          <w:tcPr>
            <w:tcW w:w="1026" w:type="dxa"/>
            <w:vAlign w:val="center"/>
          </w:tcPr>
          <w:p w14:paraId="408BCD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Corvus macrorhynchos</w:t>
            </w:r>
          </w:p>
        </w:tc>
        <w:tc>
          <w:tcPr>
            <w:tcW w:w="1026" w:type="dxa"/>
            <w:vAlign w:val="center"/>
          </w:tcPr>
          <w:p w14:paraId="4E47293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Saxicola stejnegeri</w:t>
            </w:r>
          </w:p>
        </w:tc>
        <w:tc>
          <w:tcPr>
            <w:tcW w:w="1026" w:type="dxa"/>
            <w:vAlign w:val="center"/>
          </w:tcPr>
          <w:p w14:paraId="1B042E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Centropus sinensis</w:t>
            </w:r>
          </w:p>
        </w:tc>
        <w:tc>
          <w:tcPr>
            <w:tcW w:w="1026" w:type="dxa"/>
            <w:vAlign w:val="center"/>
          </w:tcPr>
          <w:p w14:paraId="0A691AC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Phylloscopus fuscatus</w:t>
            </w:r>
          </w:p>
        </w:tc>
        <w:tc>
          <w:tcPr>
            <w:tcW w:w="1026" w:type="dxa"/>
            <w:vAlign w:val="center"/>
          </w:tcPr>
          <w:p w14:paraId="7D34DF6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Garrulax perspicillatus</w:t>
            </w:r>
          </w:p>
        </w:tc>
      </w:tr>
      <w:tr w:rsidR="004F07EA" w14:paraId="45D6F9A2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4EE19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6D4808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7" w:type="dxa"/>
            <w:vAlign w:val="center"/>
          </w:tcPr>
          <w:p w14:paraId="7F7AB87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202ABD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5B86C9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CF477C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170</w:t>
            </w:r>
          </w:p>
        </w:tc>
        <w:tc>
          <w:tcPr>
            <w:tcW w:w="1027" w:type="dxa"/>
            <w:vAlign w:val="center"/>
          </w:tcPr>
          <w:p w14:paraId="29A4A7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CBC88E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026" w:type="dxa"/>
            <w:vAlign w:val="center"/>
          </w:tcPr>
          <w:p w14:paraId="57DD57C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617DD7F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3D31B0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4C10F3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3D71C73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0F443B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</w:tr>
      <w:tr w:rsidR="004F07EA" w14:paraId="769C9CD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33385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4A8735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7" w:type="dxa"/>
            <w:vAlign w:val="center"/>
          </w:tcPr>
          <w:p w14:paraId="401E580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723333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C71CE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511C38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587946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D54CBE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491FDF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6CAFF0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4A6DD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07C15D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35DCC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0826D0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6C2CCB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13B0B3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012A7F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566713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B63D0F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F558E1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039F9A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B2C477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CBDEC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3D1F4AF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48BF5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85F583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CC7CF8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8716BE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2461C9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14</w:t>
            </w:r>
          </w:p>
        </w:tc>
      </w:tr>
      <w:tr w:rsidR="004F07EA" w14:paraId="30C365E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A34E48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7A3094B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4C52F3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BB1B7B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BE098D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253D83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59A1EE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4A05FD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678A298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A67F92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1CD661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FD176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1B88A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FB8D4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128CED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32961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7" w:type="dxa"/>
            <w:vAlign w:val="center"/>
          </w:tcPr>
          <w:p w14:paraId="75904A1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3B7850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1AE112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5DD534A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751AD9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37CE87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9EF3E6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A39C42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5277BC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6C4C9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68179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02D8EF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ED29EF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90BF24C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59393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7" w:type="dxa"/>
            <w:vAlign w:val="center"/>
          </w:tcPr>
          <w:p w14:paraId="1982F2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4FAB81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1957E0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F0F8A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251D0D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7C66B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221CB68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4292BF6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12C6411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ABAF0C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0B501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B095B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10B49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</w:tr>
      <w:tr w:rsidR="004F07EA" w14:paraId="36BCF3B3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A5B2D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027" w:type="dxa"/>
            <w:vAlign w:val="center"/>
          </w:tcPr>
          <w:p w14:paraId="66EB2E1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754846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068E91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43C2161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7D6D6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8025ED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DFCF0A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1BAA6B9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3EDC5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3CF525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397B36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DC9FBF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8D3F72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</w:tr>
      <w:tr w:rsidR="004F07EA" w14:paraId="2FEE968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9DDE8C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027" w:type="dxa"/>
            <w:vAlign w:val="center"/>
          </w:tcPr>
          <w:p w14:paraId="2137F07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A10B45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DE410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616A365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2B3137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AFE01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D9D21E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029E93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2E5B8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1F542C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90FC83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D811D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D494BD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0CD9618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F1167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027" w:type="dxa"/>
            <w:vAlign w:val="center"/>
          </w:tcPr>
          <w:p w14:paraId="09B984C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2D27D1E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BABB42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52B08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F03F2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58D355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544203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196025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2E42AA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64536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83DA4E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FEB7F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87AF9C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</w:tr>
      <w:tr w:rsidR="004F07EA" w14:paraId="39249BD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A03FD2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027" w:type="dxa"/>
            <w:vAlign w:val="center"/>
          </w:tcPr>
          <w:p w14:paraId="061359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2F6C7D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7028083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ACF66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19136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AD75E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35B74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66A154E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64313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6532A0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F7FFB6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BDD56D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55A6D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595369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C7BEF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027" w:type="dxa"/>
            <w:vAlign w:val="center"/>
          </w:tcPr>
          <w:p w14:paraId="49987F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A6E3D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22C71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2E0E435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43AFF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66325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497A33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18</w:t>
            </w:r>
          </w:p>
        </w:tc>
        <w:tc>
          <w:tcPr>
            <w:tcW w:w="1026" w:type="dxa"/>
            <w:vAlign w:val="center"/>
          </w:tcPr>
          <w:p w14:paraId="785C84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0519D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610FEE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50F55A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856E0C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67FA3A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</w:tr>
      <w:tr w:rsidR="004F07EA" w14:paraId="4B574ED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85D267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  <w:tc>
          <w:tcPr>
            <w:tcW w:w="1027" w:type="dxa"/>
            <w:vAlign w:val="center"/>
          </w:tcPr>
          <w:p w14:paraId="389864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495E710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722A10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688B6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5CA68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12A3D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C8CDD2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20</w:t>
            </w:r>
          </w:p>
        </w:tc>
        <w:tc>
          <w:tcPr>
            <w:tcW w:w="1026" w:type="dxa"/>
            <w:vAlign w:val="center"/>
          </w:tcPr>
          <w:p w14:paraId="630E04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BD1831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F9E07F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CA4013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AD08D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DC00A4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2DA9508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F784A1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13</w:t>
            </w:r>
          </w:p>
        </w:tc>
        <w:tc>
          <w:tcPr>
            <w:tcW w:w="1027" w:type="dxa"/>
            <w:vAlign w:val="center"/>
          </w:tcPr>
          <w:p w14:paraId="74C074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027" w:type="dxa"/>
            <w:vAlign w:val="center"/>
          </w:tcPr>
          <w:p w14:paraId="1631336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88DA2B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027" w:type="dxa"/>
            <w:vAlign w:val="center"/>
          </w:tcPr>
          <w:p w14:paraId="6CA7944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3F04D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4D321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2B615F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33</w:t>
            </w:r>
          </w:p>
        </w:tc>
        <w:tc>
          <w:tcPr>
            <w:tcW w:w="1026" w:type="dxa"/>
            <w:vAlign w:val="center"/>
          </w:tcPr>
          <w:p w14:paraId="6E753D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2B8099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9559D0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47623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33355A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0E3810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</w:tr>
      <w:tr w:rsidR="004F07EA" w14:paraId="3FB196C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6942E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14</w:t>
            </w:r>
          </w:p>
        </w:tc>
        <w:tc>
          <w:tcPr>
            <w:tcW w:w="1027" w:type="dxa"/>
            <w:vAlign w:val="center"/>
          </w:tcPr>
          <w:p w14:paraId="1DC5A8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2ED33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0EB2A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027" w:type="dxa"/>
            <w:vAlign w:val="center"/>
          </w:tcPr>
          <w:p w14:paraId="78BD12F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88CECF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16C715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845D3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17</w:t>
            </w:r>
          </w:p>
        </w:tc>
        <w:tc>
          <w:tcPr>
            <w:tcW w:w="1026" w:type="dxa"/>
            <w:vAlign w:val="center"/>
          </w:tcPr>
          <w:p w14:paraId="09C62F9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31D93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0AD539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46D0BB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266764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6786F6A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7A6BC39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AF1FA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027" w:type="dxa"/>
            <w:vAlign w:val="center"/>
          </w:tcPr>
          <w:p w14:paraId="5025DE2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57C812F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18DAD8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027" w:type="dxa"/>
            <w:vAlign w:val="center"/>
          </w:tcPr>
          <w:p w14:paraId="23462B2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5F1F8E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EE623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1DEC320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026" w:type="dxa"/>
            <w:vAlign w:val="center"/>
          </w:tcPr>
          <w:p w14:paraId="0947F23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822E56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DC711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905DB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30CE130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CBBC4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CC00AA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33A8B9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16</w:t>
            </w:r>
          </w:p>
        </w:tc>
        <w:tc>
          <w:tcPr>
            <w:tcW w:w="1027" w:type="dxa"/>
            <w:vAlign w:val="center"/>
          </w:tcPr>
          <w:p w14:paraId="4809C15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394B549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9F8F5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027" w:type="dxa"/>
            <w:vAlign w:val="center"/>
          </w:tcPr>
          <w:p w14:paraId="7EFC939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AB7218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E8E4D3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5435765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026" w:type="dxa"/>
            <w:vAlign w:val="center"/>
          </w:tcPr>
          <w:p w14:paraId="220A0A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64A459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A5D227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1FF793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0D9C18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7CE1C7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</w:tr>
      <w:tr w:rsidR="004F07EA" w14:paraId="7E6353AC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E65284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17</w:t>
            </w:r>
          </w:p>
        </w:tc>
        <w:tc>
          <w:tcPr>
            <w:tcW w:w="1027" w:type="dxa"/>
            <w:vAlign w:val="center"/>
          </w:tcPr>
          <w:p w14:paraId="39C7A2A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3AB8DA8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0A46D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1F13FAA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C83BB9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4BFC7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0C4BBBB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506D30A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07F124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9114F0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811E9A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23CABC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C9655B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DD86C2A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38DF9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18</w:t>
            </w:r>
          </w:p>
        </w:tc>
        <w:tc>
          <w:tcPr>
            <w:tcW w:w="1027" w:type="dxa"/>
            <w:vAlign w:val="center"/>
          </w:tcPr>
          <w:p w14:paraId="38B8D5A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25EA47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7D844D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ED6ECF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64C89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1411D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7A12979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364F6B0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FC8E0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8611CF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0A1768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D4C7BC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A34276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EEB8C4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2BA679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19</w:t>
            </w:r>
          </w:p>
        </w:tc>
        <w:tc>
          <w:tcPr>
            <w:tcW w:w="1027" w:type="dxa"/>
            <w:vAlign w:val="center"/>
          </w:tcPr>
          <w:p w14:paraId="4425E28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7" w:type="dxa"/>
            <w:vAlign w:val="center"/>
          </w:tcPr>
          <w:p w14:paraId="7C6F3A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523701B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31</w:t>
            </w:r>
          </w:p>
        </w:tc>
        <w:tc>
          <w:tcPr>
            <w:tcW w:w="1027" w:type="dxa"/>
            <w:vAlign w:val="center"/>
          </w:tcPr>
          <w:p w14:paraId="234A4CA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46BAE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206232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207F868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21</w:t>
            </w:r>
          </w:p>
        </w:tc>
        <w:tc>
          <w:tcPr>
            <w:tcW w:w="1026" w:type="dxa"/>
            <w:vAlign w:val="center"/>
          </w:tcPr>
          <w:p w14:paraId="5758D07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541725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ACD488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0644EB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32C9CF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18FA64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</w:tr>
      <w:tr w:rsidR="004F07EA" w14:paraId="33EA0488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D712B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20</w:t>
            </w:r>
          </w:p>
        </w:tc>
        <w:tc>
          <w:tcPr>
            <w:tcW w:w="1027" w:type="dxa"/>
            <w:vAlign w:val="center"/>
          </w:tcPr>
          <w:p w14:paraId="19923DB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A5612D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31E4E0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37</w:t>
            </w:r>
          </w:p>
        </w:tc>
        <w:tc>
          <w:tcPr>
            <w:tcW w:w="1027" w:type="dxa"/>
            <w:vAlign w:val="center"/>
          </w:tcPr>
          <w:p w14:paraId="6CA5112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390DE1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7A3E9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2638032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33</w:t>
            </w:r>
          </w:p>
        </w:tc>
        <w:tc>
          <w:tcPr>
            <w:tcW w:w="1026" w:type="dxa"/>
            <w:vAlign w:val="center"/>
          </w:tcPr>
          <w:p w14:paraId="4DDD02B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2BF399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D115EB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E6CC01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D132D1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23B6B9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7F3758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3BC96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21</w:t>
            </w:r>
          </w:p>
        </w:tc>
        <w:tc>
          <w:tcPr>
            <w:tcW w:w="1027" w:type="dxa"/>
            <w:vAlign w:val="center"/>
          </w:tcPr>
          <w:p w14:paraId="64E4605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851BE8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3072CB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7" w:type="dxa"/>
            <w:vAlign w:val="center"/>
          </w:tcPr>
          <w:p w14:paraId="254B42F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355F44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389E2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7BBA69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395C03F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A10ED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663E3A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12100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A1ABE2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EFE96F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3FE675E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1F07B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22</w:t>
            </w:r>
          </w:p>
        </w:tc>
        <w:tc>
          <w:tcPr>
            <w:tcW w:w="1027" w:type="dxa"/>
            <w:vAlign w:val="center"/>
          </w:tcPr>
          <w:p w14:paraId="11ADBF2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18AE05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7CCFA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027" w:type="dxa"/>
            <w:vAlign w:val="center"/>
          </w:tcPr>
          <w:p w14:paraId="6DABBC4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063F6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5E4D70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6" w:type="dxa"/>
            <w:vAlign w:val="center"/>
          </w:tcPr>
          <w:p w14:paraId="7719049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15D1529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A5B61B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EC0C66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4875EB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849666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2EA41A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</w:tr>
      <w:tr w:rsidR="004F07EA" w14:paraId="4718EFB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745A93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23</w:t>
            </w:r>
          </w:p>
        </w:tc>
        <w:tc>
          <w:tcPr>
            <w:tcW w:w="1027" w:type="dxa"/>
            <w:vAlign w:val="center"/>
          </w:tcPr>
          <w:p w14:paraId="167845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F0ECF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633F0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618D01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97429F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87ACF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1A6A171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7303791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749044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735F62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C301D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CF2B0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5700FB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CE06D3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2B258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24</w:t>
            </w:r>
          </w:p>
        </w:tc>
        <w:tc>
          <w:tcPr>
            <w:tcW w:w="1027" w:type="dxa"/>
            <w:vAlign w:val="center"/>
          </w:tcPr>
          <w:p w14:paraId="2F00494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907E2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7E800A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111B874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822813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EC513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3986DF4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0630F78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6" w:type="dxa"/>
            <w:vAlign w:val="center"/>
          </w:tcPr>
          <w:p w14:paraId="1F956B4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24196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93980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E059F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8C6C78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C7D941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8C9B5A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25</w:t>
            </w:r>
          </w:p>
        </w:tc>
        <w:tc>
          <w:tcPr>
            <w:tcW w:w="1027" w:type="dxa"/>
            <w:vAlign w:val="center"/>
          </w:tcPr>
          <w:p w14:paraId="1D4AEB7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E37EA4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222980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242F2B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09BD10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4AEE70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34E146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41563E2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49C01A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FF7BA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2DB618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DCBF54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48DBC4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114A89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8A7001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26</w:t>
            </w:r>
          </w:p>
        </w:tc>
        <w:tc>
          <w:tcPr>
            <w:tcW w:w="1027" w:type="dxa"/>
            <w:vAlign w:val="center"/>
          </w:tcPr>
          <w:p w14:paraId="19BB1BA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3A203FA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23640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027" w:type="dxa"/>
            <w:vAlign w:val="center"/>
          </w:tcPr>
          <w:p w14:paraId="7667C5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6047A6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4D8F2E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1EC2D5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  <w:tc>
          <w:tcPr>
            <w:tcW w:w="1026" w:type="dxa"/>
            <w:vAlign w:val="center"/>
          </w:tcPr>
          <w:p w14:paraId="1C9421C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9E0611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FFAEB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821F1B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942E6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768901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</w:tr>
      <w:tr w:rsidR="004F07EA" w14:paraId="660CF530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094AFA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27</w:t>
            </w:r>
          </w:p>
        </w:tc>
        <w:tc>
          <w:tcPr>
            <w:tcW w:w="1027" w:type="dxa"/>
            <w:vAlign w:val="center"/>
          </w:tcPr>
          <w:p w14:paraId="33236A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0C2CE8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C7A0EE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7199E3A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7C002C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C38005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B71AD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026" w:type="dxa"/>
            <w:vAlign w:val="center"/>
          </w:tcPr>
          <w:p w14:paraId="03281A8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348F8BA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1EC9B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D1ED8D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37127F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7161AB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42FF64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A27308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28</w:t>
            </w:r>
          </w:p>
        </w:tc>
        <w:tc>
          <w:tcPr>
            <w:tcW w:w="1027" w:type="dxa"/>
            <w:vAlign w:val="center"/>
          </w:tcPr>
          <w:p w14:paraId="6C7E12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BA6CE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954933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027" w:type="dxa"/>
            <w:vAlign w:val="center"/>
          </w:tcPr>
          <w:p w14:paraId="0C9FF4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F655F5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F07862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7EB1DE8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026" w:type="dxa"/>
            <w:vAlign w:val="center"/>
          </w:tcPr>
          <w:p w14:paraId="08B2DD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0F6A58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1390D0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4B4947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EB150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337AAC4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ED87B3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F07335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29</w:t>
            </w:r>
          </w:p>
        </w:tc>
        <w:tc>
          <w:tcPr>
            <w:tcW w:w="1027" w:type="dxa"/>
            <w:vAlign w:val="center"/>
          </w:tcPr>
          <w:p w14:paraId="124989F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2A3F92A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63E96E5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7" w:type="dxa"/>
            <w:vAlign w:val="center"/>
          </w:tcPr>
          <w:p w14:paraId="0D3B453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5DA421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12740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29D50E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13</w:t>
            </w:r>
          </w:p>
        </w:tc>
        <w:tc>
          <w:tcPr>
            <w:tcW w:w="1026" w:type="dxa"/>
            <w:vAlign w:val="center"/>
          </w:tcPr>
          <w:p w14:paraId="6D96776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06ECF0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760842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5EB89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7FA86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10884B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D23E0C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1FB7D7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30</w:t>
            </w:r>
          </w:p>
        </w:tc>
        <w:tc>
          <w:tcPr>
            <w:tcW w:w="1027" w:type="dxa"/>
            <w:vAlign w:val="center"/>
          </w:tcPr>
          <w:p w14:paraId="080916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FB3BEC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DAB773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027" w:type="dxa"/>
            <w:vAlign w:val="center"/>
          </w:tcPr>
          <w:p w14:paraId="06087F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F1F600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1B33B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13FFFEE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026" w:type="dxa"/>
            <w:vAlign w:val="center"/>
          </w:tcPr>
          <w:p w14:paraId="5EE3326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4D1223C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BF3CBF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2E44C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B48299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A7106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EA92057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472357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31</w:t>
            </w:r>
          </w:p>
        </w:tc>
        <w:tc>
          <w:tcPr>
            <w:tcW w:w="1027" w:type="dxa"/>
            <w:vAlign w:val="center"/>
          </w:tcPr>
          <w:p w14:paraId="7C79D8B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97ADC8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96C474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7" w:type="dxa"/>
            <w:vAlign w:val="center"/>
          </w:tcPr>
          <w:p w14:paraId="39F6FC6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33EE40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EBF83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6" w:type="dxa"/>
            <w:vAlign w:val="center"/>
          </w:tcPr>
          <w:p w14:paraId="041B98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6" w:type="dxa"/>
            <w:vAlign w:val="center"/>
          </w:tcPr>
          <w:p w14:paraId="31B832B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27D5F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EB762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C5D29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D1D50E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08B624A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</w:tr>
      <w:tr w:rsidR="004F07EA" w14:paraId="2525929C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94A853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32</w:t>
            </w:r>
          </w:p>
        </w:tc>
        <w:tc>
          <w:tcPr>
            <w:tcW w:w="1027" w:type="dxa"/>
            <w:vAlign w:val="center"/>
          </w:tcPr>
          <w:p w14:paraId="4AE67AF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708D8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97061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027" w:type="dxa"/>
            <w:vAlign w:val="center"/>
          </w:tcPr>
          <w:p w14:paraId="6760AD9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2F1A36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B1561F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4E5BC3C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3173917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9A052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68620E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2A8C5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F9EADC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157E30D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7A87CC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D763B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33</w:t>
            </w:r>
          </w:p>
        </w:tc>
        <w:tc>
          <w:tcPr>
            <w:tcW w:w="1027" w:type="dxa"/>
            <w:vAlign w:val="center"/>
          </w:tcPr>
          <w:p w14:paraId="2BE7760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9A6E73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300330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22</w:t>
            </w:r>
          </w:p>
        </w:tc>
        <w:tc>
          <w:tcPr>
            <w:tcW w:w="1027" w:type="dxa"/>
            <w:vAlign w:val="center"/>
          </w:tcPr>
          <w:p w14:paraId="79B30A9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4A9CAF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0DB976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026" w:type="dxa"/>
            <w:vAlign w:val="center"/>
          </w:tcPr>
          <w:p w14:paraId="634D37E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40</w:t>
            </w:r>
          </w:p>
        </w:tc>
        <w:tc>
          <w:tcPr>
            <w:tcW w:w="1026" w:type="dxa"/>
            <w:vAlign w:val="center"/>
          </w:tcPr>
          <w:p w14:paraId="24670DD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08B82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23181A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ECB8D1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1F182E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937AB0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20212EA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5C81E0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34</w:t>
            </w:r>
          </w:p>
        </w:tc>
        <w:tc>
          <w:tcPr>
            <w:tcW w:w="1027" w:type="dxa"/>
            <w:vAlign w:val="center"/>
          </w:tcPr>
          <w:p w14:paraId="2935122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405C4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C5E780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16</w:t>
            </w:r>
          </w:p>
        </w:tc>
        <w:tc>
          <w:tcPr>
            <w:tcW w:w="1027" w:type="dxa"/>
            <w:vAlign w:val="center"/>
          </w:tcPr>
          <w:p w14:paraId="6F2F764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AD9D53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1D675C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7B712D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026" w:type="dxa"/>
            <w:vAlign w:val="center"/>
          </w:tcPr>
          <w:p w14:paraId="3FE5E2A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13454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F937D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84BC57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DE2CE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118084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525B316C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49C58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35</w:t>
            </w:r>
          </w:p>
        </w:tc>
        <w:tc>
          <w:tcPr>
            <w:tcW w:w="1027" w:type="dxa"/>
            <w:vAlign w:val="center"/>
          </w:tcPr>
          <w:p w14:paraId="1CF44BC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30BFE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E3F26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14</w:t>
            </w:r>
          </w:p>
        </w:tc>
        <w:tc>
          <w:tcPr>
            <w:tcW w:w="1027" w:type="dxa"/>
            <w:vAlign w:val="center"/>
          </w:tcPr>
          <w:p w14:paraId="37C377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0D418C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3C80CD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6CA29AC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3518C75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2A448F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3902F4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D739BA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7281B9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48B7E8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</w:tr>
      <w:tr w:rsidR="004F07EA" w14:paraId="19CBF51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F83E8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36</w:t>
            </w:r>
          </w:p>
        </w:tc>
        <w:tc>
          <w:tcPr>
            <w:tcW w:w="1027" w:type="dxa"/>
            <w:vAlign w:val="center"/>
          </w:tcPr>
          <w:p w14:paraId="526A498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293EE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03372A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20C1A1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F67D22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CF5852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4202B78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D46DDD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22B9D6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E55934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3FEF8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7A2A34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255DC7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</w:tr>
      <w:tr w:rsidR="004F07EA" w14:paraId="5A00418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0854D7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37</w:t>
            </w:r>
          </w:p>
        </w:tc>
        <w:tc>
          <w:tcPr>
            <w:tcW w:w="1027" w:type="dxa"/>
            <w:vAlign w:val="center"/>
          </w:tcPr>
          <w:p w14:paraId="54F9A23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7D156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4E889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7" w:type="dxa"/>
            <w:vAlign w:val="center"/>
          </w:tcPr>
          <w:p w14:paraId="67F1242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904249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EFD62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79CA85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6981D4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4D0A3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323882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52A058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822AD9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656B21E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</w:tr>
      <w:tr w:rsidR="004F07EA" w14:paraId="67F14783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6DDE09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38</w:t>
            </w:r>
          </w:p>
        </w:tc>
        <w:tc>
          <w:tcPr>
            <w:tcW w:w="1027" w:type="dxa"/>
            <w:vAlign w:val="center"/>
          </w:tcPr>
          <w:p w14:paraId="18FE85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766C8B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D2E3EB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027" w:type="dxa"/>
            <w:vAlign w:val="center"/>
          </w:tcPr>
          <w:p w14:paraId="3227C0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A17856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36601C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B6034E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64DB099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20BC73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8E5546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0E3D6B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6FB05E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C208DE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0AC60DC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E514FF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39</w:t>
            </w:r>
          </w:p>
        </w:tc>
        <w:tc>
          <w:tcPr>
            <w:tcW w:w="1027" w:type="dxa"/>
            <w:vAlign w:val="center"/>
          </w:tcPr>
          <w:p w14:paraId="0074CB3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BA4975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44F558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428FF3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78B5E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8A61AD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76136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377D380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9DABF0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37DE63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98DB3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C336AC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B957B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</w:tr>
      <w:tr w:rsidR="004F07EA" w14:paraId="5783F452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00C99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40</w:t>
            </w:r>
          </w:p>
        </w:tc>
        <w:tc>
          <w:tcPr>
            <w:tcW w:w="1027" w:type="dxa"/>
            <w:vAlign w:val="center"/>
          </w:tcPr>
          <w:p w14:paraId="3E5AA2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607FF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6BF2F9B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63621B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5C5BE7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E28A1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7BD87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0D0364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645CF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F2B6F9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0658C7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2CA6E1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AED954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</w:tr>
      <w:tr w:rsidR="004F07EA" w14:paraId="1651CBE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C40C4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41</w:t>
            </w:r>
          </w:p>
        </w:tc>
        <w:tc>
          <w:tcPr>
            <w:tcW w:w="1027" w:type="dxa"/>
            <w:vAlign w:val="center"/>
          </w:tcPr>
          <w:p w14:paraId="5BBE829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6A4C7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A94C13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7C5BAA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79606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196D0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1C8DDD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21F3752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13E2DA5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0DE649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EC6B94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8BF5F6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0BC63E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</w:tr>
      <w:tr w:rsidR="004F07EA" w14:paraId="762BE77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B07D96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42</w:t>
            </w:r>
          </w:p>
        </w:tc>
        <w:tc>
          <w:tcPr>
            <w:tcW w:w="1027" w:type="dxa"/>
            <w:vAlign w:val="center"/>
          </w:tcPr>
          <w:p w14:paraId="572BE34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9BB616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49580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6678D3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44F79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7E8C0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736E3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0FB46C5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17AD091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44390A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F1023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9408C6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3C5724C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</w:tr>
      <w:tr w:rsidR="004F07EA" w14:paraId="1031389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D5CEC3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43</w:t>
            </w:r>
          </w:p>
        </w:tc>
        <w:tc>
          <w:tcPr>
            <w:tcW w:w="1027" w:type="dxa"/>
            <w:vAlign w:val="center"/>
          </w:tcPr>
          <w:p w14:paraId="40DF0E9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83E8B9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27D310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027" w:type="dxa"/>
            <w:vAlign w:val="center"/>
          </w:tcPr>
          <w:p w14:paraId="37CF0DA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1D4C4C7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31D2D1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156D0D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5A96EF5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6B68EC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358A6F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B0916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6C1AF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F6A685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</w:tr>
      <w:tr w:rsidR="004F07EA" w14:paraId="6C76CE7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B546C5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44</w:t>
            </w:r>
          </w:p>
        </w:tc>
        <w:tc>
          <w:tcPr>
            <w:tcW w:w="1027" w:type="dxa"/>
            <w:vAlign w:val="center"/>
          </w:tcPr>
          <w:p w14:paraId="00CD390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C105D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AF274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425CC9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CA885F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827F1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F6E720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2B185E2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60E0536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8EBBB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67D7DF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7567C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BFC633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41E0D77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4DB2F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45</w:t>
            </w:r>
          </w:p>
        </w:tc>
        <w:tc>
          <w:tcPr>
            <w:tcW w:w="1027" w:type="dxa"/>
            <w:vAlign w:val="center"/>
          </w:tcPr>
          <w:p w14:paraId="07A8E9C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61C576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851A61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2F5CB51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29B0D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15AA2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D18428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6BCA9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1EB135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F5D3EA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73A0C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9003C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916A0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410C7C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FF7968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46</w:t>
            </w:r>
          </w:p>
        </w:tc>
        <w:tc>
          <w:tcPr>
            <w:tcW w:w="1027" w:type="dxa"/>
            <w:vAlign w:val="center"/>
          </w:tcPr>
          <w:p w14:paraId="18567C1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48E3E1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93EFB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027" w:type="dxa"/>
            <w:vAlign w:val="center"/>
          </w:tcPr>
          <w:p w14:paraId="30456C6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25B670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78C74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2264D18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026" w:type="dxa"/>
            <w:vAlign w:val="center"/>
          </w:tcPr>
          <w:p w14:paraId="10C65F1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539C5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4660C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A0A0C6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E8AA96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2890BF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7D8A03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2CC20E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47</w:t>
            </w:r>
          </w:p>
        </w:tc>
        <w:tc>
          <w:tcPr>
            <w:tcW w:w="1027" w:type="dxa"/>
            <w:vAlign w:val="center"/>
          </w:tcPr>
          <w:p w14:paraId="0C1776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B341B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1902EB8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027" w:type="dxa"/>
            <w:vAlign w:val="center"/>
          </w:tcPr>
          <w:p w14:paraId="201383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7AB61D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4D53AD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3400E3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3B6F585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399C9F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8A87D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2D6588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40EE3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7A2FD3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</w:tr>
      <w:tr w:rsidR="004F07EA" w14:paraId="79694687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C86338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48</w:t>
            </w:r>
          </w:p>
        </w:tc>
        <w:tc>
          <w:tcPr>
            <w:tcW w:w="1027" w:type="dxa"/>
            <w:vAlign w:val="center"/>
          </w:tcPr>
          <w:p w14:paraId="7373463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285A729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0EB025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42C69F1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8D3535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E30D35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229C8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47EFE4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9273AF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510D1B4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7EDD141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02589C4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1C6F6B0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</w:tr>
      <w:tr w:rsidR="004F07EA" w14:paraId="720CFF5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6C3A43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49</w:t>
            </w:r>
          </w:p>
        </w:tc>
        <w:tc>
          <w:tcPr>
            <w:tcW w:w="1027" w:type="dxa"/>
            <w:vAlign w:val="center"/>
          </w:tcPr>
          <w:p w14:paraId="2A80103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7" w:type="dxa"/>
            <w:vAlign w:val="center"/>
          </w:tcPr>
          <w:p w14:paraId="0DFB3BA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A2CC43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227176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5D8659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9BE75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A9D3E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026" w:type="dxa"/>
            <w:vAlign w:val="center"/>
          </w:tcPr>
          <w:p w14:paraId="2D81F85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E20B05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71AD7A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BD0ACF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6F8749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34245CE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</w:tr>
      <w:tr w:rsidR="004F07EA" w14:paraId="10C8EBD2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7AC2B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50</w:t>
            </w:r>
          </w:p>
        </w:tc>
        <w:tc>
          <w:tcPr>
            <w:tcW w:w="1027" w:type="dxa"/>
            <w:vAlign w:val="center"/>
          </w:tcPr>
          <w:p w14:paraId="230FD2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30FC48D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982998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02487F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24F1DF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03DAB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78DDE1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73173BA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D58429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1E0096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178FAEA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E2AE02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4DE6229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</w:tr>
      <w:tr w:rsidR="004F07EA" w14:paraId="7F9F7B87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70B944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51</w:t>
            </w:r>
          </w:p>
        </w:tc>
        <w:tc>
          <w:tcPr>
            <w:tcW w:w="1027" w:type="dxa"/>
            <w:vAlign w:val="center"/>
          </w:tcPr>
          <w:p w14:paraId="6244627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7481BC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3037DB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69E04CA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CE96D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21892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03C824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03D41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390240A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67745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8B17D1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C199DE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5DCC3F2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8162D0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452EB5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52</w:t>
            </w:r>
          </w:p>
        </w:tc>
        <w:tc>
          <w:tcPr>
            <w:tcW w:w="1027" w:type="dxa"/>
            <w:vAlign w:val="center"/>
          </w:tcPr>
          <w:p w14:paraId="1C1C62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0805EF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6BF8D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7" w:type="dxa"/>
            <w:vAlign w:val="center"/>
          </w:tcPr>
          <w:p w14:paraId="5DAA241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6336AFA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43FDE08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D9B77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04D0ED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373FE42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920FBB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7165A13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62E710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5577982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</w:tr>
      <w:tr w:rsidR="004F07EA" w14:paraId="2DF92420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5CA12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53</w:t>
            </w:r>
          </w:p>
        </w:tc>
        <w:tc>
          <w:tcPr>
            <w:tcW w:w="1027" w:type="dxa"/>
            <w:vAlign w:val="center"/>
          </w:tcPr>
          <w:p w14:paraId="2442F1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3727F7C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7" w:type="dxa"/>
            <w:vAlign w:val="center"/>
          </w:tcPr>
          <w:p w14:paraId="1358F0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55FEC28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9795C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7" w:type="dxa"/>
            <w:vAlign w:val="center"/>
          </w:tcPr>
          <w:p w14:paraId="2FD6FD1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65B7621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473C1D2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026" w:type="dxa"/>
            <w:vAlign w:val="center"/>
          </w:tcPr>
          <w:p w14:paraId="6837052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21CCCA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026" w:type="dxa"/>
            <w:vAlign w:val="center"/>
          </w:tcPr>
          <w:p w14:paraId="487CF4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026" w:type="dxa"/>
            <w:vAlign w:val="center"/>
          </w:tcPr>
          <w:p w14:paraId="7CABB0D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026" w:type="dxa"/>
            <w:vAlign w:val="center"/>
          </w:tcPr>
          <w:p w14:paraId="61AC670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</w:tr>
    </w:tbl>
    <w:p w14:paraId="49EBBC63" w14:textId="77777777" w:rsidR="004F07EA" w:rsidRDefault="00000000">
      <w:pPr>
        <w:keepNext/>
        <w:pageBreakBefore/>
        <w:spacing w:after="40"/>
      </w:pPr>
      <w:r>
        <w:rPr>
          <w:rFonts w:ascii="Times New Roman" w:eastAsia="Times New Roman" w:hAnsi="Times New Roman"/>
          <w:sz w:val="24"/>
        </w:rPr>
        <w:lastRenderedPageBreak/>
        <w:t>C)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0"/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</w:tblGrid>
      <w:tr w:rsidR="004F07EA" w14:paraId="172DEBB7" w14:textId="77777777">
        <w:trPr>
          <w:cantSplit/>
          <w:tblHeader/>
          <w:jc w:val="center"/>
        </w:trPr>
        <w:tc>
          <w:tcPr>
            <w:tcW w:w="650" w:type="dxa"/>
            <w:vAlign w:val="center"/>
          </w:tcPr>
          <w:p w14:paraId="73A6F6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sz w:val="12"/>
              </w:rPr>
              <w:t>Site</w:t>
            </w:r>
          </w:p>
        </w:tc>
        <w:tc>
          <w:tcPr>
            <w:tcW w:w="1112" w:type="dxa"/>
            <w:vAlign w:val="center"/>
          </w:tcPr>
          <w:p w14:paraId="6759280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Sturnus nigricollis</w:t>
            </w:r>
          </w:p>
        </w:tc>
        <w:tc>
          <w:tcPr>
            <w:tcW w:w="1112" w:type="dxa"/>
            <w:vAlign w:val="center"/>
          </w:tcPr>
          <w:p w14:paraId="62620AD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Milvus migrans</w:t>
            </w:r>
          </w:p>
        </w:tc>
        <w:tc>
          <w:tcPr>
            <w:tcW w:w="1112" w:type="dxa"/>
            <w:vAlign w:val="center"/>
          </w:tcPr>
          <w:p w14:paraId="6646693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Pycnonotus jocosus</w:t>
            </w:r>
          </w:p>
        </w:tc>
        <w:tc>
          <w:tcPr>
            <w:tcW w:w="1112" w:type="dxa"/>
            <w:vAlign w:val="center"/>
          </w:tcPr>
          <w:p w14:paraId="36403D8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Ficedula albicilla</w:t>
            </w:r>
          </w:p>
        </w:tc>
        <w:tc>
          <w:tcPr>
            <w:tcW w:w="1112" w:type="dxa"/>
            <w:vAlign w:val="center"/>
          </w:tcPr>
          <w:p w14:paraId="59851AE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Urocissa erythrorhyncha</w:t>
            </w:r>
          </w:p>
        </w:tc>
        <w:tc>
          <w:tcPr>
            <w:tcW w:w="1112" w:type="dxa"/>
            <w:vAlign w:val="center"/>
          </w:tcPr>
          <w:p w14:paraId="6265752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Larus ridibundus</w:t>
            </w:r>
          </w:p>
        </w:tc>
        <w:tc>
          <w:tcPr>
            <w:tcW w:w="1112" w:type="dxa"/>
            <w:vAlign w:val="center"/>
          </w:tcPr>
          <w:p w14:paraId="694CD26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Charadrius alexandrinus</w:t>
            </w:r>
          </w:p>
        </w:tc>
        <w:tc>
          <w:tcPr>
            <w:tcW w:w="1112" w:type="dxa"/>
            <w:vAlign w:val="center"/>
          </w:tcPr>
          <w:p w14:paraId="432FB25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Prinia flaviventris</w:t>
            </w:r>
          </w:p>
        </w:tc>
        <w:tc>
          <w:tcPr>
            <w:tcW w:w="1112" w:type="dxa"/>
            <w:vAlign w:val="center"/>
          </w:tcPr>
          <w:p w14:paraId="17D8E0E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Phylloscopus inornatus</w:t>
            </w:r>
          </w:p>
        </w:tc>
        <w:tc>
          <w:tcPr>
            <w:tcW w:w="1112" w:type="dxa"/>
            <w:vAlign w:val="center"/>
          </w:tcPr>
          <w:p w14:paraId="763829E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Sturnus sinensis</w:t>
            </w:r>
          </w:p>
        </w:tc>
        <w:tc>
          <w:tcPr>
            <w:tcW w:w="1112" w:type="dxa"/>
            <w:vAlign w:val="center"/>
          </w:tcPr>
          <w:p w14:paraId="63AD2B2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Motacilla cinerea</w:t>
            </w:r>
          </w:p>
        </w:tc>
        <w:tc>
          <w:tcPr>
            <w:tcW w:w="1112" w:type="dxa"/>
            <w:vAlign w:val="center"/>
          </w:tcPr>
          <w:p w14:paraId="055E8C0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Sturnus cineraceus</w:t>
            </w:r>
          </w:p>
        </w:tc>
      </w:tr>
      <w:tr w:rsidR="004F07EA" w14:paraId="465127A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7B88DC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E24751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112" w:type="dxa"/>
            <w:vAlign w:val="center"/>
          </w:tcPr>
          <w:p w14:paraId="37AC029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CEC268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6A8F1AC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F0329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07541CC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36</w:t>
            </w:r>
          </w:p>
        </w:tc>
        <w:tc>
          <w:tcPr>
            <w:tcW w:w="1112" w:type="dxa"/>
            <w:vAlign w:val="center"/>
          </w:tcPr>
          <w:p w14:paraId="40DFF14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A38107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03DCF07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E00C3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E5A70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E9DC9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3E8EB3E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26C3E1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D97BAB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40E228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F3A02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F8F6BA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C20F36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726903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D7625C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9420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BB4CB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4D79CB3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475B7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301FE8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638FD1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39848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0414286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45FC2E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8C4E1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740E8D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D473FC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167D8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7EFE45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91713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0556DC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06620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8FC95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CF676D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DF78F68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352ABB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2593043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14169A2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24F6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1F0BC4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175624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F484E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3F794D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C167D0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15C7963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4D99A1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AF81D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B9068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3E55FF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D4565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6A4CBAC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112" w:type="dxa"/>
            <w:vAlign w:val="center"/>
          </w:tcPr>
          <w:p w14:paraId="1CA642E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16267B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112" w:type="dxa"/>
            <w:vAlign w:val="center"/>
          </w:tcPr>
          <w:p w14:paraId="2732E8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7110F3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4828E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F912C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F64C37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47AAFF5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612DA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C5E639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C1F9D6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D69B12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19E61F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14210A2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112" w:type="dxa"/>
            <w:vAlign w:val="center"/>
          </w:tcPr>
          <w:p w14:paraId="528FA10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B219D7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03A2340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0B3802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148698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205489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FBDD6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0EB11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4FACA9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43BB22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12ED9E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EB4B53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ABD2CC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112" w:type="dxa"/>
            <w:vAlign w:val="center"/>
          </w:tcPr>
          <w:p w14:paraId="766AEC4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112" w:type="dxa"/>
            <w:vAlign w:val="center"/>
          </w:tcPr>
          <w:p w14:paraId="7EF7963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B4BADC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112" w:type="dxa"/>
            <w:vAlign w:val="center"/>
          </w:tcPr>
          <w:p w14:paraId="215587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94A70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7BFF7F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A99E1C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C78727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3CBA51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688E1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C3C374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D20CF1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90CFF4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597CF9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112" w:type="dxa"/>
            <w:vAlign w:val="center"/>
          </w:tcPr>
          <w:p w14:paraId="7C030B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1BE78ED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D5E79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C7A89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404208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D60022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74068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CEAE72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AB3004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01EDC0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AEC5E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F4F9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348B0D33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2A912E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112" w:type="dxa"/>
            <w:vAlign w:val="center"/>
          </w:tcPr>
          <w:p w14:paraId="4B468A1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6C2CAFA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95C94C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3FC5809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6E243C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14FAC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871D8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28472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E1B0F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F38996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96133D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10FC1C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FD19052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5861FB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112" w:type="dxa"/>
            <w:vAlign w:val="center"/>
          </w:tcPr>
          <w:p w14:paraId="157A8B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194DB63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554C05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F647BD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CEFA89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1239F9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EAF466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52D3E6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3C0C75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5AC5C7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0638DA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63F27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3DD3ACC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59AA45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112" w:type="dxa"/>
            <w:vAlign w:val="center"/>
          </w:tcPr>
          <w:p w14:paraId="389F252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C61F01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444536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C41A23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CF7F59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F964A4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3AC28C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EA57A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D5054F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3DD8BF3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F2D0E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E83DDB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88D5A4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925A05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  <w:tc>
          <w:tcPr>
            <w:tcW w:w="1112" w:type="dxa"/>
            <w:vAlign w:val="center"/>
          </w:tcPr>
          <w:p w14:paraId="7385099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51CDB3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B6B566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3FDF0D7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B13F9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8454B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7C8B0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5EF078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E009A6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8309C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BE5BD4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79C0C3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0364F27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1CCDD1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13</w:t>
            </w:r>
          </w:p>
        </w:tc>
        <w:tc>
          <w:tcPr>
            <w:tcW w:w="1112" w:type="dxa"/>
            <w:vAlign w:val="center"/>
          </w:tcPr>
          <w:p w14:paraId="2B497A0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34</w:t>
            </w:r>
          </w:p>
        </w:tc>
        <w:tc>
          <w:tcPr>
            <w:tcW w:w="1112" w:type="dxa"/>
            <w:vAlign w:val="center"/>
          </w:tcPr>
          <w:p w14:paraId="3CDBB99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46A91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1755BF9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A4FF8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7EB531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9DFF8B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055706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8C5024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38F5D4E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9F5A4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FA9CD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7D8260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E8763F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14</w:t>
            </w:r>
          </w:p>
        </w:tc>
        <w:tc>
          <w:tcPr>
            <w:tcW w:w="1112" w:type="dxa"/>
            <w:vAlign w:val="center"/>
          </w:tcPr>
          <w:p w14:paraId="4B1291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14</w:t>
            </w:r>
          </w:p>
        </w:tc>
        <w:tc>
          <w:tcPr>
            <w:tcW w:w="1112" w:type="dxa"/>
            <w:vAlign w:val="center"/>
          </w:tcPr>
          <w:p w14:paraId="22598A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03561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AF5CC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A6472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005034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B5B9FA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508698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EC4B5D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B8188A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36405F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45E7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7721BD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A38021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112" w:type="dxa"/>
            <w:vAlign w:val="center"/>
          </w:tcPr>
          <w:p w14:paraId="61B4BF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112" w:type="dxa"/>
            <w:vAlign w:val="center"/>
          </w:tcPr>
          <w:p w14:paraId="6E1678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F1733C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682A6A6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E41D1A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E14EFB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43E6A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993EA0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6A86DBA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2A645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BF6E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E0A97E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B6A372A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FA2AD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16</w:t>
            </w:r>
          </w:p>
        </w:tc>
        <w:tc>
          <w:tcPr>
            <w:tcW w:w="1112" w:type="dxa"/>
            <w:vAlign w:val="center"/>
          </w:tcPr>
          <w:p w14:paraId="4ED74F2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49</w:t>
            </w:r>
          </w:p>
        </w:tc>
        <w:tc>
          <w:tcPr>
            <w:tcW w:w="1112" w:type="dxa"/>
            <w:vAlign w:val="center"/>
          </w:tcPr>
          <w:p w14:paraId="3504787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78F2DC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112" w:type="dxa"/>
            <w:vAlign w:val="center"/>
          </w:tcPr>
          <w:p w14:paraId="1ADBE10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054395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A294F4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DD2E38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E6FBB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1F8B9BC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9E2C92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1C4AA93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7498B1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B877F6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4D334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17</w:t>
            </w:r>
          </w:p>
        </w:tc>
        <w:tc>
          <w:tcPr>
            <w:tcW w:w="1112" w:type="dxa"/>
            <w:vAlign w:val="center"/>
          </w:tcPr>
          <w:p w14:paraId="05910D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112" w:type="dxa"/>
            <w:vAlign w:val="center"/>
          </w:tcPr>
          <w:p w14:paraId="28C2B7C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1109B3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052066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7081EB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D8EA4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451418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C4C35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52A01A3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319C1C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2B284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8B464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374BF13A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82EF5C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18</w:t>
            </w:r>
          </w:p>
        </w:tc>
        <w:tc>
          <w:tcPr>
            <w:tcW w:w="1112" w:type="dxa"/>
            <w:vAlign w:val="center"/>
          </w:tcPr>
          <w:p w14:paraId="6C985E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C5F518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FC898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112" w:type="dxa"/>
            <w:vAlign w:val="center"/>
          </w:tcPr>
          <w:p w14:paraId="2D882C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C1473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78D86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B6D7D6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2705B9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75954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8ECA93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A23CC4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A6106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3853B9D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77207D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19</w:t>
            </w:r>
          </w:p>
        </w:tc>
        <w:tc>
          <w:tcPr>
            <w:tcW w:w="1112" w:type="dxa"/>
            <w:vAlign w:val="center"/>
          </w:tcPr>
          <w:p w14:paraId="6CA4F2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112" w:type="dxa"/>
            <w:vAlign w:val="center"/>
          </w:tcPr>
          <w:p w14:paraId="0F0AD3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D55AFD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4B4769D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DB3AFA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1655D2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B3545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B790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17212BD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9C8A0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6676E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91772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971253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94CC02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20</w:t>
            </w:r>
          </w:p>
        </w:tc>
        <w:tc>
          <w:tcPr>
            <w:tcW w:w="1112" w:type="dxa"/>
            <w:vAlign w:val="center"/>
          </w:tcPr>
          <w:p w14:paraId="2073F1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112" w:type="dxa"/>
            <w:vAlign w:val="center"/>
          </w:tcPr>
          <w:p w14:paraId="1AF946B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1A80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5BBC791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7E05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593B4A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E8780E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F69FEC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05F19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B572A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A034A1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B3E8B4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3C6D3E8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4AD785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21</w:t>
            </w:r>
          </w:p>
        </w:tc>
        <w:tc>
          <w:tcPr>
            <w:tcW w:w="1112" w:type="dxa"/>
            <w:vAlign w:val="center"/>
          </w:tcPr>
          <w:p w14:paraId="0DEE4E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112" w:type="dxa"/>
            <w:vAlign w:val="center"/>
          </w:tcPr>
          <w:p w14:paraId="0A45E3A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63C74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860BB2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1F92F5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F9B25A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E0159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4DB31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0816006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1B0E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BF886E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5C6A7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01D17D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605B9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22</w:t>
            </w:r>
          </w:p>
        </w:tc>
        <w:tc>
          <w:tcPr>
            <w:tcW w:w="1112" w:type="dxa"/>
            <w:vAlign w:val="center"/>
          </w:tcPr>
          <w:p w14:paraId="64BAD25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33</w:t>
            </w:r>
          </w:p>
        </w:tc>
        <w:tc>
          <w:tcPr>
            <w:tcW w:w="1112" w:type="dxa"/>
            <w:vAlign w:val="center"/>
          </w:tcPr>
          <w:p w14:paraId="6E23A5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8F0AC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29EA5E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B4F6EA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155C1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1FDB4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D0497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43159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43BEE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A29994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08EA507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747CD47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72807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23</w:t>
            </w:r>
          </w:p>
        </w:tc>
        <w:tc>
          <w:tcPr>
            <w:tcW w:w="1112" w:type="dxa"/>
            <w:vAlign w:val="center"/>
          </w:tcPr>
          <w:p w14:paraId="75C2A00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112" w:type="dxa"/>
            <w:vAlign w:val="center"/>
          </w:tcPr>
          <w:p w14:paraId="4682C26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167CAC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5DBB9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967F84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4ABBB8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B4591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FE8B5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4E34B9A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7C36A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EDB7B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50EE3D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3B14F4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89B07A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24</w:t>
            </w:r>
          </w:p>
        </w:tc>
        <w:tc>
          <w:tcPr>
            <w:tcW w:w="1112" w:type="dxa"/>
            <w:vAlign w:val="center"/>
          </w:tcPr>
          <w:p w14:paraId="7E80F92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16</w:t>
            </w:r>
          </w:p>
        </w:tc>
        <w:tc>
          <w:tcPr>
            <w:tcW w:w="1112" w:type="dxa"/>
            <w:vAlign w:val="center"/>
          </w:tcPr>
          <w:p w14:paraId="34E3B1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E13BAC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5F1CFB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8BA94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8E921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2AB9C1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C90BE4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17E191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3A9DCE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8CE69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676B95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477FA2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43BC06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25</w:t>
            </w:r>
          </w:p>
        </w:tc>
        <w:tc>
          <w:tcPr>
            <w:tcW w:w="1112" w:type="dxa"/>
            <w:vAlign w:val="center"/>
          </w:tcPr>
          <w:p w14:paraId="1351B0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21</w:t>
            </w:r>
          </w:p>
        </w:tc>
        <w:tc>
          <w:tcPr>
            <w:tcW w:w="1112" w:type="dxa"/>
            <w:vAlign w:val="center"/>
          </w:tcPr>
          <w:p w14:paraId="3FE71A4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FE6F3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7A269E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68A7C7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9D4D0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45147F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D440A3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6649585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6CFED6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1D29D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7E843A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2E5D49E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9C411D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26</w:t>
            </w:r>
          </w:p>
        </w:tc>
        <w:tc>
          <w:tcPr>
            <w:tcW w:w="1112" w:type="dxa"/>
            <w:vAlign w:val="center"/>
          </w:tcPr>
          <w:p w14:paraId="41EC57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112" w:type="dxa"/>
            <w:vAlign w:val="center"/>
          </w:tcPr>
          <w:p w14:paraId="22E54B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17DEA9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69EC3F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3D1557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0C7A10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57A30D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BB055A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36D31F0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C59C8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B708D5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7EBFA1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0BE708E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61A74D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27</w:t>
            </w:r>
          </w:p>
        </w:tc>
        <w:tc>
          <w:tcPr>
            <w:tcW w:w="1112" w:type="dxa"/>
            <w:vAlign w:val="center"/>
          </w:tcPr>
          <w:p w14:paraId="2000FB8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16</w:t>
            </w:r>
          </w:p>
        </w:tc>
        <w:tc>
          <w:tcPr>
            <w:tcW w:w="1112" w:type="dxa"/>
            <w:vAlign w:val="center"/>
          </w:tcPr>
          <w:p w14:paraId="60BD3B7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69EEF2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112" w:type="dxa"/>
            <w:vAlign w:val="center"/>
          </w:tcPr>
          <w:p w14:paraId="2A49FB2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335837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700C30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34674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F227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44F48B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488F9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5D59F0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F4337B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4F1BC9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4F0CD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28</w:t>
            </w:r>
          </w:p>
        </w:tc>
        <w:tc>
          <w:tcPr>
            <w:tcW w:w="1112" w:type="dxa"/>
            <w:vAlign w:val="center"/>
          </w:tcPr>
          <w:p w14:paraId="04F85BC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112" w:type="dxa"/>
            <w:vAlign w:val="center"/>
          </w:tcPr>
          <w:p w14:paraId="46E576C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C0B4EF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112" w:type="dxa"/>
            <w:vAlign w:val="center"/>
          </w:tcPr>
          <w:p w14:paraId="08E1584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804BA6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87062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A8B3A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A57B1F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112" w:type="dxa"/>
            <w:vAlign w:val="center"/>
          </w:tcPr>
          <w:p w14:paraId="3153B29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2F629F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B583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671C0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6A731EE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8DDF15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29</w:t>
            </w:r>
          </w:p>
        </w:tc>
        <w:tc>
          <w:tcPr>
            <w:tcW w:w="1112" w:type="dxa"/>
            <w:vAlign w:val="center"/>
          </w:tcPr>
          <w:p w14:paraId="258128D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  <w:tc>
          <w:tcPr>
            <w:tcW w:w="1112" w:type="dxa"/>
            <w:vAlign w:val="center"/>
          </w:tcPr>
          <w:p w14:paraId="6708B8D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4A6F5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41D80D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AE460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664F74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A6FDF8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0DDF08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D60C8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4FB9A5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35C43C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5A143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E045C47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7336CA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30</w:t>
            </w:r>
          </w:p>
        </w:tc>
        <w:tc>
          <w:tcPr>
            <w:tcW w:w="1112" w:type="dxa"/>
            <w:vAlign w:val="center"/>
          </w:tcPr>
          <w:p w14:paraId="3ADBF97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23FD356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3F7541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0262BB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0B62A2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77B812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8163FA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894FA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0655453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04DD01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433B1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E25DFB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326E850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854DF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31</w:t>
            </w:r>
          </w:p>
        </w:tc>
        <w:tc>
          <w:tcPr>
            <w:tcW w:w="1112" w:type="dxa"/>
            <w:vAlign w:val="center"/>
          </w:tcPr>
          <w:p w14:paraId="6B184E9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112" w:type="dxa"/>
            <w:vAlign w:val="center"/>
          </w:tcPr>
          <w:p w14:paraId="1E8BFD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B8EC0D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2E87E0E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DCBC2C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CFC235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FE55CC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D2649B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50E5D2B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1BD1479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6B3490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705C3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E3E57B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6AB3C5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32</w:t>
            </w:r>
          </w:p>
        </w:tc>
        <w:tc>
          <w:tcPr>
            <w:tcW w:w="1112" w:type="dxa"/>
            <w:vAlign w:val="center"/>
          </w:tcPr>
          <w:p w14:paraId="523702C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371EA4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4356DC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70C21A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177EB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082B99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16560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DEE4C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9EBCA8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C4B75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6BB585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C387DC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DB9C80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8B8F8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33</w:t>
            </w:r>
          </w:p>
        </w:tc>
        <w:tc>
          <w:tcPr>
            <w:tcW w:w="1112" w:type="dxa"/>
            <w:vAlign w:val="center"/>
          </w:tcPr>
          <w:p w14:paraId="5B10F75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112" w:type="dxa"/>
            <w:vAlign w:val="center"/>
          </w:tcPr>
          <w:p w14:paraId="34EEB98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55024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2E94D5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EC801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9FCE7D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656C1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939E8E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3DA952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23C7CA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A7483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689C0E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7A3967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B3BFF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34</w:t>
            </w:r>
          </w:p>
        </w:tc>
        <w:tc>
          <w:tcPr>
            <w:tcW w:w="1112" w:type="dxa"/>
            <w:vAlign w:val="center"/>
          </w:tcPr>
          <w:p w14:paraId="37D7D3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6DCEC41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04486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4FF85E1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63EF3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81F79F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A9720D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2D4D59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112" w:type="dxa"/>
            <w:vAlign w:val="center"/>
          </w:tcPr>
          <w:p w14:paraId="3A11EB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C7ACC5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DFE31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BDB3B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3BE0B80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9D1500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35</w:t>
            </w:r>
          </w:p>
        </w:tc>
        <w:tc>
          <w:tcPr>
            <w:tcW w:w="1112" w:type="dxa"/>
            <w:vAlign w:val="center"/>
          </w:tcPr>
          <w:p w14:paraId="1DF7870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3C045F7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ECEB04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A4E0E3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F83BC6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DEA6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7B0524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251DDB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19B3807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654E8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257CEE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DA9885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F606352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7004AB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36</w:t>
            </w:r>
          </w:p>
        </w:tc>
        <w:tc>
          <w:tcPr>
            <w:tcW w:w="1112" w:type="dxa"/>
            <w:vAlign w:val="center"/>
          </w:tcPr>
          <w:p w14:paraId="213E4E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6E67BAA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C6FCA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07B638F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4B4A62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158515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43518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3F0181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6CD8A66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E73E5C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41E32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DB4E27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19FC83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FCEF8D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37</w:t>
            </w:r>
          </w:p>
        </w:tc>
        <w:tc>
          <w:tcPr>
            <w:tcW w:w="1112" w:type="dxa"/>
            <w:vAlign w:val="center"/>
          </w:tcPr>
          <w:p w14:paraId="422CFE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532BC5A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14B1D2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49AAD19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938497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F66C3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46DAA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E27450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238F5FC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4E5B21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9305A0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F9D6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7F6B65C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9D13B0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38</w:t>
            </w:r>
          </w:p>
        </w:tc>
        <w:tc>
          <w:tcPr>
            <w:tcW w:w="1112" w:type="dxa"/>
            <w:vAlign w:val="center"/>
          </w:tcPr>
          <w:p w14:paraId="1AD158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6C37427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EFDE4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0D2AC31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C8C3B8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AD3830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56821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4CA024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4C627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0ECCF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7D0BA5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D8A26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66EDC6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EBEC2E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39</w:t>
            </w:r>
          </w:p>
        </w:tc>
        <w:tc>
          <w:tcPr>
            <w:tcW w:w="1112" w:type="dxa"/>
            <w:vAlign w:val="center"/>
          </w:tcPr>
          <w:p w14:paraId="5748362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112" w:type="dxa"/>
            <w:vAlign w:val="center"/>
          </w:tcPr>
          <w:p w14:paraId="0852DB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6DAB3E5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D848D8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135D40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914BB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B58FB1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FA5E7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AA7E4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EB115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605C82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6DCF9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F68A1C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60B8EC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40</w:t>
            </w:r>
          </w:p>
        </w:tc>
        <w:tc>
          <w:tcPr>
            <w:tcW w:w="1112" w:type="dxa"/>
            <w:vAlign w:val="center"/>
          </w:tcPr>
          <w:p w14:paraId="547042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1B31D4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F77409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CF7228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F363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738B37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549C8A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AA382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DC45FE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19F8C3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D3D4E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99B8C7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2E524A42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C12FC0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41</w:t>
            </w:r>
          </w:p>
        </w:tc>
        <w:tc>
          <w:tcPr>
            <w:tcW w:w="1112" w:type="dxa"/>
            <w:vAlign w:val="center"/>
          </w:tcPr>
          <w:p w14:paraId="4F5B5C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7F06F0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840FF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08B1D7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3F66B8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88A35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7F0138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292B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66B66F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15931D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5D932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86BE58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BD752B0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5F79F5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42</w:t>
            </w:r>
          </w:p>
        </w:tc>
        <w:tc>
          <w:tcPr>
            <w:tcW w:w="1112" w:type="dxa"/>
            <w:vAlign w:val="center"/>
          </w:tcPr>
          <w:p w14:paraId="27A9A76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112" w:type="dxa"/>
            <w:vAlign w:val="center"/>
          </w:tcPr>
          <w:p w14:paraId="3286D9A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A57C17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112" w:type="dxa"/>
            <w:vAlign w:val="center"/>
          </w:tcPr>
          <w:p w14:paraId="13A5D31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BA0D4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3F6D29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FA24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D668C4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220826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2437272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2E68B9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185FA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F33009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E8C151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43</w:t>
            </w:r>
          </w:p>
        </w:tc>
        <w:tc>
          <w:tcPr>
            <w:tcW w:w="1112" w:type="dxa"/>
            <w:vAlign w:val="center"/>
          </w:tcPr>
          <w:p w14:paraId="0F11BD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368FFBF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CC1053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23F1354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79647D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B4E51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A231F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76307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D32ED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CD42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E8E581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5D749B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C07528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2A978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44</w:t>
            </w:r>
          </w:p>
        </w:tc>
        <w:tc>
          <w:tcPr>
            <w:tcW w:w="1112" w:type="dxa"/>
            <w:vAlign w:val="center"/>
          </w:tcPr>
          <w:p w14:paraId="3A7D6E1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78F67F8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386DD2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07DEA7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3C85DB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8C07D7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9A10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072298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66B022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E1F7F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9604C2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E555E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</w:tr>
      <w:tr w:rsidR="004F07EA" w14:paraId="3462011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FF4D0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45</w:t>
            </w:r>
          </w:p>
        </w:tc>
        <w:tc>
          <w:tcPr>
            <w:tcW w:w="1112" w:type="dxa"/>
            <w:vAlign w:val="center"/>
          </w:tcPr>
          <w:p w14:paraId="4DF1286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37A700C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CD6CA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7720D7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064DC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6E33F3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6FBD1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92BDC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3987262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10CF7C1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2D925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F7206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B19BF62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ED0F62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46</w:t>
            </w:r>
          </w:p>
        </w:tc>
        <w:tc>
          <w:tcPr>
            <w:tcW w:w="1112" w:type="dxa"/>
            <w:vAlign w:val="center"/>
          </w:tcPr>
          <w:p w14:paraId="217FD00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F5C1CD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CB59D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3418E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03B93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AE50CC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027348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B173F3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E1EE5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78137A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340D6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96E64B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A7DF0EA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5CFC76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47</w:t>
            </w:r>
          </w:p>
        </w:tc>
        <w:tc>
          <w:tcPr>
            <w:tcW w:w="1112" w:type="dxa"/>
            <w:vAlign w:val="center"/>
          </w:tcPr>
          <w:p w14:paraId="4F227C9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913489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3D55DA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112" w:type="dxa"/>
            <w:vAlign w:val="center"/>
          </w:tcPr>
          <w:p w14:paraId="5B7635D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60FB79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A76D6A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C14CBF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4E15E4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44EBAA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1FEC8A5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08501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9A8C44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4B90C8C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C90322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48</w:t>
            </w:r>
          </w:p>
        </w:tc>
        <w:tc>
          <w:tcPr>
            <w:tcW w:w="1112" w:type="dxa"/>
            <w:vAlign w:val="center"/>
          </w:tcPr>
          <w:p w14:paraId="52E0C0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134339F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148CA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112" w:type="dxa"/>
            <w:vAlign w:val="center"/>
          </w:tcPr>
          <w:p w14:paraId="5065CD0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C7722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174ED4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DBFEBC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76C4039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58CB500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0AC962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AE4DDC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91D50F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82A20E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A231C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49</w:t>
            </w:r>
          </w:p>
        </w:tc>
        <w:tc>
          <w:tcPr>
            <w:tcW w:w="1112" w:type="dxa"/>
            <w:vAlign w:val="center"/>
          </w:tcPr>
          <w:p w14:paraId="600517B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3E6CD80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0A9202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34318D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1CAB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6DBCF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9C25A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02729C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97AEF3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C38F49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00C213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0C641FF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FE5403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33D8B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50</w:t>
            </w:r>
          </w:p>
        </w:tc>
        <w:tc>
          <w:tcPr>
            <w:tcW w:w="1112" w:type="dxa"/>
            <w:vAlign w:val="center"/>
          </w:tcPr>
          <w:p w14:paraId="6B2F96B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1BB5BA5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5BB17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8A8F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FC1DC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372E0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EED482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FF63EA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74CDC2B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14B3B59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D4ACD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9CBF0E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7CE4EA7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8DD01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51</w:t>
            </w:r>
          </w:p>
        </w:tc>
        <w:tc>
          <w:tcPr>
            <w:tcW w:w="1112" w:type="dxa"/>
            <w:vAlign w:val="center"/>
          </w:tcPr>
          <w:p w14:paraId="219DD9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3FA61A2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246AA2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F98AE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F52B4B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2EC4A9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DF668D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12095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2A0FC0E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968DB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6C9E3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A34D4A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8838B3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0AC23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52</w:t>
            </w:r>
          </w:p>
        </w:tc>
        <w:tc>
          <w:tcPr>
            <w:tcW w:w="1112" w:type="dxa"/>
            <w:vAlign w:val="center"/>
          </w:tcPr>
          <w:p w14:paraId="56DCAB9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112" w:type="dxa"/>
            <w:vAlign w:val="center"/>
          </w:tcPr>
          <w:p w14:paraId="6AB0AC9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6DA98D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5B26447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1DC4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EF613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164DE8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5B9A15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6D6F0DD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87415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8707CD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E71382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0750C1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9811B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53</w:t>
            </w:r>
          </w:p>
        </w:tc>
        <w:tc>
          <w:tcPr>
            <w:tcW w:w="1112" w:type="dxa"/>
            <w:vAlign w:val="center"/>
          </w:tcPr>
          <w:p w14:paraId="48FE037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3D6E68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657D3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226C7B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6BD9D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34673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C6C18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3FB93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55CB40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70725CA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589D9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8A3D6D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</w:tbl>
    <w:p w14:paraId="455D5AA5" w14:textId="77777777" w:rsidR="004F07EA" w:rsidRDefault="00000000">
      <w:pPr>
        <w:keepNext/>
        <w:pageBreakBefore/>
        <w:spacing w:after="40"/>
      </w:pPr>
      <w:r>
        <w:rPr>
          <w:rFonts w:ascii="Times New Roman" w:eastAsia="Times New Roman" w:hAnsi="Times New Roman"/>
          <w:sz w:val="24"/>
        </w:rPr>
        <w:lastRenderedPageBreak/>
        <w:t>D)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0"/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</w:tblGrid>
      <w:tr w:rsidR="004F07EA" w14:paraId="55BD2616" w14:textId="77777777">
        <w:trPr>
          <w:cantSplit/>
          <w:tblHeader/>
          <w:jc w:val="center"/>
        </w:trPr>
        <w:tc>
          <w:tcPr>
            <w:tcW w:w="650" w:type="dxa"/>
            <w:vAlign w:val="center"/>
          </w:tcPr>
          <w:p w14:paraId="296B3D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sz w:val="12"/>
              </w:rPr>
              <w:t>Site</w:t>
            </w:r>
          </w:p>
        </w:tc>
        <w:tc>
          <w:tcPr>
            <w:tcW w:w="1112" w:type="dxa"/>
            <w:vAlign w:val="center"/>
          </w:tcPr>
          <w:p w14:paraId="122A694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Cyanopica cyanus</w:t>
            </w:r>
          </w:p>
        </w:tc>
        <w:tc>
          <w:tcPr>
            <w:tcW w:w="1112" w:type="dxa"/>
            <w:vAlign w:val="center"/>
          </w:tcPr>
          <w:p w14:paraId="001652B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Actitis hypoleucos</w:t>
            </w:r>
          </w:p>
        </w:tc>
        <w:tc>
          <w:tcPr>
            <w:tcW w:w="1112" w:type="dxa"/>
            <w:vAlign w:val="center"/>
          </w:tcPr>
          <w:p w14:paraId="7370029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Hirundo rustica</w:t>
            </w:r>
          </w:p>
        </w:tc>
        <w:tc>
          <w:tcPr>
            <w:tcW w:w="1112" w:type="dxa"/>
            <w:vAlign w:val="center"/>
          </w:tcPr>
          <w:p w14:paraId="2B20E3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Cecropis daurica</w:t>
            </w:r>
          </w:p>
        </w:tc>
        <w:tc>
          <w:tcPr>
            <w:tcW w:w="1112" w:type="dxa"/>
            <w:vAlign w:val="center"/>
          </w:tcPr>
          <w:p w14:paraId="27B642F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Alcedo atthis</w:t>
            </w:r>
          </w:p>
        </w:tc>
        <w:tc>
          <w:tcPr>
            <w:tcW w:w="1112" w:type="dxa"/>
            <w:vAlign w:val="center"/>
          </w:tcPr>
          <w:p w14:paraId="163450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Buteo japonicus</w:t>
            </w:r>
          </w:p>
        </w:tc>
        <w:tc>
          <w:tcPr>
            <w:tcW w:w="1112" w:type="dxa"/>
            <w:vAlign w:val="center"/>
          </w:tcPr>
          <w:p w14:paraId="6FFE5D1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Phalacrocorax carbo</w:t>
            </w:r>
          </w:p>
        </w:tc>
        <w:tc>
          <w:tcPr>
            <w:tcW w:w="1112" w:type="dxa"/>
            <w:vAlign w:val="center"/>
          </w:tcPr>
          <w:p w14:paraId="0C46CA2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Tringa nebularia</w:t>
            </w:r>
          </w:p>
        </w:tc>
        <w:tc>
          <w:tcPr>
            <w:tcW w:w="1112" w:type="dxa"/>
            <w:vAlign w:val="center"/>
          </w:tcPr>
          <w:p w14:paraId="12C5D8A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Copsychus saularis</w:t>
            </w:r>
          </w:p>
        </w:tc>
        <w:tc>
          <w:tcPr>
            <w:tcW w:w="1112" w:type="dxa"/>
            <w:vAlign w:val="center"/>
          </w:tcPr>
          <w:p w14:paraId="4B15C8D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Streptopelia orientalis</w:t>
            </w:r>
          </w:p>
        </w:tc>
        <w:tc>
          <w:tcPr>
            <w:tcW w:w="1112" w:type="dxa"/>
            <w:vAlign w:val="center"/>
          </w:tcPr>
          <w:p w14:paraId="1DC6230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Anthus hodgsoni</w:t>
            </w:r>
          </w:p>
        </w:tc>
        <w:tc>
          <w:tcPr>
            <w:tcW w:w="1112" w:type="dxa"/>
            <w:vAlign w:val="center"/>
          </w:tcPr>
          <w:p w14:paraId="553B0F0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Sturnus sericeus</w:t>
            </w:r>
          </w:p>
        </w:tc>
      </w:tr>
      <w:tr w:rsidR="004F07EA" w14:paraId="79336BEC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46AF4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644221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EDD747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0CA19C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44CB12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D3408C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0422A5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5600A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40884C6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7E8B6A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112" w:type="dxa"/>
            <w:vAlign w:val="center"/>
          </w:tcPr>
          <w:p w14:paraId="45B51D2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02D641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865EC9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395E24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4C026C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1A9BBB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36A058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75639A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91DE99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B981A4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53410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9780C0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3D71903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8B5EEC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69765D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92A155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E815B3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11515A8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81714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3875FC3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158E90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AF0635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321055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4D6753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25B383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08948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DB566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33452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19428F6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984153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2EE50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6735F2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0ECBF4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1571BF5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7C60BD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3C185B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0233CC0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825BB8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A98AF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E8D95C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8B6BB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543BB5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12761DD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864A8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8AB15E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C7A147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3167C7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20B2A4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04B412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20EB6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96BF9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49E2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395CFF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557F84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ADD2C9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20554E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51981CC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394005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FDDD6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208F38E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26FBC5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739A699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5D2BBD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07C570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D22BA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868D4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BACFE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1C735A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262F66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992BA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D08F95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C5183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230F2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DF164C0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C7464D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112" w:type="dxa"/>
            <w:vAlign w:val="center"/>
          </w:tcPr>
          <w:p w14:paraId="584CF5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1B7228B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590640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F5908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5BA226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0C6C3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445F50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AD652A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B2EB31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3998E6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9C5F2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A035C1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570C513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0B31E2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112" w:type="dxa"/>
            <w:vAlign w:val="center"/>
          </w:tcPr>
          <w:p w14:paraId="5298702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D131B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107529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0F917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F11A6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431B1CA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2262E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0DC9E8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E8813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3B2E7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1710AB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8B3D14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6FB0AD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2451E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112" w:type="dxa"/>
            <w:vAlign w:val="center"/>
          </w:tcPr>
          <w:p w14:paraId="60B2E1D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98ED9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83859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4CD9B9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ED632B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A6467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8F3D9F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DFCF38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C1666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4266C6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BD2E36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46A8E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A96845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7DAEE8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112" w:type="dxa"/>
            <w:vAlign w:val="center"/>
          </w:tcPr>
          <w:p w14:paraId="34FCD15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1F891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805490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DCFCB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7D0999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8A063E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C24B9E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7FBD25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2C1392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9B9AB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2304EC5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EEB0E7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BBC581A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B5F84F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112" w:type="dxa"/>
            <w:vAlign w:val="center"/>
          </w:tcPr>
          <w:p w14:paraId="0A7C30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95C75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1E91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C3CF8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FC61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537486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4E1334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798D9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83A201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78EEEA5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0A1552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84CF7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7E6CA4D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38CC46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  <w:tc>
          <w:tcPr>
            <w:tcW w:w="1112" w:type="dxa"/>
            <w:vAlign w:val="center"/>
          </w:tcPr>
          <w:p w14:paraId="1A57469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13ABD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573AB8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18789D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7C0FC3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198996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641F2F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B11B80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1CDD2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00D04B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E7BD29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F4C29A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14CB593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BEBD5B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13</w:t>
            </w:r>
          </w:p>
        </w:tc>
        <w:tc>
          <w:tcPr>
            <w:tcW w:w="1112" w:type="dxa"/>
            <w:vAlign w:val="center"/>
          </w:tcPr>
          <w:p w14:paraId="3171F2D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7B7D1E0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9F503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799D7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3F63E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8D17A4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74DCB2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E77F96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BA6C00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6721927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DFC31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F0A82E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19365B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6DECA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14</w:t>
            </w:r>
          </w:p>
        </w:tc>
        <w:tc>
          <w:tcPr>
            <w:tcW w:w="1112" w:type="dxa"/>
            <w:vAlign w:val="center"/>
          </w:tcPr>
          <w:p w14:paraId="4C0D70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3AA91E9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507CDC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76EA20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A4B237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F9B56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54AC74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0CBB9A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9DDA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CCFF3F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0CE0E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C0407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E71EAD0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EB1212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112" w:type="dxa"/>
            <w:vAlign w:val="center"/>
          </w:tcPr>
          <w:p w14:paraId="0C5288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53B1A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77DBCB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DBCD2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FD331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41795D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7DB3EE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10904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20A00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34D4E5E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8533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F139C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74DE36E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349FEB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16</w:t>
            </w:r>
          </w:p>
        </w:tc>
        <w:tc>
          <w:tcPr>
            <w:tcW w:w="1112" w:type="dxa"/>
            <w:vAlign w:val="center"/>
          </w:tcPr>
          <w:p w14:paraId="48BD5B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35C6C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BB898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3AFAC4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5711EA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FB18DA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9937D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A316FE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59FE23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41B723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9E3D55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47D55B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4DBA6A3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21AFBA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17</w:t>
            </w:r>
          </w:p>
        </w:tc>
        <w:tc>
          <w:tcPr>
            <w:tcW w:w="1112" w:type="dxa"/>
            <w:vAlign w:val="center"/>
          </w:tcPr>
          <w:p w14:paraId="603435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DEE38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6FA495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0ADC42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F026FC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B85E70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3AFDB0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166CD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DDB15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6E88E2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2A22F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F9D1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787F2088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994808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18</w:t>
            </w:r>
          </w:p>
        </w:tc>
        <w:tc>
          <w:tcPr>
            <w:tcW w:w="1112" w:type="dxa"/>
            <w:vAlign w:val="center"/>
          </w:tcPr>
          <w:p w14:paraId="51136F3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19D94D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5633D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0B341E2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9765E5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D0E201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1F1450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FF20C5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3D1181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4794F43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869594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C9343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738A6A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00FFC1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19</w:t>
            </w:r>
          </w:p>
        </w:tc>
        <w:tc>
          <w:tcPr>
            <w:tcW w:w="1112" w:type="dxa"/>
            <w:vAlign w:val="center"/>
          </w:tcPr>
          <w:p w14:paraId="4045D8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2A2405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58A5E8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85971F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A7582B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924A7F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E4C370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CE8A76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46B887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1C5F19E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7721A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F67ABD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3CA2759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35E5A6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20</w:t>
            </w:r>
          </w:p>
        </w:tc>
        <w:tc>
          <w:tcPr>
            <w:tcW w:w="1112" w:type="dxa"/>
            <w:vAlign w:val="center"/>
          </w:tcPr>
          <w:p w14:paraId="75BF77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D496ED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2F4B0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525E72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C6C0C6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8255DA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C86C86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9C1FC9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0508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56332EA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4929BD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77207D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6F1E83C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F857F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21</w:t>
            </w:r>
          </w:p>
        </w:tc>
        <w:tc>
          <w:tcPr>
            <w:tcW w:w="1112" w:type="dxa"/>
            <w:vAlign w:val="center"/>
          </w:tcPr>
          <w:p w14:paraId="7F74E3E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575D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C9875D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6FED779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411EEC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F029CD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248B03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99BFC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031A26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B2FE0D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6D29F3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9337A9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4815AA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96744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22</w:t>
            </w:r>
          </w:p>
        </w:tc>
        <w:tc>
          <w:tcPr>
            <w:tcW w:w="1112" w:type="dxa"/>
            <w:vAlign w:val="center"/>
          </w:tcPr>
          <w:p w14:paraId="49C182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FA7F0B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8CA5FD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6CBA04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CCFE6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EB99E6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1FD82F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954E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C0407E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61B08B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CD912A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EAD2C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</w:tr>
      <w:tr w:rsidR="004F07EA" w14:paraId="3531D117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17E98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23</w:t>
            </w:r>
          </w:p>
        </w:tc>
        <w:tc>
          <w:tcPr>
            <w:tcW w:w="1112" w:type="dxa"/>
            <w:vAlign w:val="center"/>
          </w:tcPr>
          <w:p w14:paraId="309AE73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41A5C67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FBB524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050CE4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7065B2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9E2B29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8EA2E2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AF8C20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438E4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55B07CA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A9E28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0663940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30CD00F2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32F3A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24</w:t>
            </w:r>
          </w:p>
        </w:tc>
        <w:tc>
          <w:tcPr>
            <w:tcW w:w="1112" w:type="dxa"/>
            <w:vAlign w:val="center"/>
          </w:tcPr>
          <w:p w14:paraId="55DD22E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F9093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8771C9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C91BD0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E0E8BE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F19807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0616E5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4D363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CACCD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3C44D7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80B415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2D7185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14</w:t>
            </w:r>
          </w:p>
        </w:tc>
      </w:tr>
      <w:tr w:rsidR="004F07EA" w14:paraId="2BD99D83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3AA00C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25</w:t>
            </w:r>
          </w:p>
        </w:tc>
        <w:tc>
          <w:tcPr>
            <w:tcW w:w="1112" w:type="dxa"/>
            <w:vAlign w:val="center"/>
          </w:tcPr>
          <w:p w14:paraId="6BEBD8D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1EA52B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5745A0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7BAF6C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3D6EBA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71BE4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425529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DEDEB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F1428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112" w:type="dxa"/>
            <w:vAlign w:val="center"/>
          </w:tcPr>
          <w:p w14:paraId="136055D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1C9C3F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46FB0A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</w:tr>
      <w:tr w:rsidR="004F07EA" w14:paraId="7832AEAD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67C7B1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26</w:t>
            </w:r>
          </w:p>
        </w:tc>
        <w:tc>
          <w:tcPr>
            <w:tcW w:w="1112" w:type="dxa"/>
            <w:vAlign w:val="center"/>
          </w:tcPr>
          <w:p w14:paraId="0089F1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70E08E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07898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D7B90D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87077B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DAED87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7B2B85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562E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B3D299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7472035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4F6E6F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F075AC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6EC83C93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B6424F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27</w:t>
            </w:r>
          </w:p>
        </w:tc>
        <w:tc>
          <w:tcPr>
            <w:tcW w:w="1112" w:type="dxa"/>
            <w:vAlign w:val="center"/>
          </w:tcPr>
          <w:p w14:paraId="5BEC381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0314C1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E41A20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46F157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3A796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F57CB7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62460A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C9BCB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FD1D4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0FC5D8C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41B26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0A040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262638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2C8BB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28</w:t>
            </w:r>
          </w:p>
        </w:tc>
        <w:tc>
          <w:tcPr>
            <w:tcW w:w="1112" w:type="dxa"/>
            <w:vAlign w:val="center"/>
          </w:tcPr>
          <w:p w14:paraId="39CA3CC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E8985E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CE244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2F5CB1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20144B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5B630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96F2FF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98FB0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867B1C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D1CE96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933E0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2FC9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98A671E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39161D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29</w:t>
            </w:r>
          </w:p>
        </w:tc>
        <w:tc>
          <w:tcPr>
            <w:tcW w:w="1112" w:type="dxa"/>
            <w:vAlign w:val="center"/>
          </w:tcPr>
          <w:p w14:paraId="1B62BA7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5972B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37C5F9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56BE47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727B2E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907C2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9BCAB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61587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30277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AE3A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7001BB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A339FE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8E5B237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DA2A9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30</w:t>
            </w:r>
          </w:p>
        </w:tc>
        <w:tc>
          <w:tcPr>
            <w:tcW w:w="1112" w:type="dxa"/>
            <w:vAlign w:val="center"/>
          </w:tcPr>
          <w:p w14:paraId="2453A85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86DD35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50AF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A72629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13D03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CBD801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CE83D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488C8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E838AA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176B7E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1E9F0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6BE2D8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C2B2AC8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EF2D2D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31</w:t>
            </w:r>
          </w:p>
        </w:tc>
        <w:tc>
          <w:tcPr>
            <w:tcW w:w="1112" w:type="dxa"/>
            <w:vAlign w:val="center"/>
          </w:tcPr>
          <w:p w14:paraId="448EE99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9A4AA0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D1B129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2A56B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F25407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326B0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E3CE41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1086DB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B65674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3C382DA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23BD4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C628F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5E701F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F152AD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32</w:t>
            </w:r>
          </w:p>
        </w:tc>
        <w:tc>
          <w:tcPr>
            <w:tcW w:w="1112" w:type="dxa"/>
            <w:vAlign w:val="center"/>
          </w:tcPr>
          <w:p w14:paraId="5A18B74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13BAB0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91C368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A63D75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34920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763B2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6D581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7C4A8F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92CC0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10A9AFD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8CA89D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D17D22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D2D35D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A42E6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33</w:t>
            </w:r>
          </w:p>
        </w:tc>
        <w:tc>
          <w:tcPr>
            <w:tcW w:w="1112" w:type="dxa"/>
            <w:vAlign w:val="center"/>
          </w:tcPr>
          <w:p w14:paraId="038BD6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6A0666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2854C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ED643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CDAA36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ABB92D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8FD15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346F7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6A4691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112" w:type="dxa"/>
            <w:vAlign w:val="center"/>
          </w:tcPr>
          <w:p w14:paraId="7C5F864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7AFD24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F2297F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53237E7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A77B2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34</w:t>
            </w:r>
          </w:p>
        </w:tc>
        <w:tc>
          <w:tcPr>
            <w:tcW w:w="1112" w:type="dxa"/>
            <w:vAlign w:val="center"/>
          </w:tcPr>
          <w:p w14:paraId="4D06DAB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B00B9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5D85CD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586F07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688B0C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4F1C6D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A64E6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E09ED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33AE6F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05BC50E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47965D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4506D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716B54C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3B6969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35</w:t>
            </w:r>
          </w:p>
        </w:tc>
        <w:tc>
          <w:tcPr>
            <w:tcW w:w="1112" w:type="dxa"/>
            <w:vAlign w:val="center"/>
          </w:tcPr>
          <w:p w14:paraId="5EBCA5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619ACA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2006AF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51359D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26A99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E8D8C6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750D53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30F76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354BF1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5534E1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C751A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1939D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</w:tr>
      <w:tr w:rsidR="004F07EA" w14:paraId="624B77B3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D35FE7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36</w:t>
            </w:r>
          </w:p>
        </w:tc>
        <w:tc>
          <w:tcPr>
            <w:tcW w:w="1112" w:type="dxa"/>
            <w:vAlign w:val="center"/>
          </w:tcPr>
          <w:p w14:paraId="3B6F537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8E13C2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3CE0BD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2A94F9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45EF97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A9551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D63A0D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1E4B0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F31D7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561BFF4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B1C394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4CD47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</w:tr>
      <w:tr w:rsidR="004F07EA" w14:paraId="75F73483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43BFCA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37</w:t>
            </w:r>
          </w:p>
        </w:tc>
        <w:tc>
          <w:tcPr>
            <w:tcW w:w="1112" w:type="dxa"/>
            <w:vAlign w:val="center"/>
          </w:tcPr>
          <w:p w14:paraId="0C573D8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09DF13E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E0AFB1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64FF6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4A30A9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DDAF7B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45DD0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E0D8D0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E89B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3EAC6DA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7F80D3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21EE30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9FAC80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7A68AA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38</w:t>
            </w:r>
          </w:p>
        </w:tc>
        <w:tc>
          <w:tcPr>
            <w:tcW w:w="1112" w:type="dxa"/>
            <w:vAlign w:val="center"/>
          </w:tcPr>
          <w:p w14:paraId="3B227D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525B35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25D34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CA363D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33B008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98F694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DC75B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41E92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3EEC3A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49D5BE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7EEC2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DA7D09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</w:tr>
      <w:tr w:rsidR="004F07EA" w14:paraId="1F5BFA32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4D8F98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39</w:t>
            </w:r>
          </w:p>
        </w:tc>
        <w:tc>
          <w:tcPr>
            <w:tcW w:w="1112" w:type="dxa"/>
            <w:vAlign w:val="center"/>
          </w:tcPr>
          <w:p w14:paraId="32E99E6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76F115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AF8FF5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D6954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CDE51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7E22F9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B48C9A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26C4F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4120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3D7BB24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D73A2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22EFF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</w:tr>
      <w:tr w:rsidR="004F07EA" w14:paraId="2D5382A3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69A1D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40</w:t>
            </w:r>
          </w:p>
        </w:tc>
        <w:tc>
          <w:tcPr>
            <w:tcW w:w="1112" w:type="dxa"/>
            <w:vAlign w:val="center"/>
          </w:tcPr>
          <w:p w14:paraId="016A2FA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1B230E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C0B83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0CA8D5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59DBAC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F12E1D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6E0F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34FD66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8E1C83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08CA13A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60163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04189E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157D4B02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7C771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41</w:t>
            </w:r>
          </w:p>
        </w:tc>
        <w:tc>
          <w:tcPr>
            <w:tcW w:w="1112" w:type="dxa"/>
            <w:vAlign w:val="center"/>
          </w:tcPr>
          <w:p w14:paraId="395602C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3B5C3C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F25165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CD7E2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12867B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61FF9B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3BB2B9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E84C28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626CF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1A050F4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28A4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54B515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9E71B1C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2B346A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42</w:t>
            </w:r>
          </w:p>
        </w:tc>
        <w:tc>
          <w:tcPr>
            <w:tcW w:w="1112" w:type="dxa"/>
            <w:vAlign w:val="center"/>
          </w:tcPr>
          <w:p w14:paraId="32A912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B4183E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B6D32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73E95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70C84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3CF1D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178E5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1BC7E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74993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7CAE5E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85F583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CC7D9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</w:tr>
      <w:tr w:rsidR="004F07EA" w14:paraId="08E6DDD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207E25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43</w:t>
            </w:r>
          </w:p>
        </w:tc>
        <w:tc>
          <w:tcPr>
            <w:tcW w:w="1112" w:type="dxa"/>
            <w:vAlign w:val="center"/>
          </w:tcPr>
          <w:p w14:paraId="6383871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7E2428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E1E8E8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112" w:type="dxa"/>
            <w:vAlign w:val="center"/>
          </w:tcPr>
          <w:p w14:paraId="054EC3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39A7879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B0A6AA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9AB441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A6101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689137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13BCDE7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AEC54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ED33D6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38FFA750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BD8BFF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44</w:t>
            </w:r>
          </w:p>
        </w:tc>
        <w:tc>
          <w:tcPr>
            <w:tcW w:w="1112" w:type="dxa"/>
            <w:vAlign w:val="center"/>
          </w:tcPr>
          <w:p w14:paraId="654A530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F6038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9772F0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4C53252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CC6648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20B4A7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6346C4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42AD0B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995A5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6D024D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C65A9F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335FB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E2471E3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2C27B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45</w:t>
            </w:r>
          </w:p>
        </w:tc>
        <w:tc>
          <w:tcPr>
            <w:tcW w:w="1112" w:type="dxa"/>
            <w:vAlign w:val="center"/>
          </w:tcPr>
          <w:p w14:paraId="39FB983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40BDC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6070AD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73896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0E2564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614D9E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F853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99FA06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BD915D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72288A9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8598B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E45283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EFE01C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731FC3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46</w:t>
            </w:r>
          </w:p>
        </w:tc>
        <w:tc>
          <w:tcPr>
            <w:tcW w:w="1112" w:type="dxa"/>
            <w:vAlign w:val="center"/>
          </w:tcPr>
          <w:p w14:paraId="33A683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61D3E4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AEAFBD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3CC3C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D4BFC9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72608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91DC98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6C87B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444758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515D5D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5EB714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46482E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7A64220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19600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47</w:t>
            </w:r>
          </w:p>
        </w:tc>
        <w:tc>
          <w:tcPr>
            <w:tcW w:w="1112" w:type="dxa"/>
            <w:vAlign w:val="center"/>
          </w:tcPr>
          <w:p w14:paraId="32AEB70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3B058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304E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B39128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788991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E66BFB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6D64C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4AC66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DAA2BC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645EE4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76E606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075F0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7CD290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04398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48</w:t>
            </w:r>
          </w:p>
        </w:tc>
        <w:tc>
          <w:tcPr>
            <w:tcW w:w="1112" w:type="dxa"/>
            <w:vAlign w:val="center"/>
          </w:tcPr>
          <w:p w14:paraId="5C3B36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95BA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1923DD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0034B2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96768F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F32BC5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8707C6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E61154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D79C5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238AF91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581E8B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3CA027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CC8C6B7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4AAF7C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49</w:t>
            </w:r>
          </w:p>
        </w:tc>
        <w:tc>
          <w:tcPr>
            <w:tcW w:w="1112" w:type="dxa"/>
            <w:vAlign w:val="center"/>
          </w:tcPr>
          <w:p w14:paraId="7DF0AD9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3F5B7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AA471F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1B40D9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37AD21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19DAB3F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635FA7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FD79A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D579B3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04EAC8C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E244E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1F4F0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FCD512D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D7C4D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50</w:t>
            </w:r>
          </w:p>
        </w:tc>
        <w:tc>
          <w:tcPr>
            <w:tcW w:w="1112" w:type="dxa"/>
            <w:vAlign w:val="center"/>
          </w:tcPr>
          <w:p w14:paraId="64B2F44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0527C5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77A18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21A78A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2C93D9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3F04BDC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3F28FA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B7EEC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34EF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112" w:type="dxa"/>
            <w:vAlign w:val="center"/>
          </w:tcPr>
          <w:p w14:paraId="3CD7A8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86A145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89C509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5CB2AC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2B029C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51</w:t>
            </w:r>
          </w:p>
        </w:tc>
        <w:tc>
          <w:tcPr>
            <w:tcW w:w="1112" w:type="dxa"/>
            <w:vAlign w:val="center"/>
          </w:tcPr>
          <w:p w14:paraId="3B3E95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AE9CA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5FA396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0B782F7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CC1609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1A3467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FD3134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967E2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B727A5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51CBD2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35313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750ED9E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596C0F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E34A11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52</w:t>
            </w:r>
          </w:p>
        </w:tc>
        <w:tc>
          <w:tcPr>
            <w:tcW w:w="1112" w:type="dxa"/>
            <w:vAlign w:val="center"/>
          </w:tcPr>
          <w:p w14:paraId="741564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73CF681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6DA21A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94942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A96A0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FA7937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AD1E6A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18B1A3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07A9A7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4A85585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89B04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170E9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25E2D8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376B4E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53</w:t>
            </w:r>
          </w:p>
        </w:tc>
        <w:tc>
          <w:tcPr>
            <w:tcW w:w="1112" w:type="dxa"/>
            <w:vAlign w:val="center"/>
          </w:tcPr>
          <w:p w14:paraId="7C06D9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DD616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093953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742E06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BA6CA4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8AA9B9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42010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D37285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813B1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06932C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72EA6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33C6F2D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</w:tbl>
    <w:p w14:paraId="220508E1" w14:textId="77777777" w:rsidR="004F07EA" w:rsidRDefault="00000000">
      <w:pPr>
        <w:keepNext/>
        <w:pageBreakBefore/>
        <w:spacing w:after="40"/>
      </w:pPr>
      <w:r>
        <w:rPr>
          <w:rFonts w:ascii="Times New Roman" w:eastAsia="Times New Roman" w:hAnsi="Times New Roman"/>
          <w:sz w:val="24"/>
        </w:rPr>
        <w:lastRenderedPageBreak/>
        <w:t>E)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0"/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</w:tblGrid>
      <w:tr w:rsidR="004F07EA" w14:paraId="4F6FFDA0" w14:textId="77777777">
        <w:trPr>
          <w:cantSplit/>
          <w:tblHeader/>
          <w:jc w:val="center"/>
        </w:trPr>
        <w:tc>
          <w:tcPr>
            <w:tcW w:w="650" w:type="dxa"/>
            <w:vAlign w:val="center"/>
          </w:tcPr>
          <w:p w14:paraId="363277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sz w:val="12"/>
              </w:rPr>
              <w:t>Site</w:t>
            </w:r>
          </w:p>
        </w:tc>
        <w:tc>
          <w:tcPr>
            <w:tcW w:w="1112" w:type="dxa"/>
            <w:vAlign w:val="center"/>
          </w:tcPr>
          <w:p w14:paraId="4912F8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Turdus merula</w:t>
            </w:r>
          </w:p>
        </w:tc>
        <w:tc>
          <w:tcPr>
            <w:tcW w:w="1112" w:type="dxa"/>
            <w:vAlign w:val="center"/>
          </w:tcPr>
          <w:p w14:paraId="77D709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Pica pica</w:t>
            </w:r>
          </w:p>
        </w:tc>
        <w:tc>
          <w:tcPr>
            <w:tcW w:w="1112" w:type="dxa"/>
            <w:vAlign w:val="center"/>
          </w:tcPr>
          <w:p w14:paraId="0F97350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Apus nipalensis</w:t>
            </w:r>
          </w:p>
        </w:tc>
        <w:tc>
          <w:tcPr>
            <w:tcW w:w="1112" w:type="dxa"/>
            <w:vAlign w:val="center"/>
          </w:tcPr>
          <w:p w14:paraId="36D930B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Tachybaptus ruficollis</w:t>
            </w:r>
          </w:p>
        </w:tc>
        <w:tc>
          <w:tcPr>
            <w:tcW w:w="1112" w:type="dxa"/>
            <w:vAlign w:val="center"/>
          </w:tcPr>
          <w:p w14:paraId="452ED60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Nycticorax nycticorax</w:t>
            </w:r>
          </w:p>
        </w:tc>
        <w:tc>
          <w:tcPr>
            <w:tcW w:w="1112" w:type="dxa"/>
            <w:vAlign w:val="center"/>
          </w:tcPr>
          <w:p w14:paraId="30D522C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Cuculus sparverioides</w:t>
            </w:r>
          </w:p>
        </w:tc>
        <w:tc>
          <w:tcPr>
            <w:tcW w:w="1112" w:type="dxa"/>
            <w:vAlign w:val="center"/>
          </w:tcPr>
          <w:p w14:paraId="7BA3350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Eudynamys scolopaceus</w:t>
            </w:r>
          </w:p>
        </w:tc>
        <w:tc>
          <w:tcPr>
            <w:tcW w:w="1112" w:type="dxa"/>
            <w:vAlign w:val="center"/>
          </w:tcPr>
          <w:p w14:paraId="3F3560F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Orthotomus sutorius</w:t>
            </w:r>
          </w:p>
        </w:tc>
        <w:tc>
          <w:tcPr>
            <w:tcW w:w="1112" w:type="dxa"/>
            <w:vAlign w:val="center"/>
          </w:tcPr>
          <w:p w14:paraId="7DD602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Anas acuta</w:t>
            </w:r>
          </w:p>
        </w:tc>
        <w:tc>
          <w:tcPr>
            <w:tcW w:w="1112" w:type="dxa"/>
            <w:vAlign w:val="center"/>
          </w:tcPr>
          <w:p w14:paraId="163664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Dicaeum cruentatum</w:t>
            </w:r>
          </w:p>
        </w:tc>
        <w:tc>
          <w:tcPr>
            <w:tcW w:w="1112" w:type="dxa"/>
            <w:vAlign w:val="center"/>
          </w:tcPr>
          <w:p w14:paraId="3FAF61A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Stigmatopelia chinensis</w:t>
            </w:r>
          </w:p>
        </w:tc>
        <w:tc>
          <w:tcPr>
            <w:tcW w:w="1112" w:type="dxa"/>
            <w:vAlign w:val="center"/>
          </w:tcPr>
          <w:p w14:paraId="46413A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12"/>
              </w:rPr>
              <w:t>Lanius schach</w:t>
            </w:r>
          </w:p>
        </w:tc>
      </w:tr>
      <w:tr w:rsidR="004F07EA" w14:paraId="6A92F13D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661CB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40BA68F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A59732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64A31AB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45F6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6FEAE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38C099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E57914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106D6B4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0BA0AE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112" w:type="dxa"/>
            <w:vAlign w:val="center"/>
          </w:tcPr>
          <w:p w14:paraId="0C4197B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65FFC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311526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AFE834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23D975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2FE49B5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7027EFD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728A4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D2A99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55A37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E6BDE9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B4858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18823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0ECA00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68C3F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D7DA0C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78D839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4D254CD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0FF674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2129EE0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9D573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F2796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CB9E55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2A0FB8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74DE1C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7F14B1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4ED9642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04E30C2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54DB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37D45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27D0156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59459D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40C3FB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24F665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B95DF3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FA16B4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E9DF11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C35E45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A854B7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6AD3C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7EF4B2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0C816CA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C31A61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7BEC53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6CA15DB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78535CF8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74787C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7E302AF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18EC36F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390687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A7E13C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1C8DD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1F7C9B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A0300F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048210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1A28C11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88499C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20B210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7FFF184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CC5067C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1228CB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6</w:t>
            </w:r>
          </w:p>
        </w:tc>
        <w:tc>
          <w:tcPr>
            <w:tcW w:w="1112" w:type="dxa"/>
            <w:vAlign w:val="center"/>
          </w:tcPr>
          <w:p w14:paraId="157CC3E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7498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A07DB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A6A37C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7EB2C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41A0E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6B28FD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1B45086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425FC3A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E11FD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D8FCD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0D1696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4871AC78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D967EC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112" w:type="dxa"/>
            <w:vAlign w:val="center"/>
          </w:tcPr>
          <w:p w14:paraId="2189F6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4B40A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9F2B28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EB786A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1B6D6C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E5A0C5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F978DF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142D1C7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1A9A06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37B58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DFDF79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311443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535B2808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BF258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112" w:type="dxa"/>
            <w:vAlign w:val="center"/>
          </w:tcPr>
          <w:p w14:paraId="2B4A6B1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FA45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C44DB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8A4C27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3C545D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21537A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303CBE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3B1D0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7A0724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14D661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153293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E613C8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B73968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B1BAED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112" w:type="dxa"/>
            <w:vAlign w:val="center"/>
          </w:tcPr>
          <w:p w14:paraId="200E88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8864BF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31C21A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9432FD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18E81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311BA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A28616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3A2E56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1EC9DB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0F5AA3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B8EEF9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58A733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1E80A50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C6332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112" w:type="dxa"/>
            <w:vAlign w:val="center"/>
          </w:tcPr>
          <w:p w14:paraId="74A2C5A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385D6E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918AE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A8B4C0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CEFE5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A438A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C151EC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14A4F0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AC567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2FC58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DB9F09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214F7FD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85378EC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DE0632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112" w:type="dxa"/>
            <w:vAlign w:val="center"/>
          </w:tcPr>
          <w:p w14:paraId="64496D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FEB27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B68AD9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9D8F7C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3A6CA1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70A48A2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3560A2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6CFAB4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7EA45B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1815A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A7B50E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7DB6F8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43802B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552C38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12</w:t>
            </w:r>
          </w:p>
        </w:tc>
        <w:tc>
          <w:tcPr>
            <w:tcW w:w="1112" w:type="dxa"/>
            <w:vAlign w:val="center"/>
          </w:tcPr>
          <w:p w14:paraId="732340E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A7D75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A20B0D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32C78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C1000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CE2E4B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76DD0D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AF1D2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A225E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39FFD3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BC208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DC89CE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281833A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3CCF42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13</w:t>
            </w:r>
          </w:p>
        </w:tc>
        <w:tc>
          <w:tcPr>
            <w:tcW w:w="1112" w:type="dxa"/>
            <w:vAlign w:val="center"/>
          </w:tcPr>
          <w:p w14:paraId="68C070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39A554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6B98C5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74A45D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76722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112" w:type="dxa"/>
            <w:vAlign w:val="center"/>
          </w:tcPr>
          <w:p w14:paraId="3A93173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7EF149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9F5BC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1356C7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337EF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3EADFC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3498BC6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76EDA38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D943B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14</w:t>
            </w:r>
          </w:p>
        </w:tc>
        <w:tc>
          <w:tcPr>
            <w:tcW w:w="1112" w:type="dxa"/>
            <w:vAlign w:val="center"/>
          </w:tcPr>
          <w:p w14:paraId="5ACB2C7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F74B9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C0BA38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58CA9F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61266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0A0ADD5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DDA149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1255CC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08813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F53895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C8EE6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16FC1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3B27E4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2B6504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15</w:t>
            </w:r>
          </w:p>
        </w:tc>
        <w:tc>
          <w:tcPr>
            <w:tcW w:w="1112" w:type="dxa"/>
            <w:vAlign w:val="center"/>
          </w:tcPr>
          <w:p w14:paraId="073203D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4CA1F5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921AE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C226A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F6AFE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6B04AE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4368AE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1B7BE4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AF5785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6167B4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784D6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E22AF7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1796105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1A4963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16</w:t>
            </w:r>
          </w:p>
        </w:tc>
        <w:tc>
          <w:tcPr>
            <w:tcW w:w="1112" w:type="dxa"/>
            <w:vAlign w:val="center"/>
          </w:tcPr>
          <w:p w14:paraId="422447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112" w:type="dxa"/>
            <w:vAlign w:val="center"/>
          </w:tcPr>
          <w:p w14:paraId="04CE38B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662B5D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3E718D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3B146E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12FAC2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912B78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1E16CF8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C24CEC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B1C91F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21962A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2EADFB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216730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2FD48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17</w:t>
            </w:r>
          </w:p>
        </w:tc>
        <w:tc>
          <w:tcPr>
            <w:tcW w:w="1112" w:type="dxa"/>
            <w:vAlign w:val="center"/>
          </w:tcPr>
          <w:p w14:paraId="79E545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BB5D4D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9B27CA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F647F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D73057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A5245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3A70A28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0E171AD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76D53C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8335FB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5ECD82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7A2E6CF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453C31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246C7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18</w:t>
            </w:r>
          </w:p>
        </w:tc>
        <w:tc>
          <w:tcPr>
            <w:tcW w:w="1112" w:type="dxa"/>
            <w:vAlign w:val="center"/>
          </w:tcPr>
          <w:p w14:paraId="4054E79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144458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D0BBF9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C2DC2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C84902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49ABC5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F3790A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31B5EC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B30791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DA15B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23339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23FCAC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E02E46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C6FE7D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19</w:t>
            </w:r>
          </w:p>
        </w:tc>
        <w:tc>
          <w:tcPr>
            <w:tcW w:w="1112" w:type="dxa"/>
            <w:vAlign w:val="center"/>
          </w:tcPr>
          <w:p w14:paraId="1C1E6D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56527F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6009A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03CB0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33AE4C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5684C8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D4D093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F67A7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89F5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5989F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B1B85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49D3D0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3A74EE8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001D24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20</w:t>
            </w:r>
          </w:p>
        </w:tc>
        <w:tc>
          <w:tcPr>
            <w:tcW w:w="1112" w:type="dxa"/>
            <w:vAlign w:val="center"/>
          </w:tcPr>
          <w:p w14:paraId="50ED063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01397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AA947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334B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9D3F12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2D6D8B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74551E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964E2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E5961D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0C32A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D00029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46F3C9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420E999A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2EFCAA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21</w:t>
            </w:r>
          </w:p>
        </w:tc>
        <w:tc>
          <w:tcPr>
            <w:tcW w:w="1112" w:type="dxa"/>
            <w:vAlign w:val="center"/>
          </w:tcPr>
          <w:p w14:paraId="343E03B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A2173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0501E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CB18E3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2A9E99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B740A2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DB60CA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C111D8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7A6348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3A2EA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91DAAE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232CDD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7AF0E8ED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527782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22</w:t>
            </w:r>
          </w:p>
        </w:tc>
        <w:tc>
          <w:tcPr>
            <w:tcW w:w="1112" w:type="dxa"/>
            <w:vAlign w:val="center"/>
          </w:tcPr>
          <w:p w14:paraId="1638FD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2350E5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17654B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39D7D6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BE0887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FDF67D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89E6DB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0E375C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128F4A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B3F9E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2A93A8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1364B3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295E12B2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724CBC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23</w:t>
            </w:r>
          </w:p>
        </w:tc>
        <w:tc>
          <w:tcPr>
            <w:tcW w:w="1112" w:type="dxa"/>
            <w:vAlign w:val="center"/>
          </w:tcPr>
          <w:p w14:paraId="29AA588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0713E91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1E22FB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D4C30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FFCFF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D94AC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915D83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6143A0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102F10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8E5E5F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6B3628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AD7F1A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3B4052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90002A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24</w:t>
            </w:r>
          </w:p>
        </w:tc>
        <w:tc>
          <w:tcPr>
            <w:tcW w:w="1112" w:type="dxa"/>
            <w:vAlign w:val="center"/>
          </w:tcPr>
          <w:p w14:paraId="30722E7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76D39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43F609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E6A0BC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5519E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743984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73560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5B8EC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26737B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CD130A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45952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112" w:type="dxa"/>
            <w:vAlign w:val="center"/>
          </w:tcPr>
          <w:p w14:paraId="68788C8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1E06E2D9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C37DCB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25</w:t>
            </w:r>
          </w:p>
        </w:tc>
        <w:tc>
          <w:tcPr>
            <w:tcW w:w="1112" w:type="dxa"/>
            <w:vAlign w:val="center"/>
          </w:tcPr>
          <w:p w14:paraId="661BA0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4CF346D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BF14C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30112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B1F6F8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006FF0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771F5E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19F444C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AFFBBF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DBEB7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E53F8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FC2C4D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D845B1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93957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26</w:t>
            </w:r>
          </w:p>
        </w:tc>
        <w:tc>
          <w:tcPr>
            <w:tcW w:w="1112" w:type="dxa"/>
            <w:vAlign w:val="center"/>
          </w:tcPr>
          <w:p w14:paraId="77EC28C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39E61BD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C5BE3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C1F6B5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C66ED1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3A31D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3B602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088849F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F8998C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CB748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77D0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0574664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56B55B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9A6EB5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27</w:t>
            </w:r>
          </w:p>
        </w:tc>
        <w:tc>
          <w:tcPr>
            <w:tcW w:w="1112" w:type="dxa"/>
            <w:vAlign w:val="center"/>
          </w:tcPr>
          <w:p w14:paraId="539EBFE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0C35826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BD754D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EDED69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DBE72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03EA9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F06C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86FBF1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1203B90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3DE97F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D7999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3CF746F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3E0CDC82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1C4265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28</w:t>
            </w:r>
          </w:p>
        </w:tc>
        <w:tc>
          <w:tcPr>
            <w:tcW w:w="1112" w:type="dxa"/>
            <w:vAlign w:val="center"/>
          </w:tcPr>
          <w:p w14:paraId="4CFFE84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107F55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FFCD15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0F8174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A0DCD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E4643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876D7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E7E5D8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40D7810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67CBF3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AC1194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CF42A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D6E08B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0E744E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29</w:t>
            </w:r>
          </w:p>
        </w:tc>
        <w:tc>
          <w:tcPr>
            <w:tcW w:w="1112" w:type="dxa"/>
            <w:vAlign w:val="center"/>
          </w:tcPr>
          <w:p w14:paraId="1EF6639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D56A48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FF32D6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F22B30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139B8E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774EB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21358F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8</w:t>
            </w:r>
          </w:p>
        </w:tc>
        <w:tc>
          <w:tcPr>
            <w:tcW w:w="1112" w:type="dxa"/>
            <w:vAlign w:val="center"/>
          </w:tcPr>
          <w:p w14:paraId="6B489BB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B8AF7A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D4A92D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0F0E4A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481AA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A3A64A0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150FA5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30</w:t>
            </w:r>
          </w:p>
        </w:tc>
        <w:tc>
          <w:tcPr>
            <w:tcW w:w="1112" w:type="dxa"/>
            <w:vAlign w:val="center"/>
          </w:tcPr>
          <w:p w14:paraId="3A9FEB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7</w:t>
            </w:r>
          </w:p>
        </w:tc>
        <w:tc>
          <w:tcPr>
            <w:tcW w:w="1112" w:type="dxa"/>
            <w:vAlign w:val="center"/>
          </w:tcPr>
          <w:p w14:paraId="240F652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DA7C6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876439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C0AADE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0BF22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FABE9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61256E8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40D282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7CA191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F32492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72DFC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78AFDF5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D33255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31</w:t>
            </w:r>
          </w:p>
        </w:tc>
        <w:tc>
          <w:tcPr>
            <w:tcW w:w="1112" w:type="dxa"/>
            <w:vAlign w:val="center"/>
          </w:tcPr>
          <w:p w14:paraId="4E2C64E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1828CEA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708C045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468EDE6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1F832F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9C759F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D3098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E20A39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75305F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BC999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00F2FA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41A30F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D2E1C2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A3D5F1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32</w:t>
            </w:r>
          </w:p>
        </w:tc>
        <w:tc>
          <w:tcPr>
            <w:tcW w:w="1112" w:type="dxa"/>
            <w:vAlign w:val="center"/>
          </w:tcPr>
          <w:p w14:paraId="3F75F3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2B04048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42D846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13E59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FF5145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81B774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0BB8E8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657794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4D487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85ABEB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C52BBC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CFAD0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CFB119A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5CFB721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33</w:t>
            </w:r>
          </w:p>
        </w:tc>
        <w:tc>
          <w:tcPr>
            <w:tcW w:w="1112" w:type="dxa"/>
            <w:vAlign w:val="center"/>
          </w:tcPr>
          <w:p w14:paraId="3553C4D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69B3AE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D3632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334BD7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95563F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BE987A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1905C1A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0CE1D43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4E96371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3CB43C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7F49A9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5DDA5BA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C9FCC57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6DF05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34</w:t>
            </w:r>
          </w:p>
        </w:tc>
        <w:tc>
          <w:tcPr>
            <w:tcW w:w="1112" w:type="dxa"/>
            <w:vAlign w:val="center"/>
          </w:tcPr>
          <w:p w14:paraId="14D1C8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EFA056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ADEEB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3AC12C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B5992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64B491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13F833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6C98E37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05B1EF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2BF3E8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7DCD6F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4D3746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</w:tr>
      <w:tr w:rsidR="004F07EA" w14:paraId="1CC0671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796F0FD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35</w:t>
            </w:r>
          </w:p>
        </w:tc>
        <w:tc>
          <w:tcPr>
            <w:tcW w:w="1112" w:type="dxa"/>
            <w:vAlign w:val="center"/>
          </w:tcPr>
          <w:p w14:paraId="34C00DC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46DCDD8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22AC51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DD8607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0F9B64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6D1D39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AAE80D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390F0F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A7A586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29D50B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82F31C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595BE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30127847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C3F7C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36</w:t>
            </w:r>
          </w:p>
        </w:tc>
        <w:tc>
          <w:tcPr>
            <w:tcW w:w="1112" w:type="dxa"/>
            <w:vAlign w:val="center"/>
          </w:tcPr>
          <w:p w14:paraId="4AAA4F5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02B1E81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E2172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4204EC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67C4B1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958AC4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9D62F9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38EC306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809F85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1893DC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91303A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497F349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EACBB5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F9CFE5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37</w:t>
            </w:r>
          </w:p>
        </w:tc>
        <w:tc>
          <w:tcPr>
            <w:tcW w:w="1112" w:type="dxa"/>
            <w:vAlign w:val="center"/>
          </w:tcPr>
          <w:p w14:paraId="54D5C1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</w:t>
            </w:r>
          </w:p>
        </w:tc>
        <w:tc>
          <w:tcPr>
            <w:tcW w:w="1112" w:type="dxa"/>
            <w:vAlign w:val="center"/>
          </w:tcPr>
          <w:p w14:paraId="27767F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7F5C8B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B21823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8CAC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2B2551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E77BE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2D34E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F66FD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D0C869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49513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762BF04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EC515F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39AD3D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38</w:t>
            </w:r>
          </w:p>
        </w:tc>
        <w:tc>
          <w:tcPr>
            <w:tcW w:w="1112" w:type="dxa"/>
            <w:vAlign w:val="center"/>
          </w:tcPr>
          <w:p w14:paraId="35BDA88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47F769E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9A6D6D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08C4B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1496C8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8D588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2DEBFF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567669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7B286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6D5A9A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DD977E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5AD9C0C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1CF36CA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9E87AC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39</w:t>
            </w:r>
          </w:p>
        </w:tc>
        <w:tc>
          <w:tcPr>
            <w:tcW w:w="1112" w:type="dxa"/>
            <w:vAlign w:val="center"/>
          </w:tcPr>
          <w:p w14:paraId="06B9DF4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23B89F1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7CBBCA1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457A1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36905F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F15BCA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FF22A4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384DC6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AC715B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2990F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4F0E1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10</w:t>
            </w:r>
          </w:p>
        </w:tc>
        <w:tc>
          <w:tcPr>
            <w:tcW w:w="1112" w:type="dxa"/>
            <w:vAlign w:val="center"/>
          </w:tcPr>
          <w:p w14:paraId="47FF01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FC30041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19D3D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40</w:t>
            </w:r>
          </w:p>
        </w:tc>
        <w:tc>
          <w:tcPr>
            <w:tcW w:w="1112" w:type="dxa"/>
            <w:vAlign w:val="center"/>
          </w:tcPr>
          <w:p w14:paraId="483C26D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46ABD1E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89FD6F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707ACD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C7E4A0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3EC03C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058E8F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0DED39A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0C85AF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1564CD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CD78F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9</w:t>
            </w:r>
          </w:p>
        </w:tc>
        <w:tc>
          <w:tcPr>
            <w:tcW w:w="1112" w:type="dxa"/>
            <w:vAlign w:val="center"/>
          </w:tcPr>
          <w:p w14:paraId="73A583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E26708A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6ED79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41</w:t>
            </w:r>
          </w:p>
        </w:tc>
        <w:tc>
          <w:tcPr>
            <w:tcW w:w="1112" w:type="dxa"/>
            <w:vAlign w:val="center"/>
          </w:tcPr>
          <w:p w14:paraId="3F5A428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4B7A6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4827F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D6C1CC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799D0D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2ECD4F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2B1F4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1FFAA90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E334A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0C021B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5D98A1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593B22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0CE46912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3B826F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42</w:t>
            </w:r>
          </w:p>
        </w:tc>
        <w:tc>
          <w:tcPr>
            <w:tcW w:w="1112" w:type="dxa"/>
            <w:vAlign w:val="center"/>
          </w:tcPr>
          <w:p w14:paraId="1ABB9A7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2A226F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610BD7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B4037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9934EC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3416C8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FEC467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46570BA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467052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F3C4EF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7AEA90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2986E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26D3445D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19F8B6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43</w:t>
            </w:r>
          </w:p>
        </w:tc>
        <w:tc>
          <w:tcPr>
            <w:tcW w:w="1112" w:type="dxa"/>
            <w:vAlign w:val="center"/>
          </w:tcPr>
          <w:p w14:paraId="50B3497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0916B87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7AFA3B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20</w:t>
            </w:r>
          </w:p>
        </w:tc>
        <w:tc>
          <w:tcPr>
            <w:tcW w:w="1112" w:type="dxa"/>
            <w:vAlign w:val="center"/>
          </w:tcPr>
          <w:p w14:paraId="38279DC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2DDE63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5D69C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53B315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AE10F0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70973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0AF426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E931DC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CEACD5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1B81EB1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1F2768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44</w:t>
            </w:r>
          </w:p>
        </w:tc>
        <w:tc>
          <w:tcPr>
            <w:tcW w:w="1112" w:type="dxa"/>
            <w:vAlign w:val="center"/>
          </w:tcPr>
          <w:p w14:paraId="1DB9211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623703E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39CEC7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28524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3E8EE0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9FFFE3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CC7AFD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53B17F4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5B6BCAA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149A9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206EE5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2EF22B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6633B02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225362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45</w:t>
            </w:r>
          </w:p>
        </w:tc>
        <w:tc>
          <w:tcPr>
            <w:tcW w:w="1112" w:type="dxa"/>
            <w:vAlign w:val="center"/>
          </w:tcPr>
          <w:p w14:paraId="489C9EF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3B8A2C5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ED2CBB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7DDC60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201F9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0D6BEA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95CAAD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3313C1D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80041F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CEFEAB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B0D231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08C9D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230929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7F9450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46</w:t>
            </w:r>
          </w:p>
        </w:tc>
        <w:tc>
          <w:tcPr>
            <w:tcW w:w="1112" w:type="dxa"/>
            <w:vAlign w:val="center"/>
          </w:tcPr>
          <w:p w14:paraId="60D9B8E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1B96E82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7542A0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DC57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A1211F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47FAC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E6BCFF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69175C9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11</w:t>
            </w:r>
          </w:p>
        </w:tc>
        <w:tc>
          <w:tcPr>
            <w:tcW w:w="1112" w:type="dxa"/>
            <w:vAlign w:val="center"/>
          </w:tcPr>
          <w:p w14:paraId="404765A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E142B0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6C3D0E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11324FE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7B9B6A2B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2C7532E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47</w:t>
            </w:r>
          </w:p>
        </w:tc>
        <w:tc>
          <w:tcPr>
            <w:tcW w:w="1112" w:type="dxa"/>
            <w:vAlign w:val="center"/>
          </w:tcPr>
          <w:p w14:paraId="272EA5A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4395DA6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E94A8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1EDC3EE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2672B4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4AF3C4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4CF7C3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26DD875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1B9D553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DDB058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6710BF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49E5452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7C7260E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1444F4E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48</w:t>
            </w:r>
          </w:p>
        </w:tc>
        <w:tc>
          <w:tcPr>
            <w:tcW w:w="1112" w:type="dxa"/>
            <w:vAlign w:val="center"/>
          </w:tcPr>
          <w:p w14:paraId="3472F59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39446EE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15EA37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6B15A5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CE3236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0D20D0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5495FA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3AE7CC1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98E1AD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BA9536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9F2267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59BB2B2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</w:tr>
      <w:tr w:rsidR="004F07EA" w14:paraId="1F34A947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AFDA9C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49</w:t>
            </w:r>
          </w:p>
        </w:tc>
        <w:tc>
          <w:tcPr>
            <w:tcW w:w="1112" w:type="dxa"/>
            <w:vAlign w:val="center"/>
          </w:tcPr>
          <w:p w14:paraId="006657E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14756B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8D698D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BB2BA7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2A9185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C178DA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EA24DE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6392A77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C30AF9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2CD28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3A0E8A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5F0A0A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</w:tr>
      <w:tr w:rsidR="004F07EA" w14:paraId="3B0EB50F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24ECF3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50</w:t>
            </w:r>
          </w:p>
        </w:tc>
        <w:tc>
          <w:tcPr>
            <w:tcW w:w="1112" w:type="dxa"/>
            <w:vAlign w:val="center"/>
          </w:tcPr>
          <w:p w14:paraId="6470B40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4</w:t>
            </w:r>
          </w:p>
        </w:tc>
        <w:tc>
          <w:tcPr>
            <w:tcW w:w="1112" w:type="dxa"/>
            <w:vAlign w:val="center"/>
          </w:tcPr>
          <w:p w14:paraId="52B6F6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017143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30</w:t>
            </w:r>
          </w:p>
        </w:tc>
        <w:tc>
          <w:tcPr>
            <w:tcW w:w="1112" w:type="dxa"/>
            <w:vAlign w:val="center"/>
          </w:tcPr>
          <w:p w14:paraId="20709E6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B790C3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DD6621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47CCF9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1</w:t>
            </w:r>
          </w:p>
        </w:tc>
        <w:tc>
          <w:tcPr>
            <w:tcW w:w="1112" w:type="dxa"/>
            <w:vAlign w:val="center"/>
          </w:tcPr>
          <w:p w14:paraId="73357EA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6494EA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55AF8C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E06557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44097D0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</w:tr>
      <w:tr w:rsidR="004F07EA" w14:paraId="49EB4BE4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3E44E4C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51</w:t>
            </w:r>
          </w:p>
        </w:tc>
        <w:tc>
          <w:tcPr>
            <w:tcW w:w="1112" w:type="dxa"/>
            <w:vAlign w:val="center"/>
          </w:tcPr>
          <w:p w14:paraId="7409887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CC47BA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8C92B8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896F2A5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1E7644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4FFDF4C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7265414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  <w:tc>
          <w:tcPr>
            <w:tcW w:w="1112" w:type="dxa"/>
            <w:vAlign w:val="center"/>
          </w:tcPr>
          <w:p w14:paraId="24746B91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14F6D8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F296AF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2F99C42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CEC8D0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</w:tr>
      <w:tr w:rsidR="004F07EA" w14:paraId="25F85026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62CB378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52</w:t>
            </w:r>
          </w:p>
        </w:tc>
        <w:tc>
          <w:tcPr>
            <w:tcW w:w="1112" w:type="dxa"/>
            <w:vAlign w:val="center"/>
          </w:tcPr>
          <w:p w14:paraId="291E1DB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0367EAD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4A9651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1981087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1BED77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15CFA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71311E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61A22FB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260D8D9F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0FED63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7B6BEFF0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76E0B7C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</w:tr>
      <w:tr w:rsidR="004F07EA" w14:paraId="5712A26A" w14:textId="77777777">
        <w:trPr>
          <w:trHeight w:val="127"/>
          <w:jc w:val="center"/>
        </w:trPr>
        <w:tc>
          <w:tcPr>
            <w:tcW w:w="650" w:type="dxa"/>
            <w:vAlign w:val="center"/>
          </w:tcPr>
          <w:p w14:paraId="4227947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53</w:t>
            </w:r>
          </w:p>
        </w:tc>
        <w:tc>
          <w:tcPr>
            <w:tcW w:w="1112" w:type="dxa"/>
            <w:vAlign w:val="center"/>
          </w:tcPr>
          <w:p w14:paraId="0376E708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0389DCED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AED1A5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5518FFF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B2121BE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2</w:t>
            </w:r>
          </w:p>
        </w:tc>
        <w:tc>
          <w:tcPr>
            <w:tcW w:w="1112" w:type="dxa"/>
            <w:vAlign w:val="center"/>
          </w:tcPr>
          <w:p w14:paraId="01183C8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9D70453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68CDB29A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3649AA1B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30F9C0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48E1D106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0</w:t>
            </w:r>
          </w:p>
        </w:tc>
        <w:tc>
          <w:tcPr>
            <w:tcW w:w="1112" w:type="dxa"/>
            <w:vAlign w:val="center"/>
          </w:tcPr>
          <w:p w14:paraId="1A1C9F29" w14:textId="77777777" w:rsidR="004F07EA" w:rsidRDefault="00000000">
            <w:pPr>
              <w:spacing w:line="127" w:lineRule="exact"/>
              <w:jc w:val="center"/>
            </w:pPr>
            <w:r>
              <w:rPr>
                <w:rFonts w:ascii="Times New Roman" w:eastAsia="Times New Roman" w:hAnsi="Times New Roman"/>
                <w:sz w:val="12"/>
              </w:rPr>
              <w:t>3</w:t>
            </w:r>
          </w:p>
        </w:tc>
      </w:tr>
    </w:tbl>
    <w:p w14:paraId="00ED9108" w14:textId="77777777" w:rsidR="00502EF5" w:rsidRDefault="00502EF5"/>
    <w:sectPr w:rsidR="00502EF5" w:rsidSect="00034616">
      <w:headerReference w:type="default" r:id="rId8"/>
      <w:footerReference w:type="default" r:id="rId9"/>
      <w:pgSz w:w="16838" w:h="11906" w:orient="landscape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0E469" w14:textId="77777777" w:rsidR="00DA0260" w:rsidRDefault="00DA0260">
      <w:pPr>
        <w:spacing w:after="0" w:line="240" w:lineRule="auto"/>
      </w:pPr>
      <w:r>
        <w:separator/>
      </w:r>
    </w:p>
  </w:endnote>
  <w:endnote w:type="continuationSeparator" w:id="0">
    <w:p w14:paraId="43969A08" w14:textId="77777777" w:rsidR="00DA0260" w:rsidRDefault="00DA0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9CAC7" w14:textId="77777777" w:rsidR="004F07EA" w:rsidRDefault="00000000">
    <w:pPr>
      <w:jc w:val="center"/>
    </w:pPr>
    <w:r>
      <w:rPr>
        <w:rFonts w:ascii="Times New Roman" w:eastAsia="Times New Roman" w:hAnsi="Times New Roman"/>
        <w:color w:val="156082"/>
        <w:sz w:val="18"/>
      </w:rPr>
      <w:fldChar w:fldCharType="begin"/>
    </w:r>
    <w:r>
      <w:rPr>
        <w:rFonts w:ascii="Times New Roman" w:eastAsia="Times New Roman" w:hAnsi="Times New Roman"/>
        <w:color w:val="156082"/>
        <w:sz w:val="18"/>
      </w:rPr>
      <w:instrText xml:space="preserve"> PAGE \* MERGEFORMAT </w:instrText>
    </w:r>
    <w:r>
      <w:rPr>
        <w:rFonts w:ascii="Times New Roman" w:eastAsia="Times New Roman" w:hAnsi="Times New Roman"/>
        <w:color w:val="156082"/>
        <w:sz w:val="18"/>
      </w:rPr>
      <w:fldChar w:fldCharType="separate"/>
    </w:r>
    <w:r>
      <w:rPr>
        <w:rFonts w:ascii="Times New Roman" w:eastAsia="Times New Roman" w:hAnsi="Times New Roman"/>
        <w:color w:val="156082"/>
        <w:sz w:val="18"/>
      </w:rPr>
      <w:t>1</w:t>
    </w:r>
    <w:r>
      <w:rPr>
        <w:rFonts w:ascii="Times New Roman" w:eastAsia="Times New Roman" w:hAnsi="Times New Roman"/>
        <w:color w:val="156082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ADC9C" w14:textId="77777777" w:rsidR="00DA0260" w:rsidRDefault="00DA0260">
      <w:pPr>
        <w:spacing w:after="0" w:line="240" w:lineRule="auto"/>
      </w:pPr>
      <w:r>
        <w:separator/>
      </w:r>
    </w:p>
  </w:footnote>
  <w:footnote w:type="continuationSeparator" w:id="0">
    <w:p w14:paraId="33CE62BA" w14:textId="77777777" w:rsidR="00DA0260" w:rsidRDefault="00DA0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8280C" w14:textId="77777777" w:rsidR="004F07EA" w:rsidRDefault="004F07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3487933">
    <w:abstractNumId w:val="8"/>
  </w:num>
  <w:num w:numId="2" w16cid:durableId="799226669">
    <w:abstractNumId w:val="6"/>
  </w:num>
  <w:num w:numId="3" w16cid:durableId="678045065">
    <w:abstractNumId w:val="5"/>
  </w:num>
  <w:num w:numId="4" w16cid:durableId="235096947">
    <w:abstractNumId w:val="4"/>
  </w:num>
  <w:num w:numId="5" w16cid:durableId="860822088">
    <w:abstractNumId w:val="7"/>
  </w:num>
  <w:num w:numId="6" w16cid:durableId="1969120144">
    <w:abstractNumId w:val="3"/>
  </w:num>
  <w:num w:numId="7" w16cid:durableId="1832598173">
    <w:abstractNumId w:val="2"/>
  </w:num>
  <w:num w:numId="8" w16cid:durableId="422454601">
    <w:abstractNumId w:val="1"/>
  </w:num>
  <w:num w:numId="9" w16cid:durableId="2098361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07EA"/>
    <w:rsid w:val="00502EF5"/>
    <w:rsid w:val="00830DED"/>
    <w:rsid w:val="00AA1D8D"/>
    <w:rsid w:val="00B11409"/>
    <w:rsid w:val="00B47730"/>
    <w:rsid w:val="00CB0664"/>
    <w:rsid w:val="00DA0260"/>
    <w:rsid w:val="00EA4B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9069DB"/>
  <w14:defaultImageDpi w14:val="300"/>
  <w15:docId w15:val="{C10F203F-25A5-4B25-9764-4EDCAE10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2224</Words>
  <Characters>12679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S1. Bird abundance matrix</dc:title>
  <dc:subject>English bird abundance matrix across 53 sampling sites</dc:subject>
  <dc:creator>python-docx</dc:creator>
  <cp:keywords/>
  <dc:description>generated by python-docx</dc:description>
  <cp:lastModifiedBy>雪菁 沈</cp:lastModifiedBy>
  <cp:revision>3</cp:revision>
  <dcterms:created xsi:type="dcterms:W3CDTF">2013-12-23T23:15:00Z</dcterms:created>
  <dcterms:modified xsi:type="dcterms:W3CDTF">2026-07-19T04:14:00Z</dcterms:modified>
  <cp:category/>
</cp:coreProperties>
</file>