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ED3D8" w14:textId="77777777" w:rsidR="006E404C" w:rsidRDefault="00135C58">
      <w:pPr>
        <w:spacing w:after="80"/>
      </w:pPr>
      <w:r>
        <w:rPr>
          <w:rFonts w:ascii="Times New Roman" w:hAnsi="Times New Roman"/>
          <w:b/>
          <w:sz w:val="28"/>
        </w:rPr>
        <w:t>Supplementary Information</w:t>
      </w:r>
    </w:p>
    <w:p w14:paraId="7AE1E35A" w14:textId="77777777" w:rsidR="006E404C" w:rsidRDefault="00135C58">
      <w:pPr>
        <w:spacing w:after="280"/>
      </w:pPr>
      <w:r>
        <w:rPr>
          <w:rFonts w:ascii="Times New Roman" w:hAnsi="Times New Roman"/>
        </w:rPr>
        <w:t>Recombinase Polymerase Amplification Coupled with CRISPR-Cas12a for Rapid Detection of Ciprofloxacin-Resistance Mutations in Clinical Urinary Isolates</w:t>
      </w:r>
    </w:p>
    <w:p w14:paraId="46DBE463" w14:textId="77777777" w:rsidR="006E404C" w:rsidRDefault="00135C58">
      <w:pPr>
        <w:spacing w:after="80"/>
      </w:pPr>
      <w:r>
        <w:rPr>
          <w:rFonts w:ascii="Times New Roman" w:hAnsi="Times New Roman"/>
          <w:b/>
          <w:sz w:val="24"/>
        </w:rPr>
        <w:t>Contents</w:t>
      </w:r>
    </w:p>
    <w:p w14:paraId="7CD58AFE" w14:textId="77777777" w:rsidR="006E404C" w:rsidRDefault="00135C58">
      <w:pPr>
        <w:spacing w:after="60"/>
      </w:pPr>
      <w:r>
        <w:rPr>
          <w:rFonts w:ascii="Times New Roman" w:hAnsi="Times New Roman"/>
          <w:sz w:val="20"/>
        </w:rPr>
        <w:t>Supplementary Table S1  RPA/PCR primers retained after screening, and the corresponding analytical detection limit.</w:t>
      </w:r>
    </w:p>
    <w:p w14:paraId="27423B18" w14:textId="77777777" w:rsidR="006E404C" w:rsidRDefault="00135C58">
      <w:pPr>
        <w:spacing w:after="60"/>
      </w:pPr>
      <w:r>
        <w:rPr>
          <w:rFonts w:ascii="Times New Roman" w:hAnsi="Times New Roman"/>
          <w:sz w:val="20"/>
        </w:rPr>
        <w:t>Supplementary Table S2  crRNAs used for mutant allele detection and their target substitutions.</w:t>
      </w:r>
    </w:p>
    <w:p w14:paraId="32E1D545" w14:textId="77777777" w:rsidR="006E404C" w:rsidRDefault="00135C58">
      <w:pPr>
        <w:spacing w:after="60"/>
      </w:pPr>
      <w:r>
        <w:rPr>
          <w:rFonts w:ascii="Times New Roman" w:hAnsi="Times New Roman"/>
          <w:sz w:val="20"/>
        </w:rPr>
        <w:t>Supplementary Table S3  Ciprofloxacin susceptibility, CRISPR detection results and QRDR sequencing for all 137 clinical isolates.</w:t>
      </w:r>
    </w:p>
    <w:p w14:paraId="1CBF91D5" w14:textId="77777777" w:rsidR="006E404C" w:rsidRDefault="006E404C">
      <w:pPr>
        <w:sectPr w:rsidR="006E404C">
          <w:pgSz w:w="12240" w:h="15840"/>
          <w:pgMar w:top="1134" w:right="1247" w:bottom="1134" w:left="1247" w:header="720" w:footer="720" w:gutter="0"/>
          <w:cols w:space="720"/>
          <w:docGrid w:linePitch="360"/>
        </w:sectPr>
      </w:pPr>
    </w:p>
    <w:p w14:paraId="76BE3110" w14:textId="77777777" w:rsidR="00135C58" w:rsidRPr="00F447F6" w:rsidRDefault="00135C58">
      <w:pPr>
        <w:spacing w:before="200" w:after="80"/>
      </w:pPr>
      <w:r w:rsidRPr="00F447F6">
        <w:rPr>
          <w:rFonts w:ascii="Arial" w:eastAsia="Arial" w:hAnsi="Arial" w:cs="Arial"/>
          <w:bCs/>
          <w:szCs w:val="18"/>
          <w:u w:val="single"/>
        </w:rPr>
        <w:lastRenderedPageBreak/>
        <w:t>Supplementary Table S1</w:t>
      </w:r>
      <w:r w:rsidRPr="00F447F6">
        <w:rPr>
          <w:rFonts w:ascii="Arial" w:eastAsia="Arial" w:hAnsi="Arial" w:cs="Arial"/>
          <w:szCs w:val="18"/>
          <w:u w:val="single"/>
        </w:rPr>
        <w:t xml:space="preserve"> RPA/PCR primers retained after screening, and the corresponding analytical detection limit.</w:t>
      </w:r>
    </w:p>
    <w:tbl>
      <w:tblPr>
        <w:tblW w:w="0" w:type="auto"/>
        <w:tblBorders>
          <w:top w:val="single" w:sz="12" w:space="0" w:color="000000"/>
          <w:bottom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4"/>
        <w:gridCol w:w="1047"/>
        <w:gridCol w:w="4678"/>
        <w:gridCol w:w="1558"/>
      </w:tblGrid>
      <w:tr w:rsidR="00CA3AB0" w:rsidRPr="00F447F6" w14:paraId="76BE3115" w14:textId="77777777" w:rsidTr="000B2C90">
        <w:trPr>
          <w:tblHeader/>
        </w:trPr>
        <w:tc>
          <w:tcPr>
            <w:tcW w:w="0" w:type="auto"/>
            <w:tcBorders>
              <w:bottom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11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b/>
                <w:bCs/>
                <w:sz w:val="20"/>
                <w:szCs w:val="18"/>
              </w:rPr>
              <w:t>Target gene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12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b/>
                <w:bCs/>
                <w:sz w:val="20"/>
                <w:szCs w:val="18"/>
              </w:rPr>
              <w:t>Direction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13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b/>
                <w:bCs/>
                <w:sz w:val="20"/>
                <w:szCs w:val="18"/>
              </w:rPr>
              <w:t>Primer sequence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14" w14:textId="77777777" w:rsidR="00135C58" w:rsidRPr="00F447F6" w:rsidRDefault="00135C58">
            <w:pPr>
              <w:spacing w:before="40" w:after="40"/>
              <w:jc w:val="center"/>
            </w:pPr>
            <w:r w:rsidRPr="00F447F6">
              <w:rPr>
                <w:rFonts w:ascii="Arial" w:eastAsia="Arial" w:hAnsi="Arial" w:cs="Arial"/>
                <w:b/>
                <w:bCs/>
                <w:sz w:val="20"/>
                <w:szCs w:val="18"/>
              </w:rPr>
              <w:t>Detection limit</w:t>
            </w:r>
          </w:p>
        </w:tc>
      </w:tr>
      <w:tr w:rsidR="00CA3AB0" w:rsidRPr="00F447F6" w14:paraId="76BE311A" w14:textId="77777777" w:rsidTr="000B2C90"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16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i/>
                <w:iCs/>
                <w:sz w:val="20"/>
                <w:szCs w:val="18"/>
              </w:rPr>
              <w:t>Escherichia coli</w:t>
            </w:r>
            <w:r w:rsidRPr="00F447F6">
              <w:rPr>
                <w:rFonts w:ascii="Arial" w:eastAsia="Arial" w:hAnsi="Arial" w:cs="Arial"/>
                <w:sz w:val="20"/>
                <w:szCs w:val="18"/>
              </w:rPr>
              <w:t xml:space="preserve"> </w:t>
            </w:r>
            <w:proofErr w:type="spellStart"/>
            <w:r w:rsidRPr="00F447F6">
              <w:rPr>
                <w:rFonts w:ascii="Arial" w:eastAsia="Arial" w:hAnsi="Arial" w:cs="Arial"/>
                <w:sz w:val="20"/>
                <w:szCs w:val="18"/>
              </w:rPr>
              <w:t>GyrA</w:t>
            </w:r>
            <w:proofErr w:type="spellEnd"/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17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sz w:val="20"/>
                <w:szCs w:val="18"/>
              </w:rPr>
              <w:t>Forward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18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sz w:val="20"/>
                <w:szCs w:val="18"/>
              </w:rPr>
              <w:t>5′-ACGCCATGAACGTACTAGGCAAT-3′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19" w14:textId="77777777" w:rsidR="00135C58" w:rsidRPr="00F447F6" w:rsidRDefault="00135C58">
            <w:pPr>
              <w:spacing w:before="40" w:after="40"/>
              <w:jc w:val="center"/>
            </w:pPr>
            <w:r w:rsidRPr="00F447F6">
              <w:rPr>
                <w:rFonts w:ascii="Arial" w:eastAsia="Arial" w:hAnsi="Arial" w:cs="Arial"/>
                <w:sz w:val="20"/>
                <w:szCs w:val="18"/>
              </w:rPr>
              <w:t>1,000 copies</w:t>
            </w:r>
          </w:p>
        </w:tc>
      </w:tr>
      <w:tr w:rsidR="00CA3AB0" w:rsidRPr="00F447F6" w14:paraId="76BE311F" w14:textId="77777777" w:rsidTr="000B2C90"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1B" w14:textId="77777777" w:rsidR="00135C58" w:rsidRPr="00F447F6" w:rsidRDefault="00135C58">
            <w:pPr>
              <w:spacing w:before="40" w:after="40"/>
            </w:pP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1C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sz w:val="20"/>
                <w:szCs w:val="18"/>
              </w:rPr>
              <w:t>Reverse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1D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sz w:val="20"/>
                <w:szCs w:val="18"/>
              </w:rPr>
              <w:t>5′-GAGATCGGCCATCAGTTCATGGGCAAT-3′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1E" w14:textId="77777777" w:rsidR="00135C58" w:rsidRPr="00F447F6" w:rsidRDefault="00135C58">
            <w:pPr>
              <w:spacing w:before="40" w:after="40"/>
            </w:pPr>
          </w:p>
        </w:tc>
      </w:tr>
      <w:tr w:rsidR="00CA3AB0" w:rsidRPr="00F447F6" w14:paraId="76BE3124" w14:textId="77777777" w:rsidTr="000B2C90"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20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i/>
                <w:iCs/>
                <w:sz w:val="20"/>
                <w:szCs w:val="18"/>
              </w:rPr>
              <w:t>Escherichia coli</w:t>
            </w:r>
            <w:r w:rsidRPr="00F447F6">
              <w:rPr>
                <w:rFonts w:ascii="Arial" w:eastAsia="Arial" w:hAnsi="Arial" w:cs="Arial"/>
                <w:sz w:val="20"/>
                <w:szCs w:val="18"/>
              </w:rPr>
              <w:t xml:space="preserve"> </w:t>
            </w:r>
            <w:proofErr w:type="spellStart"/>
            <w:r w:rsidRPr="00F447F6">
              <w:rPr>
                <w:rFonts w:ascii="Arial" w:eastAsia="Arial" w:hAnsi="Arial" w:cs="Arial"/>
                <w:sz w:val="20"/>
                <w:szCs w:val="18"/>
              </w:rPr>
              <w:t>ParC</w:t>
            </w:r>
            <w:proofErr w:type="spellEnd"/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21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sz w:val="20"/>
                <w:szCs w:val="18"/>
              </w:rPr>
              <w:t>Forward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22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sz w:val="20"/>
                <w:szCs w:val="18"/>
              </w:rPr>
              <w:t>5′-TCTGAACTGGGCCTGAATGC-3′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23" w14:textId="77777777" w:rsidR="00135C58" w:rsidRPr="00F447F6" w:rsidRDefault="00135C58">
            <w:pPr>
              <w:spacing w:before="40" w:after="40"/>
              <w:jc w:val="center"/>
            </w:pPr>
            <w:r w:rsidRPr="00F447F6">
              <w:rPr>
                <w:rFonts w:ascii="Arial" w:eastAsia="Arial" w:hAnsi="Arial" w:cs="Arial"/>
                <w:sz w:val="20"/>
                <w:szCs w:val="18"/>
              </w:rPr>
              <w:t>10,000 copies</w:t>
            </w:r>
          </w:p>
        </w:tc>
      </w:tr>
      <w:tr w:rsidR="00CA3AB0" w:rsidRPr="00F447F6" w14:paraId="76BE3129" w14:textId="77777777" w:rsidTr="000B2C90"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25" w14:textId="77777777" w:rsidR="00135C58" w:rsidRPr="00F447F6" w:rsidRDefault="00135C58">
            <w:pPr>
              <w:spacing w:before="40" w:after="40"/>
            </w:pP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26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sz w:val="20"/>
                <w:szCs w:val="18"/>
              </w:rPr>
              <w:t>Reverse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27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sz w:val="20"/>
                <w:szCs w:val="18"/>
              </w:rPr>
              <w:t>5′-TAAGAGAACGGTTGCGCCAT-3′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28" w14:textId="77777777" w:rsidR="00135C58" w:rsidRPr="00F447F6" w:rsidRDefault="00135C58">
            <w:pPr>
              <w:spacing w:before="40" w:after="40"/>
            </w:pPr>
          </w:p>
        </w:tc>
      </w:tr>
      <w:tr w:rsidR="00CA3AB0" w:rsidRPr="00F447F6" w14:paraId="76BE312E" w14:textId="77777777" w:rsidTr="000B2C90"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2A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i/>
                <w:iCs/>
                <w:sz w:val="20"/>
                <w:szCs w:val="18"/>
              </w:rPr>
              <w:t>Escherichia coli</w:t>
            </w:r>
            <w:r w:rsidRPr="00F447F6">
              <w:rPr>
                <w:rFonts w:ascii="Arial" w:eastAsia="Arial" w:hAnsi="Arial" w:cs="Arial"/>
                <w:sz w:val="20"/>
                <w:szCs w:val="18"/>
              </w:rPr>
              <w:t xml:space="preserve"> </w:t>
            </w:r>
            <w:proofErr w:type="spellStart"/>
            <w:r w:rsidRPr="00F447F6">
              <w:rPr>
                <w:rFonts w:ascii="Arial" w:eastAsia="Arial" w:hAnsi="Arial" w:cs="Arial"/>
                <w:sz w:val="20"/>
                <w:szCs w:val="18"/>
              </w:rPr>
              <w:t>ParE</w:t>
            </w:r>
            <w:proofErr w:type="spellEnd"/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2B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sz w:val="20"/>
                <w:szCs w:val="18"/>
              </w:rPr>
              <w:t>Forward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2C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sz w:val="20"/>
                <w:szCs w:val="18"/>
              </w:rPr>
              <w:t>5′-CGCAGGACCTTAACCGTACCGAGC-3′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2D" w14:textId="77777777" w:rsidR="00135C58" w:rsidRPr="00F447F6" w:rsidRDefault="00135C58">
            <w:pPr>
              <w:spacing w:before="40" w:after="40"/>
              <w:jc w:val="center"/>
            </w:pPr>
            <w:r w:rsidRPr="00F447F6">
              <w:rPr>
                <w:rFonts w:ascii="Arial" w:eastAsia="Arial" w:hAnsi="Arial" w:cs="Arial"/>
                <w:sz w:val="20"/>
                <w:szCs w:val="18"/>
              </w:rPr>
              <w:t>1,000 copies</w:t>
            </w:r>
          </w:p>
        </w:tc>
      </w:tr>
      <w:tr w:rsidR="00CA3AB0" w:rsidRPr="00F447F6" w14:paraId="76BE3133" w14:textId="77777777" w:rsidTr="000B2C90"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2F" w14:textId="77777777" w:rsidR="00135C58" w:rsidRPr="00F447F6" w:rsidRDefault="00135C58">
            <w:pPr>
              <w:spacing w:before="40" w:after="40"/>
            </w:pP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30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sz w:val="20"/>
                <w:szCs w:val="18"/>
              </w:rPr>
              <w:t>Reverse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31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sz w:val="20"/>
                <w:szCs w:val="18"/>
              </w:rPr>
              <w:t>5′-CAGCGTGGCAATGTGCAGAC-3′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32" w14:textId="77777777" w:rsidR="00135C58" w:rsidRPr="00F447F6" w:rsidRDefault="00135C58">
            <w:pPr>
              <w:spacing w:before="40" w:after="40"/>
            </w:pPr>
          </w:p>
        </w:tc>
      </w:tr>
      <w:tr w:rsidR="00CA3AB0" w:rsidRPr="00F447F6" w14:paraId="76BE3138" w14:textId="77777777" w:rsidTr="000B2C90"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34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i/>
                <w:iCs/>
                <w:sz w:val="20"/>
                <w:szCs w:val="18"/>
              </w:rPr>
              <w:t>Klebsiella pneumoniae</w:t>
            </w:r>
            <w:r w:rsidRPr="00F447F6">
              <w:rPr>
                <w:rFonts w:ascii="Arial" w:eastAsia="Arial" w:hAnsi="Arial" w:cs="Arial"/>
                <w:sz w:val="20"/>
                <w:szCs w:val="18"/>
              </w:rPr>
              <w:t xml:space="preserve"> </w:t>
            </w:r>
            <w:proofErr w:type="spellStart"/>
            <w:r w:rsidRPr="00F447F6">
              <w:rPr>
                <w:rFonts w:ascii="Arial" w:eastAsia="Arial" w:hAnsi="Arial" w:cs="Arial"/>
                <w:sz w:val="20"/>
                <w:szCs w:val="18"/>
              </w:rPr>
              <w:t>GyrA</w:t>
            </w:r>
            <w:proofErr w:type="spellEnd"/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35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sz w:val="20"/>
                <w:szCs w:val="18"/>
              </w:rPr>
              <w:t>Forward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36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sz w:val="20"/>
                <w:szCs w:val="18"/>
              </w:rPr>
              <w:t>5′-TGACGTAATCGGTAAATACCACCCGC-3′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37" w14:textId="77777777" w:rsidR="00135C58" w:rsidRPr="00F447F6" w:rsidRDefault="00135C58">
            <w:pPr>
              <w:spacing w:before="40" w:after="40"/>
              <w:jc w:val="center"/>
            </w:pPr>
            <w:r w:rsidRPr="00F447F6">
              <w:rPr>
                <w:rFonts w:ascii="Arial" w:eastAsia="Arial" w:hAnsi="Arial" w:cs="Arial"/>
                <w:sz w:val="20"/>
                <w:szCs w:val="18"/>
              </w:rPr>
              <w:t>100 copies</w:t>
            </w:r>
          </w:p>
        </w:tc>
      </w:tr>
      <w:tr w:rsidR="00CA3AB0" w:rsidRPr="00F447F6" w14:paraId="76BE313D" w14:textId="77777777" w:rsidTr="000B2C90"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39" w14:textId="77777777" w:rsidR="00135C58" w:rsidRPr="00F447F6" w:rsidRDefault="00135C58">
            <w:pPr>
              <w:spacing w:before="40" w:after="40"/>
            </w:pP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3A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sz w:val="20"/>
                <w:szCs w:val="18"/>
              </w:rPr>
              <w:t>Reverse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3B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sz w:val="20"/>
                <w:szCs w:val="18"/>
              </w:rPr>
              <w:t>5′-AGTCGCCGTCGATGGAACCA-3′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3C" w14:textId="77777777" w:rsidR="00135C58" w:rsidRPr="00F447F6" w:rsidRDefault="00135C58">
            <w:pPr>
              <w:spacing w:before="40" w:after="40"/>
            </w:pPr>
          </w:p>
        </w:tc>
      </w:tr>
      <w:tr w:rsidR="00CA3AB0" w:rsidRPr="00F447F6" w14:paraId="76BE3142" w14:textId="77777777" w:rsidTr="000B2C90"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3E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i/>
                <w:iCs/>
                <w:sz w:val="20"/>
                <w:szCs w:val="18"/>
              </w:rPr>
              <w:t>Klebsiella pneumoniae</w:t>
            </w:r>
            <w:r w:rsidRPr="00F447F6">
              <w:rPr>
                <w:rFonts w:ascii="Arial" w:eastAsia="Arial" w:hAnsi="Arial" w:cs="Arial"/>
                <w:sz w:val="20"/>
                <w:szCs w:val="18"/>
              </w:rPr>
              <w:t xml:space="preserve"> </w:t>
            </w:r>
            <w:proofErr w:type="spellStart"/>
            <w:r w:rsidRPr="00F447F6">
              <w:rPr>
                <w:rFonts w:ascii="Arial" w:eastAsia="Arial" w:hAnsi="Arial" w:cs="Arial"/>
                <w:sz w:val="20"/>
                <w:szCs w:val="18"/>
              </w:rPr>
              <w:t>ParC</w:t>
            </w:r>
            <w:proofErr w:type="spellEnd"/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3F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sz w:val="20"/>
                <w:szCs w:val="18"/>
              </w:rPr>
              <w:t>Forward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40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sz w:val="20"/>
                <w:szCs w:val="18"/>
              </w:rPr>
              <w:t>5′-GAAATTCAAAAAGTCCGCCCGCACCGTCG-3′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41" w14:textId="77777777" w:rsidR="00135C58" w:rsidRPr="00F447F6" w:rsidRDefault="00135C58">
            <w:pPr>
              <w:spacing w:before="40" w:after="40"/>
              <w:jc w:val="center"/>
            </w:pPr>
            <w:r w:rsidRPr="00F447F6">
              <w:rPr>
                <w:rFonts w:ascii="Arial" w:eastAsia="Arial" w:hAnsi="Arial" w:cs="Arial"/>
                <w:sz w:val="20"/>
                <w:szCs w:val="18"/>
              </w:rPr>
              <w:t>1 copy</w:t>
            </w:r>
          </w:p>
        </w:tc>
      </w:tr>
      <w:tr w:rsidR="00CA3AB0" w:rsidRPr="00F447F6" w14:paraId="76BE3147" w14:textId="77777777" w:rsidTr="000B2C90"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43" w14:textId="77777777" w:rsidR="00135C58" w:rsidRPr="00F447F6" w:rsidRDefault="00135C58">
            <w:pPr>
              <w:spacing w:before="40" w:after="40"/>
            </w:pP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44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sz w:val="20"/>
                <w:szCs w:val="18"/>
              </w:rPr>
              <w:t>Reverse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45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sz w:val="20"/>
                <w:szCs w:val="18"/>
              </w:rPr>
              <w:t>5′-ACTTCGACAGGCGGGATTCGGTGTAAC-3′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46" w14:textId="77777777" w:rsidR="00135C58" w:rsidRPr="00F447F6" w:rsidRDefault="00135C58">
            <w:pPr>
              <w:spacing w:before="40" w:after="40"/>
            </w:pPr>
          </w:p>
        </w:tc>
      </w:tr>
      <w:tr w:rsidR="00CA3AB0" w:rsidRPr="00F447F6" w14:paraId="76BE314C" w14:textId="77777777" w:rsidTr="000B2C90"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48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i/>
                <w:iCs/>
                <w:sz w:val="20"/>
                <w:szCs w:val="18"/>
              </w:rPr>
              <w:t>Proteus mirabilis</w:t>
            </w:r>
            <w:r w:rsidRPr="00F447F6">
              <w:rPr>
                <w:rFonts w:ascii="Arial" w:eastAsia="Arial" w:hAnsi="Arial" w:cs="Arial"/>
                <w:sz w:val="20"/>
                <w:szCs w:val="18"/>
              </w:rPr>
              <w:t xml:space="preserve"> </w:t>
            </w:r>
            <w:proofErr w:type="spellStart"/>
            <w:r w:rsidRPr="00F447F6">
              <w:rPr>
                <w:rFonts w:ascii="Arial" w:eastAsia="Arial" w:hAnsi="Arial" w:cs="Arial"/>
                <w:sz w:val="20"/>
                <w:szCs w:val="18"/>
              </w:rPr>
              <w:t>GyrA</w:t>
            </w:r>
            <w:proofErr w:type="spellEnd"/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49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sz w:val="20"/>
                <w:szCs w:val="18"/>
              </w:rPr>
              <w:t>Forward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4A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sz w:val="20"/>
                <w:szCs w:val="18"/>
              </w:rPr>
              <w:t>5′-GAGTGCTATTTGCGATGAATGTACTGG-3′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4B" w14:textId="77777777" w:rsidR="00135C58" w:rsidRPr="00F447F6" w:rsidRDefault="00135C58">
            <w:pPr>
              <w:spacing w:before="40" w:after="40"/>
              <w:jc w:val="center"/>
            </w:pPr>
            <w:r w:rsidRPr="00F447F6">
              <w:rPr>
                <w:rFonts w:ascii="Arial" w:eastAsia="Arial" w:hAnsi="Arial" w:cs="Arial"/>
                <w:sz w:val="20"/>
                <w:szCs w:val="18"/>
              </w:rPr>
              <w:t>1,000 copies</w:t>
            </w:r>
          </w:p>
        </w:tc>
      </w:tr>
      <w:tr w:rsidR="00CA3AB0" w:rsidRPr="00F447F6" w14:paraId="76BE3151" w14:textId="77777777" w:rsidTr="000B2C90"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4D" w14:textId="77777777" w:rsidR="00135C58" w:rsidRPr="00F447F6" w:rsidRDefault="00135C58">
            <w:pPr>
              <w:spacing w:before="40" w:after="40"/>
            </w:pP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4E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sz w:val="20"/>
                <w:szCs w:val="18"/>
              </w:rPr>
              <w:t>Reverse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4F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sz w:val="20"/>
                <w:szCs w:val="18"/>
              </w:rPr>
              <w:t>5′-CCATCCCAACGGCAATACCTGAAG-3′</w:t>
            </w:r>
          </w:p>
        </w:tc>
        <w:tc>
          <w:tcPr>
            <w:tcW w:w="0" w:type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50" w14:textId="77777777" w:rsidR="00135C58" w:rsidRPr="00F447F6" w:rsidRDefault="00135C58">
            <w:pPr>
              <w:spacing w:before="40" w:after="40"/>
            </w:pPr>
          </w:p>
        </w:tc>
      </w:tr>
    </w:tbl>
    <w:p w14:paraId="76BE3152" w14:textId="4B1CA4C7" w:rsidR="000B2C90" w:rsidRDefault="000B2C90">
      <w:pPr>
        <w:spacing w:after="120"/>
      </w:pPr>
    </w:p>
    <w:p w14:paraId="24EA53B1" w14:textId="77777777" w:rsidR="000B2C90" w:rsidRDefault="000B2C90">
      <w:r>
        <w:br w:type="page"/>
      </w:r>
    </w:p>
    <w:p w14:paraId="20DCA117" w14:textId="77777777" w:rsidR="00135C58" w:rsidRPr="00F447F6" w:rsidRDefault="00135C58">
      <w:pPr>
        <w:spacing w:after="120"/>
      </w:pPr>
    </w:p>
    <w:p w14:paraId="76BE31F1" w14:textId="77777777" w:rsidR="00135C58" w:rsidRPr="00F447F6" w:rsidRDefault="00135C58">
      <w:pPr>
        <w:spacing w:before="200" w:after="80"/>
      </w:pPr>
      <w:r w:rsidRPr="00F447F6">
        <w:rPr>
          <w:rFonts w:ascii="Arial" w:eastAsia="Arial" w:hAnsi="Arial" w:cs="Arial"/>
          <w:bCs/>
          <w:szCs w:val="18"/>
          <w:u w:val="single"/>
        </w:rPr>
        <w:t>Supplementary Table S2</w:t>
      </w:r>
      <w:r w:rsidRPr="00F447F6">
        <w:rPr>
          <w:rFonts w:ascii="Arial" w:eastAsia="Arial" w:hAnsi="Arial" w:cs="Arial"/>
          <w:szCs w:val="18"/>
          <w:u w:val="single"/>
        </w:rPr>
        <w:t xml:space="preserve"> crRNAs used for mutant allele detection and their target substitutions.</w:t>
      </w:r>
    </w:p>
    <w:tbl>
      <w:tblPr>
        <w:tblW w:w="9200" w:type="dxa"/>
        <w:tblBorders>
          <w:top w:val="single" w:sz="12" w:space="0" w:color="000000"/>
          <w:bottom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100"/>
        <w:gridCol w:w="4700"/>
      </w:tblGrid>
      <w:tr w:rsidR="00CA3AB0" w:rsidRPr="00F447F6" w14:paraId="76BE31F5" w14:textId="77777777">
        <w:trPr>
          <w:tblHeader/>
        </w:trPr>
        <w:tc>
          <w:tcPr>
            <w:tcW w:w="2400" w:type="dxa"/>
            <w:tcBorders>
              <w:bottom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F2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b/>
                <w:bCs/>
                <w:sz w:val="20"/>
                <w:szCs w:val="18"/>
              </w:rPr>
              <w:t>crRNA</w:t>
            </w:r>
          </w:p>
        </w:tc>
        <w:tc>
          <w:tcPr>
            <w:tcW w:w="2100" w:type="dxa"/>
            <w:tcBorders>
              <w:bottom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F3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b/>
                <w:bCs/>
                <w:sz w:val="20"/>
                <w:szCs w:val="18"/>
              </w:rPr>
              <w:t>Target mutation(s)</w:t>
            </w:r>
          </w:p>
        </w:tc>
        <w:tc>
          <w:tcPr>
            <w:tcW w:w="4700" w:type="dxa"/>
            <w:tcBorders>
              <w:bottom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F4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b/>
                <w:bCs/>
                <w:sz w:val="20"/>
                <w:szCs w:val="18"/>
              </w:rPr>
              <w:t>Target sequence, 5′ TTN PAM + 24-nt protospacer (5′→3′)</w:t>
            </w:r>
          </w:p>
        </w:tc>
      </w:tr>
      <w:tr w:rsidR="00CA3AB0" w:rsidRPr="00F447F6" w14:paraId="76BE31F9" w14:textId="77777777"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F6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i/>
                <w:iCs/>
                <w:sz w:val="20"/>
                <w:szCs w:val="18"/>
              </w:rPr>
              <w:t>E. coli</w:t>
            </w:r>
            <w:r w:rsidRPr="00F447F6">
              <w:rPr>
                <w:rFonts w:ascii="Arial" w:eastAsia="Arial" w:hAnsi="Arial" w:cs="Arial"/>
                <w:sz w:val="20"/>
                <w:szCs w:val="18"/>
              </w:rPr>
              <w:t xml:space="preserve"> </w:t>
            </w:r>
            <w:proofErr w:type="spellStart"/>
            <w:r w:rsidRPr="00F447F6">
              <w:rPr>
                <w:rFonts w:ascii="Arial" w:eastAsia="Arial" w:hAnsi="Arial" w:cs="Arial"/>
                <w:sz w:val="20"/>
                <w:szCs w:val="18"/>
              </w:rPr>
              <w:t>GyrA</w:t>
            </w:r>
            <w:proofErr w:type="spellEnd"/>
            <w:r w:rsidRPr="00F447F6">
              <w:rPr>
                <w:rFonts w:ascii="Arial" w:eastAsia="Arial" w:hAnsi="Arial" w:cs="Arial"/>
                <w:sz w:val="20"/>
                <w:szCs w:val="18"/>
              </w:rPr>
              <w:t xml:space="preserve"> 1</w:t>
            </w:r>
          </w:p>
        </w:tc>
        <w:tc>
          <w:tcPr>
            <w:tcW w:w="21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F7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sz w:val="20"/>
                <w:szCs w:val="18"/>
              </w:rPr>
              <w:t>S83L + D87N</w:t>
            </w:r>
          </w:p>
        </w:tc>
        <w:tc>
          <w:tcPr>
            <w:tcW w:w="47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F8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sz w:val="20"/>
                <w:szCs w:val="18"/>
              </w:rPr>
              <w:t>TTGGCGGTCTATAACACGATCGTCCGC</w:t>
            </w:r>
          </w:p>
        </w:tc>
      </w:tr>
      <w:tr w:rsidR="00CA3AB0" w:rsidRPr="00F447F6" w14:paraId="76BE31FD" w14:textId="77777777"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FA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i/>
                <w:iCs/>
                <w:sz w:val="20"/>
                <w:szCs w:val="18"/>
              </w:rPr>
              <w:t>E. coli</w:t>
            </w:r>
            <w:r w:rsidRPr="00F447F6">
              <w:rPr>
                <w:rFonts w:ascii="Arial" w:eastAsia="Arial" w:hAnsi="Arial" w:cs="Arial"/>
                <w:sz w:val="20"/>
                <w:szCs w:val="18"/>
              </w:rPr>
              <w:t xml:space="preserve"> </w:t>
            </w:r>
            <w:proofErr w:type="spellStart"/>
            <w:r w:rsidRPr="00F447F6">
              <w:rPr>
                <w:rFonts w:ascii="Arial" w:eastAsia="Arial" w:hAnsi="Arial" w:cs="Arial"/>
                <w:sz w:val="20"/>
                <w:szCs w:val="18"/>
              </w:rPr>
              <w:t>GyrA</w:t>
            </w:r>
            <w:proofErr w:type="spellEnd"/>
            <w:r w:rsidRPr="00F447F6">
              <w:rPr>
                <w:rFonts w:ascii="Arial" w:eastAsia="Arial" w:hAnsi="Arial" w:cs="Arial"/>
                <w:sz w:val="20"/>
                <w:szCs w:val="18"/>
              </w:rPr>
              <w:t xml:space="preserve"> 2</w:t>
            </w:r>
          </w:p>
        </w:tc>
        <w:tc>
          <w:tcPr>
            <w:tcW w:w="21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FB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sz w:val="20"/>
                <w:szCs w:val="18"/>
              </w:rPr>
              <w:t>S83L + V85V + D87N</w:t>
            </w:r>
          </w:p>
        </w:tc>
        <w:tc>
          <w:tcPr>
            <w:tcW w:w="47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FC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sz w:val="20"/>
                <w:szCs w:val="18"/>
              </w:rPr>
              <w:t>TTGGCGGTTTATAACACGATCGTCCGC</w:t>
            </w:r>
          </w:p>
        </w:tc>
      </w:tr>
      <w:tr w:rsidR="00CA3AB0" w:rsidRPr="00F447F6" w14:paraId="76BE3201" w14:textId="77777777"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FE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i/>
                <w:iCs/>
                <w:sz w:val="20"/>
                <w:szCs w:val="18"/>
              </w:rPr>
              <w:t>E. coli</w:t>
            </w:r>
            <w:r w:rsidRPr="00F447F6">
              <w:rPr>
                <w:rFonts w:ascii="Arial" w:eastAsia="Arial" w:hAnsi="Arial" w:cs="Arial"/>
                <w:sz w:val="20"/>
                <w:szCs w:val="18"/>
              </w:rPr>
              <w:t xml:space="preserve"> </w:t>
            </w:r>
            <w:proofErr w:type="spellStart"/>
            <w:r w:rsidRPr="00F447F6">
              <w:rPr>
                <w:rFonts w:ascii="Arial" w:eastAsia="Arial" w:hAnsi="Arial" w:cs="Arial"/>
                <w:sz w:val="20"/>
                <w:szCs w:val="18"/>
              </w:rPr>
              <w:t>ParC</w:t>
            </w:r>
            <w:proofErr w:type="spellEnd"/>
          </w:p>
        </w:tc>
        <w:tc>
          <w:tcPr>
            <w:tcW w:w="21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1FF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sz w:val="20"/>
                <w:szCs w:val="18"/>
              </w:rPr>
              <w:t>S80I (ATC)</w:t>
            </w:r>
          </w:p>
        </w:tc>
        <w:tc>
          <w:tcPr>
            <w:tcW w:w="47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200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sz w:val="20"/>
                <w:szCs w:val="18"/>
              </w:rPr>
              <w:t>TTCATAACAGGCGATATCGCCGTGCGG</w:t>
            </w:r>
          </w:p>
        </w:tc>
      </w:tr>
      <w:tr w:rsidR="00CA3AB0" w:rsidRPr="00F447F6" w14:paraId="76BE3205" w14:textId="77777777"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202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i/>
                <w:iCs/>
                <w:sz w:val="20"/>
                <w:szCs w:val="18"/>
              </w:rPr>
              <w:t>E. coli</w:t>
            </w:r>
            <w:r w:rsidRPr="00F447F6">
              <w:rPr>
                <w:rFonts w:ascii="Arial" w:eastAsia="Arial" w:hAnsi="Arial" w:cs="Arial"/>
                <w:sz w:val="20"/>
                <w:szCs w:val="18"/>
              </w:rPr>
              <w:t xml:space="preserve"> </w:t>
            </w:r>
            <w:proofErr w:type="spellStart"/>
            <w:r w:rsidRPr="00F447F6">
              <w:rPr>
                <w:rFonts w:ascii="Arial" w:eastAsia="Arial" w:hAnsi="Arial" w:cs="Arial"/>
                <w:sz w:val="20"/>
                <w:szCs w:val="18"/>
              </w:rPr>
              <w:t>ParE</w:t>
            </w:r>
            <w:proofErr w:type="spellEnd"/>
          </w:p>
        </w:tc>
        <w:tc>
          <w:tcPr>
            <w:tcW w:w="21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203" w14:textId="24E17B00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sz w:val="20"/>
                <w:szCs w:val="18"/>
              </w:rPr>
              <w:t>S458A</w:t>
            </w:r>
            <w:r w:rsidRPr="00F447F6">
              <w:rPr>
                <w:rFonts w:ascii="Arial" w:hAnsi="Arial" w:cs="Arial" w:hint="eastAsia"/>
                <w:sz w:val="20"/>
                <w:szCs w:val="18"/>
              </w:rPr>
              <w:t xml:space="preserve"> </w:t>
            </w:r>
            <w:r w:rsidRPr="00F447F6">
              <w:rPr>
                <w:rFonts w:ascii="Arial" w:hAnsi="Arial" w:cs="Arial" w:hint="eastAsia"/>
                <w:sz w:val="20"/>
                <w:szCs w:val="18"/>
              </w:rPr>
              <w:t>(GCG)</w:t>
            </w:r>
          </w:p>
        </w:tc>
        <w:tc>
          <w:tcPr>
            <w:tcW w:w="47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204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sz w:val="20"/>
                <w:szCs w:val="18"/>
              </w:rPr>
              <w:t>TTCCTGCGCAGCCAGCACTTCGTCGGA</w:t>
            </w:r>
          </w:p>
        </w:tc>
      </w:tr>
      <w:tr w:rsidR="00CA3AB0" w:rsidRPr="00F447F6" w14:paraId="76BE3209" w14:textId="77777777"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206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i/>
                <w:iCs/>
                <w:sz w:val="20"/>
                <w:szCs w:val="18"/>
              </w:rPr>
              <w:t>K. pneumoniae</w:t>
            </w:r>
            <w:r w:rsidRPr="00F447F6">
              <w:rPr>
                <w:rFonts w:ascii="Arial" w:eastAsia="Arial" w:hAnsi="Arial" w:cs="Arial"/>
                <w:sz w:val="20"/>
                <w:szCs w:val="18"/>
              </w:rPr>
              <w:t xml:space="preserve"> </w:t>
            </w:r>
            <w:proofErr w:type="spellStart"/>
            <w:r w:rsidRPr="00F447F6">
              <w:rPr>
                <w:rFonts w:ascii="Arial" w:eastAsia="Arial" w:hAnsi="Arial" w:cs="Arial"/>
                <w:sz w:val="20"/>
                <w:szCs w:val="18"/>
              </w:rPr>
              <w:t>ParC</w:t>
            </w:r>
            <w:proofErr w:type="spellEnd"/>
            <w:r w:rsidRPr="00F447F6">
              <w:rPr>
                <w:rFonts w:ascii="Arial" w:eastAsia="Arial" w:hAnsi="Arial" w:cs="Arial"/>
                <w:sz w:val="20"/>
                <w:szCs w:val="18"/>
              </w:rPr>
              <w:t xml:space="preserve"> 1</w:t>
            </w:r>
          </w:p>
        </w:tc>
        <w:tc>
          <w:tcPr>
            <w:tcW w:w="21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207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sz w:val="20"/>
                <w:szCs w:val="18"/>
              </w:rPr>
              <w:t>S80I (ATT)</w:t>
            </w:r>
          </w:p>
        </w:tc>
        <w:tc>
          <w:tcPr>
            <w:tcW w:w="47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208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sz w:val="20"/>
                <w:szCs w:val="18"/>
              </w:rPr>
              <w:t>TTCATAGCAGGCAATGTCGCCGTGCGG</w:t>
            </w:r>
          </w:p>
        </w:tc>
      </w:tr>
      <w:tr w:rsidR="00CA3AB0" w:rsidRPr="00F447F6" w14:paraId="76BE320D" w14:textId="77777777"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20A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i/>
                <w:iCs/>
                <w:sz w:val="20"/>
                <w:szCs w:val="18"/>
              </w:rPr>
              <w:t>K. pneumoniae</w:t>
            </w:r>
            <w:r w:rsidRPr="00F447F6">
              <w:rPr>
                <w:rFonts w:ascii="Arial" w:eastAsia="Arial" w:hAnsi="Arial" w:cs="Arial"/>
                <w:sz w:val="20"/>
                <w:szCs w:val="18"/>
              </w:rPr>
              <w:t xml:space="preserve"> </w:t>
            </w:r>
            <w:proofErr w:type="spellStart"/>
            <w:r w:rsidRPr="00F447F6">
              <w:rPr>
                <w:rFonts w:ascii="Arial" w:eastAsia="Arial" w:hAnsi="Arial" w:cs="Arial"/>
                <w:sz w:val="20"/>
                <w:szCs w:val="18"/>
              </w:rPr>
              <w:t>ParC</w:t>
            </w:r>
            <w:proofErr w:type="spellEnd"/>
            <w:r w:rsidRPr="00F447F6">
              <w:rPr>
                <w:rFonts w:ascii="Arial" w:eastAsia="Arial" w:hAnsi="Arial" w:cs="Arial"/>
                <w:sz w:val="20"/>
                <w:szCs w:val="18"/>
              </w:rPr>
              <w:t xml:space="preserve"> 2</w:t>
            </w:r>
          </w:p>
        </w:tc>
        <w:tc>
          <w:tcPr>
            <w:tcW w:w="21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20B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sz w:val="20"/>
                <w:szCs w:val="18"/>
              </w:rPr>
              <w:t>S80I (ATC)</w:t>
            </w:r>
          </w:p>
        </w:tc>
        <w:tc>
          <w:tcPr>
            <w:tcW w:w="47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20C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sz w:val="20"/>
                <w:szCs w:val="18"/>
              </w:rPr>
              <w:t>TTCATAGCAGGCGATGTCGCCGTGCGG</w:t>
            </w:r>
          </w:p>
        </w:tc>
      </w:tr>
      <w:tr w:rsidR="00CA3AB0" w:rsidRPr="00F447F6" w14:paraId="76BE3211" w14:textId="77777777">
        <w:tc>
          <w:tcPr>
            <w:tcW w:w="24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20E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i/>
                <w:iCs/>
                <w:sz w:val="20"/>
                <w:szCs w:val="18"/>
              </w:rPr>
              <w:t>P. mirabilis</w:t>
            </w:r>
            <w:r w:rsidRPr="00F447F6">
              <w:rPr>
                <w:rFonts w:ascii="Arial" w:eastAsia="Arial" w:hAnsi="Arial" w:cs="Arial"/>
                <w:sz w:val="20"/>
                <w:szCs w:val="18"/>
              </w:rPr>
              <w:t xml:space="preserve"> </w:t>
            </w:r>
            <w:proofErr w:type="spellStart"/>
            <w:r w:rsidRPr="00F447F6">
              <w:rPr>
                <w:rFonts w:ascii="Arial" w:eastAsia="Arial" w:hAnsi="Arial" w:cs="Arial"/>
                <w:sz w:val="20"/>
                <w:szCs w:val="18"/>
              </w:rPr>
              <w:t>GyrA</w:t>
            </w:r>
            <w:proofErr w:type="spellEnd"/>
          </w:p>
        </w:tc>
        <w:tc>
          <w:tcPr>
            <w:tcW w:w="21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20F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sz w:val="20"/>
                <w:szCs w:val="18"/>
              </w:rPr>
              <w:t>S83I (ATT)</w:t>
            </w:r>
          </w:p>
        </w:tc>
        <w:tc>
          <w:tcPr>
            <w:tcW w:w="47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6BE3210" w14:textId="77777777" w:rsidR="00135C58" w:rsidRPr="00F447F6" w:rsidRDefault="00135C58">
            <w:pPr>
              <w:spacing w:before="40" w:after="40"/>
            </w:pPr>
            <w:r w:rsidRPr="00F447F6">
              <w:rPr>
                <w:rFonts w:ascii="Arial" w:eastAsia="Arial" w:hAnsi="Arial" w:cs="Arial"/>
                <w:sz w:val="20"/>
                <w:szCs w:val="18"/>
              </w:rPr>
              <w:t>TTCATAGACAGCAATGTCACCGTGCGG</w:t>
            </w:r>
          </w:p>
        </w:tc>
      </w:tr>
    </w:tbl>
    <w:p w14:paraId="76BE3212" w14:textId="77777777" w:rsidR="00135C58" w:rsidRPr="00F447F6" w:rsidRDefault="00135C58">
      <w:pPr>
        <w:spacing w:before="20" w:after="60"/>
      </w:pPr>
      <w:r w:rsidRPr="00F447F6">
        <w:rPr>
          <w:rFonts w:ascii="Arial" w:eastAsia="Arial" w:hAnsi="Arial" w:cs="Arial"/>
          <w:i/>
          <w:iCs/>
          <w:sz w:val="18"/>
          <w:szCs w:val="18"/>
        </w:rPr>
        <w:t>Sequences are shown on the target strand. The first three nucleotides constitute the 5′ TTN PAM and are not part of the 24-nucleotide crRNA spacer.</w:t>
      </w:r>
    </w:p>
    <w:p w14:paraId="3441F709" w14:textId="2BC4AAB6" w:rsidR="00135C58" w:rsidRPr="000B2C90" w:rsidRDefault="000B2C90" w:rsidP="000B2C90">
      <w:pPr>
        <w:rPr>
          <w:rFonts w:eastAsia="SimSun" w:hint="eastAsia"/>
          <w:lang w:eastAsia="zh-CN"/>
        </w:rPr>
      </w:pPr>
      <w:r>
        <w:br w:type="page"/>
      </w:r>
    </w:p>
    <w:p w14:paraId="7C4A6314" w14:textId="77777777" w:rsidR="006E404C" w:rsidRDefault="00135C58">
      <w:pPr>
        <w:spacing w:after="120"/>
      </w:pPr>
      <w:r>
        <w:rPr>
          <w:rFonts w:ascii="Arial" w:hAnsi="Arial"/>
          <w:u w:val="single"/>
        </w:rPr>
        <w:lastRenderedPageBreak/>
        <w:t>Supplementary Table S3 Ciprofloxacin susceptibility, CRISPR detection results and QRDR sequencing for all 137 clinical isolates.</w:t>
      </w:r>
    </w:p>
    <w:p w14:paraId="4CC7FA24" w14:textId="77777777" w:rsidR="006E404C" w:rsidRDefault="00135C58">
      <w:pPr>
        <w:spacing w:after="60"/>
      </w:pPr>
      <w:r>
        <w:rPr>
          <w:rFonts w:ascii="Arial" w:hAnsi="Arial"/>
          <w:sz w:val="16"/>
        </w:rPr>
        <w:t>CIP = phenotypic ciprofloxacin susceptibility (R, resistant; S, susceptible). Isolates are listed resistant first, then susceptible, in ascending sample order within each group.</w:t>
      </w:r>
    </w:p>
    <w:p w14:paraId="2ED404EE" w14:textId="77777777" w:rsidR="006E404C" w:rsidRDefault="00135C58">
      <w:pPr>
        <w:spacing w:after="60"/>
      </w:pPr>
      <w:r>
        <w:rPr>
          <w:rFonts w:ascii="Arial" w:hAnsi="Arial"/>
          <w:sz w:val="16"/>
        </w:rPr>
        <w:t>Each assay cell gives the PCR-CRISPR result followed by the RPA-CRISPR result (PCR / RPA). + = positive; − = negative; NA = target could not be amplified; n.a. = not applicable, no crRNA was designed for that gene in that species.</w:t>
      </w:r>
    </w:p>
    <w:p w14:paraId="16CDEDBD" w14:textId="77777777" w:rsidR="006E404C" w:rsidRDefault="00135C58">
      <w:pPr>
        <w:spacing w:after="60"/>
      </w:pPr>
      <w:r>
        <w:rPr>
          <w:rFonts w:ascii="Arial" w:hAnsi="Arial"/>
          <w:sz w:val="16"/>
        </w:rPr>
        <w:t>Sequencing entries give the amino-acid substitutions detected. ‘wild’ denotes the unaltered codon; ‘synonymous’ and ‘wild + V85V’ denote isolates carrying only a silent change, which does not alter the encoded protein. The K. pneumoniae gyrA locus was sequenced but not interrogated by CRISPR: a primer set was retained, yet no crRNA satisfying the PAM and mismatch requirements could be designed.</w:t>
      </w:r>
    </w:p>
    <w:p w14:paraId="752625E0" w14:textId="77777777" w:rsidR="006E404C" w:rsidRDefault="00135C58">
      <w:pPr>
        <w:spacing w:after="60"/>
      </w:pPr>
      <w:r>
        <w:rPr>
          <w:rFonts w:ascii="Arial" w:hAnsi="Arial"/>
          <w:sz w:val="16"/>
        </w:rPr>
        <w:t>Codon changes underlying each genotype. E. coli gyrA: S83L, TCG→TTG; V85V, GTC→GTT (synonymous); D87N, GAC→AAC. E. coli parC: S80I, AGC→ATC or AGC→ATT; S80 synonymous, AGC→AGT. E. coli parE: S458A, TCG→GCG. K. pneumoniae gyrA: S83I, TCC→ATC. K. pneumoniae parC: S80I, AGC→ATT or AGC→ATC. P. mirabilis gyrA: S83I, AGT→ATT; S83R, AGT→AGA; S83 synonymous, AGT→AGC.</w:t>
      </w:r>
    </w:p>
    <w:p w14:paraId="538807BF" w14:textId="77777777" w:rsidR="006E404C" w:rsidRDefault="006E404C">
      <w:pPr>
        <w:spacing w:after="40"/>
      </w:pPr>
    </w:p>
    <w:tbl>
      <w:tblPr>
        <w:tblW w:w="0" w:type="auto"/>
        <w:tblBorders>
          <w:top w:val="single" w:sz="12" w:space="0" w:color="000000"/>
          <w:bottom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567"/>
        <w:gridCol w:w="1417"/>
        <w:gridCol w:w="1417"/>
        <w:gridCol w:w="2098"/>
        <w:gridCol w:w="1417"/>
        <w:gridCol w:w="1417"/>
        <w:gridCol w:w="1757"/>
        <w:gridCol w:w="1191"/>
        <w:gridCol w:w="1531"/>
      </w:tblGrid>
      <w:tr w:rsidR="006E404C" w14:paraId="5EEC6188" w14:textId="77777777">
        <w:tc>
          <w:tcPr>
            <w:tcW w:w="1531" w:type="dxa"/>
            <w:gridSpan w:val="10"/>
          </w:tcPr>
          <w:p w14:paraId="249E1084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b/>
                <w:i/>
                <w:sz w:val="19"/>
              </w:rPr>
              <w:t>Escherichia coli</w:t>
            </w:r>
            <w:r>
              <w:rPr>
                <w:rFonts w:ascii="Arial" w:hAnsi="Arial"/>
                <w:b/>
                <w:sz w:val="19"/>
              </w:rPr>
              <w:t xml:space="preserve">   (n = 38)</w:t>
            </w:r>
          </w:p>
        </w:tc>
      </w:tr>
      <w:tr w:rsidR="006E404C" w14:paraId="3C7BF928" w14:textId="77777777">
        <w:tc>
          <w:tcPr>
            <w:tcW w:w="850" w:type="dxa"/>
            <w:tcBorders>
              <w:bottom w:val="single" w:sz="4" w:space="0" w:color="000000"/>
            </w:tcBorders>
          </w:tcPr>
          <w:p w14:paraId="2D66867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Sample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514201F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CIP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6C53109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GyrA crRNA 1</w:t>
            </w:r>
            <w:r>
              <w:br/>
            </w:r>
            <w:r>
              <w:rPr>
                <w:rFonts w:ascii="Arial" w:hAnsi="Arial"/>
                <w:b/>
                <w:sz w:val="16"/>
              </w:rPr>
              <w:t>(S83L + D87N)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49AF535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GyrA crRNA 2</w:t>
            </w:r>
            <w:r>
              <w:br/>
            </w:r>
            <w:r>
              <w:rPr>
                <w:rFonts w:ascii="Arial" w:hAnsi="Arial"/>
                <w:b/>
                <w:sz w:val="16"/>
              </w:rPr>
              <w:t>(S83L + V85V + D87N)</w:t>
            </w:r>
          </w:p>
        </w:tc>
        <w:tc>
          <w:tcPr>
            <w:tcW w:w="2098" w:type="dxa"/>
            <w:tcBorders>
              <w:bottom w:val="single" w:sz="4" w:space="0" w:color="000000"/>
            </w:tcBorders>
          </w:tcPr>
          <w:p w14:paraId="661DAB6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GyrA sequencing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1B44F34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—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3F36678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ParC crRNA</w:t>
            </w:r>
            <w:r>
              <w:br/>
            </w:r>
            <w:r>
              <w:rPr>
                <w:rFonts w:ascii="Arial" w:hAnsi="Arial"/>
                <w:b/>
                <w:sz w:val="16"/>
              </w:rPr>
              <w:t>(S80I, ATC)</w:t>
            </w:r>
          </w:p>
        </w:tc>
        <w:tc>
          <w:tcPr>
            <w:tcW w:w="1757" w:type="dxa"/>
            <w:tcBorders>
              <w:bottom w:val="single" w:sz="4" w:space="0" w:color="000000"/>
            </w:tcBorders>
          </w:tcPr>
          <w:p w14:paraId="252E735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ParC sequencing</w:t>
            </w:r>
          </w:p>
        </w:tc>
        <w:tc>
          <w:tcPr>
            <w:tcW w:w="1191" w:type="dxa"/>
            <w:tcBorders>
              <w:bottom w:val="single" w:sz="4" w:space="0" w:color="000000"/>
            </w:tcBorders>
          </w:tcPr>
          <w:p w14:paraId="020CC86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ParE crRNA</w:t>
            </w:r>
            <w:r>
              <w:br/>
            </w:r>
            <w:r>
              <w:rPr>
                <w:rFonts w:ascii="Arial" w:hAnsi="Arial"/>
                <w:b/>
                <w:sz w:val="16"/>
              </w:rPr>
              <w:t>(S458A, GCG)</w:t>
            </w:r>
          </w:p>
        </w:tc>
        <w:tc>
          <w:tcPr>
            <w:tcW w:w="1531" w:type="dxa"/>
            <w:tcBorders>
              <w:bottom w:val="single" w:sz="4" w:space="0" w:color="000000"/>
            </w:tcBorders>
          </w:tcPr>
          <w:p w14:paraId="3F6FBB9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ParE sequencing</w:t>
            </w:r>
          </w:p>
        </w:tc>
      </w:tr>
      <w:tr w:rsidR="006E404C" w14:paraId="73CA1E05" w14:textId="77777777">
        <w:tc>
          <w:tcPr>
            <w:tcW w:w="850" w:type="dxa"/>
          </w:tcPr>
          <w:p w14:paraId="7B123C9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2</w:t>
            </w:r>
          </w:p>
        </w:tc>
        <w:tc>
          <w:tcPr>
            <w:tcW w:w="567" w:type="dxa"/>
          </w:tcPr>
          <w:p w14:paraId="05AB242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1196C81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608788C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2098" w:type="dxa"/>
          </w:tcPr>
          <w:p w14:paraId="4A971362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S83L + V85V</w:t>
            </w:r>
          </w:p>
        </w:tc>
        <w:tc>
          <w:tcPr>
            <w:tcW w:w="1417" w:type="dxa"/>
          </w:tcPr>
          <w:p w14:paraId="20CF6F5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50EE52A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61E60E3C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wild</w:t>
            </w:r>
          </w:p>
        </w:tc>
        <w:tc>
          <w:tcPr>
            <w:tcW w:w="1191" w:type="dxa"/>
          </w:tcPr>
          <w:p w14:paraId="51BD02C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531" w:type="dxa"/>
          </w:tcPr>
          <w:p w14:paraId="5B1FF36A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S458 wild</w:t>
            </w:r>
          </w:p>
        </w:tc>
      </w:tr>
      <w:tr w:rsidR="006E404C" w14:paraId="2FAD1C43" w14:textId="77777777">
        <w:tc>
          <w:tcPr>
            <w:tcW w:w="850" w:type="dxa"/>
          </w:tcPr>
          <w:p w14:paraId="2BEE90F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3</w:t>
            </w:r>
          </w:p>
        </w:tc>
        <w:tc>
          <w:tcPr>
            <w:tcW w:w="567" w:type="dxa"/>
          </w:tcPr>
          <w:p w14:paraId="7A3C23F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703D1C4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73722CA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2098" w:type="dxa"/>
          </w:tcPr>
          <w:p w14:paraId="7E27D54F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S83L + V85V + D87N</w:t>
            </w:r>
          </w:p>
        </w:tc>
        <w:tc>
          <w:tcPr>
            <w:tcW w:w="1417" w:type="dxa"/>
          </w:tcPr>
          <w:p w14:paraId="592F456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0585D36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7A0B506F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S80I (ATT)</w:t>
            </w:r>
          </w:p>
        </w:tc>
        <w:tc>
          <w:tcPr>
            <w:tcW w:w="1191" w:type="dxa"/>
          </w:tcPr>
          <w:p w14:paraId="1F19998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531" w:type="dxa"/>
          </w:tcPr>
          <w:p w14:paraId="3422A1FC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S458 wild</w:t>
            </w:r>
          </w:p>
        </w:tc>
      </w:tr>
      <w:tr w:rsidR="006E404C" w14:paraId="1257AA98" w14:textId="77777777">
        <w:tc>
          <w:tcPr>
            <w:tcW w:w="850" w:type="dxa"/>
          </w:tcPr>
          <w:p w14:paraId="1F21F66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10</w:t>
            </w:r>
          </w:p>
        </w:tc>
        <w:tc>
          <w:tcPr>
            <w:tcW w:w="567" w:type="dxa"/>
          </w:tcPr>
          <w:p w14:paraId="74F6B2D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3738EC9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417" w:type="dxa"/>
          </w:tcPr>
          <w:p w14:paraId="1DD9B6D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2098" w:type="dxa"/>
          </w:tcPr>
          <w:p w14:paraId="44477F30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S83L + D87N</w:t>
            </w:r>
          </w:p>
        </w:tc>
        <w:tc>
          <w:tcPr>
            <w:tcW w:w="1417" w:type="dxa"/>
          </w:tcPr>
          <w:p w14:paraId="05E739A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129C17C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757" w:type="dxa"/>
          </w:tcPr>
          <w:p w14:paraId="094A2D01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S80I (ATC)</w:t>
            </w:r>
          </w:p>
        </w:tc>
        <w:tc>
          <w:tcPr>
            <w:tcW w:w="1191" w:type="dxa"/>
          </w:tcPr>
          <w:p w14:paraId="7DAD39C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531" w:type="dxa"/>
          </w:tcPr>
          <w:p w14:paraId="798F87BF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S458 wild</w:t>
            </w:r>
          </w:p>
        </w:tc>
      </w:tr>
      <w:tr w:rsidR="006E404C" w14:paraId="1EA3E963" w14:textId="77777777">
        <w:tc>
          <w:tcPr>
            <w:tcW w:w="850" w:type="dxa"/>
          </w:tcPr>
          <w:p w14:paraId="4838349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11</w:t>
            </w:r>
          </w:p>
        </w:tc>
        <w:tc>
          <w:tcPr>
            <w:tcW w:w="567" w:type="dxa"/>
          </w:tcPr>
          <w:p w14:paraId="2F46D84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4BE4F27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417" w:type="dxa"/>
          </w:tcPr>
          <w:p w14:paraId="2935A52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2098" w:type="dxa"/>
          </w:tcPr>
          <w:p w14:paraId="0A0E9E2C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S83L + D87N</w:t>
            </w:r>
          </w:p>
        </w:tc>
        <w:tc>
          <w:tcPr>
            <w:tcW w:w="1417" w:type="dxa"/>
          </w:tcPr>
          <w:p w14:paraId="6DD6A3E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5E5A84F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757" w:type="dxa"/>
          </w:tcPr>
          <w:p w14:paraId="51AB2263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S80I (ATC)</w:t>
            </w:r>
          </w:p>
        </w:tc>
        <w:tc>
          <w:tcPr>
            <w:tcW w:w="1191" w:type="dxa"/>
          </w:tcPr>
          <w:p w14:paraId="2D530E1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531" w:type="dxa"/>
          </w:tcPr>
          <w:p w14:paraId="664FCE22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S458 wild</w:t>
            </w:r>
          </w:p>
        </w:tc>
      </w:tr>
      <w:tr w:rsidR="006E404C" w14:paraId="0F0B79E9" w14:textId="77777777">
        <w:tc>
          <w:tcPr>
            <w:tcW w:w="850" w:type="dxa"/>
          </w:tcPr>
          <w:p w14:paraId="113D382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12</w:t>
            </w:r>
          </w:p>
        </w:tc>
        <w:tc>
          <w:tcPr>
            <w:tcW w:w="567" w:type="dxa"/>
          </w:tcPr>
          <w:p w14:paraId="74A125E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6538366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417" w:type="dxa"/>
          </w:tcPr>
          <w:p w14:paraId="388B263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2098" w:type="dxa"/>
          </w:tcPr>
          <w:p w14:paraId="4D46EDCB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S83L + D87N</w:t>
            </w:r>
          </w:p>
        </w:tc>
        <w:tc>
          <w:tcPr>
            <w:tcW w:w="1417" w:type="dxa"/>
          </w:tcPr>
          <w:p w14:paraId="351D535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4113459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757" w:type="dxa"/>
          </w:tcPr>
          <w:p w14:paraId="1B60830D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S80I (ATC)</w:t>
            </w:r>
          </w:p>
        </w:tc>
        <w:tc>
          <w:tcPr>
            <w:tcW w:w="1191" w:type="dxa"/>
          </w:tcPr>
          <w:p w14:paraId="6090461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531" w:type="dxa"/>
          </w:tcPr>
          <w:p w14:paraId="19DEAFD0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S458 wild</w:t>
            </w:r>
          </w:p>
        </w:tc>
      </w:tr>
      <w:tr w:rsidR="006E404C" w14:paraId="7B542162" w14:textId="77777777">
        <w:tc>
          <w:tcPr>
            <w:tcW w:w="850" w:type="dxa"/>
          </w:tcPr>
          <w:p w14:paraId="46508DB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18</w:t>
            </w:r>
          </w:p>
        </w:tc>
        <w:tc>
          <w:tcPr>
            <w:tcW w:w="567" w:type="dxa"/>
          </w:tcPr>
          <w:p w14:paraId="1B59E73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63092B1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+</w:t>
            </w:r>
          </w:p>
        </w:tc>
        <w:tc>
          <w:tcPr>
            <w:tcW w:w="1417" w:type="dxa"/>
          </w:tcPr>
          <w:p w14:paraId="71C6C49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2098" w:type="dxa"/>
          </w:tcPr>
          <w:p w14:paraId="71715170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S83L + V85V + D87N</w:t>
            </w:r>
          </w:p>
        </w:tc>
        <w:tc>
          <w:tcPr>
            <w:tcW w:w="1417" w:type="dxa"/>
          </w:tcPr>
          <w:p w14:paraId="234E1B8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06826B1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757" w:type="dxa"/>
          </w:tcPr>
          <w:p w14:paraId="5453773F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S80I (ATC)</w:t>
            </w:r>
          </w:p>
        </w:tc>
        <w:tc>
          <w:tcPr>
            <w:tcW w:w="1191" w:type="dxa"/>
          </w:tcPr>
          <w:p w14:paraId="21128B9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531" w:type="dxa"/>
          </w:tcPr>
          <w:p w14:paraId="5F813827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S458 wild</w:t>
            </w:r>
          </w:p>
        </w:tc>
      </w:tr>
      <w:tr w:rsidR="006E404C" w14:paraId="78C545DB" w14:textId="77777777">
        <w:tc>
          <w:tcPr>
            <w:tcW w:w="850" w:type="dxa"/>
          </w:tcPr>
          <w:p w14:paraId="6591980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22</w:t>
            </w:r>
          </w:p>
        </w:tc>
        <w:tc>
          <w:tcPr>
            <w:tcW w:w="567" w:type="dxa"/>
          </w:tcPr>
          <w:p w14:paraId="1D82F07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43507CA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417" w:type="dxa"/>
          </w:tcPr>
          <w:p w14:paraId="01CA973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2098" w:type="dxa"/>
          </w:tcPr>
          <w:p w14:paraId="5418DC12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S83L + D87N</w:t>
            </w:r>
          </w:p>
        </w:tc>
        <w:tc>
          <w:tcPr>
            <w:tcW w:w="1417" w:type="dxa"/>
          </w:tcPr>
          <w:p w14:paraId="58BF815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45D2FA6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757" w:type="dxa"/>
          </w:tcPr>
          <w:p w14:paraId="49DCC936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S80I (ATC)</w:t>
            </w:r>
          </w:p>
        </w:tc>
        <w:tc>
          <w:tcPr>
            <w:tcW w:w="1191" w:type="dxa"/>
          </w:tcPr>
          <w:p w14:paraId="361FF24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531" w:type="dxa"/>
          </w:tcPr>
          <w:p w14:paraId="029DBF6C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S458 wild</w:t>
            </w:r>
          </w:p>
        </w:tc>
      </w:tr>
      <w:tr w:rsidR="006E404C" w14:paraId="2520CE20" w14:textId="77777777">
        <w:tc>
          <w:tcPr>
            <w:tcW w:w="850" w:type="dxa"/>
          </w:tcPr>
          <w:p w14:paraId="4315E88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29</w:t>
            </w:r>
          </w:p>
        </w:tc>
        <w:tc>
          <w:tcPr>
            <w:tcW w:w="567" w:type="dxa"/>
          </w:tcPr>
          <w:p w14:paraId="3A8691A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578DC0B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417" w:type="dxa"/>
          </w:tcPr>
          <w:p w14:paraId="7427875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2098" w:type="dxa"/>
          </w:tcPr>
          <w:p w14:paraId="2B802AC3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S83L + D87N</w:t>
            </w:r>
          </w:p>
        </w:tc>
        <w:tc>
          <w:tcPr>
            <w:tcW w:w="1417" w:type="dxa"/>
          </w:tcPr>
          <w:p w14:paraId="6EF554F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54C9E85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−</w:t>
            </w:r>
          </w:p>
        </w:tc>
        <w:tc>
          <w:tcPr>
            <w:tcW w:w="1757" w:type="dxa"/>
          </w:tcPr>
          <w:p w14:paraId="60E42734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S80I (ATC)</w:t>
            </w:r>
          </w:p>
        </w:tc>
        <w:tc>
          <w:tcPr>
            <w:tcW w:w="1191" w:type="dxa"/>
          </w:tcPr>
          <w:p w14:paraId="2BC0D38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531" w:type="dxa"/>
          </w:tcPr>
          <w:p w14:paraId="1F80A403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S458 wild</w:t>
            </w:r>
          </w:p>
        </w:tc>
      </w:tr>
      <w:tr w:rsidR="006E404C" w14:paraId="1CD670B7" w14:textId="77777777">
        <w:tc>
          <w:tcPr>
            <w:tcW w:w="850" w:type="dxa"/>
          </w:tcPr>
          <w:p w14:paraId="76905C9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32</w:t>
            </w:r>
          </w:p>
        </w:tc>
        <w:tc>
          <w:tcPr>
            <w:tcW w:w="567" w:type="dxa"/>
          </w:tcPr>
          <w:p w14:paraId="1B3D0B3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0FE2ED8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+</w:t>
            </w:r>
          </w:p>
        </w:tc>
        <w:tc>
          <w:tcPr>
            <w:tcW w:w="1417" w:type="dxa"/>
          </w:tcPr>
          <w:p w14:paraId="0FBE492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2098" w:type="dxa"/>
          </w:tcPr>
          <w:p w14:paraId="1208339C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S83L + V85V + D87N</w:t>
            </w:r>
          </w:p>
        </w:tc>
        <w:tc>
          <w:tcPr>
            <w:tcW w:w="1417" w:type="dxa"/>
          </w:tcPr>
          <w:p w14:paraId="5FB0991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14EF35F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37F640AA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S80I (ATT)</w:t>
            </w:r>
          </w:p>
        </w:tc>
        <w:tc>
          <w:tcPr>
            <w:tcW w:w="1191" w:type="dxa"/>
          </w:tcPr>
          <w:p w14:paraId="7D1B7DD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531" w:type="dxa"/>
          </w:tcPr>
          <w:p w14:paraId="22B88BC3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S458 wild</w:t>
            </w:r>
          </w:p>
        </w:tc>
      </w:tr>
      <w:tr w:rsidR="006E404C" w14:paraId="4129ADB7" w14:textId="77777777">
        <w:tc>
          <w:tcPr>
            <w:tcW w:w="850" w:type="dxa"/>
          </w:tcPr>
          <w:p w14:paraId="69AECAC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33</w:t>
            </w:r>
          </w:p>
        </w:tc>
        <w:tc>
          <w:tcPr>
            <w:tcW w:w="567" w:type="dxa"/>
          </w:tcPr>
          <w:p w14:paraId="71A6649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176E2AC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417" w:type="dxa"/>
          </w:tcPr>
          <w:p w14:paraId="786C156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2098" w:type="dxa"/>
          </w:tcPr>
          <w:p w14:paraId="657D9C41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S83L + D87N</w:t>
            </w:r>
          </w:p>
        </w:tc>
        <w:tc>
          <w:tcPr>
            <w:tcW w:w="1417" w:type="dxa"/>
          </w:tcPr>
          <w:p w14:paraId="1EE05E6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20935C4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757" w:type="dxa"/>
          </w:tcPr>
          <w:p w14:paraId="50470F97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S80I (ATC)</w:t>
            </w:r>
          </w:p>
        </w:tc>
        <w:tc>
          <w:tcPr>
            <w:tcW w:w="1191" w:type="dxa"/>
          </w:tcPr>
          <w:p w14:paraId="512DF5D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531" w:type="dxa"/>
          </w:tcPr>
          <w:p w14:paraId="6B3DE93D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S458 wild</w:t>
            </w:r>
          </w:p>
        </w:tc>
      </w:tr>
      <w:tr w:rsidR="006E404C" w14:paraId="6984A07E" w14:textId="77777777">
        <w:tc>
          <w:tcPr>
            <w:tcW w:w="850" w:type="dxa"/>
          </w:tcPr>
          <w:p w14:paraId="76FA165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39</w:t>
            </w:r>
          </w:p>
        </w:tc>
        <w:tc>
          <w:tcPr>
            <w:tcW w:w="567" w:type="dxa"/>
          </w:tcPr>
          <w:p w14:paraId="73376DF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30830B8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−</w:t>
            </w:r>
          </w:p>
        </w:tc>
        <w:tc>
          <w:tcPr>
            <w:tcW w:w="1417" w:type="dxa"/>
          </w:tcPr>
          <w:p w14:paraId="2E5E0FB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2098" w:type="dxa"/>
          </w:tcPr>
          <w:p w14:paraId="698C9E03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S83L + V85V + D87N</w:t>
            </w:r>
          </w:p>
        </w:tc>
        <w:tc>
          <w:tcPr>
            <w:tcW w:w="1417" w:type="dxa"/>
          </w:tcPr>
          <w:p w14:paraId="5296D97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0020A3A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757" w:type="dxa"/>
          </w:tcPr>
          <w:p w14:paraId="7F335B8A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S80I (ATC)</w:t>
            </w:r>
          </w:p>
        </w:tc>
        <w:tc>
          <w:tcPr>
            <w:tcW w:w="1191" w:type="dxa"/>
          </w:tcPr>
          <w:p w14:paraId="704BB27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531" w:type="dxa"/>
          </w:tcPr>
          <w:p w14:paraId="230A9F0E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S458 wild</w:t>
            </w:r>
          </w:p>
        </w:tc>
      </w:tr>
      <w:tr w:rsidR="006E404C" w14:paraId="52AE37E1" w14:textId="77777777">
        <w:tc>
          <w:tcPr>
            <w:tcW w:w="850" w:type="dxa"/>
          </w:tcPr>
          <w:p w14:paraId="200DFBC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41</w:t>
            </w:r>
          </w:p>
        </w:tc>
        <w:tc>
          <w:tcPr>
            <w:tcW w:w="567" w:type="dxa"/>
          </w:tcPr>
          <w:p w14:paraId="5380103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72FB573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417" w:type="dxa"/>
          </w:tcPr>
          <w:p w14:paraId="2F4E94A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2098" w:type="dxa"/>
          </w:tcPr>
          <w:p w14:paraId="74A9AE3F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S83L + D87N</w:t>
            </w:r>
          </w:p>
        </w:tc>
        <w:tc>
          <w:tcPr>
            <w:tcW w:w="1417" w:type="dxa"/>
          </w:tcPr>
          <w:p w14:paraId="2C8E901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743A76B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757" w:type="dxa"/>
          </w:tcPr>
          <w:p w14:paraId="01E9BC81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S80I (ATC)</w:t>
            </w:r>
          </w:p>
        </w:tc>
        <w:tc>
          <w:tcPr>
            <w:tcW w:w="1191" w:type="dxa"/>
          </w:tcPr>
          <w:p w14:paraId="7EF148F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531" w:type="dxa"/>
          </w:tcPr>
          <w:p w14:paraId="098872F1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S458 wild</w:t>
            </w:r>
          </w:p>
        </w:tc>
      </w:tr>
      <w:tr w:rsidR="006E404C" w14:paraId="0FEEDB7A" w14:textId="77777777">
        <w:tc>
          <w:tcPr>
            <w:tcW w:w="850" w:type="dxa"/>
          </w:tcPr>
          <w:p w14:paraId="00A292A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44</w:t>
            </w:r>
          </w:p>
        </w:tc>
        <w:tc>
          <w:tcPr>
            <w:tcW w:w="567" w:type="dxa"/>
          </w:tcPr>
          <w:p w14:paraId="77E0B0F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01F1B23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417" w:type="dxa"/>
          </w:tcPr>
          <w:p w14:paraId="304F067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2098" w:type="dxa"/>
          </w:tcPr>
          <w:p w14:paraId="62B77080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S83L + D87N</w:t>
            </w:r>
          </w:p>
        </w:tc>
        <w:tc>
          <w:tcPr>
            <w:tcW w:w="1417" w:type="dxa"/>
          </w:tcPr>
          <w:p w14:paraId="3263BF9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37BA86B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757" w:type="dxa"/>
          </w:tcPr>
          <w:p w14:paraId="09CFA395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S80I (ATC)</w:t>
            </w:r>
          </w:p>
        </w:tc>
        <w:tc>
          <w:tcPr>
            <w:tcW w:w="1191" w:type="dxa"/>
          </w:tcPr>
          <w:p w14:paraId="7DC330F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531" w:type="dxa"/>
          </w:tcPr>
          <w:p w14:paraId="443A6985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S458 wild</w:t>
            </w:r>
          </w:p>
        </w:tc>
      </w:tr>
      <w:tr w:rsidR="006E404C" w14:paraId="53589B41" w14:textId="77777777">
        <w:tc>
          <w:tcPr>
            <w:tcW w:w="850" w:type="dxa"/>
          </w:tcPr>
          <w:p w14:paraId="596687B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49</w:t>
            </w:r>
          </w:p>
        </w:tc>
        <w:tc>
          <w:tcPr>
            <w:tcW w:w="567" w:type="dxa"/>
          </w:tcPr>
          <w:p w14:paraId="4D71AB1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1CBD2D8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417" w:type="dxa"/>
          </w:tcPr>
          <w:p w14:paraId="2088794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2098" w:type="dxa"/>
          </w:tcPr>
          <w:p w14:paraId="2EA1351E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S83L + V85V + D87N</w:t>
            </w:r>
          </w:p>
        </w:tc>
        <w:tc>
          <w:tcPr>
            <w:tcW w:w="1417" w:type="dxa"/>
          </w:tcPr>
          <w:p w14:paraId="797F8CB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2D458FD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60ABD24B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S80I (ATT)</w:t>
            </w:r>
          </w:p>
        </w:tc>
        <w:tc>
          <w:tcPr>
            <w:tcW w:w="1191" w:type="dxa"/>
          </w:tcPr>
          <w:p w14:paraId="3AAF610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531" w:type="dxa"/>
          </w:tcPr>
          <w:p w14:paraId="75297ACA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S458 wild</w:t>
            </w:r>
          </w:p>
        </w:tc>
      </w:tr>
      <w:tr w:rsidR="006E404C" w14:paraId="05C44EBB" w14:textId="77777777">
        <w:tc>
          <w:tcPr>
            <w:tcW w:w="850" w:type="dxa"/>
          </w:tcPr>
          <w:p w14:paraId="094900D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50</w:t>
            </w:r>
          </w:p>
        </w:tc>
        <w:tc>
          <w:tcPr>
            <w:tcW w:w="567" w:type="dxa"/>
          </w:tcPr>
          <w:p w14:paraId="50B1944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4792BB7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417" w:type="dxa"/>
          </w:tcPr>
          <w:p w14:paraId="632EA33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2098" w:type="dxa"/>
          </w:tcPr>
          <w:p w14:paraId="0F39414A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S83L + V85V + D87N</w:t>
            </w:r>
          </w:p>
        </w:tc>
        <w:tc>
          <w:tcPr>
            <w:tcW w:w="1417" w:type="dxa"/>
          </w:tcPr>
          <w:p w14:paraId="228A7D7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35FBFFF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757" w:type="dxa"/>
          </w:tcPr>
          <w:p w14:paraId="1F96A5DB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S80I (ATC)</w:t>
            </w:r>
          </w:p>
        </w:tc>
        <w:tc>
          <w:tcPr>
            <w:tcW w:w="1191" w:type="dxa"/>
          </w:tcPr>
          <w:p w14:paraId="71658C3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531" w:type="dxa"/>
          </w:tcPr>
          <w:p w14:paraId="5FC0E2A9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S458 wild</w:t>
            </w:r>
          </w:p>
        </w:tc>
      </w:tr>
      <w:tr w:rsidR="006E404C" w14:paraId="463A00A4" w14:textId="77777777">
        <w:tc>
          <w:tcPr>
            <w:tcW w:w="850" w:type="dxa"/>
          </w:tcPr>
          <w:p w14:paraId="570D0D8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51</w:t>
            </w:r>
          </w:p>
        </w:tc>
        <w:tc>
          <w:tcPr>
            <w:tcW w:w="567" w:type="dxa"/>
          </w:tcPr>
          <w:p w14:paraId="2ACD240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1AECD40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417" w:type="dxa"/>
          </w:tcPr>
          <w:p w14:paraId="0A8FBB9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2098" w:type="dxa"/>
          </w:tcPr>
          <w:p w14:paraId="471C1A32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S83L + V85V + D87N</w:t>
            </w:r>
          </w:p>
        </w:tc>
        <w:tc>
          <w:tcPr>
            <w:tcW w:w="1417" w:type="dxa"/>
          </w:tcPr>
          <w:p w14:paraId="1C25CC8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712515A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757" w:type="dxa"/>
          </w:tcPr>
          <w:p w14:paraId="36BBF4F1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S80I (ATC)</w:t>
            </w:r>
          </w:p>
        </w:tc>
        <w:tc>
          <w:tcPr>
            <w:tcW w:w="1191" w:type="dxa"/>
          </w:tcPr>
          <w:p w14:paraId="63B09C9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531" w:type="dxa"/>
          </w:tcPr>
          <w:p w14:paraId="09741AEF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S458 wild</w:t>
            </w:r>
          </w:p>
        </w:tc>
      </w:tr>
      <w:tr w:rsidR="006E404C" w14:paraId="38471D53" w14:textId="77777777">
        <w:tc>
          <w:tcPr>
            <w:tcW w:w="850" w:type="dxa"/>
          </w:tcPr>
          <w:p w14:paraId="3A3767C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52</w:t>
            </w:r>
          </w:p>
        </w:tc>
        <w:tc>
          <w:tcPr>
            <w:tcW w:w="567" w:type="dxa"/>
          </w:tcPr>
          <w:p w14:paraId="7A95DD3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62556F1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029377A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2098" w:type="dxa"/>
          </w:tcPr>
          <w:p w14:paraId="6E61571E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S83L + V85V</w:t>
            </w:r>
          </w:p>
        </w:tc>
        <w:tc>
          <w:tcPr>
            <w:tcW w:w="1417" w:type="dxa"/>
          </w:tcPr>
          <w:p w14:paraId="27580ED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783F138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26DCA9FD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S80I (ATC)</w:t>
            </w:r>
          </w:p>
        </w:tc>
        <w:tc>
          <w:tcPr>
            <w:tcW w:w="1191" w:type="dxa"/>
          </w:tcPr>
          <w:p w14:paraId="7A720C4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531" w:type="dxa"/>
          </w:tcPr>
          <w:p w14:paraId="044DD092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S458 wild</w:t>
            </w:r>
          </w:p>
        </w:tc>
      </w:tr>
      <w:tr w:rsidR="006E404C" w14:paraId="1FE227F9" w14:textId="77777777">
        <w:tc>
          <w:tcPr>
            <w:tcW w:w="850" w:type="dxa"/>
          </w:tcPr>
          <w:p w14:paraId="1B3CBA0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59</w:t>
            </w:r>
          </w:p>
        </w:tc>
        <w:tc>
          <w:tcPr>
            <w:tcW w:w="567" w:type="dxa"/>
          </w:tcPr>
          <w:p w14:paraId="03B9F70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1045FEB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+</w:t>
            </w:r>
          </w:p>
        </w:tc>
        <w:tc>
          <w:tcPr>
            <w:tcW w:w="1417" w:type="dxa"/>
          </w:tcPr>
          <w:p w14:paraId="6849770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2098" w:type="dxa"/>
          </w:tcPr>
          <w:p w14:paraId="65689C30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S83L + V85V + D87N</w:t>
            </w:r>
          </w:p>
        </w:tc>
        <w:tc>
          <w:tcPr>
            <w:tcW w:w="1417" w:type="dxa"/>
          </w:tcPr>
          <w:p w14:paraId="793CCA4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2C2A0F9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757" w:type="dxa"/>
          </w:tcPr>
          <w:p w14:paraId="64A5EED9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S80I (ATC)</w:t>
            </w:r>
          </w:p>
        </w:tc>
        <w:tc>
          <w:tcPr>
            <w:tcW w:w="1191" w:type="dxa"/>
          </w:tcPr>
          <w:p w14:paraId="4CC8DB7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531" w:type="dxa"/>
          </w:tcPr>
          <w:p w14:paraId="50993063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S458A (GCG)</w:t>
            </w:r>
          </w:p>
        </w:tc>
      </w:tr>
      <w:tr w:rsidR="006E404C" w14:paraId="7D1BB5B4" w14:textId="77777777">
        <w:tc>
          <w:tcPr>
            <w:tcW w:w="850" w:type="dxa"/>
          </w:tcPr>
          <w:p w14:paraId="4224456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</w:t>
            </w:r>
          </w:p>
        </w:tc>
        <w:tc>
          <w:tcPr>
            <w:tcW w:w="567" w:type="dxa"/>
          </w:tcPr>
          <w:p w14:paraId="0487B1B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64B8F0B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25F7DB1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2098" w:type="dxa"/>
          </w:tcPr>
          <w:p w14:paraId="309D2B85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 + V85V</w:t>
            </w:r>
          </w:p>
        </w:tc>
        <w:tc>
          <w:tcPr>
            <w:tcW w:w="1417" w:type="dxa"/>
          </w:tcPr>
          <w:p w14:paraId="189B543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19F9FBE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26426CF2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synonymous</w:t>
            </w:r>
          </w:p>
        </w:tc>
        <w:tc>
          <w:tcPr>
            <w:tcW w:w="1191" w:type="dxa"/>
          </w:tcPr>
          <w:p w14:paraId="5D5A3C1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531" w:type="dxa"/>
          </w:tcPr>
          <w:p w14:paraId="69BFC5FF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S458 wild</w:t>
            </w:r>
          </w:p>
        </w:tc>
      </w:tr>
      <w:tr w:rsidR="006E404C" w14:paraId="3BE0DBA6" w14:textId="77777777">
        <w:tc>
          <w:tcPr>
            <w:tcW w:w="850" w:type="dxa"/>
          </w:tcPr>
          <w:p w14:paraId="2B16B41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4</w:t>
            </w:r>
          </w:p>
        </w:tc>
        <w:tc>
          <w:tcPr>
            <w:tcW w:w="567" w:type="dxa"/>
          </w:tcPr>
          <w:p w14:paraId="2107162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27E949B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NA</w:t>
            </w:r>
          </w:p>
        </w:tc>
        <w:tc>
          <w:tcPr>
            <w:tcW w:w="1417" w:type="dxa"/>
          </w:tcPr>
          <w:p w14:paraId="3BBE5EE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NA</w:t>
            </w:r>
          </w:p>
        </w:tc>
        <w:tc>
          <w:tcPr>
            <w:tcW w:w="2098" w:type="dxa"/>
          </w:tcPr>
          <w:p w14:paraId="114C9BB1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not amplifiable</w:t>
            </w:r>
          </w:p>
        </w:tc>
        <w:tc>
          <w:tcPr>
            <w:tcW w:w="1417" w:type="dxa"/>
          </w:tcPr>
          <w:p w14:paraId="42FD96D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159173A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080E9F91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wild</w:t>
            </w:r>
          </w:p>
        </w:tc>
        <w:tc>
          <w:tcPr>
            <w:tcW w:w="1191" w:type="dxa"/>
          </w:tcPr>
          <w:p w14:paraId="340C459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531" w:type="dxa"/>
          </w:tcPr>
          <w:p w14:paraId="55D73388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S458 wild</w:t>
            </w:r>
          </w:p>
        </w:tc>
      </w:tr>
      <w:tr w:rsidR="006E404C" w14:paraId="3782BEEF" w14:textId="77777777">
        <w:tc>
          <w:tcPr>
            <w:tcW w:w="850" w:type="dxa"/>
          </w:tcPr>
          <w:p w14:paraId="3C5730B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5</w:t>
            </w:r>
          </w:p>
        </w:tc>
        <w:tc>
          <w:tcPr>
            <w:tcW w:w="567" w:type="dxa"/>
          </w:tcPr>
          <w:p w14:paraId="77F4CC4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054D739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07576F4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2098" w:type="dxa"/>
          </w:tcPr>
          <w:p w14:paraId="4055867C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 + V85V</w:t>
            </w:r>
          </w:p>
        </w:tc>
        <w:tc>
          <w:tcPr>
            <w:tcW w:w="1417" w:type="dxa"/>
          </w:tcPr>
          <w:p w14:paraId="2C150EA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3EDFDAB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2CD63AE1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wild</w:t>
            </w:r>
          </w:p>
        </w:tc>
        <w:tc>
          <w:tcPr>
            <w:tcW w:w="1191" w:type="dxa"/>
          </w:tcPr>
          <w:p w14:paraId="319D9D8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531" w:type="dxa"/>
          </w:tcPr>
          <w:p w14:paraId="06B060EB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S458 wild</w:t>
            </w:r>
          </w:p>
        </w:tc>
      </w:tr>
      <w:tr w:rsidR="006E404C" w14:paraId="61076E44" w14:textId="77777777">
        <w:tc>
          <w:tcPr>
            <w:tcW w:w="850" w:type="dxa"/>
          </w:tcPr>
          <w:p w14:paraId="2DE3AD1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9</w:t>
            </w:r>
          </w:p>
        </w:tc>
        <w:tc>
          <w:tcPr>
            <w:tcW w:w="567" w:type="dxa"/>
          </w:tcPr>
          <w:p w14:paraId="127341A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6AA9E99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1373753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2098" w:type="dxa"/>
          </w:tcPr>
          <w:p w14:paraId="4F638DC6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 + V85V</w:t>
            </w:r>
          </w:p>
        </w:tc>
        <w:tc>
          <w:tcPr>
            <w:tcW w:w="1417" w:type="dxa"/>
          </w:tcPr>
          <w:p w14:paraId="3942CEE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5307616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5D31B50A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synonymous</w:t>
            </w:r>
          </w:p>
        </w:tc>
        <w:tc>
          <w:tcPr>
            <w:tcW w:w="1191" w:type="dxa"/>
          </w:tcPr>
          <w:p w14:paraId="56FB390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531" w:type="dxa"/>
          </w:tcPr>
          <w:p w14:paraId="7EC830DC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S458 wild</w:t>
            </w:r>
          </w:p>
        </w:tc>
      </w:tr>
      <w:tr w:rsidR="006E404C" w14:paraId="2B7D7534" w14:textId="77777777">
        <w:tc>
          <w:tcPr>
            <w:tcW w:w="850" w:type="dxa"/>
          </w:tcPr>
          <w:p w14:paraId="751E1AC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13</w:t>
            </w:r>
          </w:p>
        </w:tc>
        <w:tc>
          <w:tcPr>
            <w:tcW w:w="567" w:type="dxa"/>
          </w:tcPr>
          <w:p w14:paraId="1EF5B8E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53C35EB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09167D4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2098" w:type="dxa"/>
          </w:tcPr>
          <w:p w14:paraId="3ED12054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 + V85V</w:t>
            </w:r>
          </w:p>
        </w:tc>
        <w:tc>
          <w:tcPr>
            <w:tcW w:w="1417" w:type="dxa"/>
          </w:tcPr>
          <w:p w14:paraId="77D202F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4EC7BBE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5F7F88F8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synonymous</w:t>
            </w:r>
          </w:p>
        </w:tc>
        <w:tc>
          <w:tcPr>
            <w:tcW w:w="1191" w:type="dxa"/>
          </w:tcPr>
          <w:p w14:paraId="3AB670F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531" w:type="dxa"/>
          </w:tcPr>
          <w:p w14:paraId="041818D6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S458 wild</w:t>
            </w:r>
          </w:p>
        </w:tc>
      </w:tr>
      <w:tr w:rsidR="006E404C" w14:paraId="5169D77F" w14:textId="77777777">
        <w:tc>
          <w:tcPr>
            <w:tcW w:w="850" w:type="dxa"/>
          </w:tcPr>
          <w:p w14:paraId="07060CD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19</w:t>
            </w:r>
          </w:p>
        </w:tc>
        <w:tc>
          <w:tcPr>
            <w:tcW w:w="567" w:type="dxa"/>
          </w:tcPr>
          <w:p w14:paraId="0E27F38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2DB6E80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5CEF0CE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2098" w:type="dxa"/>
          </w:tcPr>
          <w:p w14:paraId="59D00ADC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 + V85V</w:t>
            </w:r>
          </w:p>
        </w:tc>
        <w:tc>
          <w:tcPr>
            <w:tcW w:w="1417" w:type="dxa"/>
          </w:tcPr>
          <w:p w14:paraId="1D3D723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5952743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4B41B846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synonymous</w:t>
            </w:r>
          </w:p>
        </w:tc>
        <w:tc>
          <w:tcPr>
            <w:tcW w:w="1191" w:type="dxa"/>
          </w:tcPr>
          <w:p w14:paraId="3347422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531" w:type="dxa"/>
          </w:tcPr>
          <w:p w14:paraId="4FC19B26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S458 wild</w:t>
            </w:r>
          </w:p>
        </w:tc>
      </w:tr>
      <w:tr w:rsidR="006E404C" w14:paraId="482B612D" w14:textId="77777777">
        <w:tc>
          <w:tcPr>
            <w:tcW w:w="850" w:type="dxa"/>
          </w:tcPr>
          <w:p w14:paraId="647D030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20</w:t>
            </w:r>
          </w:p>
        </w:tc>
        <w:tc>
          <w:tcPr>
            <w:tcW w:w="567" w:type="dxa"/>
          </w:tcPr>
          <w:p w14:paraId="2AEAAA0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0789404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3774DCE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2098" w:type="dxa"/>
          </w:tcPr>
          <w:p w14:paraId="194B91B1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S83L + V85V</w:t>
            </w:r>
          </w:p>
        </w:tc>
        <w:tc>
          <w:tcPr>
            <w:tcW w:w="1417" w:type="dxa"/>
          </w:tcPr>
          <w:p w14:paraId="0320EBE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2105A92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7137CAAF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synonymous</w:t>
            </w:r>
          </w:p>
        </w:tc>
        <w:tc>
          <w:tcPr>
            <w:tcW w:w="1191" w:type="dxa"/>
          </w:tcPr>
          <w:p w14:paraId="04679A4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531" w:type="dxa"/>
          </w:tcPr>
          <w:p w14:paraId="159675A1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S458 wild</w:t>
            </w:r>
          </w:p>
        </w:tc>
      </w:tr>
      <w:tr w:rsidR="006E404C" w14:paraId="58B12364" w14:textId="77777777">
        <w:tc>
          <w:tcPr>
            <w:tcW w:w="850" w:type="dxa"/>
          </w:tcPr>
          <w:p w14:paraId="433BE45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26</w:t>
            </w:r>
          </w:p>
        </w:tc>
        <w:tc>
          <w:tcPr>
            <w:tcW w:w="567" w:type="dxa"/>
          </w:tcPr>
          <w:p w14:paraId="6BB309F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4E92ED7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75AD2E9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2098" w:type="dxa"/>
          </w:tcPr>
          <w:p w14:paraId="0FE07B4C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 + V85V</w:t>
            </w:r>
          </w:p>
        </w:tc>
        <w:tc>
          <w:tcPr>
            <w:tcW w:w="1417" w:type="dxa"/>
          </w:tcPr>
          <w:p w14:paraId="31E6C79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7D83891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3A2E97F6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wild</w:t>
            </w:r>
          </w:p>
        </w:tc>
        <w:tc>
          <w:tcPr>
            <w:tcW w:w="1191" w:type="dxa"/>
          </w:tcPr>
          <w:p w14:paraId="28888E2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531" w:type="dxa"/>
          </w:tcPr>
          <w:p w14:paraId="19C293E9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S458 wild</w:t>
            </w:r>
          </w:p>
        </w:tc>
      </w:tr>
      <w:tr w:rsidR="006E404C" w14:paraId="5B574202" w14:textId="77777777">
        <w:tc>
          <w:tcPr>
            <w:tcW w:w="850" w:type="dxa"/>
          </w:tcPr>
          <w:p w14:paraId="1EA793B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28</w:t>
            </w:r>
          </w:p>
        </w:tc>
        <w:tc>
          <w:tcPr>
            <w:tcW w:w="567" w:type="dxa"/>
          </w:tcPr>
          <w:p w14:paraId="1DD9910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3E9E1F2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531CD71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2098" w:type="dxa"/>
          </w:tcPr>
          <w:p w14:paraId="14740CE9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S83L + V85V</w:t>
            </w:r>
          </w:p>
        </w:tc>
        <w:tc>
          <w:tcPr>
            <w:tcW w:w="1417" w:type="dxa"/>
          </w:tcPr>
          <w:p w14:paraId="431FF6A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3C470EE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0D12CB3F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synonymous</w:t>
            </w:r>
          </w:p>
        </w:tc>
        <w:tc>
          <w:tcPr>
            <w:tcW w:w="1191" w:type="dxa"/>
          </w:tcPr>
          <w:p w14:paraId="250BECE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531" w:type="dxa"/>
          </w:tcPr>
          <w:p w14:paraId="558B4808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S458 wild</w:t>
            </w:r>
          </w:p>
        </w:tc>
      </w:tr>
      <w:tr w:rsidR="006E404C" w14:paraId="34B3291D" w14:textId="77777777">
        <w:tc>
          <w:tcPr>
            <w:tcW w:w="850" w:type="dxa"/>
          </w:tcPr>
          <w:p w14:paraId="3D8C1E2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lastRenderedPageBreak/>
              <w:t>34</w:t>
            </w:r>
          </w:p>
        </w:tc>
        <w:tc>
          <w:tcPr>
            <w:tcW w:w="567" w:type="dxa"/>
          </w:tcPr>
          <w:p w14:paraId="436E307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7546EF3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3D541FF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2098" w:type="dxa"/>
          </w:tcPr>
          <w:p w14:paraId="5F5A5044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 + V85V</w:t>
            </w:r>
          </w:p>
        </w:tc>
        <w:tc>
          <w:tcPr>
            <w:tcW w:w="1417" w:type="dxa"/>
          </w:tcPr>
          <w:p w14:paraId="26C63A3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1DB5017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4405FAC3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synonymous</w:t>
            </w:r>
          </w:p>
        </w:tc>
        <w:tc>
          <w:tcPr>
            <w:tcW w:w="1191" w:type="dxa"/>
          </w:tcPr>
          <w:p w14:paraId="3471DE1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531" w:type="dxa"/>
          </w:tcPr>
          <w:p w14:paraId="0F61C444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S458 wild</w:t>
            </w:r>
          </w:p>
        </w:tc>
      </w:tr>
      <w:tr w:rsidR="006E404C" w14:paraId="563C25B3" w14:textId="77777777">
        <w:tc>
          <w:tcPr>
            <w:tcW w:w="850" w:type="dxa"/>
          </w:tcPr>
          <w:p w14:paraId="583D112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45</w:t>
            </w:r>
          </w:p>
        </w:tc>
        <w:tc>
          <w:tcPr>
            <w:tcW w:w="567" w:type="dxa"/>
          </w:tcPr>
          <w:p w14:paraId="39C7FA4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47D9725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7C03AFA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2098" w:type="dxa"/>
          </w:tcPr>
          <w:p w14:paraId="34763072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 + V85V</w:t>
            </w:r>
          </w:p>
        </w:tc>
        <w:tc>
          <w:tcPr>
            <w:tcW w:w="1417" w:type="dxa"/>
          </w:tcPr>
          <w:p w14:paraId="352D67A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29EE03C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2B14A7AA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wild</w:t>
            </w:r>
          </w:p>
        </w:tc>
        <w:tc>
          <w:tcPr>
            <w:tcW w:w="1191" w:type="dxa"/>
          </w:tcPr>
          <w:p w14:paraId="5270F69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531" w:type="dxa"/>
          </w:tcPr>
          <w:p w14:paraId="52B07317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S458 wild</w:t>
            </w:r>
          </w:p>
        </w:tc>
      </w:tr>
      <w:tr w:rsidR="006E404C" w14:paraId="7A811F08" w14:textId="77777777">
        <w:tc>
          <w:tcPr>
            <w:tcW w:w="850" w:type="dxa"/>
          </w:tcPr>
          <w:p w14:paraId="5C7F36E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46</w:t>
            </w:r>
          </w:p>
        </w:tc>
        <w:tc>
          <w:tcPr>
            <w:tcW w:w="567" w:type="dxa"/>
          </w:tcPr>
          <w:p w14:paraId="1769B42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4D300DA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4788E4A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2098" w:type="dxa"/>
          </w:tcPr>
          <w:p w14:paraId="69B9002F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 + V85V</w:t>
            </w:r>
          </w:p>
        </w:tc>
        <w:tc>
          <w:tcPr>
            <w:tcW w:w="1417" w:type="dxa"/>
          </w:tcPr>
          <w:p w14:paraId="7948EE4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7DEA068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1608BF03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synonymous</w:t>
            </w:r>
          </w:p>
        </w:tc>
        <w:tc>
          <w:tcPr>
            <w:tcW w:w="1191" w:type="dxa"/>
          </w:tcPr>
          <w:p w14:paraId="68948D7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531" w:type="dxa"/>
          </w:tcPr>
          <w:p w14:paraId="2603CAA0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S458 wild</w:t>
            </w:r>
          </w:p>
        </w:tc>
      </w:tr>
      <w:tr w:rsidR="006E404C" w14:paraId="26AFD1F8" w14:textId="77777777">
        <w:tc>
          <w:tcPr>
            <w:tcW w:w="850" w:type="dxa"/>
          </w:tcPr>
          <w:p w14:paraId="46907DF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47</w:t>
            </w:r>
          </w:p>
        </w:tc>
        <w:tc>
          <w:tcPr>
            <w:tcW w:w="567" w:type="dxa"/>
          </w:tcPr>
          <w:p w14:paraId="303DB44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4A39636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16A64F7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2098" w:type="dxa"/>
          </w:tcPr>
          <w:p w14:paraId="0542554E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 + V85V</w:t>
            </w:r>
          </w:p>
        </w:tc>
        <w:tc>
          <w:tcPr>
            <w:tcW w:w="1417" w:type="dxa"/>
          </w:tcPr>
          <w:p w14:paraId="5CCF4E1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17F4213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0BAA6EA2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wild</w:t>
            </w:r>
          </w:p>
        </w:tc>
        <w:tc>
          <w:tcPr>
            <w:tcW w:w="1191" w:type="dxa"/>
          </w:tcPr>
          <w:p w14:paraId="2462ECC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531" w:type="dxa"/>
          </w:tcPr>
          <w:p w14:paraId="02237E45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S458 wild</w:t>
            </w:r>
          </w:p>
        </w:tc>
      </w:tr>
      <w:tr w:rsidR="006E404C" w14:paraId="7C9AF74D" w14:textId="77777777">
        <w:tc>
          <w:tcPr>
            <w:tcW w:w="850" w:type="dxa"/>
          </w:tcPr>
          <w:p w14:paraId="4216D3B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53</w:t>
            </w:r>
          </w:p>
        </w:tc>
        <w:tc>
          <w:tcPr>
            <w:tcW w:w="567" w:type="dxa"/>
          </w:tcPr>
          <w:p w14:paraId="00C4DBF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1B36527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417" w:type="dxa"/>
          </w:tcPr>
          <w:p w14:paraId="0E0675A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2098" w:type="dxa"/>
          </w:tcPr>
          <w:p w14:paraId="28DB4AAA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S83L</w:t>
            </w:r>
          </w:p>
        </w:tc>
        <w:tc>
          <w:tcPr>
            <w:tcW w:w="1417" w:type="dxa"/>
          </w:tcPr>
          <w:p w14:paraId="7FCC1B2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543BBDD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12EEC896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wild</w:t>
            </w:r>
          </w:p>
        </w:tc>
        <w:tc>
          <w:tcPr>
            <w:tcW w:w="1191" w:type="dxa"/>
          </w:tcPr>
          <w:p w14:paraId="6D91D00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531" w:type="dxa"/>
          </w:tcPr>
          <w:p w14:paraId="0DE746FC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S458 wild</w:t>
            </w:r>
          </w:p>
        </w:tc>
      </w:tr>
      <w:tr w:rsidR="006E404C" w14:paraId="3AB3D9BD" w14:textId="77777777">
        <w:tc>
          <w:tcPr>
            <w:tcW w:w="850" w:type="dxa"/>
          </w:tcPr>
          <w:p w14:paraId="600E494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56</w:t>
            </w:r>
          </w:p>
        </w:tc>
        <w:tc>
          <w:tcPr>
            <w:tcW w:w="567" w:type="dxa"/>
          </w:tcPr>
          <w:p w14:paraId="1F1EBA0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78D495E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0E88CC6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2098" w:type="dxa"/>
          </w:tcPr>
          <w:p w14:paraId="3116C936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S83L + V85V</w:t>
            </w:r>
          </w:p>
        </w:tc>
        <w:tc>
          <w:tcPr>
            <w:tcW w:w="1417" w:type="dxa"/>
          </w:tcPr>
          <w:p w14:paraId="5231FA2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625591D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07C8B462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wild</w:t>
            </w:r>
          </w:p>
        </w:tc>
        <w:tc>
          <w:tcPr>
            <w:tcW w:w="1191" w:type="dxa"/>
          </w:tcPr>
          <w:p w14:paraId="39BCCDD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531" w:type="dxa"/>
          </w:tcPr>
          <w:p w14:paraId="1B30D04D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S458 wild</w:t>
            </w:r>
          </w:p>
        </w:tc>
      </w:tr>
      <w:tr w:rsidR="006E404C" w14:paraId="4767CD5F" w14:textId="77777777">
        <w:tc>
          <w:tcPr>
            <w:tcW w:w="850" w:type="dxa"/>
          </w:tcPr>
          <w:p w14:paraId="20B4F13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60</w:t>
            </w:r>
          </w:p>
        </w:tc>
        <w:tc>
          <w:tcPr>
            <w:tcW w:w="567" w:type="dxa"/>
          </w:tcPr>
          <w:p w14:paraId="5897993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4ADE781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53B2471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2098" w:type="dxa"/>
          </w:tcPr>
          <w:p w14:paraId="795E791F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S83L + V85V</w:t>
            </w:r>
          </w:p>
        </w:tc>
        <w:tc>
          <w:tcPr>
            <w:tcW w:w="1417" w:type="dxa"/>
          </w:tcPr>
          <w:p w14:paraId="3859A1C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61A14C4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03F91878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synonymous</w:t>
            </w:r>
          </w:p>
        </w:tc>
        <w:tc>
          <w:tcPr>
            <w:tcW w:w="1191" w:type="dxa"/>
          </w:tcPr>
          <w:p w14:paraId="062C55B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531" w:type="dxa"/>
          </w:tcPr>
          <w:p w14:paraId="6DE00D36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S458 wild</w:t>
            </w:r>
          </w:p>
        </w:tc>
      </w:tr>
      <w:tr w:rsidR="006E404C" w14:paraId="61A20451" w14:textId="77777777">
        <w:tc>
          <w:tcPr>
            <w:tcW w:w="850" w:type="dxa"/>
          </w:tcPr>
          <w:p w14:paraId="743E9FF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61</w:t>
            </w:r>
          </w:p>
        </w:tc>
        <w:tc>
          <w:tcPr>
            <w:tcW w:w="567" w:type="dxa"/>
          </w:tcPr>
          <w:p w14:paraId="218C64A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21FE604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36BFE55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2098" w:type="dxa"/>
          </w:tcPr>
          <w:p w14:paraId="7ACF5117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 + V85V</w:t>
            </w:r>
          </w:p>
        </w:tc>
        <w:tc>
          <w:tcPr>
            <w:tcW w:w="1417" w:type="dxa"/>
          </w:tcPr>
          <w:p w14:paraId="7E66C88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4828CA5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5FE6AACA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synonymous</w:t>
            </w:r>
          </w:p>
        </w:tc>
        <w:tc>
          <w:tcPr>
            <w:tcW w:w="1191" w:type="dxa"/>
          </w:tcPr>
          <w:p w14:paraId="2F33030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531" w:type="dxa"/>
          </w:tcPr>
          <w:p w14:paraId="53077F0D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S458 wild</w:t>
            </w:r>
          </w:p>
        </w:tc>
      </w:tr>
      <w:tr w:rsidR="006E404C" w14:paraId="6F8F600B" w14:textId="77777777">
        <w:tc>
          <w:tcPr>
            <w:tcW w:w="850" w:type="dxa"/>
          </w:tcPr>
          <w:p w14:paraId="1F8C752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62</w:t>
            </w:r>
          </w:p>
        </w:tc>
        <w:tc>
          <w:tcPr>
            <w:tcW w:w="567" w:type="dxa"/>
          </w:tcPr>
          <w:p w14:paraId="6A7788A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06C2319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62F4DC7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2098" w:type="dxa"/>
          </w:tcPr>
          <w:p w14:paraId="66BAE266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 + V85V</w:t>
            </w:r>
          </w:p>
        </w:tc>
        <w:tc>
          <w:tcPr>
            <w:tcW w:w="1417" w:type="dxa"/>
          </w:tcPr>
          <w:p w14:paraId="2A8C581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651C5FE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0C9893FD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synonymous</w:t>
            </w:r>
          </w:p>
        </w:tc>
        <w:tc>
          <w:tcPr>
            <w:tcW w:w="1191" w:type="dxa"/>
          </w:tcPr>
          <w:p w14:paraId="54720DA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531" w:type="dxa"/>
          </w:tcPr>
          <w:p w14:paraId="36838B9A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S458 wild</w:t>
            </w:r>
          </w:p>
        </w:tc>
      </w:tr>
      <w:tr w:rsidR="006E404C" w14:paraId="33BCFB67" w14:textId="77777777">
        <w:tc>
          <w:tcPr>
            <w:tcW w:w="850" w:type="dxa"/>
          </w:tcPr>
          <w:p w14:paraId="6A6482A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63</w:t>
            </w:r>
          </w:p>
        </w:tc>
        <w:tc>
          <w:tcPr>
            <w:tcW w:w="567" w:type="dxa"/>
          </w:tcPr>
          <w:p w14:paraId="2CF60A4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75F5210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5801F91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2098" w:type="dxa"/>
          </w:tcPr>
          <w:p w14:paraId="5EBCD911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 + V85V</w:t>
            </w:r>
          </w:p>
        </w:tc>
        <w:tc>
          <w:tcPr>
            <w:tcW w:w="1417" w:type="dxa"/>
          </w:tcPr>
          <w:p w14:paraId="0DE03D7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6EA3B5D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19847D69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synonymous</w:t>
            </w:r>
          </w:p>
        </w:tc>
        <w:tc>
          <w:tcPr>
            <w:tcW w:w="1191" w:type="dxa"/>
          </w:tcPr>
          <w:p w14:paraId="0ACBD98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531" w:type="dxa"/>
          </w:tcPr>
          <w:p w14:paraId="49649BE2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S458 wild</w:t>
            </w:r>
          </w:p>
        </w:tc>
      </w:tr>
      <w:tr w:rsidR="006E404C" w14:paraId="48D37253" w14:textId="77777777">
        <w:tc>
          <w:tcPr>
            <w:tcW w:w="850" w:type="dxa"/>
            <w:tcBorders>
              <w:bottom w:val="single" w:sz="4" w:space="0" w:color="000000"/>
            </w:tcBorders>
          </w:tcPr>
          <w:p w14:paraId="7405712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98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0FD239F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0F05672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5D53417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2098" w:type="dxa"/>
            <w:tcBorders>
              <w:bottom w:val="single" w:sz="4" w:space="0" w:color="000000"/>
            </w:tcBorders>
          </w:tcPr>
          <w:p w14:paraId="5E04886A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6EF23E3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5E48EF6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  <w:tcBorders>
              <w:bottom w:val="single" w:sz="4" w:space="0" w:color="000000"/>
            </w:tcBorders>
          </w:tcPr>
          <w:p w14:paraId="2F14801C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wild</w:t>
            </w:r>
          </w:p>
        </w:tc>
        <w:tc>
          <w:tcPr>
            <w:tcW w:w="1191" w:type="dxa"/>
            <w:tcBorders>
              <w:bottom w:val="single" w:sz="4" w:space="0" w:color="000000"/>
            </w:tcBorders>
          </w:tcPr>
          <w:p w14:paraId="40836F2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531" w:type="dxa"/>
            <w:tcBorders>
              <w:bottom w:val="single" w:sz="4" w:space="0" w:color="000000"/>
            </w:tcBorders>
          </w:tcPr>
          <w:p w14:paraId="0D4C728E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S458 wild</w:t>
            </w:r>
          </w:p>
        </w:tc>
      </w:tr>
      <w:tr w:rsidR="006E404C" w14:paraId="0B0AED16" w14:textId="77777777">
        <w:tc>
          <w:tcPr>
            <w:tcW w:w="1531" w:type="dxa"/>
            <w:gridSpan w:val="10"/>
          </w:tcPr>
          <w:p w14:paraId="72D5B197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b/>
                <w:i/>
                <w:sz w:val="19"/>
              </w:rPr>
              <w:t>Klebsiella pneumoniae</w:t>
            </w:r>
            <w:r>
              <w:rPr>
                <w:rFonts w:ascii="Arial" w:hAnsi="Arial"/>
                <w:b/>
                <w:sz w:val="19"/>
              </w:rPr>
              <w:t xml:space="preserve">   (n = 48)</w:t>
            </w:r>
          </w:p>
        </w:tc>
      </w:tr>
      <w:tr w:rsidR="006E404C" w14:paraId="18D3FC51" w14:textId="77777777">
        <w:tc>
          <w:tcPr>
            <w:tcW w:w="850" w:type="dxa"/>
            <w:tcBorders>
              <w:bottom w:val="single" w:sz="4" w:space="0" w:color="000000"/>
            </w:tcBorders>
          </w:tcPr>
          <w:p w14:paraId="3D3628F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Sample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61CDE8D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CIP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33695B0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—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6BD6628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—</w:t>
            </w:r>
          </w:p>
        </w:tc>
        <w:tc>
          <w:tcPr>
            <w:tcW w:w="2098" w:type="dxa"/>
            <w:tcBorders>
              <w:bottom w:val="single" w:sz="4" w:space="0" w:color="000000"/>
            </w:tcBorders>
          </w:tcPr>
          <w:p w14:paraId="1A8FA5D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GyrA sequencing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13DA3B9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ParC crRNA 1</w:t>
            </w:r>
            <w:r>
              <w:br/>
            </w:r>
            <w:r>
              <w:rPr>
                <w:rFonts w:ascii="Arial" w:hAnsi="Arial"/>
                <w:b/>
                <w:sz w:val="16"/>
              </w:rPr>
              <w:t>(S80I, ATT)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362CEDD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ParC crRNA 2</w:t>
            </w:r>
            <w:r>
              <w:br/>
            </w:r>
            <w:r>
              <w:rPr>
                <w:rFonts w:ascii="Arial" w:hAnsi="Arial"/>
                <w:b/>
                <w:sz w:val="16"/>
              </w:rPr>
              <w:t>(S80I, ATC)</w:t>
            </w:r>
          </w:p>
        </w:tc>
        <w:tc>
          <w:tcPr>
            <w:tcW w:w="1757" w:type="dxa"/>
            <w:tcBorders>
              <w:bottom w:val="single" w:sz="4" w:space="0" w:color="000000"/>
            </w:tcBorders>
          </w:tcPr>
          <w:p w14:paraId="74AC3C3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ParC sequencing</w:t>
            </w:r>
          </w:p>
        </w:tc>
        <w:tc>
          <w:tcPr>
            <w:tcW w:w="1191" w:type="dxa"/>
            <w:tcBorders>
              <w:bottom w:val="single" w:sz="4" w:space="0" w:color="000000"/>
            </w:tcBorders>
          </w:tcPr>
          <w:p w14:paraId="0E8F339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—</w:t>
            </w:r>
          </w:p>
        </w:tc>
        <w:tc>
          <w:tcPr>
            <w:tcW w:w="1531" w:type="dxa"/>
            <w:tcBorders>
              <w:bottom w:val="single" w:sz="4" w:space="0" w:color="000000"/>
            </w:tcBorders>
          </w:tcPr>
          <w:p w14:paraId="26BC173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—</w:t>
            </w:r>
          </w:p>
        </w:tc>
      </w:tr>
      <w:tr w:rsidR="006E404C" w14:paraId="099E9D2B" w14:textId="77777777">
        <w:tc>
          <w:tcPr>
            <w:tcW w:w="850" w:type="dxa"/>
          </w:tcPr>
          <w:p w14:paraId="178366A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6</w:t>
            </w:r>
          </w:p>
        </w:tc>
        <w:tc>
          <w:tcPr>
            <w:tcW w:w="567" w:type="dxa"/>
          </w:tcPr>
          <w:p w14:paraId="2705C32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231B6DC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6E4F4C3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732D0EBC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S83I</w:t>
            </w:r>
          </w:p>
        </w:tc>
        <w:tc>
          <w:tcPr>
            <w:tcW w:w="1417" w:type="dxa"/>
          </w:tcPr>
          <w:p w14:paraId="229B3A4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417" w:type="dxa"/>
          </w:tcPr>
          <w:p w14:paraId="3816C87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5D15A345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S80I (ATT)</w:t>
            </w:r>
          </w:p>
        </w:tc>
        <w:tc>
          <w:tcPr>
            <w:tcW w:w="1191" w:type="dxa"/>
          </w:tcPr>
          <w:p w14:paraId="22257BB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1306DED0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0A97F3F6" w14:textId="77777777">
        <w:tc>
          <w:tcPr>
            <w:tcW w:w="850" w:type="dxa"/>
          </w:tcPr>
          <w:p w14:paraId="250038A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16</w:t>
            </w:r>
          </w:p>
        </w:tc>
        <w:tc>
          <w:tcPr>
            <w:tcW w:w="567" w:type="dxa"/>
          </w:tcPr>
          <w:p w14:paraId="148A948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2370861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2ED4D6A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363C9F23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4EB1D7F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17B6AE7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564FEA9D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wild</w:t>
            </w:r>
          </w:p>
        </w:tc>
        <w:tc>
          <w:tcPr>
            <w:tcW w:w="1191" w:type="dxa"/>
          </w:tcPr>
          <w:p w14:paraId="52E86BA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39764DEB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2EF2777A" w14:textId="77777777">
        <w:tc>
          <w:tcPr>
            <w:tcW w:w="850" w:type="dxa"/>
          </w:tcPr>
          <w:p w14:paraId="0276D1B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17</w:t>
            </w:r>
          </w:p>
        </w:tc>
        <w:tc>
          <w:tcPr>
            <w:tcW w:w="567" w:type="dxa"/>
          </w:tcPr>
          <w:p w14:paraId="235795B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7218926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33B6993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7F1FEA27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0666D5F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322AA7D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2974BCEB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wild</w:t>
            </w:r>
          </w:p>
        </w:tc>
        <w:tc>
          <w:tcPr>
            <w:tcW w:w="1191" w:type="dxa"/>
          </w:tcPr>
          <w:p w14:paraId="7E803B7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18772C7D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65CED245" w14:textId="77777777">
        <w:tc>
          <w:tcPr>
            <w:tcW w:w="850" w:type="dxa"/>
          </w:tcPr>
          <w:p w14:paraId="26DE426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21</w:t>
            </w:r>
          </w:p>
        </w:tc>
        <w:tc>
          <w:tcPr>
            <w:tcW w:w="567" w:type="dxa"/>
          </w:tcPr>
          <w:p w14:paraId="37A68DB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0B984C1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6CAC3D0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26AD8571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S83I</w:t>
            </w:r>
          </w:p>
        </w:tc>
        <w:tc>
          <w:tcPr>
            <w:tcW w:w="1417" w:type="dxa"/>
          </w:tcPr>
          <w:p w14:paraId="69E5028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119E39D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757" w:type="dxa"/>
          </w:tcPr>
          <w:p w14:paraId="7E1E2700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S80I (ATC)</w:t>
            </w:r>
          </w:p>
        </w:tc>
        <w:tc>
          <w:tcPr>
            <w:tcW w:w="1191" w:type="dxa"/>
          </w:tcPr>
          <w:p w14:paraId="65CB1DC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3C42B2B6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640A2B42" w14:textId="77777777">
        <w:tc>
          <w:tcPr>
            <w:tcW w:w="850" w:type="dxa"/>
          </w:tcPr>
          <w:p w14:paraId="4A659F5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31</w:t>
            </w:r>
          </w:p>
        </w:tc>
        <w:tc>
          <w:tcPr>
            <w:tcW w:w="567" w:type="dxa"/>
          </w:tcPr>
          <w:p w14:paraId="379DE91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40045BE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024624A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57F9DB6F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S83I</w:t>
            </w:r>
          </w:p>
        </w:tc>
        <w:tc>
          <w:tcPr>
            <w:tcW w:w="1417" w:type="dxa"/>
          </w:tcPr>
          <w:p w14:paraId="2764225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47856AF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757" w:type="dxa"/>
          </w:tcPr>
          <w:p w14:paraId="64659B5C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S80I (ATC)</w:t>
            </w:r>
          </w:p>
        </w:tc>
        <w:tc>
          <w:tcPr>
            <w:tcW w:w="1191" w:type="dxa"/>
          </w:tcPr>
          <w:p w14:paraId="29060E8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68677541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31AF942D" w14:textId="77777777">
        <w:tc>
          <w:tcPr>
            <w:tcW w:w="850" w:type="dxa"/>
          </w:tcPr>
          <w:p w14:paraId="752A6B5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37</w:t>
            </w:r>
          </w:p>
        </w:tc>
        <w:tc>
          <w:tcPr>
            <w:tcW w:w="567" w:type="dxa"/>
          </w:tcPr>
          <w:p w14:paraId="7765368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00E8F8C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049C1B1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73C841C8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S83I</w:t>
            </w:r>
          </w:p>
        </w:tc>
        <w:tc>
          <w:tcPr>
            <w:tcW w:w="1417" w:type="dxa"/>
          </w:tcPr>
          <w:p w14:paraId="649087B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417" w:type="dxa"/>
          </w:tcPr>
          <w:p w14:paraId="17B3E51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6B68096E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S80I (ATT)</w:t>
            </w:r>
          </w:p>
        </w:tc>
        <w:tc>
          <w:tcPr>
            <w:tcW w:w="1191" w:type="dxa"/>
          </w:tcPr>
          <w:p w14:paraId="113EA0A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2AA5B222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0F738CC4" w14:textId="77777777">
        <w:tc>
          <w:tcPr>
            <w:tcW w:w="850" w:type="dxa"/>
          </w:tcPr>
          <w:p w14:paraId="37D4435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38</w:t>
            </w:r>
          </w:p>
        </w:tc>
        <w:tc>
          <w:tcPr>
            <w:tcW w:w="567" w:type="dxa"/>
          </w:tcPr>
          <w:p w14:paraId="65271A0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281F0AD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49F0853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2B339361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S83I</w:t>
            </w:r>
          </w:p>
        </w:tc>
        <w:tc>
          <w:tcPr>
            <w:tcW w:w="1417" w:type="dxa"/>
          </w:tcPr>
          <w:p w14:paraId="74A9C88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417" w:type="dxa"/>
          </w:tcPr>
          <w:p w14:paraId="307DD5A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667A4AF2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S80I (ATT)</w:t>
            </w:r>
          </w:p>
        </w:tc>
        <w:tc>
          <w:tcPr>
            <w:tcW w:w="1191" w:type="dxa"/>
          </w:tcPr>
          <w:p w14:paraId="7C9A199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3ED5142B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4AC081FC" w14:textId="77777777">
        <w:tc>
          <w:tcPr>
            <w:tcW w:w="850" w:type="dxa"/>
          </w:tcPr>
          <w:p w14:paraId="5EEBF83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54</w:t>
            </w:r>
          </w:p>
        </w:tc>
        <w:tc>
          <w:tcPr>
            <w:tcW w:w="567" w:type="dxa"/>
          </w:tcPr>
          <w:p w14:paraId="1D9D6A7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3B09F19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07869EC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5285049D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540EE53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5A7C0AD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63B93CE9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wild</w:t>
            </w:r>
          </w:p>
        </w:tc>
        <w:tc>
          <w:tcPr>
            <w:tcW w:w="1191" w:type="dxa"/>
          </w:tcPr>
          <w:p w14:paraId="5462B02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690DA003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0F41DDE8" w14:textId="77777777">
        <w:tc>
          <w:tcPr>
            <w:tcW w:w="850" w:type="dxa"/>
          </w:tcPr>
          <w:p w14:paraId="564773C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72</w:t>
            </w:r>
          </w:p>
        </w:tc>
        <w:tc>
          <w:tcPr>
            <w:tcW w:w="567" w:type="dxa"/>
          </w:tcPr>
          <w:p w14:paraId="0E32050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2FF7553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3E8D65B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5183060D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S83I</w:t>
            </w:r>
          </w:p>
        </w:tc>
        <w:tc>
          <w:tcPr>
            <w:tcW w:w="1417" w:type="dxa"/>
          </w:tcPr>
          <w:p w14:paraId="2A8BF6E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417" w:type="dxa"/>
          </w:tcPr>
          <w:p w14:paraId="568B5E5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3BAE534B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S80I (ATT)</w:t>
            </w:r>
          </w:p>
        </w:tc>
        <w:tc>
          <w:tcPr>
            <w:tcW w:w="1191" w:type="dxa"/>
          </w:tcPr>
          <w:p w14:paraId="29BE467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03A2952F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7D617573" w14:textId="77777777">
        <w:tc>
          <w:tcPr>
            <w:tcW w:w="850" w:type="dxa"/>
          </w:tcPr>
          <w:p w14:paraId="6CEAB8B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75</w:t>
            </w:r>
          </w:p>
        </w:tc>
        <w:tc>
          <w:tcPr>
            <w:tcW w:w="567" w:type="dxa"/>
          </w:tcPr>
          <w:p w14:paraId="03BE11F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2DC4DCF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745DE99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51D6207D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1EA939E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5D1EE1E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04CD4159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wild</w:t>
            </w:r>
          </w:p>
        </w:tc>
        <w:tc>
          <w:tcPr>
            <w:tcW w:w="1191" w:type="dxa"/>
          </w:tcPr>
          <w:p w14:paraId="5150B26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1FD9B0D4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0DE89DE3" w14:textId="77777777">
        <w:tc>
          <w:tcPr>
            <w:tcW w:w="850" w:type="dxa"/>
          </w:tcPr>
          <w:p w14:paraId="1EE3C51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89</w:t>
            </w:r>
          </w:p>
        </w:tc>
        <w:tc>
          <w:tcPr>
            <w:tcW w:w="567" w:type="dxa"/>
          </w:tcPr>
          <w:p w14:paraId="230C2CF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2525C90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359D444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6D51C0AB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S83I</w:t>
            </w:r>
          </w:p>
        </w:tc>
        <w:tc>
          <w:tcPr>
            <w:tcW w:w="1417" w:type="dxa"/>
          </w:tcPr>
          <w:p w14:paraId="74594EA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417" w:type="dxa"/>
          </w:tcPr>
          <w:p w14:paraId="212AC06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0024B6CC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S80I (ATT)</w:t>
            </w:r>
          </w:p>
        </w:tc>
        <w:tc>
          <w:tcPr>
            <w:tcW w:w="1191" w:type="dxa"/>
          </w:tcPr>
          <w:p w14:paraId="1B854F2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64398678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66538063" w14:textId="77777777">
        <w:tc>
          <w:tcPr>
            <w:tcW w:w="850" w:type="dxa"/>
          </w:tcPr>
          <w:p w14:paraId="2FFDBD5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91</w:t>
            </w:r>
          </w:p>
        </w:tc>
        <w:tc>
          <w:tcPr>
            <w:tcW w:w="567" w:type="dxa"/>
          </w:tcPr>
          <w:p w14:paraId="3455B56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571E1C5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39323E9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579768BD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S83I</w:t>
            </w:r>
          </w:p>
        </w:tc>
        <w:tc>
          <w:tcPr>
            <w:tcW w:w="1417" w:type="dxa"/>
          </w:tcPr>
          <w:p w14:paraId="669A049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417" w:type="dxa"/>
          </w:tcPr>
          <w:p w14:paraId="3DAFA85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16DAF3DF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S80I (ATT)</w:t>
            </w:r>
          </w:p>
        </w:tc>
        <w:tc>
          <w:tcPr>
            <w:tcW w:w="1191" w:type="dxa"/>
          </w:tcPr>
          <w:p w14:paraId="68CA5DB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36794B88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1CC0C77A" w14:textId="77777777">
        <w:tc>
          <w:tcPr>
            <w:tcW w:w="850" w:type="dxa"/>
          </w:tcPr>
          <w:p w14:paraId="2C7149F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103</w:t>
            </w:r>
          </w:p>
        </w:tc>
        <w:tc>
          <w:tcPr>
            <w:tcW w:w="567" w:type="dxa"/>
          </w:tcPr>
          <w:p w14:paraId="112EF66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51AE877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2F8F716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2CFDD3A9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S83I</w:t>
            </w:r>
          </w:p>
        </w:tc>
        <w:tc>
          <w:tcPr>
            <w:tcW w:w="1417" w:type="dxa"/>
          </w:tcPr>
          <w:p w14:paraId="20ADB51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4308094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757" w:type="dxa"/>
          </w:tcPr>
          <w:p w14:paraId="26586978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S80I (ATC)</w:t>
            </w:r>
          </w:p>
        </w:tc>
        <w:tc>
          <w:tcPr>
            <w:tcW w:w="1191" w:type="dxa"/>
          </w:tcPr>
          <w:p w14:paraId="28D2EC6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3EC4BE2E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3AD8569C" w14:textId="77777777">
        <w:tc>
          <w:tcPr>
            <w:tcW w:w="850" w:type="dxa"/>
          </w:tcPr>
          <w:p w14:paraId="2AB141D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110</w:t>
            </w:r>
          </w:p>
        </w:tc>
        <w:tc>
          <w:tcPr>
            <w:tcW w:w="567" w:type="dxa"/>
          </w:tcPr>
          <w:p w14:paraId="6D381A5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1C56724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3B6A504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789688C2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S83I</w:t>
            </w:r>
          </w:p>
        </w:tc>
        <w:tc>
          <w:tcPr>
            <w:tcW w:w="1417" w:type="dxa"/>
          </w:tcPr>
          <w:p w14:paraId="420979E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0097784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−</w:t>
            </w:r>
          </w:p>
        </w:tc>
        <w:tc>
          <w:tcPr>
            <w:tcW w:w="1757" w:type="dxa"/>
          </w:tcPr>
          <w:p w14:paraId="4DED1274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S80I (ATC)</w:t>
            </w:r>
          </w:p>
        </w:tc>
        <w:tc>
          <w:tcPr>
            <w:tcW w:w="1191" w:type="dxa"/>
          </w:tcPr>
          <w:p w14:paraId="1AE9D8D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18316ABB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22C11FED" w14:textId="77777777">
        <w:tc>
          <w:tcPr>
            <w:tcW w:w="850" w:type="dxa"/>
          </w:tcPr>
          <w:p w14:paraId="187F6DE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112</w:t>
            </w:r>
          </w:p>
        </w:tc>
        <w:tc>
          <w:tcPr>
            <w:tcW w:w="567" w:type="dxa"/>
          </w:tcPr>
          <w:p w14:paraId="6BA6DDA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7B91264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0A75717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568DD032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S83I</w:t>
            </w:r>
          </w:p>
        </w:tc>
        <w:tc>
          <w:tcPr>
            <w:tcW w:w="1417" w:type="dxa"/>
          </w:tcPr>
          <w:p w14:paraId="1978E75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417" w:type="dxa"/>
          </w:tcPr>
          <w:p w14:paraId="4E4F613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5650B9A4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S80I (ATT)</w:t>
            </w:r>
          </w:p>
        </w:tc>
        <w:tc>
          <w:tcPr>
            <w:tcW w:w="1191" w:type="dxa"/>
          </w:tcPr>
          <w:p w14:paraId="71EEB9C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6E5A8C31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46F49279" w14:textId="77777777">
        <w:tc>
          <w:tcPr>
            <w:tcW w:w="850" w:type="dxa"/>
          </w:tcPr>
          <w:p w14:paraId="65F27EC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114</w:t>
            </w:r>
          </w:p>
        </w:tc>
        <w:tc>
          <w:tcPr>
            <w:tcW w:w="567" w:type="dxa"/>
          </w:tcPr>
          <w:p w14:paraId="22F623D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57C97B2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678703D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41AAA260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4A2405D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6301794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4A956C28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wild</w:t>
            </w:r>
          </w:p>
        </w:tc>
        <w:tc>
          <w:tcPr>
            <w:tcW w:w="1191" w:type="dxa"/>
          </w:tcPr>
          <w:p w14:paraId="6163278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33F13114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54CC6D21" w14:textId="77777777">
        <w:tc>
          <w:tcPr>
            <w:tcW w:w="850" w:type="dxa"/>
          </w:tcPr>
          <w:p w14:paraId="2FA40D5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119</w:t>
            </w:r>
          </w:p>
        </w:tc>
        <w:tc>
          <w:tcPr>
            <w:tcW w:w="567" w:type="dxa"/>
          </w:tcPr>
          <w:p w14:paraId="43A187B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26E07D0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0D285D1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60871683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S83I</w:t>
            </w:r>
          </w:p>
        </w:tc>
        <w:tc>
          <w:tcPr>
            <w:tcW w:w="1417" w:type="dxa"/>
          </w:tcPr>
          <w:p w14:paraId="3977886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417" w:type="dxa"/>
          </w:tcPr>
          <w:p w14:paraId="39B928C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0F5DD460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S80I (ATT)</w:t>
            </w:r>
          </w:p>
        </w:tc>
        <w:tc>
          <w:tcPr>
            <w:tcW w:w="1191" w:type="dxa"/>
          </w:tcPr>
          <w:p w14:paraId="1DA9334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7F21F54C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67A5A6CC" w14:textId="77777777">
        <w:tc>
          <w:tcPr>
            <w:tcW w:w="850" w:type="dxa"/>
          </w:tcPr>
          <w:p w14:paraId="4183630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120</w:t>
            </w:r>
          </w:p>
        </w:tc>
        <w:tc>
          <w:tcPr>
            <w:tcW w:w="567" w:type="dxa"/>
          </w:tcPr>
          <w:p w14:paraId="687AEDC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4F014DF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00184EE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3F96BAEC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S83I</w:t>
            </w:r>
          </w:p>
        </w:tc>
        <w:tc>
          <w:tcPr>
            <w:tcW w:w="1417" w:type="dxa"/>
          </w:tcPr>
          <w:p w14:paraId="148DB78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1BC62AE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−</w:t>
            </w:r>
          </w:p>
        </w:tc>
        <w:tc>
          <w:tcPr>
            <w:tcW w:w="1757" w:type="dxa"/>
          </w:tcPr>
          <w:p w14:paraId="1C67D11B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S80I (ATC)</w:t>
            </w:r>
          </w:p>
        </w:tc>
        <w:tc>
          <w:tcPr>
            <w:tcW w:w="1191" w:type="dxa"/>
          </w:tcPr>
          <w:p w14:paraId="55CDCAB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52E649AF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355D5F6C" w14:textId="77777777">
        <w:tc>
          <w:tcPr>
            <w:tcW w:w="850" w:type="dxa"/>
          </w:tcPr>
          <w:p w14:paraId="58FCD35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124</w:t>
            </w:r>
          </w:p>
        </w:tc>
        <w:tc>
          <w:tcPr>
            <w:tcW w:w="567" w:type="dxa"/>
          </w:tcPr>
          <w:p w14:paraId="7644E51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4C162C9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09B9EA1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3C56152D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4D77284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6F50155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6E4F6845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wild</w:t>
            </w:r>
          </w:p>
        </w:tc>
        <w:tc>
          <w:tcPr>
            <w:tcW w:w="1191" w:type="dxa"/>
          </w:tcPr>
          <w:p w14:paraId="77600BC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3AB10D70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29B7AD2D" w14:textId="77777777">
        <w:tc>
          <w:tcPr>
            <w:tcW w:w="850" w:type="dxa"/>
          </w:tcPr>
          <w:p w14:paraId="5A2294F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25</w:t>
            </w:r>
          </w:p>
        </w:tc>
        <w:tc>
          <w:tcPr>
            <w:tcW w:w="567" w:type="dxa"/>
          </w:tcPr>
          <w:p w14:paraId="7BBA972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4046C7C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766B181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05886C20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5DA8B09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2B8C383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3D55BD98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wild</w:t>
            </w:r>
          </w:p>
        </w:tc>
        <w:tc>
          <w:tcPr>
            <w:tcW w:w="1191" w:type="dxa"/>
          </w:tcPr>
          <w:p w14:paraId="1D5756B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3AA6BD44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1137277A" w14:textId="77777777">
        <w:tc>
          <w:tcPr>
            <w:tcW w:w="850" w:type="dxa"/>
          </w:tcPr>
          <w:p w14:paraId="067B582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27</w:t>
            </w:r>
          </w:p>
        </w:tc>
        <w:tc>
          <w:tcPr>
            <w:tcW w:w="567" w:type="dxa"/>
          </w:tcPr>
          <w:p w14:paraId="44F1FB4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1242B41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24034DD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2DCD09A4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2DF7B3B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12B5625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538AAA07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wild</w:t>
            </w:r>
          </w:p>
        </w:tc>
        <w:tc>
          <w:tcPr>
            <w:tcW w:w="1191" w:type="dxa"/>
          </w:tcPr>
          <w:p w14:paraId="09A9A32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4BE45253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086507B6" w14:textId="77777777">
        <w:tc>
          <w:tcPr>
            <w:tcW w:w="850" w:type="dxa"/>
          </w:tcPr>
          <w:p w14:paraId="0BF2275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36</w:t>
            </w:r>
          </w:p>
        </w:tc>
        <w:tc>
          <w:tcPr>
            <w:tcW w:w="567" w:type="dxa"/>
          </w:tcPr>
          <w:p w14:paraId="63DB50E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6FBA844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61718F0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5C87F2E7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667E641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19D23D2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31805ACE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wild</w:t>
            </w:r>
          </w:p>
        </w:tc>
        <w:tc>
          <w:tcPr>
            <w:tcW w:w="1191" w:type="dxa"/>
          </w:tcPr>
          <w:p w14:paraId="24286AA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3D914085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4EE0D162" w14:textId="77777777">
        <w:tc>
          <w:tcPr>
            <w:tcW w:w="850" w:type="dxa"/>
          </w:tcPr>
          <w:p w14:paraId="26E578F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42</w:t>
            </w:r>
          </w:p>
        </w:tc>
        <w:tc>
          <w:tcPr>
            <w:tcW w:w="567" w:type="dxa"/>
          </w:tcPr>
          <w:p w14:paraId="4C5F00F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73B3C32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5253032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55AC50AC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4E9FB31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5FA68D0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137D9300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wild</w:t>
            </w:r>
          </w:p>
        </w:tc>
        <w:tc>
          <w:tcPr>
            <w:tcW w:w="1191" w:type="dxa"/>
          </w:tcPr>
          <w:p w14:paraId="537D1CB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01C3C81E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0E2D327F" w14:textId="77777777">
        <w:tc>
          <w:tcPr>
            <w:tcW w:w="850" w:type="dxa"/>
          </w:tcPr>
          <w:p w14:paraId="21CD761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58</w:t>
            </w:r>
          </w:p>
        </w:tc>
        <w:tc>
          <w:tcPr>
            <w:tcW w:w="567" w:type="dxa"/>
          </w:tcPr>
          <w:p w14:paraId="6237565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7FF95F7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1CCF3F3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55B97181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46444F1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459BB89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020472E3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wild</w:t>
            </w:r>
          </w:p>
        </w:tc>
        <w:tc>
          <w:tcPr>
            <w:tcW w:w="1191" w:type="dxa"/>
          </w:tcPr>
          <w:p w14:paraId="7FB82AA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57485D39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5B6F163F" w14:textId="77777777">
        <w:tc>
          <w:tcPr>
            <w:tcW w:w="850" w:type="dxa"/>
          </w:tcPr>
          <w:p w14:paraId="76F6DCF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64</w:t>
            </w:r>
          </w:p>
        </w:tc>
        <w:tc>
          <w:tcPr>
            <w:tcW w:w="567" w:type="dxa"/>
          </w:tcPr>
          <w:p w14:paraId="7788F89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5CB52CC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2D84384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44707933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29E67F3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0AAADA6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5788E267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wild</w:t>
            </w:r>
          </w:p>
        </w:tc>
        <w:tc>
          <w:tcPr>
            <w:tcW w:w="1191" w:type="dxa"/>
          </w:tcPr>
          <w:p w14:paraId="39626C7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0FE83CBF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1B1845BB" w14:textId="77777777">
        <w:tc>
          <w:tcPr>
            <w:tcW w:w="850" w:type="dxa"/>
          </w:tcPr>
          <w:p w14:paraId="4FB544D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66</w:t>
            </w:r>
          </w:p>
        </w:tc>
        <w:tc>
          <w:tcPr>
            <w:tcW w:w="567" w:type="dxa"/>
          </w:tcPr>
          <w:p w14:paraId="781E5FF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4054769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0356ACC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2F2EA53C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2B85B3F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43558A9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43B24208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wild</w:t>
            </w:r>
          </w:p>
        </w:tc>
        <w:tc>
          <w:tcPr>
            <w:tcW w:w="1191" w:type="dxa"/>
          </w:tcPr>
          <w:p w14:paraId="289C06D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04BE7EEF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699AD720" w14:textId="77777777">
        <w:tc>
          <w:tcPr>
            <w:tcW w:w="850" w:type="dxa"/>
          </w:tcPr>
          <w:p w14:paraId="0D37E58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67</w:t>
            </w:r>
          </w:p>
        </w:tc>
        <w:tc>
          <w:tcPr>
            <w:tcW w:w="567" w:type="dxa"/>
          </w:tcPr>
          <w:p w14:paraId="346D810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67FABAB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18DAA10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16615900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2FA0105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2A9FD46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50A4B52F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wild</w:t>
            </w:r>
          </w:p>
        </w:tc>
        <w:tc>
          <w:tcPr>
            <w:tcW w:w="1191" w:type="dxa"/>
          </w:tcPr>
          <w:p w14:paraId="59C79B4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599CA60B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09BF5E6C" w14:textId="77777777">
        <w:tc>
          <w:tcPr>
            <w:tcW w:w="850" w:type="dxa"/>
          </w:tcPr>
          <w:p w14:paraId="743BCC6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68</w:t>
            </w:r>
          </w:p>
        </w:tc>
        <w:tc>
          <w:tcPr>
            <w:tcW w:w="567" w:type="dxa"/>
          </w:tcPr>
          <w:p w14:paraId="351C725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1F5B4A0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0C32A60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0E187E6A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5CB6657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5C60B3C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04DE59DA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wild</w:t>
            </w:r>
          </w:p>
        </w:tc>
        <w:tc>
          <w:tcPr>
            <w:tcW w:w="1191" w:type="dxa"/>
          </w:tcPr>
          <w:p w14:paraId="6129B14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1782A34C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509DBE1A" w14:textId="77777777">
        <w:tc>
          <w:tcPr>
            <w:tcW w:w="850" w:type="dxa"/>
          </w:tcPr>
          <w:p w14:paraId="0D96177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lastRenderedPageBreak/>
              <w:t>70</w:t>
            </w:r>
          </w:p>
        </w:tc>
        <w:tc>
          <w:tcPr>
            <w:tcW w:w="567" w:type="dxa"/>
          </w:tcPr>
          <w:p w14:paraId="520F465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2F093E3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10A54F1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30D860FA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780D2A1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2C13A07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07FF2057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wild</w:t>
            </w:r>
          </w:p>
        </w:tc>
        <w:tc>
          <w:tcPr>
            <w:tcW w:w="1191" w:type="dxa"/>
          </w:tcPr>
          <w:p w14:paraId="618864C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488FD2FB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459DF53F" w14:textId="77777777">
        <w:tc>
          <w:tcPr>
            <w:tcW w:w="850" w:type="dxa"/>
          </w:tcPr>
          <w:p w14:paraId="4E92B9E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71</w:t>
            </w:r>
          </w:p>
        </w:tc>
        <w:tc>
          <w:tcPr>
            <w:tcW w:w="567" w:type="dxa"/>
          </w:tcPr>
          <w:p w14:paraId="6DF266D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076078D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1B077F4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09AABE15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764AE5B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325AD51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61AE0E99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wild</w:t>
            </w:r>
          </w:p>
        </w:tc>
        <w:tc>
          <w:tcPr>
            <w:tcW w:w="1191" w:type="dxa"/>
          </w:tcPr>
          <w:p w14:paraId="6D7300B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6FEF2CFE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65344F81" w14:textId="77777777">
        <w:tc>
          <w:tcPr>
            <w:tcW w:w="850" w:type="dxa"/>
          </w:tcPr>
          <w:p w14:paraId="57D65E2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73</w:t>
            </w:r>
          </w:p>
        </w:tc>
        <w:tc>
          <w:tcPr>
            <w:tcW w:w="567" w:type="dxa"/>
          </w:tcPr>
          <w:p w14:paraId="55E7106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1C6E150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4629181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318EEC53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530CF32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32DA336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77F2F4BE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wild</w:t>
            </w:r>
          </w:p>
        </w:tc>
        <w:tc>
          <w:tcPr>
            <w:tcW w:w="1191" w:type="dxa"/>
          </w:tcPr>
          <w:p w14:paraId="3EA426A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3A6C3B86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79076EFB" w14:textId="77777777">
        <w:tc>
          <w:tcPr>
            <w:tcW w:w="850" w:type="dxa"/>
          </w:tcPr>
          <w:p w14:paraId="22DB012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76</w:t>
            </w:r>
          </w:p>
        </w:tc>
        <w:tc>
          <w:tcPr>
            <w:tcW w:w="567" w:type="dxa"/>
          </w:tcPr>
          <w:p w14:paraId="46C8D1B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2123614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6557D94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763755A0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43DCDD5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0B2493D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1548B09E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wild</w:t>
            </w:r>
          </w:p>
        </w:tc>
        <w:tc>
          <w:tcPr>
            <w:tcW w:w="1191" w:type="dxa"/>
          </w:tcPr>
          <w:p w14:paraId="20AC6D8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11F181A6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41E27198" w14:textId="77777777">
        <w:tc>
          <w:tcPr>
            <w:tcW w:w="850" w:type="dxa"/>
          </w:tcPr>
          <w:p w14:paraId="2D397D6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82</w:t>
            </w:r>
          </w:p>
        </w:tc>
        <w:tc>
          <w:tcPr>
            <w:tcW w:w="567" w:type="dxa"/>
          </w:tcPr>
          <w:p w14:paraId="118DD4A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0924EA6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68407CE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0D0498D1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046736D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06AE757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6DDD675D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wild</w:t>
            </w:r>
          </w:p>
        </w:tc>
        <w:tc>
          <w:tcPr>
            <w:tcW w:w="1191" w:type="dxa"/>
          </w:tcPr>
          <w:p w14:paraId="61D354C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0367D852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6350F45E" w14:textId="77777777">
        <w:tc>
          <w:tcPr>
            <w:tcW w:w="850" w:type="dxa"/>
          </w:tcPr>
          <w:p w14:paraId="272CA9B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86</w:t>
            </w:r>
          </w:p>
        </w:tc>
        <w:tc>
          <w:tcPr>
            <w:tcW w:w="567" w:type="dxa"/>
          </w:tcPr>
          <w:p w14:paraId="77778E9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40A74BF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6D1B2E3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46C8866A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15D95E5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4F05BEB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2A719340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wild</w:t>
            </w:r>
          </w:p>
        </w:tc>
        <w:tc>
          <w:tcPr>
            <w:tcW w:w="1191" w:type="dxa"/>
          </w:tcPr>
          <w:p w14:paraId="622AB6E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1BB75552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4FED078E" w14:textId="77777777">
        <w:tc>
          <w:tcPr>
            <w:tcW w:w="850" w:type="dxa"/>
          </w:tcPr>
          <w:p w14:paraId="33BBA23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87</w:t>
            </w:r>
          </w:p>
        </w:tc>
        <w:tc>
          <w:tcPr>
            <w:tcW w:w="567" w:type="dxa"/>
          </w:tcPr>
          <w:p w14:paraId="404B4A0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23631EB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2C9F4E1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7682C35B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118D6A7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7939A94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3420BB8D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wild</w:t>
            </w:r>
          </w:p>
        </w:tc>
        <w:tc>
          <w:tcPr>
            <w:tcW w:w="1191" w:type="dxa"/>
          </w:tcPr>
          <w:p w14:paraId="66C7DC4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1C5A5148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1B65D93C" w14:textId="77777777">
        <w:tc>
          <w:tcPr>
            <w:tcW w:w="850" w:type="dxa"/>
          </w:tcPr>
          <w:p w14:paraId="5347A89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88</w:t>
            </w:r>
          </w:p>
        </w:tc>
        <w:tc>
          <w:tcPr>
            <w:tcW w:w="567" w:type="dxa"/>
          </w:tcPr>
          <w:p w14:paraId="7F1C09D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71B34F0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06EBC78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1E52C6B0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689D015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6A49314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14F58136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wild</w:t>
            </w:r>
          </w:p>
        </w:tc>
        <w:tc>
          <w:tcPr>
            <w:tcW w:w="1191" w:type="dxa"/>
          </w:tcPr>
          <w:p w14:paraId="296AC27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7FB344DD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1CAC25FB" w14:textId="77777777">
        <w:tc>
          <w:tcPr>
            <w:tcW w:w="850" w:type="dxa"/>
          </w:tcPr>
          <w:p w14:paraId="2D4B8B8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90</w:t>
            </w:r>
          </w:p>
        </w:tc>
        <w:tc>
          <w:tcPr>
            <w:tcW w:w="567" w:type="dxa"/>
          </w:tcPr>
          <w:p w14:paraId="4634340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5BBD9C2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141D792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49BDFBAD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186CF74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27568FE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3EDB13C4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wild</w:t>
            </w:r>
          </w:p>
        </w:tc>
        <w:tc>
          <w:tcPr>
            <w:tcW w:w="1191" w:type="dxa"/>
          </w:tcPr>
          <w:p w14:paraId="75921C4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01545E23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462141C1" w14:textId="77777777">
        <w:tc>
          <w:tcPr>
            <w:tcW w:w="850" w:type="dxa"/>
          </w:tcPr>
          <w:p w14:paraId="1339C9A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92</w:t>
            </w:r>
          </w:p>
        </w:tc>
        <w:tc>
          <w:tcPr>
            <w:tcW w:w="567" w:type="dxa"/>
          </w:tcPr>
          <w:p w14:paraId="2AFADFB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7565DE0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60030FD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70828463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5A1DC46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43044F6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1766EDCC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wild</w:t>
            </w:r>
          </w:p>
        </w:tc>
        <w:tc>
          <w:tcPr>
            <w:tcW w:w="1191" w:type="dxa"/>
          </w:tcPr>
          <w:p w14:paraId="62BD7A9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1A1581CC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3C65C95F" w14:textId="77777777">
        <w:tc>
          <w:tcPr>
            <w:tcW w:w="850" w:type="dxa"/>
          </w:tcPr>
          <w:p w14:paraId="04E4705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105</w:t>
            </w:r>
          </w:p>
        </w:tc>
        <w:tc>
          <w:tcPr>
            <w:tcW w:w="567" w:type="dxa"/>
          </w:tcPr>
          <w:p w14:paraId="4AB7852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7D7C6CE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2969DEA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5D8FDB06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72D2690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0D13B79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4877D0EF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wild</w:t>
            </w:r>
          </w:p>
        </w:tc>
        <w:tc>
          <w:tcPr>
            <w:tcW w:w="1191" w:type="dxa"/>
          </w:tcPr>
          <w:p w14:paraId="379744E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413C2BB6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443D1A8E" w14:textId="77777777">
        <w:tc>
          <w:tcPr>
            <w:tcW w:w="850" w:type="dxa"/>
          </w:tcPr>
          <w:p w14:paraId="27EB1CB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108</w:t>
            </w:r>
          </w:p>
        </w:tc>
        <w:tc>
          <w:tcPr>
            <w:tcW w:w="567" w:type="dxa"/>
          </w:tcPr>
          <w:p w14:paraId="01B8DB0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2BB7EA9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49AEB80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4ED614D2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05E98BF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6BAA533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004888A8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wild</w:t>
            </w:r>
          </w:p>
        </w:tc>
        <w:tc>
          <w:tcPr>
            <w:tcW w:w="1191" w:type="dxa"/>
          </w:tcPr>
          <w:p w14:paraId="79AF56B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569F9C54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7DC3F26C" w14:textId="77777777">
        <w:tc>
          <w:tcPr>
            <w:tcW w:w="850" w:type="dxa"/>
          </w:tcPr>
          <w:p w14:paraId="7730A3D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109</w:t>
            </w:r>
          </w:p>
        </w:tc>
        <w:tc>
          <w:tcPr>
            <w:tcW w:w="567" w:type="dxa"/>
          </w:tcPr>
          <w:p w14:paraId="200A11F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3D5F5C9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0E6FC10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704C2D62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357609A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0C5C373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48BFD928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wild</w:t>
            </w:r>
          </w:p>
        </w:tc>
        <w:tc>
          <w:tcPr>
            <w:tcW w:w="1191" w:type="dxa"/>
          </w:tcPr>
          <w:p w14:paraId="02FA9DA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637E4257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166CA507" w14:textId="77777777">
        <w:tc>
          <w:tcPr>
            <w:tcW w:w="850" w:type="dxa"/>
          </w:tcPr>
          <w:p w14:paraId="613822E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116</w:t>
            </w:r>
          </w:p>
        </w:tc>
        <w:tc>
          <w:tcPr>
            <w:tcW w:w="567" w:type="dxa"/>
          </w:tcPr>
          <w:p w14:paraId="419EDF2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06E333E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554B1E3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3DD373D5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740F874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12C55A8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382FB00F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wild</w:t>
            </w:r>
          </w:p>
        </w:tc>
        <w:tc>
          <w:tcPr>
            <w:tcW w:w="1191" w:type="dxa"/>
          </w:tcPr>
          <w:p w14:paraId="18820B5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4FF8CA10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7CD05D8F" w14:textId="77777777">
        <w:tc>
          <w:tcPr>
            <w:tcW w:w="850" w:type="dxa"/>
          </w:tcPr>
          <w:p w14:paraId="6103AF8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122</w:t>
            </w:r>
          </w:p>
        </w:tc>
        <w:tc>
          <w:tcPr>
            <w:tcW w:w="567" w:type="dxa"/>
          </w:tcPr>
          <w:p w14:paraId="6571611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49A5F4F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7EB454A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67200366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522F489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7B003E8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536B253E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wild</w:t>
            </w:r>
          </w:p>
        </w:tc>
        <w:tc>
          <w:tcPr>
            <w:tcW w:w="1191" w:type="dxa"/>
          </w:tcPr>
          <w:p w14:paraId="5080ACE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737579D9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641662B7" w14:textId="77777777">
        <w:tc>
          <w:tcPr>
            <w:tcW w:w="850" w:type="dxa"/>
          </w:tcPr>
          <w:p w14:paraId="60A22E2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123</w:t>
            </w:r>
          </w:p>
        </w:tc>
        <w:tc>
          <w:tcPr>
            <w:tcW w:w="567" w:type="dxa"/>
          </w:tcPr>
          <w:p w14:paraId="48D1B46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3003E27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201498E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513B6276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6E3D22B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3A694B6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747F6E22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wild</w:t>
            </w:r>
          </w:p>
        </w:tc>
        <w:tc>
          <w:tcPr>
            <w:tcW w:w="1191" w:type="dxa"/>
          </w:tcPr>
          <w:p w14:paraId="57B110E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3EE14B66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069BE6F1" w14:textId="77777777">
        <w:tc>
          <w:tcPr>
            <w:tcW w:w="850" w:type="dxa"/>
          </w:tcPr>
          <w:p w14:paraId="49D5FE7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125</w:t>
            </w:r>
          </w:p>
        </w:tc>
        <w:tc>
          <w:tcPr>
            <w:tcW w:w="567" w:type="dxa"/>
          </w:tcPr>
          <w:p w14:paraId="318F077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571E7F4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48069EB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4103A1FB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not amplifiable</w:t>
            </w:r>
          </w:p>
        </w:tc>
        <w:tc>
          <w:tcPr>
            <w:tcW w:w="1417" w:type="dxa"/>
          </w:tcPr>
          <w:p w14:paraId="4369E94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51284E5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12526D39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wild</w:t>
            </w:r>
          </w:p>
        </w:tc>
        <w:tc>
          <w:tcPr>
            <w:tcW w:w="1191" w:type="dxa"/>
          </w:tcPr>
          <w:p w14:paraId="7F34E2B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2AEAA3D5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711DB956" w14:textId="77777777">
        <w:tc>
          <w:tcPr>
            <w:tcW w:w="850" w:type="dxa"/>
          </w:tcPr>
          <w:p w14:paraId="25F766B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126</w:t>
            </w:r>
          </w:p>
        </w:tc>
        <w:tc>
          <w:tcPr>
            <w:tcW w:w="567" w:type="dxa"/>
          </w:tcPr>
          <w:p w14:paraId="1F2D73E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2DC3EF1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50B8D39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5D9B5B6B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2C0EFDD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562D4FD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235CB510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wild</w:t>
            </w:r>
          </w:p>
        </w:tc>
        <w:tc>
          <w:tcPr>
            <w:tcW w:w="1191" w:type="dxa"/>
          </w:tcPr>
          <w:p w14:paraId="369AE50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6F50280F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68CA045D" w14:textId="77777777">
        <w:tc>
          <w:tcPr>
            <w:tcW w:w="850" w:type="dxa"/>
          </w:tcPr>
          <w:p w14:paraId="1C5C1C0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127</w:t>
            </w:r>
          </w:p>
        </w:tc>
        <w:tc>
          <w:tcPr>
            <w:tcW w:w="567" w:type="dxa"/>
          </w:tcPr>
          <w:p w14:paraId="14AC98F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3C74A30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619E397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0E0ED3B0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69DBB16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2C3255B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</w:tcPr>
          <w:p w14:paraId="220E8939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wild</w:t>
            </w:r>
          </w:p>
        </w:tc>
        <w:tc>
          <w:tcPr>
            <w:tcW w:w="1191" w:type="dxa"/>
          </w:tcPr>
          <w:p w14:paraId="22B3175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4B9330F5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049442C3" w14:textId="77777777">
        <w:tc>
          <w:tcPr>
            <w:tcW w:w="850" w:type="dxa"/>
            <w:tcBorders>
              <w:bottom w:val="single" w:sz="4" w:space="0" w:color="000000"/>
            </w:tcBorders>
          </w:tcPr>
          <w:p w14:paraId="29164A1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128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57241F5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1FD2B95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721D716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  <w:tcBorders>
              <w:bottom w:val="single" w:sz="4" w:space="0" w:color="000000"/>
            </w:tcBorders>
          </w:tcPr>
          <w:p w14:paraId="6E93A593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3143E4A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14A8867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757" w:type="dxa"/>
            <w:tcBorders>
              <w:bottom w:val="single" w:sz="4" w:space="0" w:color="000000"/>
            </w:tcBorders>
          </w:tcPr>
          <w:p w14:paraId="203B0688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S80 wild</w:t>
            </w:r>
          </w:p>
        </w:tc>
        <w:tc>
          <w:tcPr>
            <w:tcW w:w="1191" w:type="dxa"/>
            <w:tcBorders>
              <w:bottom w:val="single" w:sz="4" w:space="0" w:color="000000"/>
            </w:tcBorders>
          </w:tcPr>
          <w:p w14:paraId="1376429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  <w:tcBorders>
              <w:bottom w:val="single" w:sz="4" w:space="0" w:color="000000"/>
            </w:tcBorders>
          </w:tcPr>
          <w:p w14:paraId="3AE52A4B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7B8679BA" w14:textId="77777777">
        <w:tc>
          <w:tcPr>
            <w:tcW w:w="1531" w:type="dxa"/>
            <w:gridSpan w:val="10"/>
          </w:tcPr>
          <w:p w14:paraId="46D1D934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b/>
                <w:i/>
                <w:sz w:val="19"/>
              </w:rPr>
              <w:t>Proteus mirabilis</w:t>
            </w:r>
            <w:r>
              <w:rPr>
                <w:rFonts w:ascii="Arial" w:hAnsi="Arial"/>
                <w:b/>
                <w:sz w:val="19"/>
              </w:rPr>
              <w:t xml:space="preserve">   (n = 51)</w:t>
            </w:r>
          </w:p>
        </w:tc>
      </w:tr>
      <w:tr w:rsidR="006E404C" w14:paraId="73721B20" w14:textId="77777777">
        <w:tc>
          <w:tcPr>
            <w:tcW w:w="850" w:type="dxa"/>
            <w:tcBorders>
              <w:bottom w:val="single" w:sz="4" w:space="0" w:color="000000"/>
            </w:tcBorders>
          </w:tcPr>
          <w:p w14:paraId="70F8CC9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Sample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14:paraId="13CE2FD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CIP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680E741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GyrA crRNA</w:t>
            </w:r>
            <w:r>
              <w:br/>
            </w:r>
            <w:r>
              <w:rPr>
                <w:rFonts w:ascii="Arial" w:hAnsi="Arial"/>
                <w:b/>
                <w:sz w:val="16"/>
              </w:rPr>
              <w:t>(S83I, ATT)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0D87A10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—</w:t>
            </w:r>
          </w:p>
        </w:tc>
        <w:tc>
          <w:tcPr>
            <w:tcW w:w="2098" w:type="dxa"/>
            <w:tcBorders>
              <w:bottom w:val="single" w:sz="4" w:space="0" w:color="000000"/>
            </w:tcBorders>
          </w:tcPr>
          <w:p w14:paraId="2739056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GyrA sequencing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5191DA7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—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63763BE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—</w:t>
            </w:r>
          </w:p>
        </w:tc>
        <w:tc>
          <w:tcPr>
            <w:tcW w:w="1757" w:type="dxa"/>
            <w:tcBorders>
              <w:bottom w:val="single" w:sz="4" w:space="0" w:color="000000"/>
            </w:tcBorders>
          </w:tcPr>
          <w:p w14:paraId="49E5DE3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—</w:t>
            </w:r>
          </w:p>
        </w:tc>
        <w:tc>
          <w:tcPr>
            <w:tcW w:w="1191" w:type="dxa"/>
            <w:tcBorders>
              <w:bottom w:val="single" w:sz="4" w:space="0" w:color="000000"/>
            </w:tcBorders>
          </w:tcPr>
          <w:p w14:paraId="128BE6F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—</w:t>
            </w:r>
          </w:p>
        </w:tc>
        <w:tc>
          <w:tcPr>
            <w:tcW w:w="1531" w:type="dxa"/>
            <w:tcBorders>
              <w:bottom w:val="single" w:sz="4" w:space="0" w:color="000000"/>
            </w:tcBorders>
          </w:tcPr>
          <w:p w14:paraId="1C29320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—</w:t>
            </w:r>
          </w:p>
        </w:tc>
      </w:tr>
      <w:tr w:rsidR="006E404C" w14:paraId="3EDAC406" w14:textId="77777777">
        <w:tc>
          <w:tcPr>
            <w:tcW w:w="850" w:type="dxa"/>
          </w:tcPr>
          <w:p w14:paraId="7B8784D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15</w:t>
            </w:r>
          </w:p>
        </w:tc>
        <w:tc>
          <w:tcPr>
            <w:tcW w:w="567" w:type="dxa"/>
          </w:tcPr>
          <w:p w14:paraId="19014EB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62362F2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417" w:type="dxa"/>
          </w:tcPr>
          <w:p w14:paraId="53BCC9F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0C9D8CF6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S83I (ATT)</w:t>
            </w:r>
          </w:p>
        </w:tc>
        <w:tc>
          <w:tcPr>
            <w:tcW w:w="1417" w:type="dxa"/>
          </w:tcPr>
          <w:p w14:paraId="133566A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02AED6E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0876258C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378B1AF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6E975668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7CDC3434" w14:textId="77777777">
        <w:tc>
          <w:tcPr>
            <w:tcW w:w="850" w:type="dxa"/>
          </w:tcPr>
          <w:p w14:paraId="699EF7E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57</w:t>
            </w:r>
          </w:p>
        </w:tc>
        <w:tc>
          <w:tcPr>
            <w:tcW w:w="567" w:type="dxa"/>
          </w:tcPr>
          <w:p w14:paraId="1299AEC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2CD2581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417" w:type="dxa"/>
          </w:tcPr>
          <w:p w14:paraId="1C8B323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231348F8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S83I (ATT)</w:t>
            </w:r>
          </w:p>
        </w:tc>
        <w:tc>
          <w:tcPr>
            <w:tcW w:w="1417" w:type="dxa"/>
          </w:tcPr>
          <w:p w14:paraId="35E320C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656CF4C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1FF6DCD2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5C82210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073AFBD8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0D9A5022" w14:textId="77777777">
        <w:tc>
          <w:tcPr>
            <w:tcW w:w="850" w:type="dxa"/>
          </w:tcPr>
          <w:p w14:paraId="26CBAB9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74</w:t>
            </w:r>
          </w:p>
        </w:tc>
        <w:tc>
          <w:tcPr>
            <w:tcW w:w="567" w:type="dxa"/>
          </w:tcPr>
          <w:p w14:paraId="6E81E37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08004DD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417" w:type="dxa"/>
          </w:tcPr>
          <w:p w14:paraId="0EB7ADB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378F1EB1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S83I (ATT)</w:t>
            </w:r>
          </w:p>
        </w:tc>
        <w:tc>
          <w:tcPr>
            <w:tcW w:w="1417" w:type="dxa"/>
          </w:tcPr>
          <w:p w14:paraId="0899396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793BFAB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0D0EE1BB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0EF677E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2062E93B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35AC5EAE" w14:textId="77777777">
        <w:tc>
          <w:tcPr>
            <w:tcW w:w="850" w:type="dxa"/>
          </w:tcPr>
          <w:p w14:paraId="7400D7B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78</w:t>
            </w:r>
          </w:p>
        </w:tc>
        <w:tc>
          <w:tcPr>
            <w:tcW w:w="567" w:type="dxa"/>
          </w:tcPr>
          <w:p w14:paraId="5F600CC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02D7EA6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417" w:type="dxa"/>
          </w:tcPr>
          <w:p w14:paraId="3048CB7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73B2375F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S83I (ATT)</w:t>
            </w:r>
          </w:p>
        </w:tc>
        <w:tc>
          <w:tcPr>
            <w:tcW w:w="1417" w:type="dxa"/>
          </w:tcPr>
          <w:p w14:paraId="17032FA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7046C73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66549A3C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56ADDE5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6736A031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079928A2" w14:textId="77777777">
        <w:tc>
          <w:tcPr>
            <w:tcW w:w="850" w:type="dxa"/>
          </w:tcPr>
          <w:p w14:paraId="30B8FBC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79</w:t>
            </w:r>
          </w:p>
        </w:tc>
        <w:tc>
          <w:tcPr>
            <w:tcW w:w="567" w:type="dxa"/>
          </w:tcPr>
          <w:p w14:paraId="439EB39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3A5D771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417" w:type="dxa"/>
          </w:tcPr>
          <w:p w14:paraId="2EAE53C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70D1738D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S83I (ATT)</w:t>
            </w:r>
          </w:p>
        </w:tc>
        <w:tc>
          <w:tcPr>
            <w:tcW w:w="1417" w:type="dxa"/>
          </w:tcPr>
          <w:p w14:paraId="2E4ADC2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08EC048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61778D42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4272F65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4F62425F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6A462C36" w14:textId="77777777">
        <w:tc>
          <w:tcPr>
            <w:tcW w:w="850" w:type="dxa"/>
          </w:tcPr>
          <w:p w14:paraId="19B8747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83</w:t>
            </w:r>
          </w:p>
        </w:tc>
        <w:tc>
          <w:tcPr>
            <w:tcW w:w="567" w:type="dxa"/>
          </w:tcPr>
          <w:p w14:paraId="5458DA1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6FB45F0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417" w:type="dxa"/>
          </w:tcPr>
          <w:p w14:paraId="75AF71B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66AADE16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S83I (ATT)</w:t>
            </w:r>
          </w:p>
        </w:tc>
        <w:tc>
          <w:tcPr>
            <w:tcW w:w="1417" w:type="dxa"/>
          </w:tcPr>
          <w:p w14:paraId="4416D30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3AAA6FA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37898D9E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330AB23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3C642E04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34681279" w14:textId="77777777">
        <w:tc>
          <w:tcPr>
            <w:tcW w:w="850" w:type="dxa"/>
          </w:tcPr>
          <w:p w14:paraId="211B0EE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96</w:t>
            </w:r>
          </w:p>
        </w:tc>
        <w:tc>
          <w:tcPr>
            <w:tcW w:w="567" w:type="dxa"/>
          </w:tcPr>
          <w:p w14:paraId="2616798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473FD9F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417" w:type="dxa"/>
          </w:tcPr>
          <w:p w14:paraId="779A015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6A3174CA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S83I (ATT)</w:t>
            </w:r>
          </w:p>
        </w:tc>
        <w:tc>
          <w:tcPr>
            <w:tcW w:w="1417" w:type="dxa"/>
          </w:tcPr>
          <w:p w14:paraId="065A46A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5055ED6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0B82709A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26267D0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2D97D235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1E39F6A4" w14:textId="77777777">
        <w:tc>
          <w:tcPr>
            <w:tcW w:w="850" w:type="dxa"/>
          </w:tcPr>
          <w:p w14:paraId="17996FE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100</w:t>
            </w:r>
          </w:p>
        </w:tc>
        <w:tc>
          <w:tcPr>
            <w:tcW w:w="567" w:type="dxa"/>
          </w:tcPr>
          <w:p w14:paraId="74675A8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3C096DF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417" w:type="dxa"/>
          </w:tcPr>
          <w:p w14:paraId="50CCBD7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598CD65E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S83I (ATT)</w:t>
            </w:r>
          </w:p>
        </w:tc>
        <w:tc>
          <w:tcPr>
            <w:tcW w:w="1417" w:type="dxa"/>
          </w:tcPr>
          <w:p w14:paraId="0B08BC1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6923FC4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2491B4F7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04D82FA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74A94E9E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75A7A4E1" w14:textId="77777777">
        <w:tc>
          <w:tcPr>
            <w:tcW w:w="850" w:type="dxa"/>
          </w:tcPr>
          <w:p w14:paraId="30B7B32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101</w:t>
            </w:r>
          </w:p>
        </w:tc>
        <w:tc>
          <w:tcPr>
            <w:tcW w:w="567" w:type="dxa"/>
          </w:tcPr>
          <w:p w14:paraId="1260437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12083E5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417" w:type="dxa"/>
          </w:tcPr>
          <w:p w14:paraId="614B4AF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2088DA80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S83I (ATT)</w:t>
            </w:r>
          </w:p>
        </w:tc>
        <w:tc>
          <w:tcPr>
            <w:tcW w:w="1417" w:type="dxa"/>
          </w:tcPr>
          <w:p w14:paraId="3D332D6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6F60A3A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69730718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7CE4243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574E65E3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06BCA18A" w14:textId="77777777">
        <w:tc>
          <w:tcPr>
            <w:tcW w:w="850" w:type="dxa"/>
          </w:tcPr>
          <w:p w14:paraId="3B6D4FC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107</w:t>
            </w:r>
          </w:p>
        </w:tc>
        <w:tc>
          <w:tcPr>
            <w:tcW w:w="567" w:type="dxa"/>
          </w:tcPr>
          <w:p w14:paraId="6B99C7C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0591F24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417" w:type="dxa"/>
          </w:tcPr>
          <w:p w14:paraId="4B07CD9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05668D6C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S83I (ATT)</w:t>
            </w:r>
          </w:p>
        </w:tc>
        <w:tc>
          <w:tcPr>
            <w:tcW w:w="1417" w:type="dxa"/>
          </w:tcPr>
          <w:p w14:paraId="4A4C15D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63EFB0E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7D61694C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1D11865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445B89A7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55342F53" w14:textId="77777777">
        <w:tc>
          <w:tcPr>
            <w:tcW w:w="850" w:type="dxa"/>
          </w:tcPr>
          <w:p w14:paraId="0D8DE4C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115</w:t>
            </w:r>
          </w:p>
        </w:tc>
        <w:tc>
          <w:tcPr>
            <w:tcW w:w="567" w:type="dxa"/>
          </w:tcPr>
          <w:p w14:paraId="178D8DB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2C836C6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417" w:type="dxa"/>
          </w:tcPr>
          <w:p w14:paraId="48E2254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26BCCC51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S83I (ATT)</w:t>
            </w:r>
          </w:p>
        </w:tc>
        <w:tc>
          <w:tcPr>
            <w:tcW w:w="1417" w:type="dxa"/>
          </w:tcPr>
          <w:p w14:paraId="33F709C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273E122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134AF7E6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3E14FFF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46AC25D5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4853259D" w14:textId="77777777">
        <w:tc>
          <w:tcPr>
            <w:tcW w:w="850" w:type="dxa"/>
          </w:tcPr>
          <w:p w14:paraId="4E085FE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130</w:t>
            </w:r>
          </w:p>
        </w:tc>
        <w:tc>
          <w:tcPr>
            <w:tcW w:w="567" w:type="dxa"/>
          </w:tcPr>
          <w:p w14:paraId="325468E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6B49380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417" w:type="dxa"/>
          </w:tcPr>
          <w:p w14:paraId="72F7B47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23D33B88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S83I (ATT)</w:t>
            </w:r>
          </w:p>
        </w:tc>
        <w:tc>
          <w:tcPr>
            <w:tcW w:w="1417" w:type="dxa"/>
          </w:tcPr>
          <w:p w14:paraId="799FA57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7C9B0CD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6348427C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662B79A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2CE7812B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3867E63E" w14:textId="77777777">
        <w:tc>
          <w:tcPr>
            <w:tcW w:w="850" w:type="dxa"/>
          </w:tcPr>
          <w:p w14:paraId="38D6CD7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133</w:t>
            </w:r>
          </w:p>
        </w:tc>
        <w:tc>
          <w:tcPr>
            <w:tcW w:w="567" w:type="dxa"/>
          </w:tcPr>
          <w:p w14:paraId="2394B7A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1B574E3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417" w:type="dxa"/>
          </w:tcPr>
          <w:p w14:paraId="7F5FD90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1B1523CE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S83I (ATT)</w:t>
            </w:r>
          </w:p>
        </w:tc>
        <w:tc>
          <w:tcPr>
            <w:tcW w:w="1417" w:type="dxa"/>
          </w:tcPr>
          <w:p w14:paraId="150B55E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6EEB3E0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51B6AA51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67B0CC4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049A8EE0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0FD40254" w14:textId="77777777">
        <w:tc>
          <w:tcPr>
            <w:tcW w:w="850" w:type="dxa"/>
          </w:tcPr>
          <w:p w14:paraId="04F89B3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134</w:t>
            </w:r>
          </w:p>
        </w:tc>
        <w:tc>
          <w:tcPr>
            <w:tcW w:w="567" w:type="dxa"/>
          </w:tcPr>
          <w:p w14:paraId="5067336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222C70A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417" w:type="dxa"/>
          </w:tcPr>
          <w:p w14:paraId="1DEB90C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711D629A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S83I (ATT)</w:t>
            </w:r>
          </w:p>
        </w:tc>
        <w:tc>
          <w:tcPr>
            <w:tcW w:w="1417" w:type="dxa"/>
          </w:tcPr>
          <w:p w14:paraId="0F5C9F0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6F4D13A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7AF8A8AA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306B734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25322577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3A6D50FF" w14:textId="77777777">
        <w:tc>
          <w:tcPr>
            <w:tcW w:w="850" w:type="dxa"/>
          </w:tcPr>
          <w:p w14:paraId="5369F78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137</w:t>
            </w:r>
          </w:p>
        </w:tc>
        <w:tc>
          <w:tcPr>
            <w:tcW w:w="567" w:type="dxa"/>
          </w:tcPr>
          <w:p w14:paraId="234ACE6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07DD8B7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417" w:type="dxa"/>
          </w:tcPr>
          <w:p w14:paraId="593BBDE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63F11BCF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S83I (ATT)</w:t>
            </w:r>
          </w:p>
        </w:tc>
        <w:tc>
          <w:tcPr>
            <w:tcW w:w="1417" w:type="dxa"/>
          </w:tcPr>
          <w:p w14:paraId="33C4CCA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1FED326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69B3C201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302694B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532480C8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6E3DE25C" w14:textId="77777777">
        <w:tc>
          <w:tcPr>
            <w:tcW w:w="850" w:type="dxa"/>
          </w:tcPr>
          <w:p w14:paraId="0EC9266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142</w:t>
            </w:r>
          </w:p>
        </w:tc>
        <w:tc>
          <w:tcPr>
            <w:tcW w:w="567" w:type="dxa"/>
          </w:tcPr>
          <w:p w14:paraId="55D2CFC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1379CC0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417" w:type="dxa"/>
          </w:tcPr>
          <w:p w14:paraId="4294EE0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667B5E73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S83I (ATT)</w:t>
            </w:r>
          </w:p>
        </w:tc>
        <w:tc>
          <w:tcPr>
            <w:tcW w:w="1417" w:type="dxa"/>
          </w:tcPr>
          <w:p w14:paraId="25E3439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1AA3A05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124BDA58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03040B2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4D2DB9CE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4A623D2C" w14:textId="77777777">
        <w:tc>
          <w:tcPr>
            <w:tcW w:w="850" w:type="dxa"/>
          </w:tcPr>
          <w:p w14:paraId="5721E20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144</w:t>
            </w:r>
          </w:p>
        </w:tc>
        <w:tc>
          <w:tcPr>
            <w:tcW w:w="567" w:type="dxa"/>
          </w:tcPr>
          <w:p w14:paraId="49E9E5A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2D1C758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417" w:type="dxa"/>
          </w:tcPr>
          <w:p w14:paraId="37D5ED4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24FB79FB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S83I (ATT)</w:t>
            </w:r>
          </w:p>
        </w:tc>
        <w:tc>
          <w:tcPr>
            <w:tcW w:w="1417" w:type="dxa"/>
          </w:tcPr>
          <w:p w14:paraId="5E8361D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714D057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32D68A75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6B8A6C3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38665F49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7D9D7930" w14:textId="77777777">
        <w:tc>
          <w:tcPr>
            <w:tcW w:w="850" w:type="dxa"/>
          </w:tcPr>
          <w:p w14:paraId="35D1B00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145</w:t>
            </w:r>
          </w:p>
        </w:tc>
        <w:tc>
          <w:tcPr>
            <w:tcW w:w="567" w:type="dxa"/>
          </w:tcPr>
          <w:p w14:paraId="485ADDB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60F8F29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417" w:type="dxa"/>
          </w:tcPr>
          <w:p w14:paraId="497FC31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456CAF63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S83I (ATT)</w:t>
            </w:r>
          </w:p>
        </w:tc>
        <w:tc>
          <w:tcPr>
            <w:tcW w:w="1417" w:type="dxa"/>
          </w:tcPr>
          <w:p w14:paraId="759134D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5EA6029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21BD26F4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708C33E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4DB0403E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2EAD39FE" w14:textId="77777777">
        <w:tc>
          <w:tcPr>
            <w:tcW w:w="850" w:type="dxa"/>
          </w:tcPr>
          <w:p w14:paraId="1D3F318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146</w:t>
            </w:r>
          </w:p>
        </w:tc>
        <w:tc>
          <w:tcPr>
            <w:tcW w:w="567" w:type="dxa"/>
          </w:tcPr>
          <w:p w14:paraId="1C5B008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6A2EF1C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417" w:type="dxa"/>
          </w:tcPr>
          <w:p w14:paraId="25FE8A3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3108D318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S83I (ATT)</w:t>
            </w:r>
          </w:p>
        </w:tc>
        <w:tc>
          <w:tcPr>
            <w:tcW w:w="1417" w:type="dxa"/>
          </w:tcPr>
          <w:p w14:paraId="3A97104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5057E4A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56EBE6B5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32FE9A4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6C7063B0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674EB926" w14:textId="77777777">
        <w:tc>
          <w:tcPr>
            <w:tcW w:w="850" w:type="dxa"/>
          </w:tcPr>
          <w:p w14:paraId="4696A43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lastRenderedPageBreak/>
              <w:t>147</w:t>
            </w:r>
          </w:p>
        </w:tc>
        <w:tc>
          <w:tcPr>
            <w:tcW w:w="567" w:type="dxa"/>
          </w:tcPr>
          <w:p w14:paraId="1C26646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07E7043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+</w:t>
            </w:r>
          </w:p>
        </w:tc>
        <w:tc>
          <w:tcPr>
            <w:tcW w:w="1417" w:type="dxa"/>
          </w:tcPr>
          <w:p w14:paraId="44994CF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482A1577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S83I (ATT)</w:t>
            </w:r>
          </w:p>
        </w:tc>
        <w:tc>
          <w:tcPr>
            <w:tcW w:w="1417" w:type="dxa"/>
          </w:tcPr>
          <w:p w14:paraId="1186547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69642C9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430F1C8E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35C757E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3B848E2A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15B177CE" w14:textId="77777777">
        <w:tc>
          <w:tcPr>
            <w:tcW w:w="850" w:type="dxa"/>
          </w:tcPr>
          <w:p w14:paraId="5221C31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148</w:t>
            </w:r>
          </w:p>
        </w:tc>
        <w:tc>
          <w:tcPr>
            <w:tcW w:w="567" w:type="dxa"/>
          </w:tcPr>
          <w:p w14:paraId="7447275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R</w:t>
            </w:r>
          </w:p>
        </w:tc>
        <w:tc>
          <w:tcPr>
            <w:tcW w:w="1417" w:type="dxa"/>
          </w:tcPr>
          <w:p w14:paraId="68BD45D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402C3DA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7C467B52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S83R (AGA)</w:t>
            </w:r>
          </w:p>
        </w:tc>
        <w:tc>
          <w:tcPr>
            <w:tcW w:w="1417" w:type="dxa"/>
          </w:tcPr>
          <w:p w14:paraId="36F5ED7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13A34DF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7AF1BF02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2739B33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6B9D8984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38579CB9" w14:textId="77777777">
        <w:tc>
          <w:tcPr>
            <w:tcW w:w="850" w:type="dxa"/>
          </w:tcPr>
          <w:p w14:paraId="544DCE3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8</w:t>
            </w:r>
          </w:p>
        </w:tc>
        <w:tc>
          <w:tcPr>
            <w:tcW w:w="567" w:type="dxa"/>
          </w:tcPr>
          <w:p w14:paraId="47ECC62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617BC75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649C809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62FE3570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synonymous</w:t>
            </w:r>
          </w:p>
        </w:tc>
        <w:tc>
          <w:tcPr>
            <w:tcW w:w="1417" w:type="dxa"/>
          </w:tcPr>
          <w:p w14:paraId="4D54EAF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4DC616E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4369D00C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4D5F294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56C0AA71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6B47ABD0" w14:textId="77777777">
        <w:tc>
          <w:tcPr>
            <w:tcW w:w="850" w:type="dxa"/>
          </w:tcPr>
          <w:p w14:paraId="14243FB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23</w:t>
            </w:r>
          </w:p>
        </w:tc>
        <w:tc>
          <w:tcPr>
            <w:tcW w:w="567" w:type="dxa"/>
          </w:tcPr>
          <w:p w14:paraId="4DAD5FD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0F43A25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30B6A8A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6A712DD0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12F77D4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3B8DB1C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45EB21B3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68789F2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767E6DD0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6194A78A" w14:textId="77777777">
        <w:tc>
          <w:tcPr>
            <w:tcW w:w="850" w:type="dxa"/>
          </w:tcPr>
          <w:p w14:paraId="3797301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24</w:t>
            </w:r>
          </w:p>
        </w:tc>
        <w:tc>
          <w:tcPr>
            <w:tcW w:w="567" w:type="dxa"/>
          </w:tcPr>
          <w:p w14:paraId="3E1CC0F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7024938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463DB32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480E05A1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5CFAC90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1BFE0B3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7C006337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35EB1DF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17E905EA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1C82AFE3" w14:textId="77777777">
        <w:tc>
          <w:tcPr>
            <w:tcW w:w="850" w:type="dxa"/>
          </w:tcPr>
          <w:p w14:paraId="1EEC488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43</w:t>
            </w:r>
          </w:p>
        </w:tc>
        <w:tc>
          <w:tcPr>
            <w:tcW w:w="567" w:type="dxa"/>
          </w:tcPr>
          <w:p w14:paraId="69A826E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72E887E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5DB1FCD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103E6542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44BF469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79037F0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162DBCB0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73AC70C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3970192D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3C029ADD" w14:textId="77777777">
        <w:tc>
          <w:tcPr>
            <w:tcW w:w="850" w:type="dxa"/>
          </w:tcPr>
          <w:p w14:paraId="5CA2577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48</w:t>
            </w:r>
          </w:p>
        </w:tc>
        <w:tc>
          <w:tcPr>
            <w:tcW w:w="567" w:type="dxa"/>
          </w:tcPr>
          <w:p w14:paraId="5B01DBA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715364D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27504C2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4E86F326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2A2AD75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4894ED7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1466D08A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475AFD9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08BFAAA8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0483A719" w14:textId="77777777">
        <w:tc>
          <w:tcPr>
            <w:tcW w:w="850" w:type="dxa"/>
          </w:tcPr>
          <w:p w14:paraId="4AFBF41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55</w:t>
            </w:r>
          </w:p>
        </w:tc>
        <w:tc>
          <w:tcPr>
            <w:tcW w:w="567" w:type="dxa"/>
          </w:tcPr>
          <w:p w14:paraId="3ECFEE1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49EE037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−</w:t>
            </w:r>
          </w:p>
        </w:tc>
        <w:tc>
          <w:tcPr>
            <w:tcW w:w="1417" w:type="dxa"/>
          </w:tcPr>
          <w:p w14:paraId="4B07793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78C136E5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2763F73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410EB9F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6D01F8AC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7FADCF8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4A0031CF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5B5B57EE" w14:textId="77777777">
        <w:tc>
          <w:tcPr>
            <w:tcW w:w="850" w:type="dxa"/>
          </w:tcPr>
          <w:p w14:paraId="49AE15D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69</w:t>
            </w:r>
          </w:p>
        </w:tc>
        <w:tc>
          <w:tcPr>
            <w:tcW w:w="567" w:type="dxa"/>
          </w:tcPr>
          <w:p w14:paraId="3688B5F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35B8BA6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0AD4428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0C085271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364F6B0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1FC9CB4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1B89280F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77D28E2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63A56688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66F968A4" w14:textId="77777777">
        <w:tc>
          <w:tcPr>
            <w:tcW w:w="850" w:type="dxa"/>
          </w:tcPr>
          <w:p w14:paraId="5A492E3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77</w:t>
            </w:r>
          </w:p>
        </w:tc>
        <w:tc>
          <w:tcPr>
            <w:tcW w:w="567" w:type="dxa"/>
          </w:tcPr>
          <w:p w14:paraId="447EA4E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4989499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32D8587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30C641FE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40DE7DA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3288058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2747ED6C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0D6C0D9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055347E2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428AE190" w14:textId="77777777">
        <w:tc>
          <w:tcPr>
            <w:tcW w:w="850" w:type="dxa"/>
          </w:tcPr>
          <w:p w14:paraId="0930369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80</w:t>
            </w:r>
          </w:p>
        </w:tc>
        <w:tc>
          <w:tcPr>
            <w:tcW w:w="567" w:type="dxa"/>
          </w:tcPr>
          <w:p w14:paraId="19AC197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7A5A1B2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6DCFE1E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5B1B6DF5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46562BA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72D5120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7321CCD7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72BC51C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3D9970D8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1FF11496" w14:textId="77777777">
        <w:tc>
          <w:tcPr>
            <w:tcW w:w="850" w:type="dxa"/>
          </w:tcPr>
          <w:p w14:paraId="64FC3C0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81</w:t>
            </w:r>
          </w:p>
        </w:tc>
        <w:tc>
          <w:tcPr>
            <w:tcW w:w="567" w:type="dxa"/>
          </w:tcPr>
          <w:p w14:paraId="3B970BB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2CAA4AE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−</w:t>
            </w:r>
          </w:p>
        </w:tc>
        <w:tc>
          <w:tcPr>
            <w:tcW w:w="1417" w:type="dxa"/>
          </w:tcPr>
          <w:p w14:paraId="1C0808F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7B4D848F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67E35A0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1802D1E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3F3A9C2D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4686325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254695E4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3741BE78" w14:textId="77777777">
        <w:tc>
          <w:tcPr>
            <w:tcW w:w="850" w:type="dxa"/>
          </w:tcPr>
          <w:p w14:paraId="7EAF804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84</w:t>
            </w:r>
          </w:p>
        </w:tc>
        <w:tc>
          <w:tcPr>
            <w:tcW w:w="567" w:type="dxa"/>
          </w:tcPr>
          <w:p w14:paraId="2DD9101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7B4A21C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65FEEC0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7FB23B88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73A2D2E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4882DE7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5F9E15C9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4EB6989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4E0880CB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184382F2" w14:textId="77777777">
        <w:tc>
          <w:tcPr>
            <w:tcW w:w="850" w:type="dxa"/>
          </w:tcPr>
          <w:p w14:paraId="7034C97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85</w:t>
            </w:r>
          </w:p>
        </w:tc>
        <w:tc>
          <w:tcPr>
            <w:tcW w:w="567" w:type="dxa"/>
          </w:tcPr>
          <w:p w14:paraId="3421220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7623846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4B9BCBD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32E808B1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0AA2455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0E4C038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15307730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7F592CC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1B188F70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32E2742E" w14:textId="77777777">
        <w:tc>
          <w:tcPr>
            <w:tcW w:w="850" w:type="dxa"/>
          </w:tcPr>
          <w:p w14:paraId="71034DC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93</w:t>
            </w:r>
          </w:p>
        </w:tc>
        <w:tc>
          <w:tcPr>
            <w:tcW w:w="567" w:type="dxa"/>
          </w:tcPr>
          <w:p w14:paraId="26CC09F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7CA7ED0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513CEF4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29B42015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7E3F7C5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64916CE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3A0C5B72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071D09B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000AA181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4E567ECB" w14:textId="77777777">
        <w:tc>
          <w:tcPr>
            <w:tcW w:w="850" w:type="dxa"/>
          </w:tcPr>
          <w:p w14:paraId="348FE9E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94</w:t>
            </w:r>
          </w:p>
        </w:tc>
        <w:tc>
          <w:tcPr>
            <w:tcW w:w="567" w:type="dxa"/>
          </w:tcPr>
          <w:p w14:paraId="100CCDD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5642385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4577CC5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1FE675E1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6744F78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5BD8D81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28E8148D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6A691F4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5DE25151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35A4841C" w14:textId="77777777">
        <w:tc>
          <w:tcPr>
            <w:tcW w:w="850" w:type="dxa"/>
          </w:tcPr>
          <w:p w14:paraId="674B20F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95</w:t>
            </w:r>
          </w:p>
        </w:tc>
        <w:tc>
          <w:tcPr>
            <w:tcW w:w="567" w:type="dxa"/>
          </w:tcPr>
          <w:p w14:paraId="483B864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2E9C467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+ / −</w:t>
            </w:r>
          </w:p>
        </w:tc>
        <w:tc>
          <w:tcPr>
            <w:tcW w:w="1417" w:type="dxa"/>
          </w:tcPr>
          <w:p w14:paraId="3C48EF5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5511E252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2A24533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4E98F5E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5D1EEDCB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0695722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2E48B069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30B5440B" w14:textId="77777777">
        <w:tc>
          <w:tcPr>
            <w:tcW w:w="850" w:type="dxa"/>
          </w:tcPr>
          <w:p w14:paraId="036D097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97</w:t>
            </w:r>
          </w:p>
        </w:tc>
        <w:tc>
          <w:tcPr>
            <w:tcW w:w="567" w:type="dxa"/>
          </w:tcPr>
          <w:p w14:paraId="0910747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5750E47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55590D3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545C86A4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7CA619F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0B400C0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3319370A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696148B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542F2BEF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68D5E420" w14:textId="77777777">
        <w:tc>
          <w:tcPr>
            <w:tcW w:w="850" w:type="dxa"/>
          </w:tcPr>
          <w:p w14:paraId="35003A2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99</w:t>
            </w:r>
          </w:p>
        </w:tc>
        <w:tc>
          <w:tcPr>
            <w:tcW w:w="567" w:type="dxa"/>
          </w:tcPr>
          <w:p w14:paraId="64C2DF8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2306FCB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5E19BFD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1CE06568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679F0E4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5BF3051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15183581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5CC9550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32CFCC1B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5BA63DA5" w14:textId="77777777">
        <w:tc>
          <w:tcPr>
            <w:tcW w:w="850" w:type="dxa"/>
          </w:tcPr>
          <w:p w14:paraId="709D81E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111</w:t>
            </w:r>
          </w:p>
        </w:tc>
        <w:tc>
          <w:tcPr>
            <w:tcW w:w="567" w:type="dxa"/>
          </w:tcPr>
          <w:p w14:paraId="658E6D4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2403840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35ECD9B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5A68D470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02AAA4C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67813DB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64287463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7F05D69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1E05B2BA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4D9214C7" w14:textId="77777777">
        <w:tc>
          <w:tcPr>
            <w:tcW w:w="850" w:type="dxa"/>
          </w:tcPr>
          <w:p w14:paraId="1397C60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113</w:t>
            </w:r>
          </w:p>
        </w:tc>
        <w:tc>
          <w:tcPr>
            <w:tcW w:w="567" w:type="dxa"/>
          </w:tcPr>
          <w:p w14:paraId="4093A66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7B644E7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5222B47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18716071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508D9F8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642DB4A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4878C78E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5C8C7EB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14E5C3B8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0A57BA21" w14:textId="77777777">
        <w:tc>
          <w:tcPr>
            <w:tcW w:w="850" w:type="dxa"/>
          </w:tcPr>
          <w:p w14:paraId="7833F33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117</w:t>
            </w:r>
          </w:p>
        </w:tc>
        <w:tc>
          <w:tcPr>
            <w:tcW w:w="567" w:type="dxa"/>
          </w:tcPr>
          <w:p w14:paraId="7C05F4B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0B8A272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4E0D348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6BA4D058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2CD9ADB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35EB098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14DA0A31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0BC5B47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3AA9420D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211FA6A6" w14:textId="77777777">
        <w:tc>
          <w:tcPr>
            <w:tcW w:w="850" w:type="dxa"/>
          </w:tcPr>
          <w:p w14:paraId="628C297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118</w:t>
            </w:r>
          </w:p>
        </w:tc>
        <w:tc>
          <w:tcPr>
            <w:tcW w:w="567" w:type="dxa"/>
          </w:tcPr>
          <w:p w14:paraId="361F1A16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62389AC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3095B30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7A0125D8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1915D2A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753FC60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2A9E026B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0ACF9C1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59A4C4D3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73103B18" w14:textId="77777777">
        <w:tc>
          <w:tcPr>
            <w:tcW w:w="850" w:type="dxa"/>
          </w:tcPr>
          <w:p w14:paraId="5648F98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121</w:t>
            </w:r>
          </w:p>
        </w:tc>
        <w:tc>
          <w:tcPr>
            <w:tcW w:w="567" w:type="dxa"/>
          </w:tcPr>
          <w:p w14:paraId="4899BE5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4D279A3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035534C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76D6CAF3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2934B48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65FD9CB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4D7303BB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50630D8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030BB44A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0000BD0A" w14:textId="77777777">
        <w:tc>
          <w:tcPr>
            <w:tcW w:w="850" w:type="dxa"/>
          </w:tcPr>
          <w:p w14:paraId="50B7FB1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131</w:t>
            </w:r>
          </w:p>
        </w:tc>
        <w:tc>
          <w:tcPr>
            <w:tcW w:w="567" w:type="dxa"/>
          </w:tcPr>
          <w:p w14:paraId="3D294799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73AC9E0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403796D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2FA35CCD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292BE70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144A1CF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7A45A5B0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5CF2441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552B7A54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66EC94F3" w14:textId="77777777">
        <w:tc>
          <w:tcPr>
            <w:tcW w:w="850" w:type="dxa"/>
          </w:tcPr>
          <w:p w14:paraId="3760D7E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132</w:t>
            </w:r>
          </w:p>
        </w:tc>
        <w:tc>
          <w:tcPr>
            <w:tcW w:w="567" w:type="dxa"/>
          </w:tcPr>
          <w:p w14:paraId="1947F71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78DEEEC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1B7AC50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4FE444C6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032F4D7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48BC0A3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70E122CB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0800C0C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1FF07606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66AE4C97" w14:textId="77777777">
        <w:tc>
          <w:tcPr>
            <w:tcW w:w="850" w:type="dxa"/>
          </w:tcPr>
          <w:p w14:paraId="1D1B272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135</w:t>
            </w:r>
          </w:p>
        </w:tc>
        <w:tc>
          <w:tcPr>
            <w:tcW w:w="567" w:type="dxa"/>
          </w:tcPr>
          <w:p w14:paraId="35B94308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1F4D512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742F882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5E864BF4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611CB41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2536D2F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434929EC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68DA1FC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13029F84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2D756C37" w14:textId="77777777">
        <w:tc>
          <w:tcPr>
            <w:tcW w:w="850" w:type="dxa"/>
          </w:tcPr>
          <w:p w14:paraId="47BD1B31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136</w:t>
            </w:r>
          </w:p>
        </w:tc>
        <w:tc>
          <w:tcPr>
            <w:tcW w:w="567" w:type="dxa"/>
          </w:tcPr>
          <w:p w14:paraId="3CC8F49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045B9A1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4932893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32C7EE29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3B085E2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4B11E8E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09207F66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3EC4163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0396061E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43838DF0" w14:textId="77777777">
        <w:tc>
          <w:tcPr>
            <w:tcW w:w="850" w:type="dxa"/>
          </w:tcPr>
          <w:p w14:paraId="0CC5401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138</w:t>
            </w:r>
          </w:p>
        </w:tc>
        <w:tc>
          <w:tcPr>
            <w:tcW w:w="567" w:type="dxa"/>
          </w:tcPr>
          <w:p w14:paraId="063972F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64FC9D8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4A338960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3629F919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03460A0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30FB6F2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38E334DC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7F6FADA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7A66597A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6AB550AD" w14:textId="77777777">
        <w:tc>
          <w:tcPr>
            <w:tcW w:w="850" w:type="dxa"/>
          </w:tcPr>
          <w:p w14:paraId="28E90A5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139</w:t>
            </w:r>
          </w:p>
        </w:tc>
        <w:tc>
          <w:tcPr>
            <w:tcW w:w="567" w:type="dxa"/>
          </w:tcPr>
          <w:p w14:paraId="0F3DFFB3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58873EE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5786268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5081ACE3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19D26D1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38B0B38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6DE4DCAC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7FF2920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17D89413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039D99CC" w14:textId="77777777">
        <w:tc>
          <w:tcPr>
            <w:tcW w:w="850" w:type="dxa"/>
          </w:tcPr>
          <w:p w14:paraId="48E4EA65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140</w:t>
            </w:r>
          </w:p>
        </w:tc>
        <w:tc>
          <w:tcPr>
            <w:tcW w:w="567" w:type="dxa"/>
          </w:tcPr>
          <w:p w14:paraId="1100ED9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6BA7D64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20D5525E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32C5A682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63919234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62A2D1F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1B5D10D3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5C5B354F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3218FC8E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  <w:tr w:rsidR="006E404C" w14:paraId="5DF54959" w14:textId="77777777">
        <w:tc>
          <w:tcPr>
            <w:tcW w:w="850" w:type="dxa"/>
          </w:tcPr>
          <w:p w14:paraId="5021E227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141</w:t>
            </w:r>
          </w:p>
        </w:tc>
        <w:tc>
          <w:tcPr>
            <w:tcW w:w="567" w:type="dxa"/>
          </w:tcPr>
          <w:p w14:paraId="3EEDD11A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S</w:t>
            </w:r>
          </w:p>
        </w:tc>
        <w:tc>
          <w:tcPr>
            <w:tcW w:w="1417" w:type="dxa"/>
          </w:tcPr>
          <w:p w14:paraId="447BB19B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sz w:val="17"/>
              </w:rPr>
              <w:t>−</w:t>
            </w:r>
            <w:r>
              <w:rPr>
                <w:rFonts w:ascii="Arial" w:hAnsi="Arial"/>
                <w:sz w:val="17"/>
              </w:rPr>
              <w:t xml:space="preserve"> / −</w:t>
            </w:r>
          </w:p>
        </w:tc>
        <w:tc>
          <w:tcPr>
            <w:tcW w:w="1417" w:type="dxa"/>
          </w:tcPr>
          <w:p w14:paraId="5859550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2098" w:type="dxa"/>
          </w:tcPr>
          <w:p w14:paraId="761F156D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sz w:val="17"/>
              </w:rPr>
              <w:t>S83 wild</w:t>
            </w:r>
          </w:p>
        </w:tc>
        <w:tc>
          <w:tcPr>
            <w:tcW w:w="1417" w:type="dxa"/>
          </w:tcPr>
          <w:p w14:paraId="2185DF6D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417" w:type="dxa"/>
          </w:tcPr>
          <w:p w14:paraId="27D91092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757" w:type="dxa"/>
          </w:tcPr>
          <w:p w14:paraId="4D5D7ED0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191" w:type="dxa"/>
          </w:tcPr>
          <w:p w14:paraId="16D6E03C" w14:textId="77777777" w:rsidR="006E404C" w:rsidRDefault="00135C58">
            <w:pPr>
              <w:spacing w:before="20" w:after="20" w:line="240" w:lineRule="auto"/>
              <w:jc w:val="center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  <w:tc>
          <w:tcPr>
            <w:tcW w:w="1531" w:type="dxa"/>
          </w:tcPr>
          <w:p w14:paraId="4C651C23" w14:textId="77777777" w:rsidR="006E404C" w:rsidRDefault="00135C58">
            <w:pPr>
              <w:spacing w:before="20" w:after="20" w:line="240" w:lineRule="auto"/>
            </w:pPr>
            <w:r>
              <w:rPr>
                <w:rFonts w:ascii="Arial" w:hAnsi="Arial"/>
                <w:color w:val="909090"/>
                <w:sz w:val="17"/>
              </w:rPr>
              <w:t>n.a.</w:t>
            </w:r>
          </w:p>
        </w:tc>
      </w:tr>
    </w:tbl>
    <w:p w14:paraId="564119E1" w14:textId="77777777" w:rsidR="00135C58" w:rsidRDefault="00135C58"/>
    <w:sectPr w:rsidR="00135C58" w:rsidSect="00034616">
      <w:pgSz w:w="16838" w:h="11906" w:orient="landscape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0034390">
    <w:abstractNumId w:val="8"/>
  </w:num>
  <w:num w:numId="2" w16cid:durableId="17852586">
    <w:abstractNumId w:val="6"/>
  </w:num>
  <w:num w:numId="3" w16cid:durableId="1037119635">
    <w:abstractNumId w:val="5"/>
  </w:num>
  <w:num w:numId="4" w16cid:durableId="1722512852">
    <w:abstractNumId w:val="4"/>
  </w:num>
  <w:num w:numId="5" w16cid:durableId="1105273745">
    <w:abstractNumId w:val="7"/>
  </w:num>
  <w:num w:numId="6" w16cid:durableId="670989024">
    <w:abstractNumId w:val="3"/>
  </w:num>
  <w:num w:numId="7" w16cid:durableId="343435418">
    <w:abstractNumId w:val="2"/>
  </w:num>
  <w:num w:numId="8" w16cid:durableId="421149702">
    <w:abstractNumId w:val="1"/>
  </w:num>
  <w:num w:numId="9" w16cid:durableId="328022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2C90"/>
    <w:rsid w:val="00135C58"/>
    <w:rsid w:val="0015074B"/>
    <w:rsid w:val="0029639D"/>
    <w:rsid w:val="00326F90"/>
    <w:rsid w:val="004F7F1A"/>
    <w:rsid w:val="006E404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BF35685B-83A3-4DA2-B0B7-ACA5FB01F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1781</Words>
  <Characters>10154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11912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Yi FU (TP)</cp:lastModifiedBy>
  <cp:revision>2</cp:revision>
  <dcterms:created xsi:type="dcterms:W3CDTF">2013-12-23T23:15:00Z</dcterms:created>
  <dcterms:modified xsi:type="dcterms:W3CDTF">2026-09-07T07:51:00Z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69d7fc4-da81-42e5-b309-526f71322d86_Enabled">
    <vt:lpwstr>true</vt:lpwstr>
  </property>
  <property fmtid="{D5CDD505-2E9C-101B-9397-08002B2CF9AE}" pid="3" name="MSIP_Label_f69d7fc4-da81-42e5-b309-526f71322d86_SetDate">
    <vt:lpwstr>2026-09-07T07:50:26Z</vt:lpwstr>
  </property>
  <property fmtid="{D5CDD505-2E9C-101B-9397-08002B2CF9AE}" pid="4" name="MSIP_Label_f69d7fc4-da81-42e5-b309-526f71322d86_Method">
    <vt:lpwstr>Privileged</vt:lpwstr>
  </property>
  <property fmtid="{D5CDD505-2E9C-101B-9397-08002B2CF9AE}" pid="5" name="MSIP_Label_f69d7fc4-da81-42e5-b309-526f71322d86_Name">
    <vt:lpwstr>Non Sensitive</vt:lpwstr>
  </property>
  <property fmtid="{D5CDD505-2E9C-101B-9397-08002B2CF9AE}" pid="6" name="MSIP_Label_f69d7fc4-da81-42e5-b309-526f71322d86_SiteId">
    <vt:lpwstr>25a99bf0-8e72-472a-ae50-adfbdf0df6f1</vt:lpwstr>
  </property>
  <property fmtid="{D5CDD505-2E9C-101B-9397-08002B2CF9AE}" pid="7" name="MSIP_Label_f69d7fc4-da81-42e5-b309-526f71322d86_ActionId">
    <vt:lpwstr>26cff91d-36df-4ef1-9359-de920f65936d</vt:lpwstr>
  </property>
  <property fmtid="{D5CDD505-2E9C-101B-9397-08002B2CF9AE}" pid="8" name="MSIP_Label_f69d7fc4-da81-42e5-b309-526f71322d86_ContentBits">
    <vt:lpwstr>0</vt:lpwstr>
  </property>
  <property fmtid="{D5CDD505-2E9C-101B-9397-08002B2CF9AE}" pid="9" name="MSIP_Label_f69d7fc4-da81-42e5-b309-526f71322d86_Tag">
    <vt:lpwstr>10, 0, 1, 1</vt:lpwstr>
  </property>
</Properties>
</file>