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center"/>
      </w:pPr>
      <w:r>
        <w:rPr>
          <w:rFonts w:ascii="Times New Roman" w:hAnsi="Times New Roman" w:eastAsia="宋体"/>
          <w:b w:val="0"/>
          <w:sz w:val="44"/>
        </w:rPr>
        <w:t>Questionnaire on High-quality Development of Elderly Care and Elderly Industry</w:t>
      </w:r>
    </w:p>
    <w:p>
      <w:pPr>
        <w:spacing w:before="0" w:after="120"/>
        <w:jc w:val="center"/>
      </w:pPr>
      <w:r>
        <w:rPr>
          <w:rFonts w:ascii="Times New Roman" w:hAnsi="Times New Roman" w:eastAsia="宋体"/>
          <w:b w:val="0"/>
          <w:sz w:val="28"/>
        </w:rPr>
        <w:t>________ City   ________ County/District   ________ Subdistrict/Township   ________ Community/Institution</w:t>
      </w:r>
    </w:p>
    <w:p>
      <w:pPr>
        <w:spacing w:before="0" w:after="0"/>
        <w:jc w:val="left"/>
      </w:pPr>
      <w:r>
        <w:rPr>
          <w:rFonts w:ascii="Times New Roman" w:hAnsi="Times New Roman" w:eastAsia="宋体"/>
          <w:b w:val="0"/>
          <w:sz w:val="24"/>
        </w:rPr>
        <w:t>Dear Madam/Sir：</w:t>
      </w:r>
    </w:p>
    <w:p>
      <w:pPr>
        <w:spacing w:before="0" w:after="120"/>
        <w:jc w:val="left"/>
      </w:pPr>
      <w:r>
        <w:rPr>
          <w:rFonts w:ascii="Times New Roman" w:hAnsi="Times New Roman" w:eastAsia="宋体"/>
          <w:b w:val="0"/>
          <w:sz w:val="24"/>
        </w:rPr>
        <w:t>We are the social security research team of the School of Public Policy and Administration of Xi'an Jiaotong University. According to the research plan of the national major project "Research on Promoting the High-quality Development of China's Elderly Care and Elderly Industry", we conduct a survey of related issues, and hope to understand your views and opinions on the high-quality development of elderly care and elderly industry. The questionnaire is filled out anonymously, and we will strictly keep it confidential and promise to only use it for statistical and analytical purposes within the scope of our research. Please answer truthfully. Thank you for your active participation and support!</w:t>
      </w:r>
    </w:p>
    <w:p>
      <w:pPr>
        <w:spacing w:before="120" w:after="80"/>
        <w:jc w:val="center"/>
      </w:pPr>
      <w:r>
        <w:rPr>
          <w:rFonts w:ascii="Times New Roman" w:hAnsi="Times New Roman" w:eastAsia="宋体"/>
          <w:b/>
          <w:sz w:val="28"/>
        </w:rPr>
        <w:t>1. Basic information</w:t>
      </w:r>
    </w:p>
    <w:tbl>
      <w:tblPr>
        <w:tblStyle w:val="TableGrid"/>
        <w:tblW w:type="dxa" w:w="8520"/>
        <w:jc w:val="center"/>
        <w:tblLook w:firstColumn="1" w:firstRow="1" w:lastColumn="0" w:lastRow="0" w:noHBand="0" w:noVBand="1" w:val="04A0"/>
        <w:tblLayout w:type="fixed"/>
      </w:tblPr>
      <w:tblGrid>
        <w:gridCol w:w="900"/>
        <w:gridCol w:w="3200"/>
        <w:gridCol w:w="4420"/>
      </w:tblGrid>
      <w:tr>
        <w:tc>
          <w:tcPr>
            <w:tcW w:type="dxa" w:w="900"/>
            <w:vAlign w:val="center"/>
          </w:tcPr>
          <w:p>
            <w:pPr>
              <w:spacing w:before="0" w:after="0" w:line="240" w:lineRule="auto"/>
              <w:jc w:val="center"/>
            </w:pPr>
            <w:r/>
            <w:r>
              <w:rPr>
                <w:rFonts w:ascii="Times New Roman" w:hAnsi="Times New Roman" w:eastAsia="宋体"/>
                <w:b/>
                <w:sz w:val="24"/>
              </w:rPr>
              <w:t>No.</w:t>
            </w:r>
          </w:p>
        </w:tc>
        <w:tc>
          <w:tcPr>
            <w:tcW w:type="dxa" w:w="3200"/>
            <w:vAlign w:val="center"/>
          </w:tcPr>
          <w:p>
            <w:pPr>
              <w:spacing w:before="0" w:after="0" w:line="240" w:lineRule="auto"/>
              <w:jc w:val="center"/>
            </w:pPr>
            <w:r/>
            <w:r>
              <w:rPr>
                <w:rFonts w:ascii="Times New Roman" w:hAnsi="Times New Roman" w:eastAsia="宋体"/>
                <w:b/>
                <w:sz w:val="24"/>
              </w:rPr>
              <w:t>Question</w:t>
            </w:r>
          </w:p>
        </w:tc>
        <w:tc>
          <w:tcPr>
            <w:tcW w:type="dxa" w:w="4420"/>
            <w:vAlign w:val="center"/>
          </w:tcPr>
          <w:p>
            <w:pPr>
              <w:spacing w:before="0" w:after="0" w:line="240" w:lineRule="auto"/>
              <w:jc w:val="center"/>
            </w:pPr>
            <w:r/>
            <w:r>
              <w:rPr>
                <w:rFonts w:ascii="Times New Roman" w:hAnsi="Times New Roman" w:eastAsia="宋体"/>
                <w:b/>
                <w:sz w:val="24"/>
              </w:rPr>
              <w:t>Option</w:t>
            </w:r>
          </w:p>
        </w:tc>
      </w:tr>
      <w:tr>
        <w:tc>
          <w:tcPr>
            <w:tcW w:type="dxa" w:w="900"/>
            <w:vAlign w:val="center"/>
          </w:tcPr>
          <w:p>
            <w:pPr>
              <w:spacing w:before="0" w:after="0" w:line="240" w:lineRule="auto"/>
              <w:jc w:val="center"/>
            </w:pPr>
            <w:r/>
            <w:r>
              <w:rPr>
                <w:rFonts w:ascii="Times New Roman" w:hAnsi="Times New Roman" w:eastAsia="宋体"/>
                <w:b w:val="0"/>
                <w:sz w:val="24"/>
              </w:rPr>
              <w:t>1.0</w:t>
            </w:r>
          </w:p>
        </w:tc>
        <w:tc>
          <w:tcPr>
            <w:tcW w:type="dxa" w:w="3200"/>
            <w:vAlign w:val="center"/>
          </w:tcPr>
          <w:p>
            <w:pPr>
              <w:spacing w:before="0" w:after="0" w:line="240" w:lineRule="auto"/>
              <w:jc w:val="left"/>
            </w:pPr>
            <w:r/>
            <w:r>
              <w:rPr>
                <w:rFonts w:ascii="Times New Roman" w:hAnsi="Times New Roman" w:eastAsia="宋体"/>
                <w:b w:val="0"/>
                <w:sz w:val="24"/>
              </w:rPr>
              <w:t>Your surname:</w:t>
            </w:r>
          </w:p>
        </w:tc>
        <w:tc>
          <w:tcPr>
            <w:tcW w:type="dxa" w:w="4420"/>
            <w:vAlign w:val="center"/>
          </w:tcPr>
          <w:p>
            <w:pPr>
              <w:spacing w:before="0" w:after="0" w:line="240" w:lineRule="auto"/>
              <w:jc w:val="left"/>
            </w:pPr>
            <w:r/>
            <w:r>
              <w:rPr>
                <w:rFonts w:ascii="Times New Roman" w:hAnsi="Times New Roman" w:eastAsia="宋体"/>
                <w:b w:val="0"/>
                <w:sz w:val="24"/>
              </w:rPr>
              <w:t>____________</w:t>
            </w:r>
          </w:p>
        </w:tc>
      </w:tr>
      <w:tr>
        <w:tc>
          <w:tcPr>
            <w:tcW w:type="dxa" w:w="900"/>
            <w:vAlign w:val="center"/>
          </w:tcPr>
          <w:p>
            <w:pPr>
              <w:spacing w:before="0" w:after="0" w:line="240" w:lineRule="auto"/>
              <w:jc w:val="center"/>
            </w:pPr>
            <w:r/>
            <w:r>
              <w:rPr>
                <w:rFonts w:ascii="Times New Roman" w:hAnsi="Times New Roman" w:eastAsia="宋体"/>
                <w:b w:val="0"/>
                <w:sz w:val="24"/>
              </w:rPr>
              <w:t>1.1</w:t>
            </w:r>
          </w:p>
        </w:tc>
        <w:tc>
          <w:tcPr>
            <w:tcW w:type="dxa" w:w="3200"/>
            <w:vAlign w:val="center"/>
          </w:tcPr>
          <w:p>
            <w:pPr>
              <w:spacing w:before="0" w:after="0" w:line="240" w:lineRule="auto"/>
              <w:jc w:val="left"/>
            </w:pPr>
            <w:r/>
            <w:r>
              <w:rPr>
                <w:rFonts w:ascii="Times New Roman" w:hAnsi="Times New Roman" w:eastAsia="宋体"/>
                <w:b w:val="0"/>
                <w:sz w:val="24"/>
              </w:rPr>
              <w:t>Your age:</w:t>
            </w:r>
          </w:p>
        </w:tc>
        <w:tc>
          <w:tcPr>
            <w:tcW w:type="dxa" w:w="4420"/>
            <w:vAlign w:val="center"/>
          </w:tcPr>
          <w:p>
            <w:pPr>
              <w:spacing w:before="0" w:after="0" w:line="240" w:lineRule="auto"/>
              <w:jc w:val="left"/>
            </w:pPr>
            <w:r/>
            <w:r>
              <w:rPr>
                <w:rFonts w:ascii="Times New Roman" w:hAnsi="Times New Roman" w:eastAsia="宋体"/>
                <w:b w:val="0"/>
                <w:sz w:val="24"/>
              </w:rPr>
              <w:t>______ years old</w:t>
            </w:r>
          </w:p>
        </w:tc>
      </w:tr>
      <w:tr>
        <w:tc>
          <w:tcPr>
            <w:tcW w:type="dxa" w:w="900"/>
            <w:vAlign w:val="center"/>
          </w:tcPr>
          <w:p>
            <w:pPr>
              <w:spacing w:before="0" w:after="0" w:line="240" w:lineRule="auto"/>
              <w:jc w:val="center"/>
            </w:pPr>
            <w:r/>
            <w:r>
              <w:rPr>
                <w:rFonts w:ascii="Times New Roman" w:hAnsi="Times New Roman" w:eastAsia="宋体"/>
                <w:b w:val="0"/>
                <w:sz w:val="24"/>
              </w:rPr>
              <w:t>1.2</w:t>
            </w:r>
          </w:p>
        </w:tc>
        <w:tc>
          <w:tcPr>
            <w:tcW w:type="dxa" w:w="3200"/>
            <w:vAlign w:val="center"/>
          </w:tcPr>
          <w:p>
            <w:pPr>
              <w:spacing w:before="0" w:after="0" w:line="240" w:lineRule="auto"/>
              <w:jc w:val="left"/>
            </w:pPr>
            <w:r/>
            <w:r>
              <w:rPr>
                <w:rFonts w:ascii="Times New Roman" w:hAnsi="Times New Roman" w:eastAsia="宋体"/>
                <w:b w:val="0"/>
                <w:sz w:val="24"/>
              </w:rPr>
              <w:t>Your gender:</w:t>
            </w:r>
          </w:p>
        </w:tc>
        <w:tc>
          <w:tcPr>
            <w:tcW w:type="dxa" w:w="4420"/>
            <w:vAlign w:val="center"/>
          </w:tcPr>
          <w:p>
            <w:pPr>
              <w:spacing w:before="0" w:after="0" w:line="240" w:lineRule="auto"/>
              <w:jc w:val="left"/>
            </w:pPr>
            <w:r/>
            <w:r>
              <w:rPr>
                <w:rFonts w:ascii="Times New Roman" w:hAnsi="Times New Roman" w:eastAsia="宋体"/>
                <w:b w:val="0"/>
                <w:sz w:val="24"/>
              </w:rPr>
              <w:t>（1）male（2）female</w:t>
            </w:r>
          </w:p>
        </w:tc>
      </w:tr>
      <w:tr>
        <w:tc>
          <w:tcPr>
            <w:tcW w:type="dxa" w:w="900"/>
            <w:vAlign w:val="center"/>
          </w:tcPr>
          <w:p>
            <w:pPr>
              <w:spacing w:before="0" w:after="0" w:line="240" w:lineRule="auto"/>
              <w:jc w:val="center"/>
            </w:pPr>
            <w:r/>
            <w:r>
              <w:rPr>
                <w:rFonts w:ascii="Times New Roman" w:hAnsi="Times New Roman" w:eastAsia="宋体"/>
                <w:b w:val="0"/>
                <w:sz w:val="24"/>
              </w:rPr>
              <w:t>1.3</w:t>
            </w:r>
          </w:p>
        </w:tc>
        <w:tc>
          <w:tcPr>
            <w:tcW w:type="dxa" w:w="3200"/>
            <w:vAlign w:val="center"/>
          </w:tcPr>
          <w:p>
            <w:pPr>
              <w:spacing w:before="0" w:after="0" w:line="240" w:lineRule="auto"/>
              <w:jc w:val="left"/>
            </w:pPr>
            <w:r/>
            <w:r>
              <w:rPr>
                <w:rFonts w:ascii="Times New Roman" w:hAnsi="Times New Roman" w:eastAsia="宋体"/>
                <w:b w:val="0"/>
                <w:sz w:val="24"/>
              </w:rPr>
              <w:t>Your education level:</w:t>
            </w:r>
          </w:p>
        </w:tc>
        <w:tc>
          <w:tcPr>
            <w:tcW w:type="dxa" w:w="4420"/>
            <w:vAlign w:val="center"/>
          </w:tcPr>
          <w:p>
            <w:pPr>
              <w:spacing w:before="0" w:after="0" w:line="240" w:lineRule="auto"/>
              <w:jc w:val="left"/>
            </w:pPr>
            <w:r/>
            <w:r>
              <w:rPr>
                <w:rFonts w:ascii="Times New Roman" w:hAnsi="Times New Roman" w:eastAsia="宋体"/>
                <w:b w:val="0"/>
                <w:sz w:val="24"/>
              </w:rPr>
              <w:t>（1）primary school and below（2）junior high school（3）senior high school / technical secondary school（4）junior college（5）bachelor's degree and above</w:t>
            </w:r>
          </w:p>
        </w:tc>
      </w:tr>
      <w:tr>
        <w:tc>
          <w:tcPr>
            <w:tcW w:type="dxa" w:w="900"/>
            <w:vAlign w:val="center"/>
          </w:tcPr>
          <w:p>
            <w:pPr>
              <w:spacing w:before="0" w:after="0" w:line="240" w:lineRule="auto"/>
              <w:jc w:val="center"/>
            </w:pPr>
            <w:r/>
            <w:r>
              <w:rPr>
                <w:rFonts w:ascii="Times New Roman" w:hAnsi="Times New Roman" w:eastAsia="宋体"/>
                <w:b w:val="0"/>
                <w:sz w:val="24"/>
              </w:rPr>
              <w:t>1.4</w:t>
            </w:r>
          </w:p>
        </w:tc>
        <w:tc>
          <w:tcPr>
            <w:tcW w:type="dxa" w:w="3200"/>
            <w:vAlign w:val="center"/>
          </w:tcPr>
          <w:p>
            <w:pPr>
              <w:spacing w:before="0" w:after="0" w:line="240" w:lineRule="auto"/>
              <w:jc w:val="left"/>
            </w:pPr>
            <w:r/>
            <w:r>
              <w:rPr>
                <w:rFonts w:ascii="Times New Roman" w:hAnsi="Times New Roman" w:eastAsia="宋体"/>
                <w:b w:val="0"/>
                <w:sz w:val="24"/>
              </w:rPr>
              <w:t>Marital status:</w:t>
            </w:r>
          </w:p>
        </w:tc>
        <w:tc>
          <w:tcPr>
            <w:tcW w:type="dxa" w:w="4420"/>
            <w:vAlign w:val="center"/>
          </w:tcPr>
          <w:p>
            <w:pPr>
              <w:spacing w:before="0" w:after="0" w:line="240" w:lineRule="auto"/>
              <w:jc w:val="left"/>
            </w:pPr>
            <w:r/>
            <w:r>
              <w:rPr>
                <w:rFonts w:ascii="Times New Roman" w:hAnsi="Times New Roman" w:eastAsia="宋体"/>
                <w:b w:val="0"/>
                <w:sz w:val="24"/>
              </w:rPr>
              <w:t>（1）unmarried（2）married（3）divorced（4）widowed</w:t>
            </w:r>
          </w:p>
        </w:tc>
      </w:tr>
      <w:tr>
        <w:tc>
          <w:tcPr>
            <w:tcW w:type="dxa" w:w="900"/>
            <w:vAlign w:val="center"/>
          </w:tcPr>
          <w:p>
            <w:pPr>
              <w:spacing w:before="0" w:after="0" w:line="240" w:lineRule="auto"/>
              <w:jc w:val="center"/>
            </w:pPr>
            <w:r/>
            <w:r>
              <w:rPr>
                <w:rFonts w:ascii="Times New Roman" w:hAnsi="Times New Roman" w:eastAsia="宋体"/>
                <w:b w:val="0"/>
                <w:sz w:val="24"/>
              </w:rPr>
              <w:t>1.5</w:t>
            </w:r>
          </w:p>
        </w:tc>
        <w:tc>
          <w:tcPr>
            <w:tcW w:type="dxa" w:w="3200"/>
            <w:vAlign w:val="center"/>
          </w:tcPr>
          <w:p>
            <w:pPr>
              <w:spacing w:before="0" w:after="0" w:line="240" w:lineRule="auto"/>
              <w:jc w:val="left"/>
            </w:pPr>
            <w:r/>
            <w:r>
              <w:rPr>
                <w:rFonts w:ascii="Times New Roman" w:hAnsi="Times New Roman" w:eastAsia="宋体"/>
                <w:b w:val="0"/>
                <w:sz w:val="24"/>
              </w:rPr>
              <w:t>Place of household registration:</w:t>
            </w:r>
          </w:p>
        </w:tc>
        <w:tc>
          <w:tcPr>
            <w:tcW w:type="dxa" w:w="4420"/>
            <w:vAlign w:val="center"/>
          </w:tcPr>
          <w:p>
            <w:pPr>
              <w:spacing w:before="0" w:after="0" w:line="240" w:lineRule="auto"/>
              <w:jc w:val="left"/>
            </w:pPr>
            <w:r/>
            <w:r>
              <w:rPr>
                <w:rFonts w:ascii="Times New Roman" w:hAnsi="Times New Roman" w:eastAsia="宋体"/>
                <w:b w:val="0"/>
                <w:sz w:val="24"/>
              </w:rPr>
              <w:t>（1）urban（2）rural</w:t>
            </w:r>
          </w:p>
        </w:tc>
      </w:tr>
      <w:tr>
        <w:tc>
          <w:tcPr>
            <w:tcW w:type="dxa" w:w="900"/>
            <w:vAlign w:val="center"/>
          </w:tcPr>
          <w:p>
            <w:pPr>
              <w:spacing w:before="0" w:after="0" w:line="240" w:lineRule="auto"/>
              <w:jc w:val="center"/>
            </w:pPr>
            <w:r/>
            <w:r>
              <w:rPr>
                <w:rFonts w:ascii="Times New Roman" w:hAnsi="Times New Roman" w:eastAsia="宋体"/>
                <w:b w:val="0"/>
                <w:sz w:val="24"/>
              </w:rPr>
              <w:t>1.6</w:t>
            </w:r>
          </w:p>
        </w:tc>
        <w:tc>
          <w:tcPr>
            <w:tcW w:type="dxa" w:w="3200"/>
            <w:vAlign w:val="center"/>
          </w:tcPr>
          <w:p>
            <w:pPr>
              <w:spacing w:before="0" w:after="0" w:line="240" w:lineRule="auto"/>
              <w:jc w:val="left"/>
            </w:pPr>
            <w:r/>
            <w:r>
              <w:rPr>
                <w:rFonts w:ascii="Times New Roman" w:hAnsi="Times New Roman" w:eastAsia="宋体"/>
                <w:b w:val="0"/>
                <w:sz w:val="24"/>
              </w:rPr>
              <w:t>Occupation before retirement:</w:t>
            </w:r>
          </w:p>
        </w:tc>
        <w:tc>
          <w:tcPr>
            <w:tcW w:type="dxa" w:w="4420"/>
            <w:vAlign w:val="center"/>
          </w:tcPr>
          <w:p>
            <w:pPr>
              <w:spacing w:before="0" w:after="0" w:line="240" w:lineRule="auto"/>
              <w:jc w:val="left"/>
            </w:pPr>
            <w:r/>
            <w:r>
              <w:rPr>
                <w:rFonts w:ascii="Times New Roman" w:hAnsi="Times New Roman" w:eastAsia="宋体"/>
                <w:b w:val="0"/>
                <w:sz w:val="24"/>
              </w:rPr>
              <w:t>（1）civil servant（2）employee of an enterprise or public institution（3）self-employed（4）farmer（5）migrant worker（6）other ______</w:t>
            </w:r>
          </w:p>
        </w:tc>
      </w:tr>
      <w:tr>
        <w:tc>
          <w:tcPr>
            <w:tcW w:type="dxa" w:w="900"/>
            <w:vAlign w:val="center"/>
          </w:tcPr>
          <w:p>
            <w:pPr>
              <w:spacing w:before="0" w:after="0" w:line="240" w:lineRule="auto"/>
              <w:jc w:val="center"/>
            </w:pPr>
            <w:r/>
            <w:r>
              <w:rPr>
                <w:rFonts w:ascii="Times New Roman" w:hAnsi="Times New Roman" w:eastAsia="宋体"/>
                <w:b w:val="0"/>
                <w:sz w:val="24"/>
              </w:rPr>
              <w:t>1.7</w:t>
            </w:r>
          </w:p>
        </w:tc>
        <w:tc>
          <w:tcPr>
            <w:tcW w:type="dxa" w:w="3200"/>
            <w:vAlign w:val="center"/>
          </w:tcPr>
          <w:p>
            <w:pPr>
              <w:spacing w:before="0" w:after="0" w:line="240" w:lineRule="auto"/>
              <w:jc w:val="left"/>
            </w:pPr>
            <w:r/>
            <w:r>
              <w:rPr>
                <w:rFonts w:ascii="Times New Roman" w:hAnsi="Times New Roman" w:eastAsia="宋体"/>
                <w:b w:val="0"/>
                <w:sz w:val="24"/>
              </w:rPr>
              <w:t>Political affiliation:</w:t>
            </w:r>
          </w:p>
        </w:tc>
        <w:tc>
          <w:tcPr>
            <w:tcW w:type="dxa" w:w="4420"/>
            <w:vAlign w:val="center"/>
          </w:tcPr>
          <w:p>
            <w:pPr>
              <w:spacing w:before="0" w:after="0" w:line="240" w:lineRule="auto"/>
              <w:jc w:val="left"/>
            </w:pPr>
            <w:r/>
            <w:r>
              <w:rPr>
                <w:rFonts w:ascii="Times New Roman" w:hAnsi="Times New Roman" w:eastAsia="宋体"/>
                <w:b w:val="0"/>
                <w:sz w:val="24"/>
              </w:rPr>
              <w:t>（1）member of the Communist Party of China（2）member of a democratic party（3）the masses</w:t>
            </w:r>
          </w:p>
        </w:tc>
      </w:tr>
      <w:tr>
        <w:tc>
          <w:tcPr>
            <w:tcW w:type="dxa" w:w="900"/>
            <w:vAlign w:val="center"/>
          </w:tcPr>
          <w:p>
            <w:pPr>
              <w:spacing w:before="0" w:after="0" w:line="240" w:lineRule="auto"/>
              <w:jc w:val="center"/>
            </w:pPr>
            <w:r/>
            <w:r>
              <w:rPr>
                <w:rFonts w:ascii="Times New Roman" w:hAnsi="Times New Roman" w:eastAsia="宋体"/>
                <w:b w:val="0"/>
                <w:sz w:val="24"/>
              </w:rPr>
              <w:t>1.8</w:t>
            </w:r>
          </w:p>
        </w:tc>
        <w:tc>
          <w:tcPr>
            <w:tcW w:type="dxa" w:w="3200"/>
            <w:vAlign w:val="center"/>
          </w:tcPr>
          <w:p>
            <w:pPr>
              <w:spacing w:before="0" w:after="0" w:line="240" w:lineRule="auto"/>
              <w:jc w:val="left"/>
            </w:pPr>
            <w:r/>
            <w:r>
              <w:rPr>
                <w:rFonts w:ascii="Times New Roman" w:hAnsi="Times New Roman" w:eastAsia="宋体"/>
                <w:b w:val="0"/>
                <w:sz w:val="24"/>
              </w:rPr>
              <w:t>Member of the Elderly Association:</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1.8</w:t>
            </w:r>
          </w:p>
        </w:tc>
        <w:tc>
          <w:tcPr>
            <w:tcW w:type="dxa" w:w="3200"/>
            <w:vAlign w:val="center"/>
          </w:tcPr>
          <w:p>
            <w:pPr>
              <w:spacing w:before="0" w:after="0" w:line="240" w:lineRule="auto"/>
              <w:jc w:val="left"/>
            </w:pPr>
            <w:r/>
            <w:r>
              <w:rPr>
                <w:rFonts w:ascii="Times New Roman" w:hAnsi="Times New Roman" w:eastAsia="宋体"/>
                <w:b w:val="0"/>
                <w:sz w:val="24"/>
              </w:rPr>
              <w:t>Participated in election activities (village head, deputy to the People's Congress):</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1.9</w:t>
            </w:r>
          </w:p>
        </w:tc>
        <w:tc>
          <w:tcPr>
            <w:tcW w:type="dxa" w:w="3200"/>
            <w:vAlign w:val="center"/>
          </w:tcPr>
          <w:p>
            <w:pPr>
              <w:spacing w:before="0" w:after="0" w:line="240" w:lineRule="auto"/>
              <w:jc w:val="left"/>
            </w:pPr>
            <w:r/>
            <w:r>
              <w:rPr>
                <w:rFonts w:ascii="Times New Roman" w:hAnsi="Times New Roman" w:eastAsia="宋体"/>
                <w:b w:val="0"/>
                <w:sz w:val="24"/>
              </w:rPr>
              <w:t>How is your health status:</w:t>
            </w:r>
          </w:p>
        </w:tc>
        <w:tc>
          <w:tcPr>
            <w:tcW w:type="dxa" w:w="4420"/>
            <w:vAlign w:val="center"/>
          </w:tcPr>
          <w:p>
            <w:pPr>
              <w:spacing w:before="0" w:after="0" w:line="240" w:lineRule="auto"/>
              <w:jc w:val="left"/>
            </w:pPr>
            <w:r/>
            <w:r>
              <w:rPr>
                <w:rFonts w:ascii="Times New Roman" w:hAnsi="Times New Roman" w:eastAsia="宋体"/>
                <w:b w:val="0"/>
                <w:sz w:val="24"/>
              </w:rPr>
              <w:t>（1）very poor（2）fairly poor（3）average（4）fairly good（5）very good</w:t>
            </w:r>
          </w:p>
        </w:tc>
      </w:tr>
      <w:tr>
        <w:tc>
          <w:tcPr>
            <w:tcW w:type="dxa" w:w="900"/>
            <w:vAlign w:val="center"/>
          </w:tcPr>
          <w:p>
            <w:pPr>
              <w:spacing w:before="0" w:after="0" w:line="240" w:lineRule="auto"/>
              <w:jc w:val="center"/>
            </w:pPr>
            <w:r/>
            <w:r>
              <w:rPr>
                <w:rFonts w:ascii="Times New Roman" w:hAnsi="Times New Roman" w:eastAsia="宋体"/>
                <w:b w:val="0"/>
                <w:sz w:val="24"/>
              </w:rPr>
              <w:t>1.10</w:t>
            </w:r>
          </w:p>
        </w:tc>
        <w:tc>
          <w:tcPr>
            <w:tcW w:type="dxa" w:w="3200"/>
            <w:vAlign w:val="center"/>
          </w:tcPr>
          <w:p>
            <w:pPr>
              <w:spacing w:before="0" w:after="0" w:line="240" w:lineRule="auto"/>
              <w:jc w:val="left"/>
            </w:pPr>
            <w:r/>
            <w:r>
              <w:rPr>
                <w:rFonts w:ascii="Times New Roman" w:hAnsi="Times New Roman" w:eastAsia="宋体"/>
                <w:b w:val="0"/>
                <w:sz w:val="24"/>
              </w:rPr>
              <w:t>Which of the following activities do you have difficulty completing independently (multiple choices):</w:t>
            </w:r>
          </w:p>
        </w:tc>
        <w:tc>
          <w:tcPr>
            <w:tcW w:type="dxa" w:w="4420"/>
            <w:vAlign w:val="center"/>
          </w:tcPr>
          <w:p>
            <w:pPr>
              <w:spacing w:before="0" w:after="0" w:line="240" w:lineRule="auto"/>
              <w:jc w:val="left"/>
            </w:pPr>
            <w:r/>
            <w:r>
              <w:rPr>
                <w:rFonts w:ascii="Times New Roman" w:hAnsi="Times New Roman" w:eastAsia="宋体"/>
                <w:b w:val="0"/>
                <w:sz w:val="24"/>
              </w:rPr>
              <w:t>（1）eating（2）dressing（3）getting in and out of bed（4）toileting（5）moving around indoors（6）bathing（7）none</w:t>
            </w:r>
          </w:p>
        </w:tc>
      </w:tr>
      <w:tr>
        <w:tc>
          <w:tcPr>
            <w:tcW w:type="dxa" w:w="900"/>
            <w:vAlign w:val="center"/>
          </w:tcPr>
          <w:p>
            <w:pPr>
              <w:spacing w:before="0" w:after="0" w:line="240" w:lineRule="auto"/>
              <w:jc w:val="center"/>
            </w:pPr>
            <w:r/>
            <w:r>
              <w:rPr>
                <w:rFonts w:ascii="Times New Roman" w:hAnsi="Times New Roman" w:eastAsia="宋体"/>
                <w:b w:val="0"/>
                <w:sz w:val="24"/>
              </w:rPr>
              <w:t>1.11</w:t>
            </w:r>
          </w:p>
        </w:tc>
        <w:tc>
          <w:tcPr>
            <w:tcW w:type="dxa" w:w="3200"/>
            <w:vAlign w:val="center"/>
          </w:tcPr>
          <w:p>
            <w:pPr>
              <w:spacing w:before="0" w:after="0" w:line="240" w:lineRule="auto"/>
              <w:jc w:val="left"/>
            </w:pPr>
            <w:r/>
            <w:r>
              <w:rPr>
                <w:rFonts w:ascii="Times New Roman" w:hAnsi="Times New Roman" w:eastAsia="宋体"/>
                <w:b w:val="0"/>
                <w:sz w:val="24"/>
              </w:rPr>
              <w:t>If you were unable to take care of yourself, would you worry about having no one to care for you:</w:t>
            </w:r>
          </w:p>
        </w:tc>
        <w:tc>
          <w:tcPr>
            <w:tcW w:type="dxa" w:w="4420"/>
            <w:vAlign w:val="center"/>
          </w:tcPr>
          <w:p>
            <w:pPr>
              <w:spacing w:before="0" w:after="0" w:line="240" w:lineRule="auto"/>
              <w:jc w:val="left"/>
            </w:pPr>
            <w:r/>
            <w:r>
              <w:rPr>
                <w:rFonts w:ascii="Times New Roman" w:hAnsi="Times New Roman" w:eastAsia="宋体"/>
                <w:b w:val="0"/>
                <w:sz w:val="24"/>
              </w:rPr>
              <w:t>（1）very worried（2）fairly worried（3）average（4）not very worried（5）not worried</w:t>
            </w:r>
          </w:p>
        </w:tc>
      </w:tr>
      <w:tr>
        <w:tc>
          <w:tcPr>
            <w:tcW w:type="dxa" w:w="900"/>
            <w:vAlign w:val="center"/>
          </w:tcPr>
          <w:p>
            <w:pPr>
              <w:spacing w:before="0" w:after="0" w:line="240" w:lineRule="auto"/>
              <w:jc w:val="center"/>
            </w:pPr>
            <w:r/>
            <w:r>
              <w:rPr>
                <w:rFonts w:ascii="Times New Roman" w:hAnsi="Times New Roman" w:eastAsia="宋体"/>
                <w:b w:val="0"/>
                <w:sz w:val="24"/>
              </w:rPr>
              <w:t>1.12</w:t>
            </w:r>
          </w:p>
        </w:tc>
        <w:tc>
          <w:tcPr>
            <w:tcW w:type="dxa" w:w="3200"/>
            <w:vAlign w:val="center"/>
          </w:tcPr>
          <w:p>
            <w:pPr>
              <w:spacing w:before="0" w:after="0" w:line="240" w:lineRule="auto"/>
              <w:jc w:val="left"/>
            </w:pPr>
            <w:r/>
            <w:r>
              <w:rPr>
                <w:rFonts w:ascii="Times New Roman" w:hAnsi="Times New Roman" w:eastAsia="宋体"/>
                <w:b w:val="0"/>
                <w:sz w:val="24"/>
              </w:rPr>
              <w:t>The main illnesses currently troubling you (multiple choices):</w:t>
            </w:r>
          </w:p>
        </w:tc>
        <w:tc>
          <w:tcPr>
            <w:tcW w:type="dxa" w:w="4420"/>
            <w:vAlign w:val="center"/>
          </w:tcPr>
          <w:p>
            <w:pPr>
              <w:spacing w:before="0" w:after="0" w:line="240" w:lineRule="auto"/>
              <w:jc w:val="left"/>
            </w:pPr>
            <w:r/>
            <w:r>
              <w:rPr>
                <w:rFonts w:ascii="Times New Roman" w:hAnsi="Times New Roman" w:eastAsia="宋体"/>
                <w:b w:val="0"/>
                <w:sz w:val="24"/>
              </w:rPr>
              <w:t>（1）major illness requiring hospitalization（2）chronic disease（3）mental illness（4）disability（5）common or frequent disease（6）other ______（7）none</w:t>
            </w:r>
          </w:p>
        </w:tc>
      </w:tr>
      <w:tr>
        <w:tc>
          <w:tcPr>
            <w:tcW w:type="dxa" w:w="900"/>
            <w:vAlign w:val="center"/>
          </w:tcPr>
          <w:p>
            <w:pPr>
              <w:spacing w:before="0" w:after="0" w:line="240" w:lineRule="auto"/>
              <w:jc w:val="center"/>
            </w:pPr>
            <w:r/>
            <w:r>
              <w:rPr>
                <w:rFonts w:ascii="Times New Roman" w:hAnsi="Times New Roman" w:eastAsia="宋体"/>
                <w:b w:val="0"/>
                <w:sz w:val="24"/>
              </w:rPr>
              <w:t>If 1.12=1-6</w:t>
            </w:r>
          </w:p>
        </w:tc>
        <w:tc>
          <w:tcPr>
            <w:tcW w:type="dxa" w:w="3200"/>
            <w:vAlign w:val="center"/>
          </w:tcPr>
          <w:p>
            <w:pPr>
              <w:spacing w:before="0" w:after="0" w:line="240" w:lineRule="auto"/>
              <w:jc w:val="left"/>
            </w:pPr>
            <w:r/>
            <w:r>
              <w:rPr>
                <w:rFonts w:ascii="Times New Roman" w:hAnsi="Times New Roman" w:eastAsia="宋体"/>
                <w:b w:val="0"/>
                <w:sz w:val="24"/>
              </w:rPr>
              <w:t>Your types of illness (multiple choices):</w:t>
            </w:r>
          </w:p>
        </w:tc>
        <w:tc>
          <w:tcPr>
            <w:tcW w:type="dxa" w:w="4420"/>
            <w:vAlign w:val="center"/>
          </w:tcPr>
          <w:p>
            <w:pPr>
              <w:spacing w:before="0" w:after="0" w:line="240" w:lineRule="auto"/>
              <w:jc w:val="left"/>
            </w:pPr>
            <w:r/>
            <w:r>
              <w:rPr>
                <w:rFonts w:ascii="Times New Roman" w:hAnsi="Times New Roman" w:eastAsia="宋体"/>
                <w:b w:val="0"/>
                <w:sz w:val="24"/>
              </w:rPr>
              <w:t>（1）cardiovascular and cerebrovascular diseases (coronary heart disease, cerebral infarction, hypertension)（2）bone and joint diseases（3）chronic bronchitis（4）cataract（5）chronic gastrointestinal disease（6）diabetes（7）malignant tumor（8）intellectual impairment（9）blood disease（10）other ______</w:t>
            </w:r>
          </w:p>
        </w:tc>
      </w:tr>
      <w:tr>
        <w:tc>
          <w:tcPr>
            <w:tcW w:type="dxa" w:w="900"/>
            <w:vAlign w:val="center"/>
          </w:tcPr>
          <w:p>
            <w:pPr>
              <w:spacing w:before="0" w:after="0" w:line="240" w:lineRule="auto"/>
              <w:jc w:val="center"/>
            </w:pPr>
            <w:r/>
            <w:r>
              <w:rPr>
                <w:rFonts w:ascii="Times New Roman" w:hAnsi="Times New Roman" w:eastAsia="宋体"/>
                <w:b w:val="0"/>
                <w:sz w:val="24"/>
              </w:rPr>
              <w:t>If 1.12=1-6</w:t>
            </w:r>
          </w:p>
        </w:tc>
        <w:tc>
          <w:tcPr>
            <w:tcW w:type="dxa" w:w="3200"/>
            <w:vAlign w:val="center"/>
          </w:tcPr>
          <w:p>
            <w:pPr>
              <w:spacing w:before="0" w:after="0" w:line="240" w:lineRule="auto"/>
              <w:jc w:val="left"/>
            </w:pPr>
            <w:r/>
            <w:r>
              <w:rPr>
                <w:rFonts w:ascii="Times New Roman" w:hAnsi="Times New Roman" w:eastAsia="宋体"/>
                <w:b w:val="0"/>
                <w:sz w:val="24"/>
              </w:rPr>
              <w:t>How have these illnesses changed now:</w:t>
            </w:r>
          </w:p>
        </w:tc>
        <w:tc>
          <w:tcPr>
            <w:tcW w:type="dxa" w:w="4420"/>
            <w:vAlign w:val="center"/>
          </w:tcPr>
          <w:p>
            <w:pPr>
              <w:spacing w:before="0" w:after="0" w:line="240" w:lineRule="auto"/>
              <w:jc w:val="left"/>
            </w:pPr>
            <w:r/>
            <w:r>
              <w:rPr>
                <w:rFonts w:ascii="Times New Roman" w:hAnsi="Times New Roman" w:eastAsia="宋体"/>
                <w:b w:val="0"/>
                <w:sz w:val="24"/>
              </w:rPr>
              <w:t>（1）improved（2）worsened（3）about the same</w:t>
            </w:r>
          </w:p>
        </w:tc>
      </w:tr>
      <w:tr>
        <w:tc>
          <w:tcPr>
            <w:tcW w:type="dxa" w:w="900"/>
            <w:vAlign w:val="center"/>
          </w:tcPr>
          <w:p>
            <w:pPr>
              <w:spacing w:before="0" w:after="0" w:line="240" w:lineRule="auto"/>
              <w:jc w:val="center"/>
            </w:pPr>
            <w:r/>
            <w:r>
              <w:rPr>
                <w:rFonts w:ascii="Times New Roman" w:hAnsi="Times New Roman" w:eastAsia="宋体"/>
                <w:b w:val="0"/>
                <w:sz w:val="24"/>
              </w:rPr>
              <w:t>If 1.12=1-6</w:t>
            </w:r>
          </w:p>
        </w:tc>
        <w:tc>
          <w:tcPr>
            <w:tcW w:type="dxa" w:w="3200"/>
            <w:vAlign w:val="center"/>
          </w:tcPr>
          <w:p>
            <w:pPr>
              <w:spacing w:before="0" w:after="0" w:line="240" w:lineRule="auto"/>
              <w:jc w:val="left"/>
            </w:pPr>
            <w:r/>
            <w:r>
              <w:rPr>
                <w:rFonts w:ascii="Times New Roman" w:hAnsi="Times New Roman" w:eastAsia="宋体"/>
                <w:b w:val="0"/>
                <w:sz w:val="24"/>
              </w:rPr>
              <w:t>Your types of disability (multiple choices):</w:t>
            </w:r>
          </w:p>
        </w:tc>
        <w:tc>
          <w:tcPr>
            <w:tcW w:type="dxa" w:w="4420"/>
            <w:vAlign w:val="center"/>
          </w:tcPr>
          <w:p>
            <w:pPr>
              <w:spacing w:before="0" w:after="0" w:line="240" w:lineRule="auto"/>
              <w:jc w:val="left"/>
            </w:pPr>
            <w:r/>
            <w:r>
              <w:rPr>
                <w:rFonts w:ascii="Times New Roman" w:hAnsi="Times New Roman" w:eastAsia="宋体"/>
                <w:b w:val="0"/>
                <w:sz w:val="24"/>
              </w:rPr>
              <w:t>（1）visual disability（2）hearing disability（3）speech disability（4）physical disability（5）intellectual disability（6）mental disability（7）other ________（8）none</w:t>
            </w:r>
          </w:p>
        </w:tc>
      </w:tr>
      <w:tr>
        <w:tc>
          <w:tcPr>
            <w:tcW w:type="dxa" w:w="900"/>
            <w:vAlign w:val="center"/>
          </w:tcPr>
          <w:p>
            <w:pPr>
              <w:spacing w:before="0" w:after="0" w:line="240" w:lineRule="auto"/>
              <w:jc w:val="center"/>
            </w:pPr>
            <w:r/>
            <w:r>
              <w:rPr>
                <w:rFonts w:ascii="Times New Roman" w:hAnsi="Times New Roman" w:eastAsia="宋体"/>
                <w:b w:val="0"/>
                <w:sz w:val="24"/>
              </w:rPr>
              <w:t>1.13</w:t>
            </w:r>
          </w:p>
        </w:tc>
        <w:tc>
          <w:tcPr>
            <w:tcW w:type="dxa" w:w="3200"/>
            <w:vAlign w:val="center"/>
          </w:tcPr>
          <w:p>
            <w:pPr>
              <w:spacing w:before="0" w:after="0" w:line="240" w:lineRule="auto"/>
              <w:jc w:val="left"/>
            </w:pPr>
            <w:r/>
            <w:r>
              <w:rPr>
                <w:rFonts w:ascii="Times New Roman" w:hAnsi="Times New Roman" w:eastAsia="宋体"/>
                <w:b w:val="0"/>
                <w:sz w:val="24"/>
              </w:rPr>
              <w:t>Your memory and thinking ability:</w:t>
            </w:r>
          </w:p>
        </w:tc>
        <w:tc>
          <w:tcPr>
            <w:tcW w:type="dxa" w:w="4420"/>
            <w:vAlign w:val="center"/>
          </w:tcPr>
          <w:p>
            <w:pPr>
              <w:spacing w:before="0" w:after="0" w:line="240" w:lineRule="auto"/>
              <w:jc w:val="left"/>
            </w:pPr>
            <w:r/>
            <w:r>
              <w:rPr>
                <w:rFonts w:ascii="Times New Roman" w:hAnsi="Times New Roman" w:eastAsia="宋体"/>
                <w:b w:val="0"/>
                <w:sz w:val="24"/>
              </w:rPr>
              <w:t>（1）very good（2）fairly good（3）average（4）fairly poor（5）very poor</w:t>
            </w:r>
          </w:p>
        </w:tc>
      </w:tr>
      <w:tr>
        <w:tc>
          <w:tcPr>
            <w:tcW w:type="dxa" w:w="900"/>
            <w:vAlign w:val="center"/>
          </w:tcPr>
          <w:p>
            <w:pPr>
              <w:spacing w:before="0" w:after="0" w:line="240" w:lineRule="auto"/>
              <w:jc w:val="center"/>
            </w:pPr>
            <w:r/>
            <w:r>
              <w:rPr>
                <w:rFonts w:ascii="Times New Roman" w:hAnsi="Times New Roman" w:eastAsia="宋体"/>
                <w:b w:val="0"/>
                <w:sz w:val="24"/>
              </w:rPr>
              <w:t>1.14</w:t>
            </w:r>
          </w:p>
        </w:tc>
        <w:tc>
          <w:tcPr>
            <w:tcW w:type="dxa" w:w="3200"/>
            <w:vAlign w:val="center"/>
          </w:tcPr>
          <w:p>
            <w:pPr>
              <w:spacing w:before="0" w:after="0" w:line="240" w:lineRule="auto"/>
              <w:jc w:val="left"/>
            </w:pPr>
            <w:r/>
            <w:r>
              <w:rPr>
                <w:rFonts w:ascii="Times New Roman" w:hAnsi="Times New Roman" w:eastAsia="宋体"/>
                <w:b w:val="0"/>
                <w:sz w:val="24"/>
              </w:rPr>
              <w:t>Do you have a health record:</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1.15</w:t>
            </w:r>
          </w:p>
        </w:tc>
        <w:tc>
          <w:tcPr>
            <w:tcW w:type="dxa" w:w="3200"/>
            <w:vAlign w:val="center"/>
          </w:tcPr>
          <w:p>
            <w:pPr>
              <w:spacing w:before="0" w:after="0" w:line="240" w:lineRule="auto"/>
              <w:jc w:val="left"/>
            </w:pPr>
            <w:r/>
            <w:r>
              <w:rPr>
                <w:rFonts w:ascii="Times New Roman" w:hAnsi="Times New Roman" w:eastAsia="宋体"/>
                <w:b w:val="0"/>
                <w:sz w:val="24"/>
              </w:rPr>
              <w:t>Have you previously engaged in conscious self-health management:</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1.16</w:t>
            </w:r>
          </w:p>
        </w:tc>
        <w:tc>
          <w:tcPr>
            <w:tcW w:type="dxa" w:w="3200"/>
            <w:vAlign w:val="center"/>
          </w:tcPr>
          <w:p>
            <w:pPr>
              <w:spacing w:before="0" w:after="0" w:line="240" w:lineRule="auto"/>
              <w:jc w:val="left"/>
            </w:pPr>
            <w:r/>
            <w:r>
              <w:rPr>
                <w:rFonts w:ascii="Times New Roman" w:hAnsi="Times New Roman" w:eastAsia="宋体"/>
                <w:b w:val="0"/>
                <w:sz w:val="24"/>
              </w:rPr>
              <w:t>Have you undergone a health checkup in the past year:</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1.17</w:t>
            </w:r>
          </w:p>
        </w:tc>
        <w:tc>
          <w:tcPr>
            <w:tcW w:type="dxa" w:w="3200"/>
            <w:vAlign w:val="center"/>
          </w:tcPr>
          <w:p>
            <w:pPr>
              <w:spacing w:before="0" w:after="0" w:line="240" w:lineRule="auto"/>
              <w:jc w:val="left"/>
            </w:pPr>
            <w:r/>
            <w:r>
              <w:rPr>
                <w:rFonts w:ascii="Times New Roman" w:hAnsi="Times New Roman" w:eastAsia="宋体"/>
                <w:b w:val="0"/>
                <w:sz w:val="24"/>
              </w:rPr>
              <w:t>How many times do you exercise per week on average:</w:t>
            </w:r>
          </w:p>
        </w:tc>
        <w:tc>
          <w:tcPr>
            <w:tcW w:type="dxa" w:w="4420"/>
            <w:vAlign w:val="center"/>
          </w:tcPr>
          <w:p>
            <w:pPr>
              <w:spacing w:before="0" w:after="0" w:line="240" w:lineRule="auto"/>
              <w:jc w:val="left"/>
            </w:pPr>
            <w:r/>
            <w:r>
              <w:rPr>
                <w:rFonts w:ascii="Times New Roman" w:hAnsi="Times New Roman" w:eastAsia="宋体"/>
                <w:b w:val="0"/>
                <w:sz w:val="24"/>
              </w:rPr>
              <w:t>（1）6 times or more（2）3-5 times（3）1-2 times（4）less than once（5）never</w:t>
            </w:r>
          </w:p>
        </w:tc>
      </w:tr>
      <w:tr>
        <w:tc>
          <w:tcPr>
            <w:tcW w:type="dxa" w:w="900"/>
            <w:vAlign w:val="center"/>
          </w:tcPr>
          <w:p>
            <w:pPr>
              <w:spacing w:before="0" w:after="0" w:line="240" w:lineRule="auto"/>
              <w:jc w:val="center"/>
            </w:pPr>
            <w:r/>
            <w:r>
              <w:rPr>
                <w:rFonts w:ascii="Times New Roman" w:hAnsi="Times New Roman" w:eastAsia="宋体"/>
                <w:b w:val="0"/>
                <w:sz w:val="24"/>
              </w:rPr>
              <w:t>1.18</w:t>
            </w:r>
          </w:p>
        </w:tc>
        <w:tc>
          <w:tcPr>
            <w:tcW w:type="dxa" w:w="3200"/>
            <w:vAlign w:val="center"/>
          </w:tcPr>
          <w:p>
            <w:pPr>
              <w:spacing w:before="0" w:after="0" w:line="240" w:lineRule="auto"/>
              <w:jc w:val="left"/>
            </w:pPr>
            <w:r/>
            <w:r>
              <w:rPr>
                <w:rFonts w:ascii="Times New Roman" w:hAnsi="Times New Roman" w:eastAsia="宋体"/>
                <w:b w:val="0"/>
                <w:sz w:val="24"/>
              </w:rPr>
              <w:t>Your family's health investment includes (multiple choices):</w:t>
            </w:r>
          </w:p>
        </w:tc>
        <w:tc>
          <w:tcPr>
            <w:tcW w:type="dxa" w:w="4420"/>
            <w:vAlign w:val="center"/>
          </w:tcPr>
          <w:p>
            <w:pPr>
              <w:spacing w:before="0" w:after="0" w:line="240" w:lineRule="auto"/>
              <w:jc w:val="left"/>
            </w:pPr>
            <w:r/>
            <w:r>
              <w:rPr>
                <w:rFonts w:ascii="Times New Roman" w:hAnsi="Times New Roman" w:eastAsia="宋体"/>
                <w:b w:val="0"/>
                <w:sz w:val="24"/>
              </w:rPr>
              <w:t>（1）exercise and fitness（2）health checkups（3）buying nutritional and health products（4）buying health insurance（5）no investment</w:t>
            </w:r>
          </w:p>
        </w:tc>
      </w:tr>
      <w:tr>
        <w:tc>
          <w:tcPr>
            <w:tcW w:type="dxa" w:w="900"/>
            <w:vAlign w:val="center"/>
          </w:tcPr>
          <w:p>
            <w:pPr>
              <w:spacing w:before="0" w:after="0" w:line="240" w:lineRule="auto"/>
              <w:jc w:val="center"/>
            </w:pPr>
            <w:r/>
            <w:r>
              <w:rPr>
                <w:rFonts w:ascii="Times New Roman" w:hAnsi="Times New Roman" w:eastAsia="宋体"/>
                <w:b w:val="0"/>
                <w:sz w:val="24"/>
              </w:rPr>
              <w:t>1.19</w:t>
            </w:r>
          </w:p>
        </w:tc>
        <w:tc>
          <w:tcPr>
            <w:tcW w:type="dxa" w:w="3200"/>
            <w:vAlign w:val="center"/>
          </w:tcPr>
          <w:p>
            <w:pPr>
              <w:spacing w:before="0" w:after="0" w:line="240" w:lineRule="auto"/>
              <w:jc w:val="left"/>
            </w:pPr>
            <w:r/>
            <w:r>
              <w:rPr>
                <w:rFonts w:ascii="Times New Roman" w:hAnsi="Times New Roman" w:eastAsia="宋体"/>
                <w:b w:val="0"/>
                <w:sz w:val="24"/>
              </w:rPr>
              <w:t>How much are you willing to spend on health management (medical checkups, health knowledge, improving health, etc.) each year:</w:t>
            </w:r>
          </w:p>
        </w:tc>
        <w:tc>
          <w:tcPr>
            <w:tcW w:type="dxa" w:w="4420"/>
            <w:vAlign w:val="center"/>
          </w:tcPr>
          <w:p>
            <w:pPr>
              <w:spacing w:before="0" w:after="0" w:line="240" w:lineRule="auto"/>
              <w:jc w:val="left"/>
            </w:pPr>
            <w:r/>
            <w:r>
              <w:rPr>
                <w:rFonts w:ascii="Times New Roman" w:hAnsi="Times New Roman" w:eastAsia="宋体"/>
                <w:b w:val="0"/>
                <w:sz w:val="24"/>
              </w:rPr>
              <w:t>（1）below 1,000 yuan（2）1,000-5,000 yuan（3）5,000-10,000 yuan（4）above 10,000 yuan</w:t>
            </w:r>
          </w:p>
        </w:tc>
      </w:tr>
      <w:tr>
        <w:tc>
          <w:tcPr>
            <w:tcW w:type="dxa" w:w="900"/>
            <w:vAlign w:val="center"/>
          </w:tcPr>
          <w:p>
            <w:pPr>
              <w:spacing w:before="0" w:after="0" w:line="240" w:lineRule="auto"/>
              <w:jc w:val="center"/>
            </w:pPr>
            <w:r/>
            <w:r>
              <w:rPr>
                <w:rFonts w:ascii="Times New Roman" w:hAnsi="Times New Roman" w:eastAsia="宋体"/>
                <w:b w:val="0"/>
                <w:sz w:val="24"/>
              </w:rPr>
              <w:t>1.20</w:t>
            </w:r>
          </w:p>
        </w:tc>
        <w:tc>
          <w:tcPr>
            <w:tcW w:type="dxa" w:w="3200"/>
            <w:vAlign w:val="center"/>
          </w:tcPr>
          <w:p>
            <w:pPr>
              <w:spacing w:before="0" w:after="0" w:line="240" w:lineRule="auto"/>
              <w:jc w:val="left"/>
            </w:pPr>
            <w:r/>
            <w:r>
              <w:rPr>
                <w:rFonts w:ascii="Times New Roman" w:hAnsi="Times New Roman" w:eastAsia="宋体"/>
                <w:b w:val="0"/>
                <w:sz w:val="24"/>
              </w:rPr>
              <w:t>Your main sources of income (yuan/year) (multiple choices)</w:t>
            </w:r>
          </w:p>
          <w:p>
            <w:pPr>
              <w:spacing w:before="0" w:after="0" w:line="240" w:lineRule="auto"/>
              <w:jc w:val="left"/>
            </w:pPr>
            <w:r>
              <w:rPr>
                <w:rFonts w:ascii="Times New Roman" w:hAnsi="Times New Roman" w:eastAsia="宋体"/>
                <w:b w:val="0"/>
                <w:sz w:val="24"/>
              </w:rPr>
              <w:t>Total annual income in 2018: ________ yuan</w:t>
            </w:r>
          </w:p>
        </w:tc>
        <w:tc>
          <w:tcPr>
            <w:tcW w:type="dxa" w:w="4420"/>
            <w:vAlign w:val="center"/>
          </w:tcPr>
          <w:p>
            <w:pPr>
              <w:spacing w:before="0" w:after="0" w:line="240" w:lineRule="auto"/>
              <w:jc w:val="left"/>
            </w:pPr>
            <w:r/>
            <w:r>
              <w:rPr>
                <w:rFonts w:ascii="Times New Roman" w:hAnsi="Times New Roman" w:eastAsia="宋体"/>
                <w:b w:val="0"/>
                <w:sz w:val="24"/>
              </w:rPr>
              <w:t>（1）your own pension or retirement pay: ______ yuan/year</w:t>
            </w:r>
          </w:p>
          <w:p>
            <w:pPr>
              <w:spacing w:before="0" w:after="0" w:line="240" w:lineRule="auto"/>
              <w:jc w:val="left"/>
            </w:pPr>
            <w:r>
              <w:rPr>
                <w:rFonts w:ascii="Times New Roman" w:hAnsi="Times New Roman" w:eastAsia="宋体"/>
                <w:b w:val="0"/>
                <w:sz w:val="24"/>
              </w:rPr>
              <w:t>（2）spouse's pension or retirement pay: ______ yuan/year</w:t>
            </w:r>
          </w:p>
          <w:p>
            <w:pPr>
              <w:spacing w:before="0" w:after="0" w:line="240" w:lineRule="auto"/>
              <w:jc w:val="left"/>
            </w:pPr>
            <w:r>
              <w:rPr>
                <w:rFonts w:ascii="Times New Roman" w:hAnsi="Times New Roman" w:eastAsia="宋体"/>
                <w:b w:val="0"/>
                <w:sz w:val="24"/>
              </w:rPr>
              <w:t>（3）financial support from children: ______ yuan/year</w:t>
            </w:r>
          </w:p>
          <w:p>
            <w:pPr>
              <w:spacing w:before="0" w:after="0" w:line="240" w:lineRule="auto"/>
              <w:jc w:val="left"/>
            </w:pPr>
            <w:r>
              <w:rPr>
                <w:rFonts w:ascii="Times New Roman" w:hAnsi="Times New Roman" w:eastAsia="宋体"/>
                <w:b w:val="0"/>
                <w:sz w:val="24"/>
              </w:rPr>
              <w:t>（4）social assistance (subsistence allowance, five guarantees): ______ yuan/year</w:t>
            </w:r>
          </w:p>
          <w:p>
            <w:pPr>
              <w:spacing w:before="0" w:after="0" w:line="240" w:lineRule="auto"/>
              <w:jc w:val="left"/>
            </w:pPr>
            <w:r>
              <w:rPr>
                <w:rFonts w:ascii="Times New Roman" w:hAnsi="Times New Roman" w:eastAsia="宋体"/>
                <w:b w:val="0"/>
                <w:sz w:val="24"/>
              </w:rPr>
              <w:t>（5）income from continuing to work: ______ yuan/year</w:t>
            </w:r>
          </w:p>
          <w:p>
            <w:pPr>
              <w:spacing w:before="0" w:after="0" w:line="240" w:lineRule="auto"/>
              <w:jc w:val="left"/>
            </w:pPr>
            <w:r>
              <w:rPr>
                <w:rFonts w:ascii="Times New Roman" w:hAnsi="Times New Roman" w:eastAsia="宋体"/>
                <w:b w:val="0"/>
                <w:sz w:val="24"/>
              </w:rPr>
              <w:t>（6）property income (rent, stocks, etc.): ______ yuan/year</w:t>
            </w:r>
          </w:p>
          <w:p>
            <w:pPr>
              <w:spacing w:before="0" w:after="0" w:line="240" w:lineRule="auto"/>
              <w:jc w:val="left"/>
            </w:pPr>
            <w:r>
              <w:rPr>
                <w:rFonts w:ascii="Times New Roman" w:hAnsi="Times New Roman" w:eastAsia="宋体"/>
                <w:b w:val="0"/>
                <w:sz w:val="24"/>
              </w:rPr>
              <w:t>（7）old-age allowance: ______ yuan/year</w:t>
            </w:r>
          </w:p>
          <w:p>
            <w:pPr>
              <w:spacing w:before="0" w:after="0" w:line="240" w:lineRule="auto"/>
              <w:jc w:val="left"/>
            </w:pPr>
            <w:r>
              <w:rPr>
                <w:rFonts w:ascii="Times New Roman" w:hAnsi="Times New Roman" w:eastAsia="宋体"/>
                <w:b w:val="0"/>
                <w:sz w:val="24"/>
              </w:rPr>
              <w:t>（8）other: ______ yuan/year</w:t>
            </w:r>
          </w:p>
        </w:tc>
      </w:tr>
      <w:tr>
        <w:tc>
          <w:tcPr>
            <w:tcW w:type="dxa" w:w="900"/>
            <w:vAlign w:val="center"/>
          </w:tcPr>
          <w:p>
            <w:pPr>
              <w:spacing w:before="0" w:after="0" w:line="240" w:lineRule="auto"/>
              <w:jc w:val="center"/>
            </w:pPr>
            <w:r/>
            <w:r>
              <w:rPr>
                <w:rFonts w:ascii="Times New Roman" w:hAnsi="Times New Roman" w:eastAsia="宋体"/>
                <w:b w:val="0"/>
                <w:sz w:val="24"/>
              </w:rPr>
              <w:t>1.21</w:t>
            </w:r>
          </w:p>
        </w:tc>
        <w:tc>
          <w:tcPr>
            <w:tcW w:type="dxa" w:w="3200"/>
            <w:vAlign w:val="center"/>
          </w:tcPr>
          <w:p>
            <w:pPr>
              <w:spacing w:before="0" w:after="0" w:line="240" w:lineRule="auto"/>
              <w:jc w:val="left"/>
            </w:pPr>
            <w:r/>
            <w:r>
              <w:rPr>
                <w:rFonts w:ascii="Times New Roman" w:hAnsi="Times New Roman" w:eastAsia="宋体"/>
                <w:b w:val="0"/>
                <w:sz w:val="24"/>
              </w:rPr>
              <w:t>Your main consumption expenditures (yuan/year) (multiple choices)</w:t>
            </w:r>
          </w:p>
          <w:p>
            <w:pPr>
              <w:spacing w:before="0" w:after="0" w:line="240" w:lineRule="auto"/>
              <w:jc w:val="left"/>
            </w:pPr>
            <w:r>
              <w:rPr>
                <w:rFonts w:ascii="Times New Roman" w:hAnsi="Times New Roman" w:eastAsia="宋体"/>
                <w:b w:val="0"/>
                <w:sz w:val="24"/>
              </w:rPr>
              <w:t>Total annual expenditure in 2018: ________ yuan</w:t>
            </w:r>
          </w:p>
        </w:tc>
        <w:tc>
          <w:tcPr>
            <w:tcW w:type="dxa" w:w="4420"/>
            <w:vAlign w:val="center"/>
          </w:tcPr>
          <w:p>
            <w:pPr>
              <w:spacing w:before="0" w:after="0" w:line="240" w:lineRule="auto"/>
              <w:jc w:val="left"/>
            </w:pPr>
            <w:r/>
            <w:r>
              <w:rPr>
                <w:rFonts w:ascii="Times New Roman" w:hAnsi="Times New Roman" w:eastAsia="宋体"/>
                <w:b w:val="0"/>
                <w:sz w:val="24"/>
              </w:rPr>
              <w:t>（1）food: ______ yuan/year</w:t>
            </w:r>
          </w:p>
          <w:p>
            <w:pPr>
              <w:spacing w:before="0" w:after="0" w:line="240" w:lineRule="auto"/>
              <w:jc w:val="left"/>
            </w:pPr>
            <w:r>
              <w:rPr>
                <w:rFonts w:ascii="Times New Roman" w:hAnsi="Times New Roman" w:eastAsia="宋体"/>
                <w:b w:val="0"/>
                <w:sz w:val="24"/>
              </w:rPr>
              <w:t>（2）clothing: ______ yuan/year</w:t>
            </w:r>
          </w:p>
          <w:p>
            <w:pPr>
              <w:spacing w:before="0" w:after="0" w:line="240" w:lineRule="auto"/>
              <w:jc w:val="left"/>
            </w:pPr>
            <w:r>
              <w:rPr>
                <w:rFonts w:ascii="Times New Roman" w:hAnsi="Times New Roman" w:eastAsia="宋体"/>
                <w:b w:val="0"/>
                <w:sz w:val="24"/>
              </w:rPr>
              <w:t>（3）housing (repairs, rent, property management, utilities, etc.): ______ yuan/year</w:t>
            </w:r>
          </w:p>
          <w:p>
            <w:pPr>
              <w:spacing w:before="0" w:after="0" w:line="240" w:lineRule="auto"/>
              <w:jc w:val="left"/>
            </w:pPr>
            <w:r>
              <w:rPr>
                <w:rFonts w:ascii="Times New Roman" w:hAnsi="Times New Roman" w:eastAsia="宋体"/>
                <w:b w:val="0"/>
                <w:sz w:val="24"/>
              </w:rPr>
              <w:t>（4）travel (tourism, car purchase, fuel, etc.): ______ yuan/year</w:t>
            </w:r>
          </w:p>
          <w:p>
            <w:pPr>
              <w:spacing w:before="0" w:after="0" w:line="240" w:lineRule="auto"/>
              <w:jc w:val="left"/>
            </w:pPr>
            <w:r>
              <w:rPr>
                <w:rFonts w:ascii="Times New Roman" w:hAnsi="Times New Roman" w:eastAsia="宋体"/>
                <w:b w:val="0"/>
                <w:sz w:val="24"/>
              </w:rPr>
              <w:t>（5）communication (telephone, internet): ______ yuan/year</w:t>
            </w:r>
          </w:p>
          <w:p>
            <w:pPr>
              <w:spacing w:before="0" w:after="0" w:line="240" w:lineRule="auto"/>
              <w:jc w:val="left"/>
            </w:pPr>
            <w:r>
              <w:rPr>
                <w:rFonts w:ascii="Times New Roman" w:hAnsi="Times New Roman" w:eastAsia="宋体"/>
                <w:b w:val="0"/>
                <w:sz w:val="24"/>
              </w:rPr>
              <w:t>（6）gifts and social expenses for relatives and friends: ______ yuan/year</w:t>
            </w:r>
          </w:p>
          <w:p>
            <w:pPr>
              <w:spacing w:before="0" w:after="0" w:line="240" w:lineRule="auto"/>
              <w:jc w:val="left"/>
            </w:pPr>
            <w:r>
              <w:rPr>
                <w:rFonts w:ascii="Times New Roman" w:hAnsi="Times New Roman" w:eastAsia="宋体"/>
                <w:b w:val="0"/>
                <w:sz w:val="24"/>
              </w:rPr>
              <w:t>（7）medical expenses: ______ yuan/year</w:t>
            </w:r>
          </w:p>
          <w:p>
            <w:pPr>
              <w:spacing w:before="0" w:after="0" w:line="240" w:lineRule="auto"/>
              <w:jc w:val="left"/>
            </w:pPr>
            <w:r>
              <w:rPr>
                <w:rFonts w:ascii="Times New Roman" w:hAnsi="Times New Roman" w:eastAsia="宋体"/>
                <w:b w:val="0"/>
                <w:sz w:val="24"/>
              </w:rPr>
              <w:t>（8）nanny / housekeeping expenses: ______ yuan/year</w:t>
            </w:r>
          </w:p>
          <w:p>
            <w:pPr>
              <w:spacing w:before="0" w:after="0" w:line="240" w:lineRule="auto"/>
              <w:jc w:val="left"/>
            </w:pPr>
            <w:r>
              <w:rPr>
                <w:rFonts w:ascii="Times New Roman" w:hAnsi="Times New Roman" w:eastAsia="宋体"/>
                <w:b w:val="0"/>
                <w:sz w:val="24"/>
              </w:rPr>
              <w:t>（9）financial support to children: ______ yuan/year</w:t>
            </w:r>
          </w:p>
          <w:p>
            <w:pPr>
              <w:spacing w:before="0" w:after="0" w:line="240" w:lineRule="auto"/>
              <w:jc w:val="left"/>
            </w:pPr>
            <w:r>
              <w:rPr>
                <w:rFonts w:ascii="Times New Roman" w:hAnsi="Times New Roman" w:eastAsia="宋体"/>
                <w:b w:val="0"/>
                <w:sz w:val="24"/>
              </w:rPr>
              <w:t>（10）elderly care institution fees: ______ yuan/year</w:t>
            </w:r>
          </w:p>
          <w:p>
            <w:pPr>
              <w:spacing w:before="0" w:after="0" w:line="240" w:lineRule="auto"/>
              <w:jc w:val="left"/>
            </w:pPr>
            <w:r>
              <w:rPr>
                <w:rFonts w:ascii="Times New Roman" w:hAnsi="Times New Roman" w:eastAsia="宋体"/>
                <w:b w:val="0"/>
                <w:sz w:val="24"/>
              </w:rPr>
              <w:t>（11）other: ______ yuan/year</w:t>
            </w:r>
          </w:p>
        </w:tc>
      </w:tr>
      <w:tr>
        <w:tc>
          <w:tcPr>
            <w:tcW w:type="dxa" w:w="900"/>
            <w:vAlign w:val="center"/>
          </w:tcPr>
          <w:p>
            <w:pPr>
              <w:spacing w:before="0" w:after="0" w:line="240" w:lineRule="auto"/>
              <w:jc w:val="center"/>
            </w:pPr>
            <w:r/>
            <w:r>
              <w:rPr>
                <w:rFonts w:ascii="Times New Roman" w:hAnsi="Times New Roman" w:eastAsia="宋体"/>
                <w:b w:val="0"/>
                <w:sz w:val="24"/>
              </w:rPr>
              <w:t>1.22</w:t>
            </w:r>
          </w:p>
        </w:tc>
        <w:tc>
          <w:tcPr>
            <w:tcW w:type="dxa" w:w="3200"/>
            <w:vAlign w:val="center"/>
          </w:tcPr>
          <w:p>
            <w:pPr>
              <w:spacing w:before="0" w:after="0" w:line="240" w:lineRule="auto"/>
              <w:jc w:val="left"/>
            </w:pPr>
            <w:r/>
            <w:r>
              <w:rPr>
                <w:rFonts w:ascii="Times New Roman" w:hAnsi="Times New Roman" w:eastAsia="宋体"/>
                <w:b w:val="0"/>
                <w:sz w:val="24"/>
              </w:rPr>
              <w:t>Are you worried about having no money to spend in the future:</w:t>
            </w:r>
          </w:p>
        </w:tc>
        <w:tc>
          <w:tcPr>
            <w:tcW w:type="dxa" w:w="4420"/>
            <w:vAlign w:val="center"/>
          </w:tcPr>
          <w:p>
            <w:pPr>
              <w:spacing w:before="0" w:after="0" w:line="240" w:lineRule="auto"/>
              <w:jc w:val="left"/>
            </w:pPr>
            <w:r/>
            <w:r>
              <w:rPr>
                <w:rFonts w:ascii="Times New Roman" w:hAnsi="Times New Roman" w:eastAsia="宋体"/>
                <w:b w:val="0"/>
                <w:sz w:val="24"/>
              </w:rPr>
              <w:t>（1）very worried（2）fairly worried（3）average（4）not worried（5）not worried at all</w:t>
            </w:r>
          </w:p>
        </w:tc>
      </w:tr>
      <w:tr>
        <w:tc>
          <w:tcPr>
            <w:tcW w:type="dxa" w:w="900"/>
            <w:vAlign w:val="center"/>
          </w:tcPr>
          <w:p>
            <w:pPr>
              <w:spacing w:before="0" w:after="0" w:line="240" w:lineRule="auto"/>
              <w:jc w:val="center"/>
            </w:pPr>
            <w:r/>
            <w:r>
              <w:rPr>
                <w:rFonts w:ascii="Times New Roman" w:hAnsi="Times New Roman" w:eastAsia="宋体"/>
                <w:b w:val="0"/>
                <w:sz w:val="24"/>
              </w:rPr>
              <w:t>1.23</w:t>
            </w:r>
          </w:p>
        </w:tc>
        <w:tc>
          <w:tcPr>
            <w:tcW w:type="dxa" w:w="3200"/>
            <w:vAlign w:val="center"/>
          </w:tcPr>
          <w:p>
            <w:pPr>
              <w:spacing w:before="0" w:after="0" w:line="240" w:lineRule="auto"/>
              <w:jc w:val="left"/>
            </w:pPr>
            <w:r/>
            <w:r>
              <w:rPr>
                <w:rFonts w:ascii="Times New Roman" w:hAnsi="Times New Roman" w:eastAsia="宋体"/>
                <w:b w:val="0"/>
                <w:sz w:val="24"/>
              </w:rPr>
              <w:t>Compared with other people around you, how is your living standard:</w:t>
            </w:r>
          </w:p>
        </w:tc>
        <w:tc>
          <w:tcPr>
            <w:tcW w:type="dxa" w:w="4420"/>
            <w:vAlign w:val="center"/>
          </w:tcPr>
          <w:p>
            <w:pPr>
              <w:spacing w:before="0" w:after="0" w:line="240" w:lineRule="auto"/>
              <w:jc w:val="left"/>
            </w:pPr>
            <w:r/>
            <w:r>
              <w:rPr>
                <w:rFonts w:ascii="Times New Roman" w:hAnsi="Times New Roman" w:eastAsia="宋体"/>
                <w:b w:val="0"/>
                <w:sz w:val="24"/>
              </w:rPr>
              <w:t>（1）very poor（2）fairly poor（3）about the same（4）fairly good（5）very good</w:t>
            </w:r>
          </w:p>
        </w:tc>
      </w:tr>
      <w:tr>
        <w:tc>
          <w:tcPr>
            <w:tcW w:type="dxa" w:w="900"/>
            <w:vAlign w:val="center"/>
          </w:tcPr>
          <w:p>
            <w:pPr>
              <w:spacing w:before="0" w:after="0" w:line="240" w:lineRule="auto"/>
              <w:jc w:val="center"/>
            </w:pPr>
            <w:r/>
            <w:r>
              <w:rPr>
                <w:rFonts w:ascii="Times New Roman" w:hAnsi="Times New Roman" w:eastAsia="宋体"/>
                <w:b w:val="0"/>
                <w:sz w:val="24"/>
              </w:rPr>
              <w:t>1.24</w:t>
            </w:r>
          </w:p>
        </w:tc>
        <w:tc>
          <w:tcPr>
            <w:tcW w:type="dxa" w:w="3200"/>
            <w:vAlign w:val="center"/>
          </w:tcPr>
          <w:p>
            <w:pPr>
              <w:spacing w:before="0" w:after="0" w:line="240" w:lineRule="auto"/>
              <w:jc w:val="left"/>
            </w:pPr>
            <w:r/>
            <w:r>
              <w:rPr>
                <w:rFonts w:ascii="Times New Roman" w:hAnsi="Times New Roman" w:eastAsia="宋体"/>
                <w:b w:val="0"/>
                <w:sz w:val="24"/>
              </w:rPr>
              <w:t>Your current living arrangement:</w:t>
            </w:r>
          </w:p>
        </w:tc>
        <w:tc>
          <w:tcPr>
            <w:tcW w:type="dxa" w:w="4420"/>
            <w:vAlign w:val="center"/>
          </w:tcPr>
          <w:p>
            <w:pPr>
              <w:spacing w:before="0" w:after="0" w:line="240" w:lineRule="auto"/>
              <w:jc w:val="left"/>
            </w:pPr>
            <w:r/>
            <w:r>
              <w:rPr>
                <w:rFonts w:ascii="Times New Roman" w:hAnsi="Times New Roman" w:eastAsia="宋体"/>
                <w:b w:val="0"/>
                <w:sz w:val="24"/>
              </w:rPr>
              <w:t>（1）living alone（2）living with spouse（3）living with family (children)（4）elderly care institution（5）other _______</w:t>
            </w:r>
          </w:p>
        </w:tc>
      </w:tr>
      <w:tr>
        <w:tc>
          <w:tcPr>
            <w:tcW w:type="dxa" w:w="900"/>
            <w:vAlign w:val="center"/>
          </w:tcPr>
          <w:p>
            <w:pPr>
              <w:spacing w:before="0" w:after="0" w:line="240" w:lineRule="auto"/>
              <w:jc w:val="center"/>
            </w:pPr>
            <w:r/>
            <w:r>
              <w:rPr>
                <w:rFonts w:ascii="Times New Roman" w:hAnsi="Times New Roman" w:eastAsia="宋体"/>
                <w:b w:val="0"/>
                <w:sz w:val="24"/>
              </w:rPr>
              <w:t>1.25</w:t>
            </w:r>
          </w:p>
        </w:tc>
        <w:tc>
          <w:tcPr>
            <w:tcW w:type="dxa" w:w="3200"/>
            <w:vAlign w:val="center"/>
          </w:tcPr>
          <w:p>
            <w:pPr>
              <w:spacing w:before="0" w:after="0" w:line="240" w:lineRule="auto"/>
              <w:jc w:val="left"/>
            </w:pPr>
            <w:r/>
            <w:r>
              <w:rPr>
                <w:rFonts w:ascii="Times New Roman" w:hAnsi="Times New Roman" w:eastAsia="宋体"/>
                <w:b w:val="0"/>
                <w:sz w:val="24"/>
              </w:rPr>
              <w:t>Your main daily caregivers (multiple choices):</w:t>
            </w:r>
          </w:p>
        </w:tc>
        <w:tc>
          <w:tcPr>
            <w:tcW w:type="dxa" w:w="4420"/>
            <w:vAlign w:val="center"/>
          </w:tcPr>
          <w:p>
            <w:pPr>
              <w:spacing w:before="0" w:after="0" w:line="240" w:lineRule="auto"/>
              <w:jc w:val="left"/>
            </w:pPr>
            <w:r/>
            <w:r>
              <w:rPr>
                <w:rFonts w:ascii="Times New Roman" w:hAnsi="Times New Roman" w:eastAsia="宋体"/>
                <w:b w:val="0"/>
                <w:sz w:val="24"/>
              </w:rPr>
              <w:t>（1）self（2）spouse（3）children and other relatives（4）community service workers（5）nanny（6）institutional service workers（7）other ______</w:t>
            </w:r>
          </w:p>
        </w:tc>
      </w:tr>
      <w:tr>
        <w:tc>
          <w:tcPr>
            <w:tcW w:type="dxa" w:w="900"/>
            <w:vAlign w:val="center"/>
          </w:tcPr>
          <w:p>
            <w:pPr>
              <w:spacing w:before="0" w:after="0" w:line="240" w:lineRule="auto"/>
              <w:jc w:val="center"/>
            </w:pPr>
            <w:r/>
            <w:r>
              <w:rPr>
                <w:rFonts w:ascii="Times New Roman" w:hAnsi="Times New Roman" w:eastAsia="宋体"/>
                <w:b w:val="0"/>
                <w:sz w:val="24"/>
              </w:rPr>
              <w:t>1.26</w:t>
            </w:r>
          </w:p>
        </w:tc>
        <w:tc>
          <w:tcPr>
            <w:tcW w:type="dxa" w:w="3200"/>
            <w:vAlign w:val="center"/>
          </w:tcPr>
          <w:p>
            <w:pPr>
              <w:spacing w:before="0" w:after="0" w:line="240" w:lineRule="auto"/>
              <w:jc w:val="left"/>
            </w:pPr>
            <w:r/>
            <w:r>
              <w:rPr>
                <w:rFonts w:ascii="Times New Roman" w:hAnsi="Times New Roman" w:eastAsia="宋体"/>
                <w:b w:val="0"/>
                <w:sz w:val="24"/>
              </w:rPr>
              <w:t>Your current elderly care arrangement:</w:t>
            </w:r>
          </w:p>
        </w:tc>
        <w:tc>
          <w:tcPr>
            <w:tcW w:type="dxa" w:w="4420"/>
            <w:vAlign w:val="center"/>
          </w:tcPr>
          <w:p>
            <w:pPr>
              <w:spacing w:before="0" w:after="0" w:line="240" w:lineRule="auto"/>
              <w:jc w:val="left"/>
            </w:pPr>
            <w:r/>
            <w:r>
              <w:rPr>
                <w:rFonts w:ascii="Times New Roman" w:hAnsi="Times New Roman" w:eastAsia="宋体"/>
                <w:b w:val="0"/>
                <w:sz w:val="24"/>
              </w:rPr>
              <w:t>（1）home-based care with family services（2）home-based care with community services（3）institutional care（4）other ______</w:t>
            </w:r>
          </w:p>
        </w:tc>
      </w:tr>
      <w:tr>
        <w:tc>
          <w:tcPr>
            <w:tcW w:type="dxa" w:w="900"/>
            <w:vAlign w:val="center"/>
          </w:tcPr>
          <w:p>
            <w:pPr>
              <w:spacing w:before="0" w:after="0" w:line="240" w:lineRule="auto"/>
              <w:jc w:val="center"/>
            </w:pPr>
            <w:r/>
            <w:r>
              <w:rPr>
                <w:rFonts w:ascii="Times New Roman" w:hAnsi="Times New Roman" w:eastAsia="宋体"/>
                <w:b w:val="0"/>
                <w:sz w:val="24"/>
              </w:rPr>
              <w:t>If 1.26=3</w:t>
            </w:r>
          </w:p>
        </w:tc>
        <w:tc>
          <w:tcPr>
            <w:tcW w:type="dxa" w:w="3200"/>
            <w:vAlign w:val="center"/>
          </w:tcPr>
          <w:p>
            <w:pPr>
              <w:spacing w:before="0" w:after="0" w:line="240" w:lineRule="auto"/>
              <w:jc w:val="left"/>
            </w:pPr>
            <w:r/>
            <w:r>
              <w:rPr>
                <w:rFonts w:ascii="Times New Roman" w:hAnsi="Times New Roman" w:eastAsia="宋体"/>
                <w:b w:val="0"/>
                <w:sz w:val="24"/>
              </w:rPr>
              <w:t>Reasons for entering the elderly care institution (multiple choices):</w:t>
            </w:r>
          </w:p>
        </w:tc>
        <w:tc>
          <w:tcPr>
            <w:tcW w:type="dxa" w:w="4420"/>
            <w:vAlign w:val="center"/>
          </w:tcPr>
          <w:p>
            <w:pPr>
              <w:spacing w:before="0" w:after="0" w:line="240" w:lineRule="auto"/>
              <w:jc w:val="left"/>
            </w:pPr>
            <w:r/>
            <w:r>
              <w:rPr>
                <w:rFonts w:ascii="Times New Roman" w:hAnsi="Times New Roman" w:eastAsia="宋体"/>
                <w:b w:val="0"/>
                <w:sz w:val="24"/>
              </w:rPr>
              <w:t>（1）lifestyle differences from children（2）children unable to provide care（3）unsatisfactory original living environment（4）can communicate with peers（5）do not want to burden children（6）can receive better care（7）unharmonious family relations（8）other ______</w:t>
            </w:r>
          </w:p>
        </w:tc>
      </w:tr>
      <w:tr>
        <w:tc>
          <w:tcPr>
            <w:tcW w:type="dxa" w:w="900"/>
            <w:vAlign w:val="center"/>
          </w:tcPr>
          <w:p>
            <w:pPr>
              <w:spacing w:before="0" w:after="0" w:line="240" w:lineRule="auto"/>
              <w:jc w:val="center"/>
            </w:pPr>
            <w:r/>
            <w:r>
              <w:rPr>
                <w:rFonts w:ascii="Times New Roman" w:hAnsi="Times New Roman" w:eastAsia="宋体"/>
                <w:b w:val="0"/>
                <w:sz w:val="24"/>
              </w:rPr>
              <w:t>If 1.26=3</w:t>
            </w:r>
          </w:p>
        </w:tc>
        <w:tc>
          <w:tcPr>
            <w:tcW w:type="dxa" w:w="3200"/>
            <w:vAlign w:val="center"/>
          </w:tcPr>
          <w:p>
            <w:pPr>
              <w:spacing w:before="0" w:after="0" w:line="240" w:lineRule="auto"/>
              <w:jc w:val="left"/>
            </w:pPr>
            <w:r/>
            <w:r>
              <w:rPr>
                <w:rFonts w:ascii="Times New Roman" w:hAnsi="Times New Roman" w:eastAsia="宋体"/>
                <w:b w:val="0"/>
                <w:sz w:val="24"/>
              </w:rPr>
              <w:t>Who pays your monthly fees at the nursing home (multiple choices):</w:t>
            </w:r>
          </w:p>
        </w:tc>
        <w:tc>
          <w:tcPr>
            <w:tcW w:type="dxa" w:w="4420"/>
            <w:vAlign w:val="center"/>
          </w:tcPr>
          <w:p>
            <w:pPr>
              <w:spacing w:before="0" w:after="0" w:line="240" w:lineRule="auto"/>
              <w:jc w:val="left"/>
            </w:pPr>
            <w:r/>
            <w:r>
              <w:rPr>
                <w:rFonts w:ascii="Times New Roman" w:hAnsi="Times New Roman" w:eastAsia="宋体"/>
                <w:b w:val="0"/>
                <w:sz w:val="24"/>
              </w:rPr>
              <w:t>（1）self（2）spouse（3）children（4）other relatives（5）former work unit（6）government（7）other _____</w:t>
            </w:r>
          </w:p>
        </w:tc>
      </w:tr>
      <w:tr>
        <w:tc>
          <w:tcPr>
            <w:tcW w:type="dxa" w:w="900"/>
            <w:vAlign w:val="center"/>
          </w:tcPr>
          <w:p>
            <w:pPr>
              <w:spacing w:before="0" w:after="0" w:line="240" w:lineRule="auto"/>
              <w:jc w:val="center"/>
            </w:pPr>
            <w:r/>
            <w:r>
              <w:rPr>
                <w:rFonts w:ascii="Times New Roman" w:hAnsi="Times New Roman" w:eastAsia="宋体"/>
                <w:b w:val="0"/>
                <w:sz w:val="24"/>
              </w:rPr>
              <w:t>If 1.26=3</w:t>
            </w:r>
          </w:p>
        </w:tc>
        <w:tc>
          <w:tcPr>
            <w:tcW w:type="dxa" w:w="3200"/>
            <w:vAlign w:val="center"/>
          </w:tcPr>
          <w:p>
            <w:pPr>
              <w:spacing w:before="0" w:after="0" w:line="240" w:lineRule="auto"/>
              <w:jc w:val="left"/>
            </w:pPr>
            <w:r/>
            <w:r>
              <w:rPr>
                <w:rFonts w:ascii="Times New Roman" w:hAnsi="Times New Roman" w:eastAsia="宋体"/>
                <w:b w:val="0"/>
                <w:sz w:val="24"/>
              </w:rPr>
              <w:t>What do you think of the charging standard of the elderly care institution you are in:</w:t>
            </w:r>
          </w:p>
        </w:tc>
        <w:tc>
          <w:tcPr>
            <w:tcW w:type="dxa" w:w="4420"/>
            <w:vAlign w:val="center"/>
          </w:tcPr>
          <w:p>
            <w:pPr>
              <w:spacing w:before="0" w:after="0" w:line="240" w:lineRule="auto"/>
              <w:jc w:val="left"/>
            </w:pPr>
            <w:r/>
            <w:r>
              <w:rPr>
                <w:rFonts w:ascii="Times New Roman" w:hAnsi="Times New Roman" w:eastAsia="宋体"/>
                <w:b w:val="0"/>
                <w:sz w:val="24"/>
              </w:rPr>
              <w:t>（1）very low（2）fairly low（3）average（4）fairly high（5）very high</w:t>
            </w:r>
          </w:p>
        </w:tc>
      </w:tr>
      <w:tr>
        <w:tc>
          <w:tcPr>
            <w:tcW w:type="dxa" w:w="900"/>
            <w:vAlign w:val="center"/>
          </w:tcPr>
          <w:p>
            <w:pPr>
              <w:spacing w:before="0" w:after="0" w:line="240" w:lineRule="auto"/>
              <w:jc w:val="center"/>
            </w:pPr>
            <w:r/>
            <w:r>
              <w:rPr>
                <w:rFonts w:ascii="Times New Roman" w:hAnsi="Times New Roman" w:eastAsia="宋体"/>
                <w:b w:val="0"/>
                <w:sz w:val="24"/>
              </w:rPr>
              <w:t>If 1.26=3</w:t>
            </w:r>
          </w:p>
        </w:tc>
        <w:tc>
          <w:tcPr>
            <w:tcW w:type="dxa" w:w="3200"/>
            <w:vAlign w:val="center"/>
          </w:tcPr>
          <w:p>
            <w:pPr>
              <w:spacing w:before="0" w:after="0" w:line="240" w:lineRule="auto"/>
              <w:jc w:val="left"/>
            </w:pPr>
            <w:r/>
            <w:r>
              <w:rPr>
                <w:rFonts w:ascii="Times New Roman" w:hAnsi="Times New Roman" w:eastAsia="宋体"/>
                <w:b w:val="0"/>
                <w:sz w:val="24"/>
              </w:rPr>
              <w:t>How long does it take by car/bus from your home to the elderly care institution:</w:t>
            </w:r>
          </w:p>
        </w:tc>
        <w:tc>
          <w:tcPr>
            <w:tcW w:type="dxa" w:w="4420"/>
            <w:vAlign w:val="center"/>
          </w:tcPr>
          <w:p>
            <w:pPr>
              <w:spacing w:before="0" w:after="0" w:line="240" w:lineRule="auto"/>
              <w:jc w:val="left"/>
            </w:pPr>
            <w:r/>
            <w:r>
              <w:rPr>
                <w:rFonts w:ascii="Times New Roman" w:hAnsi="Times New Roman" w:eastAsia="宋体"/>
                <w:b w:val="0"/>
                <w:sz w:val="24"/>
              </w:rPr>
              <w:t>（1）&lt;15 min（2）15-30 min（3）30-60 min（4）1-2 hours（5）&gt;2 hours</w:t>
            </w:r>
          </w:p>
        </w:tc>
      </w:tr>
      <w:tr>
        <w:tc>
          <w:tcPr>
            <w:tcW w:type="dxa" w:w="900"/>
            <w:vAlign w:val="center"/>
          </w:tcPr>
          <w:p>
            <w:pPr>
              <w:spacing w:before="0" w:after="0" w:line="240" w:lineRule="auto"/>
              <w:jc w:val="center"/>
            </w:pPr>
            <w:r/>
            <w:r>
              <w:rPr>
                <w:rFonts w:ascii="Times New Roman" w:hAnsi="Times New Roman" w:eastAsia="宋体"/>
                <w:b w:val="0"/>
                <w:sz w:val="24"/>
              </w:rPr>
              <w:t>If 1.26=3</w:t>
            </w:r>
          </w:p>
        </w:tc>
        <w:tc>
          <w:tcPr>
            <w:tcW w:type="dxa" w:w="3200"/>
            <w:vAlign w:val="center"/>
          </w:tcPr>
          <w:p>
            <w:pPr>
              <w:spacing w:before="0" w:after="0" w:line="240" w:lineRule="auto"/>
              <w:jc w:val="left"/>
            </w:pPr>
            <w:r/>
            <w:r>
              <w:rPr>
                <w:rFonts w:ascii="Times New Roman" w:hAnsi="Times New Roman" w:eastAsia="宋体"/>
                <w:b w:val="0"/>
                <w:sz w:val="24"/>
              </w:rPr>
              <w:t>How long have you lived in this nursing home:</w:t>
            </w:r>
          </w:p>
        </w:tc>
        <w:tc>
          <w:tcPr>
            <w:tcW w:type="dxa" w:w="4420"/>
            <w:vAlign w:val="center"/>
          </w:tcPr>
          <w:p>
            <w:pPr>
              <w:spacing w:before="0" w:after="0" w:line="240" w:lineRule="auto"/>
              <w:jc w:val="left"/>
            </w:pPr>
            <w:r/>
            <w:r>
              <w:rPr>
                <w:rFonts w:ascii="Times New Roman" w:hAnsi="Times New Roman" w:eastAsia="宋体"/>
                <w:b w:val="0"/>
                <w:sz w:val="24"/>
              </w:rPr>
              <w:t>______ months</w:t>
            </w:r>
          </w:p>
        </w:tc>
      </w:tr>
      <w:tr>
        <w:tc>
          <w:tcPr>
            <w:tcW w:type="dxa" w:w="900"/>
            <w:vAlign w:val="center"/>
          </w:tcPr>
          <w:p>
            <w:pPr>
              <w:spacing w:before="0" w:after="0" w:line="240" w:lineRule="auto"/>
              <w:jc w:val="center"/>
            </w:pPr>
            <w:r/>
            <w:r>
              <w:rPr>
                <w:rFonts w:ascii="Times New Roman" w:hAnsi="Times New Roman" w:eastAsia="宋体"/>
                <w:b w:val="0"/>
                <w:sz w:val="24"/>
              </w:rPr>
              <w:t>If 1.26=3</w:t>
            </w:r>
          </w:p>
        </w:tc>
        <w:tc>
          <w:tcPr>
            <w:tcW w:type="dxa" w:w="3200"/>
            <w:vAlign w:val="center"/>
          </w:tcPr>
          <w:p>
            <w:pPr>
              <w:spacing w:before="0" w:after="0" w:line="240" w:lineRule="auto"/>
              <w:jc w:val="left"/>
            </w:pPr>
            <w:r/>
            <w:r>
              <w:rPr>
                <w:rFonts w:ascii="Times New Roman" w:hAnsi="Times New Roman" w:eastAsia="宋体"/>
                <w:b w:val="0"/>
                <w:sz w:val="24"/>
              </w:rPr>
              <w:t>Do your family members approve of your stay in the elderly care institution:</w:t>
            </w:r>
          </w:p>
        </w:tc>
        <w:tc>
          <w:tcPr>
            <w:tcW w:type="dxa" w:w="4420"/>
            <w:vAlign w:val="center"/>
          </w:tcPr>
          <w:p>
            <w:pPr>
              <w:spacing w:before="0" w:after="0" w:line="240" w:lineRule="auto"/>
              <w:jc w:val="left"/>
            </w:pPr>
            <w:r/>
            <w:r>
              <w:rPr>
                <w:rFonts w:ascii="Times New Roman" w:hAnsi="Times New Roman" w:eastAsia="宋体"/>
                <w:b w:val="0"/>
                <w:sz w:val="24"/>
              </w:rPr>
              <w:t>（1）strongly disapprove（2）disapprove（3）average（4）fairly approve（5）strongly approve</w:t>
            </w:r>
          </w:p>
        </w:tc>
      </w:tr>
      <w:tr>
        <w:tc>
          <w:tcPr>
            <w:tcW w:type="dxa" w:w="900"/>
            <w:vAlign w:val="center"/>
          </w:tcPr>
          <w:p>
            <w:pPr>
              <w:spacing w:before="0" w:after="0" w:line="240" w:lineRule="auto"/>
              <w:jc w:val="center"/>
            </w:pPr>
            <w:r/>
            <w:r>
              <w:rPr>
                <w:rFonts w:ascii="Times New Roman" w:hAnsi="Times New Roman" w:eastAsia="宋体"/>
                <w:b w:val="0"/>
                <w:sz w:val="24"/>
              </w:rPr>
              <w:t>1.27</w:t>
            </w:r>
          </w:p>
        </w:tc>
        <w:tc>
          <w:tcPr>
            <w:tcW w:type="dxa" w:w="3200"/>
            <w:vAlign w:val="center"/>
          </w:tcPr>
          <w:p>
            <w:pPr>
              <w:spacing w:before="0" w:after="0" w:line="240" w:lineRule="auto"/>
              <w:jc w:val="left"/>
            </w:pPr>
            <w:r/>
            <w:r>
              <w:rPr>
                <w:rFonts w:ascii="Times New Roman" w:hAnsi="Times New Roman" w:eastAsia="宋体"/>
                <w:b w:val="0"/>
                <w:sz w:val="24"/>
              </w:rPr>
              <w:t>Your preferred elderly care arrangement:</w:t>
            </w:r>
          </w:p>
        </w:tc>
        <w:tc>
          <w:tcPr>
            <w:tcW w:type="dxa" w:w="4420"/>
            <w:vAlign w:val="center"/>
          </w:tcPr>
          <w:p>
            <w:pPr>
              <w:spacing w:before="0" w:after="0" w:line="240" w:lineRule="auto"/>
              <w:jc w:val="left"/>
            </w:pPr>
            <w:r/>
            <w:r>
              <w:rPr>
                <w:rFonts w:ascii="Times New Roman" w:hAnsi="Times New Roman" w:eastAsia="宋体"/>
                <w:b w:val="0"/>
                <w:sz w:val="24"/>
              </w:rPr>
              <w:t>（1）home-based care with family services（2）home-based care with community services（3）institutional care（4）other ______</w:t>
            </w:r>
          </w:p>
        </w:tc>
      </w:tr>
      <w:tr>
        <w:tc>
          <w:tcPr>
            <w:tcW w:type="dxa" w:w="900"/>
            <w:vAlign w:val="center"/>
          </w:tcPr>
          <w:p>
            <w:pPr>
              <w:spacing w:before="0" w:after="0" w:line="240" w:lineRule="auto"/>
              <w:jc w:val="center"/>
            </w:pPr>
            <w:r/>
            <w:r>
              <w:rPr>
                <w:rFonts w:ascii="Times New Roman" w:hAnsi="Times New Roman" w:eastAsia="宋体"/>
                <w:b w:val="0"/>
                <w:sz w:val="24"/>
              </w:rPr>
              <w:t>If 1.27=3</w:t>
            </w:r>
          </w:p>
        </w:tc>
        <w:tc>
          <w:tcPr>
            <w:tcW w:type="dxa" w:w="3200"/>
            <w:vAlign w:val="center"/>
          </w:tcPr>
          <w:p>
            <w:pPr>
              <w:spacing w:before="0" w:after="0" w:line="240" w:lineRule="auto"/>
              <w:jc w:val="left"/>
            </w:pPr>
            <w:r/>
            <w:r>
              <w:rPr>
                <w:rFonts w:ascii="Times New Roman" w:hAnsi="Times New Roman" w:eastAsia="宋体"/>
                <w:b w:val="0"/>
                <w:sz w:val="24"/>
              </w:rPr>
              <w:t>Have you actively sought information about elderly care institutions:</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If 1.27=3</w:t>
            </w:r>
          </w:p>
        </w:tc>
        <w:tc>
          <w:tcPr>
            <w:tcW w:type="dxa" w:w="3200"/>
            <w:vAlign w:val="center"/>
          </w:tcPr>
          <w:p>
            <w:pPr>
              <w:spacing w:before="0" w:after="0" w:line="240" w:lineRule="auto"/>
              <w:jc w:val="left"/>
            </w:pPr>
            <w:r/>
            <w:r>
              <w:rPr>
                <w:rFonts w:ascii="Times New Roman" w:hAnsi="Times New Roman" w:eastAsia="宋体"/>
                <w:b w:val="0"/>
                <w:sz w:val="24"/>
              </w:rPr>
              <w:t>What factors would you consider when choosing an elderly care institution (multiple choices):</w:t>
            </w:r>
          </w:p>
        </w:tc>
        <w:tc>
          <w:tcPr>
            <w:tcW w:type="dxa" w:w="4420"/>
            <w:vAlign w:val="center"/>
          </w:tcPr>
          <w:p>
            <w:pPr>
              <w:spacing w:before="0" w:after="0" w:line="240" w:lineRule="auto"/>
              <w:jc w:val="left"/>
            </w:pPr>
            <w:r/>
            <w:r>
              <w:rPr>
                <w:rFonts w:ascii="Times New Roman" w:hAnsi="Times New Roman" w:eastAsia="宋体"/>
                <w:b w:val="0"/>
                <w:sz w:val="24"/>
              </w:rPr>
              <w:t>（1）price（2）service quality（3）living environment（4）convenience（5）nature of the institution</w:t>
            </w:r>
          </w:p>
        </w:tc>
      </w:tr>
      <w:tr>
        <w:tc>
          <w:tcPr>
            <w:tcW w:type="dxa" w:w="900"/>
            <w:vAlign w:val="center"/>
          </w:tcPr>
          <w:p>
            <w:pPr>
              <w:spacing w:before="0" w:after="0" w:line="240" w:lineRule="auto"/>
              <w:jc w:val="center"/>
            </w:pPr>
            <w:r/>
            <w:r>
              <w:rPr>
                <w:rFonts w:ascii="Times New Roman" w:hAnsi="Times New Roman" w:eastAsia="宋体"/>
                <w:b w:val="0"/>
                <w:sz w:val="24"/>
              </w:rPr>
              <w:t>If 1.27=3</w:t>
            </w:r>
          </w:p>
        </w:tc>
        <w:tc>
          <w:tcPr>
            <w:tcW w:type="dxa" w:w="3200"/>
            <w:vAlign w:val="center"/>
          </w:tcPr>
          <w:p>
            <w:pPr>
              <w:spacing w:before="0" w:after="0" w:line="240" w:lineRule="auto"/>
              <w:jc w:val="left"/>
            </w:pPr>
            <w:r/>
            <w:r>
              <w:rPr>
                <w:rFonts w:ascii="Times New Roman" w:hAnsi="Times New Roman" w:eastAsia="宋体"/>
                <w:b w:val="0"/>
                <w:sz w:val="24"/>
              </w:rPr>
              <w:t>If choosing institutional care, which price range of institution would you choose:</w:t>
            </w:r>
          </w:p>
        </w:tc>
        <w:tc>
          <w:tcPr>
            <w:tcW w:type="dxa" w:w="4420"/>
            <w:vAlign w:val="center"/>
          </w:tcPr>
          <w:p>
            <w:pPr>
              <w:spacing w:before="0" w:after="0" w:line="240" w:lineRule="auto"/>
              <w:jc w:val="left"/>
            </w:pPr>
            <w:r/>
            <w:r>
              <w:rPr>
                <w:rFonts w:ascii="Times New Roman" w:hAnsi="Times New Roman" w:eastAsia="宋体"/>
                <w:b w:val="0"/>
                <w:sz w:val="24"/>
              </w:rPr>
              <w:t>（1）below 2,000 yuan（2）2,000-3,000 yuan（3）3,000-4,000 yuan（4）4,000-5,000 yuan（5）above 5,000 yuan</w:t>
            </w:r>
          </w:p>
        </w:tc>
      </w:tr>
      <w:tr>
        <w:tc>
          <w:tcPr>
            <w:tcW w:type="dxa" w:w="900"/>
            <w:vAlign w:val="center"/>
          </w:tcPr>
          <w:p>
            <w:pPr>
              <w:spacing w:before="0" w:after="0" w:line="240" w:lineRule="auto"/>
              <w:jc w:val="center"/>
            </w:pPr>
            <w:r/>
            <w:r>
              <w:rPr>
                <w:rFonts w:ascii="Times New Roman" w:hAnsi="Times New Roman" w:eastAsia="宋体"/>
                <w:b w:val="0"/>
                <w:sz w:val="24"/>
              </w:rPr>
              <w:t>1.28</w:t>
            </w:r>
          </w:p>
        </w:tc>
        <w:tc>
          <w:tcPr>
            <w:tcW w:type="dxa" w:w="3200"/>
            <w:vAlign w:val="center"/>
          </w:tcPr>
          <w:p>
            <w:pPr>
              <w:spacing w:before="0" w:after="0" w:line="240" w:lineRule="auto"/>
              <w:jc w:val="left"/>
            </w:pPr>
            <w:r/>
            <w:r>
              <w:rPr>
                <w:rFonts w:ascii="Times New Roman" w:hAnsi="Times New Roman" w:eastAsia="宋体"/>
                <w:b w:val="0"/>
                <w:sz w:val="24"/>
              </w:rPr>
              <w:t>Do you agree with the statement that "elderly care is also the elderly's own business":</w:t>
            </w:r>
          </w:p>
        </w:tc>
        <w:tc>
          <w:tcPr>
            <w:tcW w:type="dxa" w:w="4420"/>
            <w:vAlign w:val="center"/>
          </w:tcPr>
          <w:p>
            <w:pPr>
              <w:spacing w:before="0" w:after="0" w:line="240" w:lineRule="auto"/>
              <w:jc w:val="left"/>
            </w:pPr>
            <w:r/>
            <w:r>
              <w:rPr>
                <w:rFonts w:ascii="Times New Roman" w:hAnsi="Times New Roman" w:eastAsia="宋体"/>
                <w:b w:val="0"/>
                <w:sz w:val="24"/>
              </w:rPr>
              <w:t>（1）disagree（2）somewhat disagree（3）indifferent（4）fairly agree（5）strongly agree</w:t>
            </w:r>
          </w:p>
        </w:tc>
      </w:tr>
      <w:tr>
        <w:tc>
          <w:tcPr>
            <w:tcW w:type="dxa" w:w="900"/>
            <w:vAlign w:val="center"/>
          </w:tcPr>
          <w:p>
            <w:pPr>
              <w:spacing w:before="0" w:after="0" w:line="240" w:lineRule="auto"/>
              <w:jc w:val="center"/>
            </w:pPr>
            <w:r/>
            <w:r>
              <w:rPr>
                <w:rFonts w:ascii="Times New Roman" w:hAnsi="Times New Roman" w:eastAsia="宋体"/>
                <w:b w:val="0"/>
                <w:sz w:val="24"/>
              </w:rPr>
              <w:t>1.29</w:t>
            </w:r>
          </w:p>
        </w:tc>
        <w:tc>
          <w:tcPr>
            <w:tcW w:type="dxa" w:w="3200"/>
            <w:vAlign w:val="center"/>
          </w:tcPr>
          <w:p>
            <w:pPr>
              <w:spacing w:before="0" w:after="0" w:line="240" w:lineRule="auto"/>
              <w:jc w:val="left"/>
            </w:pPr>
            <w:r/>
            <w:r>
              <w:rPr>
                <w:rFonts w:ascii="Times New Roman" w:hAnsi="Times New Roman" w:eastAsia="宋体"/>
                <w:b w:val="0"/>
                <w:sz w:val="24"/>
              </w:rPr>
              <w:t>Do you think the government should bear some responsibility for the elderly's care:</w:t>
            </w:r>
          </w:p>
        </w:tc>
        <w:tc>
          <w:tcPr>
            <w:tcW w:type="dxa" w:w="4420"/>
            <w:vAlign w:val="center"/>
          </w:tcPr>
          <w:p>
            <w:pPr>
              <w:spacing w:before="0" w:after="0" w:line="240" w:lineRule="auto"/>
              <w:jc w:val="left"/>
            </w:pPr>
            <w:r/>
            <w:r>
              <w:rPr>
                <w:rFonts w:ascii="Times New Roman" w:hAnsi="Times New Roman" w:eastAsia="宋体"/>
                <w:b w:val="0"/>
                <w:sz w:val="24"/>
              </w:rPr>
              <w:t>（1）absolutely should not（2）should not（3）indifferent（4）should（5）definitely should</w:t>
            </w:r>
          </w:p>
        </w:tc>
      </w:tr>
      <w:tr>
        <w:tc>
          <w:tcPr>
            <w:tcW w:type="dxa" w:w="900"/>
            <w:vAlign w:val="center"/>
          </w:tcPr>
          <w:p>
            <w:pPr>
              <w:spacing w:before="0" w:after="0" w:line="240" w:lineRule="auto"/>
              <w:jc w:val="center"/>
            </w:pPr>
            <w:r/>
            <w:r>
              <w:rPr>
                <w:rFonts w:ascii="Times New Roman" w:hAnsi="Times New Roman" w:eastAsia="宋体"/>
                <w:b w:val="0"/>
                <w:sz w:val="24"/>
              </w:rPr>
              <w:t>1.30</w:t>
            </w:r>
          </w:p>
        </w:tc>
        <w:tc>
          <w:tcPr>
            <w:tcW w:type="dxa" w:w="3200"/>
            <w:vAlign w:val="center"/>
          </w:tcPr>
          <w:p>
            <w:pPr>
              <w:spacing w:before="0" w:after="0" w:line="240" w:lineRule="auto"/>
              <w:jc w:val="left"/>
            </w:pPr>
            <w:r/>
            <w:r>
              <w:rPr>
                <w:rFonts w:ascii="Times New Roman" w:hAnsi="Times New Roman" w:eastAsia="宋体"/>
                <w:b w:val="0"/>
                <w:sz w:val="24"/>
              </w:rPr>
              <w:t>What kind of living environment do you prefer:</w:t>
            </w:r>
          </w:p>
        </w:tc>
        <w:tc>
          <w:tcPr>
            <w:tcW w:type="dxa" w:w="4420"/>
            <w:vAlign w:val="center"/>
          </w:tcPr>
          <w:p>
            <w:pPr>
              <w:spacing w:before="0" w:after="0" w:line="240" w:lineRule="auto"/>
              <w:jc w:val="left"/>
            </w:pPr>
            <w:r/>
            <w:r>
              <w:rPr>
                <w:rFonts w:ascii="Times New Roman" w:hAnsi="Times New Roman" w:eastAsia="宋体"/>
                <w:b w:val="0"/>
                <w:sz w:val="24"/>
              </w:rPr>
              <w:t>（1）very quiet（2）fairly quiet（3）indifferent（4）fairly lively（5）very lively</w:t>
            </w:r>
          </w:p>
        </w:tc>
      </w:tr>
      <w:tr>
        <w:tc>
          <w:tcPr>
            <w:tcW w:type="dxa" w:w="900"/>
            <w:vAlign w:val="center"/>
          </w:tcPr>
          <w:p>
            <w:pPr>
              <w:spacing w:before="0" w:after="0" w:line="240" w:lineRule="auto"/>
              <w:jc w:val="center"/>
            </w:pPr>
            <w:r/>
            <w:r>
              <w:rPr>
                <w:rFonts w:ascii="Times New Roman" w:hAnsi="Times New Roman" w:eastAsia="宋体"/>
                <w:b w:val="0"/>
                <w:sz w:val="24"/>
              </w:rPr>
              <w:t>1.31</w:t>
            </w:r>
          </w:p>
        </w:tc>
        <w:tc>
          <w:tcPr>
            <w:tcW w:type="dxa" w:w="3200"/>
            <w:vAlign w:val="center"/>
          </w:tcPr>
          <w:p>
            <w:pPr>
              <w:spacing w:before="0" w:after="0" w:line="240" w:lineRule="auto"/>
              <w:jc w:val="left"/>
            </w:pPr>
            <w:r/>
            <w:r>
              <w:rPr>
                <w:rFonts w:ascii="Times New Roman" w:hAnsi="Times New Roman" w:eastAsia="宋体"/>
                <w:b w:val="0"/>
                <w:sz w:val="24"/>
              </w:rPr>
              <w:t>Compared with when you were young, your communication with the outside world:</w:t>
            </w:r>
          </w:p>
        </w:tc>
        <w:tc>
          <w:tcPr>
            <w:tcW w:type="dxa" w:w="4420"/>
            <w:vAlign w:val="center"/>
          </w:tcPr>
          <w:p>
            <w:pPr>
              <w:spacing w:before="0" w:after="0" w:line="240" w:lineRule="auto"/>
              <w:jc w:val="left"/>
            </w:pPr>
            <w:r/>
            <w:r>
              <w:rPr>
                <w:rFonts w:ascii="Times New Roman" w:hAnsi="Times New Roman" w:eastAsia="宋体"/>
                <w:b w:val="0"/>
                <w:sz w:val="24"/>
              </w:rPr>
              <w:t>（1）increased（2）decreased（3）unchanged</w:t>
            </w:r>
          </w:p>
        </w:tc>
      </w:tr>
      <w:tr>
        <w:tc>
          <w:tcPr>
            <w:tcW w:type="dxa" w:w="900"/>
            <w:vAlign w:val="center"/>
          </w:tcPr>
          <w:p>
            <w:pPr>
              <w:spacing w:before="0" w:after="0" w:line="240" w:lineRule="auto"/>
              <w:jc w:val="center"/>
            </w:pPr>
            <w:r/>
            <w:r>
              <w:rPr>
                <w:rFonts w:ascii="Times New Roman" w:hAnsi="Times New Roman" w:eastAsia="宋体"/>
                <w:b w:val="0"/>
                <w:sz w:val="24"/>
              </w:rPr>
              <w:t>1.32</w:t>
            </w:r>
          </w:p>
        </w:tc>
        <w:tc>
          <w:tcPr>
            <w:tcW w:type="dxa" w:w="3200"/>
            <w:vAlign w:val="center"/>
          </w:tcPr>
          <w:p>
            <w:pPr>
              <w:spacing w:before="0" w:after="0" w:line="240" w:lineRule="auto"/>
              <w:jc w:val="left"/>
            </w:pPr>
            <w:r/>
            <w:r>
              <w:rPr>
                <w:rFonts w:ascii="Times New Roman" w:hAnsi="Times New Roman" w:eastAsia="宋体"/>
                <w:b w:val="0"/>
                <w:sz w:val="24"/>
              </w:rPr>
              <w:t>Number of registered household members: ______</w:t>
            </w:r>
          </w:p>
          <w:p>
            <w:pPr>
              <w:spacing w:before="0" w:after="0" w:line="240" w:lineRule="auto"/>
              <w:jc w:val="left"/>
            </w:pPr>
            <w:r>
              <w:rPr>
                <w:rFonts w:ascii="Times New Roman" w:hAnsi="Times New Roman" w:eastAsia="宋体"/>
                <w:b w:val="0"/>
                <w:sz w:val="24"/>
              </w:rPr>
              <w:t>Number of children: ______</w:t>
            </w:r>
          </w:p>
          <w:p>
            <w:pPr>
              <w:spacing w:before="0" w:after="0" w:line="240" w:lineRule="auto"/>
              <w:jc w:val="left"/>
            </w:pPr>
            <w:r>
              <w:rPr>
                <w:rFonts w:ascii="Times New Roman" w:hAnsi="Times New Roman" w:eastAsia="宋体"/>
                <w:b w:val="0"/>
                <w:sz w:val="24"/>
              </w:rPr>
              <w:t>Number of children living nearby / together (same subdistrict): ______</w:t>
            </w:r>
          </w:p>
        </w:tc>
        <w:tc>
          <w:tcPr>
            <w:tcW w:type="dxa" w:w="4420"/>
            <w:vAlign w:val="center"/>
          </w:tcPr>
          <w:p>
            <w:pPr>
              <w:spacing w:before="0" w:after="0" w:line="240" w:lineRule="auto"/>
              <w:jc w:val="left"/>
            </w:pPr>
            <w:r/>
            <w:r>
              <w:rPr>
                <w:rFonts w:ascii="Times New Roman" w:hAnsi="Times New Roman" w:eastAsia="宋体"/>
                <w:b w:val="0"/>
                <w:sz w:val="24"/>
              </w:rPr>
              <w:t>______ people</w:t>
            </w:r>
          </w:p>
          <w:p>
            <w:pPr>
              <w:spacing w:before="0" w:after="0" w:line="240" w:lineRule="auto"/>
              <w:jc w:val="left"/>
            </w:pPr>
            <w:r>
              <w:rPr>
                <w:rFonts w:ascii="Times New Roman" w:hAnsi="Times New Roman" w:eastAsia="宋体"/>
                <w:b w:val="0"/>
                <w:sz w:val="24"/>
              </w:rPr>
              <w:t>sons: ______  daughters: ______</w:t>
            </w:r>
          </w:p>
          <w:p>
            <w:pPr>
              <w:spacing w:before="0" w:after="0" w:line="240" w:lineRule="auto"/>
              <w:jc w:val="left"/>
            </w:pPr>
            <w:r>
              <w:rPr>
                <w:rFonts w:ascii="Times New Roman" w:hAnsi="Times New Roman" w:eastAsia="宋体"/>
                <w:b w:val="0"/>
                <w:sz w:val="24"/>
              </w:rPr>
              <w:t>sons: ______  daughters: ______</w:t>
            </w:r>
          </w:p>
        </w:tc>
      </w:tr>
    </w:tbl>
    <w:p>
      <w:pPr>
        <w:spacing w:before="0" w:after="0"/>
        <w:jc w:val="left"/>
      </w:pPr>
      <w:r>
        <w:rPr>
          <w:rFonts w:ascii="Times New Roman" w:hAnsi="Times New Roman" w:eastAsia="宋体"/>
          <w:b w:val="0"/>
          <w:sz w:val="12"/>
        </w:rPr>
      </w:r>
    </w:p>
    <w:tbl>
      <w:tblPr>
        <w:tblStyle w:val="TableGrid"/>
        <w:tblW w:type="dxa" w:w="8520"/>
        <w:jc w:val="center"/>
        <w:tblLook w:firstColumn="1" w:firstRow="1" w:lastColumn="0" w:lastRow="0" w:noHBand="0" w:noVBand="1" w:val="04A0"/>
        <w:tblLayout w:type="fixed"/>
      </w:tblPr>
      <w:tblGrid>
        <w:gridCol w:w="1300"/>
        <w:gridCol w:w="600"/>
        <w:gridCol w:w="600"/>
        <w:gridCol w:w="900"/>
        <w:gridCol w:w="1400"/>
        <w:gridCol w:w="1050"/>
        <w:gridCol w:w="900"/>
        <w:gridCol w:w="950"/>
        <w:gridCol w:w="820"/>
      </w:tblGrid>
      <w:tr>
        <w:tc>
          <w:tcPr>
            <w:tcW w:type="dxa" w:w="8520"/>
            <w:gridSpan w:val="9"/>
            <w:vAlign w:val="center"/>
          </w:tcPr>
          <w:p>
            <w:pPr>
              <w:spacing w:before="0" w:after="0" w:line="240" w:lineRule="auto"/>
              <w:jc w:val="left"/>
            </w:pPr>
            <w:r/>
            <w:r>
              <w:rPr>
                <w:rFonts w:ascii="Times New Roman" w:hAnsi="Times New Roman" w:eastAsia="宋体"/>
                <w:b/>
                <w:sz w:val="24"/>
              </w:rPr>
              <w:t>1.33 Family members' situation (based on household registration, covering all children; each family visit should be recorded with its time)</w:t>
            </w:r>
          </w:p>
        </w:tc>
      </w:tr>
      <w:tr>
        <w:tc>
          <w:tcPr>
            <w:tcW w:type="dxa" w:w="1300"/>
            <w:vAlign w:val="center"/>
          </w:tcPr>
          <w:p>
            <w:pPr>
              <w:spacing w:before="0" w:after="0" w:line="240" w:lineRule="auto"/>
              <w:jc w:val="center"/>
            </w:pPr>
            <w:r/>
            <w:r>
              <w:rPr>
                <w:rFonts w:ascii="Times New Roman" w:hAnsi="Times New Roman" w:eastAsia="宋体"/>
                <w:b/>
                <w:sz w:val="24"/>
              </w:rPr>
              <w:t>Family member</w:t>
            </w:r>
          </w:p>
        </w:tc>
        <w:tc>
          <w:tcPr>
            <w:tcW w:type="dxa" w:w="600"/>
            <w:vAlign w:val="center"/>
          </w:tcPr>
          <w:p>
            <w:pPr>
              <w:spacing w:before="0" w:after="0" w:line="240" w:lineRule="auto"/>
              <w:jc w:val="center"/>
            </w:pPr>
            <w:r/>
            <w:r>
              <w:rPr>
                <w:rFonts w:ascii="Times New Roman" w:hAnsi="Times New Roman" w:eastAsia="宋体"/>
                <w:b/>
                <w:sz w:val="24"/>
              </w:rPr>
              <w:t>Age</w:t>
            </w:r>
          </w:p>
        </w:tc>
        <w:tc>
          <w:tcPr>
            <w:tcW w:type="dxa" w:w="600"/>
            <w:vAlign w:val="center"/>
          </w:tcPr>
          <w:p>
            <w:pPr>
              <w:spacing w:before="0" w:after="0" w:line="240" w:lineRule="auto"/>
              <w:jc w:val="center"/>
            </w:pPr>
            <w:r/>
            <w:r>
              <w:rPr>
                <w:rFonts w:ascii="Times New Roman" w:hAnsi="Times New Roman" w:eastAsia="宋体"/>
                <w:b/>
                <w:sz w:val="24"/>
              </w:rPr>
              <w:t>Gender</w:t>
            </w:r>
          </w:p>
        </w:tc>
        <w:tc>
          <w:tcPr>
            <w:tcW w:type="dxa" w:w="900"/>
            <w:vAlign w:val="center"/>
          </w:tcPr>
          <w:p>
            <w:pPr>
              <w:spacing w:before="0" w:after="0" w:line="240" w:lineRule="auto"/>
              <w:jc w:val="center"/>
            </w:pPr>
            <w:r/>
            <w:r>
              <w:rPr>
                <w:rFonts w:ascii="Times New Roman" w:hAnsi="Times New Roman" w:eastAsia="宋体"/>
                <w:b/>
                <w:sz w:val="24"/>
              </w:rPr>
              <w:t>Education</w:t>
            </w:r>
          </w:p>
        </w:tc>
        <w:tc>
          <w:tcPr>
            <w:tcW w:type="dxa" w:w="1400"/>
            <w:vAlign w:val="center"/>
          </w:tcPr>
          <w:p>
            <w:pPr>
              <w:spacing w:before="0" w:after="0" w:line="240" w:lineRule="auto"/>
              <w:jc w:val="center"/>
            </w:pPr>
            <w:r/>
            <w:r>
              <w:rPr>
                <w:rFonts w:ascii="Times New Roman" w:hAnsi="Times New Roman" w:eastAsia="宋体"/>
                <w:b/>
                <w:sz w:val="24"/>
              </w:rPr>
              <w:t>Occupation</w:t>
            </w:r>
          </w:p>
        </w:tc>
        <w:tc>
          <w:tcPr>
            <w:tcW w:type="dxa" w:w="1050"/>
            <w:vAlign w:val="center"/>
          </w:tcPr>
          <w:p>
            <w:pPr>
              <w:spacing w:before="0" w:after="0" w:line="240" w:lineRule="auto"/>
              <w:jc w:val="center"/>
            </w:pPr>
            <w:r/>
            <w:r>
              <w:rPr>
                <w:rFonts w:ascii="Times New Roman" w:hAnsi="Times New Roman" w:eastAsia="宋体"/>
                <w:b/>
                <w:sz w:val="24"/>
              </w:rPr>
              <w:t>Residential distance</w:t>
            </w:r>
          </w:p>
        </w:tc>
        <w:tc>
          <w:tcPr>
            <w:tcW w:type="dxa" w:w="900"/>
            <w:vAlign w:val="center"/>
          </w:tcPr>
          <w:p>
            <w:pPr>
              <w:spacing w:before="0" w:after="0" w:line="240" w:lineRule="auto"/>
              <w:jc w:val="center"/>
            </w:pPr>
            <w:r/>
            <w:r>
              <w:rPr>
                <w:rFonts w:ascii="Times New Roman" w:hAnsi="Times New Roman" w:eastAsia="宋体"/>
                <w:b/>
                <w:sz w:val="24"/>
              </w:rPr>
              <w:t>Monthly income</w:t>
            </w:r>
          </w:p>
        </w:tc>
        <w:tc>
          <w:tcPr>
            <w:tcW w:type="dxa" w:w="950"/>
            <w:vAlign w:val="center"/>
          </w:tcPr>
          <w:p>
            <w:pPr>
              <w:spacing w:before="0" w:after="0" w:line="240" w:lineRule="auto"/>
              <w:jc w:val="center"/>
            </w:pPr>
            <w:r/>
            <w:r>
              <w:rPr>
                <w:rFonts w:ascii="Times New Roman" w:hAnsi="Times New Roman" w:eastAsia="宋体"/>
                <w:b/>
                <w:sz w:val="24"/>
              </w:rPr>
              <w:t>Visiting frequency</w:t>
            </w:r>
          </w:p>
        </w:tc>
        <w:tc>
          <w:tcPr>
            <w:tcW w:type="dxa" w:w="820"/>
            <w:vAlign w:val="center"/>
          </w:tcPr>
          <w:p>
            <w:pPr>
              <w:spacing w:before="0" w:after="0" w:line="240" w:lineRule="auto"/>
              <w:jc w:val="center"/>
            </w:pPr>
            <w:r/>
            <w:r>
              <w:rPr>
                <w:rFonts w:ascii="Times New Roman" w:hAnsi="Times New Roman" w:eastAsia="宋体"/>
                <w:b/>
                <w:sz w:val="24"/>
              </w:rPr>
              <w:t>Family support</w:t>
            </w:r>
          </w:p>
        </w:tc>
      </w:tr>
      <w:tr>
        <w:tc>
          <w:tcPr>
            <w:tcW w:type="dxa" w:w="13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1400"/>
            <w:vAlign w:val="center"/>
          </w:tcPr>
          <w:p>
            <w:pPr>
              <w:spacing w:before="0" w:after="0" w:line="240" w:lineRule="auto"/>
              <w:jc w:val="center"/>
            </w:pPr>
            <w:r/>
            <w:r>
              <w:rPr>
                <w:rFonts w:ascii="Times New Roman" w:hAnsi="Times New Roman" w:eastAsia="宋体"/>
                <w:b w:val="0"/>
                <w:sz w:val="24"/>
              </w:rPr>
            </w:r>
          </w:p>
        </w:tc>
        <w:tc>
          <w:tcPr>
            <w:tcW w:type="dxa" w:w="105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950"/>
            <w:vAlign w:val="center"/>
          </w:tcPr>
          <w:p>
            <w:pPr>
              <w:spacing w:before="0" w:after="0" w:line="240" w:lineRule="auto"/>
              <w:jc w:val="center"/>
            </w:pPr>
            <w:r/>
            <w:r>
              <w:rPr>
                <w:rFonts w:ascii="Times New Roman" w:hAnsi="Times New Roman" w:eastAsia="宋体"/>
                <w:b w:val="0"/>
                <w:sz w:val="24"/>
              </w:rPr>
            </w:r>
          </w:p>
        </w:tc>
        <w:tc>
          <w:tcPr>
            <w:tcW w:type="dxa" w:w="820"/>
            <w:vAlign w:val="center"/>
          </w:tcPr>
          <w:p>
            <w:pPr>
              <w:spacing w:before="0" w:after="0" w:line="240" w:lineRule="auto"/>
              <w:jc w:val="center"/>
            </w:pPr>
            <w:r/>
            <w:r>
              <w:rPr>
                <w:rFonts w:ascii="Times New Roman" w:hAnsi="Times New Roman" w:eastAsia="宋体"/>
                <w:b w:val="0"/>
                <w:sz w:val="24"/>
              </w:rPr>
            </w:r>
          </w:p>
        </w:tc>
      </w:tr>
      <w:tr>
        <w:tc>
          <w:tcPr>
            <w:tcW w:type="dxa" w:w="13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1400"/>
            <w:vAlign w:val="center"/>
          </w:tcPr>
          <w:p>
            <w:pPr>
              <w:spacing w:before="0" w:after="0" w:line="240" w:lineRule="auto"/>
              <w:jc w:val="center"/>
            </w:pPr>
            <w:r/>
            <w:r>
              <w:rPr>
                <w:rFonts w:ascii="Times New Roman" w:hAnsi="Times New Roman" w:eastAsia="宋体"/>
                <w:b w:val="0"/>
                <w:sz w:val="24"/>
              </w:rPr>
            </w:r>
          </w:p>
        </w:tc>
        <w:tc>
          <w:tcPr>
            <w:tcW w:type="dxa" w:w="105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950"/>
            <w:vAlign w:val="center"/>
          </w:tcPr>
          <w:p>
            <w:pPr>
              <w:spacing w:before="0" w:after="0" w:line="240" w:lineRule="auto"/>
              <w:jc w:val="center"/>
            </w:pPr>
            <w:r/>
            <w:r>
              <w:rPr>
                <w:rFonts w:ascii="Times New Roman" w:hAnsi="Times New Roman" w:eastAsia="宋体"/>
                <w:b w:val="0"/>
                <w:sz w:val="24"/>
              </w:rPr>
            </w:r>
          </w:p>
        </w:tc>
        <w:tc>
          <w:tcPr>
            <w:tcW w:type="dxa" w:w="820"/>
            <w:vAlign w:val="center"/>
          </w:tcPr>
          <w:p>
            <w:pPr>
              <w:spacing w:before="0" w:after="0" w:line="240" w:lineRule="auto"/>
              <w:jc w:val="center"/>
            </w:pPr>
            <w:r/>
            <w:r>
              <w:rPr>
                <w:rFonts w:ascii="Times New Roman" w:hAnsi="Times New Roman" w:eastAsia="宋体"/>
                <w:b w:val="0"/>
                <w:sz w:val="24"/>
              </w:rPr>
            </w:r>
          </w:p>
        </w:tc>
      </w:tr>
      <w:tr>
        <w:tc>
          <w:tcPr>
            <w:tcW w:type="dxa" w:w="13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1400"/>
            <w:vAlign w:val="center"/>
          </w:tcPr>
          <w:p>
            <w:pPr>
              <w:spacing w:before="0" w:after="0" w:line="240" w:lineRule="auto"/>
              <w:jc w:val="center"/>
            </w:pPr>
            <w:r/>
            <w:r>
              <w:rPr>
                <w:rFonts w:ascii="Times New Roman" w:hAnsi="Times New Roman" w:eastAsia="宋体"/>
                <w:b w:val="0"/>
                <w:sz w:val="24"/>
              </w:rPr>
            </w:r>
          </w:p>
        </w:tc>
        <w:tc>
          <w:tcPr>
            <w:tcW w:type="dxa" w:w="105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950"/>
            <w:vAlign w:val="center"/>
          </w:tcPr>
          <w:p>
            <w:pPr>
              <w:spacing w:before="0" w:after="0" w:line="240" w:lineRule="auto"/>
              <w:jc w:val="center"/>
            </w:pPr>
            <w:r/>
            <w:r>
              <w:rPr>
                <w:rFonts w:ascii="Times New Roman" w:hAnsi="Times New Roman" w:eastAsia="宋体"/>
                <w:b w:val="0"/>
                <w:sz w:val="24"/>
              </w:rPr>
            </w:r>
          </w:p>
        </w:tc>
        <w:tc>
          <w:tcPr>
            <w:tcW w:type="dxa" w:w="820"/>
            <w:vAlign w:val="center"/>
          </w:tcPr>
          <w:p>
            <w:pPr>
              <w:spacing w:before="0" w:after="0" w:line="240" w:lineRule="auto"/>
              <w:jc w:val="center"/>
            </w:pPr>
            <w:r/>
            <w:r>
              <w:rPr>
                <w:rFonts w:ascii="Times New Roman" w:hAnsi="Times New Roman" w:eastAsia="宋体"/>
                <w:b w:val="0"/>
                <w:sz w:val="24"/>
              </w:rPr>
            </w:r>
          </w:p>
        </w:tc>
      </w:tr>
      <w:tr>
        <w:tc>
          <w:tcPr>
            <w:tcW w:type="dxa" w:w="13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1400"/>
            <w:vAlign w:val="center"/>
          </w:tcPr>
          <w:p>
            <w:pPr>
              <w:spacing w:before="0" w:after="0" w:line="240" w:lineRule="auto"/>
              <w:jc w:val="center"/>
            </w:pPr>
            <w:r/>
            <w:r>
              <w:rPr>
                <w:rFonts w:ascii="Times New Roman" w:hAnsi="Times New Roman" w:eastAsia="宋体"/>
                <w:b w:val="0"/>
                <w:sz w:val="24"/>
              </w:rPr>
            </w:r>
          </w:p>
        </w:tc>
        <w:tc>
          <w:tcPr>
            <w:tcW w:type="dxa" w:w="105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950"/>
            <w:vAlign w:val="center"/>
          </w:tcPr>
          <w:p>
            <w:pPr>
              <w:spacing w:before="0" w:after="0" w:line="240" w:lineRule="auto"/>
              <w:jc w:val="center"/>
            </w:pPr>
            <w:r/>
            <w:r>
              <w:rPr>
                <w:rFonts w:ascii="Times New Roman" w:hAnsi="Times New Roman" w:eastAsia="宋体"/>
                <w:b w:val="0"/>
                <w:sz w:val="24"/>
              </w:rPr>
            </w:r>
          </w:p>
        </w:tc>
        <w:tc>
          <w:tcPr>
            <w:tcW w:type="dxa" w:w="820"/>
            <w:vAlign w:val="center"/>
          </w:tcPr>
          <w:p>
            <w:pPr>
              <w:spacing w:before="0" w:after="0" w:line="240" w:lineRule="auto"/>
              <w:jc w:val="center"/>
            </w:pPr>
            <w:r/>
            <w:r>
              <w:rPr>
                <w:rFonts w:ascii="Times New Roman" w:hAnsi="Times New Roman" w:eastAsia="宋体"/>
                <w:b w:val="0"/>
                <w:sz w:val="24"/>
              </w:rPr>
            </w:r>
          </w:p>
        </w:tc>
      </w:tr>
      <w:tr>
        <w:tc>
          <w:tcPr>
            <w:tcW w:type="dxa" w:w="13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1400"/>
            <w:vAlign w:val="center"/>
          </w:tcPr>
          <w:p>
            <w:pPr>
              <w:spacing w:before="0" w:after="0" w:line="240" w:lineRule="auto"/>
              <w:jc w:val="center"/>
            </w:pPr>
            <w:r/>
            <w:r>
              <w:rPr>
                <w:rFonts w:ascii="Times New Roman" w:hAnsi="Times New Roman" w:eastAsia="宋体"/>
                <w:b w:val="0"/>
                <w:sz w:val="24"/>
              </w:rPr>
            </w:r>
          </w:p>
        </w:tc>
        <w:tc>
          <w:tcPr>
            <w:tcW w:type="dxa" w:w="105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950"/>
            <w:vAlign w:val="center"/>
          </w:tcPr>
          <w:p>
            <w:pPr>
              <w:spacing w:before="0" w:after="0" w:line="240" w:lineRule="auto"/>
              <w:jc w:val="center"/>
            </w:pPr>
            <w:r/>
            <w:r>
              <w:rPr>
                <w:rFonts w:ascii="Times New Roman" w:hAnsi="Times New Roman" w:eastAsia="宋体"/>
                <w:b w:val="0"/>
                <w:sz w:val="24"/>
              </w:rPr>
            </w:r>
          </w:p>
        </w:tc>
        <w:tc>
          <w:tcPr>
            <w:tcW w:type="dxa" w:w="820"/>
            <w:vAlign w:val="center"/>
          </w:tcPr>
          <w:p>
            <w:pPr>
              <w:spacing w:before="0" w:after="0" w:line="240" w:lineRule="auto"/>
              <w:jc w:val="center"/>
            </w:pPr>
            <w:r/>
            <w:r>
              <w:rPr>
                <w:rFonts w:ascii="Times New Roman" w:hAnsi="Times New Roman" w:eastAsia="宋体"/>
                <w:b w:val="0"/>
                <w:sz w:val="24"/>
              </w:rPr>
            </w:r>
          </w:p>
        </w:tc>
      </w:tr>
      <w:tr>
        <w:tc>
          <w:tcPr>
            <w:tcW w:type="dxa" w:w="13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60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1400"/>
            <w:vAlign w:val="center"/>
          </w:tcPr>
          <w:p>
            <w:pPr>
              <w:spacing w:before="0" w:after="0" w:line="240" w:lineRule="auto"/>
              <w:jc w:val="center"/>
            </w:pPr>
            <w:r/>
            <w:r>
              <w:rPr>
                <w:rFonts w:ascii="Times New Roman" w:hAnsi="Times New Roman" w:eastAsia="宋体"/>
                <w:b w:val="0"/>
                <w:sz w:val="24"/>
              </w:rPr>
            </w:r>
          </w:p>
        </w:tc>
        <w:tc>
          <w:tcPr>
            <w:tcW w:type="dxa" w:w="1050"/>
            <w:vAlign w:val="center"/>
          </w:tcPr>
          <w:p>
            <w:pPr>
              <w:spacing w:before="0" w:after="0" w:line="240" w:lineRule="auto"/>
              <w:jc w:val="center"/>
            </w:pPr>
            <w:r/>
            <w:r>
              <w:rPr>
                <w:rFonts w:ascii="Times New Roman" w:hAnsi="Times New Roman" w:eastAsia="宋体"/>
                <w:b w:val="0"/>
                <w:sz w:val="24"/>
              </w:rPr>
            </w:r>
          </w:p>
        </w:tc>
        <w:tc>
          <w:tcPr>
            <w:tcW w:type="dxa" w:w="900"/>
            <w:vAlign w:val="center"/>
          </w:tcPr>
          <w:p>
            <w:pPr>
              <w:spacing w:before="0" w:after="0" w:line="240" w:lineRule="auto"/>
              <w:jc w:val="center"/>
            </w:pPr>
            <w:r/>
            <w:r>
              <w:rPr>
                <w:rFonts w:ascii="Times New Roman" w:hAnsi="Times New Roman" w:eastAsia="宋体"/>
                <w:b w:val="0"/>
                <w:sz w:val="24"/>
              </w:rPr>
            </w:r>
          </w:p>
        </w:tc>
        <w:tc>
          <w:tcPr>
            <w:tcW w:type="dxa" w:w="950"/>
            <w:vAlign w:val="center"/>
          </w:tcPr>
          <w:p>
            <w:pPr>
              <w:spacing w:before="0" w:after="0" w:line="240" w:lineRule="auto"/>
              <w:jc w:val="center"/>
            </w:pPr>
            <w:r/>
            <w:r>
              <w:rPr>
                <w:rFonts w:ascii="Times New Roman" w:hAnsi="Times New Roman" w:eastAsia="宋体"/>
                <w:b w:val="0"/>
                <w:sz w:val="24"/>
              </w:rPr>
            </w:r>
          </w:p>
        </w:tc>
        <w:tc>
          <w:tcPr>
            <w:tcW w:type="dxa" w:w="820"/>
            <w:vAlign w:val="center"/>
          </w:tcPr>
          <w:p>
            <w:pPr>
              <w:spacing w:before="0" w:after="0" w:line="240" w:lineRule="auto"/>
              <w:jc w:val="center"/>
            </w:pPr>
            <w:r/>
            <w:r>
              <w:rPr>
                <w:rFonts w:ascii="Times New Roman" w:hAnsi="Times New Roman" w:eastAsia="宋体"/>
                <w:b w:val="0"/>
                <w:sz w:val="24"/>
              </w:rPr>
            </w:r>
          </w:p>
        </w:tc>
      </w:tr>
    </w:tbl>
    <w:p>
      <w:pPr>
        <w:spacing w:before="80" w:after="120"/>
        <w:jc w:val="left"/>
      </w:pPr>
      <w:r>
        <w:rPr>
          <w:rFonts w:ascii="Times New Roman" w:hAnsi="Times New Roman" w:eastAsia="宋体"/>
          <w:b w:val="0"/>
          <w:sz w:val="21"/>
        </w:rPr>
        <w:t>Note: education level refers to 1.3; occupation refers to 1.6; residential distance: ① co-residence ② same subdistrict / same village ③ same county / district ④ same city ⑤ same province ⑥ outside the province ⑦ abroad; visiting frequency: ① weekly ② every two weeks ③ monthly ④ every half year ⑤ once a year or more ⑥ no children; family support: ① financial support ② care support ③ housing support ④ emotional support ⑤ other support ⑥ no support.</w:t>
      </w:r>
    </w:p>
    <w:tbl>
      <w:tblPr>
        <w:tblStyle w:val="TableGrid"/>
        <w:tblW w:type="dxa" w:w="8520"/>
        <w:jc w:val="center"/>
        <w:tblLook w:firstColumn="1" w:firstRow="1" w:lastColumn="0" w:lastRow="0" w:noHBand="0" w:noVBand="1" w:val="04A0"/>
        <w:tblLayout w:type="fixed"/>
      </w:tblPr>
      <w:tblGrid>
        <w:gridCol w:w="5000"/>
        <w:gridCol w:w="3520"/>
      </w:tblGrid>
      <w:tr>
        <w:tc>
          <w:tcPr>
            <w:tcW w:type="dxa" w:w="8520"/>
            <w:gridSpan w:val="2"/>
            <w:vAlign w:val="center"/>
          </w:tcPr>
          <w:p>
            <w:pPr>
              <w:spacing w:before="0" w:after="0" w:line="240" w:lineRule="auto"/>
              <w:jc w:val="left"/>
            </w:pPr>
            <w:r/>
            <w:r>
              <w:rPr>
                <w:rFonts w:ascii="Times New Roman" w:hAnsi="Times New Roman" w:eastAsia="宋体"/>
                <w:b/>
                <w:sz w:val="24"/>
              </w:rPr>
              <w:t>1.34 Overall assessment of living conditions</w:t>
            </w:r>
          </w:p>
        </w:tc>
      </w:tr>
      <w:tr>
        <w:tc>
          <w:tcPr>
            <w:tcW w:type="dxa" w:w="5000"/>
            <w:vAlign w:val="center"/>
          </w:tcPr>
          <w:p>
            <w:pPr>
              <w:spacing w:before="0" w:after="0" w:line="240" w:lineRule="auto"/>
              <w:jc w:val="left"/>
            </w:pPr>
            <w:r/>
            <w:r>
              <w:rPr>
                <w:rFonts w:ascii="Times New Roman" w:hAnsi="Times New Roman" w:eastAsia="宋体"/>
                <w:b w:val="0"/>
                <w:sz w:val="24"/>
              </w:rPr>
              <w:t>Are you satisfied with your current living conditions:</w:t>
            </w:r>
          </w:p>
        </w:tc>
        <w:tc>
          <w:tcPr>
            <w:tcW w:type="dxa" w:w="3520"/>
            <w:vAlign w:val="center"/>
          </w:tcPr>
          <w:p>
            <w:pPr>
              <w:spacing w:before="0" w:after="0" w:line="240" w:lineRule="auto"/>
              <w:jc w:val="left"/>
            </w:pPr>
            <w:r/>
            <w:r>
              <w:rPr>
                <w:rFonts w:ascii="Times New Roman" w:hAnsi="Times New Roman" w:eastAsia="宋体"/>
                <w:b w:val="0"/>
                <w:sz w:val="24"/>
              </w:rPr>
              <w:t>（1）very dissatisfied（2）not very satisfied（3）average（4）fairly satisfied（5）very satisfied</w:t>
            </w:r>
          </w:p>
        </w:tc>
      </w:tr>
      <w:tr>
        <w:tc>
          <w:tcPr>
            <w:tcW w:type="dxa" w:w="5000"/>
            <w:vAlign w:val="center"/>
          </w:tcPr>
          <w:p>
            <w:pPr>
              <w:spacing w:before="0" w:after="0" w:line="240" w:lineRule="auto"/>
              <w:jc w:val="left"/>
            </w:pPr>
            <w:r/>
            <w:r>
              <w:rPr>
                <w:rFonts w:ascii="Times New Roman" w:hAnsi="Times New Roman" w:eastAsia="宋体"/>
                <w:b w:val="0"/>
                <w:sz w:val="24"/>
              </w:rPr>
              <w:t>Do you feel respected by the people around you (including relatives and friends):</w:t>
            </w:r>
          </w:p>
        </w:tc>
        <w:tc>
          <w:tcPr>
            <w:tcW w:type="dxa" w:w="3520"/>
            <w:vAlign w:val="center"/>
          </w:tcPr>
          <w:p>
            <w:pPr>
              <w:spacing w:before="0" w:after="0" w:line="240" w:lineRule="auto"/>
              <w:jc w:val="left"/>
            </w:pPr>
            <w:r/>
            <w:r>
              <w:rPr>
                <w:rFonts w:ascii="Times New Roman" w:hAnsi="Times New Roman" w:eastAsia="宋体"/>
                <w:b w:val="0"/>
                <w:sz w:val="24"/>
              </w:rPr>
              <w:t>（1）not respected at all（2）not very respected（3）average（4）fairly respected（5）very respected</w:t>
            </w:r>
          </w:p>
        </w:tc>
      </w:tr>
      <w:tr>
        <w:tc>
          <w:tcPr>
            <w:tcW w:type="dxa" w:w="5000"/>
            <w:vAlign w:val="center"/>
          </w:tcPr>
          <w:p>
            <w:pPr>
              <w:spacing w:before="0" w:after="0" w:line="240" w:lineRule="auto"/>
              <w:jc w:val="left"/>
            </w:pPr>
            <w:r/>
            <w:r>
              <w:rPr>
                <w:rFonts w:ascii="Times New Roman" w:hAnsi="Times New Roman" w:eastAsia="宋体"/>
                <w:b w:val="0"/>
                <w:sz w:val="24"/>
              </w:rPr>
              <w:t>Do you feel that the people around you understand your thoughts:</w:t>
            </w:r>
          </w:p>
        </w:tc>
        <w:tc>
          <w:tcPr>
            <w:tcW w:type="dxa" w:w="3520"/>
            <w:vAlign w:val="center"/>
          </w:tcPr>
          <w:p>
            <w:pPr>
              <w:spacing w:before="0" w:after="0" w:line="240" w:lineRule="auto"/>
              <w:jc w:val="left"/>
            </w:pPr>
            <w:r/>
            <w:r>
              <w:rPr>
                <w:rFonts w:ascii="Times New Roman" w:hAnsi="Times New Roman" w:eastAsia="宋体"/>
                <w:b w:val="0"/>
                <w:sz w:val="24"/>
              </w:rPr>
              <w:t>（1）not understood at all（2）not very understood（3）average（4）fairly understood（5）very understood</w:t>
            </w:r>
          </w:p>
        </w:tc>
      </w:tr>
      <w:tr>
        <w:tc>
          <w:tcPr>
            <w:tcW w:type="dxa" w:w="5000"/>
            <w:vAlign w:val="center"/>
          </w:tcPr>
          <w:p>
            <w:pPr>
              <w:spacing w:before="0" w:after="0" w:line="240" w:lineRule="auto"/>
              <w:jc w:val="left"/>
            </w:pPr>
            <w:r/>
            <w:r>
              <w:rPr>
                <w:rFonts w:ascii="Times New Roman" w:hAnsi="Times New Roman" w:eastAsia="宋体"/>
                <w:b w:val="0"/>
                <w:sz w:val="24"/>
              </w:rPr>
              <w:t>How close is your relationship with your family members and relatives:</w:t>
            </w:r>
          </w:p>
        </w:tc>
        <w:tc>
          <w:tcPr>
            <w:tcW w:type="dxa" w:w="3520"/>
            <w:vAlign w:val="center"/>
          </w:tcPr>
          <w:p>
            <w:pPr>
              <w:spacing w:before="0" w:after="0" w:line="240" w:lineRule="auto"/>
              <w:jc w:val="left"/>
            </w:pPr>
            <w:r/>
            <w:r>
              <w:rPr>
                <w:rFonts w:ascii="Times New Roman" w:hAnsi="Times New Roman" w:eastAsia="宋体"/>
                <w:b w:val="0"/>
                <w:sz w:val="24"/>
              </w:rPr>
              <w:t>（1）not close at all（2）not very close（3）average（4）fairly close（5）very close</w:t>
            </w:r>
          </w:p>
        </w:tc>
      </w:tr>
      <w:tr>
        <w:tc>
          <w:tcPr>
            <w:tcW w:type="dxa" w:w="5000"/>
            <w:vAlign w:val="center"/>
          </w:tcPr>
          <w:p>
            <w:pPr>
              <w:spacing w:before="0" w:after="0" w:line="240" w:lineRule="auto"/>
              <w:jc w:val="left"/>
            </w:pPr>
            <w:r/>
            <w:r>
              <w:rPr>
                <w:rFonts w:ascii="Times New Roman" w:hAnsi="Times New Roman" w:eastAsia="宋体"/>
                <w:b w:val="0"/>
                <w:sz w:val="24"/>
              </w:rPr>
              <w:t>Do you and your family members and relatives often support each other (financial mutual aid, sharing housework):</w:t>
            </w:r>
          </w:p>
        </w:tc>
        <w:tc>
          <w:tcPr>
            <w:tcW w:type="dxa" w:w="3520"/>
            <w:vAlign w:val="center"/>
          </w:tcPr>
          <w:p>
            <w:pPr>
              <w:spacing w:before="0" w:after="0" w:line="240" w:lineRule="auto"/>
              <w:jc w:val="left"/>
            </w:pPr>
            <w:r/>
            <w:r>
              <w:rPr>
                <w:rFonts w:ascii="Times New Roman" w:hAnsi="Times New Roman" w:eastAsia="宋体"/>
                <w:b w:val="0"/>
                <w:sz w:val="24"/>
              </w:rPr>
              <w:t>（1）rarely support each other（2）not very supportive（3）average（4）support each other（5）often support each other</w:t>
            </w:r>
          </w:p>
        </w:tc>
      </w:tr>
      <w:tr>
        <w:tc>
          <w:tcPr>
            <w:tcW w:type="dxa" w:w="5000"/>
            <w:vAlign w:val="center"/>
          </w:tcPr>
          <w:p>
            <w:pPr>
              <w:spacing w:before="0" w:after="0" w:line="240" w:lineRule="auto"/>
              <w:jc w:val="left"/>
            </w:pPr>
            <w:r/>
            <w:r>
              <w:rPr>
                <w:rFonts w:ascii="Times New Roman" w:hAnsi="Times New Roman" w:eastAsia="宋体"/>
                <w:b w:val="0"/>
                <w:sz w:val="24"/>
              </w:rPr>
              <w:t>Do you and your family members and relatives often communicate with each other (activities together, chatting, visits):</w:t>
            </w:r>
          </w:p>
        </w:tc>
        <w:tc>
          <w:tcPr>
            <w:tcW w:type="dxa" w:w="3520"/>
            <w:vAlign w:val="center"/>
          </w:tcPr>
          <w:p>
            <w:pPr>
              <w:spacing w:before="0" w:after="0" w:line="240" w:lineRule="auto"/>
              <w:jc w:val="left"/>
            </w:pPr>
            <w:r/>
            <w:r>
              <w:rPr>
                <w:rFonts w:ascii="Times New Roman" w:hAnsi="Times New Roman" w:eastAsia="宋体"/>
                <w:b w:val="0"/>
                <w:sz w:val="24"/>
              </w:rPr>
              <w:t>（1）rarely communicate（2）not very communicative（3）average（4）communicate（5）often communicate</w:t>
            </w:r>
          </w:p>
        </w:tc>
      </w:tr>
      <w:tr>
        <w:tc>
          <w:tcPr>
            <w:tcW w:type="dxa" w:w="5000"/>
            <w:vAlign w:val="center"/>
          </w:tcPr>
          <w:p>
            <w:pPr>
              <w:spacing w:before="0" w:after="0" w:line="240" w:lineRule="auto"/>
              <w:jc w:val="left"/>
            </w:pPr>
            <w:r/>
            <w:r>
              <w:rPr>
                <w:rFonts w:ascii="Times New Roman" w:hAnsi="Times New Roman" w:eastAsia="宋体"/>
                <w:b w:val="0"/>
                <w:sz w:val="24"/>
              </w:rPr>
              <w:t>Is your relationship with your neighbors and friends (elderly) harmonious:</w:t>
            </w:r>
          </w:p>
        </w:tc>
        <w:tc>
          <w:tcPr>
            <w:tcW w:type="dxa" w:w="3520"/>
            <w:vAlign w:val="center"/>
          </w:tcPr>
          <w:p>
            <w:pPr>
              <w:spacing w:before="0" w:after="0" w:line="240" w:lineRule="auto"/>
              <w:jc w:val="left"/>
            </w:pPr>
            <w:r/>
            <w:r>
              <w:rPr>
                <w:rFonts w:ascii="Times New Roman" w:hAnsi="Times New Roman" w:eastAsia="宋体"/>
                <w:b w:val="0"/>
                <w:sz w:val="24"/>
              </w:rPr>
              <w:t>（1）very unharmonious（2）not very harmonious（3）average（4）fairly harmonious（5）very harmonious</w:t>
            </w:r>
          </w:p>
        </w:tc>
      </w:tr>
      <w:tr>
        <w:tc>
          <w:tcPr>
            <w:tcW w:type="dxa" w:w="5000"/>
            <w:vAlign w:val="center"/>
          </w:tcPr>
          <w:p>
            <w:pPr>
              <w:spacing w:before="0" w:after="0" w:line="240" w:lineRule="auto"/>
              <w:jc w:val="left"/>
            </w:pPr>
            <w:r/>
            <w:r>
              <w:rPr>
                <w:rFonts w:ascii="Times New Roman" w:hAnsi="Times New Roman" w:eastAsia="宋体"/>
                <w:b w:val="0"/>
                <w:sz w:val="24"/>
              </w:rPr>
              <w:t>Do you and your neighbors and friends (elderly) often help each other:</w:t>
            </w:r>
          </w:p>
        </w:tc>
        <w:tc>
          <w:tcPr>
            <w:tcW w:type="dxa" w:w="3520"/>
            <w:vAlign w:val="center"/>
          </w:tcPr>
          <w:p>
            <w:pPr>
              <w:spacing w:before="0" w:after="0" w:line="240" w:lineRule="auto"/>
              <w:jc w:val="left"/>
            </w:pPr>
            <w:r/>
            <w:r>
              <w:rPr>
                <w:rFonts w:ascii="Times New Roman" w:hAnsi="Times New Roman" w:eastAsia="宋体"/>
                <w:b w:val="0"/>
                <w:sz w:val="24"/>
              </w:rPr>
              <w:t>（1）rarely help each other（2）not very helpful（3）average（4）help each other（5）often help each other</w:t>
            </w:r>
          </w:p>
        </w:tc>
      </w:tr>
      <w:tr>
        <w:tc>
          <w:tcPr>
            <w:tcW w:type="dxa" w:w="5000"/>
            <w:vAlign w:val="center"/>
          </w:tcPr>
          <w:p>
            <w:pPr>
              <w:spacing w:before="0" w:after="0" w:line="240" w:lineRule="auto"/>
              <w:jc w:val="left"/>
            </w:pPr>
            <w:r/>
            <w:r>
              <w:rPr>
                <w:rFonts w:ascii="Times New Roman" w:hAnsi="Times New Roman" w:eastAsia="宋体"/>
                <w:b w:val="0"/>
                <w:sz w:val="24"/>
              </w:rPr>
              <w:t>Do you and your neighbors and friends (elderly) often engage in activities and chat together:</w:t>
            </w:r>
          </w:p>
        </w:tc>
        <w:tc>
          <w:tcPr>
            <w:tcW w:type="dxa" w:w="3520"/>
            <w:vAlign w:val="center"/>
          </w:tcPr>
          <w:p>
            <w:pPr>
              <w:spacing w:before="0" w:after="0" w:line="240" w:lineRule="auto"/>
              <w:jc w:val="left"/>
            </w:pPr>
            <w:r/>
            <w:r>
              <w:rPr>
                <w:rFonts w:ascii="Times New Roman" w:hAnsi="Times New Roman" w:eastAsia="宋体"/>
                <w:b w:val="0"/>
                <w:sz w:val="24"/>
              </w:rPr>
              <w:t>（1）rarely（2）not very often（3）average（4）sometimes（5）often</w:t>
            </w:r>
          </w:p>
        </w:tc>
      </w:tr>
      <w:tr>
        <w:tc>
          <w:tcPr>
            <w:tcW w:type="dxa" w:w="5000"/>
            <w:vAlign w:val="center"/>
          </w:tcPr>
          <w:p>
            <w:pPr>
              <w:spacing w:before="0" w:after="0" w:line="240" w:lineRule="auto"/>
              <w:jc w:val="left"/>
            </w:pPr>
            <w:r/>
            <w:r>
              <w:rPr>
                <w:rFonts w:ascii="Times New Roman" w:hAnsi="Times New Roman" w:eastAsia="宋体"/>
                <w:b w:val="0"/>
                <w:sz w:val="24"/>
              </w:rPr>
              <w:t>How is your relationship with the community / institution elderly care service personnel:</w:t>
            </w:r>
          </w:p>
        </w:tc>
        <w:tc>
          <w:tcPr>
            <w:tcW w:type="dxa" w:w="3520"/>
            <w:vAlign w:val="center"/>
          </w:tcPr>
          <w:p>
            <w:pPr>
              <w:spacing w:before="0" w:after="0" w:line="240" w:lineRule="auto"/>
              <w:jc w:val="left"/>
            </w:pPr>
            <w:r/>
            <w:r>
              <w:rPr>
                <w:rFonts w:ascii="Times New Roman" w:hAnsi="Times New Roman" w:eastAsia="宋体"/>
                <w:b w:val="0"/>
                <w:sz w:val="24"/>
              </w:rPr>
              <w:t>（1）very poor（2）not very good（3）average（4）fairly good（5）very good</w:t>
            </w:r>
          </w:p>
        </w:tc>
      </w:tr>
      <w:tr>
        <w:tc>
          <w:tcPr>
            <w:tcW w:type="dxa" w:w="5000"/>
            <w:vAlign w:val="center"/>
          </w:tcPr>
          <w:p>
            <w:pPr>
              <w:spacing w:before="0" w:after="0" w:line="240" w:lineRule="auto"/>
              <w:jc w:val="left"/>
            </w:pPr>
            <w:r/>
            <w:r>
              <w:rPr>
                <w:rFonts w:ascii="Times New Roman" w:hAnsi="Times New Roman" w:eastAsia="宋体"/>
                <w:b w:val="0"/>
                <w:sz w:val="24"/>
              </w:rPr>
              <w:t>Do you often chat with the community / institution elderly care service personnel:</w:t>
            </w:r>
          </w:p>
        </w:tc>
        <w:tc>
          <w:tcPr>
            <w:tcW w:type="dxa" w:w="3520"/>
            <w:vAlign w:val="center"/>
          </w:tcPr>
          <w:p>
            <w:pPr>
              <w:spacing w:before="0" w:after="0" w:line="240" w:lineRule="auto"/>
              <w:jc w:val="left"/>
            </w:pPr>
            <w:r/>
            <w:r>
              <w:rPr>
                <w:rFonts w:ascii="Times New Roman" w:hAnsi="Times New Roman" w:eastAsia="宋体"/>
                <w:b w:val="0"/>
                <w:sz w:val="24"/>
              </w:rPr>
              <w:t>（1）rarely（2）not very often（3）average（4）sometimes（5）often</w:t>
            </w:r>
          </w:p>
        </w:tc>
      </w:tr>
      <w:tr>
        <w:tc>
          <w:tcPr>
            <w:tcW w:type="dxa" w:w="5000"/>
            <w:vAlign w:val="center"/>
          </w:tcPr>
          <w:p>
            <w:pPr>
              <w:spacing w:before="0" w:after="0" w:line="240" w:lineRule="auto"/>
              <w:jc w:val="left"/>
            </w:pPr>
            <w:r/>
            <w:r>
              <w:rPr>
                <w:rFonts w:ascii="Times New Roman" w:hAnsi="Times New Roman" w:eastAsia="宋体"/>
                <w:b w:val="0"/>
                <w:sz w:val="24"/>
              </w:rPr>
              <w:t>（Institution only）Do you feel free in your current life:</w:t>
            </w:r>
          </w:p>
        </w:tc>
        <w:tc>
          <w:tcPr>
            <w:tcW w:type="dxa" w:w="3520"/>
            <w:vAlign w:val="center"/>
          </w:tcPr>
          <w:p>
            <w:pPr>
              <w:spacing w:before="0" w:after="0" w:line="240" w:lineRule="auto"/>
              <w:jc w:val="left"/>
            </w:pPr>
            <w:r/>
            <w:r>
              <w:rPr>
                <w:rFonts w:ascii="Times New Roman" w:hAnsi="Times New Roman" w:eastAsia="宋体"/>
                <w:b w:val="0"/>
                <w:sz w:val="24"/>
              </w:rPr>
              <w:t>（1）not free at all（2）not very free（3）average（4）fairly free（5）very free</w:t>
            </w:r>
          </w:p>
        </w:tc>
      </w:tr>
      <w:tr>
        <w:tc>
          <w:tcPr>
            <w:tcW w:type="dxa" w:w="5000"/>
            <w:vAlign w:val="center"/>
          </w:tcPr>
          <w:p>
            <w:pPr>
              <w:spacing w:before="0" w:after="0" w:line="240" w:lineRule="auto"/>
              <w:jc w:val="left"/>
            </w:pPr>
            <w:r/>
            <w:r>
              <w:rPr>
                <w:rFonts w:ascii="Times New Roman" w:hAnsi="Times New Roman" w:eastAsia="宋体"/>
                <w:b w:val="0"/>
                <w:sz w:val="24"/>
              </w:rPr>
              <w:t>Do you often feel lonely and bored:</w:t>
            </w:r>
          </w:p>
        </w:tc>
        <w:tc>
          <w:tcPr>
            <w:tcW w:type="dxa" w:w="3520"/>
            <w:vAlign w:val="center"/>
          </w:tcPr>
          <w:p>
            <w:pPr>
              <w:spacing w:before="0" w:after="0" w:line="240" w:lineRule="auto"/>
              <w:jc w:val="left"/>
            </w:pPr>
            <w:r/>
            <w:r>
              <w:rPr>
                <w:rFonts w:ascii="Times New Roman" w:hAnsi="Times New Roman" w:eastAsia="宋体"/>
                <w:b w:val="0"/>
                <w:sz w:val="24"/>
              </w:rPr>
              <w:t>（1）always（2）often（3）occasionally（4）rarely（5）never</w:t>
            </w:r>
          </w:p>
        </w:tc>
      </w:tr>
      <w:tr>
        <w:tc>
          <w:tcPr>
            <w:tcW w:type="dxa" w:w="5000"/>
            <w:vAlign w:val="center"/>
          </w:tcPr>
          <w:p>
            <w:pPr>
              <w:spacing w:before="0" w:after="0" w:line="240" w:lineRule="auto"/>
              <w:jc w:val="left"/>
            </w:pPr>
            <w:r/>
            <w:r>
              <w:rPr>
                <w:rFonts w:ascii="Times New Roman" w:hAnsi="Times New Roman" w:eastAsia="宋体"/>
                <w:b w:val="0"/>
                <w:sz w:val="24"/>
              </w:rPr>
              <w:t>How is your state of mind:</w:t>
            </w:r>
          </w:p>
        </w:tc>
        <w:tc>
          <w:tcPr>
            <w:tcW w:type="dxa" w:w="3520"/>
            <w:vAlign w:val="center"/>
          </w:tcPr>
          <w:p>
            <w:pPr>
              <w:spacing w:before="0" w:after="0" w:line="240" w:lineRule="auto"/>
              <w:jc w:val="left"/>
            </w:pPr>
            <w:r/>
            <w:r>
              <w:rPr>
                <w:rFonts w:ascii="Times New Roman" w:hAnsi="Times New Roman" w:eastAsia="宋体"/>
                <w:b w:val="0"/>
                <w:sz w:val="24"/>
              </w:rPr>
              <w:t>（1）very poor（2）not very good（3）average（4）fairly good（5）very good</w:t>
            </w:r>
          </w:p>
        </w:tc>
      </w:tr>
      <w:tr>
        <w:tc>
          <w:tcPr>
            <w:tcW w:type="dxa" w:w="5000"/>
            <w:vAlign w:val="center"/>
          </w:tcPr>
          <w:p>
            <w:pPr>
              <w:spacing w:before="0" w:after="0" w:line="240" w:lineRule="auto"/>
              <w:jc w:val="left"/>
            </w:pPr>
            <w:r/>
            <w:r>
              <w:rPr>
                <w:rFonts w:ascii="Times New Roman" w:hAnsi="Times New Roman" w:eastAsia="宋体"/>
                <w:b w:val="0"/>
                <w:sz w:val="24"/>
              </w:rPr>
              <w:t>Do you feel accustomed to life in this community / institution:</w:t>
            </w:r>
          </w:p>
        </w:tc>
        <w:tc>
          <w:tcPr>
            <w:tcW w:type="dxa" w:w="3520"/>
            <w:vAlign w:val="center"/>
          </w:tcPr>
          <w:p>
            <w:pPr>
              <w:spacing w:before="0" w:after="0" w:line="240" w:lineRule="auto"/>
              <w:jc w:val="left"/>
            </w:pPr>
            <w:r/>
            <w:r>
              <w:rPr>
                <w:rFonts w:ascii="Times New Roman" w:hAnsi="Times New Roman" w:eastAsia="宋体"/>
                <w:b w:val="0"/>
                <w:sz w:val="24"/>
              </w:rPr>
              <w:t>（1）not accustomed at all（2）not very accustomed（3）average（4）fairly accustomed（5）very accustomed</w:t>
            </w:r>
          </w:p>
        </w:tc>
      </w:tr>
    </w:tbl>
    <w:p>
      <w:pPr>
        <w:spacing w:before="120" w:after="80"/>
        <w:jc w:val="center"/>
      </w:pPr>
      <w:r>
        <w:rPr>
          <w:rFonts w:ascii="Times New Roman" w:hAnsi="Times New Roman" w:eastAsia="宋体"/>
          <w:b/>
          <w:sz w:val="28"/>
        </w:rPr>
        <w:t>2. Relevant systems</w:t>
      </w:r>
    </w:p>
    <w:tbl>
      <w:tblPr>
        <w:tblStyle w:val="TableGrid"/>
        <w:tblW w:type="dxa" w:w="8520"/>
        <w:jc w:val="center"/>
        <w:tblLook w:firstColumn="1" w:firstRow="1" w:lastColumn="0" w:lastRow="0" w:noHBand="0" w:noVBand="1" w:val="04A0"/>
        <w:tblLayout w:type="fixed"/>
      </w:tblPr>
      <w:tblGrid>
        <w:gridCol w:w="900"/>
        <w:gridCol w:w="3200"/>
        <w:gridCol w:w="4420"/>
      </w:tblGrid>
      <w:tr>
        <w:tc>
          <w:tcPr>
            <w:tcW w:type="dxa" w:w="900"/>
            <w:vAlign w:val="center"/>
          </w:tcPr>
          <w:p>
            <w:pPr>
              <w:spacing w:before="0" w:after="0" w:line="240" w:lineRule="auto"/>
              <w:jc w:val="center"/>
            </w:pPr>
            <w:r/>
            <w:r>
              <w:rPr>
                <w:rFonts w:ascii="Times New Roman" w:hAnsi="Times New Roman" w:eastAsia="宋体"/>
                <w:b/>
                <w:sz w:val="24"/>
              </w:rPr>
              <w:t>No.</w:t>
            </w:r>
          </w:p>
        </w:tc>
        <w:tc>
          <w:tcPr>
            <w:tcW w:type="dxa" w:w="3200"/>
            <w:vAlign w:val="center"/>
          </w:tcPr>
          <w:p>
            <w:pPr>
              <w:spacing w:before="0" w:after="0" w:line="240" w:lineRule="auto"/>
              <w:jc w:val="center"/>
            </w:pPr>
            <w:r/>
            <w:r>
              <w:rPr>
                <w:rFonts w:ascii="Times New Roman" w:hAnsi="Times New Roman" w:eastAsia="宋体"/>
                <w:b/>
                <w:sz w:val="24"/>
              </w:rPr>
              <w:t>Question</w:t>
            </w:r>
          </w:p>
        </w:tc>
        <w:tc>
          <w:tcPr>
            <w:tcW w:type="dxa" w:w="4420"/>
            <w:vAlign w:val="center"/>
          </w:tcPr>
          <w:p>
            <w:pPr>
              <w:spacing w:before="0" w:after="0" w:line="240" w:lineRule="auto"/>
              <w:jc w:val="center"/>
            </w:pPr>
            <w:r/>
            <w:r>
              <w:rPr>
                <w:rFonts w:ascii="Times New Roman" w:hAnsi="Times New Roman" w:eastAsia="宋体"/>
                <w:b/>
                <w:sz w:val="24"/>
              </w:rPr>
              <w:t>Option</w:t>
            </w:r>
          </w:p>
        </w:tc>
      </w:tr>
      <w:tr>
        <w:tc>
          <w:tcPr>
            <w:tcW w:type="dxa" w:w="900"/>
            <w:vAlign w:val="center"/>
          </w:tcPr>
          <w:p>
            <w:pPr>
              <w:spacing w:before="0" w:after="0" w:line="240" w:lineRule="auto"/>
              <w:jc w:val="center"/>
            </w:pPr>
            <w:r/>
            <w:r>
              <w:rPr>
                <w:rFonts w:ascii="Times New Roman" w:hAnsi="Times New Roman" w:eastAsia="宋体"/>
                <w:b w:val="0"/>
                <w:sz w:val="24"/>
              </w:rPr>
              <w:t>2.1</w:t>
            </w:r>
          </w:p>
        </w:tc>
        <w:tc>
          <w:tcPr>
            <w:tcW w:type="dxa" w:w="3200"/>
            <w:vAlign w:val="center"/>
          </w:tcPr>
          <w:p>
            <w:pPr>
              <w:spacing w:before="0" w:after="0" w:line="240" w:lineRule="auto"/>
              <w:jc w:val="left"/>
            </w:pPr>
            <w:r/>
            <w:r>
              <w:rPr>
                <w:rFonts w:ascii="Times New Roman" w:hAnsi="Times New Roman" w:eastAsia="宋体"/>
                <w:b w:val="0"/>
                <w:sz w:val="24"/>
              </w:rPr>
              <w:t>Do you think it is necessary to establish a nursing allowance system for the disabled and demented elderly:</w:t>
            </w:r>
          </w:p>
        </w:tc>
        <w:tc>
          <w:tcPr>
            <w:tcW w:type="dxa" w:w="4420"/>
            <w:vAlign w:val="center"/>
          </w:tcPr>
          <w:p>
            <w:pPr>
              <w:spacing w:before="0" w:after="0" w:line="240" w:lineRule="auto"/>
              <w:jc w:val="left"/>
            </w:pPr>
            <w:r/>
            <w:r>
              <w:rPr>
                <w:rFonts w:ascii="Times New Roman" w:hAnsi="Times New Roman" w:eastAsia="宋体"/>
                <w:b w:val="0"/>
                <w:sz w:val="24"/>
              </w:rPr>
              <w:t>（1）necessary（2）unnecessary（3）indifferent</w:t>
            </w:r>
          </w:p>
        </w:tc>
      </w:tr>
      <w:tr>
        <w:tc>
          <w:tcPr>
            <w:tcW w:type="dxa" w:w="900"/>
            <w:vAlign w:val="center"/>
          </w:tcPr>
          <w:p>
            <w:pPr>
              <w:spacing w:before="0" w:after="0" w:line="240" w:lineRule="auto"/>
              <w:jc w:val="center"/>
            </w:pPr>
            <w:r/>
            <w:r>
              <w:rPr>
                <w:rFonts w:ascii="Times New Roman" w:hAnsi="Times New Roman" w:eastAsia="宋体"/>
                <w:b w:val="0"/>
                <w:sz w:val="24"/>
              </w:rPr>
              <w:t>2.2</w:t>
            </w:r>
          </w:p>
        </w:tc>
        <w:tc>
          <w:tcPr>
            <w:tcW w:type="dxa" w:w="3200"/>
            <w:vAlign w:val="center"/>
          </w:tcPr>
          <w:p>
            <w:pPr>
              <w:spacing w:before="0" w:after="0" w:line="240" w:lineRule="auto"/>
              <w:jc w:val="left"/>
            </w:pPr>
            <w:r/>
            <w:r>
              <w:rPr>
                <w:rFonts w:ascii="Times New Roman" w:hAnsi="Times New Roman" w:eastAsia="宋体"/>
                <w:b w:val="0"/>
                <w:sz w:val="24"/>
              </w:rPr>
              <w:t>What do you think the monthly nursing allowance for the disabled and demented elderly should be at least:</w:t>
            </w:r>
          </w:p>
        </w:tc>
        <w:tc>
          <w:tcPr>
            <w:tcW w:type="dxa" w:w="4420"/>
            <w:vAlign w:val="center"/>
          </w:tcPr>
          <w:p>
            <w:pPr>
              <w:spacing w:before="0" w:after="0" w:line="240" w:lineRule="auto"/>
              <w:jc w:val="left"/>
            </w:pPr>
            <w:r/>
            <w:r>
              <w:rPr>
                <w:rFonts w:ascii="Times New Roman" w:hAnsi="Times New Roman" w:eastAsia="宋体"/>
                <w:b w:val="0"/>
                <w:sz w:val="24"/>
              </w:rPr>
              <w:t>（1）200-400 yuan（2）400-600 yuan（3）600-800 yuan（4）800-1,000 yuan（5）above 1,000 yuan</w:t>
            </w:r>
          </w:p>
        </w:tc>
      </w:tr>
      <w:tr>
        <w:tc>
          <w:tcPr>
            <w:tcW w:type="dxa" w:w="900"/>
            <w:vAlign w:val="center"/>
          </w:tcPr>
          <w:p>
            <w:pPr>
              <w:spacing w:before="0" w:after="0" w:line="240" w:lineRule="auto"/>
              <w:jc w:val="center"/>
            </w:pPr>
            <w:r/>
            <w:r>
              <w:rPr>
                <w:rFonts w:ascii="Times New Roman" w:hAnsi="Times New Roman" w:eastAsia="宋体"/>
                <w:b w:val="0"/>
                <w:sz w:val="24"/>
              </w:rPr>
              <w:t>2.3</w:t>
            </w:r>
          </w:p>
        </w:tc>
        <w:tc>
          <w:tcPr>
            <w:tcW w:type="dxa" w:w="3200"/>
            <w:vAlign w:val="center"/>
          </w:tcPr>
          <w:p>
            <w:pPr>
              <w:spacing w:before="0" w:after="0" w:line="240" w:lineRule="auto"/>
              <w:jc w:val="left"/>
            </w:pPr>
            <w:r/>
            <w:r>
              <w:rPr>
                <w:rFonts w:ascii="Times New Roman" w:hAnsi="Times New Roman" w:eastAsia="宋体"/>
                <w:b w:val="0"/>
                <w:sz w:val="24"/>
              </w:rPr>
              <w:t>（Elderly aged 70 and above, please answer）If you were to become disabled or demented in the future, would you be willing to stop receiving the old-age allowance and receive the disability and dementia nursing allowance instead:</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2.4</w:t>
            </w:r>
          </w:p>
        </w:tc>
        <w:tc>
          <w:tcPr>
            <w:tcW w:type="dxa" w:w="3200"/>
            <w:vAlign w:val="center"/>
          </w:tcPr>
          <w:p>
            <w:pPr>
              <w:spacing w:before="0" w:after="0" w:line="240" w:lineRule="auto"/>
              <w:jc w:val="left"/>
            </w:pPr>
            <w:r/>
            <w:r>
              <w:rPr>
                <w:rFonts w:ascii="Times New Roman" w:hAnsi="Times New Roman" w:eastAsia="宋体"/>
                <w:b w:val="0"/>
                <w:sz w:val="24"/>
              </w:rPr>
              <w:t>（Elderly under 70, please answer）Would you be willing to convert the old-age allowance you have not yet received into a disability and dementia nursing allowance:</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2.5</w:t>
            </w:r>
          </w:p>
        </w:tc>
        <w:tc>
          <w:tcPr>
            <w:tcW w:type="dxa" w:w="3200"/>
            <w:vAlign w:val="center"/>
          </w:tcPr>
          <w:p>
            <w:pPr>
              <w:spacing w:before="0" w:after="0" w:line="240" w:lineRule="auto"/>
              <w:jc w:val="left"/>
            </w:pPr>
            <w:r/>
            <w:r>
              <w:rPr>
                <w:rFonts w:ascii="Times New Roman" w:hAnsi="Times New Roman" w:eastAsia="宋体"/>
                <w:b w:val="0"/>
                <w:sz w:val="24"/>
              </w:rPr>
              <w:t>（Elderly with only one child, please answer）Would you be willing to convert the only-child allowance into a disability and dementia nursing allowance:</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2.6</w:t>
            </w:r>
          </w:p>
        </w:tc>
        <w:tc>
          <w:tcPr>
            <w:tcW w:type="dxa" w:w="3200"/>
            <w:vAlign w:val="center"/>
          </w:tcPr>
          <w:p>
            <w:pPr>
              <w:spacing w:before="0" w:after="0" w:line="240" w:lineRule="auto"/>
              <w:jc w:val="left"/>
            </w:pPr>
            <w:r/>
            <w:r>
              <w:rPr>
                <w:rFonts w:ascii="Times New Roman" w:hAnsi="Times New Roman" w:eastAsia="宋体"/>
                <w:b w:val="0"/>
                <w:sz w:val="24"/>
              </w:rPr>
              <w:t>Which of the following types of social pension insurance do you participate in:</w:t>
            </w:r>
          </w:p>
        </w:tc>
        <w:tc>
          <w:tcPr>
            <w:tcW w:type="dxa" w:w="4420"/>
            <w:vAlign w:val="center"/>
          </w:tcPr>
          <w:p>
            <w:pPr>
              <w:spacing w:before="0" w:after="0" w:line="240" w:lineRule="auto"/>
              <w:jc w:val="left"/>
            </w:pPr>
            <w:r/>
            <w:r>
              <w:rPr>
                <w:rFonts w:ascii="Times New Roman" w:hAnsi="Times New Roman" w:eastAsia="宋体"/>
                <w:b w:val="0"/>
                <w:sz w:val="24"/>
              </w:rPr>
              <w:t>（1）basic pension insurance for enterprise employees（2）pension insurance for government agencies and public institutions（3）basic pension insurance for urban and rural residents (new rural pension insurance, urban residents' pension insurance)（4）none of them</w:t>
            </w:r>
          </w:p>
        </w:tc>
      </w:tr>
      <w:tr>
        <w:tc>
          <w:tcPr>
            <w:tcW w:type="dxa" w:w="900"/>
            <w:vAlign w:val="center"/>
          </w:tcPr>
          <w:p>
            <w:pPr>
              <w:spacing w:before="0" w:after="0" w:line="240" w:lineRule="auto"/>
              <w:jc w:val="center"/>
            </w:pPr>
            <w:r/>
            <w:r>
              <w:rPr>
                <w:rFonts w:ascii="Times New Roman" w:hAnsi="Times New Roman" w:eastAsia="宋体"/>
                <w:b w:val="0"/>
                <w:sz w:val="24"/>
              </w:rPr>
              <w:t>If 2.6=1 or 2</w:t>
            </w:r>
          </w:p>
        </w:tc>
        <w:tc>
          <w:tcPr>
            <w:tcW w:type="dxa" w:w="3200"/>
            <w:vAlign w:val="center"/>
          </w:tcPr>
          <w:p>
            <w:pPr>
              <w:spacing w:before="0" w:after="0" w:line="240" w:lineRule="auto"/>
              <w:jc w:val="left"/>
            </w:pPr>
            <w:r/>
            <w:r>
              <w:rPr>
                <w:rFonts w:ascii="Times New Roman" w:hAnsi="Times New Roman" w:eastAsia="宋体"/>
                <w:b w:val="0"/>
                <w:sz w:val="24"/>
              </w:rPr>
              <w:t>Year you began receiving pension benefits:</w:t>
            </w:r>
          </w:p>
        </w:tc>
        <w:tc>
          <w:tcPr>
            <w:tcW w:type="dxa" w:w="4420"/>
            <w:vAlign w:val="center"/>
          </w:tcPr>
          <w:p>
            <w:pPr>
              <w:spacing w:before="0" w:after="0" w:line="240" w:lineRule="auto"/>
              <w:jc w:val="left"/>
            </w:pPr>
            <w:r/>
            <w:r>
              <w:rPr>
                <w:rFonts w:ascii="Times New Roman" w:hAnsi="Times New Roman" w:eastAsia="宋体"/>
                <w:b w:val="0"/>
                <w:sz w:val="24"/>
              </w:rPr>
              <w:t>______ year (please fill in four digits)</w:t>
            </w:r>
          </w:p>
        </w:tc>
      </w:tr>
      <w:tr>
        <w:tc>
          <w:tcPr>
            <w:tcW w:type="dxa" w:w="900"/>
            <w:vAlign w:val="center"/>
          </w:tcPr>
          <w:p>
            <w:pPr>
              <w:spacing w:before="0" w:after="0" w:line="240" w:lineRule="auto"/>
              <w:jc w:val="center"/>
            </w:pPr>
            <w:r/>
            <w:r>
              <w:rPr>
                <w:rFonts w:ascii="Times New Roman" w:hAnsi="Times New Roman" w:eastAsia="宋体"/>
                <w:b w:val="0"/>
                <w:sz w:val="24"/>
              </w:rPr>
              <w:t>If 2.6=1 or 2</w:t>
            </w:r>
          </w:p>
        </w:tc>
        <w:tc>
          <w:tcPr>
            <w:tcW w:type="dxa" w:w="3200"/>
            <w:vAlign w:val="center"/>
          </w:tcPr>
          <w:p>
            <w:pPr>
              <w:spacing w:before="0" w:after="0" w:line="240" w:lineRule="auto"/>
              <w:jc w:val="left"/>
            </w:pPr>
            <w:r/>
            <w:r>
              <w:rPr>
                <w:rFonts w:ascii="Times New Roman" w:hAnsi="Times New Roman" w:eastAsia="宋体"/>
                <w:b w:val="0"/>
                <w:sz w:val="24"/>
              </w:rPr>
              <w:t>Average monthly salary in the last year of work:</w:t>
            </w:r>
          </w:p>
        </w:tc>
        <w:tc>
          <w:tcPr>
            <w:tcW w:type="dxa" w:w="4420"/>
            <w:vAlign w:val="center"/>
          </w:tcPr>
          <w:p>
            <w:pPr>
              <w:spacing w:before="0" w:after="0" w:line="240" w:lineRule="auto"/>
              <w:jc w:val="left"/>
            </w:pPr>
            <w:r/>
            <w:r>
              <w:rPr>
                <w:rFonts w:ascii="Times New Roman" w:hAnsi="Times New Roman" w:eastAsia="宋体"/>
                <w:b w:val="0"/>
                <w:sz w:val="24"/>
              </w:rPr>
              <w:t>________ yuan/month</w:t>
            </w:r>
          </w:p>
        </w:tc>
      </w:tr>
      <w:tr>
        <w:tc>
          <w:tcPr>
            <w:tcW w:type="dxa" w:w="900"/>
            <w:vAlign w:val="center"/>
          </w:tcPr>
          <w:p>
            <w:pPr>
              <w:spacing w:before="0" w:after="0" w:line="240" w:lineRule="auto"/>
              <w:jc w:val="center"/>
            </w:pPr>
            <w:r/>
            <w:r>
              <w:rPr>
                <w:rFonts w:ascii="Times New Roman" w:hAnsi="Times New Roman" w:eastAsia="宋体"/>
                <w:b w:val="0"/>
                <w:sz w:val="24"/>
              </w:rPr>
              <w:t>If 2.6=1 or 2</w:t>
            </w:r>
          </w:p>
        </w:tc>
        <w:tc>
          <w:tcPr>
            <w:tcW w:type="dxa" w:w="3200"/>
            <w:vAlign w:val="center"/>
          </w:tcPr>
          <w:p>
            <w:pPr>
              <w:spacing w:before="0" w:after="0" w:line="240" w:lineRule="auto"/>
              <w:jc w:val="left"/>
            </w:pPr>
            <w:r/>
            <w:r>
              <w:rPr>
                <w:rFonts w:ascii="Times New Roman" w:hAnsi="Times New Roman" w:eastAsia="宋体"/>
                <w:b w:val="0"/>
                <w:sz w:val="24"/>
              </w:rPr>
              <w:t>Pension in the first year after formal retirement:</w:t>
            </w:r>
          </w:p>
        </w:tc>
        <w:tc>
          <w:tcPr>
            <w:tcW w:type="dxa" w:w="4420"/>
            <w:vAlign w:val="center"/>
          </w:tcPr>
          <w:p>
            <w:pPr>
              <w:spacing w:before="0" w:after="0" w:line="240" w:lineRule="auto"/>
              <w:jc w:val="left"/>
            </w:pPr>
            <w:r/>
            <w:r>
              <w:rPr>
                <w:rFonts w:ascii="Times New Roman" w:hAnsi="Times New Roman" w:eastAsia="宋体"/>
                <w:b w:val="0"/>
                <w:sz w:val="24"/>
              </w:rPr>
              <w:t>________ yuan/month</w:t>
            </w:r>
          </w:p>
        </w:tc>
      </w:tr>
      <w:tr>
        <w:tc>
          <w:tcPr>
            <w:tcW w:type="dxa" w:w="900"/>
            <w:vAlign w:val="center"/>
          </w:tcPr>
          <w:p>
            <w:pPr>
              <w:spacing w:before="0" w:after="0" w:line="240" w:lineRule="auto"/>
              <w:jc w:val="center"/>
            </w:pPr>
            <w:r/>
            <w:r>
              <w:rPr>
                <w:rFonts w:ascii="Times New Roman" w:hAnsi="Times New Roman" w:eastAsia="宋体"/>
                <w:b w:val="0"/>
                <w:sz w:val="24"/>
              </w:rPr>
              <w:t>If 2.6=1 or 2</w:t>
            </w:r>
          </w:p>
        </w:tc>
        <w:tc>
          <w:tcPr>
            <w:tcW w:type="dxa" w:w="3200"/>
            <w:vAlign w:val="center"/>
          </w:tcPr>
          <w:p>
            <w:pPr>
              <w:spacing w:before="0" w:after="0" w:line="240" w:lineRule="auto"/>
              <w:jc w:val="left"/>
            </w:pPr>
            <w:r/>
            <w:r>
              <w:rPr>
                <w:rFonts w:ascii="Times New Roman" w:hAnsi="Times New Roman" w:eastAsia="宋体"/>
                <w:b w:val="0"/>
                <w:sz w:val="24"/>
              </w:rPr>
              <w:t>How much pension did you receive last month:</w:t>
            </w:r>
          </w:p>
        </w:tc>
        <w:tc>
          <w:tcPr>
            <w:tcW w:type="dxa" w:w="4420"/>
            <w:vAlign w:val="center"/>
          </w:tcPr>
          <w:p>
            <w:pPr>
              <w:spacing w:before="0" w:after="0" w:line="240" w:lineRule="auto"/>
              <w:jc w:val="left"/>
            </w:pPr>
            <w:r/>
            <w:r>
              <w:rPr>
                <w:rFonts w:ascii="Times New Roman" w:hAnsi="Times New Roman" w:eastAsia="宋体"/>
                <w:b w:val="0"/>
                <w:sz w:val="24"/>
              </w:rPr>
              <w:t>________ yuan/month</w:t>
            </w:r>
          </w:p>
        </w:tc>
      </w:tr>
      <w:tr>
        <w:tc>
          <w:tcPr>
            <w:tcW w:type="dxa" w:w="900"/>
            <w:vAlign w:val="center"/>
          </w:tcPr>
          <w:p>
            <w:pPr>
              <w:spacing w:before="0" w:after="0" w:line="240" w:lineRule="auto"/>
              <w:jc w:val="center"/>
            </w:pPr>
            <w:r/>
            <w:r>
              <w:rPr>
                <w:rFonts w:ascii="Times New Roman" w:hAnsi="Times New Roman" w:eastAsia="宋体"/>
                <w:b w:val="0"/>
                <w:sz w:val="24"/>
              </w:rPr>
              <w:t>If 2.6=1 or 2</w:t>
            </w:r>
          </w:p>
        </w:tc>
        <w:tc>
          <w:tcPr>
            <w:tcW w:type="dxa" w:w="3200"/>
            <w:vAlign w:val="center"/>
          </w:tcPr>
          <w:p>
            <w:pPr>
              <w:spacing w:before="0" w:after="0" w:line="240" w:lineRule="auto"/>
              <w:jc w:val="left"/>
            </w:pPr>
            <w:r/>
            <w:r>
              <w:rPr>
                <w:rFonts w:ascii="Times New Roman" w:hAnsi="Times New Roman" w:eastAsia="宋体"/>
                <w:b w:val="0"/>
                <w:sz w:val="24"/>
              </w:rPr>
              <w:t>Did your work unit establish an enterprise annuity (occupational annuity) for employees:</w:t>
            </w:r>
          </w:p>
        </w:tc>
        <w:tc>
          <w:tcPr>
            <w:tcW w:type="dxa" w:w="4420"/>
            <w:vAlign w:val="center"/>
          </w:tcPr>
          <w:p>
            <w:pPr>
              <w:spacing w:before="0" w:after="0" w:line="240" w:lineRule="auto"/>
              <w:jc w:val="left"/>
            </w:pPr>
            <w:r/>
            <w:r>
              <w:rPr>
                <w:rFonts w:ascii="Times New Roman" w:hAnsi="Times New Roman" w:eastAsia="宋体"/>
                <w:b w:val="0"/>
                <w:sz w:val="24"/>
              </w:rPr>
              <w:t>（1）yes（2）no（3）not sure</w:t>
            </w:r>
          </w:p>
        </w:tc>
      </w:tr>
      <w:tr>
        <w:tc>
          <w:tcPr>
            <w:tcW w:type="dxa" w:w="900"/>
            <w:vAlign w:val="center"/>
          </w:tcPr>
          <w:p>
            <w:pPr>
              <w:spacing w:before="0" w:after="0" w:line="240" w:lineRule="auto"/>
              <w:jc w:val="center"/>
            </w:pPr>
            <w:r/>
            <w:r>
              <w:rPr>
                <w:rFonts w:ascii="Times New Roman" w:hAnsi="Times New Roman" w:eastAsia="宋体"/>
                <w:b w:val="0"/>
                <w:sz w:val="24"/>
              </w:rPr>
              <w:t>If 2.6=1 or 2</w:t>
            </w:r>
          </w:p>
        </w:tc>
        <w:tc>
          <w:tcPr>
            <w:tcW w:type="dxa" w:w="3200"/>
            <w:vAlign w:val="center"/>
          </w:tcPr>
          <w:p>
            <w:pPr>
              <w:spacing w:before="0" w:after="0" w:line="240" w:lineRule="auto"/>
              <w:jc w:val="left"/>
            </w:pPr>
            <w:r/>
            <w:r>
              <w:rPr>
                <w:rFonts w:ascii="Times New Roman" w:hAnsi="Times New Roman" w:eastAsia="宋体"/>
                <w:b w:val="0"/>
                <w:sz w:val="24"/>
              </w:rPr>
              <w:t>How do you feel your living standard has changed after retirement:</w:t>
            </w:r>
          </w:p>
        </w:tc>
        <w:tc>
          <w:tcPr>
            <w:tcW w:type="dxa" w:w="4420"/>
            <w:vAlign w:val="center"/>
          </w:tcPr>
          <w:p>
            <w:pPr>
              <w:spacing w:before="0" w:after="0" w:line="240" w:lineRule="auto"/>
              <w:jc w:val="left"/>
            </w:pPr>
            <w:r/>
            <w:r>
              <w:rPr>
                <w:rFonts w:ascii="Times New Roman" w:hAnsi="Times New Roman" w:eastAsia="宋体"/>
                <w:b w:val="0"/>
                <w:sz w:val="24"/>
              </w:rPr>
              <w:t>（1）significantly declined（2）slightly declined（3）unchanged（4）somewhat improved（5）significantly improved</w:t>
            </w:r>
          </w:p>
        </w:tc>
      </w:tr>
      <w:tr>
        <w:tc>
          <w:tcPr>
            <w:tcW w:type="dxa" w:w="900"/>
            <w:vAlign w:val="center"/>
          </w:tcPr>
          <w:p>
            <w:pPr>
              <w:spacing w:before="0" w:after="0" w:line="240" w:lineRule="auto"/>
              <w:jc w:val="center"/>
            </w:pPr>
            <w:r/>
            <w:r>
              <w:rPr>
                <w:rFonts w:ascii="Times New Roman" w:hAnsi="Times New Roman" w:eastAsia="宋体"/>
                <w:b w:val="0"/>
                <w:sz w:val="24"/>
              </w:rPr>
              <w:t>If 2.6=1 or 2</w:t>
            </w:r>
          </w:p>
        </w:tc>
        <w:tc>
          <w:tcPr>
            <w:tcW w:type="dxa" w:w="3200"/>
            <w:vAlign w:val="center"/>
          </w:tcPr>
          <w:p>
            <w:pPr>
              <w:spacing w:before="0" w:after="0" w:line="240" w:lineRule="auto"/>
              <w:jc w:val="left"/>
            </w:pPr>
            <w:r/>
            <w:r>
              <w:rPr>
                <w:rFonts w:ascii="Times New Roman" w:hAnsi="Times New Roman" w:eastAsia="宋体"/>
                <w:b w:val="0"/>
                <w:sz w:val="24"/>
              </w:rPr>
              <w:t>Given this year's price level, how much monthly pension do you think is needed to ensure that your living standard does not decline after retirement:</w:t>
            </w:r>
          </w:p>
        </w:tc>
        <w:tc>
          <w:tcPr>
            <w:tcW w:type="dxa" w:w="4420"/>
            <w:vAlign w:val="center"/>
          </w:tcPr>
          <w:p>
            <w:pPr>
              <w:spacing w:before="0" w:after="0" w:line="240" w:lineRule="auto"/>
              <w:jc w:val="left"/>
            </w:pPr>
            <w:r/>
            <w:r>
              <w:rPr>
                <w:rFonts w:ascii="Times New Roman" w:hAnsi="Times New Roman" w:eastAsia="宋体"/>
                <w:b w:val="0"/>
                <w:sz w:val="24"/>
              </w:rPr>
              <w:t>_________ yuan/month</w:t>
            </w:r>
          </w:p>
        </w:tc>
      </w:tr>
      <w:tr>
        <w:tc>
          <w:tcPr>
            <w:tcW w:type="dxa" w:w="900"/>
            <w:vAlign w:val="center"/>
          </w:tcPr>
          <w:p>
            <w:pPr>
              <w:spacing w:before="0" w:after="0" w:line="240" w:lineRule="auto"/>
              <w:jc w:val="center"/>
            </w:pPr>
            <w:r/>
            <w:r>
              <w:rPr>
                <w:rFonts w:ascii="Times New Roman" w:hAnsi="Times New Roman" w:eastAsia="宋体"/>
                <w:b w:val="0"/>
                <w:sz w:val="24"/>
              </w:rPr>
              <w:t>If 2.6=3</w:t>
            </w:r>
          </w:p>
        </w:tc>
        <w:tc>
          <w:tcPr>
            <w:tcW w:type="dxa" w:w="3200"/>
            <w:vAlign w:val="center"/>
          </w:tcPr>
          <w:p>
            <w:pPr>
              <w:spacing w:before="0" w:after="0" w:line="240" w:lineRule="auto"/>
              <w:jc w:val="left"/>
            </w:pPr>
            <w:r/>
            <w:r>
              <w:rPr>
                <w:rFonts w:ascii="Times New Roman" w:hAnsi="Times New Roman" w:eastAsia="宋体"/>
                <w:b w:val="0"/>
                <w:sz w:val="24"/>
              </w:rPr>
              <w:t>Have you personally paid pension insurance premiums:</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If 2.6=3</w:t>
            </w:r>
          </w:p>
        </w:tc>
        <w:tc>
          <w:tcPr>
            <w:tcW w:type="dxa" w:w="3200"/>
            <w:vAlign w:val="center"/>
          </w:tcPr>
          <w:p>
            <w:pPr>
              <w:spacing w:before="0" w:after="0" w:line="240" w:lineRule="auto"/>
              <w:jc w:val="left"/>
            </w:pPr>
            <w:r/>
            <w:r>
              <w:rPr>
                <w:rFonts w:ascii="Times New Roman" w:hAnsi="Times New Roman" w:eastAsia="宋体"/>
                <w:b w:val="0"/>
                <w:sz w:val="24"/>
              </w:rPr>
              <w:t>If you have paid, your payment level is:</w:t>
            </w:r>
          </w:p>
        </w:tc>
        <w:tc>
          <w:tcPr>
            <w:tcW w:type="dxa" w:w="4420"/>
            <w:vAlign w:val="center"/>
          </w:tcPr>
          <w:p>
            <w:pPr>
              <w:spacing w:before="0" w:after="0" w:line="240" w:lineRule="auto"/>
              <w:jc w:val="left"/>
            </w:pPr>
            <w:r/>
            <w:r>
              <w:rPr>
                <w:rFonts w:ascii="Times New Roman" w:hAnsi="Times New Roman" w:eastAsia="宋体"/>
                <w:b w:val="0"/>
                <w:sz w:val="24"/>
              </w:rPr>
              <w:t>（1）100 yuan（2）200 yuan（3）300 yuan（4）400 yuan（5）500 yuan（6）600 yuan（7）800 yuan（8）1,000 yuan（9）other ________ yuan</w:t>
            </w:r>
          </w:p>
        </w:tc>
      </w:tr>
      <w:tr>
        <w:tc>
          <w:tcPr>
            <w:tcW w:type="dxa" w:w="900"/>
            <w:vAlign w:val="center"/>
          </w:tcPr>
          <w:p>
            <w:pPr>
              <w:spacing w:before="0" w:after="0" w:line="240" w:lineRule="auto"/>
              <w:jc w:val="center"/>
            </w:pPr>
            <w:r/>
            <w:r>
              <w:rPr>
                <w:rFonts w:ascii="Times New Roman" w:hAnsi="Times New Roman" w:eastAsia="宋体"/>
                <w:b w:val="0"/>
                <w:sz w:val="24"/>
              </w:rPr>
              <w:t>If 2.6=3</w:t>
            </w:r>
          </w:p>
        </w:tc>
        <w:tc>
          <w:tcPr>
            <w:tcW w:type="dxa" w:w="3200"/>
            <w:vAlign w:val="center"/>
          </w:tcPr>
          <w:p>
            <w:pPr>
              <w:spacing w:before="0" w:after="0" w:line="240" w:lineRule="auto"/>
              <w:jc w:val="left"/>
            </w:pPr>
            <w:r/>
            <w:r>
              <w:rPr>
                <w:rFonts w:ascii="Times New Roman" w:hAnsi="Times New Roman" w:eastAsia="宋体"/>
                <w:b w:val="0"/>
                <w:sz w:val="24"/>
              </w:rPr>
              <w:t>How much pension did you receive last month:</w:t>
            </w:r>
          </w:p>
        </w:tc>
        <w:tc>
          <w:tcPr>
            <w:tcW w:type="dxa" w:w="4420"/>
            <w:vAlign w:val="center"/>
          </w:tcPr>
          <w:p>
            <w:pPr>
              <w:spacing w:before="0" w:after="0" w:line="240" w:lineRule="auto"/>
              <w:jc w:val="left"/>
            </w:pPr>
            <w:r/>
            <w:r>
              <w:rPr>
                <w:rFonts w:ascii="Times New Roman" w:hAnsi="Times New Roman" w:eastAsia="宋体"/>
                <w:b w:val="0"/>
                <w:sz w:val="24"/>
              </w:rPr>
              <w:t>________ yuan/month</w:t>
            </w:r>
          </w:p>
        </w:tc>
      </w:tr>
      <w:tr>
        <w:tc>
          <w:tcPr>
            <w:tcW w:type="dxa" w:w="900"/>
            <w:vAlign w:val="center"/>
          </w:tcPr>
          <w:p>
            <w:pPr>
              <w:spacing w:before="0" w:after="0" w:line="240" w:lineRule="auto"/>
              <w:jc w:val="center"/>
            </w:pPr>
            <w:r/>
            <w:r>
              <w:rPr>
                <w:rFonts w:ascii="Times New Roman" w:hAnsi="Times New Roman" w:eastAsia="宋体"/>
                <w:b w:val="0"/>
                <w:sz w:val="24"/>
              </w:rPr>
              <w:t>If 2.6=3</w:t>
            </w:r>
          </w:p>
        </w:tc>
        <w:tc>
          <w:tcPr>
            <w:tcW w:type="dxa" w:w="3200"/>
            <w:vAlign w:val="center"/>
          </w:tcPr>
          <w:p>
            <w:pPr>
              <w:spacing w:before="0" w:after="0" w:line="240" w:lineRule="auto"/>
              <w:jc w:val="left"/>
            </w:pPr>
            <w:r/>
            <w:r>
              <w:rPr>
                <w:rFonts w:ascii="Times New Roman" w:hAnsi="Times New Roman" w:eastAsia="宋体"/>
                <w:b w:val="0"/>
                <w:sz w:val="24"/>
              </w:rPr>
              <w:t>Do you think the pension the elderly currently receive each month is enough to live on:</w:t>
            </w:r>
          </w:p>
        </w:tc>
        <w:tc>
          <w:tcPr>
            <w:tcW w:type="dxa" w:w="4420"/>
            <w:vAlign w:val="center"/>
          </w:tcPr>
          <w:p>
            <w:pPr>
              <w:spacing w:before="0" w:after="0" w:line="240" w:lineRule="auto"/>
              <w:jc w:val="left"/>
            </w:pPr>
            <w:r/>
            <w:r>
              <w:rPr>
                <w:rFonts w:ascii="Times New Roman" w:hAnsi="Times New Roman" w:eastAsia="宋体"/>
                <w:b w:val="0"/>
                <w:sz w:val="24"/>
              </w:rPr>
              <w:t>（1）fully sufficient（2）basically sufficient（3）no obvious feeling（4）insufficient（5）completely insufficient</w:t>
            </w:r>
          </w:p>
        </w:tc>
      </w:tr>
      <w:tr>
        <w:tc>
          <w:tcPr>
            <w:tcW w:type="dxa" w:w="900"/>
            <w:vAlign w:val="center"/>
          </w:tcPr>
          <w:p>
            <w:pPr>
              <w:spacing w:before="0" w:after="0" w:line="240" w:lineRule="auto"/>
              <w:jc w:val="center"/>
            </w:pPr>
            <w:r/>
            <w:r>
              <w:rPr>
                <w:rFonts w:ascii="Times New Roman" w:hAnsi="Times New Roman" w:eastAsia="宋体"/>
                <w:b w:val="0"/>
                <w:sz w:val="24"/>
              </w:rPr>
              <w:t>If 2.6=3</w:t>
            </w:r>
          </w:p>
        </w:tc>
        <w:tc>
          <w:tcPr>
            <w:tcW w:type="dxa" w:w="3200"/>
            <w:vAlign w:val="center"/>
          </w:tcPr>
          <w:p>
            <w:pPr>
              <w:spacing w:before="0" w:after="0" w:line="240" w:lineRule="auto"/>
              <w:jc w:val="left"/>
            </w:pPr>
            <w:r/>
            <w:r>
              <w:rPr>
                <w:rFonts w:ascii="Times New Roman" w:hAnsi="Times New Roman" w:eastAsia="宋体"/>
                <w:b w:val="0"/>
                <w:sz w:val="24"/>
              </w:rPr>
              <w:t>From the new rural pension insurance (urban residents' pension insurance) to the current basic pension insurance for urban and rural residents, how do you rate the effect of this policy:</w:t>
            </w:r>
          </w:p>
        </w:tc>
        <w:tc>
          <w:tcPr>
            <w:tcW w:type="dxa" w:w="4420"/>
            <w:vAlign w:val="center"/>
          </w:tcPr>
          <w:p>
            <w:pPr>
              <w:spacing w:before="0" w:after="0" w:line="240" w:lineRule="auto"/>
              <w:jc w:val="left"/>
            </w:pPr>
            <w:r/>
            <w:r>
              <w:rPr>
                <w:rFonts w:ascii="Times New Roman" w:hAnsi="Times New Roman" w:eastAsia="宋体"/>
                <w:b w:val="0"/>
                <w:sz w:val="24"/>
              </w:rPr>
              <w:t>（1）very good, solved the residents' actual problems（2）relieved the elderly care pressure to some extent, but needs improvement（3）average, no obvious effect（4）very poor</w:t>
            </w:r>
          </w:p>
        </w:tc>
      </w:tr>
      <w:tr>
        <w:tc>
          <w:tcPr>
            <w:tcW w:type="dxa" w:w="900"/>
            <w:vAlign w:val="center"/>
          </w:tcPr>
          <w:p>
            <w:pPr>
              <w:spacing w:before="0" w:after="0" w:line="240" w:lineRule="auto"/>
              <w:jc w:val="center"/>
            </w:pPr>
            <w:r/>
            <w:r>
              <w:rPr>
                <w:rFonts w:ascii="Times New Roman" w:hAnsi="Times New Roman" w:eastAsia="宋体"/>
                <w:b w:val="0"/>
                <w:sz w:val="24"/>
              </w:rPr>
              <w:t>2.7</w:t>
            </w:r>
          </w:p>
        </w:tc>
        <w:tc>
          <w:tcPr>
            <w:tcW w:type="dxa" w:w="3200"/>
            <w:vAlign w:val="center"/>
          </w:tcPr>
          <w:p>
            <w:pPr>
              <w:spacing w:before="0" w:after="0" w:line="240" w:lineRule="auto"/>
              <w:jc w:val="left"/>
            </w:pPr>
            <w:r/>
            <w:r>
              <w:rPr>
                <w:rFonts w:ascii="Times New Roman" w:hAnsi="Times New Roman" w:eastAsia="宋体"/>
                <w:b w:val="0"/>
                <w:sz w:val="24"/>
              </w:rPr>
              <w:t>Have you participated in commercial pension insurance:</w:t>
            </w:r>
          </w:p>
        </w:tc>
        <w:tc>
          <w:tcPr>
            <w:tcW w:type="dxa" w:w="4420"/>
            <w:vAlign w:val="center"/>
          </w:tcPr>
          <w:p>
            <w:pPr>
              <w:spacing w:before="0" w:after="0" w:line="240" w:lineRule="auto"/>
              <w:jc w:val="left"/>
            </w:pPr>
            <w:r/>
            <w:r>
              <w:rPr>
                <w:rFonts w:ascii="Times New Roman" w:hAnsi="Times New Roman" w:eastAsia="宋体"/>
                <w:b w:val="0"/>
                <w:sz w:val="24"/>
              </w:rPr>
              <w:t>（1）no（2）yes, but not yet receiving benefits（3）currently receiving commercial pension insurance benefits</w:t>
            </w:r>
          </w:p>
        </w:tc>
      </w:tr>
      <w:tr>
        <w:tc>
          <w:tcPr>
            <w:tcW w:type="dxa" w:w="900"/>
            <w:vAlign w:val="center"/>
          </w:tcPr>
          <w:p>
            <w:pPr>
              <w:spacing w:before="0" w:after="0" w:line="240" w:lineRule="auto"/>
              <w:jc w:val="center"/>
            </w:pPr>
            <w:r/>
            <w:r>
              <w:rPr>
                <w:rFonts w:ascii="Times New Roman" w:hAnsi="Times New Roman" w:eastAsia="宋体"/>
                <w:b w:val="0"/>
                <w:sz w:val="24"/>
              </w:rPr>
              <w:t>If 2.7=2 or 3</w:t>
            </w:r>
          </w:p>
        </w:tc>
        <w:tc>
          <w:tcPr>
            <w:tcW w:type="dxa" w:w="3200"/>
            <w:vAlign w:val="center"/>
          </w:tcPr>
          <w:p>
            <w:pPr>
              <w:spacing w:before="0" w:after="0" w:line="240" w:lineRule="auto"/>
              <w:jc w:val="left"/>
            </w:pPr>
            <w:r/>
            <w:r>
              <w:rPr>
                <w:rFonts w:ascii="Times New Roman" w:hAnsi="Times New Roman" w:eastAsia="宋体"/>
                <w:b w:val="0"/>
                <w:sz w:val="24"/>
              </w:rPr>
              <w:t>Who bought this insurance for you:</w:t>
            </w:r>
          </w:p>
        </w:tc>
        <w:tc>
          <w:tcPr>
            <w:tcW w:type="dxa" w:w="4420"/>
            <w:vAlign w:val="center"/>
          </w:tcPr>
          <w:p>
            <w:pPr>
              <w:spacing w:before="0" w:after="0" w:line="240" w:lineRule="auto"/>
              <w:jc w:val="left"/>
            </w:pPr>
            <w:r/>
            <w:r>
              <w:rPr>
                <w:rFonts w:ascii="Times New Roman" w:hAnsi="Times New Roman" w:eastAsia="宋体"/>
                <w:b w:val="0"/>
                <w:sz w:val="24"/>
              </w:rPr>
              <w:t>（1）self（2）employer（3）relatives（4）other</w:t>
            </w:r>
          </w:p>
        </w:tc>
      </w:tr>
      <w:tr>
        <w:tc>
          <w:tcPr>
            <w:tcW w:type="dxa" w:w="900"/>
            <w:vAlign w:val="center"/>
          </w:tcPr>
          <w:p>
            <w:pPr>
              <w:spacing w:before="0" w:after="0" w:line="240" w:lineRule="auto"/>
              <w:jc w:val="center"/>
            </w:pPr>
            <w:r/>
            <w:r>
              <w:rPr>
                <w:rFonts w:ascii="Times New Roman" w:hAnsi="Times New Roman" w:eastAsia="宋体"/>
                <w:b w:val="0"/>
                <w:sz w:val="24"/>
              </w:rPr>
              <w:t>If 2.7=2 or 3</w:t>
            </w:r>
          </w:p>
        </w:tc>
        <w:tc>
          <w:tcPr>
            <w:tcW w:type="dxa" w:w="3200"/>
            <w:vAlign w:val="center"/>
          </w:tcPr>
          <w:p>
            <w:pPr>
              <w:spacing w:before="0" w:after="0" w:line="240" w:lineRule="auto"/>
              <w:jc w:val="left"/>
            </w:pPr>
            <w:r/>
            <w:r>
              <w:rPr>
                <w:rFonts w:ascii="Times New Roman" w:hAnsi="Times New Roman" w:eastAsia="宋体"/>
                <w:b w:val="0"/>
                <w:sz w:val="24"/>
              </w:rPr>
              <w:t>The annual premium you need to pay:</w:t>
            </w:r>
          </w:p>
          <w:p>
            <w:pPr>
              <w:spacing w:before="0" w:after="0" w:line="240" w:lineRule="auto"/>
              <w:jc w:val="left"/>
            </w:pPr>
            <w:r>
              <w:rPr>
                <w:rFonts w:ascii="Times New Roman" w:hAnsi="Times New Roman" w:eastAsia="宋体"/>
                <w:b w:val="0"/>
                <w:sz w:val="24"/>
              </w:rPr>
              <w:t>Payment period:</w:t>
            </w:r>
          </w:p>
        </w:tc>
        <w:tc>
          <w:tcPr>
            <w:tcW w:type="dxa" w:w="4420"/>
            <w:vAlign w:val="center"/>
          </w:tcPr>
          <w:p>
            <w:pPr>
              <w:spacing w:before="0" w:after="0" w:line="240" w:lineRule="auto"/>
              <w:jc w:val="left"/>
            </w:pPr>
            <w:r/>
            <w:r>
              <w:rPr>
                <w:rFonts w:ascii="Times New Roman" w:hAnsi="Times New Roman" w:eastAsia="宋体"/>
                <w:b w:val="0"/>
                <w:sz w:val="24"/>
              </w:rPr>
              <w:t>______ yuan (may be left blank if the elderly person is unsure)</w:t>
            </w:r>
          </w:p>
          <w:p>
            <w:pPr>
              <w:spacing w:before="0" w:after="0" w:line="240" w:lineRule="auto"/>
              <w:jc w:val="left"/>
            </w:pPr>
            <w:r>
              <w:rPr>
                <w:rFonts w:ascii="Times New Roman" w:hAnsi="Times New Roman" w:eastAsia="宋体"/>
                <w:b w:val="0"/>
                <w:sz w:val="24"/>
              </w:rPr>
              <w:t>______ years (may be left blank if the elderly person is unsure)</w:t>
            </w:r>
          </w:p>
        </w:tc>
      </w:tr>
      <w:tr>
        <w:tc>
          <w:tcPr>
            <w:tcW w:type="dxa" w:w="900"/>
            <w:vAlign w:val="center"/>
          </w:tcPr>
          <w:p>
            <w:pPr>
              <w:spacing w:before="0" w:after="0" w:line="240" w:lineRule="auto"/>
              <w:jc w:val="center"/>
            </w:pPr>
            <w:r/>
            <w:r>
              <w:rPr>
                <w:rFonts w:ascii="Times New Roman" w:hAnsi="Times New Roman" w:eastAsia="宋体"/>
                <w:b w:val="0"/>
                <w:sz w:val="24"/>
              </w:rPr>
              <w:t>If 2.7=2 or 3</w:t>
            </w:r>
          </w:p>
        </w:tc>
        <w:tc>
          <w:tcPr>
            <w:tcW w:type="dxa" w:w="3200"/>
            <w:vAlign w:val="center"/>
          </w:tcPr>
          <w:p>
            <w:pPr>
              <w:spacing w:before="0" w:after="0" w:line="240" w:lineRule="auto"/>
              <w:jc w:val="left"/>
            </w:pPr>
            <w:r/>
            <w:r>
              <w:rPr>
                <w:rFonts w:ascii="Times New Roman" w:hAnsi="Times New Roman" w:eastAsia="宋体"/>
                <w:b w:val="0"/>
                <w:sz w:val="24"/>
              </w:rPr>
              <w:t>Receipt of commercial pension insurance benefits:</w:t>
            </w:r>
          </w:p>
        </w:tc>
        <w:tc>
          <w:tcPr>
            <w:tcW w:type="dxa" w:w="4420"/>
            <w:vAlign w:val="center"/>
          </w:tcPr>
          <w:p>
            <w:pPr>
              <w:spacing w:before="0" w:after="0" w:line="240" w:lineRule="auto"/>
              <w:jc w:val="left"/>
            </w:pPr>
            <w:r/>
            <w:r>
              <w:rPr>
                <w:rFonts w:ascii="Times New Roman" w:hAnsi="Times New Roman" w:eastAsia="宋体"/>
                <w:b w:val="0"/>
                <w:sz w:val="24"/>
              </w:rPr>
              <w:t>______ yuan per month, receivable for ______ years;</w:t>
            </w:r>
          </w:p>
          <w:p>
            <w:pPr>
              <w:spacing w:before="0" w:after="0" w:line="240" w:lineRule="auto"/>
              <w:jc w:val="left"/>
            </w:pPr>
            <w:r>
              <w:rPr>
                <w:rFonts w:ascii="Times New Roman" w:hAnsi="Times New Roman" w:eastAsia="宋体"/>
                <w:b w:val="0"/>
                <w:sz w:val="24"/>
              </w:rPr>
              <w:t>or a lump sum of ______ yuan</w:t>
            </w:r>
          </w:p>
          <w:p>
            <w:pPr>
              <w:spacing w:before="0" w:after="0" w:line="240" w:lineRule="auto"/>
              <w:jc w:val="left"/>
            </w:pPr>
            <w:r>
              <w:rPr>
                <w:rFonts w:ascii="Times New Roman" w:hAnsi="Times New Roman" w:eastAsia="宋体"/>
                <w:b w:val="0"/>
                <w:sz w:val="24"/>
              </w:rPr>
              <w:t>(may be left blank if the elderly person is unsure)</w:t>
            </w:r>
          </w:p>
        </w:tc>
      </w:tr>
      <w:tr>
        <w:tc>
          <w:tcPr>
            <w:tcW w:type="dxa" w:w="900"/>
            <w:vAlign w:val="center"/>
          </w:tcPr>
          <w:p>
            <w:pPr>
              <w:spacing w:before="0" w:after="0" w:line="240" w:lineRule="auto"/>
              <w:jc w:val="center"/>
            </w:pPr>
            <w:r/>
            <w:r>
              <w:rPr>
                <w:rFonts w:ascii="Times New Roman" w:hAnsi="Times New Roman" w:eastAsia="宋体"/>
                <w:b w:val="0"/>
                <w:sz w:val="24"/>
              </w:rPr>
              <w:t>2.8</w:t>
            </w:r>
          </w:p>
        </w:tc>
        <w:tc>
          <w:tcPr>
            <w:tcW w:type="dxa" w:w="3200"/>
            <w:vAlign w:val="center"/>
          </w:tcPr>
          <w:p>
            <w:pPr>
              <w:spacing w:before="0" w:after="0" w:line="240" w:lineRule="auto"/>
              <w:jc w:val="left"/>
            </w:pPr>
            <w:r/>
            <w:r>
              <w:rPr>
                <w:rFonts w:ascii="Times New Roman" w:hAnsi="Times New Roman" w:eastAsia="宋体"/>
                <w:b w:val="0"/>
                <w:sz w:val="24"/>
              </w:rPr>
              <w:t>What do you think should be the main source of livelihood for the elderly:</w:t>
            </w:r>
          </w:p>
        </w:tc>
        <w:tc>
          <w:tcPr>
            <w:tcW w:type="dxa" w:w="4420"/>
            <w:vAlign w:val="center"/>
          </w:tcPr>
          <w:p>
            <w:pPr>
              <w:spacing w:before="0" w:after="0" w:line="240" w:lineRule="auto"/>
              <w:jc w:val="left"/>
            </w:pPr>
            <w:r/>
            <w:r>
              <w:rPr>
                <w:rFonts w:ascii="Times New Roman" w:hAnsi="Times New Roman" w:eastAsia="宋体"/>
                <w:b w:val="0"/>
                <w:sz w:val="24"/>
              </w:rPr>
              <w:t>（1）support from children（2）pension or retirement pay（3）savings（4）commercial pension insurance（5）other</w:t>
            </w:r>
          </w:p>
        </w:tc>
      </w:tr>
      <w:tr>
        <w:tc>
          <w:tcPr>
            <w:tcW w:type="dxa" w:w="900"/>
            <w:vAlign w:val="center"/>
          </w:tcPr>
          <w:p>
            <w:pPr>
              <w:spacing w:before="0" w:after="0" w:line="240" w:lineRule="auto"/>
              <w:jc w:val="center"/>
            </w:pPr>
            <w:r/>
            <w:r>
              <w:rPr>
                <w:rFonts w:ascii="Times New Roman" w:hAnsi="Times New Roman" w:eastAsia="宋体"/>
                <w:b w:val="0"/>
                <w:sz w:val="24"/>
              </w:rPr>
              <w:t>2.9</w:t>
            </w:r>
          </w:p>
        </w:tc>
        <w:tc>
          <w:tcPr>
            <w:tcW w:type="dxa" w:w="3200"/>
            <w:vAlign w:val="center"/>
          </w:tcPr>
          <w:p>
            <w:pPr>
              <w:spacing w:before="0" w:after="0" w:line="240" w:lineRule="auto"/>
              <w:jc w:val="left"/>
            </w:pPr>
            <w:r/>
            <w:r>
              <w:rPr>
                <w:rFonts w:ascii="Times New Roman" w:hAnsi="Times New Roman" w:eastAsia="宋体"/>
                <w:b w:val="0"/>
                <w:sz w:val="24"/>
              </w:rPr>
              <w:t>How much savings have you set aside for your own elderly care:</w:t>
            </w:r>
          </w:p>
        </w:tc>
        <w:tc>
          <w:tcPr>
            <w:tcW w:type="dxa" w:w="4420"/>
            <w:vAlign w:val="center"/>
          </w:tcPr>
          <w:p>
            <w:pPr>
              <w:spacing w:before="0" w:after="0" w:line="240" w:lineRule="auto"/>
              <w:jc w:val="left"/>
            </w:pPr>
            <w:r/>
            <w:r>
              <w:rPr>
                <w:rFonts w:ascii="Times New Roman" w:hAnsi="Times New Roman" w:eastAsia="宋体"/>
                <w:b w:val="0"/>
                <w:sz w:val="24"/>
              </w:rPr>
              <w:t>（1）no savings（2）10,000-50,000 yuan（3）50,000-100,000 yuan（4）100,000-200,000 yuan（5）above 200,000 yuan</w:t>
            </w:r>
          </w:p>
        </w:tc>
      </w:tr>
      <w:tr>
        <w:tc>
          <w:tcPr>
            <w:tcW w:type="dxa" w:w="8520"/>
            <w:gridSpan w:val="3"/>
            <w:vAlign w:val="center"/>
          </w:tcPr>
          <w:p>
            <w:pPr>
              <w:spacing w:before="0" w:after="0" w:line="240" w:lineRule="auto"/>
              <w:jc w:val="left"/>
            </w:pPr>
            <w:r/>
            <w:r>
              <w:rPr>
                <w:rFonts w:ascii="Times New Roman" w:hAnsi="Times New Roman" w:eastAsia="宋体"/>
                <w:b/>
                <w:sz w:val="24"/>
              </w:rPr>
              <w:t>2.10 Your awareness of pension insurance</w:t>
            </w:r>
          </w:p>
        </w:tc>
      </w:tr>
      <w:tr>
        <w:tc>
          <w:tcPr>
            <w:tcW w:type="dxa" w:w="900"/>
            <w:vAlign w:val="center"/>
          </w:tcPr>
          <w:p>
            <w:pPr>
              <w:spacing w:before="0" w:after="0" w:line="240" w:lineRule="auto"/>
              <w:jc w:val="center"/>
            </w:pPr>
            <w:r/>
            <w:r>
              <w:rPr>
                <w:rFonts w:ascii="Times New Roman" w:hAnsi="Times New Roman" w:eastAsia="宋体"/>
                <w:b w:val="0"/>
                <w:sz w:val="24"/>
              </w:rPr>
            </w:r>
          </w:p>
        </w:tc>
        <w:tc>
          <w:tcPr>
            <w:tcW w:type="dxa" w:w="3200"/>
            <w:vAlign w:val="center"/>
          </w:tcPr>
          <w:p>
            <w:pPr>
              <w:spacing w:before="0" w:after="0" w:line="240" w:lineRule="auto"/>
              <w:jc w:val="left"/>
            </w:pPr>
            <w:r/>
            <w:r>
              <w:rPr>
                <w:rFonts w:ascii="Times New Roman" w:hAnsi="Times New Roman" w:eastAsia="宋体"/>
                <w:b w:val="0"/>
                <w:sz w:val="24"/>
              </w:rPr>
              <w:t>Burden of premium payment:</w:t>
            </w:r>
          </w:p>
        </w:tc>
        <w:tc>
          <w:tcPr>
            <w:tcW w:type="dxa" w:w="4420"/>
            <w:vAlign w:val="center"/>
          </w:tcPr>
          <w:p>
            <w:pPr>
              <w:spacing w:before="0" w:after="0" w:line="240" w:lineRule="auto"/>
              <w:jc w:val="left"/>
            </w:pPr>
            <w:r/>
            <w:r>
              <w:rPr>
                <w:rFonts w:ascii="Times New Roman" w:hAnsi="Times New Roman" w:eastAsia="宋体"/>
                <w:b w:val="0"/>
                <w:sz w:val="24"/>
              </w:rPr>
              <w:t>（1）very heavy（2）fairly heavy（3）average（4）fairly light（5）very light（choose "very light" if you have never paid）</w:t>
            </w:r>
          </w:p>
        </w:tc>
      </w:tr>
      <w:tr>
        <w:tc>
          <w:tcPr>
            <w:tcW w:type="dxa" w:w="900"/>
            <w:vAlign w:val="center"/>
          </w:tcPr>
          <w:p>
            <w:pPr>
              <w:spacing w:before="0" w:after="0" w:line="240" w:lineRule="auto"/>
              <w:jc w:val="center"/>
            </w:pPr>
            <w:r/>
            <w:r>
              <w:rPr>
                <w:rFonts w:ascii="Times New Roman" w:hAnsi="Times New Roman" w:eastAsia="宋体"/>
                <w:b w:val="0"/>
                <w:sz w:val="24"/>
              </w:rPr>
            </w:r>
          </w:p>
        </w:tc>
        <w:tc>
          <w:tcPr>
            <w:tcW w:type="dxa" w:w="3200"/>
            <w:vAlign w:val="center"/>
          </w:tcPr>
          <w:p>
            <w:pPr>
              <w:spacing w:before="0" w:after="0" w:line="240" w:lineRule="auto"/>
              <w:jc w:val="left"/>
            </w:pPr>
            <w:r/>
            <w:r>
              <w:rPr>
                <w:rFonts w:ascii="Times New Roman" w:hAnsi="Times New Roman" w:eastAsia="宋体"/>
                <w:b w:val="0"/>
                <w:sz w:val="24"/>
              </w:rPr>
              <w:t>Satisfaction with the benefit level:</w:t>
            </w:r>
          </w:p>
        </w:tc>
        <w:tc>
          <w:tcPr>
            <w:tcW w:type="dxa" w:w="4420"/>
            <w:vAlign w:val="center"/>
          </w:tcPr>
          <w:p>
            <w:pPr>
              <w:spacing w:before="0" w:after="0" w:line="240" w:lineRule="auto"/>
              <w:jc w:val="left"/>
            </w:pPr>
            <w:r/>
            <w:r>
              <w:rPr>
                <w:rFonts w:ascii="Times New Roman" w:hAnsi="Times New Roman" w:eastAsia="宋体"/>
                <w:b w:val="0"/>
                <w:sz w:val="24"/>
              </w:rPr>
              <w:t>（1）dissatisfied（2）not very satisfied（3）average（4）fairly 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r>
          </w:p>
        </w:tc>
        <w:tc>
          <w:tcPr>
            <w:tcW w:type="dxa" w:w="3200"/>
            <w:vAlign w:val="center"/>
          </w:tcPr>
          <w:p>
            <w:pPr>
              <w:spacing w:before="0" w:after="0" w:line="240" w:lineRule="auto"/>
              <w:jc w:val="left"/>
            </w:pPr>
            <w:r/>
            <w:r>
              <w:rPr>
                <w:rFonts w:ascii="Times New Roman" w:hAnsi="Times New Roman" w:eastAsia="宋体"/>
                <w:b w:val="0"/>
                <w:sz w:val="24"/>
              </w:rPr>
              <w:t>Satisfaction with the fairness of benefits:</w:t>
            </w:r>
          </w:p>
        </w:tc>
        <w:tc>
          <w:tcPr>
            <w:tcW w:type="dxa" w:w="4420"/>
            <w:vAlign w:val="center"/>
          </w:tcPr>
          <w:p>
            <w:pPr>
              <w:spacing w:before="0" w:after="0" w:line="240" w:lineRule="auto"/>
              <w:jc w:val="left"/>
            </w:pPr>
            <w:r/>
            <w:r>
              <w:rPr>
                <w:rFonts w:ascii="Times New Roman" w:hAnsi="Times New Roman" w:eastAsia="宋体"/>
                <w:b w:val="0"/>
                <w:sz w:val="24"/>
              </w:rPr>
              <w:t>（1）dissatisfied（2）not very satisfied（3）average（4）fairly 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2.11</w:t>
            </w:r>
          </w:p>
        </w:tc>
        <w:tc>
          <w:tcPr>
            <w:tcW w:type="dxa" w:w="3200"/>
            <w:vAlign w:val="center"/>
          </w:tcPr>
          <w:p>
            <w:pPr>
              <w:spacing w:before="0" w:after="0" w:line="240" w:lineRule="auto"/>
              <w:jc w:val="left"/>
            </w:pPr>
            <w:r/>
            <w:r>
              <w:rPr>
                <w:rFonts w:ascii="Times New Roman" w:hAnsi="Times New Roman" w:eastAsia="宋体"/>
                <w:b w:val="0"/>
                <w:sz w:val="24"/>
              </w:rPr>
              <w:t>Do you worry that you will not receive timely treatment when you get ill:</w:t>
            </w:r>
          </w:p>
        </w:tc>
        <w:tc>
          <w:tcPr>
            <w:tcW w:type="dxa" w:w="4420"/>
            <w:vAlign w:val="center"/>
          </w:tcPr>
          <w:p>
            <w:pPr>
              <w:spacing w:before="0" w:after="0" w:line="240" w:lineRule="auto"/>
              <w:jc w:val="left"/>
            </w:pPr>
            <w:r/>
            <w:r>
              <w:rPr>
                <w:rFonts w:ascii="Times New Roman" w:hAnsi="Times New Roman" w:eastAsia="宋体"/>
                <w:b w:val="0"/>
                <w:sz w:val="24"/>
              </w:rPr>
              <w:t>（1）very worried（2）fairly worried（3）average（4）not very worried（5）not worried</w:t>
            </w:r>
          </w:p>
        </w:tc>
      </w:tr>
      <w:tr>
        <w:tc>
          <w:tcPr>
            <w:tcW w:type="dxa" w:w="900"/>
            <w:vAlign w:val="center"/>
          </w:tcPr>
          <w:p>
            <w:pPr>
              <w:spacing w:before="0" w:after="0" w:line="240" w:lineRule="auto"/>
              <w:jc w:val="center"/>
            </w:pPr>
            <w:r/>
            <w:r>
              <w:rPr>
                <w:rFonts w:ascii="Times New Roman" w:hAnsi="Times New Roman" w:eastAsia="宋体"/>
                <w:b w:val="0"/>
                <w:sz w:val="24"/>
              </w:rPr>
              <w:t>2.12</w:t>
            </w:r>
          </w:p>
        </w:tc>
        <w:tc>
          <w:tcPr>
            <w:tcW w:type="dxa" w:w="3200"/>
            <w:vAlign w:val="center"/>
          </w:tcPr>
          <w:p>
            <w:pPr>
              <w:spacing w:before="0" w:after="0" w:line="240" w:lineRule="auto"/>
              <w:jc w:val="left"/>
            </w:pPr>
            <w:r/>
            <w:r>
              <w:rPr>
                <w:rFonts w:ascii="Times New Roman" w:hAnsi="Times New Roman" w:eastAsia="宋体"/>
                <w:b w:val="0"/>
                <w:sz w:val="24"/>
              </w:rPr>
              <w:t>Which types of medical insurance do you participate in (multiple choices):</w:t>
            </w:r>
          </w:p>
        </w:tc>
        <w:tc>
          <w:tcPr>
            <w:tcW w:type="dxa" w:w="4420"/>
            <w:vAlign w:val="center"/>
          </w:tcPr>
          <w:p>
            <w:pPr>
              <w:spacing w:before="0" w:after="0" w:line="240" w:lineRule="auto"/>
              <w:jc w:val="left"/>
            </w:pPr>
            <w:r/>
            <w:r>
              <w:rPr>
                <w:rFonts w:ascii="Times New Roman" w:hAnsi="Times New Roman" w:eastAsia="宋体"/>
                <w:b w:val="0"/>
                <w:sz w:val="24"/>
              </w:rPr>
              <w:t>（1）urban employees（2）urban residents（3）new rural cooperative（4）medical insurance for government agencies and public institutions（5）supplementary medical insurance of enterprises（6）commercial medical insurance (a. purchased by the unit b. purchased by the individual)（7）medical assistance（8）none</w:t>
            </w:r>
          </w:p>
        </w:tc>
      </w:tr>
      <w:tr>
        <w:tc>
          <w:tcPr>
            <w:tcW w:type="dxa" w:w="900"/>
            <w:vAlign w:val="center"/>
          </w:tcPr>
          <w:p>
            <w:pPr>
              <w:spacing w:before="0" w:after="0" w:line="240" w:lineRule="auto"/>
              <w:jc w:val="center"/>
            </w:pPr>
            <w:r/>
            <w:r>
              <w:rPr>
                <w:rFonts w:ascii="Times New Roman" w:hAnsi="Times New Roman" w:eastAsia="宋体"/>
                <w:b w:val="0"/>
                <w:sz w:val="24"/>
              </w:rPr>
              <w:t>If 2.12=8</w:t>
            </w:r>
          </w:p>
        </w:tc>
        <w:tc>
          <w:tcPr>
            <w:tcW w:type="dxa" w:w="3200"/>
            <w:vAlign w:val="center"/>
          </w:tcPr>
          <w:p>
            <w:pPr>
              <w:spacing w:before="0" w:after="0" w:line="240" w:lineRule="auto"/>
              <w:jc w:val="left"/>
            </w:pPr>
            <w:r/>
            <w:r>
              <w:rPr>
                <w:rFonts w:ascii="Times New Roman" w:hAnsi="Times New Roman" w:eastAsia="宋体"/>
                <w:b w:val="0"/>
                <w:sz w:val="24"/>
              </w:rPr>
              <w:t>Your main reasons for not participating in any medical insurance at present (multiple choices):</w:t>
            </w:r>
          </w:p>
        </w:tc>
        <w:tc>
          <w:tcPr>
            <w:tcW w:type="dxa" w:w="4420"/>
            <w:vAlign w:val="center"/>
          </w:tcPr>
          <w:p>
            <w:pPr>
              <w:spacing w:before="0" w:after="0" w:line="240" w:lineRule="auto"/>
              <w:jc w:val="left"/>
            </w:pPr>
            <w:r/>
            <w:r>
              <w:rPr>
                <w:rFonts w:ascii="Times New Roman" w:hAnsi="Times New Roman" w:eastAsia="宋体"/>
                <w:b w:val="0"/>
                <w:sz w:val="24"/>
              </w:rPr>
              <w:t>（1）no need（2）cannot afford the premiums（3）do not know where to apply（4）do not trust health insurance institutions（5）no suitable insurance products（6）never thought about it（7）other ______</w:t>
            </w:r>
          </w:p>
        </w:tc>
      </w:tr>
      <w:tr>
        <w:tc>
          <w:tcPr>
            <w:tcW w:type="dxa" w:w="900"/>
            <w:vAlign w:val="center"/>
          </w:tcPr>
          <w:p>
            <w:pPr>
              <w:spacing w:before="0" w:after="0" w:line="240" w:lineRule="auto"/>
              <w:jc w:val="center"/>
            </w:pPr>
            <w:r/>
            <w:r>
              <w:rPr>
                <w:rFonts w:ascii="Times New Roman" w:hAnsi="Times New Roman" w:eastAsia="宋体"/>
                <w:b w:val="0"/>
                <w:sz w:val="24"/>
              </w:rPr>
              <w:t>2.13</w:t>
            </w:r>
          </w:p>
        </w:tc>
        <w:tc>
          <w:tcPr>
            <w:tcW w:type="dxa" w:w="3200"/>
            <w:vAlign w:val="center"/>
          </w:tcPr>
          <w:p>
            <w:pPr>
              <w:spacing w:before="0" w:after="0" w:line="240" w:lineRule="auto"/>
              <w:jc w:val="left"/>
            </w:pPr>
            <w:r/>
            <w:r>
              <w:rPr>
                <w:rFonts w:ascii="Times New Roman" w:hAnsi="Times New Roman" w:eastAsia="宋体"/>
                <w:b w:val="0"/>
                <w:sz w:val="24"/>
              </w:rPr>
              <w:t>Where did you arrange your medical insurance:</w:t>
            </w:r>
          </w:p>
        </w:tc>
        <w:tc>
          <w:tcPr>
            <w:tcW w:type="dxa" w:w="4420"/>
            <w:vAlign w:val="center"/>
          </w:tcPr>
          <w:p>
            <w:pPr>
              <w:spacing w:before="0" w:after="0" w:line="240" w:lineRule="auto"/>
              <w:jc w:val="left"/>
            </w:pPr>
            <w:r/>
            <w:r>
              <w:rPr>
                <w:rFonts w:ascii="Times New Roman" w:hAnsi="Times New Roman" w:eastAsia="宋体"/>
                <w:b w:val="0"/>
                <w:sz w:val="24"/>
              </w:rPr>
              <w:t>（1）this county / city（2）（if the household registration is not in this county / city）place of household registration（3）other ____</w:t>
            </w:r>
          </w:p>
        </w:tc>
      </w:tr>
      <w:tr>
        <w:tc>
          <w:tcPr>
            <w:tcW w:type="dxa" w:w="900"/>
            <w:vAlign w:val="center"/>
          </w:tcPr>
          <w:p>
            <w:pPr>
              <w:spacing w:before="0" w:after="0" w:line="240" w:lineRule="auto"/>
              <w:jc w:val="center"/>
            </w:pPr>
            <w:r/>
            <w:r>
              <w:rPr>
                <w:rFonts w:ascii="Times New Roman" w:hAnsi="Times New Roman" w:eastAsia="宋体"/>
                <w:b w:val="0"/>
                <w:sz w:val="24"/>
              </w:rPr>
              <w:t>2.14</w:t>
            </w:r>
          </w:p>
        </w:tc>
        <w:tc>
          <w:tcPr>
            <w:tcW w:type="dxa" w:w="3200"/>
            <w:vAlign w:val="center"/>
          </w:tcPr>
          <w:p>
            <w:pPr>
              <w:spacing w:before="0" w:after="0" w:line="240" w:lineRule="auto"/>
              <w:jc w:val="left"/>
            </w:pPr>
            <w:r/>
            <w:r>
              <w:rPr>
                <w:rFonts w:ascii="Times New Roman" w:hAnsi="Times New Roman" w:eastAsia="宋体"/>
                <w:b w:val="0"/>
                <w:sz w:val="24"/>
              </w:rPr>
              <w:t>The medical insurance premium you needed to pay last year:</w:t>
            </w:r>
          </w:p>
        </w:tc>
        <w:tc>
          <w:tcPr>
            <w:tcW w:type="dxa" w:w="4420"/>
            <w:vAlign w:val="center"/>
          </w:tcPr>
          <w:p>
            <w:pPr>
              <w:spacing w:before="0" w:after="0" w:line="240" w:lineRule="auto"/>
              <w:jc w:val="left"/>
            </w:pPr>
            <w:r/>
            <w:r>
              <w:rPr>
                <w:rFonts w:ascii="Times New Roman" w:hAnsi="Times New Roman" w:eastAsia="宋体"/>
                <w:b w:val="0"/>
                <w:sz w:val="24"/>
              </w:rPr>
              <w:t>________ yuan/year (enter 0 if no payment is required)</w:t>
            </w:r>
          </w:p>
        </w:tc>
      </w:tr>
      <w:tr>
        <w:tc>
          <w:tcPr>
            <w:tcW w:type="dxa" w:w="900"/>
            <w:vAlign w:val="center"/>
          </w:tcPr>
          <w:p>
            <w:pPr>
              <w:spacing w:before="0" w:after="0" w:line="240" w:lineRule="auto"/>
              <w:jc w:val="center"/>
            </w:pPr>
            <w:r/>
            <w:r>
              <w:rPr>
                <w:rFonts w:ascii="Times New Roman" w:hAnsi="Times New Roman" w:eastAsia="宋体"/>
                <w:b w:val="0"/>
                <w:sz w:val="24"/>
              </w:rPr>
              <w:t>2.15</w:t>
            </w:r>
          </w:p>
        </w:tc>
        <w:tc>
          <w:tcPr>
            <w:tcW w:type="dxa" w:w="3200"/>
            <w:vAlign w:val="center"/>
          </w:tcPr>
          <w:p>
            <w:pPr>
              <w:spacing w:before="0" w:after="0" w:line="240" w:lineRule="auto"/>
              <w:jc w:val="left"/>
            </w:pPr>
            <w:r/>
            <w:r>
              <w:rPr>
                <w:rFonts w:ascii="Times New Roman" w:hAnsi="Times New Roman" w:eastAsia="宋体"/>
                <w:b w:val="0"/>
                <w:sz w:val="24"/>
              </w:rPr>
              <w:t>Who pays your premium (multiple choices):</w:t>
            </w:r>
          </w:p>
        </w:tc>
        <w:tc>
          <w:tcPr>
            <w:tcW w:type="dxa" w:w="4420"/>
            <w:vAlign w:val="center"/>
          </w:tcPr>
          <w:p>
            <w:pPr>
              <w:spacing w:before="0" w:after="0" w:line="240" w:lineRule="auto"/>
              <w:jc w:val="left"/>
            </w:pPr>
            <w:r/>
            <w:r>
              <w:rPr>
                <w:rFonts w:ascii="Times New Roman" w:hAnsi="Times New Roman" w:eastAsia="宋体"/>
                <w:b w:val="0"/>
                <w:sz w:val="24"/>
              </w:rPr>
              <w:t>（1）self（2）children（3）relatives（4）government（5）work unit (including village collective)（6）borrowed funds（7）other ____</w:t>
            </w:r>
          </w:p>
        </w:tc>
      </w:tr>
      <w:tr>
        <w:tc>
          <w:tcPr>
            <w:tcW w:type="dxa" w:w="900"/>
            <w:vAlign w:val="center"/>
          </w:tcPr>
          <w:p>
            <w:pPr>
              <w:spacing w:before="0" w:after="0" w:line="240" w:lineRule="auto"/>
              <w:jc w:val="center"/>
            </w:pPr>
            <w:r/>
            <w:r>
              <w:rPr>
                <w:rFonts w:ascii="Times New Roman" w:hAnsi="Times New Roman" w:eastAsia="宋体"/>
                <w:b w:val="0"/>
                <w:sz w:val="24"/>
              </w:rPr>
              <w:t>2.16</w:t>
            </w:r>
          </w:p>
        </w:tc>
        <w:tc>
          <w:tcPr>
            <w:tcW w:type="dxa" w:w="3200"/>
            <w:vAlign w:val="center"/>
          </w:tcPr>
          <w:p>
            <w:pPr>
              <w:spacing w:before="0" w:after="0" w:line="240" w:lineRule="auto"/>
              <w:jc w:val="left"/>
            </w:pPr>
            <w:r/>
            <w:r>
              <w:rPr>
                <w:rFonts w:ascii="Times New Roman" w:hAnsi="Times New Roman" w:eastAsia="宋体"/>
                <w:b w:val="0"/>
                <w:sz w:val="24"/>
              </w:rPr>
              <w:t>Have you been to the hospital in the past two weeks:</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If 2.16=1</w:t>
            </w:r>
          </w:p>
        </w:tc>
        <w:tc>
          <w:tcPr>
            <w:tcW w:type="dxa" w:w="3200"/>
            <w:vAlign w:val="center"/>
          </w:tcPr>
          <w:p>
            <w:pPr>
              <w:spacing w:before="0" w:after="0" w:line="240" w:lineRule="auto"/>
              <w:jc w:val="left"/>
            </w:pPr>
            <w:r/>
            <w:r>
              <w:rPr>
                <w:rFonts w:ascii="Times New Roman" w:hAnsi="Times New Roman" w:eastAsia="宋体"/>
                <w:b w:val="0"/>
                <w:sz w:val="24"/>
              </w:rPr>
              <w:t>Types of medical visits:</w:t>
            </w:r>
          </w:p>
        </w:tc>
        <w:tc>
          <w:tcPr>
            <w:tcW w:type="dxa" w:w="4420"/>
            <w:vAlign w:val="center"/>
          </w:tcPr>
          <w:p>
            <w:pPr>
              <w:spacing w:before="0" w:after="0" w:line="240" w:lineRule="auto"/>
              <w:jc w:val="left"/>
            </w:pPr>
            <w:r/>
            <w:r>
              <w:rPr>
                <w:rFonts w:ascii="Times New Roman" w:hAnsi="Times New Roman" w:eastAsia="宋体"/>
                <w:b w:val="0"/>
                <w:sz w:val="24"/>
              </w:rPr>
              <w:t>outpatient: ______ yuan in total, of which out-of-pocket ______ yuan</w:t>
            </w:r>
          </w:p>
          <w:p>
            <w:pPr>
              <w:spacing w:before="0" w:after="0" w:line="240" w:lineRule="auto"/>
              <w:jc w:val="left"/>
            </w:pPr>
            <w:r>
              <w:rPr>
                <w:rFonts w:ascii="Times New Roman" w:hAnsi="Times New Roman" w:eastAsia="宋体"/>
                <w:b w:val="0"/>
                <w:sz w:val="24"/>
              </w:rPr>
              <w:t>inpatient: ______ yuan in total, of which out-of-pocket ______ yuan</w:t>
            </w:r>
          </w:p>
          <w:p>
            <w:pPr>
              <w:spacing w:before="0" w:after="0" w:line="240" w:lineRule="auto"/>
              <w:jc w:val="left"/>
            </w:pPr>
            <w:r>
              <w:rPr>
                <w:rFonts w:ascii="Times New Roman" w:hAnsi="Times New Roman" w:eastAsia="宋体"/>
                <w:b w:val="0"/>
                <w:sz w:val="24"/>
              </w:rPr>
              <w:t>medication: ______ yuan in total, of which out-of-pocket ______ yuan</w:t>
            </w:r>
          </w:p>
        </w:tc>
      </w:tr>
      <w:tr>
        <w:tc>
          <w:tcPr>
            <w:tcW w:type="dxa" w:w="900"/>
            <w:vAlign w:val="center"/>
          </w:tcPr>
          <w:p>
            <w:pPr>
              <w:spacing w:before="0" w:after="0" w:line="240" w:lineRule="auto"/>
              <w:jc w:val="center"/>
            </w:pPr>
            <w:r/>
            <w:r>
              <w:rPr>
                <w:rFonts w:ascii="Times New Roman" w:hAnsi="Times New Roman" w:eastAsia="宋体"/>
                <w:b w:val="0"/>
                <w:sz w:val="24"/>
              </w:rPr>
              <w:t>2.17</w:t>
            </w:r>
          </w:p>
        </w:tc>
        <w:tc>
          <w:tcPr>
            <w:tcW w:type="dxa" w:w="3200"/>
            <w:vAlign w:val="center"/>
          </w:tcPr>
          <w:p>
            <w:pPr>
              <w:spacing w:before="0" w:after="0" w:line="240" w:lineRule="auto"/>
              <w:jc w:val="left"/>
            </w:pPr>
            <w:r/>
            <w:r>
              <w:rPr>
                <w:rFonts w:ascii="Times New Roman" w:hAnsi="Times New Roman" w:eastAsia="宋体"/>
                <w:b w:val="0"/>
                <w:sz w:val="24"/>
              </w:rPr>
              <w:t>How many minutes does it take from your home to the nearest medical institution (by the fastest easily available means, such as walking or public transport):</w:t>
            </w:r>
          </w:p>
        </w:tc>
        <w:tc>
          <w:tcPr>
            <w:tcW w:type="dxa" w:w="4420"/>
            <w:vAlign w:val="center"/>
          </w:tcPr>
          <w:p>
            <w:pPr>
              <w:spacing w:before="0" w:after="0" w:line="240" w:lineRule="auto"/>
              <w:jc w:val="left"/>
            </w:pPr>
            <w:r/>
            <w:r>
              <w:rPr>
                <w:rFonts w:ascii="Times New Roman" w:hAnsi="Times New Roman" w:eastAsia="宋体"/>
                <w:b w:val="0"/>
                <w:sz w:val="24"/>
              </w:rPr>
              <w:t>________ minutes</w:t>
            </w:r>
          </w:p>
        </w:tc>
      </w:tr>
      <w:tr>
        <w:tc>
          <w:tcPr>
            <w:tcW w:type="dxa" w:w="900"/>
            <w:vAlign w:val="center"/>
          </w:tcPr>
          <w:p>
            <w:pPr>
              <w:spacing w:before="0" w:after="0" w:line="240" w:lineRule="auto"/>
              <w:jc w:val="center"/>
            </w:pPr>
            <w:r/>
            <w:r>
              <w:rPr>
                <w:rFonts w:ascii="Times New Roman" w:hAnsi="Times New Roman" w:eastAsia="宋体"/>
                <w:b w:val="0"/>
                <w:sz w:val="24"/>
              </w:rPr>
              <w:t>2.18</w:t>
            </w:r>
          </w:p>
        </w:tc>
        <w:tc>
          <w:tcPr>
            <w:tcW w:type="dxa" w:w="3200"/>
            <w:vAlign w:val="center"/>
          </w:tcPr>
          <w:p>
            <w:pPr>
              <w:spacing w:before="0" w:after="0" w:line="240" w:lineRule="auto"/>
              <w:jc w:val="left"/>
            </w:pPr>
            <w:r/>
            <w:r>
              <w:rPr>
                <w:rFonts w:ascii="Times New Roman" w:hAnsi="Times New Roman" w:eastAsia="宋体"/>
                <w:b w:val="0"/>
                <w:sz w:val="24"/>
              </w:rPr>
              <w:t>For common illnesses, which type of medical institution do your family members usually go to:</w:t>
            </w:r>
          </w:p>
        </w:tc>
        <w:tc>
          <w:tcPr>
            <w:tcW w:type="dxa" w:w="4420"/>
            <w:vAlign w:val="center"/>
          </w:tcPr>
          <w:p>
            <w:pPr>
              <w:spacing w:before="0" w:after="0" w:line="240" w:lineRule="auto"/>
              <w:jc w:val="left"/>
            </w:pPr>
            <w:r/>
            <w:r>
              <w:rPr>
                <w:rFonts w:ascii="Times New Roman" w:hAnsi="Times New Roman" w:eastAsia="宋体"/>
                <w:b w:val="0"/>
                <w:sz w:val="24"/>
              </w:rPr>
              <w:t>（1）community clinic / health room（2）township / subdistrict health center（3）county (district) hospital（4）municipal second-level hospital（5）municipal third-level hospital（6）other ______</w:t>
            </w:r>
          </w:p>
        </w:tc>
      </w:tr>
      <w:tr>
        <w:tc>
          <w:tcPr>
            <w:tcW w:type="dxa" w:w="900"/>
            <w:vAlign w:val="center"/>
          </w:tcPr>
          <w:p>
            <w:pPr>
              <w:spacing w:before="0" w:after="0" w:line="240" w:lineRule="auto"/>
              <w:jc w:val="center"/>
            </w:pPr>
            <w:r/>
            <w:r>
              <w:rPr>
                <w:rFonts w:ascii="Times New Roman" w:hAnsi="Times New Roman" w:eastAsia="宋体"/>
                <w:b w:val="0"/>
                <w:sz w:val="24"/>
              </w:rPr>
              <w:t>If 2.18=1 or 2</w:t>
            </w:r>
          </w:p>
        </w:tc>
        <w:tc>
          <w:tcPr>
            <w:tcW w:type="dxa" w:w="3200"/>
            <w:vAlign w:val="center"/>
          </w:tcPr>
          <w:p>
            <w:pPr>
              <w:spacing w:before="0" w:after="0" w:line="240" w:lineRule="auto"/>
              <w:jc w:val="left"/>
            </w:pPr>
            <w:r/>
            <w:r>
              <w:rPr>
                <w:rFonts w:ascii="Times New Roman" w:hAnsi="Times New Roman" w:eastAsia="宋体"/>
                <w:b w:val="0"/>
                <w:sz w:val="24"/>
              </w:rPr>
              <w:t>Factors that prompt you to choose community-based medical visits (multiple choices):</w:t>
            </w:r>
          </w:p>
        </w:tc>
        <w:tc>
          <w:tcPr>
            <w:tcW w:type="dxa" w:w="4420"/>
            <w:vAlign w:val="center"/>
          </w:tcPr>
          <w:p>
            <w:pPr>
              <w:spacing w:before="0" w:after="0" w:line="240" w:lineRule="auto"/>
              <w:jc w:val="left"/>
            </w:pPr>
            <w:r/>
            <w:r>
              <w:rPr>
                <w:rFonts w:ascii="Times New Roman" w:hAnsi="Times New Roman" w:eastAsia="宋体"/>
                <w:b w:val="0"/>
                <w:sz w:val="24"/>
              </w:rPr>
              <w:t>（1）close to home（2）familiar doctors（3）lower cost（4）short waiting time（5）confident in the diagnosis and treatment level（6）good attitude（7）other ______</w:t>
            </w:r>
          </w:p>
        </w:tc>
      </w:tr>
      <w:tr>
        <w:tc>
          <w:tcPr>
            <w:tcW w:type="dxa" w:w="900"/>
            <w:vAlign w:val="center"/>
          </w:tcPr>
          <w:p>
            <w:pPr>
              <w:spacing w:before="0" w:after="0" w:line="240" w:lineRule="auto"/>
              <w:jc w:val="center"/>
            </w:pPr>
            <w:r/>
            <w:r>
              <w:rPr>
                <w:rFonts w:ascii="Times New Roman" w:hAnsi="Times New Roman" w:eastAsia="宋体"/>
                <w:b w:val="0"/>
                <w:sz w:val="24"/>
              </w:rPr>
              <w:t>If 2.18=3-6</w:t>
            </w:r>
          </w:p>
        </w:tc>
        <w:tc>
          <w:tcPr>
            <w:tcW w:type="dxa" w:w="3200"/>
            <w:vAlign w:val="center"/>
          </w:tcPr>
          <w:p>
            <w:pPr>
              <w:spacing w:before="0" w:after="0" w:line="240" w:lineRule="auto"/>
              <w:jc w:val="left"/>
            </w:pPr>
            <w:r/>
            <w:r>
              <w:rPr>
                <w:rFonts w:ascii="Times New Roman" w:hAnsi="Times New Roman" w:eastAsia="宋体"/>
                <w:b w:val="0"/>
                <w:sz w:val="24"/>
              </w:rPr>
              <w:t>Factors that prevent you from choosing community-based medical visits (multiple choices):</w:t>
            </w:r>
          </w:p>
        </w:tc>
        <w:tc>
          <w:tcPr>
            <w:tcW w:type="dxa" w:w="4420"/>
            <w:vAlign w:val="center"/>
          </w:tcPr>
          <w:p>
            <w:pPr>
              <w:spacing w:before="0" w:after="0" w:line="240" w:lineRule="auto"/>
              <w:jc w:val="left"/>
            </w:pPr>
            <w:r/>
            <w:r>
              <w:rPr>
                <w:rFonts w:ascii="Times New Roman" w:hAnsi="Times New Roman" w:eastAsia="宋体"/>
                <w:b w:val="0"/>
                <w:sz w:val="24"/>
              </w:rPr>
              <w:t>（1）poor service attitude（2）not confident in the diagnosis and treatment level（3）incomplete medicines, inconvenient to buy（4）incomplete examination items（5）other ______</w:t>
            </w:r>
          </w:p>
        </w:tc>
      </w:tr>
      <w:tr>
        <w:tc>
          <w:tcPr>
            <w:tcW w:type="dxa" w:w="900"/>
            <w:vAlign w:val="center"/>
          </w:tcPr>
          <w:p>
            <w:pPr>
              <w:spacing w:before="0" w:after="0" w:line="240" w:lineRule="auto"/>
              <w:jc w:val="center"/>
            </w:pPr>
            <w:r/>
            <w:r>
              <w:rPr>
                <w:rFonts w:ascii="Times New Roman" w:hAnsi="Times New Roman" w:eastAsia="宋体"/>
                <w:b w:val="0"/>
                <w:sz w:val="24"/>
              </w:rPr>
              <w:t>2.19</w:t>
            </w:r>
          </w:p>
        </w:tc>
        <w:tc>
          <w:tcPr>
            <w:tcW w:type="dxa" w:w="3200"/>
            <w:vAlign w:val="center"/>
          </w:tcPr>
          <w:p>
            <w:pPr>
              <w:spacing w:before="0" w:after="0" w:line="240" w:lineRule="auto"/>
              <w:jc w:val="left"/>
            </w:pPr>
            <w:r/>
            <w:r>
              <w:rPr>
                <w:rFonts w:ascii="Times New Roman" w:hAnsi="Times New Roman" w:eastAsia="宋体"/>
                <w:b w:val="0"/>
                <w:sz w:val="24"/>
              </w:rPr>
              <w:t>If the government stipulates that common diseases must first be treated at the community health service center, and that a referral form from the community health service center is required to visit a large hospital, do you agree with this practice:</w:t>
            </w:r>
          </w:p>
        </w:tc>
        <w:tc>
          <w:tcPr>
            <w:tcW w:type="dxa" w:w="4420"/>
            <w:vAlign w:val="center"/>
          </w:tcPr>
          <w:p>
            <w:pPr>
              <w:spacing w:before="0" w:after="0" w:line="240" w:lineRule="auto"/>
              <w:jc w:val="left"/>
            </w:pPr>
            <w:r/>
            <w:r>
              <w:rPr>
                <w:rFonts w:ascii="Times New Roman" w:hAnsi="Times New Roman" w:eastAsia="宋体"/>
                <w:b w:val="0"/>
                <w:sz w:val="24"/>
              </w:rPr>
              <w:t>（1）strongly oppose（2）oppose（3）agree（4）strongly agree</w:t>
            </w:r>
          </w:p>
        </w:tc>
      </w:tr>
      <w:tr>
        <w:tc>
          <w:tcPr>
            <w:tcW w:type="dxa" w:w="900"/>
            <w:vAlign w:val="center"/>
          </w:tcPr>
          <w:p>
            <w:pPr>
              <w:spacing w:before="0" w:after="0" w:line="240" w:lineRule="auto"/>
              <w:jc w:val="center"/>
            </w:pPr>
            <w:r/>
            <w:r>
              <w:rPr>
                <w:rFonts w:ascii="Times New Roman" w:hAnsi="Times New Roman" w:eastAsia="宋体"/>
                <w:b w:val="0"/>
                <w:sz w:val="24"/>
              </w:rPr>
              <w:t>2.20</w:t>
            </w:r>
          </w:p>
        </w:tc>
        <w:tc>
          <w:tcPr>
            <w:tcW w:type="dxa" w:w="3200"/>
            <w:vAlign w:val="center"/>
          </w:tcPr>
          <w:p>
            <w:pPr>
              <w:spacing w:before="0" w:after="0" w:line="240" w:lineRule="auto"/>
              <w:jc w:val="left"/>
            </w:pPr>
            <w:r/>
            <w:r>
              <w:rPr>
                <w:rFonts w:ascii="Times New Roman" w:hAnsi="Times New Roman" w:eastAsia="宋体"/>
                <w:b w:val="0"/>
                <w:sz w:val="24"/>
              </w:rPr>
              <w:t>Are you familiar with hierarchical diagnosis and treatment / medical alliances / two-way referral:</w:t>
            </w:r>
          </w:p>
        </w:tc>
        <w:tc>
          <w:tcPr>
            <w:tcW w:type="dxa" w:w="4420"/>
            <w:vAlign w:val="center"/>
          </w:tcPr>
          <w:p>
            <w:pPr>
              <w:spacing w:before="0" w:after="0" w:line="240" w:lineRule="auto"/>
              <w:jc w:val="left"/>
            </w:pPr>
            <w:r/>
            <w:r>
              <w:rPr>
                <w:rFonts w:ascii="Times New Roman" w:hAnsi="Times New Roman" w:eastAsia="宋体"/>
                <w:b w:val="0"/>
                <w:sz w:val="24"/>
              </w:rPr>
              <w:t>（1）never heard of it（2）heard of it but not familiar（3）somewhat familiar（4）very familiar</w:t>
            </w:r>
          </w:p>
        </w:tc>
      </w:tr>
      <w:tr>
        <w:tc>
          <w:tcPr>
            <w:tcW w:type="dxa" w:w="900"/>
            <w:vAlign w:val="center"/>
          </w:tcPr>
          <w:p>
            <w:pPr>
              <w:spacing w:before="0" w:after="0" w:line="240" w:lineRule="auto"/>
              <w:jc w:val="center"/>
            </w:pPr>
            <w:r/>
            <w:r>
              <w:rPr>
                <w:rFonts w:ascii="Times New Roman" w:hAnsi="Times New Roman" w:eastAsia="宋体"/>
                <w:b w:val="0"/>
                <w:sz w:val="24"/>
              </w:rPr>
              <w:t>If 2.20=2-4</w:t>
            </w:r>
          </w:p>
        </w:tc>
        <w:tc>
          <w:tcPr>
            <w:tcW w:type="dxa" w:w="3200"/>
            <w:vAlign w:val="center"/>
          </w:tcPr>
          <w:p>
            <w:pPr>
              <w:spacing w:before="0" w:after="0" w:line="240" w:lineRule="auto"/>
              <w:jc w:val="left"/>
            </w:pPr>
            <w:r/>
            <w:r>
              <w:rPr>
                <w:rFonts w:ascii="Times New Roman" w:hAnsi="Times New Roman" w:eastAsia="宋体"/>
                <w:b w:val="0"/>
                <w:sz w:val="24"/>
              </w:rPr>
              <w:t>Through which channels did you learn about the above content (multiple choices):</w:t>
            </w:r>
          </w:p>
        </w:tc>
        <w:tc>
          <w:tcPr>
            <w:tcW w:type="dxa" w:w="4420"/>
            <w:vAlign w:val="center"/>
          </w:tcPr>
          <w:p>
            <w:pPr>
              <w:spacing w:before="0" w:after="0" w:line="240" w:lineRule="auto"/>
              <w:jc w:val="left"/>
            </w:pPr>
            <w:r/>
            <w:r>
              <w:rPr>
                <w:rFonts w:ascii="Times New Roman" w:hAnsi="Times New Roman" w:eastAsia="宋体"/>
                <w:b w:val="0"/>
                <w:sz w:val="24"/>
              </w:rPr>
              <w:t>（1）publicity by health institutions（2）promotion through the internet, media, newspapers, etc.（3）community publicity（4）introduction by neighbors and friends（5）other ______</w:t>
            </w:r>
          </w:p>
        </w:tc>
      </w:tr>
      <w:tr>
        <w:tc>
          <w:tcPr>
            <w:tcW w:type="dxa" w:w="900"/>
            <w:vAlign w:val="center"/>
          </w:tcPr>
          <w:p>
            <w:pPr>
              <w:spacing w:before="0" w:after="0" w:line="240" w:lineRule="auto"/>
              <w:jc w:val="center"/>
            </w:pPr>
            <w:r/>
            <w:r>
              <w:rPr>
                <w:rFonts w:ascii="Times New Roman" w:hAnsi="Times New Roman" w:eastAsia="宋体"/>
                <w:b w:val="0"/>
                <w:sz w:val="24"/>
              </w:rPr>
              <w:t>2.21</w:t>
            </w:r>
          </w:p>
        </w:tc>
        <w:tc>
          <w:tcPr>
            <w:tcW w:type="dxa" w:w="3200"/>
            <w:vAlign w:val="center"/>
          </w:tcPr>
          <w:p>
            <w:pPr>
              <w:spacing w:before="0" w:after="0" w:line="240" w:lineRule="auto"/>
              <w:jc w:val="left"/>
            </w:pPr>
            <w:r/>
            <w:r>
              <w:rPr>
                <w:rFonts w:ascii="Times New Roman" w:hAnsi="Times New Roman" w:eastAsia="宋体"/>
                <w:b w:val="0"/>
                <w:sz w:val="24"/>
              </w:rPr>
              <w:t>Have you experienced any of the following medical alliance services (multiple choices):</w:t>
            </w:r>
          </w:p>
        </w:tc>
        <w:tc>
          <w:tcPr>
            <w:tcW w:type="dxa" w:w="4420"/>
            <w:vAlign w:val="center"/>
          </w:tcPr>
          <w:p>
            <w:pPr>
              <w:spacing w:before="0" w:after="0" w:line="240" w:lineRule="auto"/>
              <w:jc w:val="left"/>
            </w:pPr>
            <w:r/>
            <w:r>
              <w:rPr>
                <w:rFonts w:ascii="Times New Roman" w:hAnsi="Times New Roman" w:eastAsia="宋体"/>
                <w:b w:val="0"/>
                <w:sz w:val="24"/>
              </w:rPr>
              <w:t>（1）two-way referral（2）family doctor team services（3）community diagnosis and treatment (including dispatched experts from higher-level institutions)（4）none</w:t>
            </w:r>
          </w:p>
        </w:tc>
      </w:tr>
      <w:tr>
        <w:tc>
          <w:tcPr>
            <w:tcW w:type="dxa" w:w="900"/>
            <w:vAlign w:val="center"/>
          </w:tcPr>
          <w:p>
            <w:pPr>
              <w:spacing w:before="0" w:after="0" w:line="240" w:lineRule="auto"/>
              <w:jc w:val="center"/>
            </w:pPr>
            <w:r/>
            <w:r>
              <w:rPr>
                <w:rFonts w:ascii="Times New Roman" w:hAnsi="Times New Roman" w:eastAsia="宋体"/>
                <w:b w:val="0"/>
                <w:sz w:val="24"/>
              </w:rPr>
              <w:t>If 2.21=1</w:t>
            </w:r>
          </w:p>
        </w:tc>
        <w:tc>
          <w:tcPr>
            <w:tcW w:type="dxa" w:w="3200"/>
            <w:vAlign w:val="center"/>
          </w:tcPr>
          <w:p>
            <w:pPr>
              <w:spacing w:before="0" w:after="0" w:line="240" w:lineRule="auto"/>
              <w:jc w:val="left"/>
            </w:pPr>
            <w:r/>
            <w:r>
              <w:rPr>
                <w:rFonts w:ascii="Times New Roman" w:hAnsi="Times New Roman" w:eastAsia="宋体"/>
                <w:b w:val="0"/>
                <w:sz w:val="24"/>
              </w:rPr>
              <w:t>Please check the specific two-way referral content you are satisfied with (multiple choices):</w:t>
            </w:r>
          </w:p>
        </w:tc>
        <w:tc>
          <w:tcPr>
            <w:tcW w:type="dxa" w:w="4420"/>
            <w:vAlign w:val="center"/>
          </w:tcPr>
          <w:p>
            <w:pPr>
              <w:spacing w:before="0" w:after="0" w:line="240" w:lineRule="auto"/>
              <w:jc w:val="left"/>
            </w:pPr>
            <w:r/>
            <w:r>
              <w:rPr>
                <w:rFonts w:ascii="Times New Roman" w:hAnsi="Times New Roman" w:eastAsia="宋体"/>
                <w:b w:val="0"/>
                <w:sz w:val="24"/>
              </w:rPr>
              <w:t>（1）priority arrangement for upward referral（2）mutual recognition of examination results, avoiding repeated examinations（3）medical insurance interconnection, without repeated calculation of the deductible（4）reduced medical expenses（5）smooth and convenient referral process（6）conducive to timely treatment of the disease（7）none</w:t>
            </w:r>
          </w:p>
        </w:tc>
      </w:tr>
      <w:tr>
        <w:tc>
          <w:tcPr>
            <w:tcW w:type="dxa" w:w="900"/>
            <w:vAlign w:val="center"/>
          </w:tcPr>
          <w:p>
            <w:pPr>
              <w:spacing w:before="0" w:after="0" w:line="240" w:lineRule="auto"/>
              <w:jc w:val="center"/>
            </w:pPr>
            <w:r/>
            <w:r>
              <w:rPr>
                <w:rFonts w:ascii="Times New Roman" w:hAnsi="Times New Roman" w:eastAsia="宋体"/>
                <w:b w:val="0"/>
                <w:sz w:val="24"/>
              </w:rPr>
              <w:t>If 2.21=2</w:t>
            </w:r>
          </w:p>
        </w:tc>
        <w:tc>
          <w:tcPr>
            <w:tcW w:type="dxa" w:w="3200"/>
            <w:vAlign w:val="center"/>
          </w:tcPr>
          <w:p>
            <w:pPr>
              <w:spacing w:before="0" w:after="0" w:line="240" w:lineRule="auto"/>
              <w:jc w:val="left"/>
            </w:pPr>
            <w:r/>
            <w:r>
              <w:rPr>
                <w:rFonts w:ascii="Times New Roman" w:hAnsi="Times New Roman" w:eastAsia="宋体"/>
                <w:b w:val="0"/>
                <w:sz w:val="24"/>
              </w:rPr>
              <w:t>What do you think of the family doctor team services (multiple choices):</w:t>
            </w:r>
          </w:p>
        </w:tc>
        <w:tc>
          <w:tcPr>
            <w:tcW w:type="dxa" w:w="4420"/>
            <w:vAlign w:val="center"/>
          </w:tcPr>
          <w:p>
            <w:pPr>
              <w:spacing w:before="0" w:after="0" w:line="240" w:lineRule="auto"/>
              <w:jc w:val="left"/>
            </w:pPr>
            <w:r/>
            <w:r>
              <w:rPr>
                <w:rFonts w:ascii="Times New Roman" w:hAnsi="Times New Roman" w:eastAsia="宋体"/>
                <w:b w:val="0"/>
                <w:sz w:val="24"/>
              </w:rPr>
              <w:t>（1）helpful for disease rehabilitation（2）good service attitude of the family doctor team（3）no effect（4）other</w:t>
            </w:r>
          </w:p>
        </w:tc>
      </w:tr>
      <w:tr>
        <w:tc>
          <w:tcPr>
            <w:tcW w:type="dxa" w:w="900"/>
            <w:vAlign w:val="center"/>
          </w:tcPr>
          <w:p>
            <w:pPr>
              <w:spacing w:before="0" w:after="0" w:line="240" w:lineRule="auto"/>
              <w:jc w:val="center"/>
            </w:pPr>
            <w:r/>
            <w:r>
              <w:rPr>
                <w:rFonts w:ascii="Times New Roman" w:hAnsi="Times New Roman" w:eastAsia="宋体"/>
                <w:b w:val="0"/>
                <w:sz w:val="24"/>
              </w:rPr>
              <w:t>If 2.21=3</w:t>
            </w:r>
          </w:p>
        </w:tc>
        <w:tc>
          <w:tcPr>
            <w:tcW w:type="dxa" w:w="3200"/>
            <w:vAlign w:val="center"/>
          </w:tcPr>
          <w:p>
            <w:pPr>
              <w:spacing w:before="0" w:after="0" w:line="240" w:lineRule="auto"/>
              <w:jc w:val="left"/>
            </w:pPr>
            <w:r/>
            <w:r>
              <w:rPr>
                <w:rFonts w:ascii="Times New Roman" w:hAnsi="Times New Roman" w:eastAsia="宋体"/>
                <w:b w:val="0"/>
                <w:sz w:val="24"/>
              </w:rPr>
              <w:t>Please check the community diagnosis and treatment content you are satisfied with (multiple choices):</w:t>
            </w:r>
          </w:p>
        </w:tc>
        <w:tc>
          <w:tcPr>
            <w:tcW w:type="dxa" w:w="4420"/>
            <w:vAlign w:val="center"/>
          </w:tcPr>
          <w:p>
            <w:pPr>
              <w:spacing w:before="0" w:after="0" w:line="240" w:lineRule="auto"/>
              <w:jc w:val="left"/>
            </w:pPr>
            <w:r/>
            <w:r>
              <w:rPr>
                <w:rFonts w:ascii="Times New Roman" w:hAnsi="Times New Roman" w:eastAsia="宋体"/>
                <w:b w:val="0"/>
                <w:sz w:val="24"/>
              </w:rPr>
              <w:t>（1）good service attitude（2）high diagnosis and treatment level of the dispatched experts（3）achieved the expected diagnosis and treatment results（4）good service attitude of community medical staff（5）improved medical environment（6）can buy common medicines in the community（7）none</w:t>
            </w:r>
          </w:p>
        </w:tc>
      </w:tr>
      <w:tr>
        <w:tc>
          <w:tcPr>
            <w:tcW w:type="dxa" w:w="900"/>
            <w:vAlign w:val="center"/>
          </w:tcPr>
          <w:p>
            <w:pPr>
              <w:spacing w:before="0" w:after="0" w:line="240" w:lineRule="auto"/>
              <w:jc w:val="center"/>
            </w:pPr>
            <w:r/>
            <w:r>
              <w:rPr>
                <w:rFonts w:ascii="Times New Roman" w:hAnsi="Times New Roman" w:eastAsia="宋体"/>
                <w:b w:val="0"/>
                <w:sz w:val="24"/>
              </w:rPr>
              <w:t>2.22</w:t>
            </w:r>
          </w:p>
        </w:tc>
        <w:tc>
          <w:tcPr>
            <w:tcW w:type="dxa" w:w="3200"/>
            <w:vAlign w:val="center"/>
          </w:tcPr>
          <w:p>
            <w:pPr>
              <w:spacing w:before="0" w:after="0" w:line="240" w:lineRule="auto"/>
              <w:jc w:val="left"/>
            </w:pPr>
            <w:r/>
            <w:r>
              <w:rPr>
                <w:rFonts w:ascii="Times New Roman" w:hAnsi="Times New Roman" w:eastAsia="宋体"/>
                <w:b w:val="0"/>
                <w:sz w:val="24"/>
              </w:rPr>
              <w:t>In the past year, has a doctor ever said you should be hospitalized but you were not:</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If 2.22=2</w:t>
            </w:r>
          </w:p>
        </w:tc>
        <w:tc>
          <w:tcPr>
            <w:tcW w:type="dxa" w:w="3200"/>
            <w:vAlign w:val="center"/>
          </w:tcPr>
          <w:p>
            <w:pPr>
              <w:spacing w:before="0" w:after="0" w:line="240" w:lineRule="auto"/>
              <w:jc w:val="left"/>
            </w:pPr>
            <w:r/>
            <w:r>
              <w:rPr>
                <w:rFonts w:ascii="Times New Roman" w:hAnsi="Times New Roman" w:eastAsia="宋体"/>
                <w:b w:val="0"/>
                <w:sz w:val="24"/>
              </w:rPr>
              <w:t>Your main reasons for not being hospitalized:</w:t>
            </w:r>
          </w:p>
        </w:tc>
        <w:tc>
          <w:tcPr>
            <w:tcW w:type="dxa" w:w="4420"/>
            <w:vAlign w:val="center"/>
          </w:tcPr>
          <w:p>
            <w:pPr>
              <w:spacing w:before="0" w:after="0" w:line="240" w:lineRule="auto"/>
              <w:jc w:val="left"/>
            </w:pPr>
            <w:r/>
            <w:r>
              <w:rPr>
                <w:rFonts w:ascii="Times New Roman" w:hAnsi="Times New Roman" w:eastAsia="宋体"/>
                <w:b w:val="0"/>
                <w:sz w:val="24"/>
              </w:rPr>
              <w:t>（1）no money（2）unwilling to be hospitalized（3）hospitalization is useless and the medical conditions of the hospital are poor（4）felt the problem was too serious and hospitalization was useless（5）no beds available in the hospital（6）other ___</w:t>
            </w:r>
          </w:p>
        </w:tc>
      </w:tr>
      <w:tr>
        <w:tc>
          <w:tcPr>
            <w:tcW w:type="dxa" w:w="8520"/>
            <w:gridSpan w:val="3"/>
            <w:vAlign w:val="center"/>
          </w:tcPr>
          <w:p>
            <w:pPr>
              <w:spacing w:before="0" w:after="0" w:line="240" w:lineRule="auto"/>
              <w:jc w:val="left"/>
            </w:pPr>
            <w:r/>
            <w:r>
              <w:rPr>
                <w:rFonts w:ascii="Times New Roman" w:hAnsi="Times New Roman" w:eastAsia="宋体"/>
                <w:b/>
                <w:sz w:val="24"/>
              </w:rPr>
              <w:t>2.23 Your awareness of medical insurance</w:t>
            </w:r>
          </w:p>
        </w:tc>
      </w:tr>
      <w:tr>
        <w:tc>
          <w:tcPr>
            <w:tcW w:type="dxa" w:w="900"/>
            <w:vAlign w:val="center"/>
          </w:tcPr>
          <w:p>
            <w:pPr>
              <w:spacing w:before="0" w:after="0" w:line="240" w:lineRule="auto"/>
              <w:jc w:val="center"/>
            </w:pPr>
            <w:r/>
            <w:r>
              <w:rPr>
                <w:rFonts w:ascii="Times New Roman" w:hAnsi="Times New Roman" w:eastAsia="宋体"/>
                <w:b w:val="0"/>
                <w:sz w:val="24"/>
              </w:rPr>
            </w:r>
          </w:p>
        </w:tc>
        <w:tc>
          <w:tcPr>
            <w:tcW w:type="dxa" w:w="3200"/>
            <w:vAlign w:val="center"/>
          </w:tcPr>
          <w:p>
            <w:pPr>
              <w:spacing w:before="0" w:after="0" w:line="240" w:lineRule="auto"/>
              <w:jc w:val="left"/>
            </w:pPr>
            <w:r/>
            <w:r>
              <w:rPr>
                <w:rFonts w:ascii="Times New Roman" w:hAnsi="Times New Roman" w:eastAsia="宋体"/>
                <w:b w:val="0"/>
                <w:sz w:val="24"/>
              </w:rPr>
              <w:t>Burden of premium payment:</w:t>
            </w:r>
          </w:p>
        </w:tc>
        <w:tc>
          <w:tcPr>
            <w:tcW w:type="dxa" w:w="4420"/>
            <w:vAlign w:val="center"/>
          </w:tcPr>
          <w:p>
            <w:pPr>
              <w:spacing w:before="0" w:after="0" w:line="240" w:lineRule="auto"/>
              <w:jc w:val="left"/>
            </w:pPr>
            <w:r/>
            <w:r>
              <w:rPr>
                <w:rFonts w:ascii="Times New Roman" w:hAnsi="Times New Roman" w:eastAsia="宋体"/>
                <w:b w:val="0"/>
                <w:sz w:val="24"/>
              </w:rPr>
              <w:t>（1）very heavy（2）fairly heavy（3）average（4）fairly light（5）very light（choose "very light" if you have never paid）</w:t>
            </w:r>
          </w:p>
        </w:tc>
      </w:tr>
      <w:tr>
        <w:tc>
          <w:tcPr>
            <w:tcW w:type="dxa" w:w="900"/>
            <w:vAlign w:val="center"/>
          </w:tcPr>
          <w:p>
            <w:pPr>
              <w:spacing w:before="0" w:after="0" w:line="240" w:lineRule="auto"/>
              <w:jc w:val="center"/>
            </w:pPr>
            <w:r/>
            <w:r>
              <w:rPr>
                <w:rFonts w:ascii="Times New Roman" w:hAnsi="Times New Roman" w:eastAsia="宋体"/>
                <w:b w:val="0"/>
                <w:sz w:val="24"/>
              </w:rPr>
            </w:r>
          </w:p>
        </w:tc>
        <w:tc>
          <w:tcPr>
            <w:tcW w:type="dxa" w:w="3200"/>
            <w:vAlign w:val="center"/>
          </w:tcPr>
          <w:p>
            <w:pPr>
              <w:spacing w:before="0" w:after="0" w:line="240" w:lineRule="auto"/>
              <w:jc w:val="left"/>
            </w:pPr>
            <w:r/>
            <w:r>
              <w:rPr>
                <w:rFonts w:ascii="Times New Roman" w:hAnsi="Times New Roman" w:eastAsia="宋体"/>
                <w:b w:val="0"/>
                <w:sz w:val="24"/>
              </w:rPr>
              <w:t>Pressure from the out-of-pocket portion of medical expenses:</w:t>
            </w:r>
          </w:p>
        </w:tc>
        <w:tc>
          <w:tcPr>
            <w:tcW w:type="dxa" w:w="4420"/>
            <w:vAlign w:val="center"/>
          </w:tcPr>
          <w:p>
            <w:pPr>
              <w:spacing w:before="0" w:after="0" w:line="240" w:lineRule="auto"/>
              <w:jc w:val="left"/>
            </w:pPr>
            <w:r/>
            <w:r>
              <w:rPr>
                <w:rFonts w:ascii="Times New Roman" w:hAnsi="Times New Roman" w:eastAsia="宋体"/>
                <w:b w:val="0"/>
                <w:sz w:val="24"/>
              </w:rPr>
              <w:t>（1）very heavy（2）fairly heavy（3）average（4）fairly light（5）very light</w:t>
            </w:r>
          </w:p>
        </w:tc>
      </w:tr>
      <w:tr>
        <w:tc>
          <w:tcPr>
            <w:tcW w:type="dxa" w:w="900"/>
            <w:vAlign w:val="center"/>
          </w:tcPr>
          <w:p>
            <w:pPr>
              <w:spacing w:before="0" w:after="0" w:line="240" w:lineRule="auto"/>
              <w:jc w:val="center"/>
            </w:pPr>
            <w:r/>
            <w:r>
              <w:rPr>
                <w:rFonts w:ascii="Times New Roman" w:hAnsi="Times New Roman" w:eastAsia="宋体"/>
                <w:b w:val="0"/>
                <w:sz w:val="24"/>
              </w:rPr>
            </w:r>
          </w:p>
        </w:tc>
        <w:tc>
          <w:tcPr>
            <w:tcW w:type="dxa" w:w="3200"/>
            <w:vAlign w:val="center"/>
          </w:tcPr>
          <w:p>
            <w:pPr>
              <w:spacing w:before="0" w:after="0" w:line="240" w:lineRule="auto"/>
              <w:jc w:val="left"/>
            </w:pPr>
            <w:r/>
            <w:r>
              <w:rPr>
                <w:rFonts w:ascii="Times New Roman" w:hAnsi="Times New Roman" w:eastAsia="宋体"/>
                <w:b w:val="0"/>
                <w:sz w:val="24"/>
              </w:rPr>
              <w:t>Satisfaction with medical services:</w:t>
            </w:r>
          </w:p>
        </w:tc>
        <w:tc>
          <w:tcPr>
            <w:tcW w:type="dxa" w:w="4420"/>
            <w:vAlign w:val="center"/>
          </w:tcPr>
          <w:p>
            <w:pPr>
              <w:spacing w:before="0" w:after="0" w:line="240" w:lineRule="auto"/>
              <w:jc w:val="left"/>
            </w:pPr>
            <w:r/>
            <w:r>
              <w:rPr>
                <w:rFonts w:ascii="Times New Roman" w:hAnsi="Times New Roman" w:eastAsia="宋体"/>
                <w:b w:val="0"/>
                <w:sz w:val="24"/>
              </w:rPr>
              <w:t>（1）dissatisfied（2）not very satisfied（3）average（4）fairly 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2.24</w:t>
            </w:r>
          </w:p>
        </w:tc>
        <w:tc>
          <w:tcPr>
            <w:tcW w:type="dxa" w:w="3200"/>
            <w:vAlign w:val="center"/>
          </w:tcPr>
          <w:p>
            <w:pPr>
              <w:spacing w:before="0" w:after="0" w:line="240" w:lineRule="auto"/>
              <w:jc w:val="left"/>
            </w:pPr>
            <w:r/>
            <w:r>
              <w:rPr>
                <w:rFonts w:ascii="Times New Roman" w:hAnsi="Times New Roman" w:eastAsia="宋体"/>
                <w:b w:val="0"/>
                <w:sz w:val="24"/>
              </w:rPr>
              <w:t>Are you a recipient of government assistance:</w:t>
            </w:r>
          </w:p>
        </w:tc>
        <w:tc>
          <w:tcPr>
            <w:tcW w:type="dxa" w:w="4420"/>
            <w:vAlign w:val="center"/>
          </w:tcPr>
          <w:p>
            <w:pPr>
              <w:spacing w:before="0" w:after="0" w:line="240" w:lineRule="auto"/>
              <w:jc w:val="left"/>
            </w:pPr>
            <w:r/>
            <w:r>
              <w:rPr>
                <w:rFonts w:ascii="Times New Roman" w:hAnsi="Times New Roman" w:eastAsia="宋体"/>
                <w:b w:val="0"/>
                <w:sz w:val="24"/>
              </w:rPr>
              <w:t>（1）no（2）yes（① subsistence allowance ② five guarantees ③ "three-no" elderly ④ impoverished household）</w:t>
            </w:r>
          </w:p>
        </w:tc>
      </w:tr>
      <w:tr>
        <w:tc>
          <w:tcPr>
            <w:tcW w:type="dxa" w:w="900"/>
            <w:vAlign w:val="center"/>
          </w:tcPr>
          <w:p>
            <w:pPr>
              <w:spacing w:before="0" w:after="0" w:line="240" w:lineRule="auto"/>
              <w:jc w:val="center"/>
            </w:pPr>
            <w:r/>
            <w:r>
              <w:rPr>
                <w:rFonts w:ascii="Times New Roman" w:hAnsi="Times New Roman" w:eastAsia="宋体"/>
                <w:b w:val="0"/>
                <w:sz w:val="24"/>
              </w:rPr>
              <w:t>If 2.24=2</w:t>
            </w:r>
          </w:p>
        </w:tc>
        <w:tc>
          <w:tcPr>
            <w:tcW w:type="dxa" w:w="3200"/>
            <w:vAlign w:val="center"/>
          </w:tcPr>
          <w:p>
            <w:pPr>
              <w:spacing w:before="0" w:after="0" w:line="240" w:lineRule="auto"/>
              <w:jc w:val="left"/>
            </w:pPr>
            <w:r/>
            <w:r>
              <w:rPr>
                <w:rFonts w:ascii="Times New Roman" w:hAnsi="Times New Roman" w:eastAsia="宋体"/>
                <w:b w:val="0"/>
                <w:sz w:val="24"/>
              </w:rPr>
              <w:t>What government assistance or welfare have you received:</w:t>
            </w:r>
          </w:p>
        </w:tc>
        <w:tc>
          <w:tcPr>
            <w:tcW w:type="dxa" w:w="4420"/>
            <w:vAlign w:val="center"/>
          </w:tcPr>
          <w:p>
            <w:pPr>
              <w:spacing w:before="0" w:after="0" w:line="240" w:lineRule="auto"/>
              <w:jc w:val="left"/>
            </w:pPr>
            <w:r/>
            <w:r>
              <w:rPr>
                <w:rFonts w:ascii="Times New Roman" w:hAnsi="Times New Roman" w:eastAsia="宋体"/>
                <w:b w:val="0"/>
                <w:sz w:val="24"/>
              </w:rPr>
              <w:t>（1）subsistence allowance（2）five guarantees（3）poverty relief ______ yuan/year（4）medical assistance（5）temporary assistance（6）priority admission to a nursing home（7）door-to-door housekeeping services（8）improvement of living conditions（9）care and nursing services（10）rehabilitation aids and other elderly products（11）psychological counseling（12）legal aid（13）other ____</w:t>
            </w:r>
          </w:p>
        </w:tc>
      </w:tr>
      <w:tr>
        <w:tc>
          <w:tcPr>
            <w:tcW w:type="dxa" w:w="900"/>
            <w:vAlign w:val="center"/>
          </w:tcPr>
          <w:p>
            <w:pPr>
              <w:spacing w:before="0" w:after="0" w:line="240" w:lineRule="auto"/>
              <w:jc w:val="center"/>
            </w:pPr>
            <w:r/>
            <w:r>
              <w:rPr>
                <w:rFonts w:ascii="Times New Roman" w:hAnsi="Times New Roman" w:eastAsia="宋体"/>
                <w:b w:val="0"/>
                <w:sz w:val="24"/>
              </w:rPr>
              <w:t>If 2.24=2</w:t>
            </w:r>
          </w:p>
        </w:tc>
        <w:tc>
          <w:tcPr>
            <w:tcW w:type="dxa" w:w="3200"/>
            <w:vAlign w:val="center"/>
          </w:tcPr>
          <w:p>
            <w:pPr>
              <w:spacing w:before="0" w:after="0" w:line="240" w:lineRule="auto"/>
              <w:jc w:val="left"/>
            </w:pPr>
            <w:r/>
            <w:r>
              <w:rPr>
                <w:rFonts w:ascii="Times New Roman" w:hAnsi="Times New Roman" w:eastAsia="宋体"/>
                <w:b w:val="0"/>
                <w:sz w:val="24"/>
              </w:rPr>
              <w:t>How did you obtain government assistance:</w:t>
            </w:r>
          </w:p>
        </w:tc>
        <w:tc>
          <w:tcPr>
            <w:tcW w:type="dxa" w:w="4420"/>
            <w:vAlign w:val="center"/>
          </w:tcPr>
          <w:p>
            <w:pPr>
              <w:spacing w:before="0" w:after="0" w:line="240" w:lineRule="auto"/>
              <w:jc w:val="left"/>
            </w:pPr>
            <w:r/>
            <w:r>
              <w:rPr>
                <w:rFonts w:ascii="Times New Roman" w:hAnsi="Times New Roman" w:eastAsia="宋体"/>
                <w:b w:val="0"/>
                <w:sz w:val="24"/>
              </w:rPr>
              <w:t>（1）applied by yourself（2）applied by children（3）applied with the help of neighbors and friends（4）applied proactively by the community</w:t>
            </w:r>
          </w:p>
        </w:tc>
      </w:tr>
      <w:tr>
        <w:tc>
          <w:tcPr>
            <w:tcW w:type="dxa" w:w="900"/>
            <w:vAlign w:val="center"/>
          </w:tcPr>
          <w:p>
            <w:pPr>
              <w:spacing w:before="0" w:after="0" w:line="240" w:lineRule="auto"/>
              <w:jc w:val="center"/>
            </w:pPr>
            <w:r/>
            <w:r>
              <w:rPr>
                <w:rFonts w:ascii="Times New Roman" w:hAnsi="Times New Roman" w:eastAsia="宋体"/>
                <w:b w:val="0"/>
                <w:sz w:val="24"/>
              </w:rPr>
              <w:t>If 2.24=2</w:t>
            </w:r>
          </w:p>
        </w:tc>
        <w:tc>
          <w:tcPr>
            <w:tcW w:type="dxa" w:w="3200"/>
            <w:vAlign w:val="center"/>
          </w:tcPr>
          <w:p>
            <w:pPr>
              <w:spacing w:before="0" w:after="0" w:line="240" w:lineRule="auto"/>
              <w:jc w:val="left"/>
            </w:pPr>
            <w:r/>
            <w:r>
              <w:rPr>
                <w:rFonts w:ascii="Times New Roman" w:hAnsi="Times New Roman" w:eastAsia="宋体"/>
                <w:b w:val="0"/>
                <w:sz w:val="24"/>
              </w:rPr>
              <w:t>What help do you need the government to provide:</w:t>
            </w:r>
          </w:p>
        </w:tc>
        <w:tc>
          <w:tcPr>
            <w:tcW w:type="dxa" w:w="4420"/>
            <w:vAlign w:val="center"/>
          </w:tcPr>
          <w:p>
            <w:pPr>
              <w:spacing w:before="0" w:after="0" w:line="240" w:lineRule="auto"/>
              <w:jc w:val="left"/>
            </w:pPr>
            <w:r/>
            <w:r>
              <w:rPr>
                <w:rFonts w:ascii="Times New Roman" w:hAnsi="Times New Roman" w:eastAsia="宋体"/>
                <w:b w:val="0"/>
                <w:sz w:val="24"/>
              </w:rPr>
              <w:t>（1）subsistence allowance（2）five guarantees（3）poverty relief（4）medical assistance（5）temporary assistance（6）priority admission to a nursing home（7）door-to-door housekeeping services（8）improvement of living conditions（9）care and nursing services（10）rehabilitation aids and other elderly products（11）psychological counseling（12）legal aid（13）other ____</w:t>
            </w:r>
          </w:p>
        </w:tc>
      </w:tr>
      <w:tr>
        <w:tc>
          <w:tcPr>
            <w:tcW w:type="dxa" w:w="900"/>
            <w:vAlign w:val="center"/>
          </w:tcPr>
          <w:p>
            <w:pPr>
              <w:spacing w:before="0" w:after="0" w:line="240" w:lineRule="auto"/>
              <w:jc w:val="center"/>
            </w:pPr>
            <w:r/>
            <w:r>
              <w:rPr>
                <w:rFonts w:ascii="Times New Roman" w:hAnsi="Times New Roman" w:eastAsia="宋体"/>
                <w:b w:val="0"/>
                <w:sz w:val="24"/>
              </w:rPr>
              <w:t>If 2.24=2</w:t>
            </w:r>
          </w:p>
        </w:tc>
        <w:tc>
          <w:tcPr>
            <w:tcW w:type="dxa" w:w="3200"/>
            <w:vAlign w:val="center"/>
          </w:tcPr>
          <w:p>
            <w:pPr>
              <w:spacing w:before="0" w:after="0" w:line="240" w:lineRule="auto"/>
              <w:jc w:val="left"/>
            </w:pPr>
            <w:r/>
            <w:r>
              <w:rPr>
                <w:rFonts w:ascii="Times New Roman" w:hAnsi="Times New Roman" w:eastAsia="宋体"/>
                <w:b w:val="0"/>
                <w:sz w:val="24"/>
              </w:rPr>
              <w:t>Does the existing economic support provided by the government meet your elderly care needs:</w:t>
            </w:r>
          </w:p>
        </w:tc>
        <w:tc>
          <w:tcPr>
            <w:tcW w:type="dxa" w:w="4420"/>
            <w:vAlign w:val="center"/>
          </w:tcPr>
          <w:p>
            <w:pPr>
              <w:spacing w:before="0" w:after="0" w:line="240" w:lineRule="auto"/>
              <w:jc w:val="left"/>
            </w:pPr>
            <w:r/>
            <w:r>
              <w:rPr>
                <w:rFonts w:ascii="Times New Roman" w:hAnsi="Times New Roman" w:eastAsia="宋体"/>
                <w:b w:val="0"/>
                <w:sz w:val="24"/>
              </w:rPr>
              <w:t>（1）fully meets（2）mostly meets（3）basically meets（4）barely meets（5）cannot meet at all</w:t>
            </w:r>
          </w:p>
        </w:tc>
      </w:tr>
      <w:tr>
        <w:tc>
          <w:tcPr>
            <w:tcW w:type="dxa" w:w="900"/>
            <w:vAlign w:val="center"/>
          </w:tcPr>
          <w:p>
            <w:pPr>
              <w:spacing w:before="0" w:after="0" w:line="240" w:lineRule="auto"/>
              <w:jc w:val="center"/>
            </w:pPr>
            <w:r/>
            <w:r>
              <w:rPr>
                <w:rFonts w:ascii="Times New Roman" w:hAnsi="Times New Roman" w:eastAsia="宋体"/>
                <w:b w:val="0"/>
                <w:sz w:val="24"/>
              </w:rPr>
              <w:t>If 2.24=2</w:t>
            </w:r>
          </w:p>
        </w:tc>
        <w:tc>
          <w:tcPr>
            <w:tcW w:type="dxa" w:w="3200"/>
            <w:vAlign w:val="center"/>
          </w:tcPr>
          <w:p>
            <w:pPr>
              <w:spacing w:before="0" w:after="0" w:line="240" w:lineRule="auto"/>
              <w:jc w:val="left"/>
            </w:pPr>
            <w:r/>
            <w:r>
              <w:rPr>
                <w:rFonts w:ascii="Times New Roman" w:hAnsi="Times New Roman" w:eastAsia="宋体"/>
                <w:b w:val="0"/>
                <w:sz w:val="24"/>
              </w:rPr>
              <w:t>Do you think the in-kind support provided by the community / institution can meet your elderly care needs:</w:t>
            </w:r>
          </w:p>
        </w:tc>
        <w:tc>
          <w:tcPr>
            <w:tcW w:type="dxa" w:w="4420"/>
            <w:vAlign w:val="center"/>
          </w:tcPr>
          <w:p>
            <w:pPr>
              <w:spacing w:before="0" w:after="0" w:line="240" w:lineRule="auto"/>
              <w:jc w:val="left"/>
            </w:pPr>
            <w:r/>
            <w:r>
              <w:rPr>
                <w:rFonts w:ascii="Times New Roman" w:hAnsi="Times New Roman" w:eastAsia="宋体"/>
                <w:b w:val="0"/>
                <w:sz w:val="24"/>
              </w:rPr>
              <w:t>（1）fully meets（2）mostly meets（3）basically meets（4）barely meets（5）cannot meet at all</w:t>
            </w:r>
          </w:p>
        </w:tc>
      </w:tr>
      <w:tr>
        <w:tc>
          <w:tcPr>
            <w:tcW w:type="dxa" w:w="900"/>
            <w:vAlign w:val="center"/>
          </w:tcPr>
          <w:p>
            <w:pPr>
              <w:spacing w:before="0" w:after="0" w:line="240" w:lineRule="auto"/>
              <w:jc w:val="center"/>
            </w:pPr>
            <w:r/>
            <w:r>
              <w:rPr>
                <w:rFonts w:ascii="Times New Roman" w:hAnsi="Times New Roman" w:eastAsia="宋体"/>
                <w:b w:val="0"/>
                <w:sz w:val="24"/>
              </w:rPr>
              <w:t>If 2.24=2</w:t>
            </w:r>
          </w:p>
        </w:tc>
        <w:tc>
          <w:tcPr>
            <w:tcW w:type="dxa" w:w="3200"/>
            <w:vAlign w:val="center"/>
          </w:tcPr>
          <w:p>
            <w:pPr>
              <w:spacing w:before="0" w:after="0" w:line="240" w:lineRule="auto"/>
              <w:jc w:val="left"/>
            </w:pPr>
            <w:r/>
            <w:r>
              <w:rPr>
                <w:rFonts w:ascii="Times New Roman" w:hAnsi="Times New Roman" w:eastAsia="宋体"/>
                <w:b w:val="0"/>
                <w:sz w:val="24"/>
              </w:rPr>
              <w:t>The items you hope the government, community, and institutions will further improve:</w:t>
            </w:r>
          </w:p>
        </w:tc>
        <w:tc>
          <w:tcPr>
            <w:tcW w:type="dxa" w:w="4420"/>
            <w:vAlign w:val="center"/>
          </w:tcPr>
          <w:p>
            <w:pPr>
              <w:spacing w:before="0" w:after="0" w:line="240" w:lineRule="auto"/>
              <w:jc w:val="left"/>
            </w:pPr>
            <w:r/>
            <w:r>
              <w:rPr>
                <w:rFonts w:ascii="Times New Roman" w:hAnsi="Times New Roman" w:eastAsia="宋体"/>
                <w:b w:val="0"/>
                <w:sz w:val="24"/>
              </w:rPr>
              <w:t>（1）increase the amount of relief and welfare（2）increase rehabilitation and care services（3）improve living conditions（4）pay attention to the spiritual and cultural needs of the elderly</w:t>
            </w:r>
          </w:p>
        </w:tc>
      </w:tr>
      <w:tr>
        <w:tc>
          <w:tcPr>
            <w:tcW w:type="dxa" w:w="900"/>
            <w:vAlign w:val="center"/>
          </w:tcPr>
          <w:p>
            <w:pPr>
              <w:spacing w:before="0" w:after="0" w:line="240" w:lineRule="auto"/>
              <w:jc w:val="center"/>
            </w:pPr>
            <w:r/>
            <w:r>
              <w:rPr>
                <w:rFonts w:ascii="Times New Roman" w:hAnsi="Times New Roman" w:eastAsia="宋体"/>
                <w:b w:val="0"/>
                <w:sz w:val="24"/>
              </w:rPr>
              <w:t>If 2.24=2</w:t>
            </w:r>
          </w:p>
        </w:tc>
        <w:tc>
          <w:tcPr>
            <w:tcW w:type="dxa" w:w="3200"/>
            <w:vAlign w:val="center"/>
          </w:tcPr>
          <w:p>
            <w:pPr>
              <w:spacing w:before="0" w:after="0" w:line="240" w:lineRule="auto"/>
              <w:jc w:val="left"/>
            </w:pPr>
            <w:r/>
            <w:r>
              <w:rPr>
                <w:rFonts w:ascii="Times New Roman" w:hAnsi="Times New Roman" w:eastAsia="宋体"/>
                <w:b w:val="0"/>
                <w:sz w:val="24"/>
              </w:rPr>
              <w:t>Among the elderly care support programs you have received, which policies have helped you the most (choose three):</w:t>
            </w:r>
          </w:p>
        </w:tc>
        <w:tc>
          <w:tcPr>
            <w:tcW w:type="dxa" w:w="4420"/>
            <w:vAlign w:val="center"/>
          </w:tcPr>
          <w:p>
            <w:pPr>
              <w:spacing w:before="0" w:after="0" w:line="240" w:lineRule="auto"/>
              <w:jc w:val="left"/>
            </w:pPr>
            <w:r/>
            <w:r>
              <w:rPr>
                <w:rFonts w:ascii="Times New Roman" w:hAnsi="Times New Roman" w:eastAsia="宋体"/>
                <w:b w:val="0"/>
                <w:sz w:val="24"/>
              </w:rPr>
              <w:t>（1）subsistence allowance（2）medical assistance（3）rehabilitation nursing services（4）admission to an elderly care institution（5）improvement of living conditions</w:t>
            </w:r>
          </w:p>
        </w:tc>
      </w:tr>
      <w:tr>
        <w:tc>
          <w:tcPr>
            <w:tcW w:type="dxa" w:w="900"/>
            <w:vAlign w:val="center"/>
          </w:tcPr>
          <w:p>
            <w:pPr>
              <w:spacing w:before="0" w:after="0" w:line="240" w:lineRule="auto"/>
              <w:jc w:val="center"/>
            </w:pPr>
            <w:r/>
            <w:r>
              <w:rPr>
                <w:rFonts w:ascii="Times New Roman" w:hAnsi="Times New Roman" w:eastAsia="宋体"/>
                <w:b w:val="0"/>
                <w:sz w:val="24"/>
              </w:rPr>
              <w:t>If 2.24=2</w:t>
            </w:r>
          </w:p>
        </w:tc>
        <w:tc>
          <w:tcPr>
            <w:tcW w:type="dxa" w:w="3200"/>
            <w:vAlign w:val="center"/>
          </w:tcPr>
          <w:p>
            <w:pPr>
              <w:spacing w:before="0" w:after="0" w:line="240" w:lineRule="auto"/>
              <w:jc w:val="left"/>
            </w:pPr>
            <w:r/>
            <w:r>
              <w:rPr>
                <w:rFonts w:ascii="Times New Roman" w:hAnsi="Times New Roman" w:eastAsia="宋体"/>
                <w:b w:val="0"/>
                <w:sz w:val="24"/>
              </w:rPr>
              <w:t>How much improvement do you think the elderly (assistance) welfare programs have brought to your life:</w:t>
            </w:r>
          </w:p>
        </w:tc>
        <w:tc>
          <w:tcPr>
            <w:tcW w:type="dxa" w:w="4420"/>
            <w:vAlign w:val="center"/>
          </w:tcPr>
          <w:p>
            <w:pPr>
              <w:spacing w:before="0" w:after="0" w:line="240" w:lineRule="auto"/>
              <w:jc w:val="left"/>
            </w:pPr>
            <w:r/>
            <w:r>
              <w:rPr>
                <w:rFonts w:ascii="Times New Roman" w:hAnsi="Times New Roman" w:eastAsia="宋体"/>
                <w:b w:val="0"/>
                <w:sz w:val="24"/>
              </w:rPr>
              <w:t>（1）great improvement（2）slight improvement（3）no change（4）became worse</w:t>
            </w:r>
          </w:p>
        </w:tc>
      </w:tr>
      <w:tr>
        <w:tc>
          <w:tcPr>
            <w:tcW w:type="dxa" w:w="900"/>
            <w:vAlign w:val="center"/>
          </w:tcPr>
          <w:p>
            <w:pPr>
              <w:spacing w:before="0" w:after="0" w:line="240" w:lineRule="auto"/>
              <w:jc w:val="center"/>
            </w:pPr>
            <w:r/>
            <w:r>
              <w:rPr>
                <w:rFonts w:ascii="Times New Roman" w:hAnsi="Times New Roman" w:eastAsia="宋体"/>
                <w:b w:val="0"/>
                <w:sz w:val="24"/>
              </w:rPr>
              <w:t>If 2.24=2</w:t>
            </w:r>
          </w:p>
        </w:tc>
        <w:tc>
          <w:tcPr>
            <w:tcW w:type="dxa" w:w="3200"/>
            <w:vAlign w:val="center"/>
          </w:tcPr>
          <w:p>
            <w:pPr>
              <w:spacing w:before="0" w:after="0" w:line="240" w:lineRule="auto"/>
              <w:jc w:val="left"/>
            </w:pPr>
            <w:r/>
            <w:r>
              <w:rPr>
                <w:rFonts w:ascii="Times New Roman" w:hAnsi="Times New Roman" w:eastAsia="宋体"/>
                <w:b w:val="0"/>
                <w:sz w:val="24"/>
              </w:rPr>
              <w:t>In the process of receiving elderly care support, are you satisfied with the relevant staff:</w:t>
            </w:r>
          </w:p>
        </w:tc>
        <w:tc>
          <w:tcPr>
            <w:tcW w:type="dxa" w:w="4420"/>
            <w:vAlign w:val="center"/>
          </w:tcPr>
          <w:p>
            <w:pPr>
              <w:spacing w:before="0" w:after="0" w:line="240" w:lineRule="auto"/>
              <w:jc w:val="left"/>
            </w:pPr>
            <w:r/>
            <w:r>
              <w:rPr>
                <w:rFonts w:ascii="Times New Roman" w:hAnsi="Times New Roman" w:eastAsia="宋体"/>
                <w:b w:val="0"/>
                <w:sz w:val="24"/>
              </w:rPr>
              <w:t>（1）very satisfied（2）fairly satisfied（3）average（4）not very satisfied（5）very dissatisfied</w:t>
            </w:r>
          </w:p>
        </w:tc>
      </w:tr>
      <w:tr>
        <w:tc>
          <w:tcPr>
            <w:tcW w:type="dxa" w:w="900"/>
            <w:vAlign w:val="center"/>
          </w:tcPr>
          <w:p>
            <w:pPr>
              <w:spacing w:before="0" w:after="0" w:line="240" w:lineRule="auto"/>
              <w:jc w:val="center"/>
            </w:pPr>
            <w:r/>
            <w:r>
              <w:rPr>
                <w:rFonts w:ascii="Times New Roman" w:hAnsi="Times New Roman" w:eastAsia="宋体"/>
                <w:b w:val="0"/>
                <w:sz w:val="24"/>
              </w:rPr>
              <w:t>2.25</w:t>
            </w:r>
          </w:p>
        </w:tc>
        <w:tc>
          <w:tcPr>
            <w:tcW w:type="dxa" w:w="3200"/>
            <w:vAlign w:val="center"/>
          </w:tcPr>
          <w:p>
            <w:pPr>
              <w:spacing w:before="0" w:after="0" w:line="240" w:lineRule="auto"/>
              <w:jc w:val="left"/>
            </w:pPr>
            <w:r/>
            <w:r>
              <w:rPr>
                <w:rFonts w:ascii="Times New Roman" w:hAnsi="Times New Roman" w:eastAsia="宋体"/>
                <w:b w:val="0"/>
                <w:sz w:val="24"/>
              </w:rPr>
              <w:t>When you encounter an emergency and need someone to help, can you find someone to help:</w:t>
            </w:r>
          </w:p>
        </w:tc>
        <w:tc>
          <w:tcPr>
            <w:tcW w:type="dxa" w:w="4420"/>
            <w:vAlign w:val="center"/>
          </w:tcPr>
          <w:p>
            <w:pPr>
              <w:spacing w:before="0" w:after="0" w:line="240" w:lineRule="auto"/>
              <w:jc w:val="left"/>
            </w:pPr>
            <w:r/>
            <w:r>
              <w:rPr>
                <w:rFonts w:ascii="Times New Roman" w:hAnsi="Times New Roman" w:eastAsia="宋体"/>
                <w:b w:val="0"/>
                <w:sz w:val="24"/>
              </w:rPr>
              <w:t>（1）can always find someone（2）sometimes cannot find（3）rarely find（4）cannot find</w:t>
            </w:r>
          </w:p>
        </w:tc>
      </w:tr>
      <w:tr>
        <w:tc>
          <w:tcPr>
            <w:tcW w:type="dxa" w:w="900"/>
            <w:vAlign w:val="center"/>
          </w:tcPr>
          <w:p>
            <w:pPr>
              <w:spacing w:before="0" w:after="0" w:line="240" w:lineRule="auto"/>
              <w:jc w:val="center"/>
            </w:pPr>
            <w:r/>
            <w:r>
              <w:rPr>
                <w:rFonts w:ascii="Times New Roman" w:hAnsi="Times New Roman" w:eastAsia="宋体"/>
                <w:b w:val="0"/>
                <w:sz w:val="24"/>
              </w:rPr>
              <w:t>2.26</w:t>
            </w:r>
          </w:p>
        </w:tc>
        <w:tc>
          <w:tcPr>
            <w:tcW w:type="dxa" w:w="3200"/>
            <w:vAlign w:val="center"/>
          </w:tcPr>
          <w:p>
            <w:pPr>
              <w:spacing w:before="0" w:after="0" w:line="240" w:lineRule="auto"/>
              <w:jc w:val="left"/>
            </w:pPr>
            <w:r/>
            <w:r>
              <w:rPr>
                <w:rFonts w:ascii="Times New Roman" w:hAnsi="Times New Roman" w:eastAsia="宋体"/>
                <w:b w:val="0"/>
                <w:sz w:val="24"/>
              </w:rPr>
              <w:t>When you encounter financial difficulties, can you find someone to help:</w:t>
            </w:r>
          </w:p>
        </w:tc>
        <w:tc>
          <w:tcPr>
            <w:tcW w:type="dxa" w:w="4420"/>
            <w:vAlign w:val="center"/>
          </w:tcPr>
          <w:p>
            <w:pPr>
              <w:spacing w:before="0" w:after="0" w:line="240" w:lineRule="auto"/>
              <w:jc w:val="left"/>
            </w:pPr>
            <w:r/>
            <w:r>
              <w:rPr>
                <w:rFonts w:ascii="Times New Roman" w:hAnsi="Times New Roman" w:eastAsia="宋体"/>
                <w:b w:val="0"/>
                <w:sz w:val="24"/>
              </w:rPr>
              <w:t>（1）can always find someone（2）sometimes cannot find（3）rarely find（4）cannot find</w:t>
            </w:r>
          </w:p>
        </w:tc>
      </w:tr>
    </w:tbl>
    <w:p>
      <w:pPr>
        <w:spacing w:before="120" w:after="80"/>
        <w:jc w:val="center"/>
      </w:pPr>
      <w:r>
        <w:rPr>
          <w:rFonts w:ascii="Times New Roman" w:hAnsi="Times New Roman" w:eastAsia="宋体"/>
          <w:b/>
          <w:sz w:val="28"/>
        </w:rPr>
        <w:t>3. Demand and supply of elderly care services</w:t>
      </w:r>
    </w:p>
    <w:tbl>
      <w:tblPr>
        <w:tblStyle w:val="TableGrid"/>
        <w:tblW w:type="dxa" w:w="8520"/>
        <w:jc w:val="center"/>
        <w:tblLook w:firstColumn="1" w:firstRow="1" w:lastColumn="0" w:lastRow="0" w:noHBand="0" w:noVBand="1" w:val="04A0"/>
        <w:tblLayout w:type="fixed"/>
      </w:tblPr>
      <w:tblGrid>
        <w:gridCol w:w="900"/>
        <w:gridCol w:w="3200"/>
        <w:gridCol w:w="4420"/>
      </w:tblGrid>
      <w:tr>
        <w:tc>
          <w:tcPr>
            <w:tcW w:type="dxa" w:w="900"/>
            <w:vAlign w:val="center"/>
          </w:tcPr>
          <w:p>
            <w:pPr>
              <w:spacing w:before="0" w:after="0" w:line="240" w:lineRule="auto"/>
              <w:jc w:val="center"/>
            </w:pPr>
            <w:r/>
            <w:r>
              <w:rPr>
                <w:rFonts w:ascii="Times New Roman" w:hAnsi="Times New Roman" w:eastAsia="宋体"/>
                <w:b/>
                <w:sz w:val="24"/>
              </w:rPr>
              <w:t>No.</w:t>
            </w:r>
          </w:p>
        </w:tc>
        <w:tc>
          <w:tcPr>
            <w:tcW w:type="dxa" w:w="3200"/>
            <w:vAlign w:val="center"/>
          </w:tcPr>
          <w:p>
            <w:pPr>
              <w:spacing w:before="0" w:after="0" w:line="240" w:lineRule="auto"/>
              <w:jc w:val="center"/>
            </w:pPr>
            <w:r/>
            <w:r>
              <w:rPr>
                <w:rFonts w:ascii="Times New Roman" w:hAnsi="Times New Roman" w:eastAsia="宋体"/>
                <w:b/>
                <w:sz w:val="24"/>
              </w:rPr>
              <w:t>Question</w:t>
            </w:r>
          </w:p>
        </w:tc>
        <w:tc>
          <w:tcPr>
            <w:tcW w:type="dxa" w:w="4420"/>
            <w:vAlign w:val="center"/>
          </w:tcPr>
          <w:p>
            <w:pPr>
              <w:spacing w:before="0" w:after="0" w:line="240" w:lineRule="auto"/>
              <w:jc w:val="center"/>
            </w:pPr>
            <w:r/>
            <w:r>
              <w:rPr>
                <w:rFonts w:ascii="Times New Roman" w:hAnsi="Times New Roman" w:eastAsia="宋体"/>
                <w:b/>
                <w:sz w:val="24"/>
              </w:rPr>
              <w:t>Option</w:t>
            </w:r>
          </w:p>
        </w:tc>
      </w:tr>
      <w:tr>
        <w:tc>
          <w:tcPr>
            <w:tcW w:type="dxa" w:w="900"/>
            <w:vAlign w:val="center"/>
          </w:tcPr>
          <w:p>
            <w:pPr>
              <w:spacing w:before="0" w:after="0" w:line="240" w:lineRule="auto"/>
              <w:jc w:val="center"/>
            </w:pPr>
            <w:r/>
            <w:r>
              <w:rPr>
                <w:rFonts w:ascii="Times New Roman" w:hAnsi="Times New Roman" w:eastAsia="宋体"/>
                <w:b w:val="0"/>
                <w:sz w:val="24"/>
              </w:rPr>
              <w:t>3.1</w:t>
            </w:r>
          </w:p>
        </w:tc>
        <w:tc>
          <w:tcPr>
            <w:tcW w:type="dxa" w:w="3200"/>
            <w:vAlign w:val="center"/>
          </w:tcPr>
          <w:p>
            <w:pPr>
              <w:spacing w:before="0" w:after="0" w:line="240" w:lineRule="auto"/>
              <w:jc w:val="left"/>
            </w:pPr>
            <w:r/>
            <w:r>
              <w:rPr>
                <w:rFonts w:ascii="Times New Roman" w:hAnsi="Times New Roman" w:eastAsia="宋体"/>
                <w:b w:val="0"/>
                <w:sz w:val="24"/>
              </w:rPr>
              <w:t>How well do you know this community / institution:</w:t>
            </w:r>
          </w:p>
        </w:tc>
        <w:tc>
          <w:tcPr>
            <w:tcW w:type="dxa" w:w="4420"/>
            <w:vAlign w:val="center"/>
          </w:tcPr>
          <w:p>
            <w:pPr>
              <w:spacing w:before="0" w:after="0" w:line="240" w:lineRule="auto"/>
              <w:jc w:val="left"/>
            </w:pPr>
            <w:r/>
            <w:r>
              <w:rPr>
                <w:rFonts w:ascii="Times New Roman" w:hAnsi="Times New Roman" w:eastAsia="宋体"/>
                <w:b w:val="0"/>
                <w:sz w:val="24"/>
              </w:rPr>
              <w:t>（1）very little（2）not very well（3）average（4）fairly well（5）very well</w:t>
            </w:r>
          </w:p>
        </w:tc>
      </w:tr>
      <w:tr>
        <w:tc>
          <w:tcPr>
            <w:tcW w:type="dxa" w:w="900"/>
            <w:vAlign w:val="center"/>
          </w:tcPr>
          <w:p>
            <w:pPr>
              <w:spacing w:before="0" w:after="0" w:line="240" w:lineRule="auto"/>
              <w:jc w:val="center"/>
            </w:pPr>
            <w:r/>
            <w:r>
              <w:rPr>
                <w:rFonts w:ascii="Times New Roman" w:hAnsi="Times New Roman" w:eastAsia="宋体"/>
                <w:b w:val="0"/>
                <w:sz w:val="24"/>
              </w:rPr>
              <w:t>3.2</w:t>
            </w:r>
          </w:p>
        </w:tc>
        <w:tc>
          <w:tcPr>
            <w:tcW w:type="dxa" w:w="3200"/>
            <w:vAlign w:val="center"/>
          </w:tcPr>
          <w:p>
            <w:pPr>
              <w:spacing w:before="0" w:after="0" w:line="240" w:lineRule="auto"/>
              <w:jc w:val="left"/>
            </w:pPr>
            <w:r/>
            <w:r>
              <w:rPr>
                <w:rFonts w:ascii="Times New Roman" w:hAnsi="Times New Roman" w:eastAsia="宋体"/>
                <w:b w:val="0"/>
                <w:sz w:val="24"/>
              </w:rPr>
              <w:t>Do you pay attention to the elderly care service issues of the community / institution:</w:t>
            </w:r>
          </w:p>
        </w:tc>
        <w:tc>
          <w:tcPr>
            <w:tcW w:type="dxa" w:w="4420"/>
            <w:vAlign w:val="center"/>
          </w:tcPr>
          <w:p>
            <w:pPr>
              <w:spacing w:before="0" w:after="0" w:line="240" w:lineRule="auto"/>
              <w:jc w:val="left"/>
            </w:pPr>
            <w:r/>
            <w:r>
              <w:rPr>
                <w:rFonts w:ascii="Times New Roman" w:hAnsi="Times New Roman" w:eastAsia="宋体"/>
                <w:b w:val="0"/>
                <w:sz w:val="24"/>
              </w:rPr>
              <w:t>（1）not at all（2）not very much（3）average（4）fairly much（5）very much</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Daily care facilities provided by the community / institution (multiple choices):</w:t>
            </w:r>
          </w:p>
        </w:tc>
        <w:tc>
          <w:tcPr>
            <w:tcW w:type="dxa" w:w="4420"/>
            <w:vAlign w:val="center"/>
          </w:tcPr>
          <w:p>
            <w:pPr>
              <w:spacing w:before="0" w:after="0" w:line="240" w:lineRule="auto"/>
              <w:jc w:val="left"/>
            </w:pPr>
            <w:r/>
            <w:r>
              <w:rPr>
                <w:rFonts w:ascii="Times New Roman" w:hAnsi="Times New Roman" w:eastAsia="宋体"/>
                <w:b w:val="0"/>
                <w:sz w:val="24"/>
              </w:rPr>
              <w:t>（1）elderly canteen（2）elderly bathhouse（3）elderly care service center / day care center / mutual-aid happiness home（4）commercial elderly care service company（5）elderly care information service center / virtual elderly care system（6）other _____（7）none</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（Community only）Is it convenient to go from your home to the elderly care service center:</w:t>
            </w:r>
          </w:p>
        </w:tc>
        <w:tc>
          <w:tcPr>
            <w:tcW w:type="dxa" w:w="4420"/>
            <w:vAlign w:val="center"/>
          </w:tcPr>
          <w:p>
            <w:pPr>
              <w:spacing w:before="0" w:after="0" w:line="240" w:lineRule="auto"/>
              <w:jc w:val="left"/>
            </w:pPr>
            <w:r/>
            <w:r>
              <w:rPr>
                <w:rFonts w:ascii="Times New Roman" w:hAnsi="Times New Roman" w:eastAsia="宋体"/>
                <w:b w:val="0"/>
                <w:sz w:val="24"/>
              </w:rPr>
              <w:t>（1）very inconvenient（2）inconvenient（3）average（4）fairly convenient（5）very convenient</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（Community only）How beneficial has the construction of the community elderly care service center been to you:</w:t>
            </w:r>
          </w:p>
        </w:tc>
        <w:tc>
          <w:tcPr>
            <w:tcW w:type="dxa" w:w="4420"/>
            <w:vAlign w:val="center"/>
          </w:tcPr>
          <w:p>
            <w:pPr>
              <w:spacing w:before="0" w:after="0" w:line="240" w:lineRule="auto"/>
              <w:jc w:val="left"/>
            </w:pPr>
            <w:r/>
            <w:r>
              <w:rPr>
                <w:rFonts w:ascii="Times New Roman" w:hAnsi="Times New Roman" w:eastAsia="宋体"/>
                <w:b w:val="0"/>
                <w:sz w:val="24"/>
              </w:rPr>
              <w:t>（1）very little（2）little（3）average（4）fairly much（5）very much</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（Community only）Do you think the community elderly care service center has played a sufficient role:</w:t>
            </w:r>
          </w:p>
        </w:tc>
        <w:tc>
          <w:tcPr>
            <w:tcW w:type="dxa" w:w="4420"/>
            <w:vAlign w:val="center"/>
          </w:tcPr>
          <w:p>
            <w:pPr>
              <w:spacing w:before="0" w:after="0" w:line="240" w:lineRule="auto"/>
              <w:jc w:val="left"/>
            </w:pPr>
            <w:r/>
            <w:r>
              <w:rPr>
                <w:rFonts w:ascii="Times New Roman" w:hAnsi="Times New Roman" w:eastAsia="宋体"/>
                <w:b w:val="0"/>
                <w:sz w:val="24"/>
              </w:rPr>
              <w:t>（1）very insufficient（2）insufficient（3）average（4）fairly sufficient（5）very sufficient</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（Community only）How do you think the community elderly care service center will develop in the future:</w:t>
            </w:r>
          </w:p>
        </w:tc>
        <w:tc>
          <w:tcPr>
            <w:tcW w:type="dxa" w:w="4420"/>
            <w:vAlign w:val="center"/>
          </w:tcPr>
          <w:p>
            <w:pPr>
              <w:spacing w:before="0" w:after="0" w:line="240" w:lineRule="auto"/>
              <w:jc w:val="left"/>
            </w:pPr>
            <w:r/>
            <w:r>
              <w:rPr>
                <w:rFonts w:ascii="Times New Roman" w:hAnsi="Times New Roman" w:eastAsia="宋体"/>
                <w:b w:val="0"/>
                <w:sz w:val="24"/>
              </w:rPr>
              <w:t>（1）getting worse and worse（2）slightly worse（3）indifferent（4）slightly better（5）better and better</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（Community only）Are you willing to eat at the elderly canteen:</w:t>
            </w:r>
          </w:p>
        </w:tc>
        <w:tc>
          <w:tcPr>
            <w:tcW w:type="dxa" w:w="4420"/>
            <w:vAlign w:val="center"/>
          </w:tcPr>
          <w:p>
            <w:pPr>
              <w:spacing w:before="0" w:after="0" w:line="240" w:lineRule="auto"/>
              <w:jc w:val="left"/>
            </w:pPr>
            <w:r/>
            <w:r>
              <w:rPr>
                <w:rFonts w:ascii="Times New Roman" w:hAnsi="Times New Roman" w:eastAsia="宋体"/>
                <w:b w:val="0"/>
                <w:sz w:val="24"/>
              </w:rPr>
              <w:t>（1）very unwilling（2）not very willing（3）average（4）fairly willing（5）very willing</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Daily care service content provided by the community / institution (multiple choices, based on the community / institution service item collection form):</w:t>
            </w:r>
          </w:p>
        </w:tc>
        <w:tc>
          <w:tcPr>
            <w:tcW w:type="dxa" w:w="4420"/>
            <w:vAlign w:val="center"/>
          </w:tcPr>
          <w:p>
            <w:pPr>
              <w:spacing w:before="0" w:after="0" w:line="240" w:lineRule="auto"/>
              <w:jc w:val="left"/>
            </w:pPr>
            <w:r/>
            <w:r>
              <w:rPr>
                <w:rFonts w:ascii="Times New Roman" w:hAnsi="Times New Roman" w:eastAsia="宋体"/>
                <w:b w:val="0"/>
                <w:sz w:val="24"/>
              </w:rPr>
              <w:t>（1）meal assistance services (elderly dining tables, door-to-door cooking, meal delivery)（2）hygiene services (cleaning, laundry, personal hygiene)（3）errand services (purchasing items, handling matters and payments)（4）emergency assistance (emergency calls, emergency aid, emergency repairs)（5）safety assurance (safety guidance, regular checks and visits, travel accompaniment)（6）smart elderly care life services (① phone meal ordering, ② housekeeping appointment, ③ online shopping)（7）other ______（8）none</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Daily care services you have utilized (multiple choices):</w:t>
            </w:r>
          </w:p>
        </w:tc>
        <w:tc>
          <w:tcPr>
            <w:tcW w:type="dxa" w:w="4420"/>
            <w:vAlign w:val="center"/>
          </w:tcPr>
          <w:p>
            <w:pPr>
              <w:spacing w:before="0" w:after="0" w:line="240" w:lineRule="auto"/>
              <w:jc w:val="left"/>
            </w:pPr>
            <w:r/>
            <w:r>
              <w:rPr>
                <w:rFonts w:ascii="Times New Roman" w:hAnsi="Times New Roman" w:eastAsia="宋体"/>
                <w:b w:val="0"/>
                <w:sz w:val="24"/>
              </w:rPr>
              <w:t>（1）meal assistance services (elderly dining tables, door-to-door cooking, meal delivery)（2）hygiene services (cleaning, laundry, personal hygiene)（3）errand services (purchasing items, handling matters and payments)（4）emergency assistance (emergency calls, emergency aid, emergency repairs)（5）safety assurance (safety guidance, regular checks and visits, travel accompaniment)（6）smart elderly care life services (① phone meal ordering, ② housekeeping appointment, ③ online shopping)（7）other ______（8）none</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Daily care services you hope the community / institution will provide (multiple choices):</w:t>
            </w:r>
          </w:p>
        </w:tc>
        <w:tc>
          <w:tcPr>
            <w:tcW w:type="dxa" w:w="4420"/>
            <w:vAlign w:val="center"/>
          </w:tcPr>
          <w:p>
            <w:pPr>
              <w:spacing w:before="0" w:after="0" w:line="240" w:lineRule="auto"/>
              <w:jc w:val="left"/>
            </w:pPr>
            <w:r/>
            <w:r>
              <w:rPr>
                <w:rFonts w:ascii="Times New Roman" w:hAnsi="Times New Roman" w:eastAsia="宋体"/>
                <w:b w:val="0"/>
                <w:sz w:val="24"/>
              </w:rPr>
              <w:t>（1）meal assistance services (elderly dining tables, door-to-door cooking, meal delivery)（2）hygiene services (cleaning, laundry, personal hygiene)（3）errand services (purchasing items, handling matters and payments)（4）emergency assistance (emergency calls, emergency aid, emergency repairs)（5）safety assurance (safety guidance, regular checks and visits, travel accompaniment)（6）smart elderly care life services (① phone meal ordering, ② housekeeping appointment, ③ online shopping)（7）other ______（8）none</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Can the daily care services provided by the community / institution meet your daily living needs:</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Your satisfaction with the daily care services provided by the community / institution:</w:t>
            </w:r>
          </w:p>
        </w:tc>
        <w:tc>
          <w:tcPr>
            <w:tcW w:type="dxa" w:w="4420"/>
            <w:vAlign w:val="center"/>
          </w:tcPr>
          <w:p>
            <w:pPr>
              <w:spacing w:before="0" w:after="0" w:line="240" w:lineRule="auto"/>
              <w:jc w:val="left"/>
            </w:pPr>
            <w:r/>
            <w:r>
              <w:rPr>
                <w:rFonts w:ascii="Times New Roman" w:hAnsi="Times New Roman" w:eastAsia="宋体"/>
                <w:b w:val="0"/>
                <w:sz w:val="24"/>
              </w:rPr>
              <w:t>（1）very dissatisfied（2）not very satisfied（3）average（4）fairly 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Your monthly expenditure on daily care services:</w:t>
            </w:r>
          </w:p>
        </w:tc>
        <w:tc>
          <w:tcPr>
            <w:tcW w:type="dxa" w:w="4420"/>
            <w:vAlign w:val="center"/>
          </w:tcPr>
          <w:p>
            <w:pPr>
              <w:spacing w:before="0" w:after="0" w:line="240" w:lineRule="auto"/>
              <w:jc w:val="left"/>
            </w:pPr>
            <w:r/>
            <w:r>
              <w:rPr>
                <w:rFonts w:ascii="Times New Roman" w:hAnsi="Times New Roman" w:eastAsia="宋体"/>
                <w:b w:val="0"/>
                <w:sz w:val="24"/>
              </w:rPr>
              <w:t>________ yuan/month</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Do you think the charges for daily care services are reasonable:</w:t>
            </w:r>
          </w:p>
        </w:tc>
        <w:tc>
          <w:tcPr>
            <w:tcW w:type="dxa" w:w="4420"/>
            <w:vAlign w:val="center"/>
          </w:tcPr>
          <w:p>
            <w:pPr>
              <w:spacing w:before="0" w:after="0" w:line="240" w:lineRule="auto"/>
              <w:jc w:val="left"/>
            </w:pPr>
            <w:r/>
            <w:r>
              <w:rPr>
                <w:rFonts w:ascii="Times New Roman" w:hAnsi="Times New Roman" w:eastAsia="宋体"/>
                <w:b w:val="0"/>
                <w:sz w:val="24"/>
              </w:rPr>
              <w:t>（1）very unreasonable（2）not very reasonable（3）average（4）fairly reasonable（5）very reasonable</w:t>
            </w:r>
          </w:p>
        </w:tc>
      </w:tr>
      <w:tr>
        <w:tc>
          <w:tcPr>
            <w:tcW w:type="dxa" w:w="900"/>
            <w:vAlign w:val="center"/>
          </w:tcPr>
          <w:p>
            <w:pPr>
              <w:spacing w:before="0" w:after="0" w:line="240" w:lineRule="auto"/>
              <w:jc w:val="center"/>
            </w:pPr>
            <w:r/>
            <w:r>
              <w:rPr>
                <w:rFonts w:ascii="Times New Roman" w:hAnsi="Times New Roman" w:eastAsia="宋体"/>
                <w:b w:val="0"/>
                <w:sz w:val="24"/>
              </w:rPr>
              <w:t>3.3</w:t>
            </w:r>
          </w:p>
        </w:tc>
        <w:tc>
          <w:tcPr>
            <w:tcW w:type="dxa" w:w="3200"/>
            <w:vAlign w:val="center"/>
          </w:tcPr>
          <w:p>
            <w:pPr>
              <w:spacing w:before="0" w:after="0" w:line="240" w:lineRule="auto"/>
              <w:jc w:val="left"/>
            </w:pPr>
            <w:r/>
            <w:r>
              <w:rPr>
                <w:rFonts w:ascii="Times New Roman" w:hAnsi="Times New Roman" w:eastAsia="宋体"/>
                <w:b w:val="0"/>
                <w:sz w:val="24"/>
              </w:rPr>
              <w:t>Can you afford the corresponding daily care service fees:</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Medical care facilities provided by the community / institution (multiple choices):</w:t>
            </w:r>
          </w:p>
        </w:tc>
        <w:tc>
          <w:tcPr>
            <w:tcW w:type="dxa" w:w="4420"/>
            <w:vAlign w:val="center"/>
          </w:tcPr>
          <w:p>
            <w:pPr>
              <w:spacing w:before="0" w:after="0" w:line="240" w:lineRule="auto"/>
              <w:jc w:val="left"/>
            </w:pPr>
            <w:r/>
            <w:r>
              <w:rPr>
                <w:rFonts w:ascii="Times New Roman" w:hAnsi="Times New Roman" w:eastAsia="宋体"/>
                <w:b w:val="0"/>
                <w:sz w:val="24"/>
              </w:rPr>
              <w:t>（1）health room / clinic（2）pharmacy（3）nearby hospital / health center（4）physical therapy and rehabilitation room（5）other ___（6）none</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（Community only）Is it convenient to go from your home to the nearest health room or health service center:</w:t>
            </w:r>
          </w:p>
        </w:tc>
        <w:tc>
          <w:tcPr>
            <w:tcW w:type="dxa" w:w="4420"/>
            <w:vAlign w:val="center"/>
          </w:tcPr>
          <w:p>
            <w:pPr>
              <w:spacing w:before="0" w:after="0" w:line="240" w:lineRule="auto"/>
              <w:jc w:val="left"/>
            </w:pPr>
            <w:r/>
            <w:r>
              <w:rPr>
                <w:rFonts w:ascii="Times New Roman" w:hAnsi="Times New Roman" w:eastAsia="宋体"/>
                <w:b w:val="0"/>
                <w:sz w:val="24"/>
              </w:rPr>
              <w:t>（1）very inconvenient（2）not very convenient（3）average（4）fairly convenient（5）very convenient</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（Community only）Do you think the community health room / health service center has played a sufficient role:</w:t>
            </w:r>
          </w:p>
        </w:tc>
        <w:tc>
          <w:tcPr>
            <w:tcW w:type="dxa" w:w="4420"/>
            <w:vAlign w:val="center"/>
          </w:tcPr>
          <w:p>
            <w:pPr>
              <w:spacing w:before="0" w:after="0" w:line="240" w:lineRule="auto"/>
              <w:jc w:val="left"/>
            </w:pPr>
            <w:r/>
            <w:r>
              <w:rPr>
                <w:rFonts w:ascii="Times New Roman" w:hAnsi="Times New Roman" w:eastAsia="宋体"/>
                <w:b w:val="0"/>
                <w:sz w:val="24"/>
              </w:rPr>
              <w:t>（1）very insufficient（2）insufficient（3）average（4）fairly sufficient（5）very sufficient</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In which of the following aspects do you think the community health service center needs improvement (multiple choices):</w:t>
            </w:r>
          </w:p>
        </w:tc>
        <w:tc>
          <w:tcPr>
            <w:tcW w:type="dxa" w:w="4420"/>
            <w:vAlign w:val="center"/>
          </w:tcPr>
          <w:p>
            <w:pPr>
              <w:spacing w:before="0" w:after="0" w:line="240" w:lineRule="auto"/>
              <w:jc w:val="left"/>
            </w:pPr>
            <w:r/>
            <w:r>
              <w:rPr>
                <w:rFonts w:ascii="Times New Roman" w:hAnsi="Times New Roman" w:eastAsia="宋体"/>
                <w:b w:val="0"/>
                <w:sz w:val="24"/>
              </w:rPr>
              <w:t>（1）diagnosis and treatment level of medical staff（2）complete medical equipment and more comprehensive examinations（3）medical environment（4）better service attitude（5）more types of medicines provided（6）other ___</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Medical care service content provided by the community / institution (multiple choices, based on the community / institution service item collection form):</w:t>
            </w:r>
          </w:p>
        </w:tc>
        <w:tc>
          <w:tcPr>
            <w:tcW w:type="dxa" w:w="4420"/>
            <w:vAlign w:val="center"/>
          </w:tcPr>
          <w:p>
            <w:pPr>
              <w:spacing w:before="0" w:after="0" w:line="240" w:lineRule="auto"/>
              <w:jc w:val="left"/>
            </w:pPr>
            <w:r/>
            <w:r>
              <w:rPr>
                <w:rFonts w:ascii="Times New Roman" w:hAnsi="Times New Roman" w:eastAsia="宋体"/>
                <w:b w:val="0"/>
                <w:sz w:val="24"/>
              </w:rPr>
              <w:t>（1）health management (health lectures, regular checkups, disease prevention, health records, chronic disease management)（2）door-to-door diagnosis (home sickbeds, door-to-door medical visits)（3）on-site medical care in the community / institution（4）escorted medical visits（5）rehabilitation nursing (postoperative rehabilitation, nursing services, hospice care)（6）smart elderly care medical services (① health monitoring, ② remote health consultation, ③ online family doctor)（7）other（8）none</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Medical care services you have utilized (multiple choices):</w:t>
            </w:r>
          </w:p>
        </w:tc>
        <w:tc>
          <w:tcPr>
            <w:tcW w:type="dxa" w:w="4420"/>
            <w:vAlign w:val="center"/>
          </w:tcPr>
          <w:p>
            <w:pPr>
              <w:spacing w:before="0" w:after="0" w:line="240" w:lineRule="auto"/>
              <w:jc w:val="left"/>
            </w:pPr>
            <w:r/>
            <w:r>
              <w:rPr>
                <w:rFonts w:ascii="Times New Roman" w:hAnsi="Times New Roman" w:eastAsia="宋体"/>
                <w:b w:val="0"/>
                <w:sz w:val="24"/>
              </w:rPr>
              <w:t>（1）health management (health lectures, regular checkups, disease prevention, health records, chronic disease management)（2）door-to-door diagnosis (home sickbeds, door-to-door medical visits)（3）on-site medical care in the community / institution（4）escorted medical visits（5）rehabilitation nursing (postoperative rehabilitation, nursing services, hospice care)（6）smart elderly care medical services (① health monitoring, ② remote health consultation, ③ online family doctor)（7）other（8）none</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Medical care services you hope the community / institution will provide (multiple choices):</w:t>
            </w:r>
          </w:p>
        </w:tc>
        <w:tc>
          <w:tcPr>
            <w:tcW w:type="dxa" w:w="4420"/>
            <w:vAlign w:val="center"/>
          </w:tcPr>
          <w:p>
            <w:pPr>
              <w:spacing w:before="0" w:after="0" w:line="240" w:lineRule="auto"/>
              <w:jc w:val="left"/>
            </w:pPr>
            <w:r/>
            <w:r>
              <w:rPr>
                <w:rFonts w:ascii="Times New Roman" w:hAnsi="Times New Roman" w:eastAsia="宋体"/>
                <w:b w:val="0"/>
                <w:sz w:val="24"/>
              </w:rPr>
              <w:t>（1）health management (health lectures, regular checkups, disease prevention, health records, chronic disease management)（2）door-to-door diagnosis (home sickbeds, door-to-door medical visits)（3）on-site medical care in the community / institution（4）escorted medical visits（5）rehabilitation nursing (postoperative rehabilitation, nursing services, hospice care)（6）smart elderly care medical services (① health monitoring, ② remote health consultation, ③ online family doctor)（7）other（8）none</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Are the medical care services provided by the community / institution effective (multiple choices):</w:t>
            </w:r>
          </w:p>
        </w:tc>
        <w:tc>
          <w:tcPr>
            <w:tcW w:type="dxa" w:w="4420"/>
            <w:vAlign w:val="center"/>
          </w:tcPr>
          <w:p>
            <w:pPr>
              <w:spacing w:before="0" w:after="0" w:line="240" w:lineRule="auto"/>
              <w:jc w:val="left"/>
            </w:pPr>
            <w:r/>
            <w:r>
              <w:rPr>
                <w:rFonts w:ascii="Times New Roman" w:hAnsi="Times New Roman" w:eastAsia="宋体"/>
                <w:b w:val="0"/>
                <w:sz w:val="24"/>
              </w:rPr>
              <w:t>（1）completely ineffective（2）not very effective（3）basically effective（4）fairly effective（5）very effective</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Can you conveniently and quickly apply for and obtain the medical care services of the community / institution:</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Can the medical care services provided by the community / institution meet your medical and health needs:</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Your satisfaction with the medical care services provided by the community / institution:</w:t>
            </w:r>
          </w:p>
        </w:tc>
        <w:tc>
          <w:tcPr>
            <w:tcW w:type="dxa" w:w="4420"/>
            <w:vAlign w:val="center"/>
          </w:tcPr>
          <w:p>
            <w:pPr>
              <w:spacing w:before="0" w:after="0" w:line="240" w:lineRule="auto"/>
              <w:jc w:val="left"/>
            </w:pPr>
            <w:r/>
            <w:r>
              <w:rPr>
                <w:rFonts w:ascii="Times New Roman" w:hAnsi="Times New Roman" w:eastAsia="宋体"/>
                <w:b w:val="0"/>
                <w:sz w:val="24"/>
              </w:rPr>
              <w:t>（1）very dissatisfied（2）not very satisfied（3）average（4）fairly 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Your monthly expenditure on medical care services:</w:t>
            </w:r>
          </w:p>
        </w:tc>
        <w:tc>
          <w:tcPr>
            <w:tcW w:type="dxa" w:w="4420"/>
            <w:vAlign w:val="center"/>
          </w:tcPr>
          <w:p>
            <w:pPr>
              <w:spacing w:before="0" w:after="0" w:line="240" w:lineRule="auto"/>
              <w:jc w:val="left"/>
            </w:pPr>
            <w:r/>
            <w:r>
              <w:rPr>
                <w:rFonts w:ascii="Times New Roman" w:hAnsi="Times New Roman" w:eastAsia="宋体"/>
                <w:b w:val="0"/>
                <w:sz w:val="24"/>
              </w:rPr>
              <w:t>________ yuan/month</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Do you think the charges for medical care services are reasonable:</w:t>
            </w:r>
          </w:p>
        </w:tc>
        <w:tc>
          <w:tcPr>
            <w:tcW w:type="dxa" w:w="4420"/>
            <w:vAlign w:val="center"/>
          </w:tcPr>
          <w:p>
            <w:pPr>
              <w:spacing w:before="0" w:after="0" w:line="240" w:lineRule="auto"/>
              <w:jc w:val="left"/>
            </w:pPr>
            <w:r/>
            <w:r>
              <w:rPr>
                <w:rFonts w:ascii="Times New Roman" w:hAnsi="Times New Roman" w:eastAsia="宋体"/>
                <w:b w:val="0"/>
                <w:sz w:val="24"/>
              </w:rPr>
              <w:t>（1）very unreasonable（2）not very reasonable（3）average（4）fairly reasonable（5）very reasonable</w:t>
            </w:r>
          </w:p>
        </w:tc>
      </w:tr>
      <w:tr>
        <w:tc>
          <w:tcPr>
            <w:tcW w:type="dxa" w:w="900"/>
            <w:vAlign w:val="center"/>
          </w:tcPr>
          <w:p>
            <w:pPr>
              <w:spacing w:before="0" w:after="0" w:line="240" w:lineRule="auto"/>
              <w:jc w:val="center"/>
            </w:pPr>
            <w:r/>
            <w:r>
              <w:rPr>
                <w:rFonts w:ascii="Times New Roman" w:hAnsi="Times New Roman" w:eastAsia="宋体"/>
                <w:b w:val="0"/>
                <w:sz w:val="24"/>
              </w:rPr>
              <w:t>3.4</w:t>
            </w:r>
          </w:p>
        </w:tc>
        <w:tc>
          <w:tcPr>
            <w:tcW w:type="dxa" w:w="3200"/>
            <w:vAlign w:val="center"/>
          </w:tcPr>
          <w:p>
            <w:pPr>
              <w:spacing w:before="0" w:after="0" w:line="240" w:lineRule="auto"/>
              <w:jc w:val="left"/>
            </w:pPr>
            <w:r/>
            <w:r>
              <w:rPr>
                <w:rFonts w:ascii="Times New Roman" w:hAnsi="Times New Roman" w:eastAsia="宋体"/>
                <w:b w:val="0"/>
                <w:sz w:val="24"/>
              </w:rPr>
              <w:t>Can you afford the corresponding medical care service fees:</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Cultural and recreational facilities provided by the community / institution (multiple choices):</w:t>
            </w:r>
          </w:p>
        </w:tc>
        <w:tc>
          <w:tcPr>
            <w:tcW w:type="dxa" w:w="4420"/>
            <w:vAlign w:val="center"/>
          </w:tcPr>
          <w:p>
            <w:pPr>
              <w:spacing w:before="0" w:after="0" w:line="240" w:lineRule="auto"/>
              <w:jc w:val="left"/>
            </w:pPr>
            <w:r/>
            <w:r>
              <w:rPr>
                <w:rFonts w:ascii="Times New Roman" w:hAnsi="Times New Roman" w:eastAsia="宋体"/>
                <w:b w:val="0"/>
                <w:sz w:val="24"/>
              </w:rPr>
              <w:t>（1）elderly activity center（2）chess and card room（3）reading room（4）calligraphy and painting room（5）elderly fitness room（6）other __（7）none</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（Community only）Is it convenient to go from your home to the nearest recreational activity venue (activity center):</w:t>
            </w:r>
          </w:p>
        </w:tc>
        <w:tc>
          <w:tcPr>
            <w:tcW w:type="dxa" w:w="4420"/>
            <w:vAlign w:val="center"/>
          </w:tcPr>
          <w:p>
            <w:pPr>
              <w:spacing w:before="0" w:after="0" w:line="240" w:lineRule="auto"/>
              <w:jc w:val="left"/>
            </w:pPr>
            <w:r/>
            <w:r>
              <w:rPr>
                <w:rFonts w:ascii="Times New Roman" w:hAnsi="Times New Roman" w:eastAsia="宋体"/>
                <w:b w:val="0"/>
                <w:sz w:val="24"/>
              </w:rPr>
              <w:t>（1）very inconvenient（2）not very convenient（3）average（4）fairly convenient（5）very convenient</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Do you think the recreational activity facilities of the community / institution have played a sufficient role:</w:t>
            </w:r>
          </w:p>
        </w:tc>
        <w:tc>
          <w:tcPr>
            <w:tcW w:type="dxa" w:w="4420"/>
            <w:vAlign w:val="center"/>
          </w:tcPr>
          <w:p>
            <w:pPr>
              <w:spacing w:before="0" w:after="0" w:line="240" w:lineRule="auto"/>
              <w:jc w:val="left"/>
            </w:pPr>
            <w:r/>
            <w:r>
              <w:rPr>
                <w:rFonts w:ascii="Times New Roman" w:hAnsi="Times New Roman" w:eastAsia="宋体"/>
                <w:b w:val="0"/>
                <w:sz w:val="24"/>
              </w:rPr>
              <w:t>（1）very insufficient（2）not very sufficient（3）average（4）fairly sufficient（5）very sufficient</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Cultural and recreational service content provided by the community / institution (multiple choices, based on the community / institution service item collection form):</w:t>
            </w:r>
          </w:p>
        </w:tc>
        <w:tc>
          <w:tcPr>
            <w:tcW w:type="dxa" w:w="4420"/>
            <w:vAlign w:val="center"/>
          </w:tcPr>
          <w:p>
            <w:pPr>
              <w:spacing w:before="0" w:after="0" w:line="240" w:lineRule="auto"/>
              <w:jc w:val="left"/>
            </w:pPr>
            <w:r/>
            <w:r>
              <w:rPr>
                <w:rFonts w:ascii="Times New Roman" w:hAnsi="Times New Roman" w:eastAsia="宋体"/>
                <w:b w:val="0"/>
                <w:sz w:val="24"/>
              </w:rPr>
              <w:t>（1）elderly interest groups（2）artistic performances（3）chess and card activities（4）knowledge lectures（5）smart elderly care entertainment services (① online elderly interest groups, ② online elderly classes, ③ smart product experience)（6）other ______（7）none</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Cultural and recreational services you have utilized (multiple choices):</w:t>
            </w:r>
          </w:p>
        </w:tc>
        <w:tc>
          <w:tcPr>
            <w:tcW w:type="dxa" w:w="4420"/>
            <w:vAlign w:val="center"/>
          </w:tcPr>
          <w:p>
            <w:pPr>
              <w:spacing w:before="0" w:after="0" w:line="240" w:lineRule="auto"/>
              <w:jc w:val="left"/>
            </w:pPr>
            <w:r/>
            <w:r>
              <w:rPr>
                <w:rFonts w:ascii="Times New Roman" w:hAnsi="Times New Roman" w:eastAsia="宋体"/>
                <w:b w:val="0"/>
                <w:sz w:val="24"/>
              </w:rPr>
              <w:t>（1）elderly interest groups（2）artistic performances（3）chess and card activities（4）knowledge lectures（5）smart elderly care entertainment services (① online elderly interest groups, ② online elderly classes, ③ smart product experience)（6）other ______（7）none</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Cultural and recreational services you hope the community / institution will provide (multiple choices):</w:t>
            </w:r>
          </w:p>
        </w:tc>
        <w:tc>
          <w:tcPr>
            <w:tcW w:type="dxa" w:w="4420"/>
            <w:vAlign w:val="center"/>
          </w:tcPr>
          <w:p>
            <w:pPr>
              <w:spacing w:before="0" w:after="0" w:line="240" w:lineRule="auto"/>
              <w:jc w:val="left"/>
            </w:pPr>
            <w:r/>
            <w:r>
              <w:rPr>
                <w:rFonts w:ascii="Times New Roman" w:hAnsi="Times New Roman" w:eastAsia="宋体"/>
                <w:b w:val="0"/>
                <w:sz w:val="24"/>
              </w:rPr>
              <w:t>（1）elderly interest groups（2）artistic performances（3）chess and card activities（4）knowledge lectures（5）smart elderly care entertainment services (① online elderly interest groups, ② online elderly classes, ③ smart product experience)（6）other ______（7）none</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Are there many elderly interest organizations (including the Elderly Association) in the community / institution:</w:t>
            </w:r>
          </w:p>
        </w:tc>
        <w:tc>
          <w:tcPr>
            <w:tcW w:type="dxa" w:w="4420"/>
            <w:vAlign w:val="center"/>
          </w:tcPr>
          <w:p>
            <w:pPr>
              <w:spacing w:before="0" w:after="0" w:line="240" w:lineRule="auto"/>
              <w:jc w:val="left"/>
            </w:pPr>
            <w:r/>
            <w:r>
              <w:rPr>
                <w:rFonts w:ascii="Times New Roman" w:hAnsi="Times New Roman" w:eastAsia="宋体"/>
                <w:b w:val="0"/>
                <w:sz w:val="24"/>
              </w:rPr>
              <w:t>（1）very few（2）few（3）average（4）quite many（5）very many</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Does the community / institution carry out many cultural and recreational activities for the elderly:</w:t>
            </w:r>
          </w:p>
        </w:tc>
        <w:tc>
          <w:tcPr>
            <w:tcW w:type="dxa" w:w="4420"/>
            <w:vAlign w:val="center"/>
          </w:tcPr>
          <w:p>
            <w:pPr>
              <w:spacing w:before="0" w:after="0" w:line="240" w:lineRule="auto"/>
              <w:jc w:val="left"/>
            </w:pPr>
            <w:r/>
            <w:r>
              <w:rPr>
                <w:rFonts w:ascii="Times New Roman" w:hAnsi="Times New Roman" w:eastAsia="宋体"/>
                <w:b w:val="0"/>
                <w:sz w:val="24"/>
              </w:rPr>
              <w:t>（1）very few（2）few（3）average（4）quite many（5）very many</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Are you willing to participate in these cultural and recreational activities:</w:t>
            </w:r>
          </w:p>
        </w:tc>
        <w:tc>
          <w:tcPr>
            <w:tcW w:type="dxa" w:w="4420"/>
            <w:vAlign w:val="center"/>
          </w:tcPr>
          <w:p>
            <w:pPr>
              <w:spacing w:before="0" w:after="0" w:line="240" w:lineRule="auto"/>
              <w:jc w:val="left"/>
            </w:pPr>
            <w:r/>
            <w:r>
              <w:rPr>
                <w:rFonts w:ascii="Times New Roman" w:hAnsi="Times New Roman" w:eastAsia="宋体"/>
                <w:b w:val="0"/>
                <w:sz w:val="24"/>
              </w:rPr>
              <w:t>（1）unwilling（2）not very willing（3）indifferent（4）fairly willing（5）very willing</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Do you participate in these cultural and recreational activities often:</w:t>
            </w:r>
          </w:p>
        </w:tc>
        <w:tc>
          <w:tcPr>
            <w:tcW w:type="dxa" w:w="4420"/>
            <w:vAlign w:val="center"/>
          </w:tcPr>
          <w:p>
            <w:pPr>
              <w:spacing w:before="0" w:after="0" w:line="240" w:lineRule="auto"/>
              <w:jc w:val="left"/>
            </w:pPr>
            <w:r/>
            <w:r>
              <w:rPr>
                <w:rFonts w:ascii="Times New Roman" w:hAnsi="Times New Roman" w:eastAsia="宋体"/>
                <w:b w:val="0"/>
                <w:sz w:val="24"/>
              </w:rPr>
              <w:t>（1）very rarely（2）rarely（3）average（4）quite often（5）very often</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Can the cultural and recreational services provided by the community / institution meet your cultural and recreational needs:</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Your satisfaction with the cultural and recreational services provided by the community / institution:</w:t>
            </w:r>
          </w:p>
        </w:tc>
        <w:tc>
          <w:tcPr>
            <w:tcW w:type="dxa" w:w="4420"/>
            <w:vAlign w:val="center"/>
          </w:tcPr>
          <w:p>
            <w:pPr>
              <w:spacing w:before="0" w:after="0" w:line="240" w:lineRule="auto"/>
              <w:jc w:val="left"/>
            </w:pPr>
            <w:r/>
            <w:r>
              <w:rPr>
                <w:rFonts w:ascii="Times New Roman" w:hAnsi="Times New Roman" w:eastAsia="宋体"/>
                <w:b w:val="0"/>
                <w:sz w:val="24"/>
              </w:rPr>
              <w:t>（1）very dissatisfied（2）not very satisfied（3）average（4）fairly 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Your monthly expenditure on cultural and recreational services:</w:t>
            </w:r>
          </w:p>
        </w:tc>
        <w:tc>
          <w:tcPr>
            <w:tcW w:type="dxa" w:w="4420"/>
            <w:vAlign w:val="center"/>
          </w:tcPr>
          <w:p>
            <w:pPr>
              <w:spacing w:before="0" w:after="0" w:line="240" w:lineRule="auto"/>
              <w:jc w:val="left"/>
            </w:pPr>
            <w:r/>
            <w:r>
              <w:rPr>
                <w:rFonts w:ascii="Times New Roman" w:hAnsi="Times New Roman" w:eastAsia="宋体"/>
                <w:b w:val="0"/>
                <w:sz w:val="24"/>
              </w:rPr>
              <w:t>________ yuan/month (enter 0 if there is no charge; if 0, choose option 5 for the next two questions)</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Do you think the charges for cultural and recreational services are reasonable:</w:t>
            </w:r>
          </w:p>
        </w:tc>
        <w:tc>
          <w:tcPr>
            <w:tcW w:type="dxa" w:w="4420"/>
            <w:vAlign w:val="center"/>
          </w:tcPr>
          <w:p>
            <w:pPr>
              <w:spacing w:before="0" w:after="0" w:line="240" w:lineRule="auto"/>
              <w:jc w:val="left"/>
            </w:pPr>
            <w:r/>
            <w:r>
              <w:rPr>
                <w:rFonts w:ascii="Times New Roman" w:hAnsi="Times New Roman" w:eastAsia="宋体"/>
                <w:b w:val="0"/>
                <w:sz w:val="24"/>
              </w:rPr>
              <w:t>（1）very unreasonable（2）not very reasonable（3）average（4）fairly reasonable（5）very reasonable</w:t>
            </w:r>
          </w:p>
        </w:tc>
      </w:tr>
      <w:tr>
        <w:tc>
          <w:tcPr>
            <w:tcW w:type="dxa" w:w="900"/>
            <w:vAlign w:val="center"/>
          </w:tcPr>
          <w:p>
            <w:pPr>
              <w:spacing w:before="0" w:after="0" w:line="240" w:lineRule="auto"/>
              <w:jc w:val="center"/>
            </w:pPr>
            <w:r/>
            <w:r>
              <w:rPr>
                <w:rFonts w:ascii="Times New Roman" w:hAnsi="Times New Roman" w:eastAsia="宋体"/>
                <w:b w:val="0"/>
                <w:sz w:val="24"/>
              </w:rPr>
              <w:t>3.5</w:t>
            </w:r>
          </w:p>
        </w:tc>
        <w:tc>
          <w:tcPr>
            <w:tcW w:type="dxa" w:w="3200"/>
            <w:vAlign w:val="center"/>
          </w:tcPr>
          <w:p>
            <w:pPr>
              <w:spacing w:before="0" w:after="0" w:line="240" w:lineRule="auto"/>
              <w:jc w:val="left"/>
            </w:pPr>
            <w:r/>
            <w:r>
              <w:rPr>
                <w:rFonts w:ascii="Times New Roman" w:hAnsi="Times New Roman" w:eastAsia="宋体"/>
                <w:b w:val="0"/>
                <w:sz w:val="24"/>
              </w:rPr>
              <w:t>Can you afford the corresponding cultural and recreational service fees:</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3.6</w:t>
            </w:r>
          </w:p>
        </w:tc>
        <w:tc>
          <w:tcPr>
            <w:tcW w:type="dxa" w:w="3200"/>
            <w:vAlign w:val="center"/>
          </w:tcPr>
          <w:p>
            <w:pPr>
              <w:spacing w:before="0" w:after="0" w:line="240" w:lineRule="auto"/>
              <w:jc w:val="left"/>
            </w:pPr>
            <w:r/>
            <w:r>
              <w:rPr>
                <w:rFonts w:ascii="Times New Roman" w:hAnsi="Times New Roman" w:eastAsia="宋体"/>
                <w:b w:val="0"/>
                <w:sz w:val="24"/>
              </w:rPr>
              <w:t>Spiritual comfort facilities provided by the community / institution:</w:t>
            </w:r>
          </w:p>
        </w:tc>
        <w:tc>
          <w:tcPr>
            <w:tcW w:type="dxa" w:w="4420"/>
            <w:vAlign w:val="center"/>
          </w:tcPr>
          <w:p>
            <w:pPr>
              <w:spacing w:before="0" w:after="0" w:line="240" w:lineRule="auto"/>
              <w:jc w:val="left"/>
            </w:pPr>
            <w:r/>
            <w:r>
              <w:rPr>
                <w:rFonts w:ascii="Times New Roman" w:hAnsi="Times New Roman" w:eastAsia="宋体"/>
                <w:b w:val="0"/>
                <w:sz w:val="24"/>
              </w:rPr>
              <w:t>（1）psychological counseling room（2）other ___</w:t>
            </w:r>
          </w:p>
        </w:tc>
      </w:tr>
      <w:tr>
        <w:tc>
          <w:tcPr>
            <w:tcW w:type="dxa" w:w="900"/>
            <w:vAlign w:val="center"/>
          </w:tcPr>
          <w:p>
            <w:pPr>
              <w:spacing w:before="0" w:after="0" w:line="240" w:lineRule="auto"/>
              <w:jc w:val="center"/>
            </w:pPr>
            <w:r/>
            <w:r>
              <w:rPr>
                <w:rFonts w:ascii="Times New Roman" w:hAnsi="Times New Roman" w:eastAsia="宋体"/>
                <w:b w:val="0"/>
                <w:sz w:val="24"/>
              </w:rPr>
              <w:t>3.6</w:t>
            </w:r>
          </w:p>
        </w:tc>
        <w:tc>
          <w:tcPr>
            <w:tcW w:type="dxa" w:w="3200"/>
            <w:vAlign w:val="center"/>
          </w:tcPr>
          <w:p>
            <w:pPr>
              <w:spacing w:before="0" w:after="0" w:line="240" w:lineRule="auto"/>
              <w:jc w:val="left"/>
            </w:pPr>
            <w:r/>
            <w:r>
              <w:rPr>
                <w:rFonts w:ascii="Times New Roman" w:hAnsi="Times New Roman" w:eastAsia="宋体"/>
                <w:b w:val="0"/>
                <w:sz w:val="24"/>
              </w:rPr>
              <w:t>Spiritual comfort service content provided by the community / institution (multiple choices, based on the community / institution service item collection form):</w:t>
            </w:r>
          </w:p>
        </w:tc>
        <w:tc>
          <w:tcPr>
            <w:tcW w:type="dxa" w:w="4420"/>
            <w:vAlign w:val="center"/>
          </w:tcPr>
          <w:p>
            <w:pPr>
              <w:spacing w:before="0" w:after="0" w:line="240" w:lineRule="auto"/>
              <w:jc w:val="left"/>
            </w:pPr>
            <w:r/>
            <w:r>
              <w:rPr>
                <w:rFonts w:ascii="Times New Roman" w:hAnsi="Times New Roman" w:eastAsia="宋体"/>
                <w:b w:val="0"/>
                <w:sz w:val="24"/>
              </w:rPr>
              <w:t>（1）psychological counseling and guidance（2）accompanying chats（3）reading books and newspapers（4）regular door-to-door or telephone visits（5）matchmaking services（6）other _____（7）none</w:t>
            </w:r>
          </w:p>
        </w:tc>
      </w:tr>
      <w:tr>
        <w:tc>
          <w:tcPr>
            <w:tcW w:type="dxa" w:w="900"/>
            <w:vAlign w:val="center"/>
          </w:tcPr>
          <w:p>
            <w:pPr>
              <w:spacing w:before="0" w:after="0" w:line="240" w:lineRule="auto"/>
              <w:jc w:val="center"/>
            </w:pPr>
            <w:r/>
            <w:r>
              <w:rPr>
                <w:rFonts w:ascii="Times New Roman" w:hAnsi="Times New Roman" w:eastAsia="宋体"/>
                <w:b w:val="0"/>
                <w:sz w:val="24"/>
              </w:rPr>
              <w:t>3.6</w:t>
            </w:r>
          </w:p>
        </w:tc>
        <w:tc>
          <w:tcPr>
            <w:tcW w:type="dxa" w:w="3200"/>
            <w:vAlign w:val="center"/>
          </w:tcPr>
          <w:p>
            <w:pPr>
              <w:spacing w:before="0" w:after="0" w:line="240" w:lineRule="auto"/>
              <w:jc w:val="left"/>
            </w:pPr>
            <w:r/>
            <w:r>
              <w:rPr>
                <w:rFonts w:ascii="Times New Roman" w:hAnsi="Times New Roman" w:eastAsia="宋体"/>
                <w:b w:val="0"/>
                <w:sz w:val="24"/>
              </w:rPr>
              <w:t>Spiritual comfort services you have utilized (multiple choices):</w:t>
            </w:r>
          </w:p>
        </w:tc>
        <w:tc>
          <w:tcPr>
            <w:tcW w:type="dxa" w:w="4420"/>
            <w:vAlign w:val="center"/>
          </w:tcPr>
          <w:p>
            <w:pPr>
              <w:spacing w:before="0" w:after="0" w:line="240" w:lineRule="auto"/>
              <w:jc w:val="left"/>
            </w:pPr>
            <w:r/>
            <w:r>
              <w:rPr>
                <w:rFonts w:ascii="Times New Roman" w:hAnsi="Times New Roman" w:eastAsia="宋体"/>
                <w:b w:val="0"/>
                <w:sz w:val="24"/>
              </w:rPr>
              <w:t>（1）psychological counseling and guidance（2）accompanying chats（3）reading books and newspapers（4）regular door-to-door or telephone visits（5）matchmaking services（6）other _____（7）none</w:t>
            </w:r>
          </w:p>
        </w:tc>
      </w:tr>
      <w:tr>
        <w:tc>
          <w:tcPr>
            <w:tcW w:type="dxa" w:w="900"/>
            <w:vAlign w:val="center"/>
          </w:tcPr>
          <w:p>
            <w:pPr>
              <w:spacing w:before="0" w:after="0" w:line="240" w:lineRule="auto"/>
              <w:jc w:val="center"/>
            </w:pPr>
            <w:r/>
            <w:r>
              <w:rPr>
                <w:rFonts w:ascii="Times New Roman" w:hAnsi="Times New Roman" w:eastAsia="宋体"/>
                <w:b w:val="0"/>
                <w:sz w:val="24"/>
              </w:rPr>
              <w:t>3.6</w:t>
            </w:r>
          </w:p>
        </w:tc>
        <w:tc>
          <w:tcPr>
            <w:tcW w:type="dxa" w:w="3200"/>
            <w:vAlign w:val="center"/>
          </w:tcPr>
          <w:p>
            <w:pPr>
              <w:spacing w:before="0" w:after="0" w:line="240" w:lineRule="auto"/>
              <w:jc w:val="left"/>
            </w:pPr>
            <w:r/>
            <w:r>
              <w:rPr>
                <w:rFonts w:ascii="Times New Roman" w:hAnsi="Times New Roman" w:eastAsia="宋体"/>
                <w:b w:val="0"/>
                <w:sz w:val="24"/>
              </w:rPr>
              <w:t>Spiritual comfort services you hope the community / institution will provide (multiple choices):</w:t>
            </w:r>
          </w:p>
        </w:tc>
        <w:tc>
          <w:tcPr>
            <w:tcW w:type="dxa" w:w="4420"/>
            <w:vAlign w:val="center"/>
          </w:tcPr>
          <w:p>
            <w:pPr>
              <w:spacing w:before="0" w:after="0" w:line="240" w:lineRule="auto"/>
              <w:jc w:val="left"/>
            </w:pPr>
            <w:r/>
            <w:r>
              <w:rPr>
                <w:rFonts w:ascii="Times New Roman" w:hAnsi="Times New Roman" w:eastAsia="宋体"/>
                <w:b w:val="0"/>
                <w:sz w:val="24"/>
              </w:rPr>
              <w:t>（1）psychological counseling and guidance（2）accompanying chats（3）reading books and newspapers（4）regular door-to-door or telephone visits（5）matchmaking services（6）other _____（7）none</w:t>
            </w:r>
          </w:p>
        </w:tc>
      </w:tr>
      <w:tr>
        <w:tc>
          <w:tcPr>
            <w:tcW w:type="dxa" w:w="900"/>
            <w:vAlign w:val="center"/>
          </w:tcPr>
          <w:p>
            <w:pPr>
              <w:spacing w:before="0" w:after="0" w:line="240" w:lineRule="auto"/>
              <w:jc w:val="center"/>
            </w:pPr>
            <w:r/>
            <w:r>
              <w:rPr>
                <w:rFonts w:ascii="Times New Roman" w:hAnsi="Times New Roman" w:eastAsia="宋体"/>
                <w:b w:val="0"/>
                <w:sz w:val="24"/>
              </w:rPr>
              <w:t>3.6</w:t>
            </w:r>
          </w:p>
        </w:tc>
        <w:tc>
          <w:tcPr>
            <w:tcW w:type="dxa" w:w="3200"/>
            <w:vAlign w:val="center"/>
          </w:tcPr>
          <w:p>
            <w:pPr>
              <w:spacing w:before="0" w:after="0" w:line="240" w:lineRule="auto"/>
              <w:jc w:val="left"/>
            </w:pPr>
            <w:r/>
            <w:r>
              <w:rPr>
                <w:rFonts w:ascii="Times New Roman" w:hAnsi="Times New Roman" w:eastAsia="宋体"/>
                <w:b w:val="0"/>
                <w:sz w:val="24"/>
              </w:rPr>
              <w:t>Are the psychological counseling and guidance services provided by the community / institution effective:</w:t>
            </w:r>
          </w:p>
        </w:tc>
        <w:tc>
          <w:tcPr>
            <w:tcW w:type="dxa" w:w="4420"/>
            <w:vAlign w:val="center"/>
          </w:tcPr>
          <w:p>
            <w:pPr>
              <w:spacing w:before="0" w:after="0" w:line="240" w:lineRule="auto"/>
              <w:jc w:val="left"/>
            </w:pPr>
            <w:r/>
            <w:r>
              <w:rPr>
                <w:rFonts w:ascii="Times New Roman" w:hAnsi="Times New Roman" w:eastAsia="宋体"/>
                <w:b w:val="0"/>
                <w:sz w:val="24"/>
              </w:rPr>
              <w:t>（1）completely ineffective（2）not very effective（3）basically effective（4）fairly effective（5）very effective</w:t>
            </w:r>
          </w:p>
        </w:tc>
      </w:tr>
      <w:tr>
        <w:tc>
          <w:tcPr>
            <w:tcW w:type="dxa" w:w="900"/>
            <w:vAlign w:val="center"/>
          </w:tcPr>
          <w:p>
            <w:pPr>
              <w:spacing w:before="0" w:after="0" w:line="240" w:lineRule="auto"/>
              <w:jc w:val="center"/>
            </w:pPr>
            <w:r/>
            <w:r>
              <w:rPr>
                <w:rFonts w:ascii="Times New Roman" w:hAnsi="Times New Roman" w:eastAsia="宋体"/>
                <w:b w:val="0"/>
                <w:sz w:val="24"/>
              </w:rPr>
              <w:t>3.6</w:t>
            </w:r>
          </w:p>
        </w:tc>
        <w:tc>
          <w:tcPr>
            <w:tcW w:type="dxa" w:w="3200"/>
            <w:vAlign w:val="center"/>
          </w:tcPr>
          <w:p>
            <w:pPr>
              <w:spacing w:before="0" w:after="0" w:line="240" w:lineRule="auto"/>
              <w:jc w:val="left"/>
            </w:pPr>
            <w:r/>
            <w:r>
              <w:rPr>
                <w:rFonts w:ascii="Times New Roman" w:hAnsi="Times New Roman" w:eastAsia="宋体"/>
                <w:b w:val="0"/>
                <w:sz w:val="24"/>
              </w:rPr>
              <w:t>Can the spiritual comfort services provided by the community / institution meet your spiritual comfort needs:</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3.6</w:t>
            </w:r>
          </w:p>
        </w:tc>
        <w:tc>
          <w:tcPr>
            <w:tcW w:type="dxa" w:w="3200"/>
            <w:vAlign w:val="center"/>
          </w:tcPr>
          <w:p>
            <w:pPr>
              <w:spacing w:before="0" w:after="0" w:line="240" w:lineRule="auto"/>
              <w:jc w:val="left"/>
            </w:pPr>
            <w:r/>
            <w:r>
              <w:rPr>
                <w:rFonts w:ascii="Times New Roman" w:hAnsi="Times New Roman" w:eastAsia="宋体"/>
                <w:b w:val="0"/>
                <w:sz w:val="24"/>
              </w:rPr>
              <w:t>Your satisfaction with the spiritual comfort services provided by the community / institution:</w:t>
            </w:r>
          </w:p>
        </w:tc>
        <w:tc>
          <w:tcPr>
            <w:tcW w:type="dxa" w:w="4420"/>
            <w:vAlign w:val="center"/>
          </w:tcPr>
          <w:p>
            <w:pPr>
              <w:spacing w:before="0" w:after="0" w:line="240" w:lineRule="auto"/>
              <w:jc w:val="left"/>
            </w:pPr>
            <w:r/>
            <w:r>
              <w:rPr>
                <w:rFonts w:ascii="Times New Roman" w:hAnsi="Times New Roman" w:eastAsia="宋体"/>
                <w:b w:val="0"/>
                <w:sz w:val="24"/>
              </w:rPr>
              <w:t>（1）very dissatisfied（2）not very satisfied（3）average（4）fairly 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3.6</w:t>
            </w:r>
          </w:p>
        </w:tc>
        <w:tc>
          <w:tcPr>
            <w:tcW w:type="dxa" w:w="3200"/>
            <w:vAlign w:val="center"/>
          </w:tcPr>
          <w:p>
            <w:pPr>
              <w:spacing w:before="0" w:after="0" w:line="240" w:lineRule="auto"/>
              <w:jc w:val="left"/>
            </w:pPr>
            <w:r/>
            <w:r>
              <w:rPr>
                <w:rFonts w:ascii="Times New Roman" w:hAnsi="Times New Roman" w:eastAsia="宋体"/>
                <w:b w:val="0"/>
                <w:sz w:val="24"/>
              </w:rPr>
              <w:t>Your expenditure on spiritual comfort services:</w:t>
            </w:r>
          </w:p>
        </w:tc>
        <w:tc>
          <w:tcPr>
            <w:tcW w:type="dxa" w:w="4420"/>
            <w:vAlign w:val="center"/>
          </w:tcPr>
          <w:p>
            <w:pPr>
              <w:spacing w:before="0" w:after="0" w:line="240" w:lineRule="auto"/>
              <w:jc w:val="left"/>
            </w:pPr>
            <w:r/>
            <w:r>
              <w:rPr>
                <w:rFonts w:ascii="Times New Roman" w:hAnsi="Times New Roman" w:eastAsia="宋体"/>
                <w:b w:val="0"/>
                <w:sz w:val="24"/>
              </w:rPr>
              <w:t>________ yuan/month (enter 0 if there is no charge)</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Facilities for continued contribution in old age provided by the community / institution (multiple choices):</w:t>
            </w:r>
          </w:p>
        </w:tc>
        <w:tc>
          <w:tcPr>
            <w:tcW w:type="dxa" w:w="4420"/>
            <w:vAlign w:val="center"/>
          </w:tcPr>
          <w:p>
            <w:pPr>
              <w:spacing w:before="0" w:after="0" w:line="240" w:lineRule="auto"/>
              <w:jc w:val="left"/>
            </w:pPr>
            <w:r/>
            <w:r>
              <w:rPr>
                <w:rFonts w:ascii="Times New Roman" w:hAnsi="Times New Roman" w:eastAsia="宋体"/>
                <w:b w:val="0"/>
                <w:sz w:val="24"/>
              </w:rPr>
              <w:t>（1）senior university（2）re-employment service institution for the elderly（3）senior tourism service institution（4）other（5）none</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（Community only）Is it convenient to go from your home to the nearest senior university:</w:t>
            </w:r>
          </w:p>
        </w:tc>
        <w:tc>
          <w:tcPr>
            <w:tcW w:type="dxa" w:w="4420"/>
            <w:vAlign w:val="center"/>
          </w:tcPr>
          <w:p>
            <w:pPr>
              <w:spacing w:before="0" w:after="0" w:line="240" w:lineRule="auto"/>
              <w:jc w:val="left"/>
            </w:pPr>
            <w:r/>
            <w:r>
              <w:rPr>
                <w:rFonts w:ascii="Times New Roman" w:hAnsi="Times New Roman" w:eastAsia="宋体"/>
                <w:b w:val="0"/>
                <w:sz w:val="24"/>
              </w:rPr>
              <w:t>（1）very inconvenient（2）not very convenient（3）average（4）fairly convenient（5）very convenient</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（Community only）Are you willing to study at the senior university:</w:t>
            </w:r>
          </w:p>
        </w:tc>
        <w:tc>
          <w:tcPr>
            <w:tcW w:type="dxa" w:w="4420"/>
            <w:vAlign w:val="center"/>
          </w:tcPr>
          <w:p>
            <w:pPr>
              <w:spacing w:before="0" w:after="0" w:line="240" w:lineRule="auto"/>
              <w:jc w:val="left"/>
            </w:pPr>
            <w:r/>
            <w:r>
              <w:rPr>
                <w:rFonts w:ascii="Times New Roman" w:hAnsi="Times New Roman" w:eastAsia="宋体"/>
                <w:b w:val="0"/>
                <w:sz w:val="24"/>
              </w:rPr>
              <w:t>（1）very unwilling（2）not very willing（3）average（4）fairly willing（5）very willing</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（Community only）Can you afford to study at the senior university:</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Service content for continued contribution in old age provided by the community / institution (multiple choices, based on the community / institution service item collection form):</w:t>
            </w:r>
          </w:p>
        </w:tc>
        <w:tc>
          <w:tcPr>
            <w:tcW w:type="dxa" w:w="4420"/>
            <w:vAlign w:val="center"/>
          </w:tcPr>
          <w:p>
            <w:pPr>
              <w:spacing w:before="0" w:after="0" w:line="240" w:lineRule="auto"/>
              <w:jc w:val="left"/>
            </w:pPr>
            <w:r/>
            <w:r>
              <w:rPr>
                <w:rFonts w:ascii="Times New Roman" w:hAnsi="Times New Roman" w:eastAsia="宋体"/>
                <w:b w:val="0"/>
                <w:sz w:val="24"/>
              </w:rPr>
              <w:t>（1）senior learning services（2）senior volunteer services（3）senior sports services（4）senior re-employment services（5）senior tourism services（6）other ______（7）none</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Services for continued contribution in old age you have utilized (multiple choices):</w:t>
            </w:r>
          </w:p>
        </w:tc>
        <w:tc>
          <w:tcPr>
            <w:tcW w:type="dxa" w:w="4420"/>
            <w:vAlign w:val="center"/>
          </w:tcPr>
          <w:p>
            <w:pPr>
              <w:spacing w:before="0" w:after="0" w:line="240" w:lineRule="auto"/>
              <w:jc w:val="left"/>
            </w:pPr>
            <w:r/>
            <w:r>
              <w:rPr>
                <w:rFonts w:ascii="Times New Roman" w:hAnsi="Times New Roman" w:eastAsia="宋体"/>
                <w:b w:val="0"/>
                <w:sz w:val="24"/>
              </w:rPr>
              <w:t>（1）senior learning services（2）senior volunteer services（3）senior sports services（4）senior re-employment services（5）senior tourism services（6）other ______（7）none</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Services for continued contribution in old age you hope the community / institution will provide (multiple choices):</w:t>
            </w:r>
          </w:p>
        </w:tc>
        <w:tc>
          <w:tcPr>
            <w:tcW w:type="dxa" w:w="4420"/>
            <w:vAlign w:val="center"/>
          </w:tcPr>
          <w:p>
            <w:pPr>
              <w:spacing w:before="0" w:after="0" w:line="240" w:lineRule="auto"/>
              <w:jc w:val="left"/>
            </w:pPr>
            <w:r/>
            <w:r>
              <w:rPr>
                <w:rFonts w:ascii="Times New Roman" w:hAnsi="Times New Roman" w:eastAsia="宋体"/>
                <w:b w:val="0"/>
                <w:sz w:val="24"/>
              </w:rPr>
              <w:t>（1）senior learning services（2）senior volunteer services（3）senior sports services（4）senior re-employment services（5）senior tourism services（6）other ______（7）none</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Are you willing to participate in activities that provide help or services to the community and others:</w:t>
            </w:r>
          </w:p>
        </w:tc>
        <w:tc>
          <w:tcPr>
            <w:tcW w:type="dxa" w:w="4420"/>
            <w:vAlign w:val="center"/>
          </w:tcPr>
          <w:p>
            <w:pPr>
              <w:spacing w:before="0" w:after="0" w:line="240" w:lineRule="auto"/>
              <w:jc w:val="left"/>
            </w:pPr>
            <w:r/>
            <w:r>
              <w:rPr>
                <w:rFonts w:ascii="Times New Roman" w:hAnsi="Times New Roman" w:eastAsia="宋体"/>
                <w:b w:val="0"/>
                <w:sz w:val="24"/>
              </w:rPr>
              <w:t>（1）unwilling（2）not very willing（3）indifferent（4）fairly willing（5）very willing</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Do you often participate in activities that provide help or services to the community and others:</w:t>
            </w:r>
          </w:p>
        </w:tc>
        <w:tc>
          <w:tcPr>
            <w:tcW w:type="dxa" w:w="4420"/>
            <w:vAlign w:val="center"/>
          </w:tcPr>
          <w:p>
            <w:pPr>
              <w:spacing w:before="0" w:after="0" w:line="240" w:lineRule="auto"/>
              <w:jc w:val="left"/>
            </w:pPr>
            <w:r/>
            <w:r>
              <w:rPr>
                <w:rFonts w:ascii="Times New Roman" w:hAnsi="Times New Roman" w:eastAsia="宋体"/>
                <w:b w:val="0"/>
                <w:sz w:val="24"/>
              </w:rPr>
              <w:t>（1）very rarely（2）rarely（3）average（4）quite often（5）very often</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Do you think the elderly tourism activities organized by the community / institution are reliable:</w:t>
            </w:r>
          </w:p>
        </w:tc>
        <w:tc>
          <w:tcPr>
            <w:tcW w:type="dxa" w:w="4420"/>
            <w:vAlign w:val="center"/>
          </w:tcPr>
          <w:p>
            <w:pPr>
              <w:spacing w:before="0" w:after="0" w:line="240" w:lineRule="auto"/>
              <w:jc w:val="left"/>
            </w:pPr>
            <w:r/>
            <w:r>
              <w:rPr>
                <w:rFonts w:ascii="Times New Roman" w:hAnsi="Times New Roman" w:eastAsia="宋体"/>
                <w:b w:val="0"/>
                <w:sz w:val="24"/>
              </w:rPr>
              <w:t>（1）very unreliable（2）not very reliable（3）average（4）fairly reliable（5）very reliable</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Can the services provided by the community / institution meet your needs for continued contribution in old age:</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Your satisfaction with the services for continued contribution in old age provided by the community / institution:</w:t>
            </w:r>
          </w:p>
        </w:tc>
        <w:tc>
          <w:tcPr>
            <w:tcW w:type="dxa" w:w="4420"/>
            <w:vAlign w:val="center"/>
          </w:tcPr>
          <w:p>
            <w:pPr>
              <w:spacing w:before="0" w:after="0" w:line="240" w:lineRule="auto"/>
              <w:jc w:val="left"/>
            </w:pPr>
            <w:r/>
            <w:r>
              <w:rPr>
                <w:rFonts w:ascii="Times New Roman" w:hAnsi="Times New Roman" w:eastAsia="宋体"/>
                <w:b w:val="0"/>
                <w:sz w:val="24"/>
              </w:rPr>
              <w:t>（1）very dissatisfied（2）not very satisfied（3）average（4）fairly 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3.7</w:t>
            </w:r>
          </w:p>
        </w:tc>
        <w:tc>
          <w:tcPr>
            <w:tcW w:type="dxa" w:w="3200"/>
            <w:vAlign w:val="center"/>
          </w:tcPr>
          <w:p>
            <w:pPr>
              <w:spacing w:before="0" w:after="0" w:line="240" w:lineRule="auto"/>
              <w:jc w:val="left"/>
            </w:pPr>
            <w:r/>
            <w:r>
              <w:rPr>
                <w:rFonts w:ascii="Times New Roman" w:hAnsi="Times New Roman" w:eastAsia="宋体"/>
                <w:b w:val="0"/>
                <w:sz w:val="24"/>
              </w:rPr>
              <w:t>Your monthly expenditure on services for continued contribution in old age:</w:t>
            </w:r>
          </w:p>
        </w:tc>
        <w:tc>
          <w:tcPr>
            <w:tcW w:type="dxa" w:w="4420"/>
            <w:vAlign w:val="center"/>
          </w:tcPr>
          <w:p>
            <w:pPr>
              <w:spacing w:before="0" w:after="0" w:line="240" w:lineRule="auto"/>
              <w:jc w:val="left"/>
            </w:pPr>
            <w:r/>
            <w:r>
              <w:rPr>
                <w:rFonts w:ascii="Times New Roman" w:hAnsi="Times New Roman" w:eastAsia="宋体"/>
                <w:b w:val="0"/>
                <w:sz w:val="24"/>
              </w:rPr>
              <w:t>________ yuan/month (enter 0 if there is no charge)</w:t>
            </w:r>
          </w:p>
        </w:tc>
      </w:tr>
      <w:tr>
        <w:tc>
          <w:tcPr>
            <w:tcW w:type="dxa" w:w="900"/>
            <w:vAlign w:val="center"/>
          </w:tcPr>
          <w:p>
            <w:pPr>
              <w:spacing w:before="0" w:after="0" w:line="240" w:lineRule="auto"/>
              <w:jc w:val="center"/>
            </w:pPr>
            <w:r/>
            <w:r>
              <w:rPr>
                <w:rFonts w:ascii="Times New Roman" w:hAnsi="Times New Roman" w:eastAsia="宋体"/>
                <w:b w:val="0"/>
                <w:sz w:val="24"/>
              </w:rPr>
              <w:t>3.8</w:t>
            </w:r>
          </w:p>
        </w:tc>
        <w:tc>
          <w:tcPr>
            <w:tcW w:type="dxa" w:w="3200"/>
            <w:vAlign w:val="center"/>
          </w:tcPr>
          <w:p>
            <w:pPr>
              <w:spacing w:before="0" w:after="0" w:line="240" w:lineRule="auto"/>
              <w:jc w:val="left"/>
            </w:pPr>
            <w:r/>
            <w:r>
              <w:rPr>
                <w:rFonts w:ascii="Times New Roman" w:hAnsi="Times New Roman" w:eastAsia="宋体"/>
                <w:b w:val="0"/>
                <w:sz w:val="24"/>
              </w:rPr>
              <w:t>Rights protection service content provided by the community / institution (multiple choices, based on the community / institution service item collection form):</w:t>
            </w:r>
          </w:p>
        </w:tc>
        <w:tc>
          <w:tcPr>
            <w:tcW w:type="dxa" w:w="4420"/>
            <w:vAlign w:val="center"/>
          </w:tcPr>
          <w:p>
            <w:pPr>
              <w:spacing w:before="0" w:after="0" w:line="240" w:lineRule="auto"/>
              <w:jc w:val="left"/>
            </w:pPr>
            <w:r/>
            <w:r>
              <w:rPr>
                <w:rFonts w:ascii="Times New Roman" w:hAnsi="Times New Roman" w:eastAsia="宋体"/>
                <w:b w:val="0"/>
                <w:sz w:val="24"/>
              </w:rPr>
              <w:t>（1）legal publicity（2）legal consultation（3）legal aid（4）rights protection coordination（5）other（6）none</w:t>
            </w:r>
          </w:p>
        </w:tc>
      </w:tr>
      <w:tr>
        <w:tc>
          <w:tcPr>
            <w:tcW w:type="dxa" w:w="900"/>
            <w:vAlign w:val="center"/>
          </w:tcPr>
          <w:p>
            <w:pPr>
              <w:spacing w:before="0" w:after="0" w:line="240" w:lineRule="auto"/>
              <w:jc w:val="center"/>
            </w:pPr>
            <w:r/>
            <w:r>
              <w:rPr>
                <w:rFonts w:ascii="Times New Roman" w:hAnsi="Times New Roman" w:eastAsia="宋体"/>
                <w:b w:val="0"/>
                <w:sz w:val="24"/>
              </w:rPr>
              <w:t>3.8</w:t>
            </w:r>
          </w:p>
        </w:tc>
        <w:tc>
          <w:tcPr>
            <w:tcW w:type="dxa" w:w="3200"/>
            <w:vAlign w:val="center"/>
          </w:tcPr>
          <w:p>
            <w:pPr>
              <w:spacing w:before="0" w:after="0" w:line="240" w:lineRule="auto"/>
              <w:jc w:val="left"/>
            </w:pPr>
            <w:r/>
            <w:r>
              <w:rPr>
                <w:rFonts w:ascii="Times New Roman" w:hAnsi="Times New Roman" w:eastAsia="宋体"/>
                <w:b w:val="0"/>
                <w:sz w:val="24"/>
              </w:rPr>
              <w:t>Rights protection services you have utilized (multiple choices, based on the community / institution service item collection form):</w:t>
            </w:r>
          </w:p>
        </w:tc>
        <w:tc>
          <w:tcPr>
            <w:tcW w:type="dxa" w:w="4420"/>
            <w:vAlign w:val="center"/>
          </w:tcPr>
          <w:p>
            <w:pPr>
              <w:spacing w:before="0" w:after="0" w:line="240" w:lineRule="auto"/>
              <w:jc w:val="left"/>
            </w:pPr>
            <w:r/>
            <w:r>
              <w:rPr>
                <w:rFonts w:ascii="Times New Roman" w:hAnsi="Times New Roman" w:eastAsia="宋体"/>
                <w:b w:val="0"/>
                <w:sz w:val="24"/>
              </w:rPr>
              <w:t>（1）legal publicity（2）legal consultation（3）legal aid（4）rights protection coordination（5）other（6）none（if option 6 is chosen, the remaining questions of 3.8 need not be answered）</w:t>
            </w:r>
          </w:p>
        </w:tc>
      </w:tr>
      <w:tr>
        <w:tc>
          <w:tcPr>
            <w:tcW w:type="dxa" w:w="900"/>
            <w:vAlign w:val="center"/>
          </w:tcPr>
          <w:p>
            <w:pPr>
              <w:spacing w:before="0" w:after="0" w:line="240" w:lineRule="auto"/>
              <w:jc w:val="center"/>
            </w:pPr>
            <w:r/>
            <w:r>
              <w:rPr>
                <w:rFonts w:ascii="Times New Roman" w:hAnsi="Times New Roman" w:eastAsia="宋体"/>
                <w:b w:val="0"/>
                <w:sz w:val="24"/>
              </w:rPr>
              <w:t>3.8</w:t>
            </w:r>
          </w:p>
        </w:tc>
        <w:tc>
          <w:tcPr>
            <w:tcW w:type="dxa" w:w="3200"/>
            <w:vAlign w:val="center"/>
          </w:tcPr>
          <w:p>
            <w:pPr>
              <w:spacing w:before="0" w:after="0" w:line="240" w:lineRule="auto"/>
              <w:jc w:val="left"/>
            </w:pPr>
            <w:r/>
            <w:r>
              <w:rPr>
                <w:rFonts w:ascii="Times New Roman" w:hAnsi="Times New Roman" w:eastAsia="宋体"/>
                <w:b w:val="0"/>
                <w:sz w:val="24"/>
              </w:rPr>
              <w:t>（Community only）Is it convenient to go from your home to the nearest elderly rights protection organization:</w:t>
            </w:r>
          </w:p>
        </w:tc>
        <w:tc>
          <w:tcPr>
            <w:tcW w:type="dxa" w:w="4420"/>
            <w:vAlign w:val="center"/>
          </w:tcPr>
          <w:p>
            <w:pPr>
              <w:spacing w:before="0" w:after="0" w:line="240" w:lineRule="auto"/>
              <w:jc w:val="left"/>
            </w:pPr>
            <w:r/>
            <w:r>
              <w:rPr>
                <w:rFonts w:ascii="Times New Roman" w:hAnsi="Times New Roman" w:eastAsia="宋体"/>
                <w:b w:val="0"/>
                <w:sz w:val="24"/>
              </w:rPr>
              <w:t>（1）very inconvenient（2）not very convenient（3）average（4）fairly convenient（5）very convenient</w:t>
            </w:r>
          </w:p>
        </w:tc>
      </w:tr>
      <w:tr>
        <w:tc>
          <w:tcPr>
            <w:tcW w:type="dxa" w:w="900"/>
            <w:vAlign w:val="center"/>
          </w:tcPr>
          <w:p>
            <w:pPr>
              <w:spacing w:before="0" w:after="0" w:line="240" w:lineRule="auto"/>
              <w:jc w:val="center"/>
            </w:pPr>
            <w:r/>
            <w:r>
              <w:rPr>
                <w:rFonts w:ascii="Times New Roman" w:hAnsi="Times New Roman" w:eastAsia="宋体"/>
                <w:b w:val="0"/>
                <w:sz w:val="24"/>
              </w:rPr>
              <w:t>3.8</w:t>
            </w:r>
          </w:p>
        </w:tc>
        <w:tc>
          <w:tcPr>
            <w:tcW w:type="dxa" w:w="3200"/>
            <w:vAlign w:val="center"/>
          </w:tcPr>
          <w:p>
            <w:pPr>
              <w:spacing w:before="0" w:after="0" w:line="240" w:lineRule="auto"/>
              <w:jc w:val="left"/>
            </w:pPr>
            <w:r/>
            <w:r>
              <w:rPr>
                <w:rFonts w:ascii="Times New Roman" w:hAnsi="Times New Roman" w:eastAsia="宋体"/>
                <w:b w:val="0"/>
                <w:sz w:val="24"/>
              </w:rPr>
              <w:t>Are you willing to accept the rights protection services of the community / institution:</w:t>
            </w:r>
          </w:p>
        </w:tc>
        <w:tc>
          <w:tcPr>
            <w:tcW w:type="dxa" w:w="4420"/>
            <w:vAlign w:val="center"/>
          </w:tcPr>
          <w:p>
            <w:pPr>
              <w:spacing w:before="0" w:after="0" w:line="240" w:lineRule="auto"/>
              <w:jc w:val="left"/>
            </w:pPr>
            <w:r/>
            <w:r>
              <w:rPr>
                <w:rFonts w:ascii="Times New Roman" w:hAnsi="Times New Roman" w:eastAsia="宋体"/>
                <w:b w:val="0"/>
                <w:sz w:val="24"/>
              </w:rPr>
              <w:t>（1）very unwilling（2）not very willing（3）average（4）fairly willing（5）very willing</w:t>
            </w:r>
          </w:p>
        </w:tc>
      </w:tr>
      <w:tr>
        <w:tc>
          <w:tcPr>
            <w:tcW w:type="dxa" w:w="900"/>
            <w:vAlign w:val="center"/>
          </w:tcPr>
          <w:p>
            <w:pPr>
              <w:spacing w:before="0" w:after="0" w:line="240" w:lineRule="auto"/>
              <w:jc w:val="center"/>
            </w:pPr>
            <w:r/>
            <w:r>
              <w:rPr>
                <w:rFonts w:ascii="Times New Roman" w:hAnsi="Times New Roman" w:eastAsia="宋体"/>
                <w:b w:val="0"/>
                <w:sz w:val="24"/>
              </w:rPr>
              <w:t>3.8</w:t>
            </w:r>
          </w:p>
        </w:tc>
        <w:tc>
          <w:tcPr>
            <w:tcW w:type="dxa" w:w="3200"/>
            <w:vAlign w:val="center"/>
          </w:tcPr>
          <w:p>
            <w:pPr>
              <w:spacing w:before="0" w:after="0" w:line="240" w:lineRule="auto"/>
              <w:jc w:val="left"/>
            </w:pPr>
            <w:r/>
            <w:r>
              <w:rPr>
                <w:rFonts w:ascii="Times New Roman" w:hAnsi="Times New Roman" w:eastAsia="宋体"/>
                <w:b w:val="0"/>
                <w:sz w:val="24"/>
              </w:rPr>
              <w:t>Can you afford the elderly rights protection services provided by the community / institution:</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3.8</w:t>
            </w:r>
          </w:p>
        </w:tc>
        <w:tc>
          <w:tcPr>
            <w:tcW w:type="dxa" w:w="3200"/>
            <w:vAlign w:val="center"/>
          </w:tcPr>
          <w:p>
            <w:pPr>
              <w:spacing w:before="0" w:after="0" w:line="240" w:lineRule="auto"/>
              <w:jc w:val="left"/>
            </w:pPr>
            <w:r/>
            <w:r>
              <w:rPr>
                <w:rFonts w:ascii="Times New Roman" w:hAnsi="Times New Roman" w:eastAsia="宋体"/>
                <w:b w:val="0"/>
                <w:sz w:val="24"/>
              </w:rPr>
              <w:t>Your satisfaction with the rights protection services provided by the community / institution:</w:t>
            </w:r>
          </w:p>
        </w:tc>
        <w:tc>
          <w:tcPr>
            <w:tcW w:type="dxa" w:w="4420"/>
            <w:vAlign w:val="center"/>
          </w:tcPr>
          <w:p>
            <w:pPr>
              <w:spacing w:before="0" w:after="0" w:line="240" w:lineRule="auto"/>
              <w:jc w:val="left"/>
            </w:pPr>
            <w:r/>
            <w:r>
              <w:rPr>
                <w:rFonts w:ascii="Times New Roman" w:hAnsi="Times New Roman" w:eastAsia="宋体"/>
                <w:b w:val="0"/>
                <w:sz w:val="24"/>
              </w:rPr>
              <w:t>（1）very dissatisfied（2）not very satisfied（3）average（4）fairly 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3.9</w:t>
            </w:r>
          </w:p>
        </w:tc>
        <w:tc>
          <w:tcPr>
            <w:tcW w:type="dxa" w:w="3200"/>
            <w:vAlign w:val="center"/>
          </w:tcPr>
          <w:p>
            <w:pPr>
              <w:spacing w:before="0" w:after="0" w:line="240" w:lineRule="auto"/>
              <w:jc w:val="left"/>
            </w:pPr>
            <w:r/>
            <w:r>
              <w:rPr>
                <w:rFonts w:ascii="Times New Roman" w:hAnsi="Times New Roman" w:eastAsia="宋体"/>
                <w:b w:val="0"/>
                <w:sz w:val="24"/>
              </w:rPr>
              <w:t>Overall, do you think the elderly care services provided by the community / institution are comprehensive:</w:t>
            </w:r>
          </w:p>
        </w:tc>
        <w:tc>
          <w:tcPr>
            <w:tcW w:type="dxa" w:w="4420"/>
            <w:vAlign w:val="center"/>
          </w:tcPr>
          <w:p>
            <w:pPr>
              <w:spacing w:before="0" w:after="0" w:line="240" w:lineRule="auto"/>
              <w:jc w:val="left"/>
            </w:pPr>
            <w:r/>
            <w:r>
              <w:rPr>
                <w:rFonts w:ascii="Times New Roman" w:hAnsi="Times New Roman" w:eastAsia="宋体"/>
                <w:b w:val="0"/>
                <w:sz w:val="24"/>
              </w:rPr>
              <w:t>（1）very incomplete（2）not very complete（3）average（4）fairly complete（5）very complete</w:t>
            </w:r>
          </w:p>
        </w:tc>
      </w:tr>
      <w:tr>
        <w:tc>
          <w:tcPr>
            <w:tcW w:type="dxa" w:w="900"/>
            <w:vAlign w:val="center"/>
          </w:tcPr>
          <w:p>
            <w:pPr>
              <w:spacing w:before="0" w:after="0" w:line="240" w:lineRule="auto"/>
              <w:jc w:val="center"/>
            </w:pPr>
            <w:r/>
            <w:r>
              <w:rPr>
                <w:rFonts w:ascii="Times New Roman" w:hAnsi="Times New Roman" w:eastAsia="宋体"/>
                <w:b w:val="0"/>
                <w:sz w:val="24"/>
              </w:rPr>
              <w:t>3.10</w:t>
            </w:r>
          </w:p>
        </w:tc>
        <w:tc>
          <w:tcPr>
            <w:tcW w:type="dxa" w:w="3200"/>
            <w:vAlign w:val="center"/>
          </w:tcPr>
          <w:p>
            <w:pPr>
              <w:spacing w:before="0" w:after="0" w:line="240" w:lineRule="auto"/>
              <w:jc w:val="left"/>
            </w:pPr>
            <w:r/>
            <w:r>
              <w:rPr>
                <w:rFonts w:ascii="Times New Roman" w:hAnsi="Times New Roman" w:eastAsia="宋体"/>
                <w:b w:val="0"/>
                <w:sz w:val="24"/>
              </w:rPr>
              <w:t>Do you think the elderly care services provided by the community / institution are standardized:</w:t>
            </w:r>
          </w:p>
        </w:tc>
        <w:tc>
          <w:tcPr>
            <w:tcW w:type="dxa" w:w="4420"/>
            <w:vAlign w:val="center"/>
          </w:tcPr>
          <w:p>
            <w:pPr>
              <w:spacing w:before="0" w:after="0" w:line="240" w:lineRule="auto"/>
              <w:jc w:val="left"/>
            </w:pPr>
            <w:r/>
            <w:r>
              <w:rPr>
                <w:rFonts w:ascii="Times New Roman" w:hAnsi="Times New Roman" w:eastAsia="宋体"/>
                <w:b w:val="0"/>
                <w:sz w:val="24"/>
              </w:rPr>
              <w:t>（1）very non-standard（2）not very standardized（3）average（4）fairly standardized（5）very standardized</w:t>
            </w:r>
          </w:p>
        </w:tc>
      </w:tr>
      <w:tr>
        <w:tc>
          <w:tcPr>
            <w:tcW w:type="dxa" w:w="900"/>
            <w:vAlign w:val="center"/>
          </w:tcPr>
          <w:p>
            <w:pPr>
              <w:spacing w:before="0" w:after="0" w:line="240" w:lineRule="auto"/>
              <w:jc w:val="center"/>
            </w:pPr>
            <w:r/>
            <w:r>
              <w:rPr>
                <w:rFonts w:ascii="Times New Roman" w:hAnsi="Times New Roman" w:eastAsia="宋体"/>
                <w:b w:val="0"/>
                <w:sz w:val="24"/>
              </w:rPr>
              <w:t>3.11</w:t>
            </w:r>
          </w:p>
        </w:tc>
        <w:tc>
          <w:tcPr>
            <w:tcW w:type="dxa" w:w="3200"/>
            <w:vAlign w:val="center"/>
          </w:tcPr>
          <w:p>
            <w:pPr>
              <w:spacing w:before="0" w:after="0" w:line="240" w:lineRule="auto"/>
              <w:jc w:val="left"/>
            </w:pPr>
            <w:r/>
            <w:r>
              <w:rPr>
                <w:rFonts w:ascii="Times New Roman" w:hAnsi="Times New Roman" w:eastAsia="宋体"/>
                <w:b w:val="0"/>
                <w:sz w:val="24"/>
              </w:rPr>
              <w:t>Do you think the elderly care services provided by the community / institution are consistent with their publicity:</w:t>
            </w:r>
          </w:p>
        </w:tc>
        <w:tc>
          <w:tcPr>
            <w:tcW w:type="dxa" w:w="4420"/>
            <w:vAlign w:val="center"/>
          </w:tcPr>
          <w:p>
            <w:pPr>
              <w:spacing w:before="0" w:after="0" w:line="240" w:lineRule="auto"/>
              <w:jc w:val="left"/>
            </w:pPr>
            <w:r/>
            <w:r>
              <w:rPr>
                <w:rFonts w:ascii="Times New Roman" w:hAnsi="Times New Roman" w:eastAsia="宋体"/>
                <w:b w:val="0"/>
                <w:sz w:val="24"/>
              </w:rPr>
              <w:t>（1）very inconsistent（2）not very consistent（3）average（4）fairly consistent（5）very consistent</w:t>
            </w:r>
          </w:p>
        </w:tc>
      </w:tr>
      <w:tr>
        <w:tc>
          <w:tcPr>
            <w:tcW w:type="dxa" w:w="900"/>
            <w:vAlign w:val="center"/>
          </w:tcPr>
          <w:p>
            <w:pPr>
              <w:spacing w:before="0" w:after="0" w:line="240" w:lineRule="auto"/>
              <w:jc w:val="center"/>
            </w:pPr>
            <w:r/>
            <w:r>
              <w:rPr>
                <w:rFonts w:ascii="Times New Roman" w:hAnsi="Times New Roman" w:eastAsia="宋体"/>
                <w:b w:val="0"/>
                <w:sz w:val="24"/>
              </w:rPr>
              <w:t>3.12</w:t>
            </w:r>
          </w:p>
        </w:tc>
        <w:tc>
          <w:tcPr>
            <w:tcW w:type="dxa" w:w="3200"/>
            <w:vAlign w:val="center"/>
          </w:tcPr>
          <w:p>
            <w:pPr>
              <w:spacing w:before="0" w:after="0" w:line="240" w:lineRule="auto"/>
              <w:jc w:val="left"/>
            </w:pPr>
            <w:r/>
            <w:r>
              <w:rPr>
                <w:rFonts w:ascii="Times New Roman" w:hAnsi="Times New Roman" w:eastAsia="宋体"/>
                <w:b w:val="0"/>
                <w:sz w:val="24"/>
              </w:rPr>
              <w:t>Can the elderly care services provided by the community / institution solve the various problems you currently face in life:</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3.13</w:t>
            </w:r>
          </w:p>
        </w:tc>
        <w:tc>
          <w:tcPr>
            <w:tcW w:type="dxa" w:w="3200"/>
            <w:vAlign w:val="center"/>
          </w:tcPr>
          <w:p>
            <w:pPr>
              <w:spacing w:before="0" w:after="0" w:line="240" w:lineRule="auto"/>
              <w:jc w:val="left"/>
            </w:pPr>
            <w:r/>
            <w:r>
              <w:rPr>
                <w:rFonts w:ascii="Times New Roman" w:hAnsi="Times New Roman" w:eastAsia="宋体"/>
                <w:b w:val="0"/>
                <w:sz w:val="24"/>
              </w:rPr>
              <w:t>Can the elderly care services provided by the community / institution meet some of your individualized needs:</w:t>
            </w:r>
          </w:p>
        </w:tc>
        <w:tc>
          <w:tcPr>
            <w:tcW w:type="dxa" w:w="44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900"/>
            <w:vAlign w:val="center"/>
          </w:tcPr>
          <w:p>
            <w:pPr>
              <w:spacing w:before="0" w:after="0" w:line="240" w:lineRule="auto"/>
              <w:jc w:val="center"/>
            </w:pPr>
            <w:r/>
            <w:r>
              <w:rPr>
                <w:rFonts w:ascii="Times New Roman" w:hAnsi="Times New Roman" w:eastAsia="宋体"/>
                <w:b w:val="0"/>
                <w:sz w:val="24"/>
              </w:rPr>
              <w:t>3.14</w:t>
            </w:r>
          </w:p>
        </w:tc>
        <w:tc>
          <w:tcPr>
            <w:tcW w:type="dxa" w:w="3200"/>
            <w:vAlign w:val="center"/>
          </w:tcPr>
          <w:p>
            <w:pPr>
              <w:spacing w:before="0" w:after="0" w:line="240" w:lineRule="auto"/>
              <w:jc w:val="left"/>
            </w:pPr>
            <w:r/>
            <w:r>
              <w:rPr>
                <w:rFonts w:ascii="Times New Roman" w:hAnsi="Times New Roman" w:eastAsia="宋体"/>
                <w:b w:val="0"/>
                <w:sz w:val="24"/>
              </w:rPr>
              <w:t>（Community only）Are you willing to use the elderly care services provided by the community:</w:t>
            </w:r>
          </w:p>
        </w:tc>
        <w:tc>
          <w:tcPr>
            <w:tcW w:type="dxa" w:w="4420"/>
            <w:vAlign w:val="center"/>
          </w:tcPr>
          <w:p>
            <w:pPr>
              <w:spacing w:before="0" w:after="0" w:line="240" w:lineRule="auto"/>
              <w:jc w:val="left"/>
            </w:pPr>
            <w:r/>
            <w:r>
              <w:rPr>
                <w:rFonts w:ascii="Times New Roman" w:hAnsi="Times New Roman" w:eastAsia="宋体"/>
                <w:b w:val="0"/>
                <w:sz w:val="24"/>
              </w:rPr>
              <w:t>（1）unwilling（2）not very willing（3）indifferent（4）fairly willing（5）very willing</w:t>
            </w:r>
          </w:p>
        </w:tc>
      </w:tr>
      <w:tr>
        <w:tc>
          <w:tcPr>
            <w:tcW w:type="dxa" w:w="900"/>
            <w:vAlign w:val="center"/>
          </w:tcPr>
          <w:p>
            <w:pPr>
              <w:spacing w:before="0" w:after="0" w:line="240" w:lineRule="auto"/>
              <w:jc w:val="center"/>
            </w:pPr>
            <w:r/>
            <w:r>
              <w:rPr>
                <w:rFonts w:ascii="Times New Roman" w:hAnsi="Times New Roman" w:eastAsia="宋体"/>
                <w:b w:val="0"/>
                <w:sz w:val="24"/>
              </w:rPr>
              <w:t>3.15</w:t>
            </w:r>
          </w:p>
        </w:tc>
        <w:tc>
          <w:tcPr>
            <w:tcW w:type="dxa" w:w="3200"/>
            <w:vAlign w:val="center"/>
          </w:tcPr>
          <w:p>
            <w:pPr>
              <w:spacing w:before="0" w:after="0" w:line="240" w:lineRule="auto"/>
              <w:jc w:val="left"/>
            </w:pPr>
            <w:r/>
            <w:r>
              <w:rPr>
                <w:rFonts w:ascii="Times New Roman" w:hAnsi="Times New Roman" w:eastAsia="宋体"/>
                <w:b w:val="0"/>
                <w:sz w:val="24"/>
              </w:rPr>
              <w:t>（Community only）Do you often use the elderly care services provided by the community:</w:t>
            </w:r>
          </w:p>
        </w:tc>
        <w:tc>
          <w:tcPr>
            <w:tcW w:type="dxa" w:w="4420"/>
            <w:vAlign w:val="center"/>
          </w:tcPr>
          <w:p>
            <w:pPr>
              <w:spacing w:before="0" w:after="0" w:line="240" w:lineRule="auto"/>
              <w:jc w:val="left"/>
            </w:pPr>
            <w:r/>
            <w:r>
              <w:rPr>
                <w:rFonts w:ascii="Times New Roman" w:hAnsi="Times New Roman" w:eastAsia="宋体"/>
                <w:b w:val="0"/>
                <w:sz w:val="24"/>
              </w:rPr>
              <w:t>（1）never（2）no（3）occasionally（4）yes（5）often</w:t>
            </w:r>
          </w:p>
        </w:tc>
      </w:tr>
      <w:tr>
        <w:tc>
          <w:tcPr>
            <w:tcW w:type="dxa" w:w="900"/>
            <w:vAlign w:val="center"/>
          </w:tcPr>
          <w:p>
            <w:pPr>
              <w:spacing w:before="0" w:after="0" w:line="240" w:lineRule="auto"/>
              <w:jc w:val="center"/>
            </w:pPr>
            <w:r/>
            <w:r>
              <w:rPr>
                <w:rFonts w:ascii="Times New Roman" w:hAnsi="Times New Roman" w:eastAsia="宋体"/>
                <w:b w:val="0"/>
                <w:sz w:val="24"/>
              </w:rPr>
              <w:t>3.16</w:t>
            </w:r>
          </w:p>
        </w:tc>
        <w:tc>
          <w:tcPr>
            <w:tcW w:type="dxa" w:w="3200"/>
            <w:vAlign w:val="center"/>
          </w:tcPr>
          <w:p>
            <w:pPr>
              <w:spacing w:before="0" w:after="0" w:line="240" w:lineRule="auto"/>
              <w:jc w:val="left"/>
            </w:pPr>
            <w:r/>
            <w:r>
              <w:rPr>
                <w:rFonts w:ascii="Times New Roman" w:hAnsi="Times New Roman" w:eastAsia="宋体"/>
                <w:b w:val="0"/>
                <w:sz w:val="24"/>
              </w:rPr>
              <w:t>（Community only）Do you recommend the elderly care service programs you have enjoyed to other elderly people:</w:t>
            </w:r>
          </w:p>
        </w:tc>
        <w:tc>
          <w:tcPr>
            <w:tcW w:type="dxa" w:w="4420"/>
            <w:vAlign w:val="center"/>
          </w:tcPr>
          <w:p>
            <w:pPr>
              <w:spacing w:before="0" w:after="0" w:line="240" w:lineRule="auto"/>
              <w:jc w:val="left"/>
            </w:pPr>
            <w:r/>
            <w:r>
              <w:rPr>
                <w:rFonts w:ascii="Times New Roman" w:hAnsi="Times New Roman" w:eastAsia="宋体"/>
                <w:b w:val="0"/>
                <w:sz w:val="24"/>
              </w:rPr>
              <w:t>（1）never（2）rarely（3）occasionally（4）yes, have recommended（5）often recommend</w:t>
            </w:r>
          </w:p>
        </w:tc>
      </w:tr>
      <w:tr>
        <w:tc>
          <w:tcPr>
            <w:tcW w:type="dxa" w:w="900"/>
            <w:vAlign w:val="center"/>
          </w:tcPr>
          <w:p>
            <w:pPr>
              <w:spacing w:before="0" w:after="0" w:line="240" w:lineRule="auto"/>
              <w:jc w:val="center"/>
            </w:pPr>
            <w:r/>
            <w:r>
              <w:rPr>
                <w:rFonts w:ascii="Times New Roman" w:hAnsi="Times New Roman" w:eastAsia="宋体"/>
                <w:b w:val="0"/>
                <w:sz w:val="24"/>
              </w:rPr>
              <w:t>3.17</w:t>
            </w:r>
          </w:p>
        </w:tc>
        <w:tc>
          <w:tcPr>
            <w:tcW w:type="dxa" w:w="3200"/>
            <w:vAlign w:val="center"/>
          </w:tcPr>
          <w:p>
            <w:pPr>
              <w:spacing w:before="0" w:after="0" w:line="240" w:lineRule="auto"/>
              <w:jc w:val="left"/>
            </w:pPr>
            <w:r/>
            <w:r>
              <w:rPr>
                <w:rFonts w:ascii="Times New Roman" w:hAnsi="Times New Roman" w:eastAsia="宋体"/>
                <w:b w:val="0"/>
                <w:sz w:val="24"/>
              </w:rPr>
              <w:t>Which aspect of the elderly care services provided by the community / institution do you value most (multiple choices):</w:t>
            </w:r>
          </w:p>
        </w:tc>
        <w:tc>
          <w:tcPr>
            <w:tcW w:type="dxa" w:w="4420"/>
            <w:vAlign w:val="center"/>
          </w:tcPr>
          <w:p>
            <w:pPr>
              <w:spacing w:before="0" w:after="0" w:line="240" w:lineRule="auto"/>
              <w:jc w:val="left"/>
            </w:pPr>
            <w:r/>
            <w:r>
              <w:rPr>
                <w:rFonts w:ascii="Times New Roman" w:hAnsi="Times New Roman" w:eastAsia="宋体"/>
                <w:b w:val="0"/>
                <w:sz w:val="24"/>
              </w:rPr>
              <w:t>（1）service quality（2）service cost（3）service types（4）service methods（5）other ______</w:t>
            </w:r>
          </w:p>
        </w:tc>
      </w:tr>
      <w:tr>
        <w:tc>
          <w:tcPr>
            <w:tcW w:type="dxa" w:w="900"/>
            <w:vAlign w:val="center"/>
          </w:tcPr>
          <w:p>
            <w:pPr>
              <w:spacing w:before="0" w:after="0" w:line="240" w:lineRule="auto"/>
              <w:jc w:val="center"/>
            </w:pPr>
            <w:r/>
            <w:r>
              <w:rPr>
                <w:rFonts w:ascii="Times New Roman" w:hAnsi="Times New Roman" w:eastAsia="宋体"/>
                <w:b w:val="0"/>
                <w:sz w:val="24"/>
              </w:rPr>
              <w:t>3.18</w:t>
            </w:r>
          </w:p>
        </w:tc>
        <w:tc>
          <w:tcPr>
            <w:tcW w:type="dxa" w:w="3200"/>
            <w:vAlign w:val="center"/>
          </w:tcPr>
          <w:p>
            <w:pPr>
              <w:spacing w:before="0" w:after="0" w:line="240" w:lineRule="auto"/>
              <w:jc w:val="left"/>
            </w:pPr>
            <w:r/>
            <w:r>
              <w:rPr>
                <w:rFonts w:ascii="Times New Roman" w:hAnsi="Times New Roman" w:eastAsia="宋体"/>
                <w:b w:val="0"/>
                <w:sz w:val="24"/>
              </w:rPr>
              <w:t>What aspects of the existing community / institution elderly care services would you like to see improved (multiple choices):</w:t>
            </w:r>
          </w:p>
        </w:tc>
        <w:tc>
          <w:tcPr>
            <w:tcW w:type="dxa" w:w="4420"/>
            <w:vAlign w:val="center"/>
          </w:tcPr>
          <w:p>
            <w:pPr>
              <w:spacing w:before="0" w:after="0" w:line="240" w:lineRule="auto"/>
              <w:jc w:val="left"/>
            </w:pPr>
            <w:r/>
            <w:r>
              <w:rPr>
                <w:rFonts w:ascii="Times New Roman" w:hAnsi="Times New Roman" w:eastAsia="宋体"/>
                <w:b w:val="0"/>
                <w:sz w:val="24"/>
              </w:rPr>
              <w:t>（1）improve the quality of service personnel（2）improve basic hardware facilities（3）provide policy and legal consultation（4）increase service types（5）extend care and nursing time（6）other ____</w:t>
            </w:r>
          </w:p>
        </w:tc>
      </w:tr>
      <w:tr>
        <w:tc>
          <w:tcPr>
            <w:tcW w:type="dxa" w:w="900"/>
            <w:vAlign w:val="center"/>
          </w:tcPr>
          <w:p>
            <w:pPr>
              <w:spacing w:before="0" w:after="0" w:line="240" w:lineRule="auto"/>
              <w:jc w:val="center"/>
            </w:pPr>
            <w:r/>
            <w:r>
              <w:rPr>
                <w:rFonts w:ascii="Times New Roman" w:hAnsi="Times New Roman" w:eastAsia="宋体"/>
                <w:b w:val="0"/>
                <w:sz w:val="24"/>
              </w:rPr>
              <w:t>3.19</w:t>
            </w:r>
          </w:p>
        </w:tc>
        <w:tc>
          <w:tcPr>
            <w:tcW w:type="dxa" w:w="3200"/>
            <w:vAlign w:val="center"/>
          </w:tcPr>
          <w:p>
            <w:pPr>
              <w:spacing w:before="0" w:after="0" w:line="240" w:lineRule="auto"/>
              <w:jc w:val="left"/>
            </w:pPr>
            <w:r/>
            <w:r>
              <w:rPr>
                <w:rFonts w:ascii="Times New Roman" w:hAnsi="Times New Roman" w:eastAsia="宋体"/>
                <w:b w:val="0"/>
                <w:sz w:val="24"/>
              </w:rPr>
              <w:t>Your overall satisfaction with the elderly care services provided by the community / institution:</w:t>
            </w:r>
          </w:p>
        </w:tc>
        <w:tc>
          <w:tcPr>
            <w:tcW w:type="dxa" w:w="4420"/>
            <w:vAlign w:val="center"/>
          </w:tcPr>
          <w:p>
            <w:pPr>
              <w:spacing w:before="0" w:after="0" w:line="240" w:lineRule="auto"/>
              <w:jc w:val="left"/>
            </w:pPr>
            <w:r/>
            <w:r>
              <w:rPr>
                <w:rFonts w:ascii="Times New Roman" w:hAnsi="Times New Roman" w:eastAsia="宋体"/>
                <w:b w:val="0"/>
                <w:sz w:val="24"/>
              </w:rPr>
              <w:t>（1）very dissatisfied（2）not very satisfied（3）average（4）fairly satisfied（5）very satisfied</w:t>
            </w:r>
          </w:p>
        </w:tc>
      </w:tr>
    </w:tbl>
    <w:p>
      <w:pPr>
        <w:spacing w:before="120" w:after="80"/>
        <w:jc w:val="center"/>
      </w:pPr>
      <w:r>
        <w:rPr>
          <w:rFonts w:ascii="Times New Roman" w:hAnsi="Times New Roman" w:eastAsia="宋体"/>
          <w:b/>
          <w:sz w:val="28"/>
        </w:rPr>
        <w:t>4. Evaluation of elderly care services</w:t>
      </w:r>
    </w:p>
    <w:tbl>
      <w:tblPr>
        <w:tblStyle w:val="TableGrid"/>
        <w:tblW w:type="dxa" w:w="8520"/>
        <w:jc w:val="center"/>
        <w:tblLook w:firstColumn="1" w:firstRow="1" w:lastColumn="0" w:lastRow="0" w:noHBand="0" w:noVBand="1" w:val="04A0"/>
        <w:tblLayout w:type="fixed"/>
      </w:tblPr>
      <w:tblGrid>
        <w:gridCol w:w="700"/>
        <w:gridCol w:w="1200"/>
        <w:gridCol w:w="3100"/>
        <w:gridCol w:w="3520"/>
      </w:tblGrid>
      <w:tr>
        <w:tc>
          <w:tcPr>
            <w:tcW w:type="dxa" w:w="700"/>
            <w:vAlign w:val="center"/>
          </w:tcPr>
          <w:p>
            <w:pPr>
              <w:spacing w:before="0" w:after="0" w:line="240" w:lineRule="auto"/>
              <w:jc w:val="center"/>
            </w:pPr>
            <w:r/>
            <w:r>
              <w:rPr>
                <w:rFonts w:ascii="Times New Roman" w:hAnsi="Times New Roman" w:eastAsia="宋体"/>
                <w:b/>
                <w:sz w:val="24"/>
              </w:rPr>
              <w:t>No.</w:t>
            </w:r>
          </w:p>
        </w:tc>
        <w:tc>
          <w:tcPr>
            <w:tcW w:type="dxa" w:w="1200"/>
            <w:vAlign w:val="center"/>
          </w:tcPr>
          <w:p>
            <w:pPr>
              <w:spacing w:before="0" w:after="0" w:line="240" w:lineRule="auto"/>
              <w:jc w:val="center"/>
            </w:pPr>
            <w:r/>
            <w:r>
              <w:rPr>
                <w:rFonts w:ascii="Times New Roman" w:hAnsi="Times New Roman" w:eastAsia="宋体"/>
                <w:b/>
                <w:sz w:val="24"/>
              </w:rPr>
              <w:t>Category</w:t>
            </w:r>
          </w:p>
        </w:tc>
        <w:tc>
          <w:tcPr>
            <w:tcW w:type="dxa" w:w="3100"/>
            <w:vAlign w:val="center"/>
          </w:tcPr>
          <w:p>
            <w:pPr>
              <w:spacing w:before="0" w:after="0" w:line="240" w:lineRule="auto"/>
              <w:jc w:val="center"/>
            </w:pPr>
            <w:r/>
            <w:r>
              <w:rPr>
                <w:rFonts w:ascii="Times New Roman" w:hAnsi="Times New Roman" w:eastAsia="宋体"/>
                <w:b/>
                <w:sz w:val="24"/>
              </w:rPr>
              <w:t>Question</w:t>
            </w:r>
          </w:p>
        </w:tc>
        <w:tc>
          <w:tcPr>
            <w:tcW w:type="dxa" w:w="3520"/>
            <w:vAlign w:val="center"/>
          </w:tcPr>
          <w:p>
            <w:pPr>
              <w:spacing w:before="0" w:after="0" w:line="240" w:lineRule="auto"/>
              <w:jc w:val="center"/>
            </w:pPr>
            <w:r/>
            <w:r>
              <w:rPr>
                <w:rFonts w:ascii="Times New Roman" w:hAnsi="Times New Roman" w:eastAsia="宋体"/>
                <w:b/>
                <w:sz w:val="24"/>
              </w:rPr>
              <w:t>Option</w:t>
            </w:r>
          </w:p>
        </w:tc>
      </w:tr>
      <w:tr>
        <w:tc>
          <w:tcPr>
            <w:tcW w:type="dxa" w:w="700"/>
            <w:vAlign w:val="center"/>
          </w:tcPr>
          <w:p>
            <w:pPr>
              <w:spacing w:before="0" w:after="0" w:line="240" w:lineRule="auto"/>
              <w:jc w:val="center"/>
            </w:pPr>
            <w:r/>
            <w:r>
              <w:rPr>
                <w:rFonts w:ascii="Times New Roman" w:hAnsi="Times New Roman" w:eastAsia="宋体"/>
                <w:b w:val="0"/>
                <w:sz w:val="24"/>
              </w:rPr>
              <w:t>4.1</w:t>
            </w:r>
          </w:p>
        </w:tc>
        <w:tc>
          <w:tcPr>
            <w:tcW w:type="dxa" w:w="1200"/>
            <w:vAlign w:val="center"/>
          </w:tcPr>
          <w:p>
            <w:pPr>
              <w:spacing w:before="0" w:after="0" w:line="240" w:lineRule="auto"/>
              <w:jc w:val="center"/>
            </w:pPr>
            <w:r/>
            <w:r>
              <w:rPr>
                <w:rFonts w:ascii="Times New Roman" w:hAnsi="Times New Roman" w:eastAsia="宋体"/>
                <w:b w:val="0"/>
                <w:sz w:val="24"/>
              </w:rPr>
            </w:r>
          </w:p>
        </w:tc>
        <w:tc>
          <w:tcPr>
            <w:tcW w:type="dxa" w:w="3100"/>
            <w:vAlign w:val="center"/>
          </w:tcPr>
          <w:p>
            <w:pPr>
              <w:spacing w:before="0" w:after="0" w:line="240" w:lineRule="auto"/>
              <w:jc w:val="left"/>
            </w:pPr>
            <w:r/>
            <w:r>
              <w:rPr>
                <w:rFonts w:ascii="Times New Roman" w:hAnsi="Times New Roman" w:eastAsia="宋体"/>
                <w:b w:val="0"/>
                <w:sz w:val="24"/>
              </w:rPr>
              <w:t>Does the community / institution often publicize policies and regulations related to elderly care services to the elderly:</w:t>
            </w:r>
          </w:p>
        </w:tc>
        <w:tc>
          <w:tcPr>
            <w:tcW w:type="dxa" w:w="3520"/>
            <w:vAlign w:val="center"/>
          </w:tcPr>
          <w:p>
            <w:pPr>
              <w:spacing w:before="0" w:after="0" w:line="240" w:lineRule="auto"/>
              <w:jc w:val="left"/>
            </w:pPr>
            <w:r/>
            <w:r>
              <w:rPr>
                <w:rFonts w:ascii="Times New Roman" w:hAnsi="Times New Roman" w:eastAsia="宋体"/>
                <w:b w:val="0"/>
                <w:sz w:val="24"/>
              </w:rPr>
              <w:t>（1）never（2）no（3）occasionally（4）yes（5）often</w:t>
            </w:r>
          </w:p>
        </w:tc>
      </w:tr>
      <w:tr>
        <w:tc>
          <w:tcPr>
            <w:tcW w:type="dxa" w:w="700"/>
            <w:vAlign w:val="center"/>
          </w:tcPr>
          <w:p>
            <w:pPr>
              <w:spacing w:before="0" w:after="0" w:line="240" w:lineRule="auto"/>
              <w:jc w:val="center"/>
            </w:pPr>
            <w:r/>
            <w:r>
              <w:rPr>
                <w:rFonts w:ascii="Times New Roman" w:hAnsi="Times New Roman" w:eastAsia="宋体"/>
                <w:b w:val="0"/>
                <w:sz w:val="24"/>
              </w:rPr>
              <w:t>4.2</w:t>
            </w:r>
          </w:p>
        </w:tc>
        <w:tc>
          <w:tcPr>
            <w:tcW w:type="dxa" w:w="1200"/>
            <w:vAlign w:val="center"/>
          </w:tcPr>
          <w:p>
            <w:pPr>
              <w:spacing w:before="0" w:after="0" w:line="240" w:lineRule="auto"/>
              <w:jc w:val="center"/>
            </w:pPr>
            <w:r/>
            <w:r>
              <w:rPr>
                <w:rFonts w:ascii="Times New Roman" w:hAnsi="Times New Roman" w:eastAsia="宋体"/>
                <w:b w:val="0"/>
                <w:sz w:val="24"/>
              </w:rPr>
            </w:r>
          </w:p>
        </w:tc>
        <w:tc>
          <w:tcPr>
            <w:tcW w:type="dxa" w:w="3100"/>
            <w:vAlign w:val="center"/>
          </w:tcPr>
          <w:p>
            <w:pPr>
              <w:spacing w:before="0" w:after="0" w:line="240" w:lineRule="auto"/>
              <w:jc w:val="left"/>
            </w:pPr>
            <w:r/>
            <w:r>
              <w:rPr>
                <w:rFonts w:ascii="Times New Roman" w:hAnsi="Times New Roman" w:eastAsia="宋体"/>
                <w:b w:val="0"/>
                <w:sz w:val="24"/>
              </w:rPr>
              <w:t>The implementation effect of the community / institution on relevant elderly care service policies and regulations:</w:t>
            </w:r>
          </w:p>
        </w:tc>
        <w:tc>
          <w:tcPr>
            <w:tcW w:type="dxa" w:w="3520"/>
            <w:vAlign w:val="center"/>
          </w:tcPr>
          <w:p>
            <w:pPr>
              <w:spacing w:before="0" w:after="0" w:line="240" w:lineRule="auto"/>
              <w:jc w:val="left"/>
            </w:pPr>
            <w:r/>
            <w:r>
              <w:rPr>
                <w:rFonts w:ascii="Times New Roman" w:hAnsi="Times New Roman" w:eastAsia="宋体"/>
                <w:b w:val="0"/>
                <w:sz w:val="24"/>
              </w:rPr>
              <w:t>（1）very poor（2）poor（3）average（4）fairly good（5）very good（6）not sure</w:t>
            </w:r>
          </w:p>
        </w:tc>
      </w:tr>
      <w:tr>
        <w:tc>
          <w:tcPr>
            <w:tcW w:type="dxa" w:w="700"/>
            <w:vAlign w:val="center"/>
          </w:tcPr>
          <w:p>
            <w:pPr>
              <w:spacing w:before="0" w:after="0" w:line="240" w:lineRule="auto"/>
              <w:jc w:val="center"/>
            </w:pPr>
            <w:r/>
            <w:r>
              <w:rPr>
                <w:rFonts w:ascii="Times New Roman" w:hAnsi="Times New Roman" w:eastAsia="宋体"/>
                <w:b w:val="0"/>
                <w:sz w:val="24"/>
              </w:rPr>
              <w:t>4.3</w:t>
            </w:r>
          </w:p>
        </w:tc>
        <w:tc>
          <w:tcPr>
            <w:tcW w:type="dxa" w:w="1200"/>
            <w:vAlign w:val="center"/>
          </w:tcPr>
          <w:p>
            <w:pPr>
              <w:spacing w:before="0" w:after="0" w:line="240" w:lineRule="auto"/>
              <w:jc w:val="center"/>
            </w:pPr>
            <w:r/>
            <w:r>
              <w:rPr>
                <w:rFonts w:ascii="Times New Roman" w:hAnsi="Times New Roman" w:eastAsia="宋体"/>
                <w:b w:val="0"/>
                <w:sz w:val="24"/>
              </w:rPr>
              <w:t>Service providers</w:t>
            </w:r>
          </w:p>
        </w:tc>
        <w:tc>
          <w:tcPr>
            <w:tcW w:type="dxa" w:w="3100"/>
            <w:vAlign w:val="center"/>
          </w:tcPr>
          <w:p>
            <w:pPr>
              <w:spacing w:before="0" w:after="0" w:line="240" w:lineRule="auto"/>
              <w:jc w:val="left"/>
            </w:pPr>
            <w:r/>
            <w:r>
              <w:rPr>
                <w:rFonts w:ascii="Times New Roman" w:hAnsi="Times New Roman" w:eastAsia="宋体"/>
                <w:b w:val="0"/>
                <w:sz w:val="24"/>
              </w:rPr>
              <w:t>（Community only）Volunteer teams for elderly services established within the community:</w:t>
            </w:r>
          </w:p>
        </w:tc>
        <w:tc>
          <w:tcPr>
            <w:tcW w:type="dxa" w:w="3520"/>
            <w:vAlign w:val="center"/>
          </w:tcPr>
          <w:p>
            <w:pPr>
              <w:spacing w:before="0" w:after="0" w:line="240" w:lineRule="auto"/>
              <w:jc w:val="left"/>
            </w:pPr>
            <w:r/>
            <w:r>
              <w:rPr>
                <w:rFonts w:ascii="Times New Roman" w:hAnsi="Times New Roman" w:eastAsia="宋体"/>
                <w:b w:val="0"/>
                <w:sz w:val="24"/>
              </w:rPr>
              <w:t>（1）none（2）few（3）average（4）quite many（5）very many（6）not sure</w:t>
            </w:r>
          </w:p>
        </w:tc>
      </w:tr>
      <w:tr>
        <w:tc>
          <w:tcPr>
            <w:tcW w:type="dxa" w:w="700"/>
            <w:vAlign w:val="center"/>
          </w:tcPr>
          <w:p>
            <w:pPr>
              <w:spacing w:before="0" w:after="0" w:line="240" w:lineRule="auto"/>
              <w:jc w:val="center"/>
            </w:pPr>
            <w:r/>
            <w:r>
              <w:rPr>
                <w:rFonts w:ascii="Times New Roman" w:hAnsi="Times New Roman" w:eastAsia="宋体"/>
                <w:b w:val="0"/>
                <w:sz w:val="24"/>
              </w:rPr>
              <w:t>4.3</w:t>
            </w:r>
          </w:p>
        </w:tc>
        <w:tc>
          <w:tcPr>
            <w:tcW w:type="dxa" w:w="1200"/>
            <w:vAlign w:val="center"/>
          </w:tcPr>
          <w:p>
            <w:pPr>
              <w:spacing w:before="0" w:after="0" w:line="240" w:lineRule="auto"/>
              <w:jc w:val="center"/>
            </w:pPr>
            <w:r/>
            <w:r>
              <w:rPr>
                <w:rFonts w:ascii="Times New Roman" w:hAnsi="Times New Roman" w:eastAsia="宋体"/>
                <w:b w:val="0"/>
                <w:sz w:val="24"/>
              </w:rPr>
              <w:t>Service providers</w:t>
            </w:r>
          </w:p>
        </w:tc>
        <w:tc>
          <w:tcPr>
            <w:tcW w:type="dxa" w:w="3100"/>
            <w:vAlign w:val="center"/>
          </w:tcPr>
          <w:p>
            <w:pPr>
              <w:spacing w:before="0" w:after="0" w:line="240" w:lineRule="auto"/>
              <w:jc w:val="left"/>
            </w:pPr>
            <w:r/>
            <w:r>
              <w:rPr>
                <w:rFonts w:ascii="Times New Roman" w:hAnsi="Times New Roman" w:eastAsia="宋体"/>
                <w:b w:val="0"/>
                <w:sz w:val="24"/>
              </w:rPr>
              <w:t>Do volunteer organizations outside the community / institution often come to provide services for the elderly:</w:t>
            </w:r>
          </w:p>
        </w:tc>
        <w:tc>
          <w:tcPr>
            <w:tcW w:type="dxa" w:w="3520"/>
            <w:vAlign w:val="center"/>
          </w:tcPr>
          <w:p>
            <w:pPr>
              <w:spacing w:before="0" w:after="0" w:line="240" w:lineRule="auto"/>
              <w:jc w:val="left"/>
            </w:pPr>
            <w:r/>
            <w:r>
              <w:rPr>
                <w:rFonts w:ascii="Times New Roman" w:hAnsi="Times New Roman" w:eastAsia="宋体"/>
                <w:b w:val="0"/>
                <w:sz w:val="24"/>
              </w:rPr>
              <w:t>（1）never（2）rarely（3）occasionally（4）quite often（5）often（6）not sure</w:t>
            </w:r>
          </w:p>
        </w:tc>
      </w:tr>
      <w:tr>
        <w:tc>
          <w:tcPr>
            <w:tcW w:type="dxa" w:w="700"/>
            <w:vAlign w:val="center"/>
          </w:tcPr>
          <w:p>
            <w:pPr>
              <w:spacing w:before="0" w:after="0" w:line="240" w:lineRule="auto"/>
              <w:jc w:val="center"/>
            </w:pPr>
            <w:r/>
            <w:r>
              <w:rPr>
                <w:rFonts w:ascii="Times New Roman" w:hAnsi="Times New Roman" w:eastAsia="宋体"/>
                <w:b w:val="0"/>
                <w:sz w:val="24"/>
              </w:rPr>
              <w:t>4.3</w:t>
            </w:r>
          </w:p>
        </w:tc>
        <w:tc>
          <w:tcPr>
            <w:tcW w:type="dxa" w:w="1200"/>
            <w:vAlign w:val="center"/>
          </w:tcPr>
          <w:p>
            <w:pPr>
              <w:spacing w:before="0" w:after="0" w:line="240" w:lineRule="auto"/>
              <w:jc w:val="center"/>
            </w:pPr>
            <w:r/>
            <w:r>
              <w:rPr>
                <w:rFonts w:ascii="Times New Roman" w:hAnsi="Times New Roman" w:eastAsia="宋体"/>
                <w:b w:val="0"/>
                <w:sz w:val="24"/>
              </w:rPr>
              <w:t>Service providers</w:t>
            </w:r>
          </w:p>
        </w:tc>
        <w:tc>
          <w:tcPr>
            <w:tcW w:type="dxa" w:w="3100"/>
            <w:vAlign w:val="center"/>
          </w:tcPr>
          <w:p>
            <w:pPr>
              <w:spacing w:before="0" w:after="0" w:line="240" w:lineRule="auto"/>
              <w:jc w:val="left"/>
            </w:pPr>
            <w:r/>
            <w:r>
              <w:rPr>
                <w:rFonts w:ascii="Times New Roman" w:hAnsi="Times New Roman" w:eastAsia="宋体"/>
                <w:b w:val="0"/>
                <w:sz w:val="24"/>
              </w:rPr>
              <w:t>Are you satisfied with the services of the volunteers:</w:t>
            </w:r>
          </w:p>
        </w:tc>
        <w:tc>
          <w:tcPr>
            <w:tcW w:type="dxa" w:w="3520"/>
            <w:vAlign w:val="center"/>
          </w:tcPr>
          <w:p>
            <w:pPr>
              <w:spacing w:before="0" w:after="0" w:line="240" w:lineRule="auto"/>
              <w:jc w:val="left"/>
            </w:pPr>
            <w:r/>
            <w:r>
              <w:rPr>
                <w:rFonts w:ascii="Times New Roman" w:hAnsi="Times New Roman" w:eastAsia="宋体"/>
                <w:b w:val="0"/>
                <w:sz w:val="24"/>
              </w:rPr>
              <w:t>（1）very dissatisfied（2）not very satisfied（3）average（4）fairly satisfied（5）very satisfied（6）none</w:t>
            </w:r>
          </w:p>
        </w:tc>
      </w:tr>
      <w:tr>
        <w:tc>
          <w:tcPr>
            <w:tcW w:type="dxa" w:w="700"/>
            <w:vAlign w:val="center"/>
          </w:tcPr>
          <w:p>
            <w:pPr>
              <w:spacing w:before="0" w:after="0" w:line="240" w:lineRule="auto"/>
              <w:jc w:val="center"/>
            </w:pPr>
            <w:r/>
            <w:r>
              <w:rPr>
                <w:rFonts w:ascii="Times New Roman" w:hAnsi="Times New Roman" w:eastAsia="宋体"/>
                <w:b w:val="0"/>
                <w:sz w:val="24"/>
              </w:rPr>
              <w:t>4.3</w:t>
            </w:r>
          </w:p>
        </w:tc>
        <w:tc>
          <w:tcPr>
            <w:tcW w:type="dxa" w:w="1200"/>
            <w:vAlign w:val="center"/>
          </w:tcPr>
          <w:p>
            <w:pPr>
              <w:spacing w:before="0" w:after="0" w:line="240" w:lineRule="auto"/>
              <w:jc w:val="center"/>
            </w:pPr>
            <w:r/>
            <w:r>
              <w:rPr>
                <w:rFonts w:ascii="Times New Roman" w:hAnsi="Times New Roman" w:eastAsia="宋体"/>
                <w:b w:val="0"/>
                <w:sz w:val="24"/>
              </w:rPr>
              <w:t>Service providers</w:t>
            </w:r>
          </w:p>
        </w:tc>
        <w:tc>
          <w:tcPr>
            <w:tcW w:type="dxa" w:w="3100"/>
            <w:vAlign w:val="center"/>
          </w:tcPr>
          <w:p>
            <w:pPr>
              <w:spacing w:before="0" w:after="0" w:line="240" w:lineRule="auto"/>
              <w:jc w:val="left"/>
            </w:pPr>
            <w:r/>
            <w:r>
              <w:rPr>
                <w:rFonts w:ascii="Times New Roman" w:hAnsi="Times New Roman" w:eastAsia="宋体"/>
                <w:b w:val="0"/>
                <w:sz w:val="24"/>
              </w:rPr>
              <w:t>Does the community / institution often jointly organize elderly service activities with external enterprises and institutions:</w:t>
            </w:r>
          </w:p>
        </w:tc>
        <w:tc>
          <w:tcPr>
            <w:tcW w:type="dxa" w:w="3520"/>
            <w:vAlign w:val="center"/>
          </w:tcPr>
          <w:p>
            <w:pPr>
              <w:spacing w:before="0" w:after="0" w:line="240" w:lineRule="auto"/>
              <w:jc w:val="left"/>
            </w:pPr>
            <w:r/>
            <w:r>
              <w:rPr>
                <w:rFonts w:ascii="Times New Roman" w:hAnsi="Times New Roman" w:eastAsia="宋体"/>
                <w:b w:val="0"/>
                <w:sz w:val="24"/>
              </w:rPr>
              <w:t>（1）never（2）rarely（3）occasionally（4）quite often（5）often（6）not sure</w:t>
            </w:r>
          </w:p>
        </w:tc>
      </w:tr>
      <w:tr>
        <w:tc>
          <w:tcPr>
            <w:tcW w:type="dxa" w:w="700"/>
            <w:vAlign w:val="center"/>
          </w:tcPr>
          <w:p>
            <w:pPr>
              <w:spacing w:before="0" w:after="0" w:line="240" w:lineRule="auto"/>
              <w:jc w:val="center"/>
            </w:pPr>
            <w:r/>
            <w:r>
              <w:rPr>
                <w:rFonts w:ascii="Times New Roman" w:hAnsi="Times New Roman" w:eastAsia="宋体"/>
                <w:b w:val="0"/>
                <w:sz w:val="24"/>
              </w:rPr>
              <w:t>4.3</w:t>
            </w:r>
          </w:p>
        </w:tc>
        <w:tc>
          <w:tcPr>
            <w:tcW w:type="dxa" w:w="1200"/>
            <w:vAlign w:val="center"/>
          </w:tcPr>
          <w:p>
            <w:pPr>
              <w:spacing w:before="0" w:after="0" w:line="240" w:lineRule="auto"/>
              <w:jc w:val="center"/>
            </w:pPr>
            <w:r/>
            <w:r>
              <w:rPr>
                <w:rFonts w:ascii="Times New Roman" w:hAnsi="Times New Roman" w:eastAsia="宋体"/>
                <w:b w:val="0"/>
                <w:sz w:val="24"/>
              </w:rPr>
              <w:t>Service providers</w:t>
            </w:r>
          </w:p>
        </w:tc>
        <w:tc>
          <w:tcPr>
            <w:tcW w:type="dxa" w:w="3100"/>
            <w:vAlign w:val="center"/>
          </w:tcPr>
          <w:p>
            <w:pPr>
              <w:spacing w:before="0" w:after="0" w:line="240" w:lineRule="auto"/>
              <w:jc w:val="left"/>
            </w:pPr>
            <w:r/>
            <w:r>
              <w:rPr>
                <w:rFonts w:ascii="Times New Roman" w:hAnsi="Times New Roman" w:eastAsia="宋体"/>
                <w:b w:val="0"/>
                <w:sz w:val="24"/>
              </w:rPr>
              <w:t>Are you willing for social organizations or enterprises to enter the community / institution to provide services for you:</w:t>
            </w:r>
          </w:p>
        </w:tc>
        <w:tc>
          <w:tcPr>
            <w:tcW w:type="dxa" w:w="3520"/>
            <w:vAlign w:val="center"/>
          </w:tcPr>
          <w:p>
            <w:pPr>
              <w:spacing w:before="0" w:after="0" w:line="240" w:lineRule="auto"/>
              <w:jc w:val="left"/>
            </w:pPr>
            <w:r/>
            <w:r>
              <w:rPr>
                <w:rFonts w:ascii="Times New Roman" w:hAnsi="Times New Roman" w:eastAsia="宋体"/>
                <w:b w:val="0"/>
                <w:sz w:val="24"/>
              </w:rPr>
              <w:t>（1）very unwilling（2）not very willing（3）average（4）fairly willing（5）very willing</w:t>
            </w:r>
          </w:p>
        </w:tc>
      </w:tr>
      <w:tr>
        <w:tc>
          <w:tcPr>
            <w:tcW w:type="dxa" w:w="700"/>
            <w:vAlign w:val="center"/>
          </w:tcPr>
          <w:p>
            <w:pPr>
              <w:spacing w:before="0" w:after="0" w:line="240" w:lineRule="auto"/>
              <w:jc w:val="center"/>
            </w:pPr>
            <w:r/>
            <w:r>
              <w:rPr>
                <w:rFonts w:ascii="Times New Roman" w:hAnsi="Times New Roman" w:eastAsia="宋体"/>
                <w:b w:val="0"/>
                <w:sz w:val="24"/>
              </w:rPr>
              <w:t>4.3</w:t>
            </w:r>
          </w:p>
        </w:tc>
        <w:tc>
          <w:tcPr>
            <w:tcW w:type="dxa" w:w="1200"/>
            <w:vAlign w:val="center"/>
          </w:tcPr>
          <w:p>
            <w:pPr>
              <w:spacing w:before="0" w:after="0" w:line="240" w:lineRule="auto"/>
              <w:jc w:val="center"/>
            </w:pPr>
            <w:r/>
            <w:r>
              <w:rPr>
                <w:rFonts w:ascii="Times New Roman" w:hAnsi="Times New Roman" w:eastAsia="宋体"/>
                <w:b w:val="0"/>
                <w:sz w:val="24"/>
              </w:rPr>
              <w:t>Service providers</w:t>
            </w:r>
          </w:p>
        </w:tc>
        <w:tc>
          <w:tcPr>
            <w:tcW w:type="dxa" w:w="3100"/>
            <w:vAlign w:val="center"/>
          </w:tcPr>
          <w:p>
            <w:pPr>
              <w:spacing w:before="0" w:after="0" w:line="240" w:lineRule="auto"/>
              <w:jc w:val="left"/>
            </w:pPr>
            <w:r/>
            <w:r>
              <w:rPr>
                <w:rFonts w:ascii="Times New Roman" w:hAnsi="Times New Roman" w:eastAsia="宋体"/>
                <w:b w:val="0"/>
                <w:sz w:val="24"/>
              </w:rPr>
              <w:t>（Community only）Regarding the participation of social organizations or enterprises in community elderly care services, your main concerns (multiple choices):</w:t>
            </w:r>
          </w:p>
        </w:tc>
        <w:tc>
          <w:tcPr>
            <w:tcW w:type="dxa" w:w="3520"/>
            <w:vAlign w:val="center"/>
          </w:tcPr>
          <w:p>
            <w:pPr>
              <w:spacing w:before="0" w:after="0" w:line="240" w:lineRule="auto"/>
              <w:jc w:val="left"/>
            </w:pPr>
            <w:r/>
            <w:r>
              <w:rPr>
                <w:rFonts w:ascii="Times New Roman" w:hAnsi="Times New Roman" w:eastAsia="宋体"/>
                <w:b w:val="0"/>
                <w:sz w:val="24"/>
              </w:rPr>
              <w:t>（1）unable to afford the service fees（2）personal property safety cannot be guaranteed（3）uneven quality of service personnel（4）inadequate service supervision（5）other _____</w:t>
            </w:r>
          </w:p>
        </w:tc>
      </w:tr>
      <w:tr>
        <w:tc>
          <w:tcPr>
            <w:tcW w:type="dxa" w:w="700"/>
            <w:vAlign w:val="center"/>
          </w:tcPr>
          <w:p>
            <w:pPr>
              <w:spacing w:before="0" w:after="0" w:line="240" w:lineRule="auto"/>
              <w:jc w:val="center"/>
            </w:pPr>
            <w:r/>
            <w:r>
              <w:rPr>
                <w:rFonts w:ascii="Times New Roman" w:hAnsi="Times New Roman" w:eastAsia="宋体"/>
                <w:b w:val="0"/>
                <w:sz w:val="24"/>
              </w:rPr>
              <w:t>4.3</w:t>
            </w:r>
          </w:p>
        </w:tc>
        <w:tc>
          <w:tcPr>
            <w:tcW w:type="dxa" w:w="1200"/>
            <w:vAlign w:val="center"/>
          </w:tcPr>
          <w:p>
            <w:pPr>
              <w:spacing w:before="0" w:after="0" w:line="240" w:lineRule="auto"/>
              <w:jc w:val="center"/>
            </w:pPr>
            <w:r/>
            <w:r>
              <w:rPr>
                <w:rFonts w:ascii="Times New Roman" w:hAnsi="Times New Roman" w:eastAsia="宋体"/>
                <w:b w:val="0"/>
                <w:sz w:val="24"/>
              </w:rPr>
              <w:t>Service providers</w:t>
            </w:r>
          </w:p>
        </w:tc>
        <w:tc>
          <w:tcPr>
            <w:tcW w:type="dxa" w:w="3100"/>
            <w:vAlign w:val="center"/>
          </w:tcPr>
          <w:p>
            <w:pPr>
              <w:spacing w:before="0" w:after="0" w:line="240" w:lineRule="auto"/>
              <w:jc w:val="left"/>
            </w:pPr>
            <w:r/>
            <w:r>
              <w:rPr>
                <w:rFonts w:ascii="Times New Roman" w:hAnsi="Times New Roman" w:eastAsia="宋体"/>
                <w:b w:val="0"/>
                <w:sz w:val="24"/>
              </w:rPr>
              <w:t>The level of support from the higher-level government for the development of elderly care services in this community / institution:</w:t>
            </w:r>
          </w:p>
        </w:tc>
        <w:tc>
          <w:tcPr>
            <w:tcW w:type="dxa" w:w="3520"/>
            <w:vAlign w:val="center"/>
          </w:tcPr>
          <w:p>
            <w:pPr>
              <w:spacing w:before="0" w:after="0" w:line="240" w:lineRule="auto"/>
              <w:jc w:val="left"/>
            </w:pPr>
            <w:r/>
            <w:r>
              <w:rPr>
                <w:rFonts w:ascii="Times New Roman" w:hAnsi="Times New Roman" w:eastAsia="宋体"/>
                <w:b w:val="0"/>
                <w:sz w:val="24"/>
              </w:rPr>
              <w:t>（1）very little（2）little（3）average（4）fairly much（5）very much</w:t>
            </w:r>
          </w:p>
        </w:tc>
      </w:tr>
      <w:tr>
        <w:tc>
          <w:tcPr>
            <w:tcW w:type="dxa" w:w="700"/>
            <w:vAlign w:val="center"/>
          </w:tcPr>
          <w:p>
            <w:pPr>
              <w:spacing w:before="0" w:after="0" w:line="240" w:lineRule="auto"/>
              <w:jc w:val="center"/>
            </w:pPr>
            <w:r/>
            <w:r>
              <w:rPr>
                <w:rFonts w:ascii="Times New Roman" w:hAnsi="Times New Roman" w:eastAsia="宋体"/>
                <w:b w:val="0"/>
                <w:sz w:val="24"/>
              </w:rPr>
              <w:t>4.3</w:t>
            </w:r>
          </w:p>
        </w:tc>
        <w:tc>
          <w:tcPr>
            <w:tcW w:type="dxa" w:w="1200"/>
            <w:vAlign w:val="center"/>
          </w:tcPr>
          <w:p>
            <w:pPr>
              <w:spacing w:before="0" w:after="0" w:line="240" w:lineRule="auto"/>
              <w:jc w:val="center"/>
            </w:pPr>
            <w:r/>
            <w:r>
              <w:rPr>
                <w:rFonts w:ascii="Times New Roman" w:hAnsi="Times New Roman" w:eastAsia="宋体"/>
                <w:b w:val="0"/>
                <w:sz w:val="24"/>
              </w:rPr>
              <w:t>Service providers</w:t>
            </w:r>
          </w:p>
        </w:tc>
        <w:tc>
          <w:tcPr>
            <w:tcW w:type="dxa" w:w="3100"/>
            <w:vAlign w:val="center"/>
          </w:tcPr>
          <w:p>
            <w:pPr>
              <w:spacing w:before="0" w:after="0" w:line="240" w:lineRule="auto"/>
              <w:jc w:val="left"/>
            </w:pPr>
            <w:r/>
            <w:r>
              <w:rPr>
                <w:rFonts w:ascii="Times New Roman" w:hAnsi="Times New Roman" w:eastAsia="宋体"/>
                <w:b w:val="0"/>
                <w:sz w:val="24"/>
              </w:rPr>
              <w:t>Do you think the government attaches importance to the elderly care issues of the elderly:</w:t>
            </w:r>
          </w:p>
        </w:tc>
        <w:tc>
          <w:tcPr>
            <w:tcW w:type="dxa" w:w="3520"/>
            <w:vAlign w:val="center"/>
          </w:tcPr>
          <w:p>
            <w:pPr>
              <w:spacing w:before="0" w:after="0" w:line="240" w:lineRule="auto"/>
              <w:jc w:val="left"/>
            </w:pPr>
            <w:r/>
            <w:r>
              <w:rPr>
                <w:rFonts w:ascii="Times New Roman" w:hAnsi="Times New Roman" w:eastAsia="宋体"/>
                <w:b w:val="0"/>
                <w:sz w:val="24"/>
              </w:rPr>
              <w:t>（1）not at all（2）not very much（3）average（4）fairly much（5）very much</w:t>
            </w:r>
          </w:p>
        </w:tc>
      </w:tr>
      <w:tr>
        <w:tc>
          <w:tcPr>
            <w:tcW w:type="dxa" w:w="700"/>
            <w:vAlign w:val="center"/>
          </w:tcPr>
          <w:p>
            <w:pPr>
              <w:spacing w:before="0" w:after="0" w:line="240" w:lineRule="auto"/>
              <w:jc w:val="center"/>
            </w:pPr>
            <w:r/>
            <w:r>
              <w:rPr>
                <w:rFonts w:ascii="Times New Roman" w:hAnsi="Times New Roman" w:eastAsia="宋体"/>
                <w:b w:val="0"/>
                <w:sz w:val="24"/>
              </w:rPr>
              <w:t>4.4</w:t>
            </w:r>
          </w:p>
        </w:tc>
        <w:tc>
          <w:tcPr>
            <w:tcW w:type="dxa" w:w="1200"/>
            <w:vAlign w:val="center"/>
          </w:tcPr>
          <w:p>
            <w:pPr>
              <w:spacing w:before="0" w:after="0" w:line="240" w:lineRule="auto"/>
              <w:jc w:val="center"/>
            </w:pPr>
            <w:r/>
            <w:r>
              <w:rPr>
                <w:rFonts w:ascii="Times New Roman" w:hAnsi="Times New Roman" w:eastAsia="宋体"/>
                <w:b w:val="0"/>
                <w:sz w:val="24"/>
              </w:rPr>
              <w:t>Service process</w:t>
            </w:r>
          </w:p>
        </w:tc>
        <w:tc>
          <w:tcPr>
            <w:tcW w:type="dxa" w:w="3100"/>
            <w:vAlign w:val="center"/>
          </w:tcPr>
          <w:p>
            <w:pPr>
              <w:spacing w:before="0" w:after="0" w:line="240" w:lineRule="auto"/>
              <w:jc w:val="left"/>
            </w:pPr>
            <w:r/>
            <w:r>
              <w:rPr>
                <w:rFonts w:ascii="Times New Roman" w:hAnsi="Times New Roman" w:eastAsia="宋体"/>
                <w:b w:val="0"/>
                <w:sz w:val="24"/>
              </w:rPr>
              <w:t>Does the community / institution often solicit everyone's opinions and ideas on elderly care service related issues:</w:t>
            </w:r>
          </w:p>
        </w:tc>
        <w:tc>
          <w:tcPr>
            <w:tcW w:type="dxa" w:w="3520"/>
            <w:vAlign w:val="center"/>
          </w:tcPr>
          <w:p>
            <w:pPr>
              <w:spacing w:before="0" w:after="0" w:line="240" w:lineRule="auto"/>
              <w:jc w:val="left"/>
            </w:pPr>
            <w:r/>
            <w:r>
              <w:rPr>
                <w:rFonts w:ascii="Times New Roman" w:hAnsi="Times New Roman" w:eastAsia="宋体"/>
                <w:b w:val="0"/>
                <w:sz w:val="24"/>
              </w:rPr>
              <w:t>（1）never（2）rarely（3）occasionally（4）quite often（5）often</w:t>
            </w:r>
          </w:p>
        </w:tc>
      </w:tr>
      <w:tr>
        <w:tc>
          <w:tcPr>
            <w:tcW w:type="dxa" w:w="700"/>
            <w:vAlign w:val="center"/>
          </w:tcPr>
          <w:p>
            <w:pPr>
              <w:spacing w:before="0" w:after="0" w:line="240" w:lineRule="auto"/>
              <w:jc w:val="center"/>
            </w:pPr>
            <w:r/>
            <w:r>
              <w:rPr>
                <w:rFonts w:ascii="Times New Roman" w:hAnsi="Times New Roman" w:eastAsia="宋体"/>
                <w:b w:val="0"/>
                <w:sz w:val="24"/>
              </w:rPr>
              <w:t>4.4</w:t>
            </w:r>
          </w:p>
        </w:tc>
        <w:tc>
          <w:tcPr>
            <w:tcW w:type="dxa" w:w="1200"/>
            <w:vAlign w:val="center"/>
          </w:tcPr>
          <w:p>
            <w:pPr>
              <w:spacing w:before="0" w:after="0" w:line="240" w:lineRule="auto"/>
              <w:jc w:val="center"/>
            </w:pPr>
            <w:r/>
            <w:r>
              <w:rPr>
                <w:rFonts w:ascii="Times New Roman" w:hAnsi="Times New Roman" w:eastAsia="宋体"/>
                <w:b w:val="0"/>
                <w:sz w:val="24"/>
              </w:rPr>
              <w:t>Service process</w:t>
            </w:r>
          </w:p>
        </w:tc>
        <w:tc>
          <w:tcPr>
            <w:tcW w:type="dxa" w:w="3100"/>
            <w:vAlign w:val="center"/>
          </w:tcPr>
          <w:p>
            <w:pPr>
              <w:spacing w:before="0" w:after="0" w:line="240" w:lineRule="auto"/>
              <w:jc w:val="left"/>
            </w:pPr>
            <w:r/>
            <w:r>
              <w:rPr>
                <w:rFonts w:ascii="Times New Roman" w:hAnsi="Times New Roman" w:eastAsia="宋体"/>
                <w:b w:val="0"/>
                <w:sz w:val="24"/>
              </w:rPr>
              <w:t>Does the community / institution often take into account the opinions and needs of the elderly when planning and designing the supply of elderly care services:</w:t>
            </w:r>
          </w:p>
        </w:tc>
        <w:tc>
          <w:tcPr>
            <w:tcW w:type="dxa" w:w="3520"/>
            <w:vAlign w:val="center"/>
          </w:tcPr>
          <w:p>
            <w:pPr>
              <w:spacing w:before="0" w:after="0" w:line="240" w:lineRule="auto"/>
              <w:jc w:val="left"/>
            </w:pPr>
            <w:r/>
            <w:r>
              <w:rPr>
                <w:rFonts w:ascii="Times New Roman" w:hAnsi="Times New Roman" w:eastAsia="宋体"/>
                <w:b w:val="0"/>
                <w:sz w:val="24"/>
              </w:rPr>
              <w:t>（1）never（2）rarely（3）occasionally（4）quite often（5）often</w:t>
            </w:r>
          </w:p>
        </w:tc>
      </w:tr>
      <w:tr>
        <w:tc>
          <w:tcPr>
            <w:tcW w:type="dxa" w:w="700"/>
            <w:vAlign w:val="center"/>
          </w:tcPr>
          <w:p>
            <w:pPr>
              <w:spacing w:before="0" w:after="0" w:line="240" w:lineRule="auto"/>
              <w:jc w:val="center"/>
            </w:pPr>
            <w:r/>
            <w:r>
              <w:rPr>
                <w:rFonts w:ascii="Times New Roman" w:hAnsi="Times New Roman" w:eastAsia="宋体"/>
                <w:b w:val="0"/>
                <w:sz w:val="24"/>
              </w:rPr>
              <w:t>4.5</w:t>
            </w:r>
          </w:p>
        </w:tc>
        <w:tc>
          <w:tcPr>
            <w:tcW w:type="dxa" w:w="1200"/>
            <w:vAlign w:val="center"/>
          </w:tcPr>
          <w:p>
            <w:pPr>
              <w:spacing w:before="0" w:after="0" w:line="240" w:lineRule="auto"/>
              <w:jc w:val="center"/>
            </w:pPr>
            <w:r/>
            <w:r>
              <w:rPr>
                <w:rFonts w:ascii="Times New Roman" w:hAnsi="Times New Roman" w:eastAsia="宋体"/>
                <w:b w:val="0"/>
                <w:sz w:val="24"/>
              </w:rPr>
              <w:t>Service facilities</w:t>
            </w:r>
          </w:p>
        </w:tc>
        <w:tc>
          <w:tcPr>
            <w:tcW w:type="dxa" w:w="3100"/>
            <w:vAlign w:val="center"/>
          </w:tcPr>
          <w:p>
            <w:pPr>
              <w:spacing w:before="0" w:after="0" w:line="240" w:lineRule="auto"/>
              <w:jc w:val="left"/>
            </w:pPr>
            <w:r/>
            <w:r>
              <w:rPr>
                <w:rFonts w:ascii="Times New Roman" w:hAnsi="Times New Roman" w:eastAsia="宋体"/>
                <w:b w:val="0"/>
                <w:sz w:val="24"/>
              </w:rPr>
              <w:t>What do you think of the living environment of the community / institution:</w:t>
            </w:r>
          </w:p>
        </w:tc>
        <w:tc>
          <w:tcPr>
            <w:tcW w:type="dxa" w:w="3520"/>
            <w:vAlign w:val="center"/>
          </w:tcPr>
          <w:p>
            <w:pPr>
              <w:spacing w:before="0" w:after="0" w:line="240" w:lineRule="auto"/>
              <w:jc w:val="left"/>
            </w:pPr>
            <w:r/>
            <w:r>
              <w:rPr>
                <w:rFonts w:ascii="Times New Roman" w:hAnsi="Times New Roman" w:eastAsia="宋体"/>
                <w:b w:val="0"/>
                <w:sz w:val="24"/>
              </w:rPr>
              <w:t>（1）very poor（2）not very good（3）average（4）fairly good（5）very good</w:t>
            </w:r>
          </w:p>
        </w:tc>
      </w:tr>
      <w:tr>
        <w:tc>
          <w:tcPr>
            <w:tcW w:type="dxa" w:w="700"/>
            <w:vAlign w:val="center"/>
          </w:tcPr>
          <w:p>
            <w:pPr>
              <w:spacing w:before="0" w:after="0" w:line="240" w:lineRule="auto"/>
              <w:jc w:val="center"/>
            </w:pPr>
            <w:r/>
            <w:r>
              <w:rPr>
                <w:rFonts w:ascii="Times New Roman" w:hAnsi="Times New Roman" w:eastAsia="宋体"/>
                <w:b w:val="0"/>
                <w:sz w:val="24"/>
              </w:rPr>
              <w:t>4.5</w:t>
            </w:r>
          </w:p>
        </w:tc>
        <w:tc>
          <w:tcPr>
            <w:tcW w:type="dxa" w:w="1200"/>
            <w:vAlign w:val="center"/>
          </w:tcPr>
          <w:p>
            <w:pPr>
              <w:spacing w:before="0" w:after="0" w:line="240" w:lineRule="auto"/>
              <w:jc w:val="center"/>
            </w:pPr>
            <w:r/>
            <w:r>
              <w:rPr>
                <w:rFonts w:ascii="Times New Roman" w:hAnsi="Times New Roman" w:eastAsia="宋体"/>
                <w:b w:val="0"/>
                <w:sz w:val="24"/>
              </w:rPr>
              <w:t>Service facilities</w:t>
            </w:r>
          </w:p>
        </w:tc>
        <w:tc>
          <w:tcPr>
            <w:tcW w:type="dxa" w:w="3100"/>
            <w:vAlign w:val="center"/>
          </w:tcPr>
          <w:p>
            <w:pPr>
              <w:spacing w:before="0" w:after="0" w:line="240" w:lineRule="auto"/>
              <w:jc w:val="left"/>
            </w:pPr>
            <w:r/>
            <w:r>
              <w:rPr>
                <w:rFonts w:ascii="Times New Roman" w:hAnsi="Times New Roman" w:eastAsia="宋体"/>
                <w:b w:val="0"/>
                <w:sz w:val="24"/>
              </w:rPr>
              <w:t>The elderly care service facilities of the community / institution:</w:t>
            </w:r>
          </w:p>
        </w:tc>
        <w:tc>
          <w:tcPr>
            <w:tcW w:type="dxa" w:w="3520"/>
            <w:vAlign w:val="center"/>
          </w:tcPr>
          <w:p>
            <w:pPr>
              <w:spacing w:before="0" w:after="0" w:line="240" w:lineRule="auto"/>
              <w:jc w:val="left"/>
            </w:pPr>
            <w:r/>
            <w:r>
              <w:rPr>
                <w:rFonts w:ascii="Times New Roman" w:hAnsi="Times New Roman" w:eastAsia="宋体"/>
                <w:b w:val="0"/>
                <w:sz w:val="24"/>
              </w:rPr>
              <w:t>（1）very incomplete（2）not very complete（3）average（4）fairly complete（5）very complete</w:t>
            </w:r>
          </w:p>
        </w:tc>
      </w:tr>
      <w:tr>
        <w:tc>
          <w:tcPr>
            <w:tcW w:type="dxa" w:w="700"/>
            <w:vAlign w:val="center"/>
          </w:tcPr>
          <w:p>
            <w:pPr>
              <w:spacing w:before="0" w:after="0" w:line="240" w:lineRule="auto"/>
              <w:jc w:val="center"/>
            </w:pPr>
            <w:r/>
            <w:r>
              <w:rPr>
                <w:rFonts w:ascii="Times New Roman" w:hAnsi="Times New Roman" w:eastAsia="宋体"/>
                <w:b w:val="0"/>
                <w:sz w:val="24"/>
              </w:rPr>
              <w:t>4.5</w:t>
            </w:r>
          </w:p>
        </w:tc>
        <w:tc>
          <w:tcPr>
            <w:tcW w:type="dxa" w:w="1200"/>
            <w:vAlign w:val="center"/>
          </w:tcPr>
          <w:p>
            <w:pPr>
              <w:spacing w:before="0" w:after="0" w:line="240" w:lineRule="auto"/>
              <w:jc w:val="center"/>
            </w:pPr>
            <w:r/>
            <w:r>
              <w:rPr>
                <w:rFonts w:ascii="Times New Roman" w:hAnsi="Times New Roman" w:eastAsia="宋体"/>
                <w:b w:val="0"/>
                <w:sz w:val="24"/>
              </w:rPr>
              <w:t>Service facilities</w:t>
            </w:r>
          </w:p>
        </w:tc>
        <w:tc>
          <w:tcPr>
            <w:tcW w:type="dxa" w:w="3100"/>
            <w:vAlign w:val="center"/>
          </w:tcPr>
          <w:p>
            <w:pPr>
              <w:spacing w:before="0" w:after="0" w:line="240" w:lineRule="auto"/>
              <w:jc w:val="left"/>
            </w:pPr>
            <w:r/>
            <w:r>
              <w:rPr>
                <w:rFonts w:ascii="Times New Roman" w:hAnsi="Times New Roman" w:eastAsia="宋体"/>
                <w:b w:val="0"/>
                <w:sz w:val="24"/>
              </w:rPr>
              <w:t>The elderly care service information platform of the community / institution:</w:t>
            </w:r>
          </w:p>
        </w:tc>
        <w:tc>
          <w:tcPr>
            <w:tcW w:type="dxa" w:w="3520"/>
            <w:vAlign w:val="center"/>
          </w:tcPr>
          <w:p>
            <w:pPr>
              <w:spacing w:before="0" w:after="0" w:line="240" w:lineRule="auto"/>
              <w:jc w:val="left"/>
            </w:pPr>
            <w:r/>
            <w:r>
              <w:rPr>
                <w:rFonts w:ascii="Times New Roman" w:hAnsi="Times New Roman" w:eastAsia="宋体"/>
                <w:b w:val="0"/>
                <w:sz w:val="24"/>
              </w:rPr>
              <w:t>（1）very imperfect（2）not very perfect（3）average（4）fairly perfect（5）very perfect</w:t>
            </w:r>
          </w:p>
        </w:tc>
      </w:tr>
      <w:tr>
        <w:tc>
          <w:tcPr>
            <w:tcW w:type="dxa" w:w="700"/>
            <w:vAlign w:val="center"/>
          </w:tcPr>
          <w:p>
            <w:pPr>
              <w:spacing w:before="0" w:after="0" w:line="240" w:lineRule="auto"/>
              <w:jc w:val="center"/>
            </w:pPr>
            <w:r/>
            <w:r>
              <w:rPr>
                <w:rFonts w:ascii="Times New Roman" w:hAnsi="Times New Roman" w:eastAsia="宋体"/>
                <w:b w:val="0"/>
                <w:sz w:val="24"/>
              </w:rPr>
              <w:t>4.5</w:t>
            </w:r>
          </w:p>
        </w:tc>
        <w:tc>
          <w:tcPr>
            <w:tcW w:type="dxa" w:w="1200"/>
            <w:vAlign w:val="center"/>
          </w:tcPr>
          <w:p>
            <w:pPr>
              <w:spacing w:before="0" w:after="0" w:line="240" w:lineRule="auto"/>
              <w:jc w:val="center"/>
            </w:pPr>
            <w:r/>
            <w:r>
              <w:rPr>
                <w:rFonts w:ascii="Times New Roman" w:hAnsi="Times New Roman" w:eastAsia="宋体"/>
                <w:b w:val="0"/>
                <w:sz w:val="24"/>
              </w:rPr>
              <w:t>Service facilities</w:t>
            </w:r>
          </w:p>
        </w:tc>
        <w:tc>
          <w:tcPr>
            <w:tcW w:type="dxa" w:w="3100"/>
            <w:vAlign w:val="center"/>
          </w:tcPr>
          <w:p>
            <w:pPr>
              <w:spacing w:before="0" w:after="0" w:line="240" w:lineRule="auto"/>
              <w:jc w:val="left"/>
            </w:pPr>
            <w:r/>
            <w:r>
              <w:rPr>
                <w:rFonts w:ascii="Times New Roman" w:hAnsi="Times New Roman" w:eastAsia="宋体"/>
                <w:b w:val="0"/>
                <w:sz w:val="24"/>
              </w:rPr>
              <w:t>The number of elderly care beds in the community / institution:</w:t>
            </w:r>
          </w:p>
        </w:tc>
        <w:tc>
          <w:tcPr>
            <w:tcW w:type="dxa" w:w="3520"/>
            <w:vAlign w:val="center"/>
          </w:tcPr>
          <w:p>
            <w:pPr>
              <w:spacing w:before="0" w:after="0" w:line="240" w:lineRule="auto"/>
              <w:jc w:val="left"/>
            </w:pPr>
            <w:r/>
            <w:r>
              <w:rPr>
                <w:rFonts w:ascii="Times New Roman" w:hAnsi="Times New Roman" w:eastAsia="宋体"/>
                <w:b w:val="0"/>
                <w:sz w:val="24"/>
              </w:rPr>
              <w:t>（1）very insufficient（2）insufficient（3）barely sufficient（4）fairly sufficient（5）very sufficient</w:t>
            </w:r>
          </w:p>
        </w:tc>
      </w:tr>
      <w:tr>
        <w:tc>
          <w:tcPr>
            <w:tcW w:type="dxa" w:w="700"/>
            <w:vAlign w:val="center"/>
          </w:tcPr>
          <w:p>
            <w:pPr>
              <w:spacing w:before="0" w:after="0" w:line="240" w:lineRule="auto"/>
              <w:jc w:val="center"/>
            </w:pPr>
            <w:r/>
            <w:r>
              <w:rPr>
                <w:rFonts w:ascii="Times New Roman" w:hAnsi="Times New Roman" w:eastAsia="宋体"/>
                <w:b w:val="0"/>
                <w:sz w:val="24"/>
              </w:rPr>
              <w:t>4.5</w:t>
            </w:r>
          </w:p>
        </w:tc>
        <w:tc>
          <w:tcPr>
            <w:tcW w:type="dxa" w:w="1200"/>
            <w:vAlign w:val="center"/>
          </w:tcPr>
          <w:p>
            <w:pPr>
              <w:spacing w:before="0" w:after="0" w:line="240" w:lineRule="auto"/>
              <w:jc w:val="center"/>
            </w:pPr>
            <w:r/>
            <w:r>
              <w:rPr>
                <w:rFonts w:ascii="Times New Roman" w:hAnsi="Times New Roman" w:eastAsia="宋体"/>
                <w:b w:val="0"/>
                <w:sz w:val="24"/>
              </w:rPr>
              <w:t>Service facilities</w:t>
            </w:r>
          </w:p>
        </w:tc>
        <w:tc>
          <w:tcPr>
            <w:tcW w:type="dxa" w:w="3100"/>
            <w:vAlign w:val="center"/>
          </w:tcPr>
          <w:p>
            <w:pPr>
              <w:spacing w:before="0" w:after="0" w:line="240" w:lineRule="auto"/>
              <w:jc w:val="left"/>
            </w:pPr>
            <w:r/>
            <w:r>
              <w:rPr>
                <w:rFonts w:ascii="Times New Roman" w:hAnsi="Times New Roman" w:eastAsia="宋体"/>
                <w:b w:val="0"/>
                <w:sz w:val="24"/>
              </w:rPr>
              <w:t>The area of activity venues for the elderly in the community / institution:</w:t>
            </w:r>
          </w:p>
        </w:tc>
        <w:tc>
          <w:tcPr>
            <w:tcW w:type="dxa" w:w="3520"/>
            <w:vAlign w:val="center"/>
          </w:tcPr>
          <w:p>
            <w:pPr>
              <w:spacing w:before="0" w:after="0" w:line="240" w:lineRule="auto"/>
              <w:jc w:val="left"/>
            </w:pPr>
            <w:r/>
            <w:r>
              <w:rPr>
                <w:rFonts w:ascii="Times New Roman" w:hAnsi="Times New Roman" w:eastAsia="宋体"/>
                <w:b w:val="0"/>
                <w:sz w:val="24"/>
              </w:rPr>
              <w:t>（1）very small（2）fairly small（3）average（4）fairly ample（5）very ample</w:t>
            </w:r>
          </w:p>
        </w:tc>
      </w:tr>
      <w:tr>
        <w:tc>
          <w:tcPr>
            <w:tcW w:type="dxa" w:w="700"/>
            <w:vAlign w:val="center"/>
          </w:tcPr>
          <w:p>
            <w:pPr>
              <w:spacing w:before="0" w:after="0" w:line="240" w:lineRule="auto"/>
              <w:jc w:val="center"/>
            </w:pPr>
            <w:r/>
            <w:r>
              <w:rPr>
                <w:rFonts w:ascii="Times New Roman" w:hAnsi="Times New Roman" w:eastAsia="宋体"/>
                <w:b w:val="0"/>
                <w:sz w:val="24"/>
              </w:rPr>
              <w:t>4.5</w:t>
            </w:r>
          </w:p>
        </w:tc>
        <w:tc>
          <w:tcPr>
            <w:tcW w:type="dxa" w:w="1200"/>
            <w:vAlign w:val="center"/>
          </w:tcPr>
          <w:p>
            <w:pPr>
              <w:spacing w:before="0" w:after="0" w:line="240" w:lineRule="auto"/>
              <w:jc w:val="center"/>
            </w:pPr>
            <w:r/>
            <w:r>
              <w:rPr>
                <w:rFonts w:ascii="Times New Roman" w:hAnsi="Times New Roman" w:eastAsia="宋体"/>
                <w:b w:val="0"/>
                <w:sz w:val="24"/>
              </w:rPr>
              <w:t>Service facilities</w:t>
            </w:r>
          </w:p>
        </w:tc>
        <w:tc>
          <w:tcPr>
            <w:tcW w:type="dxa" w:w="3100"/>
            <w:vAlign w:val="center"/>
          </w:tcPr>
          <w:p>
            <w:pPr>
              <w:spacing w:before="0" w:after="0" w:line="240" w:lineRule="auto"/>
              <w:jc w:val="left"/>
            </w:pPr>
            <w:r/>
            <w:r>
              <w:rPr>
                <w:rFonts w:ascii="Times New Roman" w:hAnsi="Times New Roman" w:eastAsia="宋体"/>
                <w:b w:val="0"/>
                <w:sz w:val="24"/>
              </w:rPr>
              <w:t>Do you find it convenient to request services from the community / institution by telephone, internet, etc.:</w:t>
            </w:r>
          </w:p>
        </w:tc>
        <w:tc>
          <w:tcPr>
            <w:tcW w:type="dxa" w:w="3520"/>
            <w:vAlign w:val="center"/>
          </w:tcPr>
          <w:p>
            <w:pPr>
              <w:spacing w:before="0" w:after="0" w:line="240" w:lineRule="auto"/>
              <w:jc w:val="left"/>
            </w:pPr>
            <w:r/>
            <w:r>
              <w:rPr>
                <w:rFonts w:ascii="Times New Roman" w:hAnsi="Times New Roman" w:eastAsia="宋体"/>
                <w:b w:val="0"/>
                <w:sz w:val="24"/>
              </w:rPr>
              <w:t>（1）very inconvenient（2）inconvenient（3）average（4）fairly convenient（5）very convenient（6）never used</w:t>
            </w:r>
          </w:p>
        </w:tc>
      </w:tr>
      <w:tr>
        <w:tc>
          <w:tcPr>
            <w:tcW w:type="dxa" w:w="700"/>
            <w:vAlign w:val="center"/>
          </w:tcPr>
          <w:p>
            <w:pPr>
              <w:spacing w:before="0" w:after="0" w:line="240" w:lineRule="auto"/>
              <w:jc w:val="center"/>
            </w:pPr>
            <w:r/>
            <w:r>
              <w:rPr>
                <w:rFonts w:ascii="Times New Roman" w:hAnsi="Times New Roman" w:eastAsia="宋体"/>
                <w:b w:val="0"/>
                <w:sz w:val="24"/>
              </w:rPr>
              <w:t>4.5</w:t>
            </w:r>
          </w:p>
        </w:tc>
        <w:tc>
          <w:tcPr>
            <w:tcW w:type="dxa" w:w="1200"/>
            <w:vAlign w:val="center"/>
          </w:tcPr>
          <w:p>
            <w:pPr>
              <w:spacing w:before="0" w:after="0" w:line="240" w:lineRule="auto"/>
              <w:jc w:val="center"/>
            </w:pPr>
            <w:r/>
            <w:r>
              <w:rPr>
                <w:rFonts w:ascii="Times New Roman" w:hAnsi="Times New Roman" w:eastAsia="宋体"/>
                <w:b w:val="0"/>
                <w:sz w:val="24"/>
              </w:rPr>
              <w:t>Service facilities</w:t>
            </w:r>
          </w:p>
        </w:tc>
        <w:tc>
          <w:tcPr>
            <w:tcW w:type="dxa" w:w="3100"/>
            <w:vAlign w:val="center"/>
          </w:tcPr>
          <w:p>
            <w:pPr>
              <w:spacing w:before="0" w:after="0" w:line="240" w:lineRule="auto"/>
              <w:jc w:val="left"/>
            </w:pPr>
            <w:r/>
            <w:r>
              <w:rPr>
                <w:rFonts w:ascii="Times New Roman" w:hAnsi="Times New Roman" w:eastAsia="宋体"/>
                <w:b w:val="0"/>
                <w:sz w:val="24"/>
              </w:rPr>
              <w:t>The waiting time when the community / institution provides elderly care services:</w:t>
            </w:r>
          </w:p>
        </w:tc>
        <w:tc>
          <w:tcPr>
            <w:tcW w:type="dxa" w:w="3520"/>
            <w:vAlign w:val="center"/>
          </w:tcPr>
          <w:p>
            <w:pPr>
              <w:spacing w:before="0" w:after="0" w:line="240" w:lineRule="auto"/>
              <w:jc w:val="left"/>
            </w:pPr>
            <w:r/>
            <w:r>
              <w:rPr>
                <w:rFonts w:ascii="Times New Roman" w:hAnsi="Times New Roman" w:eastAsia="宋体"/>
                <w:b w:val="0"/>
                <w:sz w:val="24"/>
              </w:rPr>
              <w:t>（1）very long（2）long（3）average（4）fairly quick（5）very quick</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Staffing</w:t>
            </w:r>
          </w:p>
        </w:tc>
        <w:tc>
          <w:tcPr>
            <w:tcW w:type="dxa" w:w="3100"/>
            <w:vAlign w:val="center"/>
          </w:tcPr>
          <w:p>
            <w:pPr>
              <w:spacing w:before="0" w:after="0" w:line="240" w:lineRule="auto"/>
              <w:jc w:val="left"/>
            </w:pPr>
            <w:r/>
            <w:r>
              <w:rPr>
                <w:rFonts w:ascii="Times New Roman" w:hAnsi="Times New Roman" w:eastAsia="宋体"/>
                <w:b w:val="0"/>
                <w:sz w:val="24"/>
              </w:rPr>
              <w:t>The number of elderly care service personnel in the community / institution:</w:t>
            </w:r>
          </w:p>
        </w:tc>
        <w:tc>
          <w:tcPr>
            <w:tcW w:type="dxa" w:w="3520"/>
            <w:vAlign w:val="center"/>
          </w:tcPr>
          <w:p>
            <w:pPr>
              <w:spacing w:before="0" w:after="0" w:line="240" w:lineRule="auto"/>
              <w:jc w:val="left"/>
            </w:pPr>
            <w:r/>
            <w:r>
              <w:rPr>
                <w:rFonts w:ascii="Times New Roman" w:hAnsi="Times New Roman" w:eastAsia="宋体"/>
                <w:b w:val="0"/>
                <w:sz w:val="24"/>
              </w:rPr>
              <w:t>（1）very insufficient（2）insufficient（3）average（4）fairly sufficient（5）very sufficient</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Staffing</w:t>
            </w:r>
          </w:p>
        </w:tc>
        <w:tc>
          <w:tcPr>
            <w:tcW w:type="dxa" w:w="3100"/>
            <w:vAlign w:val="center"/>
          </w:tcPr>
          <w:p>
            <w:pPr>
              <w:spacing w:before="0" w:after="0" w:line="240" w:lineRule="auto"/>
              <w:jc w:val="left"/>
            </w:pPr>
            <w:r/>
            <w:r>
              <w:rPr>
                <w:rFonts w:ascii="Times New Roman" w:hAnsi="Times New Roman" w:eastAsia="宋体"/>
                <w:b w:val="0"/>
                <w:sz w:val="24"/>
              </w:rPr>
              <w:t>Does the community / institution often train elderly care service personnel:</w:t>
            </w:r>
          </w:p>
        </w:tc>
        <w:tc>
          <w:tcPr>
            <w:tcW w:type="dxa" w:w="3520"/>
            <w:vAlign w:val="center"/>
          </w:tcPr>
          <w:p>
            <w:pPr>
              <w:spacing w:before="0" w:after="0" w:line="240" w:lineRule="auto"/>
              <w:jc w:val="left"/>
            </w:pPr>
            <w:r/>
            <w:r>
              <w:rPr>
                <w:rFonts w:ascii="Times New Roman" w:hAnsi="Times New Roman" w:eastAsia="宋体"/>
                <w:b w:val="0"/>
                <w:sz w:val="24"/>
              </w:rPr>
              <w:t>（1）never（2）rarely（3）occasionally（4）quite often（5）often</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Professional level</w:t>
            </w:r>
          </w:p>
        </w:tc>
        <w:tc>
          <w:tcPr>
            <w:tcW w:type="dxa" w:w="3100"/>
            <w:vAlign w:val="center"/>
          </w:tcPr>
          <w:p>
            <w:pPr>
              <w:spacing w:before="0" w:after="0" w:line="240" w:lineRule="auto"/>
              <w:jc w:val="left"/>
            </w:pPr>
            <w:r/>
            <w:r>
              <w:rPr>
                <w:rFonts w:ascii="Times New Roman" w:hAnsi="Times New Roman" w:eastAsia="宋体"/>
                <w:b w:val="0"/>
                <w:sz w:val="24"/>
              </w:rPr>
              <w:t>Can the elderly care service personnel keep their clothing neat and clean:</w:t>
            </w:r>
          </w:p>
        </w:tc>
        <w:tc>
          <w:tcPr>
            <w:tcW w:type="dxa" w:w="3520"/>
            <w:vAlign w:val="center"/>
          </w:tcPr>
          <w:p>
            <w:pPr>
              <w:spacing w:before="0" w:after="0" w:line="240" w:lineRule="auto"/>
              <w:jc w:val="left"/>
            </w:pPr>
            <w:r/>
            <w:r>
              <w:rPr>
                <w:rFonts w:ascii="Times New Roman" w:hAnsi="Times New Roman" w:eastAsia="宋体"/>
                <w:b w:val="0"/>
                <w:sz w:val="24"/>
              </w:rPr>
              <w:t>（1）cannot at all（2）cannot（3）average（4）fairly well（5）very well</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Professional level</w:t>
            </w:r>
          </w:p>
        </w:tc>
        <w:tc>
          <w:tcPr>
            <w:tcW w:type="dxa" w:w="3100"/>
            <w:vAlign w:val="center"/>
          </w:tcPr>
          <w:p>
            <w:pPr>
              <w:spacing w:before="0" w:after="0" w:line="240" w:lineRule="auto"/>
              <w:jc w:val="left"/>
            </w:pPr>
            <w:r/>
            <w:r>
              <w:rPr>
                <w:rFonts w:ascii="Times New Roman" w:hAnsi="Times New Roman" w:eastAsia="宋体"/>
                <w:b w:val="0"/>
                <w:sz w:val="24"/>
              </w:rPr>
              <w:t>What do you think of the service level of the elderly care service personnel:</w:t>
            </w:r>
          </w:p>
        </w:tc>
        <w:tc>
          <w:tcPr>
            <w:tcW w:type="dxa" w:w="3520"/>
            <w:vAlign w:val="center"/>
          </w:tcPr>
          <w:p>
            <w:pPr>
              <w:spacing w:before="0" w:after="0" w:line="240" w:lineRule="auto"/>
              <w:jc w:val="left"/>
            </w:pPr>
            <w:r/>
            <w:r>
              <w:rPr>
                <w:rFonts w:ascii="Times New Roman" w:hAnsi="Times New Roman" w:eastAsia="宋体"/>
                <w:b w:val="0"/>
                <w:sz w:val="24"/>
              </w:rPr>
              <w:t>（1）very poor（2）poor（3）average（4）fairly good（5）very good</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Friendliness</w:t>
            </w:r>
          </w:p>
        </w:tc>
        <w:tc>
          <w:tcPr>
            <w:tcW w:type="dxa" w:w="3100"/>
            <w:vAlign w:val="center"/>
          </w:tcPr>
          <w:p>
            <w:pPr>
              <w:spacing w:before="0" w:after="0" w:line="240" w:lineRule="auto"/>
              <w:jc w:val="left"/>
            </w:pPr>
            <w:r/>
            <w:r>
              <w:rPr>
                <w:rFonts w:ascii="Times New Roman" w:hAnsi="Times New Roman" w:eastAsia="宋体"/>
                <w:b w:val="0"/>
                <w:sz w:val="24"/>
              </w:rPr>
              <w:t>Are the elderly care service personnel polite to you:</w:t>
            </w:r>
          </w:p>
        </w:tc>
        <w:tc>
          <w:tcPr>
            <w:tcW w:type="dxa" w:w="3520"/>
            <w:vAlign w:val="center"/>
          </w:tcPr>
          <w:p>
            <w:pPr>
              <w:spacing w:before="0" w:after="0" w:line="240" w:lineRule="auto"/>
              <w:jc w:val="left"/>
            </w:pPr>
            <w:r/>
            <w:r>
              <w:rPr>
                <w:rFonts w:ascii="Times New Roman" w:hAnsi="Times New Roman" w:eastAsia="宋体"/>
                <w:b w:val="0"/>
                <w:sz w:val="24"/>
              </w:rPr>
              <w:t>（1）very impolite（2）not very polite（3）average（4）fairly polite（5）very polite</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Friendliness</w:t>
            </w:r>
          </w:p>
        </w:tc>
        <w:tc>
          <w:tcPr>
            <w:tcW w:type="dxa" w:w="3100"/>
            <w:vAlign w:val="center"/>
          </w:tcPr>
          <w:p>
            <w:pPr>
              <w:spacing w:before="0" w:after="0" w:line="240" w:lineRule="auto"/>
              <w:jc w:val="left"/>
            </w:pPr>
            <w:r/>
            <w:r>
              <w:rPr>
                <w:rFonts w:ascii="Times New Roman" w:hAnsi="Times New Roman" w:eastAsia="宋体"/>
                <w:b w:val="0"/>
                <w:sz w:val="24"/>
              </w:rPr>
              <w:t>Do you trust the elderly care service personnel:</w:t>
            </w:r>
          </w:p>
        </w:tc>
        <w:tc>
          <w:tcPr>
            <w:tcW w:type="dxa" w:w="3520"/>
            <w:vAlign w:val="center"/>
          </w:tcPr>
          <w:p>
            <w:pPr>
              <w:spacing w:before="0" w:after="0" w:line="240" w:lineRule="auto"/>
              <w:jc w:val="left"/>
            </w:pPr>
            <w:r/>
            <w:r>
              <w:rPr>
                <w:rFonts w:ascii="Times New Roman" w:hAnsi="Times New Roman" w:eastAsia="宋体"/>
                <w:b w:val="0"/>
                <w:sz w:val="24"/>
              </w:rPr>
              <w:t>（1）very hard to trust（2）not very trusting（3）average（4）fairly trusting（5）very trusting</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Friendliness</w:t>
            </w:r>
          </w:p>
        </w:tc>
        <w:tc>
          <w:tcPr>
            <w:tcW w:type="dxa" w:w="3100"/>
            <w:vAlign w:val="center"/>
          </w:tcPr>
          <w:p>
            <w:pPr>
              <w:spacing w:before="0" w:after="0" w:line="240" w:lineRule="auto"/>
              <w:jc w:val="left"/>
            </w:pPr>
            <w:r/>
            <w:r>
              <w:rPr>
                <w:rFonts w:ascii="Times New Roman" w:hAnsi="Times New Roman" w:eastAsia="宋体"/>
                <w:b w:val="0"/>
                <w:sz w:val="24"/>
              </w:rPr>
              <w:t>（Community only）Do you feel reassured about the elderly care service personnel coming to your home to serve you:</w:t>
            </w:r>
          </w:p>
        </w:tc>
        <w:tc>
          <w:tcPr>
            <w:tcW w:type="dxa" w:w="3520"/>
            <w:vAlign w:val="center"/>
          </w:tcPr>
          <w:p>
            <w:pPr>
              <w:spacing w:before="0" w:after="0" w:line="240" w:lineRule="auto"/>
              <w:jc w:val="left"/>
            </w:pPr>
            <w:r/>
            <w:r>
              <w:rPr>
                <w:rFonts w:ascii="Times New Roman" w:hAnsi="Times New Roman" w:eastAsia="宋体"/>
                <w:b w:val="0"/>
                <w:sz w:val="24"/>
              </w:rPr>
              <w:t>（1）very uneasy（2）not very reassured（3）average（4）fairly reassured（5）very reassured</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Specific behaviors</w:t>
            </w:r>
          </w:p>
        </w:tc>
        <w:tc>
          <w:tcPr>
            <w:tcW w:type="dxa" w:w="3100"/>
            <w:vAlign w:val="center"/>
          </w:tcPr>
          <w:p>
            <w:pPr>
              <w:spacing w:before="0" w:after="0" w:line="240" w:lineRule="auto"/>
              <w:jc w:val="left"/>
            </w:pPr>
            <w:r/>
            <w:r>
              <w:rPr>
                <w:rFonts w:ascii="Times New Roman" w:hAnsi="Times New Roman" w:eastAsia="宋体"/>
                <w:b w:val="0"/>
                <w:sz w:val="24"/>
              </w:rPr>
              <w:t>（Institution only）Can the elderly care service personnel wash clothes, sheets, quilt covers, etc. cleanly:</w:t>
            </w:r>
          </w:p>
        </w:tc>
        <w:tc>
          <w:tcPr>
            <w:tcW w:type="dxa" w:w="3520"/>
            <w:vAlign w:val="center"/>
          </w:tcPr>
          <w:p>
            <w:pPr>
              <w:spacing w:before="0" w:after="0" w:line="240" w:lineRule="auto"/>
              <w:jc w:val="left"/>
            </w:pPr>
            <w:r/>
            <w:r>
              <w:rPr>
                <w:rFonts w:ascii="Times New Roman" w:hAnsi="Times New Roman" w:eastAsia="宋体"/>
                <w:b w:val="0"/>
                <w:sz w:val="24"/>
              </w:rPr>
              <w:t>（1）cannot at all（2）cannot（3）basically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Specific behaviors</w:t>
            </w:r>
          </w:p>
        </w:tc>
        <w:tc>
          <w:tcPr>
            <w:tcW w:type="dxa" w:w="3100"/>
            <w:vAlign w:val="center"/>
          </w:tcPr>
          <w:p>
            <w:pPr>
              <w:spacing w:before="0" w:after="0" w:line="240" w:lineRule="auto"/>
              <w:jc w:val="left"/>
            </w:pPr>
            <w:r/>
            <w:r>
              <w:rPr>
                <w:rFonts w:ascii="Times New Roman" w:hAnsi="Times New Roman" w:eastAsia="宋体"/>
                <w:b w:val="0"/>
                <w:sz w:val="24"/>
              </w:rPr>
              <w:t>（Institution only）Can the elderly care service personnel keep the room clean and tidy:</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Specific behaviors</w:t>
            </w:r>
          </w:p>
        </w:tc>
        <w:tc>
          <w:tcPr>
            <w:tcW w:type="dxa" w:w="3100"/>
            <w:vAlign w:val="center"/>
          </w:tcPr>
          <w:p>
            <w:pPr>
              <w:spacing w:before="0" w:after="0" w:line="240" w:lineRule="auto"/>
              <w:jc w:val="left"/>
            </w:pPr>
            <w:r/>
            <w:r>
              <w:rPr>
                <w:rFonts w:ascii="Times New Roman" w:hAnsi="Times New Roman" w:eastAsia="宋体"/>
                <w:b w:val="0"/>
                <w:sz w:val="24"/>
              </w:rPr>
              <w:t>（Institution only）When needed, can the elderly care service personnel help you eat on time:</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Level of care</w:t>
            </w:r>
          </w:p>
        </w:tc>
        <w:tc>
          <w:tcPr>
            <w:tcW w:type="dxa" w:w="3100"/>
            <w:vAlign w:val="center"/>
          </w:tcPr>
          <w:p>
            <w:pPr>
              <w:spacing w:before="0" w:after="0" w:line="240" w:lineRule="auto"/>
              <w:jc w:val="left"/>
            </w:pPr>
            <w:r/>
            <w:r>
              <w:rPr>
                <w:rFonts w:ascii="Times New Roman" w:hAnsi="Times New Roman" w:eastAsia="宋体"/>
                <w:b w:val="0"/>
                <w:sz w:val="24"/>
              </w:rPr>
              <w:t>Can the elderly care service personnel proactively care about and understand your difficulties and needs:</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Level of care</w:t>
            </w:r>
          </w:p>
        </w:tc>
        <w:tc>
          <w:tcPr>
            <w:tcW w:type="dxa" w:w="3100"/>
            <w:vAlign w:val="center"/>
          </w:tcPr>
          <w:p>
            <w:pPr>
              <w:spacing w:before="0" w:after="0" w:line="240" w:lineRule="auto"/>
              <w:jc w:val="left"/>
            </w:pPr>
            <w:r/>
            <w:r>
              <w:rPr>
                <w:rFonts w:ascii="Times New Roman" w:hAnsi="Times New Roman" w:eastAsia="宋体"/>
                <w:b w:val="0"/>
                <w:sz w:val="24"/>
              </w:rPr>
              <w:t>Can the elderly care service personnel give you special care:</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Level of care</w:t>
            </w:r>
          </w:p>
        </w:tc>
        <w:tc>
          <w:tcPr>
            <w:tcW w:type="dxa" w:w="3100"/>
            <w:vAlign w:val="center"/>
          </w:tcPr>
          <w:p>
            <w:pPr>
              <w:spacing w:before="0" w:after="0" w:line="240" w:lineRule="auto"/>
              <w:jc w:val="left"/>
            </w:pPr>
            <w:r/>
            <w:r>
              <w:rPr>
                <w:rFonts w:ascii="Times New Roman" w:hAnsi="Times New Roman" w:eastAsia="宋体"/>
                <w:b w:val="0"/>
                <w:sz w:val="24"/>
              </w:rPr>
              <w:t>Do the elderly care service personnel show concern for your due rights:</w:t>
            </w:r>
          </w:p>
        </w:tc>
        <w:tc>
          <w:tcPr>
            <w:tcW w:type="dxa" w:w="3520"/>
            <w:vAlign w:val="center"/>
          </w:tcPr>
          <w:p>
            <w:pPr>
              <w:spacing w:before="0" w:after="0" w:line="240" w:lineRule="auto"/>
              <w:jc w:val="left"/>
            </w:pPr>
            <w:r/>
            <w:r>
              <w:rPr>
                <w:rFonts w:ascii="Times New Roman" w:hAnsi="Times New Roman" w:eastAsia="宋体"/>
                <w:b w:val="0"/>
                <w:sz w:val="24"/>
              </w:rPr>
              <w:t>（1）never（2）rarely（3）average（4）often（5）always</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Response speed</w:t>
            </w:r>
          </w:p>
        </w:tc>
        <w:tc>
          <w:tcPr>
            <w:tcW w:type="dxa" w:w="3100"/>
            <w:vAlign w:val="center"/>
          </w:tcPr>
          <w:p>
            <w:pPr>
              <w:spacing w:before="0" w:after="0" w:line="240" w:lineRule="auto"/>
              <w:jc w:val="left"/>
            </w:pPr>
            <w:r/>
            <w:r>
              <w:rPr>
                <w:rFonts w:ascii="Times New Roman" w:hAnsi="Times New Roman" w:eastAsia="宋体"/>
                <w:b w:val="0"/>
                <w:sz w:val="24"/>
              </w:rPr>
              <w:t>Can the elderly care service personnel serve you punctually every time:</w:t>
            </w:r>
          </w:p>
        </w:tc>
        <w:tc>
          <w:tcPr>
            <w:tcW w:type="dxa" w:w="3520"/>
            <w:vAlign w:val="center"/>
          </w:tcPr>
          <w:p>
            <w:pPr>
              <w:spacing w:before="0" w:after="0" w:line="240" w:lineRule="auto"/>
              <w:jc w:val="left"/>
            </w:pPr>
            <w:r/>
            <w:r>
              <w:rPr>
                <w:rFonts w:ascii="Times New Roman" w:hAnsi="Times New Roman" w:eastAsia="宋体"/>
                <w:b w:val="0"/>
                <w:sz w:val="24"/>
              </w:rPr>
              <w:t>（1）very unpunctual（2）not very punctual（3）average（4）fairly punctual（5）very punctual</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Response speed</w:t>
            </w:r>
          </w:p>
        </w:tc>
        <w:tc>
          <w:tcPr>
            <w:tcW w:type="dxa" w:w="3100"/>
            <w:vAlign w:val="center"/>
          </w:tcPr>
          <w:p>
            <w:pPr>
              <w:spacing w:before="0" w:after="0" w:line="240" w:lineRule="auto"/>
              <w:jc w:val="left"/>
            </w:pPr>
            <w:r/>
            <w:r>
              <w:rPr>
                <w:rFonts w:ascii="Times New Roman" w:hAnsi="Times New Roman" w:eastAsia="宋体"/>
                <w:b w:val="0"/>
                <w:sz w:val="24"/>
              </w:rPr>
              <w:t>Can the service personnel guarantee to respond to your requests promptly no matter how busy they are:</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4.6</w:t>
            </w:r>
          </w:p>
        </w:tc>
        <w:tc>
          <w:tcPr>
            <w:tcW w:type="dxa" w:w="1200"/>
            <w:vAlign w:val="center"/>
          </w:tcPr>
          <w:p>
            <w:pPr>
              <w:spacing w:before="0" w:after="0" w:line="240" w:lineRule="auto"/>
              <w:jc w:val="center"/>
            </w:pPr>
            <w:r/>
            <w:r>
              <w:rPr>
                <w:rFonts w:ascii="Times New Roman" w:hAnsi="Times New Roman" w:eastAsia="宋体"/>
                <w:b w:val="0"/>
                <w:sz w:val="24"/>
              </w:rPr>
              <w:t>Response speed</w:t>
            </w:r>
          </w:p>
        </w:tc>
        <w:tc>
          <w:tcPr>
            <w:tcW w:type="dxa" w:w="3100"/>
            <w:vAlign w:val="center"/>
          </w:tcPr>
          <w:p>
            <w:pPr>
              <w:spacing w:before="0" w:after="0" w:line="240" w:lineRule="auto"/>
              <w:jc w:val="left"/>
            </w:pPr>
            <w:r/>
            <w:r>
              <w:rPr>
                <w:rFonts w:ascii="Times New Roman" w:hAnsi="Times New Roman" w:eastAsia="宋体"/>
                <w:b w:val="0"/>
                <w:sz w:val="24"/>
              </w:rPr>
              <w:t>Can the service personnel resolve the requests you make:</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4.7</w:t>
            </w:r>
          </w:p>
        </w:tc>
        <w:tc>
          <w:tcPr>
            <w:tcW w:type="dxa" w:w="1200"/>
            <w:vAlign w:val="center"/>
          </w:tcPr>
          <w:p>
            <w:pPr>
              <w:spacing w:before="0" w:after="0" w:line="240" w:lineRule="auto"/>
              <w:jc w:val="center"/>
            </w:pPr>
            <w:r/>
            <w:r>
              <w:rPr>
                <w:rFonts w:ascii="Times New Roman" w:hAnsi="Times New Roman" w:eastAsia="宋体"/>
                <w:b w:val="0"/>
                <w:sz w:val="24"/>
              </w:rPr>
              <w:t>Service supervision</w:t>
            </w:r>
          </w:p>
        </w:tc>
        <w:tc>
          <w:tcPr>
            <w:tcW w:type="dxa" w:w="3100"/>
            <w:vAlign w:val="center"/>
          </w:tcPr>
          <w:p>
            <w:pPr>
              <w:spacing w:before="0" w:after="0" w:line="240" w:lineRule="auto"/>
              <w:jc w:val="left"/>
            </w:pPr>
            <w:r/>
            <w:r>
              <w:rPr>
                <w:rFonts w:ascii="Times New Roman" w:hAnsi="Times New Roman" w:eastAsia="宋体"/>
                <w:b w:val="0"/>
                <w:sz w:val="24"/>
              </w:rPr>
              <w:t>Do the elderly care service personnel often make mistakes while serving you:</w:t>
            </w:r>
          </w:p>
        </w:tc>
        <w:tc>
          <w:tcPr>
            <w:tcW w:type="dxa" w:w="3520"/>
            <w:vAlign w:val="center"/>
          </w:tcPr>
          <w:p>
            <w:pPr>
              <w:spacing w:before="0" w:after="0" w:line="240" w:lineRule="auto"/>
              <w:jc w:val="left"/>
            </w:pPr>
            <w:r/>
            <w:r>
              <w:rPr>
                <w:rFonts w:ascii="Times New Roman" w:hAnsi="Times New Roman" w:eastAsia="宋体"/>
                <w:b w:val="0"/>
                <w:sz w:val="24"/>
              </w:rPr>
              <w:t>（1）rarely（2）seldom（3）average（4）often（5）always</w:t>
            </w:r>
          </w:p>
        </w:tc>
      </w:tr>
      <w:tr>
        <w:tc>
          <w:tcPr>
            <w:tcW w:type="dxa" w:w="700"/>
            <w:vAlign w:val="center"/>
          </w:tcPr>
          <w:p>
            <w:pPr>
              <w:spacing w:before="0" w:after="0" w:line="240" w:lineRule="auto"/>
              <w:jc w:val="center"/>
            </w:pPr>
            <w:r/>
            <w:r>
              <w:rPr>
                <w:rFonts w:ascii="Times New Roman" w:hAnsi="Times New Roman" w:eastAsia="宋体"/>
                <w:b w:val="0"/>
                <w:sz w:val="24"/>
              </w:rPr>
              <w:t>4.7</w:t>
            </w:r>
          </w:p>
        </w:tc>
        <w:tc>
          <w:tcPr>
            <w:tcW w:type="dxa" w:w="1200"/>
            <w:vAlign w:val="center"/>
          </w:tcPr>
          <w:p>
            <w:pPr>
              <w:spacing w:before="0" w:after="0" w:line="240" w:lineRule="auto"/>
              <w:jc w:val="center"/>
            </w:pPr>
            <w:r/>
            <w:r>
              <w:rPr>
                <w:rFonts w:ascii="Times New Roman" w:hAnsi="Times New Roman" w:eastAsia="宋体"/>
                <w:b w:val="0"/>
                <w:sz w:val="24"/>
              </w:rPr>
              <w:t>Service supervision</w:t>
            </w:r>
          </w:p>
        </w:tc>
        <w:tc>
          <w:tcPr>
            <w:tcW w:type="dxa" w:w="3100"/>
            <w:vAlign w:val="center"/>
          </w:tcPr>
          <w:p>
            <w:pPr>
              <w:spacing w:before="0" w:after="0" w:line="240" w:lineRule="auto"/>
              <w:jc w:val="left"/>
            </w:pPr>
            <w:r/>
            <w:r>
              <w:rPr>
                <w:rFonts w:ascii="Times New Roman" w:hAnsi="Times New Roman" w:eastAsia="宋体"/>
                <w:b w:val="0"/>
                <w:sz w:val="24"/>
              </w:rPr>
              <w:t>After mistakes occur, can the elderly care service personnel handle them properly:</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4.7</w:t>
            </w:r>
          </w:p>
        </w:tc>
        <w:tc>
          <w:tcPr>
            <w:tcW w:type="dxa" w:w="1200"/>
            <w:vAlign w:val="center"/>
          </w:tcPr>
          <w:p>
            <w:pPr>
              <w:spacing w:before="0" w:after="0" w:line="240" w:lineRule="auto"/>
              <w:jc w:val="center"/>
            </w:pPr>
            <w:r/>
            <w:r>
              <w:rPr>
                <w:rFonts w:ascii="Times New Roman" w:hAnsi="Times New Roman" w:eastAsia="宋体"/>
                <w:b w:val="0"/>
                <w:sz w:val="24"/>
              </w:rPr>
              <w:t>Service supervision</w:t>
            </w:r>
          </w:p>
        </w:tc>
        <w:tc>
          <w:tcPr>
            <w:tcW w:type="dxa" w:w="3100"/>
            <w:vAlign w:val="center"/>
          </w:tcPr>
          <w:p>
            <w:pPr>
              <w:spacing w:before="0" w:after="0" w:line="240" w:lineRule="auto"/>
              <w:jc w:val="left"/>
            </w:pPr>
            <w:r/>
            <w:r>
              <w:rPr>
                <w:rFonts w:ascii="Times New Roman" w:hAnsi="Times New Roman" w:eastAsia="宋体"/>
                <w:b w:val="0"/>
                <w:sz w:val="24"/>
              </w:rPr>
              <w:t>How is the process supervision of elderly care services by the community / institution:</w:t>
            </w:r>
          </w:p>
        </w:tc>
        <w:tc>
          <w:tcPr>
            <w:tcW w:type="dxa" w:w="3520"/>
            <w:vAlign w:val="center"/>
          </w:tcPr>
          <w:p>
            <w:pPr>
              <w:spacing w:before="0" w:after="0" w:line="240" w:lineRule="auto"/>
              <w:jc w:val="left"/>
            </w:pPr>
            <w:r/>
            <w:r>
              <w:rPr>
                <w:rFonts w:ascii="Times New Roman" w:hAnsi="Times New Roman" w:eastAsia="宋体"/>
                <w:b w:val="0"/>
                <w:sz w:val="24"/>
              </w:rPr>
              <w:t>（1）very lax（2）not very strict（3）average（4）fairly strict（5）very strict</w:t>
            </w:r>
          </w:p>
        </w:tc>
      </w:tr>
      <w:tr>
        <w:tc>
          <w:tcPr>
            <w:tcW w:type="dxa" w:w="700"/>
            <w:vAlign w:val="center"/>
          </w:tcPr>
          <w:p>
            <w:pPr>
              <w:spacing w:before="0" w:after="0" w:line="240" w:lineRule="auto"/>
              <w:jc w:val="center"/>
            </w:pPr>
            <w:r/>
            <w:r>
              <w:rPr>
                <w:rFonts w:ascii="Times New Roman" w:hAnsi="Times New Roman" w:eastAsia="宋体"/>
                <w:b w:val="0"/>
                <w:sz w:val="24"/>
              </w:rPr>
              <w:t>4.7</w:t>
            </w:r>
          </w:p>
        </w:tc>
        <w:tc>
          <w:tcPr>
            <w:tcW w:type="dxa" w:w="1200"/>
            <w:vAlign w:val="center"/>
          </w:tcPr>
          <w:p>
            <w:pPr>
              <w:spacing w:before="0" w:after="0" w:line="240" w:lineRule="auto"/>
              <w:jc w:val="center"/>
            </w:pPr>
            <w:r/>
            <w:r>
              <w:rPr>
                <w:rFonts w:ascii="Times New Roman" w:hAnsi="Times New Roman" w:eastAsia="宋体"/>
                <w:b w:val="0"/>
                <w:sz w:val="24"/>
              </w:rPr>
              <w:t>Service supervision</w:t>
            </w:r>
          </w:p>
        </w:tc>
        <w:tc>
          <w:tcPr>
            <w:tcW w:type="dxa" w:w="3100"/>
            <w:vAlign w:val="center"/>
          </w:tcPr>
          <w:p>
            <w:pPr>
              <w:spacing w:before="0" w:after="0" w:line="240" w:lineRule="auto"/>
              <w:jc w:val="left"/>
            </w:pPr>
            <w:r/>
            <w:r>
              <w:rPr>
                <w:rFonts w:ascii="Times New Roman" w:hAnsi="Times New Roman" w:eastAsia="宋体"/>
                <w:b w:val="0"/>
                <w:sz w:val="24"/>
              </w:rPr>
              <w:t>Does the community / institution explain and improve services regarding the problems and opinions found through supervision:</w:t>
            </w:r>
          </w:p>
        </w:tc>
        <w:tc>
          <w:tcPr>
            <w:tcW w:type="dxa" w:w="3520"/>
            <w:vAlign w:val="center"/>
          </w:tcPr>
          <w:p>
            <w:pPr>
              <w:spacing w:before="0" w:after="0" w:line="240" w:lineRule="auto"/>
              <w:jc w:val="left"/>
            </w:pPr>
            <w:r/>
            <w:r>
              <w:rPr>
                <w:rFonts w:ascii="Times New Roman" w:hAnsi="Times New Roman" w:eastAsia="宋体"/>
                <w:b w:val="0"/>
                <w:sz w:val="24"/>
              </w:rPr>
              <w:t>（1）never（2）rarely（3）average（4）often（5）always</w:t>
            </w:r>
          </w:p>
        </w:tc>
      </w:tr>
      <w:tr>
        <w:tc>
          <w:tcPr>
            <w:tcW w:type="dxa" w:w="700"/>
            <w:vAlign w:val="center"/>
          </w:tcPr>
          <w:p>
            <w:pPr>
              <w:spacing w:before="0" w:after="0" w:line="240" w:lineRule="auto"/>
              <w:jc w:val="center"/>
            </w:pPr>
            <w:r/>
            <w:r>
              <w:rPr>
                <w:rFonts w:ascii="Times New Roman" w:hAnsi="Times New Roman" w:eastAsia="宋体"/>
                <w:b w:val="0"/>
                <w:sz w:val="24"/>
              </w:rPr>
              <w:t>4.8</w:t>
            </w:r>
          </w:p>
        </w:tc>
        <w:tc>
          <w:tcPr>
            <w:tcW w:type="dxa" w:w="1200"/>
            <w:vAlign w:val="center"/>
          </w:tcPr>
          <w:p>
            <w:pPr>
              <w:spacing w:before="0" w:after="0" w:line="240" w:lineRule="auto"/>
              <w:jc w:val="center"/>
            </w:pPr>
            <w:r/>
            <w:r>
              <w:rPr>
                <w:rFonts w:ascii="Times New Roman" w:hAnsi="Times New Roman" w:eastAsia="宋体"/>
                <w:b w:val="0"/>
                <w:sz w:val="24"/>
              </w:rPr>
              <w:t>Perceived fairness</w:t>
            </w:r>
          </w:p>
        </w:tc>
        <w:tc>
          <w:tcPr>
            <w:tcW w:type="dxa" w:w="3100"/>
            <w:vAlign w:val="center"/>
          </w:tcPr>
          <w:p>
            <w:pPr>
              <w:spacing w:before="0" w:after="0" w:line="240" w:lineRule="auto"/>
              <w:jc w:val="left"/>
            </w:pPr>
            <w:r/>
            <w:r>
              <w:rPr>
                <w:rFonts w:ascii="Times New Roman" w:hAnsi="Times New Roman" w:eastAsia="宋体"/>
                <w:b w:val="0"/>
                <w:sz w:val="24"/>
              </w:rPr>
              <w:t>Do you think the elderly care services you receive can reflect your social contributions before retirement:</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4.8</w:t>
            </w:r>
          </w:p>
        </w:tc>
        <w:tc>
          <w:tcPr>
            <w:tcW w:type="dxa" w:w="1200"/>
            <w:vAlign w:val="center"/>
          </w:tcPr>
          <w:p>
            <w:pPr>
              <w:spacing w:before="0" w:after="0" w:line="240" w:lineRule="auto"/>
              <w:jc w:val="center"/>
            </w:pPr>
            <w:r/>
            <w:r>
              <w:rPr>
                <w:rFonts w:ascii="Times New Roman" w:hAnsi="Times New Roman" w:eastAsia="宋体"/>
                <w:b w:val="0"/>
                <w:sz w:val="24"/>
              </w:rPr>
              <w:t>Perceived fairness</w:t>
            </w:r>
          </w:p>
        </w:tc>
        <w:tc>
          <w:tcPr>
            <w:tcW w:type="dxa" w:w="3100"/>
            <w:vAlign w:val="center"/>
          </w:tcPr>
          <w:p>
            <w:pPr>
              <w:spacing w:before="0" w:after="0" w:line="240" w:lineRule="auto"/>
              <w:jc w:val="left"/>
            </w:pPr>
            <w:r/>
            <w:r>
              <w:rPr>
                <w:rFonts w:ascii="Times New Roman" w:hAnsi="Times New Roman" w:eastAsia="宋体"/>
                <w:b w:val="0"/>
                <w:sz w:val="24"/>
              </w:rPr>
              <w:t>Compared with other elderly people in this community / institution, can you enjoy all types of elderly care services equally:</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4.8</w:t>
            </w:r>
          </w:p>
        </w:tc>
        <w:tc>
          <w:tcPr>
            <w:tcW w:type="dxa" w:w="1200"/>
            <w:vAlign w:val="center"/>
          </w:tcPr>
          <w:p>
            <w:pPr>
              <w:spacing w:before="0" w:after="0" w:line="240" w:lineRule="auto"/>
              <w:jc w:val="center"/>
            </w:pPr>
            <w:r/>
            <w:r>
              <w:rPr>
                <w:rFonts w:ascii="Times New Roman" w:hAnsi="Times New Roman" w:eastAsia="宋体"/>
                <w:b w:val="0"/>
                <w:sz w:val="24"/>
              </w:rPr>
              <w:t>Perceived fairness</w:t>
            </w:r>
          </w:p>
        </w:tc>
        <w:tc>
          <w:tcPr>
            <w:tcW w:type="dxa" w:w="3100"/>
            <w:vAlign w:val="center"/>
          </w:tcPr>
          <w:p>
            <w:pPr>
              <w:spacing w:before="0" w:after="0" w:line="240" w:lineRule="auto"/>
              <w:jc w:val="left"/>
            </w:pPr>
            <w:r/>
            <w:r>
              <w:rPr>
                <w:rFonts w:ascii="Times New Roman" w:hAnsi="Times New Roman" w:eastAsia="宋体"/>
                <w:b w:val="0"/>
                <w:sz w:val="24"/>
              </w:rPr>
              <w:t>Can the elderly care service process of the community / institution strictly achieve openness, transparency, and no discrimination:</w:t>
            </w:r>
          </w:p>
        </w:tc>
        <w:tc>
          <w:tcPr>
            <w:tcW w:type="dxa" w:w="3520"/>
            <w:vAlign w:val="center"/>
          </w:tcPr>
          <w:p>
            <w:pPr>
              <w:spacing w:before="0" w:after="0" w:line="240" w:lineRule="auto"/>
              <w:jc w:val="left"/>
            </w:pPr>
            <w:r/>
            <w:r>
              <w:rPr>
                <w:rFonts w:ascii="Times New Roman" w:hAnsi="Times New Roman" w:eastAsia="宋体"/>
                <w:b w:val="0"/>
                <w:sz w:val="24"/>
              </w:rPr>
              <w:t>（1）very lax（2）not very strict（3）average（4）fairly strict（5）very strict</w:t>
            </w:r>
          </w:p>
        </w:tc>
      </w:tr>
      <w:tr>
        <w:tc>
          <w:tcPr>
            <w:tcW w:type="dxa" w:w="700"/>
            <w:vAlign w:val="center"/>
          </w:tcPr>
          <w:p>
            <w:pPr>
              <w:spacing w:before="0" w:after="0" w:line="240" w:lineRule="auto"/>
              <w:jc w:val="center"/>
            </w:pPr>
            <w:r/>
            <w:r>
              <w:rPr>
                <w:rFonts w:ascii="Times New Roman" w:hAnsi="Times New Roman" w:eastAsia="宋体"/>
                <w:b w:val="0"/>
                <w:sz w:val="24"/>
              </w:rPr>
              <w:t>4.8</w:t>
            </w:r>
          </w:p>
        </w:tc>
        <w:tc>
          <w:tcPr>
            <w:tcW w:type="dxa" w:w="1200"/>
            <w:vAlign w:val="center"/>
          </w:tcPr>
          <w:p>
            <w:pPr>
              <w:spacing w:before="0" w:after="0" w:line="240" w:lineRule="auto"/>
              <w:jc w:val="center"/>
            </w:pPr>
            <w:r/>
            <w:r>
              <w:rPr>
                <w:rFonts w:ascii="Times New Roman" w:hAnsi="Times New Roman" w:eastAsia="宋体"/>
                <w:b w:val="0"/>
                <w:sz w:val="24"/>
              </w:rPr>
              <w:t>Perceived fairness</w:t>
            </w:r>
          </w:p>
        </w:tc>
        <w:tc>
          <w:tcPr>
            <w:tcW w:type="dxa" w:w="3100"/>
            <w:vAlign w:val="center"/>
          </w:tcPr>
          <w:p>
            <w:pPr>
              <w:spacing w:before="0" w:after="0" w:line="240" w:lineRule="auto"/>
              <w:jc w:val="left"/>
            </w:pPr>
            <w:r/>
            <w:r>
              <w:rPr>
                <w:rFonts w:ascii="Times New Roman" w:hAnsi="Times New Roman" w:eastAsia="宋体"/>
                <w:b w:val="0"/>
                <w:sz w:val="24"/>
              </w:rPr>
              <w:t>Do you think giving special temporary relief to elderly people in difficulty is conducive to promoting fairness:</w:t>
            </w:r>
          </w:p>
        </w:tc>
        <w:tc>
          <w:tcPr>
            <w:tcW w:type="dxa" w:w="3520"/>
            <w:vAlign w:val="center"/>
          </w:tcPr>
          <w:p>
            <w:pPr>
              <w:spacing w:before="0" w:after="0" w:line="240" w:lineRule="auto"/>
              <w:jc w:val="left"/>
            </w:pPr>
            <w:r/>
            <w:r>
              <w:rPr>
                <w:rFonts w:ascii="Times New Roman" w:hAnsi="Times New Roman" w:eastAsia="宋体"/>
                <w:b w:val="0"/>
                <w:sz w:val="24"/>
              </w:rPr>
              <w:t>（1）cannot at all（2）not very well（3）basically can（4）mostly can（5）fully can</w:t>
            </w:r>
          </w:p>
        </w:tc>
      </w:tr>
      <w:tr>
        <w:tc>
          <w:tcPr>
            <w:tcW w:type="dxa" w:w="700"/>
            <w:vAlign w:val="center"/>
          </w:tcPr>
          <w:p>
            <w:pPr>
              <w:spacing w:before="0" w:after="0" w:line="240" w:lineRule="auto"/>
              <w:jc w:val="center"/>
            </w:pPr>
            <w:r/>
            <w:r>
              <w:rPr>
                <w:rFonts w:ascii="Times New Roman" w:hAnsi="Times New Roman" w:eastAsia="宋体"/>
                <w:b w:val="0"/>
                <w:sz w:val="24"/>
              </w:rPr>
              <w:t>4.8</w:t>
            </w:r>
          </w:p>
        </w:tc>
        <w:tc>
          <w:tcPr>
            <w:tcW w:type="dxa" w:w="1200"/>
            <w:vAlign w:val="center"/>
          </w:tcPr>
          <w:p>
            <w:pPr>
              <w:spacing w:before="0" w:after="0" w:line="240" w:lineRule="auto"/>
              <w:jc w:val="center"/>
            </w:pPr>
            <w:r/>
            <w:r>
              <w:rPr>
                <w:rFonts w:ascii="Times New Roman" w:hAnsi="Times New Roman" w:eastAsia="宋体"/>
                <w:b w:val="0"/>
                <w:sz w:val="24"/>
              </w:rPr>
              <w:t>Perceived fairness</w:t>
            </w:r>
          </w:p>
        </w:tc>
        <w:tc>
          <w:tcPr>
            <w:tcW w:type="dxa" w:w="3100"/>
            <w:vAlign w:val="center"/>
          </w:tcPr>
          <w:p>
            <w:pPr>
              <w:spacing w:before="0" w:after="0" w:line="240" w:lineRule="auto"/>
              <w:jc w:val="left"/>
            </w:pPr>
            <w:r/>
            <w:r>
              <w:rPr>
                <w:rFonts w:ascii="Times New Roman" w:hAnsi="Times New Roman" w:eastAsia="宋体"/>
                <w:b w:val="0"/>
                <w:sz w:val="24"/>
              </w:rPr>
              <w:t>Does the community / institution serve you strictly in accordance with accurate information and relevant systems:</w:t>
            </w:r>
          </w:p>
        </w:tc>
        <w:tc>
          <w:tcPr>
            <w:tcW w:type="dxa" w:w="3520"/>
            <w:vAlign w:val="center"/>
          </w:tcPr>
          <w:p>
            <w:pPr>
              <w:spacing w:before="0" w:after="0" w:line="240" w:lineRule="auto"/>
              <w:jc w:val="left"/>
            </w:pPr>
            <w:r/>
            <w:r>
              <w:rPr>
                <w:rFonts w:ascii="Times New Roman" w:hAnsi="Times New Roman" w:eastAsia="宋体"/>
                <w:b w:val="0"/>
                <w:sz w:val="24"/>
              </w:rPr>
              <w:t>（1）very lax（2）not very strict（3）average（4）fairly strict（5）very strict</w:t>
            </w:r>
          </w:p>
        </w:tc>
      </w:tr>
    </w:tbl>
    <w:p>
      <w:pPr>
        <w:spacing w:before="120" w:after="80"/>
        <w:jc w:val="center"/>
      </w:pPr>
      <w:r>
        <w:rPr>
          <w:rFonts w:ascii="Times New Roman" w:hAnsi="Times New Roman" w:eastAsia="宋体"/>
          <w:b/>
          <w:sz w:val="28"/>
        </w:rPr>
        <w:t>5. Evaluation of elderly products</w:t>
      </w:r>
    </w:p>
    <w:tbl>
      <w:tblPr>
        <w:tblStyle w:val="TableGrid"/>
        <w:tblW w:type="dxa" w:w="8520"/>
        <w:jc w:val="center"/>
        <w:tblLook w:firstColumn="1" w:firstRow="1" w:lastColumn="0" w:lastRow="0" w:noHBand="0" w:noVBand="1" w:val="04A0"/>
        <w:tblLayout w:type="fixed"/>
      </w:tblPr>
      <w:tblGrid>
        <w:gridCol w:w="900"/>
        <w:gridCol w:w="3200"/>
        <w:gridCol w:w="4420"/>
      </w:tblGrid>
      <w:tr>
        <w:tc>
          <w:tcPr>
            <w:tcW w:type="dxa" w:w="900"/>
            <w:vAlign w:val="center"/>
          </w:tcPr>
          <w:p>
            <w:pPr>
              <w:spacing w:before="0" w:after="0" w:line="240" w:lineRule="auto"/>
              <w:jc w:val="center"/>
            </w:pPr>
            <w:r/>
            <w:r>
              <w:rPr>
                <w:rFonts w:ascii="Times New Roman" w:hAnsi="Times New Roman" w:eastAsia="宋体"/>
                <w:b/>
                <w:sz w:val="24"/>
              </w:rPr>
              <w:t>No.</w:t>
            </w:r>
          </w:p>
        </w:tc>
        <w:tc>
          <w:tcPr>
            <w:tcW w:type="dxa" w:w="3200"/>
            <w:vAlign w:val="center"/>
          </w:tcPr>
          <w:p>
            <w:pPr>
              <w:spacing w:before="0" w:after="0" w:line="240" w:lineRule="auto"/>
              <w:jc w:val="center"/>
            </w:pPr>
            <w:r/>
            <w:r>
              <w:rPr>
                <w:rFonts w:ascii="Times New Roman" w:hAnsi="Times New Roman" w:eastAsia="宋体"/>
                <w:b/>
                <w:sz w:val="24"/>
              </w:rPr>
              <w:t>Question</w:t>
            </w:r>
          </w:p>
        </w:tc>
        <w:tc>
          <w:tcPr>
            <w:tcW w:type="dxa" w:w="4420"/>
            <w:vAlign w:val="center"/>
          </w:tcPr>
          <w:p>
            <w:pPr>
              <w:spacing w:before="0" w:after="0" w:line="240" w:lineRule="auto"/>
              <w:jc w:val="center"/>
            </w:pPr>
            <w:r/>
            <w:r>
              <w:rPr>
                <w:rFonts w:ascii="Times New Roman" w:hAnsi="Times New Roman" w:eastAsia="宋体"/>
                <w:b/>
                <w:sz w:val="24"/>
              </w:rPr>
              <w:t>Option</w:t>
            </w:r>
          </w:p>
        </w:tc>
      </w:tr>
      <w:tr>
        <w:tc>
          <w:tcPr>
            <w:tcW w:type="dxa" w:w="900"/>
            <w:vAlign w:val="center"/>
          </w:tcPr>
          <w:p>
            <w:pPr>
              <w:spacing w:before="0" w:after="0" w:line="240" w:lineRule="auto"/>
              <w:jc w:val="center"/>
            </w:pPr>
            <w:r/>
            <w:r>
              <w:rPr>
                <w:rFonts w:ascii="Times New Roman" w:hAnsi="Times New Roman" w:eastAsia="宋体"/>
                <w:b w:val="0"/>
                <w:sz w:val="24"/>
              </w:rPr>
              <w:t>5.1</w:t>
            </w:r>
          </w:p>
        </w:tc>
        <w:tc>
          <w:tcPr>
            <w:tcW w:type="dxa" w:w="3200"/>
            <w:vAlign w:val="center"/>
          </w:tcPr>
          <w:p>
            <w:pPr>
              <w:spacing w:before="0" w:after="0" w:line="240" w:lineRule="auto"/>
              <w:jc w:val="left"/>
            </w:pPr>
            <w:r/>
            <w:r>
              <w:rPr>
                <w:rFonts w:ascii="Times New Roman" w:hAnsi="Times New Roman" w:eastAsia="宋体"/>
                <w:b w:val="0"/>
                <w:sz w:val="24"/>
              </w:rPr>
              <w:t>Which of the following products do you think you need (multiple choices):</w:t>
            </w:r>
          </w:p>
        </w:tc>
        <w:tc>
          <w:tcPr>
            <w:tcW w:type="dxa" w:w="4420"/>
            <w:vAlign w:val="center"/>
          </w:tcPr>
          <w:p>
            <w:pPr>
              <w:spacing w:before="0" w:after="0" w:line="240" w:lineRule="auto"/>
              <w:jc w:val="left"/>
            </w:pPr>
            <w:r/>
            <w:r>
              <w:rPr>
                <w:rFonts w:ascii="Times New Roman" w:hAnsi="Times New Roman" w:eastAsia="宋体"/>
                <w:b w:val="0"/>
                <w:sz w:val="24"/>
              </w:rPr>
              <w:t>（1）dietary products（2）clothing products（3）housing（4）mobility aids（5）financial products（6）assistive living devices（7）medical rehabilitation products（8）tourism products（9）cultural products for the elderly（10）health care products（11）none</w:t>
            </w:r>
          </w:p>
        </w:tc>
      </w:tr>
      <w:tr>
        <w:tc>
          <w:tcPr>
            <w:tcW w:type="dxa" w:w="900"/>
            <w:vAlign w:val="center"/>
          </w:tcPr>
          <w:p>
            <w:pPr>
              <w:spacing w:before="0" w:after="0" w:line="240" w:lineRule="auto"/>
              <w:jc w:val="center"/>
            </w:pPr>
            <w:r/>
            <w:r>
              <w:rPr>
                <w:rFonts w:ascii="Times New Roman" w:hAnsi="Times New Roman" w:eastAsia="宋体"/>
                <w:b w:val="0"/>
                <w:sz w:val="24"/>
              </w:rPr>
              <w:t>5.2</w:t>
            </w:r>
          </w:p>
        </w:tc>
        <w:tc>
          <w:tcPr>
            <w:tcW w:type="dxa" w:w="3200"/>
            <w:vAlign w:val="center"/>
          </w:tcPr>
          <w:p>
            <w:pPr>
              <w:spacing w:before="0" w:after="0" w:line="240" w:lineRule="auto"/>
              <w:jc w:val="left"/>
            </w:pPr>
            <w:r/>
            <w:r>
              <w:rPr>
                <w:rFonts w:ascii="Times New Roman" w:hAnsi="Times New Roman" w:eastAsia="宋体"/>
                <w:b w:val="0"/>
                <w:sz w:val="24"/>
              </w:rPr>
              <w:t>Which of the following products have you used (answer questions 5.3-5.12 according to the categories selected; if a category is not selected, skip the corresponding items):</w:t>
            </w:r>
          </w:p>
        </w:tc>
        <w:tc>
          <w:tcPr>
            <w:tcW w:type="dxa" w:w="4420"/>
            <w:vAlign w:val="center"/>
          </w:tcPr>
          <w:p>
            <w:pPr>
              <w:spacing w:before="0" w:after="0" w:line="240" w:lineRule="auto"/>
              <w:jc w:val="left"/>
            </w:pPr>
            <w:r/>
            <w:r>
              <w:rPr>
                <w:rFonts w:ascii="Times New Roman" w:hAnsi="Times New Roman" w:eastAsia="宋体"/>
                <w:b w:val="0"/>
                <w:sz w:val="24"/>
              </w:rPr>
              <w:t>（1）dietary products（2）clothing products（3）housing（4）mobility aids（5）financial products（6）assistive living devices（7）medical rehabilitation products（8）tourism products（9）cultural products for the elderly（10）health care products</w:t>
            </w:r>
          </w:p>
        </w:tc>
      </w:tr>
      <w:tr>
        <w:tc>
          <w:tcPr>
            <w:tcW w:type="dxa" w:w="8520"/>
            <w:gridSpan w:val="3"/>
            <w:vAlign w:val="center"/>
          </w:tcPr>
          <w:p>
            <w:pPr>
              <w:spacing w:before="0" w:after="0" w:line="240" w:lineRule="auto"/>
              <w:jc w:val="left"/>
            </w:pPr>
            <w:r/>
            <w:r>
              <w:rPr>
                <w:rFonts w:ascii="Times New Roman" w:hAnsi="Times New Roman" w:eastAsia="宋体"/>
                <w:b/>
                <w:sz w:val="24"/>
              </w:rPr>
              <w:t>5.3 Dietary products</w:t>
            </w:r>
          </w:p>
        </w:tc>
      </w:tr>
      <w:tr>
        <w:tc>
          <w:tcPr>
            <w:tcW w:type="dxa" w:w="900"/>
            <w:vAlign w:val="center"/>
          </w:tcPr>
          <w:p>
            <w:pPr>
              <w:spacing w:before="0" w:after="0" w:line="240" w:lineRule="auto"/>
              <w:jc w:val="center"/>
            </w:pPr>
            <w:r/>
            <w:r>
              <w:rPr>
                <w:rFonts w:ascii="Times New Roman" w:hAnsi="Times New Roman" w:eastAsia="宋体"/>
                <w:b w:val="0"/>
                <w:sz w:val="24"/>
              </w:rPr>
              <w:t>5.3</w:t>
            </w:r>
          </w:p>
        </w:tc>
        <w:tc>
          <w:tcPr>
            <w:tcW w:type="dxa" w:w="3200"/>
            <w:vAlign w:val="center"/>
          </w:tcPr>
          <w:p>
            <w:pPr>
              <w:spacing w:before="0" w:after="0" w:line="240" w:lineRule="auto"/>
              <w:jc w:val="left"/>
            </w:pPr>
            <w:r/>
            <w:r>
              <w:rPr>
                <w:rFonts w:ascii="Times New Roman" w:hAnsi="Times New Roman" w:eastAsia="宋体"/>
                <w:b w:val="0"/>
                <w:sz w:val="24"/>
              </w:rPr>
              <w:t>Your usual way of eating (multiple choices):</w:t>
            </w:r>
          </w:p>
        </w:tc>
        <w:tc>
          <w:tcPr>
            <w:tcW w:type="dxa" w:w="4420"/>
            <w:vAlign w:val="center"/>
          </w:tcPr>
          <w:p>
            <w:pPr>
              <w:spacing w:before="0" w:after="0" w:line="240" w:lineRule="auto"/>
              <w:jc w:val="left"/>
            </w:pPr>
            <w:r/>
            <w:r>
              <w:rPr>
                <w:rFonts w:ascii="Times New Roman" w:hAnsi="Times New Roman" w:eastAsia="宋体"/>
                <w:b w:val="0"/>
                <w:sz w:val="24"/>
              </w:rPr>
              <w:t>（1）cooking by yourself（2）cooking by others（3）food delivery platforms（4）community elderly dining tables / institution-provided（5）other ______</w:t>
            </w:r>
          </w:p>
        </w:tc>
      </w:tr>
      <w:tr>
        <w:tc>
          <w:tcPr>
            <w:tcW w:type="dxa" w:w="900"/>
            <w:vAlign w:val="center"/>
          </w:tcPr>
          <w:p>
            <w:pPr>
              <w:spacing w:before="0" w:after="0" w:line="240" w:lineRule="auto"/>
              <w:jc w:val="center"/>
            </w:pPr>
            <w:r/>
            <w:r>
              <w:rPr>
                <w:rFonts w:ascii="Times New Roman" w:hAnsi="Times New Roman" w:eastAsia="宋体"/>
                <w:b w:val="0"/>
                <w:sz w:val="24"/>
              </w:rPr>
              <w:t>5.3</w:t>
            </w:r>
          </w:p>
        </w:tc>
        <w:tc>
          <w:tcPr>
            <w:tcW w:type="dxa" w:w="3200"/>
            <w:vAlign w:val="center"/>
          </w:tcPr>
          <w:p>
            <w:pPr>
              <w:spacing w:before="0" w:after="0" w:line="240" w:lineRule="auto"/>
              <w:jc w:val="left"/>
            </w:pPr>
            <w:r/>
            <w:r>
              <w:rPr>
                <w:rFonts w:ascii="Times New Roman" w:hAnsi="Times New Roman" w:eastAsia="宋体"/>
                <w:b w:val="0"/>
                <w:sz w:val="24"/>
              </w:rPr>
              <w:t>Do you think the price of buying food is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5.3</w:t>
            </w:r>
          </w:p>
        </w:tc>
        <w:tc>
          <w:tcPr>
            <w:tcW w:type="dxa" w:w="3200"/>
            <w:vAlign w:val="center"/>
          </w:tcPr>
          <w:p>
            <w:pPr>
              <w:spacing w:before="0" w:after="0" w:line="240" w:lineRule="auto"/>
              <w:jc w:val="left"/>
            </w:pPr>
            <w:r/>
            <w:r>
              <w:rPr>
                <w:rFonts w:ascii="Times New Roman" w:hAnsi="Times New Roman" w:eastAsia="宋体"/>
                <w:b w:val="0"/>
                <w:sz w:val="24"/>
              </w:rPr>
              <w:t>Are you satisfied with the timely supply of dietary products (whether you can eat on time when cooking by yourself):</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5.3</w:t>
            </w:r>
          </w:p>
        </w:tc>
        <w:tc>
          <w:tcPr>
            <w:tcW w:type="dxa" w:w="3200"/>
            <w:vAlign w:val="center"/>
          </w:tcPr>
          <w:p>
            <w:pPr>
              <w:spacing w:before="0" w:after="0" w:line="240" w:lineRule="auto"/>
              <w:jc w:val="left"/>
            </w:pPr>
            <w:r/>
            <w:r>
              <w:rPr>
                <w:rFonts w:ascii="Times New Roman" w:hAnsi="Times New Roman" w:eastAsia="宋体"/>
                <w:b w:val="0"/>
                <w:sz w:val="24"/>
              </w:rPr>
              <w:t>Are you satisfied with the nutritional and hygienic condition of dietary products: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5.3</w:t>
            </w:r>
          </w:p>
        </w:tc>
        <w:tc>
          <w:tcPr>
            <w:tcW w:type="dxa" w:w="3200"/>
            <w:vAlign w:val="center"/>
          </w:tcPr>
          <w:p>
            <w:pPr>
              <w:spacing w:before="0" w:after="0" w:line="240" w:lineRule="auto"/>
              <w:jc w:val="left"/>
            </w:pPr>
            <w:r/>
            <w:r>
              <w:rPr>
                <w:rFonts w:ascii="Times New Roman" w:hAnsi="Times New Roman" w:eastAsia="宋体"/>
                <w:b w:val="0"/>
                <w:sz w:val="24"/>
              </w:rPr>
              <w:t>Are you satisfied with the attitude of the dietary product providers: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5.3</w:t>
            </w:r>
          </w:p>
        </w:tc>
        <w:tc>
          <w:tcPr>
            <w:tcW w:type="dxa" w:w="3200"/>
            <w:vAlign w:val="center"/>
          </w:tcPr>
          <w:p>
            <w:pPr>
              <w:spacing w:before="0" w:after="0" w:line="240" w:lineRule="auto"/>
              <w:jc w:val="left"/>
            </w:pPr>
            <w:r/>
            <w:r>
              <w:rPr>
                <w:rFonts w:ascii="Times New Roman" w:hAnsi="Times New Roman" w:eastAsia="宋体"/>
                <w:b w:val="0"/>
                <w:sz w:val="24"/>
              </w:rPr>
              <w:t>Do you think dietary products are suitable for the elderly to eat:</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5.3</w:t>
            </w:r>
          </w:p>
        </w:tc>
        <w:tc>
          <w:tcPr>
            <w:tcW w:type="dxa" w:w="3200"/>
            <w:vAlign w:val="center"/>
          </w:tcPr>
          <w:p>
            <w:pPr>
              <w:spacing w:before="0" w:after="0" w:line="240" w:lineRule="auto"/>
              <w:jc w:val="left"/>
            </w:pPr>
            <w:r/>
            <w:r>
              <w:rPr>
                <w:rFonts w:ascii="Times New Roman" w:hAnsi="Times New Roman" w:eastAsia="宋体"/>
                <w:b w:val="0"/>
                <w:sz w:val="24"/>
              </w:rPr>
              <w:t>Are you satisfied with the color, aroma, and taste of the food:</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8520"/>
            <w:gridSpan w:val="3"/>
            <w:vAlign w:val="center"/>
          </w:tcPr>
          <w:p>
            <w:pPr>
              <w:spacing w:before="0" w:after="0" w:line="240" w:lineRule="auto"/>
              <w:jc w:val="left"/>
            </w:pPr>
            <w:r/>
            <w:r>
              <w:rPr>
                <w:rFonts w:ascii="Times New Roman" w:hAnsi="Times New Roman" w:eastAsia="宋体"/>
                <w:b/>
                <w:sz w:val="24"/>
              </w:rPr>
              <w:t>5.4 Clothing products</w:t>
            </w:r>
          </w:p>
        </w:tc>
      </w:tr>
      <w:tr>
        <w:tc>
          <w:tcPr>
            <w:tcW w:type="dxa" w:w="900"/>
            <w:vAlign w:val="center"/>
          </w:tcPr>
          <w:p>
            <w:pPr>
              <w:spacing w:before="0" w:after="0" w:line="240" w:lineRule="auto"/>
              <w:jc w:val="center"/>
            </w:pPr>
            <w:r/>
            <w:r>
              <w:rPr>
                <w:rFonts w:ascii="Times New Roman" w:hAnsi="Times New Roman" w:eastAsia="宋体"/>
                <w:b w:val="0"/>
                <w:sz w:val="24"/>
              </w:rPr>
              <w:t>5.4</w:t>
            </w:r>
          </w:p>
        </w:tc>
        <w:tc>
          <w:tcPr>
            <w:tcW w:type="dxa" w:w="3200"/>
            <w:vAlign w:val="center"/>
          </w:tcPr>
          <w:p>
            <w:pPr>
              <w:spacing w:before="0" w:after="0" w:line="240" w:lineRule="auto"/>
              <w:jc w:val="left"/>
            </w:pPr>
            <w:r/>
            <w:r>
              <w:rPr>
                <w:rFonts w:ascii="Times New Roman" w:hAnsi="Times New Roman" w:eastAsia="宋体"/>
                <w:b w:val="0"/>
                <w:sz w:val="24"/>
              </w:rPr>
              <w:t>How do you usually buy your clothes (multiple choices):</w:t>
            </w:r>
          </w:p>
        </w:tc>
        <w:tc>
          <w:tcPr>
            <w:tcW w:type="dxa" w:w="4420"/>
            <w:vAlign w:val="center"/>
          </w:tcPr>
          <w:p>
            <w:pPr>
              <w:spacing w:before="0" w:after="0" w:line="240" w:lineRule="auto"/>
              <w:jc w:val="left"/>
            </w:pPr>
            <w:r/>
            <w:r>
              <w:rPr>
                <w:rFonts w:ascii="Times New Roman" w:hAnsi="Times New Roman" w:eastAsia="宋体"/>
                <w:b w:val="0"/>
                <w:sz w:val="24"/>
              </w:rPr>
              <w:t>（1）buy by yourself（2）gifts from children（3）gifts from others（4）provided by the community / institution（5）other ______</w:t>
            </w:r>
          </w:p>
        </w:tc>
      </w:tr>
      <w:tr>
        <w:tc>
          <w:tcPr>
            <w:tcW w:type="dxa" w:w="900"/>
            <w:vAlign w:val="center"/>
          </w:tcPr>
          <w:p>
            <w:pPr>
              <w:spacing w:before="0" w:after="0" w:line="240" w:lineRule="auto"/>
              <w:jc w:val="center"/>
            </w:pPr>
            <w:r/>
            <w:r>
              <w:rPr>
                <w:rFonts w:ascii="Times New Roman" w:hAnsi="Times New Roman" w:eastAsia="宋体"/>
                <w:b w:val="0"/>
                <w:sz w:val="24"/>
              </w:rPr>
              <w:t>5.4</w:t>
            </w:r>
          </w:p>
        </w:tc>
        <w:tc>
          <w:tcPr>
            <w:tcW w:type="dxa" w:w="3200"/>
            <w:vAlign w:val="center"/>
          </w:tcPr>
          <w:p>
            <w:pPr>
              <w:spacing w:before="0" w:after="0" w:line="240" w:lineRule="auto"/>
              <w:jc w:val="left"/>
            </w:pPr>
            <w:r/>
            <w:r>
              <w:rPr>
                <w:rFonts w:ascii="Times New Roman" w:hAnsi="Times New Roman" w:eastAsia="宋体"/>
                <w:b w:val="0"/>
                <w:sz w:val="24"/>
              </w:rPr>
              <w:t>Do you think the price of clothes is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5.4</w:t>
            </w:r>
          </w:p>
        </w:tc>
        <w:tc>
          <w:tcPr>
            <w:tcW w:type="dxa" w:w="3200"/>
            <w:vAlign w:val="center"/>
          </w:tcPr>
          <w:p>
            <w:pPr>
              <w:spacing w:before="0" w:after="0" w:line="240" w:lineRule="auto"/>
              <w:jc w:val="left"/>
            </w:pPr>
            <w:r/>
            <w:r>
              <w:rPr>
                <w:rFonts w:ascii="Times New Roman" w:hAnsi="Times New Roman" w:eastAsia="宋体"/>
                <w:b w:val="0"/>
                <w:sz w:val="24"/>
              </w:rPr>
              <w:t>Is it convenient for you to buy clothes usually:</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5.4</w:t>
            </w:r>
          </w:p>
        </w:tc>
        <w:tc>
          <w:tcPr>
            <w:tcW w:type="dxa" w:w="3200"/>
            <w:vAlign w:val="center"/>
          </w:tcPr>
          <w:p>
            <w:pPr>
              <w:spacing w:before="0" w:after="0" w:line="240" w:lineRule="auto"/>
              <w:jc w:val="left"/>
            </w:pPr>
            <w:r/>
            <w:r>
              <w:rPr>
                <w:rFonts w:ascii="Times New Roman" w:hAnsi="Times New Roman" w:eastAsia="宋体"/>
                <w:b w:val="0"/>
                <w:sz w:val="24"/>
              </w:rPr>
              <w:t>Are you satisfied with the quality of clothing products: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5.4</w:t>
            </w:r>
          </w:p>
        </w:tc>
        <w:tc>
          <w:tcPr>
            <w:tcW w:type="dxa" w:w="3200"/>
            <w:vAlign w:val="center"/>
          </w:tcPr>
          <w:p>
            <w:pPr>
              <w:spacing w:before="0" w:after="0" w:line="240" w:lineRule="auto"/>
              <w:jc w:val="left"/>
            </w:pPr>
            <w:r/>
            <w:r>
              <w:rPr>
                <w:rFonts w:ascii="Times New Roman" w:hAnsi="Times New Roman" w:eastAsia="宋体"/>
                <w:b w:val="0"/>
                <w:sz w:val="24"/>
              </w:rPr>
              <w:t>Are you satisfied with the attitude of the clothing providers: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5.4</w:t>
            </w:r>
          </w:p>
        </w:tc>
        <w:tc>
          <w:tcPr>
            <w:tcW w:type="dxa" w:w="3200"/>
            <w:vAlign w:val="center"/>
          </w:tcPr>
          <w:p>
            <w:pPr>
              <w:spacing w:before="0" w:after="0" w:line="240" w:lineRule="auto"/>
              <w:jc w:val="left"/>
            </w:pPr>
            <w:r/>
            <w:r>
              <w:rPr>
                <w:rFonts w:ascii="Times New Roman" w:hAnsi="Times New Roman" w:eastAsia="宋体"/>
                <w:b w:val="0"/>
                <w:sz w:val="24"/>
              </w:rPr>
              <w:t>Do you think the current clothes are suitable for the elderly (comfortable, soft):</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5.4</w:t>
            </w:r>
          </w:p>
        </w:tc>
        <w:tc>
          <w:tcPr>
            <w:tcW w:type="dxa" w:w="3200"/>
            <w:vAlign w:val="center"/>
          </w:tcPr>
          <w:p>
            <w:pPr>
              <w:spacing w:before="0" w:after="0" w:line="240" w:lineRule="auto"/>
              <w:jc w:val="left"/>
            </w:pPr>
            <w:r/>
            <w:r>
              <w:rPr>
                <w:rFonts w:ascii="Times New Roman" w:hAnsi="Times New Roman" w:eastAsia="宋体"/>
                <w:b w:val="0"/>
                <w:sz w:val="24"/>
              </w:rPr>
              <w:t>Are you satisfied with the style and texture of the clothes: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8520"/>
            <w:gridSpan w:val="3"/>
            <w:vAlign w:val="center"/>
          </w:tcPr>
          <w:p>
            <w:pPr>
              <w:spacing w:before="0" w:after="0" w:line="240" w:lineRule="auto"/>
              <w:jc w:val="left"/>
            </w:pPr>
            <w:r/>
            <w:r>
              <w:rPr>
                <w:rFonts w:ascii="Times New Roman" w:hAnsi="Times New Roman" w:eastAsia="宋体"/>
                <w:b/>
                <w:sz w:val="24"/>
              </w:rPr>
              <w:t>5.5 Housing</w:t>
            </w:r>
          </w:p>
        </w:tc>
      </w:tr>
      <w:tr>
        <w:tc>
          <w:tcPr>
            <w:tcW w:type="dxa" w:w="900"/>
            <w:vAlign w:val="center"/>
          </w:tcPr>
          <w:p>
            <w:pPr>
              <w:spacing w:before="0" w:after="0" w:line="240" w:lineRule="auto"/>
              <w:jc w:val="center"/>
            </w:pPr>
            <w:r/>
            <w:r>
              <w:rPr>
                <w:rFonts w:ascii="Times New Roman" w:hAnsi="Times New Roman" w:eastAsia="宋体"/>
                <w:b w:val="0"/>
                <w:sz w:val="24"/>
              </w:rPr>
              <w:t>5.5</w:t>
            </w:r>
          </w:p>
        </w:tc>
        <w:tc>
          <w:tcPr>
            <w:tcW w:type="dxa" w:w="3200"/>
            <w:vAlign w:val="center"/>
          </w:tcPr>
          <w:p>
            <w:pPr>
              <w:spacing w:before="0" w:after="0" w:line="240" w:lineRule="auto"/>
              <w:jc w:val="left"/>
            </w:pPr>
            <w:r/>
            <w:r>
              <w:rPr>
                <w:rFonts w:ascii="Times New Roman" w:hAnsi="Times New Roman" w:eastAsia="宋体"/>
                <w:b w:val="0"/>
                <w:sz w:val="24"/>
              </w:rPr>
              <w:t>How did you obtain your current housing (single choice):</w:t>
            </w:r>
          </w:p>
        </w:tc>
        <w:tc>
          <w:tcPr>
            <w:tcW w:type="dxa" w:w="4420"/>
            <w:vAlign w:val="center"/>
          </w:tcPr>
          <w:p>
            <w:pPr>
              <w:spacing w:before="0" w:after="0" w:line="240" w:lineRule="auto"/>
              <w:jc w:val="left"/>
            </w:pPr>
            <w:r/>
            <w:r>
              <w:rPr>
                <w:rFonts w:ascii="Times New Roman" w:hAnsi="Times New Roman" w:eastAsia="宋体"/>
                <w:b w:val="0"/>
                <w:sz w:val="24"/>
              </w:rPr>
              <w:t>（1）purchased by yourself（2）purchased by children（3）rented（4）provided by the community / institution（5）other ______</w:t>
            </w:r>
          </w:p>
        </w:tc>
      </w:tr>
      <w:tr>
        <w:tc>
          <w:tcPr>
            <w:tcW w:type="dxa" w:w="900"/>
            <w:vAlign w:val="center"/>
          </w:tcPr>
          <w:p>
            <w:pPr>
              <w:spacing w:before="0" w:after="0" w:line="240" w:lineRule="auto"/>
              <w:jc w:val="center"/>
            </w:pPr>
            <w:r/>
            <w:r>
              <w:rPr>
                <w:rFonts w:ascii="Times New Roman" w:hAnsi="Times New Roman" w:eastAsia="宋体"/>
                <w:b w:val="0"/>
                <w:sz w:val="24"/>
              </w:rPr>
              <w:t>5.5</w:t>
            </w:r>
          </w:p>
        </w:tc>
        <w:tc>
          <w:tcPr>
            <w:tcW w:type="dxa" w:w="3200"/>
            <w:vAlign w:val="center"/>
          </w:tcPr>
          <w:p>
            <w:pPr>
              <w:spacing w:before="0" w:after="0" w:line="240" w:lineRule="auto"/>
              <w:jc w:val="left"/>
            </w:pPr>
            <w:r/>
            <w:r>
              <w:rPr>
                <w:rFonts w:ascii="Times New Roman" w:hAnsi="Times New Roman" w:eastAsia="宋体"/>
                <w:b w:val="0"/>
                <w:sz w:val="24"/>
              </w:rPr>
              <w:t>Do you think the price of housing is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5.5</w:t>
            </w:r>
          </w:p>
        </w:tc>
        <w:tc>
          <w:tcPr>
            <w:tcW w:type="dxa" w:w="3200"/>
            <w:vAlign w:val="center"/>
          </w:tcPr>
          <w:p>
            <w:pPr>
              <w:spacing w:before="0" w:after="0" w:line="240" w:lineRule="auto"/>
              <w:jc w:val="left"/>
            </w:pPr>
            <w:r/>
            <w:r>
              <w:rPr>
                <w:rFonts w:ascii="Times New Roman" w:hAnsi="Times New Roman" w:eastAsia="宋体"/>
                <w:b w:val="0"/>
                <w:sz w:val="24"/>
              </w:rPr>
              <w:t>Do you think the procedures for purchasing / renting a house are convenient:</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5.5</w:t>
            </w:r>
          </w:p>
        </w:tc>
        <w:tc>
          <w:tcPr>
            <w:tcW w:type="dxa" w:w="3200"/>
            <w:vAlign w:val="center"/>
          </w:tcPr>
          <w:p>
            <w:pPr>
              <w:spacing w:before="0" w:after="0" w:line="240" w:lineRule="auto"/>
              <w:jc w:val="left"/>
            </w:pPr>
            <w:r/>
            <w:r>
              <w:rPr>
                <w:rFonts w:ascii="Times New Roman" w:hAnsi="Times New Roman" w:eastAsia="宋体"/>
                <w:b w:val="0"/>
                <w:sz w:val="24"/>
              </w:rPr>
              <w:t>Are you satisfied with the quality of the house (leakage, sound insulation):</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5.5</w:t>
            </w:r>
          </w:p>
        </w:tc>
        <w:tc>
          <w:tcPr>
            <w:tcW w:type="dxa" w:w="3200"/>
            <w:vAlign w:val="center"/>
          </w:tcPr>
          <w:p>
            <w:pPr>
              <w:spacing w:before="0" w:after="0" w:line="240" w:lineRule="auto"/>
              <w:jc w:val="left"/>
            </w:pPr>
            <w:r/>
            <w:r>
              <w:rPr>
                <w:rFonts w:ascii="Times New Roman" w:hAnsi="Times New Roman" w:eastAsia="宋体"/>
                <w:b w:val="0"/>
                <w:sz w:val="24"/>
              </w:rPr>
              <w:t>Are you satisfied with the attitude of the community property management personnel:</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5.5</w:t>
            </w:r>
          </w:p>
        </w:tc>
        <w:tc>
          <w:tcPr>
            <w:tcW w:type="dxa" w:w="3200"/>
            <w:vAlign w:val="center"/>
          </w:tcPr>
          <w:p>
            <w:pPr>
              <w:spacing w:before="0" w:after="0" w:line="240" w:lineRule="auto"/>
              <w:jc w:val="left"/>
            </w:pPr>
            <w:r/>
            <w:r>
              <w:rPr>
                <w:rFonts w:ascii="Times New Roman" w:hAnsi="Times New Roman" w:eastAsia="宋体"/>
                <w:b w:val="0"/>
                <w:sz w:val="24"/>
              </w:rPr>
              <w:t>Are you satisfied with the house in terms of its suitability for the elderly (elevators, barrier-free facilities):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5.5</w:t>
            </w:r>
          </w:p>
        </w:tc>
        <w:tc>
          <w:tcPr>
            <w:tcW w:type="dxa" w:w="3200"/>
            <w:vAlign w:val="center"/>
          </w:tcPr>
          <w:p>
            <w:pPr>
              <w:spacing w:before="0" w:after="0" w:line="240" w:lineRule="auto"/>
              <w:jc w:val="left"/>
            </w:pPr>
            <w:r/>
            <w:r>
              <w:rPr>
                <w:rFonts w:ascii="Times New Roman" w:hAnsi="Times New Roman" w:eastAsia="宋体"/>
                <w:b w:val="0"/>
                <w:sz w:val="24"/>
              </w:rPr>
              <w:t>Are you satisfied with the environment of the residential community:</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8520"/>
            <w:gridSpan w:val="3"/>
            <w:vAlign w:val="center"/>
          </w:tcPr>
          <w:p>
            <w:pPr>
              <w:spacing w:before="0" w:after="0" w:line="240" w:lineRule="auto"/>
              <w:jc w:val="left"/>
            </w:pPr>
            <w:r/>
            <w:r>
              <w:rPr>
                <w:rFonts w:ascii="Times New Roman" w:hAnsi="Times New Roman" w:eastAsia="宋体"/>
                <w:b/>
                <w:sz w:val="24"/>
              </w:rPr>
              <w:t>5.6 Mobility aids (wheelchairs, canes, elderly electric vehicles)</w:t>
            </w:r>
          </w:p>
        </w:tc>
      </w:tr>
      <w:tr>
        <w:tc>
          <w:tcPr>
            <w:tcW w:type="dxa" w:w="900"/>
            <w:vAlign w:val="center"/>
          </w:tcPr>
          <w:p>
            <w:pPr>
              <w:spacing w:before="0" w:after="0" w:line="240" w:lineRule="auto"/>
              <w:jc w:val="center"/>
            </w:pPr>
            <w:r/>
            <w:r>
              <w:rPr>
                <w:rFonts w:ascii="Times New Roman" w:hAnsi="Times New Roman" w:eastAsia="宋体"/>
                <w:b w:val="0"/>
                <w:sz w:val="24"/>
              </w:rPr>
              <w:t>5.6</w:t>
            </w:r>
          </w:p>
        </w:tc>
        <w:tc>
          <w:tcPr>
            <w:tcW w:type="dxa" w:w="3200"/>
            <w:vAlign w:val="center"/>
          </w:tcPr>
          <w:p>
            <w:pPr>
              <w:spacing w:before="0" w:after="0" w:line="240" w:lineRule="auto"/>
              <w:jc w:val="left"/>
            </w:pPr>
            <w:r/>
            <w:r>
              <w:rPr>
                <w:rFonts w:ascii="Times New Roman" w:hAnsi="Times New Roman" w:eastAsia="宋体"/>
                <w:b w:val="0"/>
                <w:sz w:val="24"/>
              </w:rPr>
              <w:t>How did you obtain your mobility aids (multiple choices):</w:t>
            </w:r>
          </w:p>
        </w:tc>
        <w:tc>
          <w:tcPr>
            <w:tcW w:type="dxa" w:w="4420"/>
            <w:vAlign w:val="center"/>
          </w:tcPr>
          <w:p>
            <w:pPr>
              <w:spacing w:before="0" w:after="0" w:line="240" w:lineRule="auto"/>
              <w:jc w:val="left"/>
            </w:pPr>
            <w:r/>
            <w:r>
              <w:rPr>
                <w:rFonts w:ascii="Times New Roman" w:hAnsi="Times New Roman" w:eastAsia="宋体"/>
                <w:b w:val="0"/>
                <w:sz w:val="24"/>
              </w:rPr>
              <w:t>（1）purchased（2）rented（3）provided by the community / institution（4）other ______</w:t>
            </w:r>
          </w:p>
        </w:tc>
      </w:tr>
      <w:tr>
        <w:tc>
          <w:tcPr>
            <w:tcW w:type="dxa" w:w="900"/>
            <w:vAlign w:val="center"/>
          </w:tcPr>
          <w:p>
            <w:pPr>
              <w:spacing w:before="0" w:after="0" w:line="240" w:lineRule="auto"/>
              <w:jc w:val="center"/>
            </w:pPr>
            <w:r/>
            <w:r>
              <w:rPr>
                <w:rFonts w:ascii="Times New Roman" w:hAnsi="Times New Roman" w:eastAsia="宋体"/>
                <w:b w:val="0"/>
                <w:sz w:val="24"/>
              </w:rPr>
              <w:t>5.6</w:t>
            </w:r>
          </w:p>
        </w:tc>
        <w:tc>
          <w:tcPr>
            <w:tcW w:type="dxa" w:w="3200"/>
            <w:vAlign w:val="center"/>
          </w:tcPr>
          <w:p>
            <w:pPr>
              <w:spacing w:before="0" w:after="0" w:line="240" w:lineRule="auto"/>
              <w:jc w:val="left"/>
            </w:pPr>
            <w:r/>
            <w:r>
              <w:rPr>
                <w:rFonts w:ascii="Times New Roman" w:hAnsi="Times New Roman" w:eastAsia="宋体"/>
                <w:b w:val="0"/>
                <w:sz w:val="24"/>
              </w:rPr>
              <w:t>Do you think the price of mobility aids is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5.6</w:t>
            </w:r>
          </w:p>
        </w:tc>
        <w:tc>
          <w:tcPr>
            <w:tcW w:type="dxa" w:w="3200"/>
            <w:vAlign w:val="center"/>
          </w:tcPr>
          <w:p>
            <w:pPr>
              <w:spacing w:before="0" w:after="0" w:line="240" w:lineRule="auto"/>
              <w:jc w:val="left"/>
            </w:pPr>
            <w:r/>
            <w:r>
              <w:rPr>
                <w:rFonts w:ascii="Times New Roman" w:hAnsi="Times New Roman" w:eastAsia="宋体"/>
                <w:b w:val="0"/>
                <w:sz w:val="24"/>
              </w:rPr>
              <w:t>Is it convenient to purchase / rent mobility aids: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5.6</w:t>
            </w:r>
          </w:p>
        </w:tc>
        <w:tc>
          <w:tcPr>
            <w:tcW w:type="dxa" w:w="3200"/>
            <w:vAlign w:val="center"/>
          </w:tcPr>
          <w:p>
            <w:pPr>
              <w:spacing w:before="0" w:after="0" w:line="240" w:lineRule="auto"/>
              <w:jc w:val="left"/>
            </w:pPr>
            <w:r/>
            <w:r>
              <w:rPr>
                <w:rFonts w:ascii="Times New Roman" w:hAnsi="Times New Roman" w:eastAsia="宋体"/>
                <w:b w:val="0"/>
                <w:sz w:val="24"/>
              </w:rPr>
              <w:t>Are the mobility aids you currently use durable:</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5.6</w:t>
            </w:r>
          </w:p>
        </w:tc>
        <w:tc>
          <w:tcPr>
            <w:tcW w:type="dxa" w:w="3200"/>
            <w:vAlign w:val="center"/>
          </w:tcPr>
          <w:p>
            <w:pPr>
              <w:spacing w:before="0" w:after="0" w:line="240" w:lineRule="auto"/>
              <w:jc w:val="left"/>
            </w:pPr>
            <w:r/>
            <w:r>
              <w:rPr>
                <w:rFonts w:ascii="Times New Roman" w:hAnsi="Times New Roman" w:eastAsia="宋体"/>
                <w:b w:val="0"/>
                <w:sz w:val="24"/>
              </w:rPr>
              <w:t>Are you satisfied with the attitude of the personnel who sell and repair mobility aids: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5.6</w:t>
            </w:r>
          </w:p>
        </w:tc>
        <w:tc>
          <w:tcPr>
            <w:tcW w:type="dxa" w:w="3200"/>
            <w:vAlign w:val="center"/>
          </w:tcPr>
          <w:p>
            <w:pPr>
              <w:spacing w:before="0" w:after="0" w:line="240" w:lineRule="auto"/>
              <w:jc w:val="left"/>
            </w:pPr>
            <w:r/>
            <w:r>
              <w:rPr>
                <w:rFonts w:ascii="Times New Roman" w:hAnsi="Times New Roman" w:eastAsia="宋体"/>
                <w:b w:val="0"/>
                <w:sz w:val="24"/>
              </w:rPr>
              <w:t>Do you think the mobility aids you purchased are customized according to your personal situation:</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5.6</w:t>
            </w:r>
          </w:p>
        </w:tc>
        <w:tc>
          <w:tcPr>
            <w:tcW w:type="dxa" w:w="3200"/>
            <w:vAlign w:val="center"/>
          </w:tcPr>
          <w:p>
            <w:pPr>
              <w:spacing w:before="0" w:after="0" w:line="240" w:lineRule="auto"/>
              <w:jc w:val="left"/>
            </w:pPr>
            <w:r/>
            <w:r>
              <w:rPr>
                <w:rFonts w:ascii="Times New Roman" w:hAnsi="Times New Roman" w:eastAsia="宋体"/>
                <w:b w:val="0"/>
                <w:sz w:val="24"/>
              </w:rPr>
              <w:t>Are you satisfied with the performance and operation of the mobility aids: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8520"/>
            <w:gridSpan w:val="3"/>
            <w:vAlign w:val="center"/>
          </w:tcPr>
          <w:p>
            <w:pPr>
              <w:spacing w:before="0" w:after="0" w:line="240" w:lineRule="auto"/>
              <w:jc w:val="left"/>
            </w:pPr>
            <w:r/>
            <w:r>
              <w:rPr>
                <w:rFonts w:ascii="Times New Roman" w:hAnsi="Times New Roman" w:eastAsia="宋体"/>
                <w:b/>
                <w:sz w:val="24"/>
              </w:rPr>
              <w:t>5.7 Financial management (money market funds, life insurance products, bank wealth management products)</w:t>
            </w:r>
          </w:p>
        </w:tc>
      </w:tr>
      <w:tr>
        <w:tc>
          <w:tcPr>
            <w:tcW w:type="dxa" w:w="900"/>
            <w:vAlign w:val="center"/>
          </w:tcPr>
          <w:p>
            <w:pPr>
              <w:spacing w:before="0" w:after="0" w:line="240" w:lineRule="auto"/>
              <w:jc w:val="center"/>
            </w:pPr>
            <w:r/>
            <w:r>
              <w:rPr>
                <w:rFonts w:ascii="Times New Roman" w:hAnsi="Times New Roman" w:eastAsia="宋体"/>
                <w:b w:val="0"/>
                <w:sz w:val="24"/>
              </w:rPr>
              <w:t>5.7</w:t>
            </w:r>
          </w:p>
        </w:tc>
        <w:tc>
          <w:tcPr>
            <w:tcW w:type="dxa" w:w="3200"/>
            <w:vAlign w:val="center"/>
          </w:tcPr>
          <w:p>
            <w:pPr>
              <w:spacing w:before="0" w:after="0" w:line="240" w:lineRule="auto"/>
              <w:jc w:val="left"/>
            </w:pPr>
            <w:r/>
            <w:r>
              <w:rPr>
                <w:rFonts w:ascii="Times New Roman" w:hAnsi="Times New Roman" w:eastAsia="宋体"/>
                <w:b w:val="0"/>
                <w:sz w:val="24"/>
              </w:rPr>
              <w:t>How did you purchase your financial products (multiple choices):</w:t>
            </w:r>
          </w:p>
        </w:tc>
        <w:tc>
          <w:tcPr>
            <w:tcW w:type="dxa" w:w="4420"/>
            <w:vAlign w:val="center"/>
          </w:tcPr>
          <w:p>
            <w:pPr>
              <w:spacing w:before="0" w:after="0" w:line="240" w:lineRule="auto"/>
              <w:jc w:val="left"/>
            </w:pPr>
            <w:r/>
            <w:r>
              <w:rPr>
                <w:rFonts w:ascii="Times New Roman" w:hAnsi="Times New Roman" w:eastAsia="宋体"/>
                <w:b w:val="0"/>
                <w:sz w:val="24"/>
              </w:rPr>
              <w:t>（1）purchased actively by yourself（2）purchased with the help of children（3）purchased on the recommendation of others（4）provided by the community / institution（5）other ______</w:t>
            </w:r>
          </w:p>
        </w:tc>
      </w:tr>
      <w:tr>
        <w:tc>
          <w:tcPr>
            <w:tcW w:type="dxa" w:w="900"/>
            <w:vAlign w:val="center"/>
          </w:tcPr>
          <w:p>
            <w:pPr>
              <w:spacing w:before="0" w:after="0" w:line="240" w:lineRule="auto"/>
              <w:jc w:val="center"/>
            </w:pPr>
            <w:r/>
            <w:r>
              <w:rPr>
                <w:rFonts w:ascii="Times New Roman" w:hAnsi="Times New Roman" w:eastAsia="宋体"/>
                <w:b w:val="0"/>
                <w:sz w:val="24"/>
              </w:rPr>
              <w:t>5.7</w:t>
            </w:r>
          </w:p>
        </w:tc>
        <w:tc>
          <w:tcPr>
            <w:tcW w:type="dxa" w:w="3200"/>
            <w:vAlign w:val="center"/>
          </w:tcPr>
          <w:p>
            <w:pPr>
              <w:spacing w:before="0" w:after="0" w:line="240" w:lineRule="auto"/>
              <w:jc w:val="left"/>
            </w:pPr>
            <w:r/>
            <w:r>
              <w:rPr>
                <w:rFonts w:ascii="Times New Roman" w:hAnsi="Times New Roman" w:eastAsia="宋体"/>
                <w:b w:val="0"/>
                <w:sz w:val="24"/>
              </w:rPr>
              <w:t>Can you bear the risks of financial products:</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5.7</w:t>
            </w:r>
          </w:p>
        </w:tc>
        <w:tc>
          <w:tcPr>
            <w:tcW w:type="dxa" w:w="3200"/>
            <w:vAlign w:val="center"/>
          </w:tcPr>
          <w:p>
            <w:pPr>
              <w:spacing w:before="0" w:after="0" w:line="240" w:lineRule="auto"/>
              <w:jc w:val="left"/>
            </w:pPr>
            <w:r/>
            <w:r>
              <w:rPr>
                <w:rFonts w:ascii="Times New Roman" w:hAnsi="Times New Roman" w:eastAsia="宋体"/>
                <w:b w:val="0"/>
                <w:sz w:val="24"/>
              </w:rPr>
              <w:t>Is it convenient to purchase financial products: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5.7</w:t>
            </w:r>
          </w:p>
        </w:tc>
        <w:tc>
          <w:tcPr>
            <w:tcW w:type="dxa" w:w="3200"/>
            <w:vAlign w:val="center"/>
          </w:tcPr>
          <w:p>
            <w:pPr>
              <w:spacing w:before="0" w:after="0" w:line="240" w:lineRule="auto"/>
              <w:jc w:val="left"/>
            </w:pPr>
            <w:r/>
            <w:r>
              <w:rPr>
                <w:rFonts w:ascii="Times New Roman" w:hAnsi="Times New Roman" w:eastAsia="宋体"/>
                <w:b w:val="0"/>
                <w:sz w:val="24"/>
              </w:rPr>
              <w:t>Are you satisfied with the returns of financial products: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5.7</w:t>
            </w:r>
          </w:p>
        </w:tc>
        <w:tc>
          <w:tcPr>
            <w:tcW w:type="dxa" w:w="3200"/>
            <w:vAlign w:val="center"/>
          </w:tcPr>
          <w:p>
            <w:pPr>
              <w:spacing w:before="0" w:after="0" w:line="240" w:lineRule="auto"/>
              <w:jc w:val="left"/>
            </w:pPr>
            <w:r/>
            <w:r>
              <w:rPr>
                <w:rFonts w:ascii="Times New Roman" w:hAnsi="Times New Roman" w:eastAsia="宋体"/>
                <w:b w:val="0"/>
                <w:sz w:val="24"/>
              </w:rPr>
              <w:t>Are you satisfied with the attitude of the financial product service personnel:</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5.7</w:t>
            </w:r>
          </w:p>
        </w:tc>
        <w:tc>
          <w:tcPr>
            <w:tcW w:type="dxa" w:w="3200"/>
            <w:vAlign w:val="center"/>
          </w:tcPr>
          <w:p>
            <w:pPr>
              <w:spacing w:before="0" w:after="0" w:line="240" w:lineRule="auto"/>
              <w:jc w:val="left"/>
            </w:pPr>
            <w:r/>
            <w:r>
              <w:rPr>
                <w:rFonts w:ascii="Times New Roman" w:hAnsi="Times New Roman" w:eastAsia="宋体"/>
                <w:b w:val="0"/>
                <w:sz w:val="24"/>
              </w:rPr>
              <w:t>Do you think it is convenient for the elderly to operate financial products: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5.7</w:t>
            </w:r>
          </w:p>
        </w:tc>
        <w:tc>
          <w:tcPr>
            <w:tcW w:type="dxa" w:w="3200"/>
            <w:vAlign w:val="center"/>
          </w:tcPr>
          <w:p>
            <w:pPr>
              <w:spacing w:before="0" w:after="0" w:line="240" w:lineRule="auto"/>
              <w:jc w:val="left"/>
            </w:pPr>
            <w:r/>
            <w:r>
              <w:rPr>
                <w:rFonts w:ascii="Times New Roman" w:hAnsi="Times New Roman" w:eastAsia="宋体"/>
                <w:b w:val="0"/>
                <w:sz w:val="24"/>
              </w:rPr>
              <w:t>Do you think the financial products have made full use of your idle funds: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8520"/>
            <w:gridSpan w:val="3"/>
            <w:vAlign w:val="center"/>
          </w:tcPr>
          <w:p>
            <w:pPr>
              <w:spacing w:before="0" w:after="0" w:line="240" w:lineRule="auto"/>
              <w:jc w:val="left"/>
            </w:pPr>
            <w:r/>
            <w:r>
              <w:rPr>
                <w:rFonts w:ascii="Times New Roman" w:hAnsi="Times New Roman" w:eastAsia="宋体"/>
                <w:b/>
                <w:sz w:val="24"/>
              </w:rPr>
              <w:t>5.8 Assistive living devices ("age-friendly" bathroom products, household appliances, kitchenware, etc.)</w:t>
            </w:r>
          </w:p>
        </w:tc>
      </w:tr>
      <w:tr>
        <w:tc>
          <w:tcPr>
            <w:tcW w:type="dxa" w:w="900"/>
            <w:vAlign w:val="center"/>
          </w:tcPr>
          <w:p>
            <w:pPr>
              <w:spacing w:before="0" w:after="0" w:line="240" w:lineRule="auto"/>
              <w:jc w:val="center"/>
            </w:pPr>
            <w:r/>
            <w:r>
              <w:rPr>
                <w:rFonts w:ascii="Times New Roman" w:hAnsi="Times New Roman" w:eastAsia="宋体"/>
                <w:b w:val="0"/>
                <w:sz w:val="24"/>
              </w:rPr>
              <w:t>5.8</w:t>
            </w:r>
          </w:p>
        </w:tc>
        <w:tc>
          <w:tcPr>
            <w:tcW w:type="dxa" w:w="3200"/>
            <w:vAlign w:val="center"/>
          </w:tcPr>
          <w:p>
            <w:pPr>
              <w:spacing w:before="0" w:after="0" w:line="240" w:lineRule="auto"/>
              <w:jc w:val="left"/>
            </w:pPr>
            <w:r/>
            <w:r>
              <w:rPr>
                <w:rFonts w:ascii="Times New Roman" w:hAnsi="Times New Roman" w:eastAsia="宋体"/>
                <w:b w:val="0"/>
                <w:sz w:val="24"/>
              </w:rPr>
              <w:t>What assistive devices do you usually use (multiple choices):</w:t>
            </w:r>
          </w:p>
        </w:tc>
        <w:tc>
          <w:tcPr>
            <w:tcW w:type="dxa" w:w="4420"/>
            <w:vAlign w:val="center"/>
          </w:tcPr>
          <w:p>
            <w:pPr>
              <w:spacing w:before="0" w:after="0" w:line="240" w:lineRule="auto"/>
              <w:jc w:val="left"/>
            </w:pPr>
            <w:r/>
            <w:r>
              <w:rPr>
                <w:rFonts w:ascii="Times New Roman" w:hAnsi="Times New Roman" w:eastAsia="宋体"/>
                <w:b w:val="0"/>
                <w:sz w:val="24"/>
              </w:rPr>
              <w:t>（1）dentures（2）age-friendly bathroom products（3）age-friendly household appliances（4）age-friendly kitchenware（5）hearing aids（6）reading glasses（7）other _____</w:t>
            </w:r>
          </w:p>
        </w:tc>
      </w:tr>
      <w:tr>
        <w:tc>
          <w:tcPr>
            <w:tcW w:type="dxa" w:w="900"/>
            <w:vAlign w:val="center"/>
          </w:tcPr>
          <w:p>
            <w:pPr>
              <w:spacing w:before="0" w:after="0" w:line="240" w:lineRule="auto"/>
              <w:jc w:val="center"/>
            </w:pPr>
            <w:r/>
            <w:r>
              <w:rPr>
                <w:rFonts w:ascii="Times New Roman" w:hAnsi="Times New Roman" w:eastAsia="宋体"/>
                <w:b w:val="0"/>
                <w:sz w:val="24"/>
              </w:rPr>
              <w:t>5.8</w:t>
            </w:r>
          </w:p>
        </w:tc>
        <w:tc>
          <w:tcPr>
            <w:tcW w:type="dxa" w:w="3200"/>
            <w:vAlign w:val="center"/>
          </w:tcPr>
          <w:p>
            <w:pPr>
              <w:spacing w:before="0" w:after="0" w:line="240" w:lineRule="auto"/>
              <w:jc w:val="left"/>
            </w:pPr>
            <w:r/>
            <w:r>
              <w:rPr>
                <w:rFonts w:ascii="Times New Roman" w:hAnsi="Times New Roman" w:eastAsia="宋体"/>
                <w:b w:val="0"/>
                <w:sz w:val="24"/>
              </w:rPr>
              <w:t>How did you obtain your assistive devices (multiple choices):</w:t>
            </w:r>
          </w:p>
        </w:tc>
        <w:tc>
          <w:tcPr>
            <w:tcW w:type="dxa" w:w="4420"/>
            <w:vAlign w:val="center"/>
          </w:tcPr>
          <w:p>
            <w:pPr>
              <w:spacing w:before="0" w:after="0" w:line="240" w:lineRule="auto"/>
              <w:jc w:val="left"/>
            </w:pPr>
            <w:r/>
            <w:r>
              <w:rPr>
                <w:rFonts w:ascii="Times New Roman" w:hAnsi="Times New Roman" w:eastAsia="宋体"/>
                <w:b w:val="0"/>
                <w:sz w:val="24"/>
              </w:rPr>
              <w:t>（1）purchased（2）rented（3）provided by the community / institution（4）other ______</w:t>
            </w:r>
          </w:p>
        </w:tc>
      </w:tr>
      <w:tr>
        <w:tc>
          <w:tcPr>
            <w:tcW w:type="dxa" w:w="900"/>
            <w:vAlign w:val="center"/>
          </w:tcPr>
          <w:p>
            <w:pPr>
              <w:spacing w:before="0" w:after="0" w:line="240" w:lineRule="auto"/>
              <w:jc w:val="center"/>
            </w:pPr>
            <w:r/>
            <w:r>
              <w:rPr>
                <w:rFonts w:ascii="Times New Roman" w:hAnsi="Times New Roman" w:eastAsia="宋体"/>
                <w:b w:val="0"/>
                <w:sz w:val="24"/>
              </w:rPr>
              <w:t>5.8</w:t>
            </w:r>
          </w:p>
        </w:tc>
        <w:tc>
          <w:tcPr>
            <w:tcW w:type="dxa" w:w="3200"/>
            <w:vAlign w:val="center"/>
          </w:tcPr>
          <w:p>
            <w:pPr>
              <w:spacing w:before="0" w:after="0" w:line="240" w:lineRule="auto"/>
              <w:jc w:val="left"/>
            </w:pPr>
            <w:r/>
            <w:r>
              <w:rPr>
                <w:rFonts w:ascii="Times New Roman" w:hAnsi="Times New Roman" w:eastAsia="宋体"/>
                <w:b w:val="0"/>
                <w:sz w:val="24"/>
              </w:rPr>
              <w:t>Do you think the price of assistive devices is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5.8</w:t>
            </w:r>
          </w:p>
        </w:tc>
        <w:tc>
          <w:tcPr>
            <w:tcW w:type="dxa" w:w="3200"/>
            <w:vAlign w:val="center"/>
          </w:tcPr>
          <w:p>
            <w:pPr>
              <w:spacing w:before="0" w:after="0" w:line="240" w:lineRule="auto"/>
              <w:jc w:val="left"/>
            </w:pPr>
            <w:r/>
            <w:r>
              <w:rPr>
                <w:rFonts w:ascii="Times New Roman" w:hAnsi="Times New Roman" w:eastAsia="宋体"/>
                <w:b w:val="0"/>
                <w:sz w:val="24"/>
              </w:rPr>
              <w:t>Is it convenient to obtain assistive devices: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5.8</w:t>
            </w:r>
          </w:p>
        </w:tc>
        <w:tc>
          <w:tcPr>
            <w:tcW w:type="dxa" w:w="3200"/>
            <w:vAlign w:val="center"/>
          </w:tcPr>
          <w:p>
            <w:pPr>
              <w:spacing w:before="0" w:after="0" w:line="240" w:lineRule="auto"/>
              <w:jc w:val="left"/>
            </w:pPr>
            <w:r/>
            <w:r>
              <w:rPr>
                <w:rFonts w:ascii="Times New Roman" w:hAnsi="Times New Roman" w:eastAsia="宋体"/>
                <w:b w:val="0"/>
                <w:sz w:val="24"/>
              </w:rPr>
              <w:t>Are the assistive devices you currently use durable:</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5.8</w:t>
            </w:r>
          </w:p>
        </w:tc>
        <w:tc>
          <w:tcPr>
            <w:tcW w:type="dxa" w:w="3200"/>
            <w:vAlign w:val="center"/>
          </w:tcPr>
          <w:p>
            <w:pPr>
              <w:spacing w:before="0" w:after="0" w:line="240" w:lineRule="auto"/>
              <w:jc w:val="left"/>
            </w:pPr>
            <w:r/>
            <w:r>
              <w:rPr>
                <w:rFonts w:ascii="Times New Roman" w:hAnsi="Times New Roman" w:eastAsia="宋体"/>
                <w:b w:val="0"/>
                <w:sz w:val="24"/>
              </w:rPr>
              <w:t>Are you satisfied with the attitude of the assistive device providers: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5.8</w:t>
            </w:r>
          </w:p>
        </w:tc>
        <w:tc>
          <w:tcPr>
            <w:tcW w:type="dxa" w:w="3200"/>
            <w:vAlign w:val="center"/>
          </w:tcPr>
          <w:p>
            <w:pPr>
              <w:spacing w:before="0" w:after="0" w:line="240" w:lineRule="auto"/>
              <w:jc w:val="left"/>
            </w:pPr>
            <w:r/>
            <w:r>
              <w:rPr>
                <w:rFonts w:ascii="Times New Roman" w:hAnsi="Times New Roman" w:eastAsia="宋体"/>
                <w:b w:val="0"/>
                <w:sz w:val="24"/>
              </w:rPr>
              <w:t>Do you think the assistive devices are customized according to your situation:</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5.8</w:t>
            </w:r>
          </w:p>
        </w:tc>
        <w:tc>
          <w:tcPr>
            <w:tcW w:type="dxa" w:w="3200"/>
            <w:vAlign w:val="center"/>
          </w:tcPr>
          <w:p>
            <w:pPr>
              <w:spacing w:before="0" w:after="0" w:line="240" w:lineRule="auto"/>
              <w:jc w:val="left"/>
            </w:pPr>
            <w:r/>
            <w:r>
              <w:rPr>
                <w:rFonts w:ascii="Times New Roman" w:hAnsi="Times New Roman" w:eastAsia="宋体"/>
                <w:b w:val="0"/>
                <w:sz w:val="24"/>
              </w:rPr>
              <w:t>Do you think the assistive devices have solved your difficulties: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8520"/>
            <w:gridSpan w:val="3"/>
            <w:vAlign w:val="center"/>
          </w:tcPr>
          <w:p>
            <w:pPr>
              <w:spacing w:before="0" w:after="0" w:line="240" w:lineRule="auto"/>
              <w:jc w:val="left"/>
            </w:pPr>
            <w:r/>
            <w:r>
              <w:rPr>
                <w:rFonts w:ascii="Times New Roman" w:hAnsi="Times New Roman" w:eastAsia="宋体"/>
                <w:b/>
                <w:sz w:val="24"/>
              </w:rPr>
              <w:t>5.9 Medical rehabilitation products (massage chairs, electronic thermometers, home ventilators)</w:t>
            </w:r>
          </w:p>
        </w:tc>
      </w:tr>
      <w:tr>
        <w:tc>
          <w:tcPr>
            <w:tcW w:type="dxa" w:w="900"/>
            <w:vAlign w:val="center"/>
          </w:tcPr>
          <w:p>
            <w:pPr>
              <w:spacing w:before="0" w:after="0" w:line="240" w:lineRule="auto"/>
              <w:jc w:val="center"/>
            </w:pPr>
            <w:r/>
            <w:r>
              <w:rPr>
                <w:rFonts w:ascii="Times New Roman" w:hAnsi="Times New Roman" w:eastAsia="宋体"/>
                <w:b w:val="0"/>
                <w:sz w:val="24"/>
              </w:rPr>
              <w:t>5.9</w:t>
            </w:r>
          </w:p>
        </w:tc>
        <w:tc>
          <w:tcPr>
            <w:tcW w:type="dxa" w:w="3200"/>
            <w:vAlign w:val="center"/>
          </w:tcPr>
          <w:p>
            <w:pPr>
              <w:spacing w:before="0" w:after="0" w:line="240" w:lineRule="auto"/>
              <w:jc w:val="left"/>
            </w:pPr>
            <w:r/>
            <w:r>
              <w:rPr>
                <w:rFonts w:ascii="Times New Roman" w:hAnsi="Times New Roman" w:eastAsia="宋体"/>
                <w:b w:val="0"/>
                <w:sz w:val="24"/>
              </w:rPr>
              <w:t>How did you obtain your medical rehabilitation products (multiple choices):</w:t>
            </w:r>
          </w:p>
        </w:tc>
        <w:tc>
          <w:tcPr>
            <w:tcW w:type="dxa" w:w="4420"/>
            <w:vAlign w:val="center"/>
          </w:tcPr>
          <w:p>
            <w:pPr>
              <w:spacing w:before="0" w:after="0" w:line="240" w:lineRule="auto"/>
              <w:jc w:val="left"/>
            </w:pPr>
            <w:r/>
            <w:r>
              <w:rPr>
                <w:rFonts w:ascii="Times New Roman" w:hAnsi="Times New Roman" w:eastAsia="宋体"/>
                <w:b w:val="0"/>
                <w:sz w:val="24"/>
              </w:rPr>
              <w:t>（1）purchased（2）rented（3）provided by the community / institution（4）other ______</w:t>
            </w:r>
          </w:p>
        </w:tc>
      </w:tr>
      <w:tr>
        <w:tc>
          <w:tcPr>
            <w:tcW w:type="dxa" w:w="900"/>
            <w:vAlign w:val="center"/>
          </w:tcPr>
          <w:p>
            <w:pPr>
              <w:spacing w:before="0" w:after="0" w:line="240" w:lineRule="auto"/>
              <w:jc w:val="center"/>
            </w:pPr>
            <w:r/>
            <w:r>
              <w:rPr>
                <w:rFonts w:ascii="Times New Roman" w:hAnsi="Times New Roman" w:eastAsia="宋体"/>
                <w:b w:val="0"/>
                <w:sz w:val="24"/>
              </w:rPr>
              <w:t>5.9</w:t>
            </w:r>
          </w:p>
        </w:tc>
        <w:tc>
          <w:tcPr>
            <w:tcW w:type="dxa" w:w="3200"/>
            <w:vAlign w:val="center"/>
          </w:tcPr>
          <w:p>
            <w:pPr>
              <w:spacing w:before="0" w:after="0" w:line="240" w:lineRule="auto"/>
              <w:jc w:val="left"/>
            </w:pPr>
            <w:r/>
            <w:r>
              <w:rPr>
                <w:rFonts w:ascii="Times New Roman" w:hAnsi="Times New Roman" w:eastAsia="宋体"/>
                <w:b w:val="0"/>
                <w:sz w:val="24"/>
              </w:rPr>
              <w:t>Is the price of such products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5.9</w:t>
            </w:r>
          </w:p>
        </w:tc>
        <w:tc>
          <w:tcPr>
            <w:tcW w:type="dxa" w:w="3200"/>
            <w:vAlign w:val="center"/>
          </w:tcPr>
          <w:p>
            <w:pPr>
              <w:spacing w:before="0" w:after="0" w:line="240" w:lineRule="auto"/>
              <w:jc w:val="left"/>
            </w:pPr>
            <w:r/>
            <w:r>
              <w:rPr>
                <w:rFonts w:ascii="Times New Roman" w:hAnsi="Times New Roman" w:eastAsia="宋体"/>
                <w:b w:val="0"/>
                <w:sz w:val="24"/>
              </w:rPr>
              <w:t>Is it convenient to purchase medical rehabilitation products: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5.9</w:t>
            </w:r>
          </w:p>
        </w:tc>
        <w:tc>
          <w:tcPr>
            <w:tcW w:type="dxa" w:w="3200"/>
            <w:vAlign w:val="center"/>
          </w:tcPr>
          <w:p>
            <w:pPr>
              <w:spacing w:before="0" w:after="0" w:line="240" w:lineRule="auto"/>
              <w:jc w:val="left"/>
            </w:pPr>
            <w:r/>
            <w:r>
              <w:rPr>
                <w:rFonts w:ascii="Times New Roman" w:hAnsi="Times New Roman" w:eastAsia="宋体"/>
                <w:b w:val="0"/>
                <w:sz w:val="24"/>
              </w:rPr>
              <w:t>Are you satisfied with the operation and use effect of the medical rehabilitation products: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5.9</w:t>
            </w:r>
          </w:p>
        </w:tc>
        <w:tc>
          <w:tcPr>
            <w:tcW w:type="dxa" w:w="3200"/>
            <w:vAlign w:val="center"/>
          </w:tcPr>
          <w:p>
            <w:pPr>
              <w:spacing w:before="0" w:after="0" w:line="240" w:lineRule="auto"/>
              <w:jc w:val="left"/>
            </w:pPr>
            <w:r/>
            <w:r>
              <w:rPr>
                <w:rFonts w:ascii="Times New Roman" w:hAnsi="Times New Roman" w:eastAsia="宋体"/>
                <w:b w:val="0"/>
                <w:sz w:val="24"/>
              </w:rPr>
              <w:t>Are you satisfied with the professional knowledge level of the medical rehabilitation product providers: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5.9</w:t>
            </w:r>
          </w:p>
        </w:tc>
        <w:tc>
          <w:tcPr>
            <w:tcW w:type="dxa" w:w="3200"/>
            <w:vAlign w:val="center"/>
          </w:tcPr>
          <w:p>
            <w:pPr>
              <w:spacing w:before="0" w:after="0" w:line="240" w:lineRule="auto"/>
              <w:jc w:val="left"/>
            </w:pPr>
            <w:r/>
            <w:r>
              <w:rPr>
                <w:rFonts w:ascii="Times New Roman" w:hAnsi="Times New Roman" w:eastAsia="宋体"/>
                <w:b w:val="0"/>
                <w:sz w:val="24"/>
              </w:rPr>
              <w:t>Do you think the current medical rehabilitation products are suitable for your personal situation:</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5.9</w:t>
            </w:r>
          </w:p>
        </w:tc>
        <w:tc>
          <w:tcPr>
            <w:tcW w:type="dxa" w:w="3200"/>
            <w:vAlign w:val="center"/>
          </w:tcPr>
          <w:p>
            <w:pPr>
              <w:spacing w:before="0" w:after="0" w:line="240" w:lineRule="auto"/>
              <w:jc w:val="left"/>
            </w:pPr>
            <w:r/>
            <w:r>
              <w:rPr>
                <w:rFonts w:ascii="Times New Roman" w:hAnsi="Times New Roman" w:eastAsia="宋体"/>
                <w:b w:val="0"/>
                <w:sz w:val="24"/>
              </w:rPr>
              <w:t>Do you think the medical rehabilitation products have improved your health:</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8520"/>
            <w:gridSpan w:val="3"/>
            <w:vAlign w:val="center"/>
          </w:tcPr>
          <w:p>
            <w:pPr>
              <w:spacing w:before="0" w:after="0" w:line="240" w:lineRule="auto"/>
              <w:jc w:val="left"/>
            </w:pPr>
            <w:r/>
            <w:r>
              <w:rPr>
                <w:rFonts w:ascii="Times New Roman" w:hAnsi="Times New Roman" w:eastAsia="宋体"/>
                <w:b/>
                <w:sz w:val="24"/>
              </w:rPr>
              <w:t>5.10 Tourism products</w:t>
            </w:r>
          </w:p>
        </w:tc>
      </w:tr>
      <w:tr>
        <w:tc>
          <w:tcPr>
            <w:tcW w:type="dxa" w:w="900"/>
            <w:vAlign w:val="center"/>
          </w:tcPr>
          <w:p>
            <w:pPr>
              <w:spacing w:before="0" w:after="0" w:line="240" w:lineRule="auto"/>
              <w:jc w:val="center"/>
            </w:pPr>
            <w:r/>
            <w:r>
              <w:rPr>
                <w:rFonts w:ascii="Times New Roman" w:hAnsi="Times New Roman" w:eastAsia="宋体"/>
                <w:b w:val="0"/>
                <w:sz w:val="24"/>
              </w:rPr>
              <w:t>5.10</w:t>
            </w:r>
          </w:p>
        </w:tc>
        <w:tc>
          <w:tcPr>
            <w:tcW w:type="dxa" w:w="3200"/>
            <w:vAlign w:val="center"/>
          </w:tcPr>
          <w:p>
            <w:pPr>
              <w:spacing w:before="0" w:after="0" w:line="240" w:lineRule="auto"/>
              <w:jc w:val="left"/>
            </w:pPr>
            <w:r/>
            <w:r>
              <w:rPr>
                <w:rFonts w:ascii="Times New Roman" w:hAnsi="Times New Roman" w:eastAsia="宋体"/>
                <w:b w:val="0"/>
                <w:sz w:val="24"/>
              </w:rPr>
              <w:t>Who mainly provides the money for your travel (multiple choices):</w:t>
            </w:r>
          </w:p>
        </w:tc>
        <w:tc>
          <w:tcPr>
            <w:tcW w:type="dxa" w:w="4420"/>
            <w:vAlign w:val="center"/>
          </w:tcPr>
          <w:p>
            <w:pPr>
              <w:spacing w:before="0" w:after="0" w:line="240" w:lineRule="auto"/>
              <w:jc w:val="left"/>
            </w:pPr>
            <w:r/>
            <w:r>
              <w:rPr>
                <w:rFonts w:ascii="Times New Roman" w:hAnsi="Times New Roman" w:eastAsia="宋体"/>
                <w:b w:val="0"/>
                <w:sz w:val="24"/>
              </w:rPr>
              <w:t>（1）paid by yourself（2）supported by children（3）gifts from purchasing other products（4）provided by the community / institution（5）other ______</w:t>
            </w:r>
          </w:p>
        </w:tc>
      </w:tr>
      <w:tr>
        <w:tc>
          <w:tcPr>
            <w:tcW w:type="dxa" w:w="900"/>
            <w:vAlign w:val="center"/>
          </w:tcPr>
          <w:p>
            <w:pPr>
              <w:spacing w:before="0" w:after="0" w:line="240" w:lineRule="auto"/>
              <w:jc w:val="center"/>
            </w:pPr>
            <w:r/>
            <w:r>
              <w:rPr>
                <w:rFonts w:ascii="Times New Roman" w:hAnsi="Times New Roman" w:eastAsia="宋体"/>
                <w:b w:val="0"/>
                <w:sz w:val="24"/>
              </w:rPr>
              <w:t>5.10</w:t>
            </w:r>
          </w:p>
        </w:tc>
        <w:tc>
          <w:tcPr>
            <w:tcW w:type="dxa" w:w="3200"/>
            <w:vAlign w:val="center"/>
          </w:tcPr>
          <w:p>
            <w:pPr>
              <w:spacing w:before="0" w:after="0" w:line="240" w:lineRule="auto"/>
              <w:jc w:val="left"/>
            </w:pPr>
            <w:r/>
            <w:r>
              <w:rPr>
                <w:rFonts w:ascii="Times New Roman" w:hAnsi="Times New Roman" w:eastAsia="宋体"/>
                <w:b w:val="0"/>
                <w:sz w:val="24"/>
              </w:rPr>
              <w:t>Is the price of such products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5.10</w:t>
            </w:r>
          </w:p>
        </w:tc>
        <w:tc>
          <w:tcPr>
            <w:tcW w:type="dxa" w:w="3200"/>
            <w:vAlign w:val="center"/>
          </w:tcPr>
          <w:p>
            <w:pPr>
              <w:spacing w:before="0" w:after="0" w:line="240" w:lineRule="auto"/>
              <w:jc w:val="left"/>
            </w:pPr>
            <w:r/>
            <w:r>
              <w:rPr>
                <w:rFonts w:ascii="Times New Roman" w:hAnsi="Times New Roman" w:eastAsia="宋体"/>
                <w:b w:val="0"/>
                <w:sz w:val="24"/>
              </w:rPr>
              <w:t>Do you think it is convenient to obtain tourism products (regularly obtaining travel package information):</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5.10</w:t>
            </w:r>
          </w:p>
        </w:tc>
        <w:tc>
          <w:tcPr>
            <w:tcW w:type="dxa" w:w="3200"/>
            <w:vAlign w:val="center"/>
          </w:tcPr>
          <w:p>
            <w:pPr>
              <w:spacing w:before="0" w:after="0" w:line="240" w:lineRule="auto"/>
              <w:jc w:val="left"/>
            </w:pPr>
            <w:r/>
            <w:r>
              <w:rPr>
                <w:rFonts w:ascii="Times New Roman" w:hAnsi="Times New Roman" w:eastAsia="宋体"/>
                <w:b w:val="0"/>
                <w:sz w:val="24"/>
              </w:rPr>
              <w:t>During travel, have you experienced deception, forced shopping, and similar situations: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5.10</w:t>
            </w:r>
          </w:p>
        </w:tc>
        <w:tc>
          <w:tcPr>
            <w:tcW w:type="dxa" w:w="3200"/>
            <w:vAlign w:val="center"/>
          </w:tcPr>
          <w:p>
            <w:pPr>
              <w:spacing w:before="0" w:after="0" w:line="240" w:lineRule="auto"/>
              <w:jc w:val="left"/>
            </w:pPr>
            <w:r/>
            <w:r>
              <w:rPr>
                <w:rFonts w:ascii="Times New Roman" w:hAnsi="Times New Roman" w:eastAsia="宋体"/>
                <w:b w:val="0"/>
                <w:sz w:val="24"/>
              </w:rPr>
              <w:t>How much do you trust the people providing tourism products: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5.10</w:t>
            </w:r>
          </w:p>
        </w:tc>
        <w:tc>
          <w:tcPr>
            <w:tcW w:type="dxa" w:w="3200"/>
            <w:vAlign w:val="center"/>
          </w:tcPr>
          <w:p>
            <w:pPr>
              <w:spacing w:before="0" w:after="0" w:line="240" w:lineRule="auto"/>
              <w:jc w:val="left"/>
            </w:pPr>
            <w:r/>
            <w:r>
              <w:rPr>
                <w:rFonts w:ascii="Times New Roman" w:hAnsi="Times New Roman" w:eastAsia="宋体"/>
                <w:b w:val="0"/>
                <w:sz w:val="24"/>
              </w:rPr>
              <w:t>Do you think the travel itinerary fully takes into account the needs of the elderly:</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5.10</w:t>
            </w:r>
          </w:p>
        </w:tc>
        <w:tc>
          <w:tcPr>
            <w:tcW w:type="dxa" w:w="3200"/>
            <w:vAlign w:val="center"/>
          </w:tcPr>
          <w:p>
            <w:pPr>
              <w:spacing w:before="0" w:after="0" w:line="240" w:lineRule="auto"/>
              <w:jc w:val="left"/>
            </w:pPr>
            <w:r/>
            <w:r>
              <w:rPr>
                <w:rFonts w:ascii="Times New Roman" w:hAnsi="Times New Roman" w:eastAsia="宋体"/>
                <w:b w:val="0"/>
                <w:sz w:val="24"/>
              </w:rPr>
              <w:t>Are you satisfied with the travel itinerary:</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8520"/>
            <w:gridSpan w:val="3"/>
            <w:vAlign w:val="center"/>
          </w:tcPr>
          <w:p>
            <w:pPr>
              <w:spacing w:before="0" w:after="0" w:line="240" w:lineRule="auto"/>
              <w:jc w:val="left"/>
            </w:pPr>
            <w:r/>
            <w:r>
              <w:rPr>
                <w:rFonts w:ascii="Times New Roman" w:hAnsi="Times New Roman" w:eastAsia="宋体"/>
                <w:b/>
                <w:sz w:val="24"/>
              </w:rPr>
              <w:t>5.11 Cultural products (sports equipment, dance supplies, calligraphy and painting supplies, musical instruments, books)</w:t>
            </w:r>
          </w:p>
        </w:tc>
      </w:tr>
      <w:tr>
        <w:tc>
          <w:tcPr>
            <w:tcW w:type="dxa" w:w="900"/>
            <w:vAlign w:val="center"/>
          </w:tcPr>
          <w:p>
            <w:pPr>
              <w:spacing w:before="0" w:after="0" w:line="240" w:lineRule="auto"/>
              <w:jc w:val="center"/>
            </w:pPr>
            <w:r/>
            <w:r>
              <w:rPr>
                <w:rFonts w:ascii="Times New Roman" w:hAnsi="Times New Roman" w:eastAsia="宋体"/>
                <w:b w:val="0"/>
                <w:sz w:val="24"/>
              </w:rPr>
              <w:t>5.11</w:t>
            </w:r>
          </w:p>
        </w:tc>
        <w:tc>
          <w:tcPr>
            <w:tcW w:type="dxa" w:w="3200"/>
            <w:vAlign w:val="center"/>
          </w:tcPr>
          <w:p>
            <w:pPr>
              <w:spacing w:before="0" w:after="0" w:line="240" w:lineRule="auto"/>
              <w:jc w:val="left"/>
            </w:pPr>
            <w:r/>
            <w:r>
              <w:rPr>
                <w:rFonts w:ascii="Times New Roman" w:hAnsi="Times New Roman" w:eastAsia="宋体"/>
                <w:b w:val="0"/>
                <w:sz w:val="24"/>
              </w:rPr>
              <w:t>How did you obtain cultural products (multiple choices):</w:t>
            </w:r>
          </w:p>
        </w:tc>
        <w:tc>
          <w:tcPr>
            <w:tcW w:type="dxa" w:w="4420"/>
            <w:vAlign w:val="center"/>
          </w:tcPr>
          <w:p>
            <w:pPr>
              <w:spacing w:before="0" w:after="0" w:line="240" w:lineRule="auto"/>
              <w:jc w:val="left"/>
            </w:pPr>
            <w:r/>
            <w:r>
              <w:rPr>
                <w:rFonts w:ascii="Times New Roman" w:hAnsi="Times New Roman" w:eastAsia="宋体"/>
                <w:b w:val="0"/>
                <w:sz w:val="24"/>
              </w:rPr>
              <w:t>（1）purchased（2）rented（3）provided by the community / institution（4）other ______</w:t>
            </w:r>
          </w:p>
        </w:tc>
      </w:tr>
      <w:tr>
        <w:tc>
          <w:tcPr>
            <w:tcW w:type="dxa" w:w="900"/>
            <w:vAlign w:val="center"/>
          </w:tcPr>
          <w:p>
            <w:pPr>
              <w:spacing w:before="0" w:after="0" w:line="240" w:lineRule="auto"/>
              <w:jc w:val="center"/>
            </w:pPr>
            <w:r/>
            <w:r>
              <w:rPr>
                <w:rFonts w:ascii="Times New Roman" w:hAnsi="Times New Roman" w:eastAsia="宋体"/>
                <w:b w:val="0"/>
                <w:sz w:val="24"/>
              </w:rPr>
              <w:t>5.11</w:t>
            </w:r>
          </w:p>
        </w:tc>
        <w:tc>
          <w:tcPr>
            <w:tcW w:type="dxa" w:w="3200"/>
            <w:vAlign w:val="center"/>
          </w:tcPr>
          <w:p>
            <w:pPr>
              <w:spacing w:before="0" w:after="0" w:line="240" w:lineRule="auto"/>
              <w:jc w:val="left"/>
            </w:pPr>
            <w:r/>
            <w:r>
              <w:rPr>
                <w:rFonts w:ascii="Times New Roman" w:hAnsi="Times New Roman" w:eastAsia="宋体"/>
                <w:b w:val="0"/>
                <w:sz w:val="24"/>
              </w:rPr>
              <w:t>Do you think the price of cultural products is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5.11</w:t>
            </w:r>
          </w:p>
        </w:tc>
        <w:tc>
          <w:tcPr>
            <w:tcW w:type="dxa" w:w="3200"/>
            <w:vAlign w:val="center"/>
          </w:tcPr>
          <w:p>
            <w:pPr>
              <w:spacing w:before="0" w:after="0" w:line="240" w:lineRule="auto"/>
              <w:jc w:val="left"/>
            </w:pPr>
            <w:r/>
            <w:r>
              <w:rPr>
                <w:rFonts w:ascii="Times New Roman" w:hAnsi="Times New Roman" w:eastAsia="宋体"/>
                <w:b w:val="0"/>
                <w:sz w:val="24"/>
              </w:rPr>
              <w:t>Is it convenient to purchase cultural products (nearby, timely):</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5.11</w:t>
            </w:r>
          </w:p>
        </w:tc>
        <w:tc>
          <w:tcPr>
            <w:tcW w:type="dxa" w:w="3200"/>
            <w:vAlign w:val="center"/>
          </w:tcPr>
          <w:p>
            <w:pPr>
              <w:spacing w:before="0" w:after="0" w:line="240" w:lineRule="auto"/>
              <w:jc w:val="left"/>
            </w:pPr>
            <w:r/>
            <w:r>
              <w:rPr>
                <w:rFonts w:ascii="Times New Roman" w:hAnsi="Times New Roman" w:eastAsia="宋体"/>
                <w:b w:val="0"/>
                <w:sz w:val="24"/>
              </w:rPr>
              <w:t>Do the cultural products contain content that you find objectionable:</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5.11</w:t>
            </w:r>
          </w:p>
        </w:tc>
        <w:tc>
          <w:tcPr>
            <w:tcW w:type="dxa" w:w="3200"/>
            <w:vAlign w:val="center"/>
          </w:tcPr>
          <w:p>
            <w:pPr>
              <w:spacing w:before="0" w:after="0" w:line="240" w:lineRule="auto"/>
              <w:jc w:val="left"/>
            </w:pPr>
            <w:r/>
            <w:r>
              <w:rPr>
                <w:rFonts w:ascii="Times New Roman" w:hAnsi="Times New Roman" w:eastAsia="宋体"/>
                <w:b w:val="0"/>
                <w:sz w:val="24"/>
              </w:rPr>
              <w:t>Are you satisfied with the attitude of the cultural product providers: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5.11</w:t>
            </w:r>
          </w:p>
        </w:tc>
        <w:tc>
          <w:tcPr>
            <w:tcW w:type="dxa" w:w="3200"/>
            <w:vAlign w:val="center"/>
          </w:tcPr>
          <w:p>
            <w:pPr>
              <w:spacing w:before="0" w:after="0" w:line="240" w:lineRule="auto"/>
              <w:jc w:val="left"/>
            </w:pPr>
            <w:r/>
            <w:r>
              <w:rPr>
                <w:rFonts w:ascii="Times New Roman" w:hAnsi="Times New Roman" w:eastAsia="宋体"/>
                <w:b w:val="0"/>
                <w:sz w:val="24"/>
              </w:rPr>
              <w:t>Do you think the content of the cultural products is what the elderly need:</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5.11</w:t>
            </w:r>
          </w:p>
        </w:tc>
        <w:tc>
          <w:tcPr>
            <w:tcW w:type="dxa" w:w="3200"/>
            <w:vAlign w:val="center"/>
          </w:tcPr>
          <w:p>
            <w:pPr>
              <w:spacing w:before="0" w:after="0" w:line="240" w:lineRule="auto"/>
              <w:jc w:val="left"/>
            </w:pPr>
            <w:r/>
            <w:r>
              <w:rPr>
                <w:rFonts w:ascii="Times New Roman" w:hAnsi="Times New Roman" w:eastAsia="宋体"/>
                <w:b w:val="0"/>
                <w:sz w:val="24"/>
              </w:rPr>
              <w:t>Have the cultural products you obtained enriched your life:</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8520"/>
            <w:gridSpan w:val="3"/>
            <w:vAlign w:val="center"/>
          </w:tcPr>
          <w:p>
            <w:pPr>
              <w:spacing w:before="0" w:after="0" w:line="240" w:lineRule="auto"/>
              <w:jc w:val="left"/>
            </w:pPr>
            <w:r/>
            <w:r>
              <w:rPr>
                <w:rFonts w:ascii="Times New Roman" w:hAnsi="Times New Roman" w:eastAsia="宋体"/>
                <w:b/>
                <w:sz w:val="24"/>
              </w:rPr>
              <w:t>5.12 Health care products</w:t>
            </w:r>
          </w:p>
        </w:tc>
      </w:tr>
      <w:tr>
        <w:tc>
          <w:tcPr>
            <w:tcW w:type="dxa" w:w="900"/>
            <w:vAlign w:val="center"/>
          </w:tcPr>
          <w:p>
            <w:pPr>
              <w:spacing w:before="0" w:after="0" w:line="240" w:lineRule="auto"/>
              <w:jc w:val="center"/>
            </w:pPr>
            <w:r/>
            <w:r>
              <w:rPr>
                <w:rFonts w:ascii="Times New Roman" w:hAnsi="Times New Roman" w:eastAsia="宋体"/>
                <w:b w:val="0"/>
                <w:sz w:val="24"/>
              </w:rPr>
              <w:t>5.12</w:t>
            </w:r>
          </w:p>
        </w:tc>
        <w:tc>
          <w:tcPr>
            <w:tcW w:type="dxa" w:w="3200"/>
            <w:vAlign w:val="center"/>
          </w:tcPr>
          <w:p>
            <w:pPr>
              <w:spacing w:before="0" w:after="0" w:line="240" w:lineRule="auto"/>
              <w:jc w:val="left"/>
            </w:pPr>
            <w:r/>
            <w:r>
              <w:rPr>
                <w:rFonts w:ascii="Times New Roman" w:hAnsi="Times New Roman" w:eastAsia="宋体"/>
                <w:b w:val="0"/>
                <w:sz w:val="24"/>
              </w:rPr>
              <w:t>How did you obtain health care products (multiple choices):</w:t>
            </w:r>
          </w:p>
        </w:tc>
        <w:tc>
          <w:tcPr>
            <w:tcW w:type="dxa" w:w="4420"/>
            <w:vAlign w:val="center"/>
          </w:tcPr>
          <w:p>
            <w:pPr>
              <w:spacing w:before="0" w:after="0" w:line="240" w:lineRule="auto"/>
              <w:jc w:val="left"/>
            </w:pPr>
            <w:r/>
            <w:r>
              <w:rPr>
                <w:rFonts w:ascii="Times New Roman" w:hAnsi="Times New Roman" w:eastAsia="宋体"/>
                <w:b w:val="0"/>
                <w:sz w:val="24"/>
              </w:rPr>
              <w:t>（1）purchased（2）rented（3）provided by the community / institution（4）other ______</w:t>
            </w:r>
          </w:p>
        </w:tc>
      </w:tr>
      <w:tr>
        <w:tc>
          <w:tcPr>
            <w:tcW w:type="dxa" w:w="900"/>
            <w:vAlign w:val="center"/>
          </w:tcPr>
          <w:p>
            <w:pPr>
              <w:spacing w:before="0" w:after="0" w:line="240" w:lineRule="auto"/>
              <w:jc w:val="center"/>
            </w:pPr>
            <w:r/>
            <w:r>
              <w:rPr>
                <w:rFonts w:ascii="Times New Roman" w:hAnsi="Times New Roman" w:eastAsia="宋体"/>
                <w:b w:val="0"/>
                <w:sz w:val="24"/>
              </w:rPr>
              <w:t>5.12</w:t>
            </w:r>
          </w:p>
        </w:tc>
        <w:tc>
          <w:tcPr>
            <w:tcW w:type="dxa" w:w="3200"/>
            <w:vAlign w:val="center"/>
          </w:tcPr>
          <w:p>
            <w:pPr>
              <w:spacing w:before="0" w:after="0" w:line="240" w:lineRule="auto"/>
              <w:jc w:val="left"/>
            </w:pPr>
            <w:r/>
            <w:r>
              <w:rPr>
                <w:rFonts w:ascii="Times New Roman" w:hAnsi="Times New Roman" w:eastAsia="宋体"/>
                <w:b w:val="0"/>
                <w:sz w:val="24"/>
              </w:rPr>
              <w:t>Have you ever encountered health care product scams:</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5.12</w:t>
            </w:r>
          </w:p>
        </w:tc>
        <w:tc>
          <w:tcPr>
            <w:tcW w:type="dxa" w:w="3200"/>
            <w:vAlign w:val="center"/>
          </w:tcPr>
          <w:p>
            <w:pPr>
              <w:spacing w:before="0" w:after="0" w:line="240" w:lineRule="auto"/>
              <w:jc w:val="left"/>
            </w:pPr>
            <w:r/>
            <w:r>
              <w:rPr>
                <w:rFonts w:ascii="Times New Roman" w:hAnsi="Times New Roman" w:eastAsia="宋体"/>
                <w:b w:val="0"/>
                <w:sz w:val="24"/>
              </w:rPr>
              <w:t>Do you think the price of health care products is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5.12</w:t>
            </w:r>
          </w:p>
        </w:tc>
        <w:tc>
          <w:tcPr>
            <w:tcW w:type="dxa" w:w="3200"/>
            <w:vAlign w:val="center"/>
          </w:tcPr>
          <w:p>
            <w:pPr>
              <w:spacing w:before="0" w:after="0" w:line="240" w:lineRule="auto"/>
              <w:jc w:val="left"/>
            </w:pPr>
            <w:r/>
            <w:r>
              <w:rPr>
                <w:rFonts w:ascii="Times New Roman" w:hAnsi="Times New Roman" w:eastAsia="宋体"/>
                <w:b w:val="0"/>
                <w:sz w:val="24"/>
              </w:rPr>
              <w:t>Is it convenient to purchase health care products (nearby, timely):</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5.12</w:t>
            </w:r>
          </w:p>
        </w:tc>
        <w:tc>
          <w:tcPr>
            <w:tcW w:type="dxa" w:w="3200"/>
            <w:vAlign w:val="center"/>
          </w:tcPr>
          <w:p>
            <w:pPr>
              <w:spacing w:before="0" w:after="0" w:line="240" w:lineRule="auto"/>
              <w:jc w:val="left"/>
            </w:pPr>
            <w:r/>
            <w:r>
              <w:rPr>
                <w:rFonts w:ascii="Times New Roman" w:hAnsi="Times New Roman" w:eastAsia="宋体"/>
                <w:b w:val="0"/>
                <w:sz w:val="24"/>
              </w:rPr>
              <w:t>Do you think counterfeit and shoddy health care products are widespread:</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5.12</w:t>
            </w:r>
          </w:p>
        </w:tc>
        <w:tc>
          <w:tcPr>
            <w:tcW w:type="dxa" w:w="3200"/>
            <w:vAlign w:val="center"/>
          </w:tcPr>
          <w:p>
            <w:pPr>
              <w:spacing w:before="0" w:after="0" w:line="240" w:lineRule="auto"/>
              <w:jc w:val="left"/>
            </w:pPr>
            <w:r/>
            <w:r>
              <w:rPr>
                <w:rFonts w:ascii="Times New Roman" w:hAnsi="Times New Roman" w:eastAsia="宋体"/>
                <w:b w:val="0"/>
                <w:sz w:val="24"/>
              </w:rPr>
              <w:t>Are you satisfied with the attitude of the health care product sellers: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5.12</w:t>
            </w:r>
          </w:p>
        </w:tc>
        <w:tc>
          <w:tcPr>
            <w:tcW w:type="dxa" w:w="3200"/>
            <w:vAlign w:val="center"/>
          </w:tcPr>
          <w:p>
            <w:pPr>
              <w:spacing w:before="0" w:after="0" w:line="240" w:lineRule="auto"/>
              <w:jc w:val="left"/>
            </w:pPr>
            <w:r/>
            <w:r>
              <w:rPr>
                <w:rFonts w:ascii="Times New Roman" w:hAnsi="Times New Roman" w:eastAsia="宋体"/>
                <w:b w:val="0"/>
                <w:sz w:val="24"/>
              </w:rPr>
              <w:t>Do you think health care products are suitable for the elderly to use:</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5.12</w:t>
            </w:r>
          </w:p>
        </w:tc>
        <w:tc>
          <w:tcPr>
            <w:tcW w:type="dxa" w:w="3200"/>
            <w:vAlign w:val="center"/>
          </w:tcPr>
          <w:p>
            <w:pPr>
              <w:spacing w:before="0" w:after="0" w:line="240" w:lineRule="auto"/>
              <w:jc w:val="left"/>
            </w:pPr>
            <w:r/>
            <w:r>
              <w:rPr>
                <w:rFonts w:ascii="Times New Roman" w:hAnsi="Times New Roman" w:eastAsia="宋体"/>
                <w:b w:val="0"/>
                <w:sz w:val="24"/>
              </w:rPr>
              <w:t>Have the health care products you currently use promoted your health:</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5.13</w:t>
            </w:r>
          </w:p>
        </w:tc>
        <w:tc>
          <w:tcPr>
            <w:tcW w:type="dxa" w:w="3200"/>
            <w:vAlign w:val="center"/>
          </w:tcPr>
          <w:p>
            <w:pPr>
              <w:spacing w:before="0" w:after="0" w:line="240" w:lineRule="auto"/>
              <w:jc w:val="left"/>
            </w:pPr>
            <w:r/>
            <w:r>
              <w:rPr>
                <w:rFonts w:ascii="Times New Roman" w:hAnsi="Times New Roman" w:eastAsia="宋体"/>
                <w:b w:val="0"/>
                <w:sz w:val="24"/>
              </w:rPr>
              <w:t>Can you use the following smart products (multiple choices):</w:t>
            </w:r>
          </w:p>
        </w:tc>
        <w:tc>
          <w:tcPr>
            <w:tcW w:type="dxa" w:w="4420"/>
            <w:vAlign w:val="center"/>
          </w:tcPr>
          <w:p>
            <w:pPr>
              <w:spacing w:before="0" w:after="0" w:line="240" w:lineRule="auto"/>
              <w:jc w:val="left"/>
            </w:pPr>
            <w:r/>
            <w:r>
              <w:rPr>
                <w:rFonts w:ascii="Times New Roman" w:hAnsi="Times New Roman" w:eastAsia="宋体"/>
                <w:b w:val="0"/>
                <w:sz w:val="24"/>
              </w:rPr>
              <w:t>（1）smartphone（2）tablet（3）computer（4）one-key call device（5）none</w:t>
            </w:r>
          </w:p>
        </w:tc>
      </w:tr>
      <w:tr>
        <w:tc>
          <w:tcPr>
            <w:tcW w:type="dxa" w:w="900"/>
            <w:vAlign w:val="center"/>
          </w:tcPr>
          <w:p>
            <w:pPr>
              <w:spacing w:before="0" w:after="0" w:line="240" w:lineRule="auto"/>
              <w:jc w:val="center"/>
            </w:pPr>
            <w:r/>
            <w:r>
              <w:rPr>
                <w:rFonts w:ascii="Times New Roman" w:hAnsi="Times New Roman" w:eastAsia="宋体"/>
                <w:b w:val="0"/>
                <w:sz w:val="24"/>
              </w:rPr>
              <w:t>5.14</w:t>
            </w:r>
          </w:p>
        </w:tc>
        <w:tc>
          <w:tcPr>
            <w:tcW w:type="dxa" w:w="3200"/>
            <w:vAlign w:val="center"/>
          </w:tcPr>
          <w:p>
            <w:pPr>
              <w:spacing w:before="0" w:after="0" w:line="240" w:lineRule="auto"/>
              <w:jc w:val="left"/>
            </w:pPr>
            <w:r/>
            <w:r>
              <w:rPr>
                <w:rFonts w:ascii="Times New Roman" w:hAnsi="Times New Roman" w:eastAsia="宋体"/>
                <w:b w:val="0"/>
                <w:sz w:val="24"/>
              </w:rPr>
              <w:t>How proficient are you in using a smartphone:</w:t>
            </w:r>
          </w:p>
        </w:tc>
        <w:tc>
          <w:tcPr>
            <w:tcW w:type="dxa" w:w="4420"/>
            <w:vAlign w:val="center"/>
          </w:tcPr>
          <w:p>
            <w:pPr>
              <w:spacing w:before="0" w:after="0" w:line="240" w:lineRule="auto"/>
              <w:jc w:val="left"/>
            </w:pPr>
            <w:r/>
            <w:r>
              <w:rPr>
                <w:rFonts w:ascii="Times New Roman" w:hAnsi="Times New Roman" w:eastAsia="宋体"/>
                <w:b w:val="0"/>
                <w:sz w:val="24"/>
              </w:rPr>
              <w:t>（1）very unskilled（2）not very skilled（3）average（4）fairly skilled（5）very skilled</w:t>
            </w:r>
          </w:p>
        </w:tc>
      </w:tr>
      <w:tr>
        <w:tc>
          <w:tcPr>
            <w:tcW w:type="dxa" w:w="900"/>
            <w:vAlign w:val="center"/>
          </w:tcPr>
          <w:p>
            <w:pPr>
              <w:spacing w:before="0" w:after="0" w:line="240" w:lineRule="auto"/>
              <w:jc w:val="center"/>
            </w:pPr>
            <w:r/>
            <w:r>
              <w:rPr>
                <w:rFonts w:ascii="Times New Roman" w:hAnsi="Times New Roman" w:eastAsia="宋体"/>
                <w:b w:val="0"/>
                <w:sz w:val="24"/>
              </w:rPr>
              <w:t>5.15</w:t>
            </w:r>
          </w:p>
        </w:tc>
        <w:tc>
          <w:tcPr>
            <w:tcW w:type="dxa" w:w="3200"/>
            <w:vAlign w:val="center"/>
          </w:tcPr>
          <w:p>
            <w:pPr>
              <w:spacing w:before="0" w:after="0" w:line="240" w:lineRule="auto"/>
              <w:jc w:val="left"/>
            </w:pPr>
            <w:r/>
            <w:r>
              <w:rPr>
                <w:rFonts w:ascii="Times New Roman" w:hAnsi="Times New Roman" w:eastAsia="宋体"/>
                <w:b w:val="0"/>
                <w:sz w:val="24"/>
              </w:rPr>
              <w:t>Are you willing to spend time, energy, and even a certain amount of money to learn to use smart products:</w:t>
            </w:r>
          </w:p>
        </w:tc>
        <w:tc>
          <w:tcPr>
            <w:tcW w:type="dxa" w:w="4420"/>
            <w:vAlign w:val="center"/>
          </w:tcPr>
          <w:p>
            <w:pPr>
              <w:spacing w:before="0" w:after="0" w:line="240" w:lineRule="auto"/>
              <w:jc w:val="left"/>
            </w:pPr>
            <w:r/>
            <w:r>
              <w:rPr>
                <w:rFonts w:ascii="Times New Roman" w:hAnsi="Times New Roman" w:eastAsia="宋体"/>
                <w:b w:val="0"/>
                <w:sz w:val="24"/>
              </w:rPr>
              <w:t>（1）very unwilling（2）unwilling（3）average（4）willing（5）very willing</w:t>
            </w:r>
          </w:p>
        </w:tc>
      </w:tr>
      <w:tr>
        <w:tc>
          <w:tcPr>
            <w:tcW w:type="dxa" w:w="900"/>
            <w:vAlign w:val="center"/>
          </w:tcPr>
          <w:p>
            <w:pPr>
              <w:spacing w:before="0" w:after="0" w:line="240" w:lineRule="auto"/>
              <w:jc w:val="center"/>
            </w:pPr>
            <w:r/>
            <w:r>
              <w:rPr>
                <w:rFonts w:ascii="Times New Roman" w:hAnsi="Times New Roman" w:eastAsia="宋体"/>
                <w:b w:val="0"/>
                <w:sz w:val="24"/>
              </w:rPr>
              <w:t>5.16</w:t>
            </w:r>
          </w:p>
        </w:tc>
        <w:tc>
          <w:tcPr>
            <w:tcW w:type="dxa" w:w="3200"/>
            <w:vAlign w:val="center"/>
          </w:tcPr>
          <w:p>
            <w:pPr>
              <w:spacing w:before="0" w:after="0" w:line="240" w:lineRule="auto"/>
              <w:jc w:val="left"/>
            </w:pPr>
            <w:r/>
            <w:r>
              <w:rPr>
                <w:rFonts w:ascii="Times New Roman" w:hAnsi="Times New Roman" w:eastAsia="宋体"/>
                <w:b w:val="0"/>
                <w:sz w:val="24"/>
              </w:rPr>
              <w:t>Which of the following smart elderly care products do you think you need (multiple choices):</w:t>
            </w:r>
          </w:p>
        </w:tc>
        <w:tc>
          <w:tcPr>
            <w:tcW w:type="dxa" w:w="4420"/>
            <w:vAlign w:val="center"/>
          </w:tcPr>
          <w:p>
            <w:pPr>
              <w:spacing w:before="0" w:after="0" w:line="240" w:lineRule="auto"/>
              <w:jc w:val="left"/>
            </w:pPr>
            <w:r/>
            <w:r>
              <w:rPr>
                <w:rFonts w:ascii="Times New Roman" w:hAnsi="Times New Roman" w:eastAsia="宋体"/>
                <w:b w:val="0"/>
                <w:sz w:val="24"/>
              </w:rPr>
              <w:t>（1）health wristband（2）portable blood pressure monitor（3）community self-service physical examination（4）smart monitoring（5）smart speaker（6）none</w:t>
            </w:r>
          </w:p>
        </w:tc>
      </w:tr>
      <w:tr>
        <w:tc>
          <w:tcPr>
            <w:tcW w:type="dxa" w:w="900"/>
            <w:vAlign w:val="center"/>
          </w:tcPr>
          <w:p>
            <w:pPr>
              <w:spacing w:before="0" w:after="0" w:line="240" w:lineRule="auto"/>
              <w:jc w:val="center"/>
            </w:pPr>
            <w:r/>
            <w:r>
              <w:rPr>
                <w:rFonts w:ascii="Times New Roman" w:hAnsi="Times New Roman" w:eastAsia="宋体"/>
                <w:b w:val="0"/>
                <w:sz w:val="24"/>
              </w:rPr>
              <w:t>5.17</w:t>
            </w:r>
          </w:p>
        </w:tc>
        <w:tc>
          <w:tcPr>
            <w:tcW w:type="dxa" w:w="3200"/>
            <w:vAlign w:val="center"/>
          </w:tcPr>
          <w:p>
            <w:pPr>
              <w:spacing w:before="0" w:after="0" w:line="240" w:lineRule="auto"/>
              <w:jc w:val="left"/>
            </w:pPr>
            <w:r/>
            <w:r>
              <w:rPr>
                <w:rFonts w:ascii="Times New Roman" w:hAnsi="Times New Roman" w:eastAsia="宋体"/>
                <w:b w:val="0"/>
                <w:sz w:val="24"/>
              </w:rPr>
              <w:t>Which smart elderly care products have you purchased / rented (multiple choices):</w:t>
            </w:r>
          </w:p>
        </w:tc>
        <w:tc>
          <w:tcPr>
            <w:tcW w:type="dxa" w:w="4420"/>
            <w:vAlign w:val="center"/>
          </w:tcPr>
          <w:p>
            <w:pPr>
              <w:spacing w:before="0" w:after="0" w:line="240" w:lineRule="auto"/>
              <w:jc w:val="left"/>
            </w:pPr>
            <w:r/>
            <w:r>
              <w:rPr>
                <w:rFonts w:ascii="Times New Roman" w:hAnsi="Times New Roman" w:eastAsia="宋体"/>
                <w:b w:val="0"/>
                <w:sz w:val="24"/>
              </w:rPr>
              <w:t>（1）health wristband（2）portable blood pressure monitor（3）community self-service physical examination（4）smart monitoring（5）smart speaker（6）none</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Your reasons for choosing to purchase / rent smart elderly care products (multiple choices):</w:t>
            </w:r>
          </w:p>
        </w:tc>
        <w:tc>
          <w:tcPr>
            <w:tcW w:type="dxa" w:w="4420"/>
            <w:vAlign w:val="center"/>
          </w:tcPr>
          <w:p>
            <w:pPr>
              <w:spacing w:before="0" w:after="0" w:line="240" w:lineRule="auto"/>
              <w:jc w:val="left"/>
            </w:pPr>
            <w:r/>
            <w:r>
              <w:rPr>
                <w:rFonts w:ascii="Times New Roman" w:hAnsi="Times New Roman" w:eastAsia="宋体"/>
                <w:b w:val="0"/>
                <w:sz w:val="24"/>
              </w:rPr>
              <w:t>（1）convenient operation and use（2）can improve life efficiency（3）can add fun to life（4）good quality of the smart products（5）good technology experience（6）other ______</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Your purchase method (multiple choices):</w:t>
            </w:r>
          </w:p>
        </w:tc>
        <w:tc>
          <w:tcPr>
            <w:tcW w:type="dxa" w:w="4420"/>
            <w:vAlign w:val="center"/>
          </w:tcPr>
          <w:p>
            <w:pPr>
              <w:spacing w:before="0" w:after="0" w:line="240" w:lineRule="auto"/>
              <w:jc w:val="left"/>
            </w:pPr>
            <w:r/>
            <w:r>
              <w:rPr>
                <w:rFonts w:ascii="Times New Roman" w:hAnsi="Times New Roman" w:eastAsia="宋体"/>
                <w:b w:val="0"/>
                <w:sz w:val="24"/>
              </w:rPr>
              <w:t>（1）purchase（2）rent（3）provided by the community / institution</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What do you think is a more reasonable purchase method:</w:t>
            </w:r>
          </w:p>
        </w:tc>
        <w:tc>
          <w:tcPr>
            <w:tcW w:type="dxa" w:w="4420"/>
            <w:vAlign w:val="center"/>
          </w:tcPr>
          <w:p>
            <w:pPr>
              <w:spacing w:before="0" w:after="0" w:line="240" w:lineRule="auto"/>
              <w:jc w:val="left"/>
            </w:pPr>
            <w:r/>
            <w:r>
              <w:rPr>
                <w:rFonts w:ascii="Times New Roman" w:hAnsi="Times New Roman" w:eastAsia="宋体"/>
                <w:b w:val="0"/>
                <w:sz w:val="24"/>
              </w:rPr>
              <w:t>（1）purchase（2）rent（3）provided by the community / institution</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Your annual expenditure on such products:</w:t>
            </w:r>
          </w:p>
          <w:p>
            <w:pPr>
              <w:spacing w:before="0" w:after="0" w:line="240" w:lineRule="auto"/>
              <w:jc w:val="left"/>
            </w:pPr>
            <w:r>
              <w:rPr>
                <w:rFonts w:ascii="Times New Roman" w:hAnsi="Times New Roman" w:eastAsia="宋体"/>
                <w:b w:val="0"/>
                <w:sz w:val="24"/>
              </w:rPr>
              <w:t>If rented, the monthly rent is:</w:t>
            </w:r>
          </w:p>
        </w:tc>
        <w:tc>
          <w:tcPr>
            <w:tcW w:type="dxa" w:w="4420"/>
            <w:vAlign w:val="center"/>
          </w:tcPr>
          <w:p>
            <w:pPr>
              <w:spacing w:before="0" w:after="0" w:line="240" w:lineRule="auto"/>
              <w:jc w:val="left"/>
            </w:pPr>
            <w:r/>
            <w:r>
              <w:rPr>
                <w:rFonts w:ascii="Times New Roman" w:hAnsi="Times New Roman" w:eastAsia="宋体"/>
                <w:b w:val="0"/>
                <w:sz w:val="24"/>
              </w:rPr>
              <w:t>__________ yuan</w:t>
            </w:r>
          </w:p>
          <w:p>
            <w:pPr>
              <w:spacing w:before="0" w:after="0" w:line="240" w:lineRule="auto"/>
              <w:jc w:val="left"/>
            </w:pPr>
            <w:r>
              <w:rPr>
                <w:rFonts w:ascii="Times New Roman" w:hAnsi="Times New Roman" w:eastAsia="宋体"/>
                <w:b w:val="0"/>
                <w:sz w:val="24"/>
              </w:rPr>
              <w:t>__________ yuan</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Do you think the price of smart elderly care products is reasonable:</w:t>
            </w:r>
          </w:p>
        </w:tc>
        <w:tc>
          <w:tcPr>
            <w:tcW w:type="dxa" w:w="4420"/>
            <w:vAlign w:val="center"/>
          </w:tcPr>
          <w:p>
            <w:pPr>
              <w:spacing w:before="0" w:after="0" w:line="240" w:lineRule="auto"/>
              <w:jc w:val="left"/>
            </w:pPr>
            <w:r/>
            <w:r>
              <w:rPr>
                <w:rFonts w:ascii="Times New Roman" w:hAnsi="Times New Roman" w:eastAsia="宋体"/>
                <w:b w:val="0"/>
                <w:sz w:val="24"/>
              </w:rPr>
              <w:t>（1）reasonable（2）unreasonable（3）do not need to spend my own money</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Is it convenient to purchase smart elderly care products (nearby, timely):</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Do you think smart elderly care products are durable:</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Do you think the smart elderly care product salespeople clearly introduced the functions and usage of the products:</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Do you think smart elderly care products are convenient for the elderly to use and operate:</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If 5.17=1-5</w:t>
            </w:r>
          </w:p>
        </w:tc>
        <w:tc>
          <w:tcPr>
            <w:tcW w:type="dxa" w:w="3200"/>
            <w:vAlign w:val="center"/>
          </w:tcPr>
          <w:p>
            <w:pPr>
              <w:spacing w:before="0" w:after="0" w:line="240" w:lineRule="auto"/>
              <w:jc w:val="left"/>
            </w:pPr>
            <w:r/>
            <w:r>
              <w:rPr>
                <w:rFonts w:ascii="Times New Roman" w:hAnsi="Times New Roman" w:eastAsia="宋体"/>
                <w:b w:val="0"/>
                <w:sz w:val="24"/>
              </w:rPr>
              <w:t>Do you think smart elderly care products have truly made your life more convenient:</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r>
        <w:tc>
          <w:tcPr>
            <w:tcW w:type="dxa" w:w="900"/>
            <w:vAlign w:val="center"/>
          </w:tcPr>
          <w:p>
            <w:pPr>
              <w:spacing w:before="0" w:after="0" w:line="240" w:lineRule="auto"/>
              <w:jc w:val="center"/>
            </w:pPr>
            <w:r/>
            <w:r>
              <w:rPr>
                <w:rFonts w:ascii="Times New Roman" w:hAnsi="Times New Roman" w:eastAsia="宋体"/>
                <w:b w:val="0"/>
                <w:sz w:val="24"/>
              </w:rPr>
              <w:t>If 5.17=6</w:t>
            </w:r>
          </w:p>
        </w:tc>
        <w:tc>
          <w:tcPr>
            <w:tcW w:type="dxa" w:w="3200"/>
            <w:vAlign w:val="center"/>
          </w:tcPr>
          <w:p>
            <w:pPr>
              <w:spacing w:before="0" w:after="0" w:line="240" w:lineRule="auto"/>
              <w:jc w:val="left"/>
            </w:pPr>
            <w:r/>
            <w:r>
              <w:rPr>
                <w:rFonts w:ascii="Times New Roman" w:hAnsi="Times New Roman" w:eastAsia="宋体"/>
                <w:b w:val="0"/>
                <w:sz w:val="24"/>
              </w:rPr>
              <w:t>Your reasons for being unwilling to purchase / rent smart elderly care products (multiple choices):</w:t>
            </w:r>
          </w:p>
        </w:tc>
        <w:tc>
          <w:tcPr>
            <w:tcW w:type="dxa" w:w="4420"/>
            <w:vAlign w:val="center"/>
          </w:tcPr>
          <w:p>
            <w:pPr>
              <w:spacing w:before="0" w:after="0" w:line="240" w:lineRule="auto"/>
              <w:jc w:val="left"/>
            </w:pPr>
            <w:r/>
            <w:r>
              <w:rPr>
                <w:rFonts w:ascii="Times New Roman" w:hAnsi="Times New Roman" w:eastAsia="宋体"/>
                <w:b w:val="0"/>
                <w:sz w:val="24"/>
              </w:rPr>
              <w:t>（1）not confident in the quality（2）privacy can easily be leaked（3）inconvenient to operate and use（4）high price（5）psychologically unacceptable（6）no channels to purchase / rent（7）did not know such products existed（8）other ______</w:t>
            </w:r>
          </w:p>
        </w:tc>
      </w:tr>
      <w:tr>
        <w:tc>
          <w:tcPr>
            <w:tcW w:type="dxa" w:w="900"/>
            <w:vAlign w:val="center"/>
          </w:tcPr>
          <w:p>
            <w:pPr>
              <w:spacing w:before="0" w:after="0" w:line="240" w:lineRule="auto"/>
              <w:jc w:val="center"/>
            </w:pPr>
            <w:r/>
            <w:r>
              <w:rPr>
                <w:rFonts w:ascii="Times New Roman" w:hAnsi="Times New Roman" w:eastAsia="宋体"/>
                <w:b w:val="0"/>
                <w:sz w:val="24"/>
              </w:rPr>
              <w:t>5.18</w:t>
            </w:r>
          </w:p>
        </w:tc>
        <w:tc>
          <w:tcPr>
            <w:tcW w:type="dxa" w:w="3200"/>
            <w:vAlign w:val="center"/>
          </w:tcPr>
          <w:p>
            <w:pPr>
              <w:spacing w:before="0" w:after="0" w:line="240" w:lineRule="auto"/>
              <w:jc w:val="left"/>
            </w:pPr>
            <w:r/>
            <w:r>
              <w:rPr>
                <w:rFonts w:ascii="Times New Roman" w:hAnsi="Times New Roman" w:eastAsia="宋体"/>
                <w:b w:val="0"/>
                <w:sz w:val="24"/>
              </w:rPr>
              <w:t>How familiar are you with "smart elderly care" services:</w:t>
            </w:r>
          </w:p>
        </w:tc>
        <w:tc>
          <w:tcPr>
            <w:tcW w:type="dxa" w:w="4420"/>
            <w:vAlign w:val="center"/>
          </w:tcPr>
          <w:p>
            <w:pPr>
              <w:spacing w:before="0" w:after="0" w:line="240" w:lineRule="auto"/>
              <w:jc w:val="left"/>
            </w:pPr>
            <w:r/>
            <w:r>
              <w:rPr>
                <w:rFonts w:ascii="Times New Roman" w:hAnsi="Times New Roman" w:eastAsia="宋体"/>
                <w:b w:val="0"/>
                <w:sz w:val="24"/>
              </w:rPr>
              <w:t>（1）very unfamiliar（2）not familiar（3）average（4）fairly familiar（5）very familiar</w:t>
            </w:r>
          </w:p>
        </w:tc>
      </w:tr>
      <w:tr>
        <w:tc>
          <w:tcPr>
            <w:tcW w:type="dxa" w:w="900"/>
            <w:vAlign w:val="center"/>
          </w:tcPr>
          <w:p>
            <w:pPr>
              <w:spacing w:before="0" w:after="0" w:line="240" w:lineRule="auto"/>
              <w:jc w:val="center"/>
            </w:pPr>
            <w:r/>
            <w:r>
              <w:rPr>
                <w:rFonts w:ascii="Times New Roman" w:hAnsi="Times New Roman" w:eastAsia="宋体"/>
                <w:b w:val="0"/>
                <w:sz w:val="24"/>
              </w:rPr>
              <w:t>If 5.18=1 or 2</w:t>
            </w:r>
          </w:p>
        </w:tc>
        <w:tc>
          <w:tcPr>
            <w:tcW w:type="dxa" w:w="3200"/>
            <w:vAlign w:val="center"/>
          </w:tcPr>
          <w:p>
            <w:pPr>
              <w:spacing w:before="0" w:after="0" w:line="240" w:lineRule="auto"/>
              <w:jc w:val="left"/>
            </w:pPr>
            <w:r/>
            <w:r>
              <w:rPr>
                <w:rFonts w:ascii="Times New Roman" w:hAnsi="Times New Roman" w:eastAsia="宋体"/>
                <w:b w:val="0"/>
                <w:sz w:val="24"/>
              </w:rPr>
              <w:t>Based on what you know (or after our introduction), are you willing to use "smart elderly care" services:</w:t>
            </w:r>
          </w:p>
        </w:tc>
        <w:tc>
          <w:tcPr>
            <w:tcW w:type="dxa" w:w="4420"/>
            <w:vAlign w:val="center"/>
          </w:tcPr>
          <w:p>
            <w:pPr>
              <w:spacing w:before="0" w:after="0" w:line="240" w:lineRule="auto"/>
              <w:jc w:val="left"/>
            </w:pPr>
            <w:r/>
            <w:r>
              <w:rPr>
                <w:rFonts w:ascii="Times New Roman" w:hAnsi="Times New Roman" w:eastAsia="宋体"/>
                <w:b w:val="0"/>
                <w:sz w:val="24"/>
              </w:rPr>
              <w:t>（1）yes（2）no, please state the reason _______</w:t>
            </w:r>
          </w:p>
        </w:tc>
      </w:tr>
      <w:tr>
        <w:tc>
          <w:tcPr>
            <w:tcW w:type="dxa" w:w="900"/>
            <w:vAlign w:val="center"/>
          </w:tcPr>
          <w:p>
            <w:pPr>
              <w:spacing w:before="0" w:after="0" w:line="240" w:lineRule="auto"/>
              <w:jc w:val="center"/>
            </w:pPr>
            <w:r/>
            <w:r>
              <w:rPr>
                <w:rFonts w:ascii="Times New Roman" w:hAnsi="Times New Roman" w:eastAsia="宋体"/>
                <w:b w:val="0"/>
                <w:sz w:val="24"/>
              </w:rPr>
              <w:t>If 5.18=1 or 2</w:t>
            </w:r>
          </w:p>
        </w:tc>
        <w:tc>
          <w:tcPr>
            <w:tcW w:type="dxa" w:w="3200"/>
            <w:vAlign w:val="center"/>
          </w:tcPr>
          <w:p>
            <w:pPr>
              <w:spacing w:before="0" w:after="0" w:line="240" w:lineRule="auto"/>
              <w:jc w:val="left"/>
            </w:pPr>
            <w:r/>
            <w:r>
              <w:rPr>
                <w:rFonts w:ascii="Times New Roman" w:hAnsi="Times New Roman" w:eastAsia="宋体"/>
                <w:b w:val="0"/>
                <w:sz w:val="24"/>
              </w:rPr>
              <w:t>If yes, please choose the smart elderly care services you most want to use:</w:t>
            </w:r>
          </w:p>
        </w:tc>
        <w:tc>
          <w:tcPr>
            <w:tcW w:type="dxa" w:w="4420"/>
            <w:vAlign w:val="center"/>
          </w:tcPr>
          <w:p>
            <w:pPr>
              <w:spacing w:before="0" w:after="0" w:line="240" w:lineRule="auto"/>
              <w:jc w:val="left"/>
            </w:pPr>
            <w:r/>
            <w:r>
              <w:rPr>
                <w:rFonts w:ascii="Times New Roman" w:hAnsi="Times New Roman" w:eastAsia="宋体"/>
                <w:b w:val="0"/>
                <w:sz w:val="24"/>
              </w:rPr>
              <w:t>（1）home-based chronic disease management (e.g., health information management)</w:t>
            </w:r>
          </w:p>
          <w:p>
            <w:pPr>
              <w:spacing w:before="0" w:after="0" w:line="240" w:lineRule="auto"/>
              <w:jc w:val="left"/>
            </w:pPr>
            <w:r>
              <w:rPr>
                <w:rFonts w:ascii="Times New Roman" w:hAnsi="Times New Roman" w:eastAsia="宋体"/>
                <w:b w:val="0"/>
                <w:sz w:val="24"/>
              </w:rPr>
              <w:t>（2）home-based healthy aging (e.g., online appointment of home nursing services)</w:t>
            </w:r>
          </w:p>
          <w:p>
            <w:pPr>
              <w:spacing w:before="0" w:after="0" w:line="240" w:lineRule="auto"/>
              <w:jc w:val="left"/>
            </w:pPr>
            <w:r>
              <w:rPr>
                <w:rFonts w:ascii="Times New Roman" w:hAnsi="Times New Roman" w:eastAsia="宋体"/>
                <w:b w:val="0"/>
                <w:sz w:val="24"/>
              </w:rPr>
              <w:t>（3）home-based personalized health management (e.g., health screening and testing services)</w:t>
            </w:r>
          </w:p>
          <w:p>
            <w:pPr>
              <w:spacing w:before="0" w:after="0" w:line="240" w:lineRule="auto"/>
              <w:jc w:val="left"/>
            </w:pPr>
            <w:r>
              <w:rPr>
                <w:rFonts w:ascii="Times New Roman" w:hAnsi="Times New Roman" w:eastAsia="宋体"/>
                <w:b w:val="0"/>
                <w:sz w:val="24"/>
              </w:rPr>
              <w:t>（4）internet health consultation (e.g., online medical services)</w:t>
            </w:r>
          </w:p>
          <w:p>
            <w:pPr>
              <w:spacing w:before="0" w:after="0" w:line="240" w:lineRule="auto"/>
              <w:jc w:val="left"/>
            </w:pPr>
            <w:r>
              <w:rPr>
                <w:rFonts w:ascii="Times New Roman" w:hAnsi="Times New Roman" w:eastAsia="宋体"/>
                <w:b w:val="0"/>
                <w:sz w:val="24"/>
              </w:rPr>
              <w:t>（5）smart daily care services (e.g., monitoring of the community elderly care process)</w:t>
            </w:r>
          </w:p>
          <w:p>
            <w:pPr>
              <w:spacing w:before="0" w:after="0" w:line="240" w:lineRule="auto"/>
              <w:jc w:val="left"/>
            </w:pPr>
            <w:r>
              <w:rPr>
                <w:rFonts w:ascii="Times New Roman" w:hAnsi="Times New Roman" w:eastAsia="宋体"/>
                <w:b w:val="0"/>
                <w:sz w:val="24"/>
              </w:rPr>
              <w:t>（6）community informatization services (e.g., information management systems)</w:t>
            </w:r>
          </w:p>
        </w:tc>
      </w:tr>
      <w:tr>
        <w:tc>
          <w:tcPr>
            <w:tcW w:type="dxa" w:w="900"/>
            <w:vAlign w:val="center"/>
          </w:tcPr>
          <w:p>
            <w:pPr>
              <w:spacing w:before="0" w:after="0" w:line="240" w:lineRule="auto"/>
              <w:jc w:val="center"/>
            </w:pPr>
            <w:r/>
            <w:r>
              <w:rPr>
                <w:rFonts w:ascii="Times New Roman" w:hAnsi="Times New Roman" w:eastAsia="宋体"/>
                <w:b w:val="0"/>
                <w:sz w:val="24"/>
              </w:rPr>
              <w:t>If 5.18=3-5</w:t>
            </w:r>
          </w:p>
        </w:tc>
        <w:tc>
          <w:tcPr>
            <w:tcW w:type="dxa" w:w="3200"/>
            <w:vAlign w:val="center"/>
          </w:tcPr>
          <w:p>
            <w:pPr>
              <w:spacing w:before="0" w:after="0" w:line="240" w:lineRule="auto"/>
              <w:jc w:val="left"/>
            </w:pPr>
            <w:r/>
            <w:r>
              <w:rPr>
                <w:rFonts w:ascii="Times New Roman" w:hAnsi="Times New Roman" w:eastAsia="宋体"/>
                <w:b w:val="0"/>
                <w:sz w:val="24"/>
              </w:rPr>
              <w:t>Through which channels did you learn about "smart elderly care" services (multiple choices):</w:t>
            </w:r>
          </w:p>
        </w:tc>
        <w:tc>
          <w:tcPr>
            <w:tcW w:type="dxa" w:w="4420"/>
            <w:vAlign w:val="center"/>
          </w:tcPr>
          <w:p>
            <w:pPr>
              <w:spacing w:before="0" w:after="0" w:line="240" w:lineRule="auto"/>
              <w:jc w:val="left"/>
            </w:pPr>
            <w:r/>
            <w:r>
              <w:rPr>
                <w:rFonts w:ascii="Times New Roman" w:hAnsi="Times New Roman" w:eastAsia="宋体"/>
                <w:b w:val="0"/>
                <w:sz w:val="24"/>
              </w:rPr>
              <w:t>（1）traditional media (newspapers, television, radio, etc.)（2）new media (Weibo, WeChat, Douyin, Kuaishou, etc.)（3）chats with relatives and friends（4）promotion by community / township staff（5）door-to-door promotion or telephone sales by "smart elderly care" company staff（6）other ________</w:t>
            </w:r>
          </w:p>
        </w:tc>
      </w:tr>
      <w:tr>
        <w:tc>
          <w:tcPr>
            <w:tcW w:type="dxa" w:w="900"/>
            <w:vAlign w:val="center"/>
          </w:tcPr>
          <w:p>
            <w:pPr>
              <w:spacing w:before="0" w:after="0" w:line="240" w:lineRule="auto"/>
              <w:jc w:val="center"/>
            </w:pPr>
            <w:r/>
            <w:r>
              <w:rPr>
                <w:rFonts w:ascii="Times New Roman" w:hAnsi="Times New Roman" w:eastAsia="宋体"/>
                <w:b w:val="0"/>
                <w:sz w:val="24"/>
              </w:rPr>
              <w:t>5.19</w:t>
            </w:r>
          </w:p>
        </w:tc>
        <w:tc>
          <w:tcPr>
            <w:tcW w:type="dxa" w:w="3200"/>
            <w:vAlign w:val="center"/>
          </w:tcPr>
          <w:p>
            <w:pPr>
              <w:spacing w:before="0" w:after="0" w:line="240" w:lineRule="auto"/>
              <w:jc w:val="left"/>
            </w:pPr>
            <w:r/>
            <w:r>
              <w:rPr>
                <w:rFonts w:ascii="Times New Roman" w:hAnsi="Times New Roman" w:eastAsia="宋体"/>
                <w:b w:val="0"/>
                <w:sz w:val="24"/>
              </w:rPr>
              <w:t>Have you used "smart elderly care" services:</w:t>
            </w:r>
          </w:p>
        </w:tc>
        <w:tc>
          <w:tcPr>
            <w:tcW w:type="dxa" w:w="4420"/>
            <w:vAlign w:val="center"/>
          </w:tcPr>
          <w:p>
            <w:pPr>
              <w:spacing w:before="0" w:after="0" w:line="240" w:lineRule="auto"/>
              <w:jc w:val="left"/>
            </w:pPr>
            <w:r/>
            <w:r>
              <w:rPr>
                <w:rFonts w:ascii="Times New Roman" w:hAnsi="Times New Roman" w:eastAsia="宋体"/>
                <w:b w:val="0"/>
                <w:sz w:val="24"/>
              </w:rPr>
              <w:t>（1）yes（2）no</w:t>
            </w:r>
          </w:p>
        </w:tc>
      </w:tr>
      <w:tr>
        <w:tc>
          <w:tcPr>
            <w:tcW w:type="dxa" w:w="900"/>
            <w:vAlign w:val="center"/>
          </w:tcPr>
          <w:p>
            <w:pPr>
              <w:spacing w:before="0" w:after="0" w:line="240" w:lineRule="auto"/>
              <w:jc w:val="center"/>
            </w:pPr>
            <w:r/>
            <w:r>
              <w:rPr>
                <w:rFonts w:ascii="Times New Roman" w:hAnsi="Times New Roman" w:eastAsia="宋体"/>
                <w:b w:val="0"/>
                <w:sz w:val="24"/>
              </w:rPr>
              <w:t>If 5.19=1</w:t>
            </w:r>
          </w:p>
        </w:tc>
        <w:tc>
          <w:tcPr>
            <w:tcW w:type="dxa" w:w="3200"/>
            <w:vAlign w:val="center"/>
          </w:tcPr>
          <w:p>
            <w:pPr>
              <w:spacing w:before="0" w:after="0" w:line="240" w:lineRule="auto"/>
              <w:jc w:val="left"/>
            </w:pPr>
            <w:r/>
            <w:r>
              <w:rPr>
                <w:rFonts w:ascii="Times New Roman" w:hAnsi="Times New Roman" w:eastAsia="宋体"/>
                <w:b w:val="0"/>
                <w:sz w:val="24"/>
              </w:rPr>
              <w:t>Do you find it difficult to use "smart elderly care" services:</w:t>
            </w:r>
          </w:p>
        </w:tc>
        <w:tc>
          <w:tcPr>
            <w:tcW w:type="dxa" w:w="4420"/>
            <w:vAlign w:val="center"/>
          </w:tcPr>
          <w:p>
            <w:pPr>
              <w:spacing w:before="0" w:after="0" w:line="240" w:lineRule="auto"/>
              <w:jc w:val="left"/>
            </w:pPr>
            <w:r/>
            <w:r>
              <w:rPr>
                <w:rFonts w:ascii="Times New Roman" w:hAnsi="Times New Roman" w:eastAsia="宋体"/>
                <w:b w:val="0"/>
                <w:sz w:val="24"/>
              </w:rPr>
              <w:t>（1）very difficult（2）fairly difficult（3）average（4）not very difficult（5）not difficult</w:t>
            </w:r>
          </w:p>
        </w:tc>
      </w:tr>
      <w:tr>
        <w:tc>
          <w:tcPr>
            <w:tcW w:type="dxa" w:w="900"/>
            <w:vAlign w:val="center"/>
          </w:tcPr>
          <w:p>
            <w:pPr>
              <w:spacing w:before="0" w:after="0" w:line="240" w:lineRule="auto"/>
              <w:jc w:val="center"/>
            </w:pPr>
            <w:r/>
            <w:r>
              <w:rPr>
                <w:rFonts w:ascii="Times New Roman" w:hAnsi="Times New Roman" w:eastAsia="宋体"/>
                <w:b w:val="0"/>
                <w:sz w:val="24"/>
              </w:rPr>
              <w:t>If 5.19=1</w:t>
            </w:r>
          </w:p>
        </w:tc>
        <w:tc>
          <w:tcPr>
            <w:tcW w:type="dxa" w:w="3200"/>
            <w:vAlign w:val="center"/>
          </w:tcPr>
          <w:p>
            <w:pPr>
              <w:spacing w:before="0" w:after="0" w:line="240" w:lineRule="auto"/>
              <w:jc w:val="left"/>
            </w:pPr>
            <w:r/>
            <w:r>
              <w:rPr>
                <w:rFonts w:ascii="Times New Roman" w:hAnsi="Times New Roman" w:eastAsia="宋体"/>
                <w:b w:val="0"/>
                <w:sz w:val="24"/>
              </w:rPr>
              <w:t>When using "smart elderly care" services, did you take others' advice (multiple choices):</w:t>
            </w:r>
          </w:p>
        </w:tc>
        <w:tc>
          <w:tcPr>
            <w:tcW w:type="dxa" w:w="4420"/>
            <w:vAlign w:val="center"/>
          </w:tcPr>
          <w:p>
            <w:pPr>
              <w:spacing w:before="0" w:after="0" w:line="240" w:lineRule="auto"/>
              <w:jc w:val="left"/>
            </w:pPr>
            <w:r/>
            <w:r>
              <w:rPr>
                <w:rFonts w:ascii="Times New Roman" w:hAnsi="Times New Roman" w:eastAsia="宋体"/>
                <w:b w:val="0"/>
                <w:sz w:val="24"/>
              </w:rPr>
              <w:t>（1）no, I decided by myself（2）strongly suggested by children（3）recommended by relatives and friends（4）village cadre / community publicity（5）door-to-door or telephone introduction by relevant staff</w:t>
            </w:r>
          </w:p>
        </w:tc>
      </w:tr>
      <w:tr>
        <w:tc>
          <w:tcPr>
            <w:tcW w:type="dxa" w:w="900"/>
            <w:vAlign w:val="center"/>
          </w:tcPr>
          <w:p>
            <w:pPr>
              <w:spacing w:before="0" w:after="0" w:line="240" w:lineRule="auto"/>
              <w:jc w:val="center"/>
            </w:pPr>
            <w:r/>
            <w:r>
              <w:rPr>
                <w:rFonts w:ascii="Times New Roman" w:hAnsi="Times New Roman" w:eastAsia="宋体"/>
                <w:b w:val="0"/>
                <w:sz w:val="24"/>
              </w:rPr>
              <w:t>If 5.19=1</w:t>
            </w:r>
          </w:p>
        </w:tc>
        <w:tc>
          <w:tcPr>
            <w:tcW w:type="dxa" w:w="3200"/>
            <w:vAlign w:val="center"/>
          </w:tcPr>
          <w:p>
            <w:pPr>
              <w:spacing w:before="0" w:after="0" w:line="240" w:lineRule="auto"/>
              <w:jc w:val="left"/>
            </w:pPr>
            <w:r/>
            <w:r>
              <w:rPr>
                <w:rFonts w:ascii="Times New Roman" w:hAnsi="Times New Roman" w:eastAsia="宋体"/>
                <w:b w:val="0"/>
                <w:sz w:val="24"/>
              </w:rPr>
              <w:t>Do you think spending money on "smart elderly care" services is worthwhile:</w:t>
            </w:r>
          </w:p>
        </w:tc>
        <w:tc>
          <w:tcPr>
            <w:tcW w:type="dxa" w:w="4420"/>
            <w:vAlign w:val="center"/>
          </w:tcPr>
          <w:p>
            <w:pPr>
              <w:spacing w:before="0" w:after="0" w:line="240" w:lineRule="auto"/>
              <w:jc w:val="left"/>
            </w:pPr>
            <w:r/>
            <w:r>
              <w:rPr>
                <w:rFonts w:ascii="Times New Roman" w:hAnsi="Times New Roman" w:eastAsia="宋体"/>
                <w:b w:val="0"/>
                <w:sz w:val="24"/>
              </w:rPr>
              <w:t>（1）not worthwhile at all（2）not worthwhile（3）average（4）worthwhile（5）very worthwhile</w:t>
            </w:r>
          </w:p>
        </w:tc>
      </w:tr>
      <w:tr>
        <w:tc>
          <w:tcPr>
            <w:tcW w:type="dxa" w:w="900"/>
            <w:vAlign w:val="center"/>
          </w:tcPr>
          <w:p>
            <w:pPr>
              <w:spacing w:before="0" w:after="0" w:line="240" w:lineRule="auto"/>
              <w:jc w:val="center"/>
            </w:pPr>
            <w:r/>
            <w:r>
              <w:rPr>
                <w:rFonts w:ascii="Times New Roman" w:hAnsi="Times New Roman" w:eastAsia="宋体"/>
                <w:b w:val="0"/>
                <w:sz w:val="24"/>
              </w:rPr>
              <w:t>If 5.19=1</w:t>
            </w:r>
          </w:p>
        </w:tc>
        <w:tc>
          <w:tcPr>
            <w:tcW w:type="dxa" w:w="3200"/>
            <w:vAlign w:val="center"/>
          </w:tcPr>
          <w:p>
            <w:pPr>
              <w:spacing w:before="0" w:after="0" w:line="240" w:lineRule="auto"/>
              <w:jc w:val="left"/>
            </w:pPr>
            <w:r/>
            <w:r>
              <w:rPr>
                <w:rFonts w:ascii="Times New Roman" w:hAnsi="Times New Roman" w:eastAsia="宋体"/>
                <w:b w:val="0"/>
                <w:sz w:val="24"/>
              </w:rPr>
              <w:t>Are you willing to recommend the "smart elderly care" services you use to relatives and friends:</w:t>
            </w:r>
          </w:p>
        </w:tc>
        <w:tc>
          <w:tcPr>
            <w:tcW w:type="dxa" w:w="4420"/>
            <w:vAlign w:val="center"/>
          </w:tcPr>
          <w:p>
            <w:pPr>
              <w:spacing w:before="0" w:after="0" w:line="240" w:lineRule="auto"/>
              <w:jc w:val="left"/>
            </w:pPr>
            <w:r/>
            <w:r>
              <w:rPr>
                <w:rFonts w:ascii="Times New Roman" w:hAnsi="Times New Roman" w:eastAsia="宋体"/>
                <w:b w:val="0"/>
                <w:sz w:val="24"/>
              </w:rPr>
              <w:t>（1）very unwilling（2）unwilling（3）average（4）willing（5）very willing</w:t>
            </w:r>
          </w:p>
        </w:tc>
      </w:tr>
      <w:tr>
        <w:tc>
          <w:tcPr>
            <w:tcW w:type="dxa" w:w="900"/>
            <w:vAlign w:val="center"/>
          </w:tcPr>
          <w:p>
            <w:pPr>
              <w:spacing w:before="0" w:after="0" w:line="240" w:lineRule="auto"/>
              <w:jc w:val="center"/>
            </w:pPr>
            <w:r/>
            <w:r>
              <w:rPr>
                <w:rFonts w:ascii="Times New Roman" w:hAnsi="Times New Roman" w:eastAsia="宋体"/>
                <w:b w:val="0"/>
                <w:sz w:val="24"/>
              </w:rPr>
              <w:t>If 5.19=1</w:t>
            </w:r>
          </w:p>
        </w:tc>
        <w:tc>
          <w:tcPr>
            <w:tcW w:type="dxa" w:w="3200"/>
            <w:vAlign w:val="center"/>
          </w:tcPr>
          <w:p>
            <w:pPr>
              <w:spacing w:before="0" w:after="0" w:line="240" w:lineRule="auto"/>
              <w:jc w:val="left"/>
            </w:pPr>
            <w:r/>
            <w:r>
              <w:rPr>
                <w:rFonts w:ascii="Times New Roman" w:hAnsi="Times New Roman" w:eastAsia="宋体"/>
                <w:b w:val="0"/>
                <w:sz w:val="24"/>
              </w:rPr>
              <w:t>Do you think "smart elderly care" services have improved your quality of life:</w:t>
            </w:r>
          </w:p>
        </w:tc>
        <w:tc>
          <w:tcPr>
            <w:tcW w:type="dxa" w:w="4420"/>
            <w:vAlign w:val="center"/>
          </w:tcPr>
          <w:p>
            <w:pPr>
              <w:spacing w:before="0" w:after="0" w:line="240" w:lineRule="auto"/>
              <w:jc w:val="left"/>
            </w:pPr>
            <w:r/>
            <w:r>
              <w:rPr>
                <w:rFonts w:ascii="Times New Roman" w:hAnsi="Times New Roman" w:eastAsia="宋体"/>
                <w:b w:val="0"/>
                <w:sz w:val="24"/>
              </w:rPr>
              <w:t>（1）not improved at all（2）barely improved（3）improved a little（4）obviously improved（5）greatly improved</w:t>
            </w:r>
          </w:p>
        </w:tc>
      </w:tr>
      <w:tr>
        <w:tc>
          <w:tcPr>
            <w:tcW w:type="dxa" w:w="900"/>
            <w:vAlign w:val="center"/>
          </w:tcPr>
          <w:p>
            <w:pPr>
              <w:spacing w:before="0" w:after="0" w:line="240" w:lineRule="auto"/>
              <w:jc w:val="center"/>
            </w:pPr>
            <w:r/>
            <w:r>
              <w:rPr>
                <w:rFonts w:ascii="Times New Roman" w:hAnsi="Times New Roman" w:eastAsia="宋体"/>
                <w:b w:val="0"/>
                <w:sz w:val="24"/>
              </w:rPr>
              <w:t>If 5.19=1</w:t>
            </w:r>
          </w:p>
        </w:tc>
        <w:tc>
          <w:tcPr>
            <w:tcW w:type="dxa" w:w="3200"/>
            <w:vAlign w:val="center"/>
          </w:tcPr>
          <w:p>
            <w:pPr>
              <w:spacing w:before="0" w:after="0" w:line="240" w:lineRule="auto"/>
              <w:jc w:val="left"/>
            </w:pPr>
            <w:r/>
            <w:r>
              <w:rPr>
                <w:rFonts w:ascii="Times New Roman" w:hAnsi="Times New Roman" w:eastAsia="宋体"/>
                <w:b w:val="0"/>
                <w:sz w:val="24"/>
              </w:rPr>
              <w:t>Are you satisfied with the "smart elderly care" services you currently use:</w:t>
            </w:r>
          </w:p>
        </w:tc>
        <w:tc>
          <w:tcPr>
            <w:tcW w:type="dxa" w:w="4420"/>
            <w:vAlign w:val="center"/>
          </w:tcPr>
          <w:p>
            <w:pPr>
              <w:spacing w:before="0" w:after="0" w:line="240" w:lineRule="auto"/>
              <w:jc w:val="left"/>
            </w:pPr>
            <w:r/>
            <w:r>
              <w:rPr>
                <w:rFonts w:ascii="Times New Roman" w:hAnsi="Times New Roman" w:eastAsia="宋体"/>
                <w:b w:val="0"/>
                <w:sz w:val="24"/>
              </w:rPr>
              <w:t>（1）very dissatisfied（2）dissatisfied（3）average（4）satisfied（5）very satisfied</w:t>
            </w:r>
          </w:p>
        </w:tc>
      </w:tr>
    </w:tbl>
    <w:p>
      <w:pPr>
        <w:spacing w:before="200" w:after="80"/>
        <w:jc w:val="right"/>
      </w:pPr>
      <w:r>
        <w:rPr>
          <w:rFonts w:ascii="Times New Roman" w:hAnsi="Times New Roman" w:eastAsia="宋体"/>
          <w:b/>
          <w:sz w:val="24"/>
        </w:rPr>
        <w:t>Thank You for Your Time and Best Wishes to You!</w:t>
      </w:r>
    </w:p>
    <w:p>
      <w:pPr>
        <w:spacing w:before="0" w:after="0"/>
        <w:jc w:val="left"/>
      </w:pPr>
      <w:r>
        <w:rPr>
          <w:rFonts w:ascii="Times New Roman" w:hAnsi="Times New Roman" w:eastAsia="宋体"/>
          <w:b w:val="0"/>
          <w:sz w:val="24"/>
        </w:rPr>
        <w:t>Investigator：________    Recorder：________    Time：__________</w:t>
      </w:r>
    </w:p>
    <w:sectPr w:rsidR="00FC693F" w:rsidRPr="0006063C" w:rsidSect="00034616">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