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3EBA9E" w14:textId="10E97B4F" w:rsidR="00537ED6" w:rsidRPr="00892051" w:rsidRDefault="00000000" w:rsidP="00892051">
      <w:pPr>
        <w:pStyle w:val="NoSpacing"/>
        <w:jc w:val="center"/>
        <w:rPr>
          <w:rFonts w:ascii="Helvetica" w:hAnsi="Helvetica" w:cs="Times New Roman"/>
          <w:b/>
          <w:bCs/>
          <w:sz w:val="18"/>
          <w:szCs w:val="18"/>
        </w:rPr>
      </w:pPr>
      <w:r w:rsidRPr="00892051">
        <w:rPr>
          <w:rFonts w:ascii="Helvetica" w:hAnsi="Helvetica" w:cs="Times New Roman"/>
          <w:b/>
          <w:bCs/>
          <w:sz w:val="18"/>
          <w:szCs w:val="18"/>
        </w:rPr>
        <w:t>Supplementary Material</w:t>
      </w:r>
    </w:p>
    <w:p w14:paraId="467C085D" w14:textId="6CD12CD1" w:rsidR="00D3640A" w:rsidRPr="00892051" w:rsidRDefault="00000000" w:rsidP="00151AED">
      <w:pPr>
        <w:pStyle w:val="NoSpacing"/>
        <w:rPr>
          <w:rFonts w:ascii="Helvetica" w:hAnsi="Helvetica" w:cs="Times New Roman"/>
          <w:sz w:val="18"/>
          <w:szCs w:val="18"/>
        </w:rPr>
      </w:pPr>
      <w:r w:rsidRPr="00892051">
        <w:rPr>
          <w:rFonts w:ascii="Helvetica" w:hAnsi="Helvetica" w:cs="Times New Roman"/>
          <w:sz w:val="18"/>
          <w:szCs w:val="18"/>
        </w:rPr>
        <w:t>Table S1. Common method bias and full-collinearity diagnostics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05"/>
        <w:gridCol w:w="3433"/>
      </w:tblGrid>
      <w:tr w:rsidR="00D3640A" w:rsidRPr="00892051" w14:paraId="283EF3C5" w14:textId="77777777" w:rsidTr="00537ED6">
        <w:tc>
          <w:tcPr>
            <w:tcW w:w="6205" w:type="dxa"/>
          </w:tcPr>
          <w:p w14:paraId="1F59B84C" w14:textId="77777777" w:rsidR="00D3640A" w:rsidRPr="00892051" w:rsidRDefault="00000000" w:rsidP="003C171F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Diagnostic</w:t>
            </w:r>
          </w:p>
        </w:tc>
        <w:tc>
          <w:tcPr>
            <w:tcW w:w="3433" w:type="dxa"/>
          </w:tcPr>
          <w:p w14:paraId="4FFFED49" w14:textId="77777777" w:rsidR="00D3640A" w:rsidRPr="00892051" w:rsidRDefault="00000000" w:rsidP="003C171F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Value</w:t>
            </w:r>
          </w:p>
        </w:tc>
      </w:tr>
      <w:tr w:rsidR="00D3640A" w:rsidRPr="00892051" w14:paraId="482428CD" w14:textId="77777777" w:rsidTr="00537ED6">
        <w:tc>
          <w:tcPr>
            <w:tcW w:w="6205" w:type="dxa"/>
          </w:tcPr>
          <w:p w14:paraId="121A95C6" w14:textId="77777777" w:rsidR="00D3640A" w:rsidRPr="00892051" w:rsidRDefault="00000000" w:rsidP="003C171F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Harman first unrotated component variance</w:t>
            </w:r>
          </w:p>
        </w:tc>
        <w:tc>
          <w:tcPr>
            <w:tcW w:w="3433" w:type="dxa"/>
          </w:tcPr>
          <w:p w14:paraId="20F0922A" w14:textId="77777777" w:rsidR="00D3640A" w:rsidRPr="00892051" w:rsidRDefault="00000000" w:rsidP="003C171F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48.11%</w:t>
            </w:r>
          </w:p>
        </w:tc>
      </w:tr>
      <w:tr w:rsidR="00D3640A" w:rsidRPr="00892051" w14:paraId="6C3E5E0E" w14:textId="77777777" w:rsidTr="00537ED6">
        <w:tc>
          <w:tcPr>
            <w:tcW w:w="6205" w:type="dxa"/>
          </w:tcPr>
          <w:p w14:paraId="2E3E2E9E" w14:textId="77777777" w:rsidR="00D3640A" w:rsidRPr="00892051" w:rsidRDefault="00000000" w:rsidP="003C171F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Components with eigenvalue greater than 1</w:t>
            </w:r>
          </w:p>
        </w:tc>
        <w:tc>
          <w:tcPr>
            <w:tcW w:w="3433" w:type="dxa"/>
          </w:tcPr>
          <w:p w14:paraId="228F3DB0" w14:textId="77777777" w:rsidR="00D3640A" w:rsidRPr="00892051" w:rsidRDefault="00000000" w:rsidP="003C171F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5</w:t>
            </w:r>
          </w:p>
        </w:tc>
      </w:tr>
      <w:tr w:rsidR="00D3640A" w:rsidRPr="00892051" w14:paraId="1ED0C496" w14:textId="77777777" w:rsidTr="00537ED6">
        <w:tc>
          <w:tcPr>
            <w:tcW w:w="6205" w:type="dxa"/>
          </w:tcPr>
          <w:p w14:paraId="2FAB261D" w14:textId="77777777" w:rsidR="00D3640A" w:rsidRPr="00892051" w:rsidRDefault="00000000" w:rsidP="003C171F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Cumulative variance explained by first two components</w:t>
            </w:r>
          </w:p>
        </w:tc>
        <w:tc>
          <w:tcPr>
            <w:tcW w:w="3433" w:type="dxa"/>
          </w:tcPr>
          <w:p w14:paraId="53E1F715" w14:textId="77777777" w:rsidR="00D3640A" w:rsidRPr="00892051" w:rsidRDefault="00000000" w:rsidP="003C171F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56.88%</w:t>
            </w:r>
          </w:p>
        </w:tc>
      </w:tr>
      <w:tr w:rsidR="00D3640A" w:rsidRPr="00892051" w14:paraId="1014EB52" w14:textId="77777777" w:rsidTr="00537ED6">
        <w:tc>
          <w:tcPr>
            <w:tcW w:w="6205" w:type="dxa"/>
          </w:tcPr>
          <w:p w14:paraId="4A126DCE" w14:textId="77777777" w:rsidR="00D3640A" w:rsidRPr="00892051" w:rsidRDefault="00000000" w:rsidP="003C171F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Cumulative variance explained by first three components</w:t>
            </w:r>
          </w:p>
        </w:tc>
        <w:tc>
          <w:tcPr>
            <w:tcW w:w="3433" w:type="dxa"/>
          </w:tcPr>
          <w:p w14:paraId="400B6455" w14:textId="77777777" w:rsidR="00D3640A" w:rsidRPr="00892051" w:rsidRDefault="00000000" w:rsidP="003C171F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63.43%</w:t>
            </w:r>
          </w:p>
        </w:tc>
      </w:tr>
      <w:tr w:rsidR="00D3640A" w:rsidRPr="00892051" w14:paraId="2E0012D1" w14:textId="77777777" w:rsidTr="00537ED6">
        <w:tc>
          <w:tcPr>
            <w:tcW w:w="6205" w:type="dxa"/>
          </w:tcPr>
          <w:p w14:paraId="0D94657C" w14:textId="77777777" w:rsidR="00D3640A" w:rsidRPr="00892051" w:rsidRDefault="00000000" w:rsidP="003C171F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SIPA full-collinearity VIF</w:t>
            </w:r>
          </w:p>
        </w:tc>
        <w:tc>
          <w:tcPr>
            <w:tcW w:w="3433" w:type="dxa"/>
          </w:tcPr>
          <w:p w14:paraId="1105FE79" w14:textId="77777777" w:rsidR="00D3640A" w:rsidRPr="00892051" w:rsidRDefault="00000000" w:rsidP="003C171F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2.111</w:t>
            </w:r>
          </w:p>
        </w:tc>
      </w:tr>
      <w:tr w:rsidR="00D3640A" w:rsidRPr="00892051" w14:paraId="26D17574" w14:textId="77777777" w:rsidTr="00537ED6">
        <w:tc>
          <w:tcPr>
            <w:tcW w:w="6205" w:type="dxa"/>
          </w:tcPr>
          <w:p w14:paraId="53DEB1DE" w14:textId="77777777" w:rsidR="00D3640A" w:rsidRPr="00892051" w:rsidRDefault="00000000" w:rsidP="003C171F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DMGC full-collinearity VIF</w:t>
            </w:r>
          </w:p>
        </w:tc>
        <w:tc>
          <w:tcPr>
            <w:tcW w:w="3433" w:type="dxa"/>
          </w:tcPr>
          <w:p w14:paraId="215A789A" w14:textId="77777777" w:rsidR="00D3640A" w:rsidRPr="00892051" w:rsidRDefault="00000000" w:rsidP="003C171F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2.123</w:t>
            </w:r>
          </w:p>
        </w:tc>
      </w:tr>
      <w:tr w:rsidR="00D3640A" w:rsidRPr="00892051" w14:paraId="2A789453" w14:textId="77777777" w:rsidTr="00537ED6">
        <w:tc>
          <w:tcPr>
            <w:tcW w:w="6205" w:type="dxa"/>
          </w:tcPr>
          <w:p w14:paraId="4C939DE2" w14:textId="77777777" w:rsidR="00D3640A" w:rsidRPr="00892051" w:rsidRDefault="00000000" w:rsidP="003C171F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PBSE full-collinearity VIF</w:t>
            </w:r>
          </w:p>
        </w:tc>
        <w:tc>
          <w:tcPr>
            <w:tcW w:w="3433" w:type="dxa"/>
          </w:tcPr>
          <w:p w14:paraId="561CD086" w14:textId="77777777" w:rsidR="00D3640A" w:rsidRPr="00892051" w:rsidRDefault="00000000" w:rsidP="003C171F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2.030</w:t>
            </w:r>
          </w:p>
        </w:tc>
      </w:tr>
      <w:tr w:rsidR="00D3640A" w:rsidRPr="00892051" w14:paraId="10BDC735" w14:textId="77777777" w:rsidTr="00537ED6">
        <w:tc>
          <w:tcPr>
            <w:tcW w:w="6205" w:type="dxa"/>
          </w:tcPr>
          <w:p w14:paraId="6EDF005A" w14:textId="77777777" w:rsidR="00D3640A" w:rsidRPr="00892051" w:rsidRDefault="00000000" w:rsidP="003C171F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PTQ full-collinearity VIF</w:t>
            </w:r>
          </w:p>
        </w:tc>
        <w:tc>
          <w:tcPr>
            <w:tcW w:w="3433" w:type="dxa"/>
          </w:tcPr>
          <w:p w14:paraId="7C1D727B" w14:textId="77777777" w:rsidR="00D3640A" w:rsidRPr="00892051" w:rsidRDefault="00000000" w:rsidP="003C171F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2.340</w:t>
            </w:r>
          </w:p>
        </w:tc>
      </w:tr>
      <w:tr w:rsidR="00D3640A" w:rsidRPr="00892051" w14:paraId="46594A12" w14:textId="77777777" w:rsidTr="00537ED6">
        <w:tc>
          <w:tcPr>
            <w:tcW w:w="6205" w:type="dxa"/>
          </w:tcPr>
          <w:p w14:paraId="5B8FECBB" w14:textId="77777777" w:rsidR="00D3640A" w:rsidRPr="00892051" w:rsidRDefault="00000000" w:rsidP="003C171F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Maximum full-collinearity VIF</w:t>
            </w:r>
          </w:p>
        </w:tc>
        <w:tc>
          <w:tcPr>
            <w:tcW w:w="3433" w:type="dxa"/>
          </w:tcPr>
          <w:p w14:paraId="3B79AFC7" w14:textId="77777777" w:rsidR="00D3640A" w:rsidRPr="00892051" w:rsidRDefault="00000000" w:rsidP="003C171F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2.340</w:t>
            </w:r>
          </w:p>
        </w:tc>
      </w:tr>
    </w:tbl>
    <w:p w14:paraId="60956C19" w14:textId="396D68EE" w:rsidR="00537ED6" w:rsidRPr="00892051" w:rsidRDefault="00000000" w:rsidP="00151AED">
      <w:pPr>
        <w:pStyle w:val="NoSpacing"/>
        <w:rPr>
          <w:rFonts w:ascii="Helvetica" w:hAnsi="Helvetica" w:cs="Times New Roman"/>
          <w:i/>
          <w:iCs/>
          <w:sz w:val="18"/>
          <w:szCs w:val="18"/>
        </w:rPr>
      </w:pPr>
      <w:r w:rsidRPr="00892051">
        <w:rPr>
          <w:rFonts w:ascii="Helvetica" w:hAnsi="Helvetica" w:cs="Times New Roman"/>
          <w:i/>
          <w:iCs/>
          <w:sz w:val="18"/>
          <w:szCs w:val="18"/>
        </w:rPr>
        <w:t>Source: Authors’ calculations based on the survey data.</w:t>
      </w:r>
    </w:p>
    <w:p w14:paraId="22D1FC85" w14:textId="77777777" w:rsidR="00537ED6" w:rsidRPr="00892051" w:rsidRDefault="00537ED6" w:rsidP="00151AED">
      <w:pPr>
        <w:pStyle w:val="NoSpacing"/>
        <w:rPr>
          <w:rFonts w:ascii="Helvetica" w:hAnsi="Helvetica" w:cs="Times New Roman"/>
          <w:sz w:val="18"/>
          <w:szCs w:val="18"/>
        </w:rPr>
      </w:pPr>
    </w:p>
    <w:p w14:paraId="64925B54" w14:textId="2741853F" w:rsidR="00D3640A" w:rsidRPr="00892051" w:rsidRDefault="00000000" w:rsidP="00151AED">
      <w:pPr>
        <w:pStyle w:val="NoSpacing"/>
        <w:rPr>
          <w:rFonts w:ascii="Helvetica" w:hAnsi="Helvetica" w:cs="Times New Roman"/>
          <w:sz w:val="18"/>
          <w:szCs w:val="18"/>
        </w:rPr>
      </w:pPr>
      <w:r w:rsidRPr="00892051">
        <w:rPr>
          <w:rFonts w:ascii="Helvetica" w:hAnsi="Helvetica" w:cs="Times New Roman"/>
          <w:sz w:val="18"/>
          <w:szCs w:val="18"/>
        </w:rPr>
        <w:t>Table S2. Indicator-level descriptive, loading, and collinearity diagnostics</w:t>
      </w:r>
    </w:p>
    <w:tbl>
      <w:tblPr>
        <w:tblStyle w:val="TableGrid"/>
        <w:tblW w:w="9525" w:type="dxa"/>
        <w:tblLook w:val="04A0" w:firstRow="1" w:lastRow="0" w:firstColumn="1" w:lastColumn="0" w:noHBand="0" w:noVBand="1"/>
      </w:tblPr>
      <w:tblGrid>
        <w:gridCol w:w="1214"/>
        <w:gridCol w:w="1171"/>
        <w:gridCol w:w="1171"/>
        <w:gridCol w:w="1171"/>
        <w:gridCol w:w="1222"/>
        <w:gridCol w:w="1171"/>
        <w:gridCol w:w="1171"/>
        <w:gridCol w:w="1234"/>
      </w:tblGrid>
      <w:tr w:rsidR="00537ED6" w:rsidRPr="00892051" w14:paraId="08516F9E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4E493D15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sz w:val="18"/>
                <w:szCs w:val="18"/>
                <w:lang w:eastAsia="zh-CN"/>
              </w:rPr>
              <w:t>Construct</w:t>
            </w:r>
          </w:p>
        </w:tc>
        <w:tc>
          <w:tcPr>
            <w:tcW w:w="1171" w:type="dxa"/>
            <w:noWrap/>
            <w:hideMark/>
          </w:tcPr>
          <w:p w14:paraId="6AB922D9" w14:textId="77777777" w:rsidR="00537ED6" w:rsidRPr="00892051" w:rsidRDefault="00537ED6" w:rsidP="00CD3651">
            <w:pPr>
              <w:pStyle w:val="NoSpacing"/>
              <w:jc w:val="center"/>
              <w:rPr>
                <w:rFonts w:ascii="Helvetica" w:hAnsi="Helvetica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sz w:val="18"/>
                <w:szCs w:val="18"/>
                <w:lang w:eastAsia="zh-CN"/>
              </w:rPr>
              <w:t>Indicator</w:t>
            </w:r>
          </w:p>
        </w:tc>
        <w:tc>
          <w:tcPr>
            <w:tcW w:w="1171" w:type="dxa"/>
            <w:noWrap/>
            <w:hideMark/>
          </w:tcPr>
          <w:p w14:paraId="0EFCE54C" w14:textId="77777777" w:rsidR="00537ED6" w:rsidRPr="00892051" w:rsidRDefault="00537ED6" w:rsidP="00CD3651">
            <w:pPr>
              <w:pStyle w:val="NoSpacing"/>
              <w:jc w:val="center"/>
              <w:rPr>
                <w:rFonts w:ascii="Helvetica" w:hAnsi="Helvetica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sz w:val="18"/>
                <w:szCs w:val="18"/>
                <w:lang w:eastAsia="zh-CN"/>
              </w:rPr>
              <w:t>Mean</w:t>
            </w:r>
          </w:p>
        </w:tc>
        <w:tc>
          <w:tcPr>
            <w:tcW w:w="1171" w:type="dxa"/>
            <w:noWrap/>
            <w:hideMark/>
          </w:tcPr>
          <w:p w14:paraId="16F546BD" w14:textId="77777777" w:rsidR="00537ED6" w:rsidRPr="00892051" w:rsidRDefault="00537ED6" w:rsidP="00CD3651">
            <w:pPr>
              <w:pStyle w:val="NoSpacing"/>
              <w:jc w:val="center"/>
              <w:rPr>
                <w:rFonts w:ascii="Helvetica" w:hAnsi="Helvetica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sz w:val="18"/>
                <w:szCs w:val="18"/>
                <w:lang w:eastAsia="zh-CN"/>
              </w:rPr>
              <w:t>SD</w:t>
            </w:r>
          </w:p>
        </w:tc>
        <w:tc>
          <w:tcPr>
            <w:tcW w:w="1222" w:type="dxa"/>
            <w:noWrap/>
            <w:hideMark/>
          </w:tcPr>
          <w:p w14:paraId="5AA787FE" w14:textId="77777777" w:rsidR="00537ED6" w:rsidRPr="00892051" w:rsidRDefault="00537ED6" w:rsidP="00CD3651">
            <w:pPr>
              <w:pStyle w:val="NoSpacing"/>
              <w:jc w:val="center"/>
              <w:rPr>
                <w:rFonts w:ascii="Helvetica" w:hAnsi="Helvetica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sz w:val="18"/>
                <w:szCs w:val="18"/>
                <w:lang w:eastAsia="zh-CN"/>
              </w:rPr>
              <w:t>Skewness</w:t>
            </w:r>
          </w:p>
        </w:tc>
        <w:tc>
          <w:tcPr>
            <w:tcW w:w="1171" w:type="dxa"/>
            <w:noWrap/>
            <w:hideMark/>
          </w:tcPr>
          <w:p w14:paraId="6818F21D" w14:textId="77777777" w:rsidR="00537ED6" w:rsidRPr="00892051" w:rsidRDefault="00537ED6" w:rsidP="00CD3651">
            <w:pPr>
              <w:pStyle w:val="NoSpacing"/>
              <w:jc w:val="center"/>
              <w:rPr>
                <w:rFonts w:ascii="Helvetica" w:hAnsi="Helvetica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sz w:val="18"/>
                <w:szCs w:val="18"/>
                <w:lang w:eastAsia="zh-CN"/>
              </w:rPr>
              <w:t>Kurtosis</w:t>
            </w:r>
          </w:p>
        </w:tc>
        <w:tc>
          <w:tcPr>
            <w:tcW w:w="1171" w:type="dxa"/>
            <w:noWrap/>
            <w:hideMark/>
          </w:tcPr>
          <w:p w14:paraId="200D3062" w14:textId="77777777" w:rsidR="00537ED6" w:rsidRPr="00892051" w:rsidRDefault="00537ED6" w:rsidP="00CD3651">
            <w:pPr>
              <w:pStyle w:val="NoSpacing"/>
              <w:jc w:val="center"/>
              <w:rPr>
                <w:rFonts w:ascii="Helvetica" w:hAnsi="Helvetica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sz w:val="18"/>
                <w:szCs w:val="18"/>
                <w:lang w:eastAsia="zh-CN"/>
              </w:rPr>
              <w:t>VIF</w:t>
            </w:r>
          </w:p>
        </w:tc>
        <w:tc>
          <w:tcPr>
            <w:tcW w:w="1234" w:type="dxa"/>
            <w:noWrap/>
            <w:hideMark/>
          </w:tcPr>
          <w:p w14:paraId="3505DE05" w14:textId="77777777" w:rsidR="00537ED6" w:rsidRPr="00892051" w:rsidRDefault="00537ED6" w:rsidP="00CD3651">
            <w:pPr>
              <w:pStyle w:val="NoSpacing"/>
              <w:jc w:val="center"/>
              <w:rPr>
                <w:rFonts w:ascii="Helvetica" w:hAnsi="Helvetica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sz w:val="18"/>
                <w:szCs w:val="18"/>
                <w:lang w:eastAsia="zh-CN"/>
              </w:rPr>
              <w:t>Tolerance</w:t>
            </w:r>
          </w:p>
        </w:tc>
      </w:tr>
      <w:tr w:rsidR="00537ED6" w:rsidRPr="00892051" w14:paraId="2738992D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3733B898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SIPA</w:t>
            </w:r>
          </w:p>
        </w:tc>
        <w:tc>
          <w:tcPr>
            <w:tcW w:w="1171" w:type="dxa"/>
            <w:noWrap/>
            <w:hideMark/>
          </w:tcPr>
          <w:p w14:paraId="563D81E6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Q6</w:t>
            </w:r>
          </w:p>
        </w:tc>
        <w:tc>
          <w:tcPr>
            <w:tcW w:w="1171" w:type="dxa"/>
            <w:noWrap/>
            <w:hideMark/>
          </w:tcPr>
          <w:p w14:paraId="601E7BBF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3.358696</w:t>
            </w:r>
          </w:p>
        </w:tc>
        <w:tc>
          <w:tcPr>
            <w:tcW w:w="1171" w:type="dxa"/>
            <w:noWrap/>
            <w:hideMark/>
          </w:tcPr>
          <w:p w14:paraId="0C7E48D3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1.014448</w:t>
            </w:r>
          </w:p>
        </w:tc>
        <w:tc>
          <w:tcPr>
            <w:tcW w:w="1222" w:type="dxa"/>
            <w:noWrap/>
            <w:hideMark/>
          </w:tcPr>
          <w:p w14:paraId="63BC727C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-0.26008</w:t>
            </w:r>
          </w:p>
        </w:tc>
        <w:tc>
          <w:tcPr>
            <w:tcW w:w="1171" w:type="dxa"/>
            <w:noWrap/>
            <w:hideMark/>
          </w:tcPr>
          <w:p w14:paraId="4F80E2DA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-0.54343</w:t>
            </w:r>
          </w:p>
        </w:tc>
        <w:tc>
          <w:tcPr>
            <w:tcW w:w="1171" w:type="dxa"/>
            <w:noWrap/>
            <w:hideMark/>
          </w:tcPr>
          <w:p w14:paraId="1E8B9CF0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3.903493</w:t>
            </w:r>
          </w:p>
        </w:tc>
        <w:tc>
          <w:tcPr>
            <w:tcW w:w="1234" w:type="dxa"/>
            <w:noWrap/>
            <w:hideMark/>
          </w:tcPr>
          <w:p w14:paraId="6D10718F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0.256181</w:t>
            </w:r>
          </w:p>
        </w:tc>
      </w:tr>
      <w:tr w:rsidR="00537ED6" w:rsidRPr="00892051" w14:paraId="33819EBF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41591596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SIPA</w:t>
            </w:r>
          </w:p>
        </w:tc>
        <w:tc>
          <w:tcPr>
            <w:tcW w:w="1171" w:type="dxa"/>
            <w:noWrap/>
            <w:hideMark/>
          </w:tcPr>
          <w:p w14:paraId="119DE4DA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Q7</w:t>
            </w:r>
          </w:p>
        </w:tc>
        <w:tc>
          <w:tcPr>
            <w:tcW w:w="1171" w:type="dxa"/>
            <w:noWrap/>
            <w:hideMark/>
          </w:tcPr>
          <w:p w14:paraId="37E1EDAB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3.483696</w:t>
            </w:r>
          </w:p>
        </w:tc>
        <w:tc>
          <w:tcPr>
            <w:tcW w:w="1171" w:type="dxa"/>
            <w:noWrap/>
            <w:hideMark/>
          </w:tcPr>
          <w:p w14:paraId="716781B9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1.040048</w:t>
            </w:r>
          </w:p>
        </w:tc>
        <w:tc>
          <w:tcPr>
            <w:tcW w:w="1222" w:type="dxa"/>
            <w:noWrap/>
            <w:hideMark/>
          </w:tcPr>
          <w:p w14:paraId="2AE896C9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-0.42755</w:t>
            </w:r>
          </w:p>
        </w:tc>
        <w:tc>
          <w:tcPr>
            <w:tcW w:w="1171" w:type="dxa"/>
            <w:noWrap/>
            <w:hideMark/>
          </w:tcPr>
          <w:p w14:paraId="37ED6B2C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-0.49449</w:t>
            </w:r>
          </w:p>
        </w:tc>
        <w:tc>
          <w:tcPr>
            <w:tcW w:w="1171" w:type="dxa"/>
            <w:noWrap/>
            <w:hideMark/>
          </w:tcPr>
          <w:p w14:paraId="2A353BC5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4.301576</w:t>
            </w:r>
          </w:p>
        </w:tc>
        <w:tc>
          <w:tcPr>
            <w:tcW w:w="1234" w:type="dxa"/>
            <w:noWrap/>
            <w:hideMark/>
          </w:tcPr>
          <w:p w14:paraId="5742C4AA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0.232473</w:t>
            </w:r>
          </w:p>
        </w:tc>
      </w:tr>
      <w:tr w:rsidR="00537ED6" w:rsidRPr="00892051" w14:paraId="43F908D4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0EB3C946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SIPA</w:t>
            </w:r>
          </w:p>
        </w:tc>
        <w:tc>
          <w:tcPr>
            <w:tcW w:w="1171" w:type="dxa"/>
            <w:noWrap/>
            <w:hideMark/>
          </w:tcPr>
          <w:p w14:paraId="223D4BA3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Q8</w:t>
            </w:r>
          </w:p>
        </w:tc>
        <w:tc>
          <w:tcPr>
            <w:tcW w:w="1171" w:type="dxa"/>
            <w:noWrap/>
            <w:hideMark/>
          </w:tcPr>
          <w:p w14:paraId="148C1C53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3.467391</w:t>
            </w:r>
          </w:p>
        </w:tc>
        <w:tc>
          <w:tcPr>
            <w:tcW w:w="1171" w:type="dxa"/>
            <w:noWrap/>
            <w:hideMark/>
          </w:tcPr>
          <w:p w14:paraId="5E2763EF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1.034393</w:t>
            </w:r>
          </w:p>
        </w:tc>
        <w:tc>
          <w:tcPr>
            <w:tcW w:w="1222" w:type="dxa"/>
            <w:noWrap/>
            <w:hideMark/>
          </w:tcPr>
          <w:p w14:paraId="2831A21D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-0.34611</w:t>
            </w:r>
          </w:p>
        </w:tc>
        <w:tc>
          <w:tcPr>
            <w:tcW w:w="1171" w:type="dxa"/>
            <w:noWrap/>
            <w:hideMark/>
          </w:tcPr>
          <w:p w14:paraId="132507A8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-0.48402</w:t>
            </w:r>
          </w:p>
        </w:tc>
        <w:tc>
          <w:tcPr>
            <w:tcW w:w="1171" w:type="dxa"/>
            <w:noWrap/>
            <w:hideMark/>
          </w:tcPr>
          <w:p w14:paraId="0EA378B3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3.976872</w:t>
            </w:r>
          </w:p>
        </w:tc>
        <w:tc>
          <w:tcPr>
            <w:tcW w:w="1234" w:type="dxa"/>
            <w:noWrap/>
            <w:hideMark/>
          </w:tcPr>
          <w:p w14:paraId="305A1523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0.251454</w:t>
            </w:r>
          </w:p>
        </w:tc>
      </w:tr>
      <w:tr w:rsidR="00537ED6" w:rsidRPr="00892051" w14:paraId="001A2DE4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43D472C6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SIPA</w:t>
            </w:r>
          </w:p>
        </w:tc>
        <w:tc>
          <w:tcPr>
            <w:tcW w:w="1171" w:type="dxa"/>
            <w:noWrap/>
            <w:hideMark/>
          </w:tcPr>
          <w:p w14:paraId="4843F3E4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Q9</w:t>
            </w:r>
          </w:p>
        </w:tc>
        <w:tc>
          <w:tcPr>
            <w:tcW w:w="1171" w:type="dxa"/>
            <w:noWrap/>
            <w:hideMark/>
          </w:tcPr>
          <w:p w14:paraId="294BFF8A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3.63587</w:t>
            </w:r>
          </w:p>
        </w:tc>
        <w:tc>
          <w:tcPr>
            <w:tcW w:w="1171" w:type="dxa"/>
            <w:noWrap/>
            <w:hideMark/>
          </w:tcPr>
          <w:p w14:paraId="63970D99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1.009797</w:t>
            </w:r>
          </w:p>
        </w:tc>
        <w:tc>
          <w:tcPr>
            <w:tcW w:w="1222" w:type="dxa"/>
            <w:noWrap/>
            <w:hideMark/>
          </w:tcPr>
          <w:p w14:paraId="34F196D3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-0.5058</w:t>
            </w:r>
          </w:p>
        </w:tc>
        <w:tc>
          <w:tcPr>
            <w:tcW w:w="1171" w:type="dxa"/>
            <w:noWrap/>
            <w:hideMark/>
          </w:tcPr>
          <w:p w14:paraId="3333FA3D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-0.21499</w:t>
            </w:r>
          </w:p>
        </w:tc>
        <w:tc>
          <w:tcPr>
            <w:tcW w:w="1171" w:type="dxa"/>
            <w:noWrap/>
            <w:hideMark/>
          </w:tcPr>
          <w:p w14:paraId="6C13CAFA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3.485072</w:t>
            </w:r>
          </w:p>
        </w:tc>
        <w:tc>
          <w:tcPr>
            <w:tcW w:w="1234" w:type="dxa"/>
            <w:noWrap/>
            <w:hideMark/>
          </w:tcPr>
          <w:p w14:paraId="4E5ECA56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0.286938</w:t>
            </w:r>
          </w:p>
        </w:tc>
      </w:tr>
      <w:tr w:rsidR="00537ED6" w:rsidRPr="00892051" w14:paraId="5E5BD538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075F2ADF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SIPA</w:t>
            </w:r>
          </w:p>
        </w:tc>
        <w:tc>
          <w:tcPr>
            <w:tcW w:w="1171" w:type="dxa"/>
            <w:noWrap/>
            <w:hideMark/>
          </w:tcPr>
          <w:p w14:paraId="68FC527A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Q10</w:t>
            </w:r>
          </w:p>
        </w:tc>
        <w:tc>
          <w:tcPr>
            <w:tcW w:w="1171" w:type="dxa"/>
            <w:noWrap/>
            <w:hideMark/>
          </w:tcPr>
          <w:p w14:paraId="7A33C99E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3.559783</w:t>
            </w:r>
          </w:p>
        </w:tc>
        <w:tc>
          <w:tcPr>
            <w:tcW w:w="1171" w:type="dxa"/>
            <w:noWrap/>
            <w:hideMark/>
          </w:tcPr>
          <w:p w14:paraId="2FCAB9F2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0.938963</w:t>
            </w:r>
          </w:p>
        </w:tc>
        <w:tc>
          <w:tcPr>
            <w:tcW w:w="1222" w:type="dxa"/>
            <w:noWrap/>
            <w:hideMark/>
          </w:tcPr>
          <w:p w14:paraId="0F4C4305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-0.37522</w:t>
            </w:r>
          </w:p>
        </w:tc>
        <w:tc>
          <w:tcPr>
            <w:tcW w:w="1171" w:type="dxa"/>
            <w:noWrap/>
            <w:hideMark/>
          </w:tcPr>
          <w:p w14:paraId="7BB3E2F1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-0.26408</w:t>
            </w:r>
          </w:p>
        </w:tc>
        <w:tc>
          <w:tcPr>
            <w:tcW w:w="1171" w:type="dxa"/>
            <w:noWrap/>
            <w:hideMark/>
          </w:tcPr>
          <w:p w14:paraId="3F16265F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4.065156</w:t>
            </w:r>
          </w:p>
        </w:tc>
        <w:tc>
          <w:tcPr>
            <w:tcW w:w="1234" w:type="dxa"/>
            <w:noWrap/>
            <w:hideMark/>
          </w:tcPr>
          <w:p w14:paraId="4FCAD6DD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0.245993</w:t>
            </w:r>
          </w:p>
        </w:tc>
      </w:tr>
      <w:tr w:rsidR="00537ED6" w:rsidRPr="00892051" w14:paraId="3C478736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040F9CDD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SIPA</w:t>
            </w:r>
          </w:p>
        </w:tc>
        <w:tc>
          <w:tcPr>
            <w:tcW w:w="1171" w:type="dxa"/>
            <w:noWrap/>
            <w:hideMark/>
          </w:tcPr>
          <w:p w14:paraId="660183C1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Q11</w:t>
            </w:r>
          </w:p>
        </w:tc>
        <w:tc>
          <w:tcPr>
            <w:tcW w:w="1171" w:type="dxa"/>
            <w:noWrap/>
            <w:hideMark/>
          </w:tcPr>
          <w:p w14:paraId="2057593C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3.418478</w:t>
            </w:r>
          </w:p>
        </w:tc>
        <w:tc>
          <w:tcPr>
            <w:tcW w:w="1171" w:type="dxa"/>
            <w:noWrap/>
            <w:hideMark/>
          </w:tcPr>
          <w:p w14:paraId="520718A1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0.993908</w:t>
            </w:r>
          </w:p>
        </w:tc>
        <w:tc>
          <w:tcPr>
            <w:tcW w:w="1222" w:type="dxa"/>
            <w:noWrap/>
            <w:hideMark/>
          </w:tcPr>
          <w:p w14:paraId="7548BD6A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-0.41322</w:t>
            </w:r>
          </w:p>
        </w:tc>
        <w:tc>
          <w:tcPr>
            <w:tcW w:w="1171" w:type="dxa"/>
            <w:noWrap/>
            <w:hideMark/>
          </w:tcPr>
          <w:p w14:paraId="02977F0D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-0.36301</w:t>
            </w:r>
          </w:p>
        </w:tc>
        <w:tc>
          <w:tcPr>
            <w:tcW w:w="1171" w:type="dxa"/>
            <w:noWrap/>
            <w:hideMark/>
          </w:tcPr>
          <w:p w14:paraId="08F1CCA6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3.551594</w:t>
            </w:r>
          </w:p>
        </w:tc>
        <w:tc>
          <w:tcPr>
            <w:tcW w:w="1234" w:type="dxa"/>
            <w:noWrap/>
            <w:hideMark/>
          </w:tcPr>
          <w:p w14:paraId="3F44B541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0.281564</w:t>
            </w:r>
          </w:p>
        </w:tc>
      </w:tr>
      <w:tr w:rsidR="00537ED6" w:rsidRPr="00892051" w14:paraId="6BD3FCDD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1F1AE48E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SIPA</w:t>
            </w:r>
          </w:p>
        </w:tc>
        <w:tc>
          <w:tcPr>
            <w:tcW w:w="1171" w:type="dxa"/>
            <w:noWrap/>
            <w:hideMark/>
          </w:tcPr>
          <w:p w14:paraId="65BEEF6E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Q12</w:t>
            </w:r>
          </w:p>
        </w:tc>
        <w:tc>
          <w:tcPr>
            <w:tcW w:w="1171" w:type="dxa"/>
            <w:noWrap/>
            <w:hideMark/>
          </w:tcPr>
          <w:p w14:paraId="7B46A133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3.478261</w:t>
            </w:r>
          </w:p>
        </w:tc>
        <w:tc>
          <w:tcPr>
            <w:tcW w:w="1171" w:type="dxa"/>
            <w:noWrap/>
            <w:hideMark/>
          </w:tcPr>
          <w:p w14:paraId="5FA31E82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0.974856</w:t>
            </w:r>
          </w:p>
        </w:tc>
        <w:tc>
          <w:tcPr>
            <w:tcW w:w="1222" w:type="dxa"/>
            <w:noWrap/>
            <w:hideMark/>
          </w:tcPr>
          <w:p w14:paraId="0FD63A2B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-0.475</w:t>
            </w:r>
          </w:p>
        </w:tc>
        <w:tc>
          <w:tcPr>
            <w:tcW w:w="1171" w:type="dxa"/>
            <w:noWrap/>
            <w:hideMark/>
          </w:tcPr>
          <w:p w14:paraId="28824E67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-0.12333</w:t>
            </w:r>
          </w:p>
        </w:tc>
        <w:tc>
          <w:tcPr>
            <w:tcW w:w="1171" w:type="dxa"/>
            <w:noWrap/>
            <w:hideMark/>
          </w:tcPr>
          <w:p w14:paraId="2A068389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3.156979</w:t>
            </w:r>
          </w:p>
        </w:tc>
        <w:tc>
          <w:tcPr>
            <w:tcW w:w="1234" w:type="dxa"/>
            <w:noWrap/>
            <w:hideMark/>
          </w:tcPr>
          <w:p w14:paraId="56F0E87F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0.316758</w:t>
            </w:r>
          </w:p>
        </w:tc>
      </w:tr>
      <w:tr w:rsidR="00537ED6" w:rsidRPr="00892051" w14:paraId="20D80C52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3E989B0D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SIPA</w:t>
            </w:r>
          </w:p>
        </w:tc>
        <w:tc>
          <w:tcPr>
            <w:tcW w:w="1171" w:type="dxa"/>
            <w:noWrap/>
            <w:hideMark/>
          </w:tcPr>
          <w:p w14:paraId="7F8129CB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Q13</w:t>
            </w:r>
          </w:p>
        </w:tc>
        <w:tc>
          <w:tcPr>
            <w:tcW w:w="1171" w:type="dxa"/>
            <w:noWrap/>
            <w:hideMark/>
          </w:tcPr>
          <w:p w14:paraId="7C3F1829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3.684783</w:t>
            </w:r>
          </w:p>
        </w:tc>
        <w:tc>
          <w:tcPr>
            <w:tcW w:w="1171" w:type="dxa"/>
            <w:noWrap/>
            <w:hideMark/>
          </w:tcPr>
          <w:p w14:paraId="1B8ECBF1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0.867499</w:t>
            </w:r>
          </w:p>
        </w:tc>
        <w:tc>
          <w:tcPr>
            <w:tcW w:w="1222" w:type="dxa"/>
            <w:noWrap/>
            <w:hideMark/>
          </w:tcPr>
          <w:p w14:paraId="5032975E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-0.30468</w:t>
            </w:r>
          </w:p>
        </w:tc>
        <w:tc>
          <w:tcPr>
            <w:tcW w:w="1171" w:type="dxa"/>
            <w:noWrap/>
            <w:hideMark/>
          </w:tcPr>
          <w:p w14:paraId="3FE5E18B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-0.51052</w:t>
            </w:r>
          </w:p>
        </w:tc>
        <w:tc>
          <w:tcPr>
            <w:tcW w:w="1171" w:type="dxa"/>
            <w:noWrap/>
            <w:hideMark/>
          </w:tcPr>
          <w:p w14:paraId="710A56A7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2.796874</w:t>
            </w:r>
          </w:p>
        </w:tc>
        <w:tc>
          <w:tcPr>
            <w:tcW w:w="1234" w:type="dxa"/>
            <w:noWrap/>
            <w:hideMark/>
          </w:tcPr>
          <w:p w14:paraId="34AB379C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0.357542</w:t>
            </w:r>
          </w:p>
        </w:tc>
      </w:tr>
      <w:tr w:rsidR="00537ED6" w:rsidRPr="00892051" w14:paraId="5AD2E3A1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1B5D5812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SIPA</w:t>
            </w:r>
          </w:p>
        </w:tc>
        <w:tc>
          <w:tcPr>
            <w:tcW w:w="1171" w:type="dxa"/>
            <w:noWrap/>
            <w:hideMark/>
          </w:tcPr>
          <w:p w14:paraId="67085971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Q14</w:t>
            </w:r>
          </w:p>
        </w:tc>
        <w:tc>
          <w:tcPr>
            <w:tcW w:w="1171" w:type="dxa"/>
            <w:noWrap/>
            <w:hideMark/>
          </w:tcPr>
          <w:p w14:paraId="5B0416AF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3.440217</w:t>
            </w:r>
          </w:p>
        </w:tc>
        <w:tc>
          <w:tcPr>
            <w:tcW w:w="1171" w:type="dxa"/>
            <w:noWrap/>
            <w:hideMark/>
          </w:tcPr>
          <w:p w14:paraId="46E7154F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0.967625</w:t>
            </w:r>
          </w:p>
        </w:tc>
        <w:tc>
          <w:tcPr>
            <w:tcW w:w="1222" w:type="dxa"/>
            <w:noWrap/>
            <w:hideMark/>
          </w:tcPr>
          <w:p w14:paraId="2A295A75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-0.21331</w:t>
            </w:r>
          </w:p>
        </w:tc>
        <w:tc>
          <w:tcPr>
            <w:tcW w:w="1171" w:type="dxa"/>
            <w:noWrap/>
            <w:hideMark/>
          </w:tcPr>
          <w:p w14:paraId="0F7FFD6B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-0.56059</w:t>
            </w:r>
          </w:p>
        </w:tc>
        <w:tc>
          <w:tcPr>
            <w:tcW w:w="1171" w:type="dxa"/>
            <w:noWrap/>
            <w:hideMark/>
          </w:tcPr>
          <w:p w14:paraId="3C29AD37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3.2409</w:t>
            </w:r>
          </w:p>
        </w:tc>
        <w:tc>
          <w:tcPr>
            <w:tcW w:w="1234" w:type="dxa"/>
            <w:noWrap/>
            <w:hideMark/>
          </w:tcPr>
          <w:p w14:paraId="25E6EB6D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0.308556</w:t>
            </w:r>
          </w:p>
        </w:tc>
      </w:tr>
      <w:tr w:rsidR="00537ED6" w:rsidRPr="00892051" w14:paraId="2E1BE12A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6773711A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SIPA</w:t>
            </w:r>
          </w:p>
        </w:tc>
        <w:tc>
          <w:tcPr>
            <w:tcW w:w="1171" w:type="dxa"/>
            <w:noWrap/>
            <w:hideMark/>
          </w:tcPr>
          <w:p w14:paraId="52C6D593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Q15</w:t>
            </w:r>
          </w:p>
        </w:tc>
        <w:tc>
          <w:tcPr>
            <w:tcW w:w="1171" w:type="dxa"/>
            <w:noWrap/>
            <w:hideMark/>
          </w:tcPr>
          <w:p w14:paraId="5A4F21A2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3.445652</w:t>
            </w:r>
          </w:p>
        </w:tc>
        <w:tc>
          <w:tcPr>
            <w:tcW w:w="1171" w:type="dxa"/>
            <w:noWrap/>
            <w:hideMark/>
          </w:tcPr>
          <w:p w14:paraId="28CA1A2C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0.962285</w:t>
            </w:r>
          </w:p>
        </w:tc>
        <w:tc>
          <w:tcPr>
            <w:tcW w:w="1222" w:type="dxa"/>
            <w:noWrap/>
            <w:hideMark/>
          </w:tcPr>
          <w:p w14:paraId="6C5AC70C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-0.29041</w:t>
            </w:r>
          </w:p>
        </w:tc>
        <w:tc>
          <w:tcPr>
            <w:tcW w:w="1171" w:type="dxa"/>
            <w:noWrap/>
            <w:hideMark/>
          </w:tcPr>
          <w:p w14:paraId="719318FC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-0.38731</w:t>
            </w:r>
          </w:p>
        </w:tc>
        <w:tc>
          <w:tcPr>
            <w:tcW w:w="1171" w:type="dxa"/>
            <w:noWrap/>
            <w:hideMark/>
          </w:tcPr>
          <w:p w14:paraId="33325E87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2.811515</w:t>
            </w:r>
          </w:p>
        </w:tc>
        <w:tc>
          <w:tcPr>
            <w:tcW w:w="1234" w:type="dxa"/>
            <w:noWrap/>
            <w:hideMark/>
          </w:tcPr>
          <w:p w14:paraId="2E6138EF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0.35568</w:t>
            </w:r>
          </w:p>
        </w:tc>
      </w:tr>
      <w:tr w:rsidR="00537ED6" w:rsidRPr="00892051" w14:paraId="26BFA7F4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7E99CCBD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SIPA</w:t>
            </w:r>
          </w:p>
        </w:tc>
        <w:tc>
          <w:tcPr>
            <w:tcW w:w="1171" w:type="dxa"/>
            <w:noWrap/>
            <w:hideMark/>
          </w:tcPr>
          <w:p w14:paraId="6D506F9C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Q16</w:t>
            </w:r>
          </w:p>
        </w:tc>
        <w:tc>
          <w:tcPr>
            <w:tcW w:w="1171" w:type="dxa"/>
            <w:noWrap/>
            <w:hideMark/>
          </w:tcPr>
          <w:p w14:paraId="627AC43E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3.61413</w:t>
            </w:r>
          </w:p>
        </w:tc>
        <w:tc>
          <w:tcPr>
            <w:tcW w:w="1171" w:type="dxa"/>
            <w:noWrap/>
            <w:hideMark/>
          </w:tcPr>
          <w:p w14:paraId="1AC779B5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0.968361</w:t>
            </w:r>
          </w:p>
        </w:tc>
        <w:tc>
          <w:tcPr>
            <w:tcW w:w="1222" w:type="dxa"/>
            <w:noWrap/>
            <w:hideMark/>
          </w:tcPr>
          <w:p w14:paraId="7194DFE7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-0.4367</w:t>
            </w:r>
          </w:p>
        </w:tc>
        <w:tc>
          <w:tcPr>
            <w:tcW w:w="1171" w:type="dxa"/>
            <w:noWrap/>
            <w:hideMark/>
          </w:tcPr>
          <w:p w14:paraId="775EA83C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-0.33462</w:t>
            </w:r>
          </w:p>
        </w:tc>
        <w:tc>
          <w:tcPr>
            <w:tcW w:w="1171" w:type="dxa"/>
            <w:noWrap/>
            <w:hideMark/>
          </w:tcPr>
          <w:p w14:paraId="056907A7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2.323065</w:t>
            </w:r>
          </w:p>
        </w:tc>
        <w:tc>
          <w:tcPr>
            <w:tcW w:w="1234" w:type="dxa"/>
            <w:noWrap/>
            <w:hideMark/>
          </w:tcPr>
          <w:p w14:paraId="29573CE7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0.430466</w:t>
            </w:r>
          </w:p>
        </w:tc>
      </w:tr>
      <w:tr w:rsidR="00537ED6" w:rsidRPr="00892051" w14:paraId="4D96FD61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219B0705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DMGC</w:t>
            </w:r>
          </w:p>
        </w:tc>
        <w:tc>
          <w:tcPr>
            <w:tcW w:w="1171" w:type="dxa"/>
            <w:noWrap/>
            <w:hideMark/>
          </w:tcPr>
          <w:p w14:paraId="53691A51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Q17</w:t>
            </w:r>
          </w:p>
        </w:tc>
        <w:tc>
          <w:tcPr>
            <w:tcW w:w="1171" w:type="dxa"/>
            <w:noWrap/>
            <w:hideMark/>
          </w:tcPr>
          <w:p w14:paraId="22D547DF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4.032609</w:t>
            </w:r>
          </w:p>
        </w:tc>
        <w:tc>
          <w:tcPr>
            <w:tcW w:w="1171" w:type="dxa"/>
            <w:noWrap/>
            <w:hideMark/>
          </w:tcPr>
          <w:p w14:paraId="6B32F6E6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0.898707</w:t>
            </w:r>
          </w:p>
        </w:tc>
        <w:tc>
          <w:tcPr>
            <w:tcW w:w="1222" w:type="dxa"/>
            <w:noWrap/>
            <w:hideMark/>
          </w:tcPr>
          <w:p w14:paraId="1D36D1F0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-0.74942</w:t>
            </w:r>
          </w:p>
        </w:tc>
        <w:tc>
          <w:tcPr>
            <w:tcW w:w="1171" w:type="dxa"/>
            <w:noWrap/>
            <w:hideMark/>
          </w:tcPr>
          <w:p w14:paraId="5B20ABBE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-0.10765</w:t>
            </w:r>
          </w:p>
        </w:tc>
        <w:tc>
          <w:tcPr>
            <w:tcW w:w="1171" w:type="dxa"/>
            <w:noWrap/>
            <w:hideMark/>
          </w:tcPr>
          <w:p w14:paraId="0F6983C6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1.995563</w:t>
            </w:r>
          </w:p>
        </w:tc>
        <w:tc>
          <w:tcPr>
            <w:tcW w:w="1234" w:type="dxa"/>
            <w:noWrap/>
            <w:hideMark/>
          </w:tcPr>
          <w:p w14:paraId="5DF0FE0C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0.501112</w:t>
            </w:r>
          </w:p>
        </w:tc>
      </w:tr>
      <w:tr w:rsidR="00537ED6" w:rsidRPr="00892051" w14:paraId="2BDA5CB9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34834051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DMGC</w:t>
            </w:r>
          </w:p>
        </w:tc>
        <w:tc>
          <w:tcPr>
            <w:tcW w:w="1171" w:type="dxa"/>
            <w:noWrap/>
            <w:hideMark/>
          </w:tcPr>
          <w:p w14:paraId="2A472CB5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Q18</w:t>
            </w:r>
          </w:p>
        </w:tc>
        <w:tc>
          <w:tcPr>
            <w:tcW w:w="1171" w:type="dxa"/>
            <w:noWrap/>
            <w:hideMark/>
          </w:tcPr>
          <w:p w14:paraId="76F1716D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4.375</w:t>
            </w:r>
          </w:p>
        </w:tc>
        <w:tc>
          <w:tcPr>
            <w:tcW w:w="1171" w:type="dxa"/>
            <w:noWrap/>
            <w:hideMark/>
          </w:tcPr>
          <w:p w14:paraId="2799511E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0.800017</w:t>
            </w:r>
          </w:p>
        </w:tc>
        <w:tc>
          <w:tcPr>
            <w:tcW w:w="1222" w:type="dxa"/>
            <w:noWrap/>
            <w:hideMark/>
          </w:tcPr>
          <w:p w14:paraId="3FC9C2BE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-1.23505</w:t>
            </w:r>
          </w:p>
        </w:tc>
        <w:tc>
          <w:tcPr>
            <w:tcW w:w="1171" w:type="dxa"/>
            <w:noWrap/>
            <w:hideMark/>
          </w:tcPr>
          <w:p w14:paraId="3A40BA81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1.033713</w:t>
            </w:r>
          </w:p>
        </w:tc>
        <w:tc>
          <w:tcPr>
            <w:tcW w:w="1171" w:type="dxa"/>
            <w:noWrap/>
            <w:hideMark/>
          </w:tcPr>
          <w:p w14:paraId="603FCBA4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1.735081</w:t>
            </w:r>
          </w:p>
        </w:tc>
        <w:tc>
          <w:tcPr>
            <w:tcW w:w="1234" w:type="dxa"/>
            <w:noWrap/>
            <w:hideMark/>
          </w:tcPr>
          <w:p w14:paraId="0A74382F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0.576342</w:t>
            </w:r>
          </w:p>
        </w:tc>
      </w:tr>
      <w:tr w:rsidR="00537ED6" w:rsidRPr="00892051" w14:paraId="6F984E56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7323E186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DMGC</w:t>
            </w:r>
          </w:p>
        </w:tc>
        <w:tc>
          <w:tcPr>
            <w:tcW w:w="1171" w:type="dxa"/>
            <w:noWrap/>
            <w:hideMark/>
          </w:tcPr>
          <w:p w14:paraId="428FB3FC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Q19</w:t>
            </w:r>
          </w:p>
        </w:tc>
        <w:tc>
          <w:tcPr>
            <w:tcW w:w="1171" w:type="dxa"/>
            <w:noWrap/>
            <w:hideMark/>
          </w:tcPr>
          <w:p w14:paraId="689326F1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4.211957</w:t>
            </w:r>
          </w:p>
        </w:tc>
        <w:tc>
          <w:tcPr>
            <w:tcW w:w="1171" w:type="dxa"/>
            <w:noWrap/>
            <w:hideMark/>
          </w:tcPr>
          <w:p w14:paraId="7049E41C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0.864395</w:t>
            </w:r>
          </w:p>
        </w:tc>
        <w:tc>
          <w:tcPr>
            <w:tcW w:w="1222" w:type="dxa"/>
            <w:noWrap/>
            <w:hideMark/>
          </w:tcPr>
          <w:p w14:paraId="5DC0E9FA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-1.09229</w:t>
            </w:r>
          </w:p>
        </w:tc>
        <w:tc>
          <w:tcPr>
            <w:tcW w:w="1171" w:type="dxa"/>
            <w:noWrap/>
            <w:hideMark/>
          </w:tcPr>
          <w:p w14:paraId="4CDCF390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0.95585</w:t>
            </w:r>
          </w:p>
        </w:tc>
        <w:tc>
          <w:tcPr>
            <w:tcW w:w="1171" w:type="dxa"/>
            <w:noWrap/>
            <w:hideMark/>
          </w:tcPr>
          <w:p w14:paraId="5378A9B0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2.443492</w:t>
            </w:r>
          </w:p>
        </w:tc>
        <w:tc>
          <w:tcPr>
            <w:tcW w:w="1234" w:type="dxa"/>
            <w:noWrap/>
            <w:hideMark/>
          </w:tcPr>
          <w:p w14:paraId="57129EA0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0.40925</w:t>
            </w:r>
          </w:p>
        </w:tc>
      </w:tr>
      <w:tr w:rsidR="00537ED6" w:rsidRPr="00892051" w14:paraId="4BCB77C0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41022D15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DMGC</w:t>
            </w:r>
          </w:p>
        </w:tc>
        <w:tc>
          <w:tcPr>
            <w:tcW w:w="1171" w:type="dxa"/>
            <w:noWrap/>
            <w:hideMark/>
          </w:tcPr>
          <w:p w14:paraId="0B885FD0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Q20</w:t>
            </w:r>
          </w:p>
        </w:tc>
        <w:tc>
          <w:tcPr>
            <w:tcW w:w="1171" w:type="dxa"/>
            <w:noWrap/>
            <w:hideMark/>
          </w:tcPr>
          <w:p w14:paraId="1DAF2461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4.184783</w:t>
            </w:r>
          </w:p>
        </w:tc>
        <w:tc>
          <w:tcPr>
            <w:tcW w:w="1171" w:type="dxa"/>
            <w:noWrap/>
            <w:hideMark/>
          </w:tcPr>
          <w:p w14:paraId="631369D0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0.822223</w:t>
            </w:r>
          </w:p>
        </w:tc>
        <w:tc>
          <w:tcPr>
            <w:tcW w:w="1222" w:type="dxa"/>
            <w:noWrap/>
            <w:hideMark/>
          </w:tcPr>
          <w:p w14:paraId="7ACF42D3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-1.01119</w:t>
            </w:r>
          </w:p>
        </w:tc>
        <w:tc>
          <w:tcPr>
            <w:tcW w:w="1171" w:type="dxa"/>
            <w:noWrap/>
            <w:hideMark/>
          </w:tcPr>
          <w:p w14:paraId="7C4398ED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1.096905</w:t>
            </w:r>
          </w:p>
        </w:tc>
        <w:tc>
          <w:tcPr>
            <w:tcW w:w="1171" w:type="dxa"/>
            <w:noWrap/>
            <w:hideMark/>
          </w:tcPr>
          <w:p w14:paraId="484EBB1A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2.65108</w:t>
            </w:r>
          </w:p>
        </w:tc>
        <w:tc>
          <w:tcPr>
            <w:tcW w:w="1234" w:type="dxa"/>
            <w:noWrap/>
            <w:hideMark/>
          </w:tcPr>
          <w:p w14:paraId="0F6CA9CB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0.377205</w:t>
            </w:r>
          </w:p>
        </w:tc>
      </w:tr>
      <w:tr w:rsidR="00537ED6" w:rsidRPr="00892051" w14:paraId="002AD947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57BDDEDC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DMGC</w:t>
            </w:r>
          </w:p>
        </w:tc>
        <w:tc>
          <w:tcPr>
            <w:tcW w:w="1171" w:type="dxa"/>
            <w:noWrap/>
            <w:hideMark/>
          </w:tcPr>
          <w:p w14:paraId="2A1B7D28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Q21</w:t>
            </w:r>
          </w:p>
        </w:tc>
        <w:tc>
          <w:tcPr>
            <w:tcW w:w="1171" w:type="dxa"/>
            <w:noWrap/>
            <w:hideMark/>
          </w:tcPr>
          <w:p w14:paraId="5A1B541B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4.244565</w:t>
            </w:r>
          </w:p>
        </w:tc>
        <w:tc>
          <w:tcPr>
            <w:tcW w:w="1171" w:type="dxa"/>
            <w:noWrap/>
            <w:hideMark/>
          </w:tcPr>
          <w:p w14:paraId="65767915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0.782299</w:t>
            </w:r>
          </w:p>
        </w:tc>
        <w:tc>
          <w:tcPr>
            <w:tcW w:w="1222" w:type="dxa"/>
            <w:noWrap/>
            <w:hideMark/>
          </w:tcPr>
          <w:p w14:paraId="0D0FFC57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-0.94462</w:t>
            </w:r>
          </w:p>
        </w:tc>
        <w:tc>
          <w:tcPr>
            <w:tcW w:w="1171" w:type="dxa"/>
            <w:noWrap/>
            <w:hideMark/>
          </w:tcPr>
          <w:p w14:paraId="395043B0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1.0243</w:t>
            </w:r>
          </w:p>
        </w:tc>
        <w:tc>
          <w:tcPr>
            <w:tcW w:w="1171" w:type="dxa"/>
            <w:noWrap/>
            <w:hideMark/>
          </w:tcPr>
          <w:p w14:paraId="5741859C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3.253509</w:t>
            </w:r>
          </w:p>
        </w:tc>
        <w:tc>
          <w:tcPr>
            <w:tcW w:w="1234" w:type="dxa"/>
            <w:noWrap/>
            <w:hideMark/>
          </w:tcPr>
          <w:p w14:paraId="07AFA73D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0.30736</w:t>
            </w:r>
          </w:p>
        </w:tc>
      </w:tr>
      <w:tr w:rsidR="00537ED6" w:rsidRPr="00892051" w14:paraId="6E0E66A5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06DE3843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DMGC</w:t>
            </w:r>
          </w:p>
        </w:tc>
        <w:tc>
          <w:tcPr>
            <w:tcW w:w="1171" w:type="dxa"/>
            <w:noWrap/>
            <w:hideMark/>
          </w:tcPr>
          <w:p w14:paraId="1621100D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Q22</w:t>
            </w:r>
          </w:p>
        </w:tc>
        <w:tc>
          <w:tcPr>
            <w:tcW w:w="1171" w:type="dxa"/>
            <w:noWrap/>
            <w:hideMark/>
          </w:tcPr>
          <w:p w14:paraId="55D2AC96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4.179348</w:t>
            </w:r>
          </w:p>
        </w:tc>
        <w:tc>
          <w:tcPr>
            <w:tcW w:w="1171" w:type="dxa"/>
            <w:noWrap/>
            <w:hideMark/>
          </w:tcPr>
          <w:p w14:paraId="0E33CAD4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0.820108</w:t>
            </w:r>
          </w:p>
        </w:tc>
        <w:tc>
          <w:tcPr>
            <w:tcW w:w="1222" w:type="dxa"/>
            <w:noWrap/>
            <w:hideMark/>
          </w:tcPr>
          <w:p w14:paraId="73F8D817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-1.00442</w:t>
            </w:r>
          </w:p>
        </w:tc>
        <w:tc>
          <w:tcPr>
            <w:tcW w:w="1171" w:type="dxa"/>
            <w:noWrap/>
            <w:hideMark/>
          </w:tcPr>
          <w:p w14:paraId="2C86E996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1.106878</w:t>
            </w:r>
          </w:p>
        </w:tc>
        <w:tc>
          <w:tcPr>
            <w:tcW w:w="1171" w:type="dxa"/>
            <w:noWrap/>
            <w:hideMark/>
          </w:tcPr>
          <w:p w14:paraId="4EBBE34D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2.890299</w:t>
            </w:r>
          </w:p>
        </w:tc>
        <w:tc>
          <w:tcPr>
            <w:tcW w:w="1234" w:type="dxa"/>
            <w:noWrap/>
            <w:hideMark/>
          </w:tcPr>
          <w:p w14:paraId="190BE993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0.345985</w:t>
            </w:r>
          </w:p>
        </w:tc>
      </w:tr>
      <w:tr w:rsidR="00537ED6" w:rsidRPr="00892051" w14:paraId="08A11694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3984B99C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DMGC</w:t>
            </w:r>
          </w:p>
        </w:tc>
        <w:tc>
          <w:tcPr>
            <w:tcW w:w="1171" w:type="dxa"/>
            <w:noWrap/>
            <w:hideMark/>
          </w:tcPr>
          <w:p w14:paraId="33D15E47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Q23</w:t>
            </w:r>
          </w:p>
        </w:tc>
        <w:tc>
          <w:tcPr>
            <w:tcW w:w="1171" w:type="dxa"/>
            <w:noWrap/>
            <w:hideMark/>
          </w:tcPr>
          <w:p w14:paraId="5312AEE0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3.809783</w:t>
            </w:r>
          </w:p>
        </w:tc>
        <w:tc>
          <w:tcPr>
            <w:tcW w:w="1171" w:type="dxa"/>
            <w:noWrap/>
            <w:hideMark/>
          </w:tcPr>
          <w:p w14:paraId="0ECBB287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0.981641</w:t>
            </w:r>
          </w:p>
        </w:tc>
        <w:tc>
          <w:tcPr>
            <w:tcW w:w="1222" w:type="dxa"/>
            <w:noWrap/>
            <w:hideMark/>
          </w:tcPr>
          <w:p w14:paraId="378CA5C8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-0.73064</w:t>
            </w:r>
          </w:p>
        </w:tc>
        <w:tc>
          <w:tcPr>
            <w:tcW w:w="1171" w:type="dxa"/>
            <w:noWrap/>
            <w:hideMark/>
          </w:tcPr>
          <w:p w14:paraId="29C0C119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0.168805</w:t>
            </w:r>
          </w:p>
        </w:tc>
        <w:tc>
          <w:tcPr>
            <w:tcW w:w="1171" w:type="dxa"/>
            <w:noWrap/>
            <w:hideMark/>
          </w:tcPr>
          <w:p w14:paraId="62BCB4F2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2.531334</w:t>
            </w:r>
          </w:p>
        </w:tc>
        <w:tc>
          <w:tcPr>
            <w:tcW w:w="1234" w:type="dxa"/>
            <w:noWrap/>
            <w:hideMark/>
          </w:tcPr>
          <w:p w14:paraId="7C769216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0.395049</w:t>
            </w:r>
          </w:p>
        </w:tc>
      </w:tr>
      <w:tr w:rsidR="00537ED6" w:rsidRPr="00892051" w14:paraId="1D731CBA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26EBD8A6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DMGC</w:t>
            </w:r>
          </w:p>
        </w:tc>
        <w:tc>
          <w:tcPr>
            <w:tcW w:w="1171" w:type="dxa"/>
            <w:noWrap/>
            <w:hideMark/>
          </w:tcPr>
          <w:p w14:paraId="40E32A94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Q24</w:t>
            </w:r>
          </w:p>
        </w:tc>
        <w:tc>
          <w:tcPr>
            <w:tcW w:w="1171" w:type="dxa"/>
            <w:noWrap/>
            <w:hideMark/>
          </w:tcPr>
          <w:p w14:paraId="250F75F8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3.913043</w:t>
            </w:r>
          </w:p>
        </w:tc>
        <w:tc>
          <w:tcPr>
            <w:tcW w:w="1171" w:type="dxa"/>
            <w:noWrap/>
            <w:hideMark/>
          </w:tcPr>
          <w:p w14:paraId="5D2D79D8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0.936826</w:t>
            </w:r>
          </w:p>
        </w:tc>
        <w:tc>
          <w:tcPr>
            <w:tcW w:w="1222" w:type="dxa"/>
            <w:noWrap/>
            <w:hideMark/>
          </w:tcPr>
          <w:p w14:paraId="34A829A3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-0.83306</w:t>
            </w:r>
          </w:p>
        </w:tc>
        <w:tc>
          <w:tcPr>
            <w:tcW w:w="1171" w:type="dxa"/>
            <w:noWrap/>
            <w:hideMark/>
          </w:tcPr>
          <w:p w14:paraId="325227B6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0.495216</w:t>
            </w:r>
          </w:p>
        </w:tc>
        <w:tc>
          <w:tcPr>
            <w:tcW w:w="1171" w:type="dxa"/>
            <w:noWrap/>
            <w:hideMark/>
          </w:tcPr>
          <w:p w14:paraId="14CA2E43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3.117985</w:t>
            </w:r>
          </w:p>
        </w:tc>
        <w:tc>
          <w:tcPr>
            <w:tcW w:w="1234" w:type="dxa"/>
            <w:noWrap/>
            <w:hideMark/>
          </w:tcPr>
          <w:p w14:paraId="2B5D7C36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0.32072</w:t>
            </w:r>
          </w:p>
        </w:tc>
      </w:tr>
      <w:tr w:rsidR="00537ED6" w:rsidRPr="00892051" w14:paraId="181149AB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6421DD64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DMGC</w:t>
            </w:r>
          </w:p>
        </w:tc>
        <w:tc>
          <w:tcPr>
            <w:tcW w:w="1171" w:type="dxa"/>
            <w:noWrap/>
            <w:hideMark/>
          </w:tcPr>
          <w:p w14:paraId="02372CA9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Q25</w:t>
            </w:r>
          </w:p>
        </w:tc>
        <w:tc>
          <w:tcPr>
            <w:tcW w:w="1171" w:type="dxa"/>
            <w:noWrap/>
            <w:hideMark/>
          </w:tcPr>
          <w:p w14:paraId="66B638F5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3.940217</w:t>
            </w:r>
          </w:p>
        </w:tc>
        <w:tc>
          <w:tcPr>
            <w:tcW w:w="1171" w:type="dxa"/>
            <w:noWrap/>
            <w:hideMark/>
          </w:tcPr>
          <w:p w14:paraId="77B3EAF0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0.953402</w:t>
            </w:r>
          </w:p>
        </w:tc>
        <w:tc>
          <w:tcPr>
            <w:tcW w:w="1222" w:type="dxa"/>
            <w:noWrap/>
            <w:hideMark/>
          </w:tcPr>
          <w:p w14:paraId="4C48F485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-0.91241</w:t>
            </w:r>
          </w:p>
        </w:tc>
        <w:tc>
          <w:tcPr>
            <w:tcW w:w="1171" w:type="dxa"/>
            <w:noWrap/>
            <w:hideMark/>
          </w:tcPr>
          <w:p w14:paraId="25D96B68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0.539514</w:t>
            </w:r>
          </w:p>
        </w:tc>
        <w:tc>
          <w:tcPr>
            <w:tcW w:w="1171" w:type="dxa"/>
            <w:noWrap/>
            <w:hideMark/>
          </w:tcPr>
          <w:p w14:paraId="20FA4D80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2.485624</w:t>
            </w:r>
          </w:p>
        </w:tc>
        <w:tc>
          <w:tcPr>
            <w:tcW w:w="1234" w:type="dxa"/>
            <w:noWrap/>
            <w:hideMark/>
          </w:tcPr>
          <w:p w14:paraId="3D7BDD60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0.402313</w:t>
            </w:r>
          </w:p>
        </w:tc>
      </w:tr>
      <w:tr w:rsidR="00537ED6" w:rsidRPr="00892051" w14:paraId="16E919A0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6A43D8F8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DMGC</w:t>
            </w:r>
          </w:p>
        </w:tc>
        <w:tc>
          <w:tcPr>
            <w:tcW w:w="1171" w:type="dxa"/>
            <w:noWrap/>
            <w:hideMark/>
          </w:tcPr>
          <w:p w14:paraId="47E7969B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Q26</w:t>
            </w:r>
          </w:p>
        </w:tc>
        <w:tc>
          <w:tcPr>
            <w:tcW w:w="1171" w:type="dxa"/>
            <w:noWrap/>
            <w:hideMark/>
          </w:tcPr>
          <w:p w14:paraId="2D508F9B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3.826087</w:t>
            </w:r>
          </w:p>
        </w:tc>
        <w:tc>
          <w:tcPr>
            <w:tcW w:w="1171" w:type="dxa"/>
            <w:noWrap/>
            <w:hideMark/>
          </w:tcPr>
          <w:p w14:paraId="06A1E775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1.020111</w:t>
            </w:r>
          </w:p>
        </w:tc>
        <w:tc>
          <w:tcPr>
            <w:tcW w:w="1222" w:type="dxa"/>
            <w:noWrap/>
            <w:hideMark/>
          </w:tcPr>
          <w:p w14:paraId="0C39252F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-0.64363</w:t>
            </w:r>
          </w:p>
        </w:tc>
        <w:tc>
          <w:tcPr>
            <w:tcW w:w="1171" w:type="dxa"/>
            <w:noWrap/>
            <w:hideMark/>
          </w:tcPr>
          <w:p w14:paraId="07543FF7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-0.27977</w:t>
            </w:r>
          </w:p>
        </w:tc>
        <w:tc>
          <w:tcPr>
            <w:tcW w:w="1171" w:type="dxa"/>
            <w:noWrap/>
            <w:hideMark/>
          </w:tcPr>
          <w:p w14:paraId="46268992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2.838932</w:t>
            </w:r>
          </w:p>
        </w:tc>
        <w:tc>
          <w:tcPr>
            <w:tcW w:w="1234" w:type="dxa"/>
            <w:noWrap/>
            <w:hideMark/>
          </w:tcPr>
          <w:p w14:paraId="4F7891A3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0.352245</w:t>
            </w:r>
          </w:p>
        </w:tc>
      </w:tr>
      <w:tr w:rsidR="00537ED6" w:rsidRPr="00892051" w14:paraId="7C0EA646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0788C30E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DMGC</w:t>
            </w:r>
          </w:p>
        </w:tc>
        <w:tc>
          <w:tcPr>
            <w:tcW w:w="1171" w:type="dxa"/>
            <w:noWrap/>
            <w:hideMark/>
          </w:tcPr>
          <w:p w14:paraId="24AF9ED8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Q27</w:t>
            </w:r>
          </w:p>
        </w:tc>
        <w:tc>
          <w:tcPr>
            <w:tcW w:w="1171" w:type="dxa"/>
            <w:noWrap/>
            <w:hideMark/>
          </w:tcPr>
          <w:p w14:paraId="049939D4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3.842391</w:t>
            </w:r>
          </w:p>
        </w:tc>
        <w:tc>
          <w:tcPr>
            <w:tcW w:w="1171" w:type="dxa"/>
            <w:noWrap/>
            <w:hideMark/>
          </w:tcPr>
          <w:p w14:paraId="054C30A5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0.987433</w:t>
            </w:r>
          </w:p>
        </w:tc>
        <w:tc>
          <w:tcPr>
            <w:tcW w:w="1222" w:type="dxa"/>
            <w:noWrap/>
            <w:hideMark/>
          </w:tcPr>
          <w:p w14:paraId="56F2D284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-0.77989</w:t>
            </w:r>
          </w:p>
        </w:tc>
        <w:tc>
          <w:tcPr>
            <w:tcW w:w="1171" w:type="dxa"/>
            <w:noWrap/>
            <w:hideMark/>
          </w:tcPr>
          <w:p w14:paraId="3C82E65C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0.220584</w:t>
            </w:r>
          </w:p>
        </w:tc>
        <w:tc>
          <w:tcPr>
            <w:tcW w:w="1171" w:type="dxa"/>
            <w:noWrap/>
            <w:hideMark/>
          </w:tcPr>
          <w:p w14:paraId="04CC35D6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1.91134</w:t>
            </w:r>
          </w:p>
        </w:tc>
        <w:tc>
          <w:tcPr>
            <w:tcW w:w="1234" w:type="dxa"/>
            <w:noWrap/>
            <w:hideMark/>
          </w:tcPr>
          <w:p w14:paraId="293A0120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0.523193</w:t>
            </w:r>
          </w:p>
        </w:tc>
      </w:tr>
      <w:tr w:rsidR="00537ED6" w:rsidRPr="00892051" w14:paraId="51B70E8C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590DCCE8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PBSE</w:t>
            </w:r>
          </w:p>
        </w:tc>
        <w:tc>
          <w:tcPr>
            <w:tcW w:w="1171" w:type="dxa"/>
            <w:noWrap/>
            <w:hideMark/>
          </w:tcPr>
          <w:p w14:paraId="017AB554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Q28</w:t>
            </w:r>
          </w:p>
        </w:tc>
        <w:tc>
          <w:tcPr>
            <w:tcW w:w="1171" w:type="dxa"/>
            <w:noWrap/>
            <w:hideMark/>
          </w:tcPr>
          <w:p w14:paraId="01201937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3.684783</w:t>
            </w:r>
          </w:p>
        </w:tc>
        <w:tc>
          <w:tcPr>
            <w:tcW w:w="1171" w:type="dxa"/>
            <w:noWrap/>
            <w:hideMark/>
          </w:tcPr>
          <w:p w14:paraId="477414B1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1.023541</w:t>
            </w:r>
          </w:p>
        </w:tc>
        <w:tc>
          <w:tcPr>
            <w:tcW w:w="1222" w:type="dxa"/>
            <w:noWrap/>
            <w:hideMark/>
          </w:tcPr>
          <w:p w14:paraId="4B4AAF9B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-0.54065</w:t>
            </w:r>
          </w:p>
        </w:tc>
        <w:tc>
          <w:tcPr>
            <w:tcW w:w="1171" w:type="dxa"/>
            <w:noWrap/>
            <w:hideMark/>
          </w:tcPr>
          <w:p w14:paraId="0B3FA26E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-0.22238</w:t>
            </w:r>
          </w:p>
        </w:tc>
        <w:tc>
          <w:tcPr>
            <w:tcW w:w="1171" w:type="dxa"/>
            <w:noWrap/>
            <w:hideMark/>
          </w:tcPr>
          <w:p w14:paraId="234716A0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2.901533</w:t>
            </w:r>
          </w:p>
        </w:tc>
        <w:tc>
          <w:tcPr>
            <w:tcW w:w="1234" w:type="dxa"/>
            <w:noWrap/>
            <w:hideMark/>
          </w:tcPr>
          <w:p w14:paraId="793BC898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0.344645</w:t>
            </w:r>
          </w:p>
        </w:tc>
      </w:tr>
      <w:tr w:rsidR="00537ED6" w:rsidRPr="00892051" w14:paraId="05ABCB08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76B603F2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PBSE</w:t>
            </w:r>
          </w:p>
        </w:tc>
        <w:tc>
          <w:tcPr>
            <w:tcW w:w="1171" w:type="dxa"/>
            <w:noWrap/>
            <w:hideMark/>
          </w:tcPr>
          <w:p w14:paraId="3FC25B1E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Q29</w:t>
            </w:r>
          </w:p>
        </w:tc>
        <w:tc>
          <w:tcPr>
            <w:tcW w:w="1171" w:type="dxa"/>
            <w:noWrap/>
            <w:hideMark/>
          </w:tcPr>
          <w:p w14:paraId="74181D4C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3.777174</w:t>
            </w:r>
          </w:p>
        </w:tc>
        <w:tc>
          <w:tcPr>
            <w:tcW w:w="1171" w:type="dxa"/>
            <w:noWrap/>
            <w:hideMark/>
          </w:tcPr>
          <w:p w14:paraId="5C28DD13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1.007795</w:t>
            </w:r>
          </w:p>
        </w:tc>
        <w:tc>
          <w:tcPr>
            <w:tcW w:w="1222" w:type="dxa"/>
            <w:noWrap/>
            <w:hideMark/>
          </w:tcPr>
          <w:p w14:paraId="26B61478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-0.57599</w:t>
            </w:r>
          </w:p>
        </w:tc>
        <w:tc>
          <w:tcPr>
            <w:tcW w:w="1171" w:type="dxa"/>
            <w:noWrap/>
            <w:hideMark/>
          </w:tcPr>
          <w:p w14:paraId="323C0F05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-0.31253</w:t>
            </w:r>
          </w:p>
        </w:tc>
        <w:tc>
          <w:tcPr>
            <w:tcW w:w="1171" w:type="dxa"/>
            <w:noWrap/>
            <w:hideMark/>
          </w:tcPr>
          <w:p w14:paraId="4518FAF9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2.723624</w:t>
            </w:r>
          </w:p>
        </w:tc>
        <w:tc>
          <w:tcPr>
            <w:tcW w:w="1234" w:type="dxa"/>
            <w:noWrap/>
            <w:hideMark/>
          </w:tcPr>
          <w:p w14:paraId="6A60F939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0.367158</w:t>
            </w:r>
          </w:p>
        </w:tc>
      </w:tr>
      <w:tr w:rsidR="00537ED6" w:rsidRPr="00892051" w14:paraId="40E7FEF7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2A98B0C6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PBSE</w:t>
            </w:r>
          </w:p>
        </w:tc>
        <w:tc>
          <w:tcPr>
            <w:tcW w:w="1171" w:type="dxa"/>
            <w:noWrap/>
            <w:hideMark/>
          </w:tcPr>
          <w:p w14:paraId="3EC25E9E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Q30</w:t>
            </w:r>
          </w:p>
        </w:tc>
        <w:tc>
          <w:tcPr>
            <w:tcW w:w="1171" w:type="dxa"/>
            <w:noWrap/>
            <w:hideMark/>
          </w:tcPr>
          <w:p w14:paraId="4972A556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3.744565</w:t>
            </w:r>
          </w:p>
        </w:tc>
        <w:tc>
          <w:tcPr>
            <w:tcW w:w="1171" w:type="dxa"/>
            <w:noWrap/>
            <w:hideMark/>
          </w:tcPr>
          <w:p w14:paraId="4E3DA1CB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0.999985</w:t>
            </w:r>
          </w:p>
        </w:tc>
        <w:tc>
          <w:tcPr>
            <w:tcW w:w="1222" w:type="dxa"/>
            <w:noWrap/>
            <w:hideMark/>
          </w:tcPr>
          <w:p w14:paraId="2D74C283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-0.52874</w:t>
            </w:r>
          </w:p>
        </w:tc>
        <w:tc>
          <w:tcPr>
            <w:tcW w:w="1171" w:type="dxa"/>
            <w:noWrap/>
            <w:hideMark/>
          </w:tcPr>
          <w:p w14:paraId="7356E64A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-0.3348</w:t>
            </w:r>
          </w:p>
        </w:tc>
        <w:tc>
          <w:tcPr>
            <w:tcW w:w="1171" w:type="dxa"/>
            <w:noWrap/>
            <w:hideMark/>
          </w:tcPr>
          <w:p w14:paraId="67CDA8C1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2.560383</w:t>
            </w:r>
          </w:p>
        </w:tc>
        <w:tc>
          <w:tcPr>
            <w:tcW w:w="1234" w:type="dxa"/>
            <w:noWrap/>
            <w:hideMark/>
          </w:tcPr>
          <w:p w14:paraId="57CFE853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0.390567</w:t>
            </w:r>
          </w:p>
        </w:tc>
      </w:tr>
      <w:tr w:rsidR="00537ED6" w:rsidRPr="00892051" w14:paraId="13124C84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1F2D28BE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PBSE</w:t>
            </w:r>
          </w:p>
        </w:tc>
        <w:tc>
          <w:tcPr>
            <w:tcW w:w="1171" w:type="dxa"/>
            <w:noWrap/>
            <w:hideMark/>
          </w:tcPr>
          <w:p w14:paraId="2280C0CA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Q31</w:t>
            </w:r>
          </w:p>
        </w:tc>
        <w:tc>
          <w:tcPr>
            <w:tcW w:w="1171" w:type="dxa"/>
            <w:noWrap/>
            <w:hideMark/>
          </w:tcPr>
          <w:p w14:paraId="42C09B71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3.592391</w:t>
            </w:r>
          </w:p>
        </w:tc>
        <w:tc>
          <w:tcPr>
            <w:tcW w:w="1171" w:type="dxa"/>
            <w:noWrap/>
            <w:hideMark/>
          </w:tcPr>
          <w:p w14:paraId="7218235A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1.020097</w:t>
            </w:r>
          </w:p>
        </w:tc>
        <w:tc>
          <w:tcPr>
            <w:tcW w:w="1222" w:type="dxa"/>
            <w:noWrap/>
            <w:hideMark/>
          </w:tcPr>
          <w:p w14:paraId="231123B7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-0.23772</w:t>
            </w:r>
          </w:p>
        </w:tc>
        <w:tc>
          <w:tcPr>
            <w:tcW w:w="1171" w:type="dxa"/>
            <w:noWrap/>
            <w:hideMark/>
          </w:tcPr>
          <w:p w14:paraId="6393EC3C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-0.67396</w:t>
            </w:r>
          </w:p>
        </w:tc>
        <w:tc>
          <w:tcPr>
            <w:tcW w:w="1171" w:type="dxa"/>
            <w:noWrap/>
            <w:hideMark/>
          </w:tcPr>
          <w:p w14:paraId="3CDAA1F3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3.47799</w:t>
            </w:r>
          </w:p>
        </w:tc>
        <w:tc>
          <w:tcPr>
            <w:tcW w:w="1234" w:type="dxa"/>
            <w:noWrap/>
            <w:hideMark/>
          </w:tcPr>
          <w:p w14:paraId="2A83AD30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0.287522</w:t>
            </w:r>
          </w:p>
        </w:tc>
      </w:tr>
      <w:tr w:rsidR="00537ED6" w:rsidRPr="00892051" w14:paraId="5D330C57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400E1B40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PBSE</w:t>
            </w:r>
          </w:p>
        </w:tc>
        <w:tc>
          <w:tcPr>
            <w:tcW w:w="1171" w:type="dxa"/>
            <w:noWrap/>
            <w:hideMark/>
          </w:tcPr>
          <w:p w14:paraId="78384209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Q32</w:t>
            </w:r>
          </w:p>
        </w:tc>
        <w:tc>
          <w:tcPr>
            <w:tcW w:w="1171" w:type="dxa"/>
            <w:noWrap/>
            <w:hideMark/>
          </w:tcPr>
          <w:p w14:paraId="389F9B17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3.728261</w:t>
            </w:r>
          </w:p>
        </w:tc>
        <w:tc>
          <w:tcPr>
            <w:tcW w:w="1171" w:type="dxa"/>
            <w:noWrap/>
            <w:hideMark/>
          </w:tcPr>
          <w:p w14:paraId="5E0D9952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0.992907</w:t>
            </w:r>
          </w:p>
        </w:tc>
        <w:tc>
          <w:tcPr>
            <w:tcW w:w="1222" w:type="dxa"/>
            <w:noWrap/>
            <w:hideMark/>
          </w:tcPr>
          <w:p w14:paraId="4ABFC212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-0.51489</w:t>
            </w:r>
          </w:p>
        </w:tc>
        <w:tc>
          <w:tcPr>
            <w:tcW w:w="1171" w:type="dxa"/>
            <w:noWrap/>
            <w:hideMark/>
          </w:tcPr>
          <w:p w14:paraId="3984F9DE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-0.31984</w:t>
            </w:r>
          </w:p>
        </w:tc>
        <w:tc>
          <w:tcPr>
            <w:tcW w:w="1171" w:type="dxa"/>
            <w:noWrap/>
            <w:hideMark/>
          </w:tcPr>
          <w:p w14:paraId="3D727E82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3.284658</w:t>
            </w:r>
          </w:p>
        </w:tc>
        <w:tc>
          <w:tcPr>
            <w:tcW w:w="1234" w:type="dxa"/>
            <w:noWrap/>
            <w:hideMark/>
          </w:tcPr>
          <w:p w14:paraId="6C6C184A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0.304446</w:t>
            </w:r>
          </w:p>
        </w:tc>
      </w:tr>
      <w:tr w:rsidR="00537ED6" w:rsidRPr="00892051" w14:paraId="1482A93A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0A6D534E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PBSE</w:t>
            </w:r>
          </w:p>
        </w:tc>
        <w:tc>
          <w:tcPr>
            <w:tcW w:w="1171" w:type="dxa"/>
            <w:noWrap/>
            <w:hideMark/>
          </w:tcPr>
          <w:p w14:paraId="1F2187D1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Q33</w:t>
            </w:r>
          </w:p>
        </w:tc>
        <w:tc>
          <w:tcPr>
            <w:tcW w:w="1171" w:type="dxa"/>
            <w:noWrap/>
            <w:hideMark/>
          </w:tcPr>
          <w:p w14:paraId="70D58E8F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3.532609</w:t>
            </w:r>
          </w:p>
        </w:tc>
        <w:tc>
          <w:tcPr>
            <w:tcW w:w="1171" w:type="dxa"/>
            <w:noWrap/>
            <w:hideMark/>
          </w:tcPr>
          <w:p w14:paraId="4BCAE98D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1.055313</w:t>
            </w:r>
          </w:p>
        </w:tc>
        <w:tc>
          <w:tcPr>
            <w:tcW w:w="1222" w:type="dxa"/>
            <w:noWrap/>
            <w:hideMark/>
          </w:tcPr>
          <w:p w14:paraId="426EABC0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-0.43924</w:t>
            </w:r>
          </w:p>
        </w:tc>
        <w:tc>
          <w:tcPr>
            <w:tcW w:w="1171" w:type="dxa"/>
            <w:noWrap/>
            <w:hideMark/>
          </w:tcPr>
          <w:p w14:paraId="2ABFC350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-0.27549</w:t>
            </w:r>
          </w:p>
        </w:tc>
        <w:tc>
          <w:tcPr>
            <w:tcW w:w="1171" w:type="dxa"/>
            <w:noWrap/>
            <w:hideMark/>
          </w:tcPr>
          <w:p w14:paraId="19B49062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4.097327</w:t>
            </w:r>
          </w:p>
        </w:tc>
        <w:tc>
          <w:tcPr>
            <w:tcW w:w="1234" w:type="dxa"/>
            <w:noWrap/>
            <w:hideMark/>
          </w:tcPr>
          <w:p w14:paraId="3F13BB8B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0.244062</w:t>
            </w:r>
          </w:p>
        </w:tc>
      </w:tr>
      <w:tr w:rsidR="00537ED6" w:rsidRPr="00892051" w14:paraId="706262A1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73A2C1E7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PBSE</w:t>
            </w:r>
          </w:p>
        </w:tc>
        <w:tc>
          <w:tcPr>
            <w:tcW w:w="1171" w:type="dxa"/>
            <w:noWrap/>
            <w:hideMark/>
          </w:tcPr>
          <w:p w14:paraId="45F59EB9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Q34</w:t>
            </w:r>
          </w:p>
        </w:tc>
        <w:tc>
          <w:tcPr>
            <w:tcW w:w="1171" w:type="dxa"/>
            <w:noWrap/>
            <w:hideMark/>
          </w:tcPr>
          <w:p w14:paraId="23CC96A8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3.505435</w:t>
            </w:r>
          </w:p>
        </w:tc>
        <w:tc>
          <w:tcPr>
            <w:tcW w:w="1171" w:type="dxa"/>
            <w:noWrap/>
            <w:hideMark/>
          </w:tcPr>
          <w:p w14:paraId="7ABC5E5B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1.07122</w:t>
            </w:r>
          </w:p>
        </w:tc>
        <w:tc>
          <w:tcPr>
            <w:tcW w:w="1222" w:type="dxa"/>
            <w:noWrap/>
            <w:hideMark/>
          </w:tcPr>
          <w:p w14:paraId="277CB329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-0.31089</w:t>
            </w:r>
          </w:p>
        </w:tc>
        <w:tc>
          <w:tcPr>
            <w:tcW w:w="1171" w:type="dxa"/>
            <w:noWrap/>
            <w:hideMark/>
          </w:tcPr>
          <w:p w14:paraId="75F1E729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-0.61855</w:t>
            </w:r>
          </w:p>
        </w:tc>
        <w:tc>
          <w:tcPr>
            <w:tcW w:w="1171" w:type="dxa"/>
            <w:noWrap/>
            <w:hideMark/>
          </w:tcPr>
          <w:p w14:paraId="5C3E03BB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2.97926</w:t>
            </w:r>
          </w:p>
        </w:tc>
        <w:tc>
          <w:tcPr>
            <w:tcW w:w="1234" w:type="dxa"/>
            <w:noWrap/>
            <w:hideMark/>
          </w:tcPr>
          <w:p w14:paraId="52221618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0.335654</w:t>
            </w:r>
          </w:p>
        </w:tc>
      </w:tr>
      <w:tr w:rsidR="00537ED6" w:rsidRPr="00892051" w14:paraId="7AEA97F3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096EB23B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PBSE</w:t>
            </w:r>
          </w:p>
        </w:tc>
        <w:tc>
          <w:tcPr>
            <w:tcW w:w="1171" w:type="dxa"/>
            <w:noWrap/>
            <w:hideMark/>
          </w:tcPr>
          <w:p w14:paraId="76B8241F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Q35</w:t>
            </w:r>
          </w:p>
        </w:tc>
        <w:tc>
          <w:tcPr>
            <w:tcW w:w="1171" w:type="dxa"/>
            <w:noWrap/>
            <w:hideMark/>
          </w:tcPr>
          <w:p w14:paraId="14C0754F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3.48913</w:t>
            </w:r>
          </w:p>
        </w:tc>
        <w:tc>
          <w:tcPr>
            <w:tcW w:w="1171" w:type="dxa"/>
            <w:noWrap/>
            <w:hideMark/>
          </w:tcPr>
          <w:p w14:paraId="36611EBB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1.086374</w:t>
            </w:r>
          </w:p>
        </w:tc>
        <w:tc>
          <w:tcPr>
            <w:tcW w:w="1222" w:type="dxa"/>
            <w:noWrap/>
            <w:hideMark/>
          </w:tcPr>
          <w:p w14:paraId="46E4CD44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-0.37253</w:t>
            </w:r>
          </w:p>
        </w:tc>
        <w:tc>
          <w:tcPr>
            <w:tcW w:w="1171" w:type="dxa"/>
            <w:noWrap/>
            <w:hideMark/>
          </w:tcPr>
          <w:p w14:paraId="52A381AB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-0.51781</w:t>
            </w:r>
          </w:p>
        </w:tc>
        <w:tc>
          <w:tcPr>
            <w:tcW w:w="1171" w:type="dxa"/>
            <w:noWrap/>
            <w:hideMark/>
          </w:tcPr>
          <w:p w14:paraId="65B26066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3.156402</w:t>
            </w:r>
          </w:p>
        </w:tc>
        <w:tc>
          <w:tcPr>
            <w:tcW w:w="1234" w:type="dxa"/>
            <w:noWrap/>
            <w:hideMark/>
          </w:tcPr>
          <w:p w14:paraId="07291CBF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0.316816</w:t>
            </w:r>
          </w:p>
        </w:tc>
      </w:tr>
      <w:tr w:rsidR="00537ED6" w:rsidRPr="00892051" w14:paraId="5AA673BB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14D44808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PBSE</w:t>
            </w:r>
          </w:p>
        </w:tc>
        <w:tc>
          <w:tcPr>
            <w:tcW w:w="1171" w:type="dxa"/>
            <w:noWrap/>
            <w:hideMark/>
          </w:tcPr>
          <w:p w14:paraId="2EDC0D09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Q36</w:t>
            </w:r>
          </w:p>
        </w:tc>
        <w:tc>
          <w:tcPr>
            <w:tcW w:w="1171" w:type="dxa"/>
            <w:noWrap/>
            <w:hideMark/>
          </w:tcPr>
          <w:p w14:paraId="7B64BFC9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3.559783</w:t>
            </w:r>
          </w:p>
        </w:tc>
        <w:tc>
          <w:tcPr>
            <w:tcW w:w="1171" w:type="dxa"/>
            <w:noWrap/>
            <w:hideMark/>
          </w:tcPr>
          <w:p w14:paraId="631E6FDD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1.059287</w:t>
            </w:r>
          </w:p>
        </w:tc>
        <w:tc>
          <w:tcPr>
            <w:tcW w:w="1222" w:type="dxa"/>
            <w:noWrap/>
            <w:hideMark/>
          </w:tcPr>
          <w:p w14:paraId="21B65611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-0.40956</w:t>
            </w:r>
          </w:p>
        </w:tc>
        <w:tc>
          <w:tcPr>
            <w:tcW w:w="1171" w:type="dxa"/>
            <w:noWrap/>
            <w:hideMark/>
          </w:tcPr>
          <w:p w14:paraId="6B10896A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-0.37619</w:t>
            </w:r>
          </w:p>
        </w:tc>
        <w:tc>
          <w:tcPr>
            <w:tcW w:w="1171" w:type="dxa"/>
            <w:noWrap/>
            <w:hideMark/>
          </w:tcPr>
          <w:p w14:paraId="74748D08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4.621783</w:t>
            </w:r>
          </w:p>
        </w:tc>
        <w:tc>
          <w:tcPr>
            <w:tcW w:w="1234" w:type="dxa"/>
            <w:noWrap/>
            <w:hideMark/>
          </w:tcPr>
          <w:p w14:paraId="365370E8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0.216367</w:t>
            </w:r>
          </w:p>
        </w:tc>
      </w:tr>
      <w:tr w:rsidR="00537ED6" w:rsidRPr="00892051" w14:paraId="0FDAC299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3EB2AF04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PBSE</w:t>
            </w:r>
          </w:p>
        </w:tc>
        <w:tc>
          <w:tcPr>
            <w:tcW w:w="1171" w:type="dxa"/>
            <w:noWrap/>
            <w:hideMark/>
          </w:tcPr>
          <w:p w14:paraId="67F0FD60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Q37</w:t>
            </w:r>
          </w:p>
        </w:tc>
        <w:tc>
          <w:tcPr>
            <w:tcW w:w="1171" w:type="dxa"/>
            <w:noWrap/>
            <w:hideMark/>
          </w:tcPr>
          <w:p w14:paraId="49F1A3C5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3.570652</w:t>
            </w:r>
          </w:p>
        </w:tc>
        <w:tc>
          <w:tcPr>
            <w:tcW w:w="1171" w:type="dxa"/>
            <w:noWrap/>
            <w:hideMark/>
          </w:tcPr>
          <w:p w14:paraId="5624AAEF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0.994744</w:t>
            </w:r>
          </w:p>
        </w:tc>
        <w:tc>
          <w:tcPr>
            <w:tcW w:w="1222" w:type="dxa"/>
            <w:noWrap/>
            <w:hideMark/>
          </w:tcPr>
          <w:p w14:paraId="57BE8204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-0.33224</w:t>
            </w:r>
          </w:p>
        </w:tc>
        <w:tc>
          <w:tcPr>
            <w:tcW w:w="1171" w:type="dxa"/>
            <w:noWrap/>
            <w:hideMark/>
          </w:tcPr>
          <w:p w14:paraId="428EC292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-0.40395</w:t>
            </w:r>
          </w:p>
        </w:tc>
        <w:tc>
          <w:tcPr>
            <w:tcW w:w="1171" w:type="dxa"/>
            <w:noWrap/>
            <w:hideMark/>
          </w:tcPr>
          <w:p w14:paraId="79CB4330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4.151354</w:t>
            </w:r>
          </w:p>
        </w:tc>
        <w:tc>
          <w:tcPr>
            <w:tcW w:w="1234" w:type="dxa"/>
            <w:noWrap/>
            <w:hideMark/>
          </w:tcPr>
          <w:p w14:paraId="05DD74B6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0.240885</w:t>
            </w:r>
          </w:p>
        </w:tc>
      </w:tr>
      <w:tr w:rsidR="00537ED6" w:rsidRPr="00892051" w14:paraId="172FE9E4" w14:textId="77777777" w:rsidTr="0075377E">
        <w:trPr>
          <w:trHeight w:val="48"/>
        </w:trPr>
        <w:tc>
          <w:tcPr>
            <w:tcW w:w="1214" w:type="dxa"/>
            <w:noWrap/>
            <w:hideMark/>
          </w:tcPr>
          <w:p w14:paraId="56681AC2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PBSE</w:t>
            </w:r>
          </w:p>
        </w:tc>
        <w:tc>
          <w:tcPr>
            <w:tcW w:w="1171" w:type="dxa"/>
            <w:noWrap/>
            <w:hideMark/>
          </w:tcPr>
          <w:p w14:paraId="72D760A3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Q38</w:t>
            </w:r>
          </w:p>
        </w:tc>
        <w:tc>
          <w:tcPr>
            <w:tcW w:w="1171" w:type="dxa"/>
            <w:noWrap/>
            <w:hideMark/>
          </w:tcPr>
          <w:p w14:paraId="4F853A28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3.646739</w:t>
            </w:r>
          </w:p>
        </w:tc>
        <w:tc>
          <w:tcPr>
            <w:tcW w:w="1171" w:type="dxa"/>
            <w:noWrap/>
            <w:hideMark/>
          </w:tcPr>
          <w:p w14:paraId="4514F157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0.969587</w:t>
            </w:r>
          </w:p>
        </w:tc>
        <w:tc>
          <w:tcPr>
            <w:tcW w:w="1222" w:type="dxa"/>
            <w:noWrap/>
            <w:hideMark/>
          </w:tcPr>
          <w:p w14:paraId="4F7B6428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-0.43981</w:t>
            </w:r>
          </w:p>
        </w:tc>
        <w:tc>
          <w:tcPr>
            <w:tcW w:w="1171" w:type="dxa"/>
            <w:noWrap/>
            <w:hideMark/>
          </w:tcPr>
          <w:p w14:paraId="4BBE2C4C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-0.31028</w:t>
            </w:r>
          </w:p>
        </w:tc>
        <w:tc>
          <w:tcPr>
            <w:tcW w:w="1171" w:type="dxa"/>
            <w:noWrap/>
            <w:hideMark/>
          </w:tcPr>
          <w:p w14:paraId="59B62A50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4.995235</w:t>
            </w:r>
          </w:p>
        </w:tc>
        <w:tc>
          <w:tcPr>
            <w:tcW w:w="1234" w:type="dxa"/>
            <w:noWrap/>
            <w:hideMark/>
          </w:tcPr>
          <w:p w14:paraId="3C821C93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0.200191</w:t>
            </w:r>
          </w:p>
        </w:tc>
      </w:tr>
      <w:tr w:rsidR="00537ED6" w:rsidRPr="00892051" w14:paraId="73E57A61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242C8A0D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PBSE</w:t>
            </w:r>
          </w:p>
        </w:tc>
        <w:tc>
          <w:tcPr>
            <w:tcW w:w="1171" w:type="dxa"/>
            <w:noWrap/>
            <w:hideMark/>
          </w:tcPr>
          <w:p w14:paraId="5BB8CD5E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Q39</w:t>
            </w:r>
          </w:p>
        </w:tc>
        <w:tc>
          <w:tcPr>
            <w:tcW w:w="1171" w:type="dxa"/>
            <w:noWrap/>
            <w:hideMark/>
          </w:tcPr>
          <w:p w14:paraId="5BBEEE5F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3.782609</w:t>
            </w:r>
          </w:p>
        </w:tc>
        <w:tc>
          <w:tcPr>
            <w:tcW w:w="1171" w:type="dxa"/>
            <w:noWrap/>
            <w:hideMark/>
          </w:tcPr>
          <w:p w14:paraId="46CB9A96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0.956154</w:t>
            </w:r>
          </w:p>
        </w:tc>
        <w:tc>
          <w:tcPr>
            <w:tcW w:w="1222" w:type="dxa"/>
            <w:noWrap/>
            <w:hideMark/>
          </w:tcPr>
          <w:p w14:paraId="0BF651CC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-0.3855</w:t>
            </w:r>
          </w:p>
        </w:tc>
        <w:tc>
          <w:tcPr>
            <w:tcW w:w="1171" w:type="dxa"/>
            <w:noWrap/>
            <w:hideMark/>
          </w:tcPr>
          <w:p w14:paraId="03ACC8C5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-0.75888</w:t>
            </w:r>
          </w:p>
        </w:tc>
        <w:tc>
          <w:tcPr>
            <w:tcW w:w="1171" w:type="dxa"/>
            <w:noWrap/>
            <w:hideMark/>
          </w:tcPr>
          <w:p w14:paraId="169ECFE3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3.188421</w:t>
            </w:r>
          </w:p>
        </w:tc>
        <w:tc>
          <w:tcPr>
            <w:tcW w:w="1234" w:type="dxa"/>
            <w:noWrap/>
            <w:hideMark/>
          </w:tcPr>
          <w:p w14:paraId="6599F248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0.313635</w:t>
            </w:r>
          </w:p>
        </w:tc>
      </w:tr>
      <w:tr w:rsidR="00537ED6" w:rsidRPr="00892051" w14:paraId="3135DC78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4594CE2E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PBSE</w:t>
            </w:r>
          </w:p>
        </w:tc>
        <w:tc>
          <w:tcPr>
            <w:tcW w:w="1171" w:type="dxa"/>
            <w:noWrap/>
            <w:hideMark/>
          </w:tcPr>
          <w:p w14:paraId="78B6869C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Q40</w:t>
            </w:r>
          </w:p>
        </w:tc>
        <w:tc>
          <w:tcPr>
            <w:tcW w:w="1171" w:type="dxa"/>
            <w:noWrap/>
            <w:hideMark/>
          </w:tcPr>
          <w:p w14:paraId="5FE558EA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3.717391</w:t>
            </w:r>
          </w:p>
        </w:tc>
        <w:tc>
          <w:tcPr>
            <w:tcW w:w="1171" w:type="dxa"/>
            <w:noWrap/>
            <w:hideMark/>
          </w:tcPr>
          <w:p w14:paraId="7C9104A3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0.967517</w:t>
            </w:r>
          </w:p>
        </w:tc>
        <w:tc>
          <w:tcPr>
            <w:tcW w:w="1222" w:type="dxa"/>
            <w:noWrap/>
            <w:hideMark/>
          </w:tcPr>
          <w:p w14:paraId="626BD62D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-0.43071</w:t>
            </w:r>
          </w:p>
        </w:tc>
        <w:tc>
          <w:tcPr>
            <w:tcW w:w="1171" w:type="dxa"/>
            <w:noWrap/>
            <w:hideMark/>
          </w:tcPr>
          <w:p w14:paraId="5E046B04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-0.42766</w:t>
            </w:r>
          </w:p>
        </w:tc>
        <w:tc>
          <w:tcPr>
            <w:tcW w:w="1171" w:type="dxa"/>
            <w:noWrap/>
            <w:hideMark/>
          </w:tcPr>
          <w:p w14:paraId="6A8A5D28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4.920742</w:t>
            </w:r>
          </w:p>
        </w:tc>
        <w:tc>
          <w:tcPr>
            <w:tcW w:w="1234" w:type="dxa"/>
            <w:noWrap/>
            <w:hideMark/>
          </w:tcPr>
          <w:p w14:paraId="5924A62A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0.203221</w:t>
            </w:r>
          </w:p>
        </w:tc>
      </w:tr>
      <w:tr w:rsidR="00537ED6" w:rsidRPr="00892051" w14:paraId="5725F525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7A57A781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PBSE</w:t>
            </w:r>
          </w:p>
        </w:tc>
        <w:tc>
          <w:tcPr>
            <w:tcW w:w="1171" w:type="dxa"/>
            <w:noWrap/>
            <w:hideMark/>
          </w:tcPr>
          <w:p w14:paraId="0FC1FDBF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Q41</w:t>
            </w:r>
          </w:p>
        </w:tc>
        <w:tc>
          <w:tcPr>
            <w:tcW w:w="1171" w:type="dxa"/>
            <w:noWrap/>
            <w:hideMark/>
          </w:tcPr>
          <w:p w14:paraId="765B549C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3.684783</w:t>
            </w:r>
          </w:p>
        </w:tc>
        <w:tc>
          <w:tcPr>
            <w:tcW w:w="1171" w:type="dxa"/>
            <w:noWrap/>
            <w:hideMark/>
          </w:tcPr>
          <w:p w14:paraId="28C9CDA6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0.951609</w:t>
            </w:r>
          </w:p>
        </w:tc>
        <w:tc>
          <w:tcPr>
            <w:tcW w:w="1222" w:type="dxa"/>
            <w:noWrap/>
            <w:hideMark/>
          </w:tcPr>
          <w:p w14:paraId="60E31F36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-0.44573</w:t>
            </w:r>
          </w:p>
        </w:tc>
        <w:tc>
          <w:tcPr>
            <w:tcW w:w="1171" w:type="dxa"/>
            <w:noWrap/>
            <w:hideMark/>
          </w:tcPr>
          <w:p w14:paraId="04314685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-0.35248</w:t>
            </w:r>
          </w:p>
        </w:tc>
        <w:tc>
          <w:tcPr>
            <w:tcW w:w="1171" w:type="dxa"/>
            <w:noWrap/>
            <w:hideMark/>
          </w:tcPr>
          <w:p w14:paraId="716AFF01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5.144194</w:t>
            </w:r>
          </w:p>
        </w:tc>
        <w:tc>
          <w:tcPr>
            <w:tcW w:w="1234" w:type="dxa"/>
            <w:noWrap/>
            <w:hideMark/>
          </w:tcPr>
          <w:p w14:paraId="30C5CD63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0.194394</w:t>
            </w:r>
          </w:p>
        </w:tc>
      </w:tr>
      <w:tr w:rsidR="00537ED6" w:rsidRPr="00892051" w14:paraId="0F1E9743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663A6DC5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PBSE</w:t>
            </w:r>
          </w:p>
        </w:tc>
        <w:tc>
          <w:tcPr>
            <w:tcW w:w="1171" w:type="dxa"/>
            <w:noWrap/>
            <w:hideMark/>
          </w:tcPr>
          <w:p w14:paraId="6A921CE5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Q42</w:t>
            </w:r>
          </w:p>
        </w:tc>
        <w:tc>
          <w:tcPr>
            <w:tcW w:w="1171" w:type="dxa"/>
            <w:noWrap/>
            <w:hideMark/>
          </w:tcPr>
          <w:p w14:paraId="6C60CF48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3.940217</w:t>
            </w:r>
          </w:p>
        </w:tc>
        <w:tc>
          <w:tcPr>
            <w:tcW w:w="1171" w:type="dxa"/>
            <w:noWrap/>
            <w:hideMark/>
          </w:tcPr>
          <w:p w14:paraId="58FCE861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0.824298</w:t>
            </w:r>
          </w:p>
        </w:tc>
        <w:tc>
          <w:tcPr>
            <w:tcW w:w="1222" w:type="dxa"/>
            <w:noWrap/>
            <w:hideMark/>
          </w:tcPr>
          <w:p w14:paraId="796BBF4E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-0.59834</w:t>
            </w:r>
          </w:p>
        </w:tc>
        <w:tc>
          <w:tcPr>
            <w:tcW w:w="1171" w:type="dxa"/>
            <w:noWrap/>
            <w:hideMark/>
          </w:tcPr>
          <w:p w14:paraId="35970D05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0.030195</w:t>
            </w:r>
          </w:p>
        </w:tc>
        <w:tc>
          <w:tcPr>
            <w:tcW w:w="1171" w:type="dxa"/>
            <w:noWrap/>
            <w:hideMark/>
          </w:tcPr>
          <w:p w14:paraId="7EDB520D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1.541069</w:t>
            </w:r>
          </w:p>
        </w:tc>
        <w:tc>
          <w:tcPr>
            <w:tcW w:w="1234" w:type="dxa"/>
            <w:noWrap/>
            <w:hideMark/>
          </w:tcPr>
          <w:p w14:paraId="3EE7C9BD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0.6489</w:t>
            </w:r>
          </w:p>
        </w:tc>
      </w:tr>
      <w:tr w:rsidR="00537ED6" w:rsidRPr="00892051" w14:paraId="483265A3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239DA6E7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PTQ</w:t>
            </w:r>
          </w:p>
        </w:tc>
        <w:tc>
          <w:tcPr>
            <w:tcW w:w="1171" w:type="dxa"/>
            <w:noWrap/>
            <w:hideMark/>
          </w:tcPr>
          <w:p w14:paraId="7218C348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Q43</w:t>
            </w:r>
          </w:p>
        </w:tc>
        <w:tc>
          <w:tcPr>
            <w:tcW w:w="1171" w:type="dxa"/>
            <w:noWrap/>
            <w:hideMark/>
          </w:tcPr>
          <w:p w14:paraId="53F265E0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3.527174</w:t>
            </w:r>
          </w:p>
        </w:tc>
        <w:tc>
          <w:tcPr>
            <w:tcW w:w="1171" w:type="dxa"/>
            <w:noWrap/>
            <w:hideMark/>
          </w:tcPr>
          <w:p w14:paraId="153B3192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1.075977</w:t>
            </w:r>
          </w:p>
        </w:tc>
        <w:tc>
          <w:tcPr>
            <w:tcW w:w="1222" w:type="dxa"/>
            <w:noWrap/>
            <w:hideMark/>
          </w:tcPr>
          <w:p w14:paraId="1AE976CC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-0.48352</w:t>
            </w:r>
          </w:p>
        </w:tc>
        <w:tc>
          <w:tcPr>
            <w:tcW w:w="1171" w:type="dxa"/>
            <w:noWrap/>
            <w:hideMark/>
          </w:tcPr>
          <w:p w14:paraId="097F31E6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-0.3982</w:t>
            </w:r>
          </w:p>
        </w:tc>
        <w:tc>
          <w:tcPr>
            <w:tcW w:w="1171" w:type="dxa"/>
            <w:noWrap/>
            <w:hideMark/>
          </w:tcPr>
          <w:p w14:paraId="6FAA0A76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2.645281</w:t>
            </w:r>
          </w:p>
        </w:tc>
        <w:tc>
          <w:tcPr>
            <w:tcW w:w="1234" w:type="dxa"/>
            <w:noWrap/>
            <w:hideMark/>
          </w:tcPr>
          <w:p w14:paraId="69603CC3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0.378032</w:t>
            </w:r>
          </w:p>
        </w:tc>
      </w:tr>
      <w:tr w:rsidR="00537ED6" w:rsidRPr="00892051" w14:paraId="4F5E5CBD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5071FA00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PTQ</w:t>
            </w:r>
          </w:p>
        </w:tc>
        <w:tc>
          <w:tcPr>
            <w:tcW w:w="1171" w:type="dxa"/>
            <w:noWrap/>
            <w:hideMark/>
          </w:tcPr>
          <w:p w14:paraId="3F90BF65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Q44</w:t>
            </w:r>
          </w:p>
        </w:tc>
        <w:tc>
          <w:tcPr>
            <w:tcW w:w="1171" w:type="dxa"/>
            <w:noWrap/>
            <w:hideMark/>
          </w:tcPr>
          <w:p w14:paraId="637C2925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3.347826</w:t>
            </w:r>
          </w:p>
        </w:tc>
        <w:tc>
          <w:tcPr>
            <w:tcW w:w="1171" w:type="dxa"/>
            <w:noWrap/>
            <w:hideMark/>
          </w:tcPr>
          <w:p w14:paraId="2D4353B9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1.17752</w:t>
            </w:r>
          </w:p>
        </w:tc>
        <w:tc>
          <w:tcPr>
            <w:tcW w:w="1222" w:type="dxa"/>
            <w:noWrap/>
            <w:hideMark/>
          </w:tcPr>
          <w:p w14:paraId="0AEFAD89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-0.2995</w:t>
            </w:r>
          </w:p>
        </w:tc>
        <w:tc>
          <w:tcPr>
            <w:tcW w:w="1171" w:type="dxa"/>
            <w:noWrap/>
            <w:hideMark/>
          </w:tcPr>
          <w:p w14:paraId="27E125A1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-0.8051</w:t>
            </w:r>
          </w:p>
        </w:tc>
        <w:tc>
          <w:tcPr>
            <w:tcW w:w="1171" w:type="dxa"/>
            <w:noWrap/>
            <w:hideMark/>
          </w:tcPr>
          <w:p w14:paraId="036D688F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2.711724</w:t>
            </w:r>
          </w:p>
        </w:tc>
        <w:tc>
          <w:tcPr>
            <w:tcW w:w="1234" w:type="dxa"/>
            <w:noWrap/>
            <w:hideMark/>
          </w:tcPr>
          <w:p w14:paraId="1750EBFA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0.368769</w:t>
            </w:r>
          </w:p>
        </w:tc>
      </w:tr>
      <w:tr w:rsidR="00537ED6" w:rsidRPr="00892051" w14:paraId="7526C46D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7218999F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PTQ</w:t>
            </w:r>
          </w:p>
        </w:tc>
        <w:tc>
          <w:tcPr>
            <w:tcW w:w="1171" w:type="dxa"/>
            <w:noWrap/>
            <w:hideMark/>
          </w:tcPr>
          <w:p w14:paraId="34CA563C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Q45</w:t>
            </w:r>
          </w:p>
        </w:tc>
        <w:tc>
          <w:tcPr>
            <w:tcW w:w="1171" w:type="dxa"/>
            <w:noWrap/>
            <w:hideMark/>
          </w:tcPr>
          <w:p w14:paraId="2AC7C904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3.418478</w:t>
            </w:r>
          </w:p>
        </w:tc>
        <w:tc>
          <w:tcPr>
            <w:tcW w:w="1171" w:type="dxa"/>
            <w:noWrap/>
            <w:hideMark/>
          </w:tcPr>
          <w:p w14:paraId="4D77579F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1.142275</w:t>
            </w:r>
          </w:p>
        </w:tc>
        <w:tc>
          <w:tcPr>
            <w:tcW w:w="1222" w:type="dxa"/>
            <w:noWrap/>
            <w:hideMark/>
          </w:tcPr>
          <w:p w14:paraId="76695F4D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-0.31971</w:t>
            </w:r>
          </w:p>
        </w:tc>
        <w:tc>
          <w:tcPr>
            <w:tcW w:w="1171" w:type="dxa"/>
            <w:noWrap/>
            <w:hideMark/>
          </w:tcPr>
          <w:p w14:paraId="437A066E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-0.73196</w:t>
            </w:r>
          </w:p>
        </w:tc>
        <w:tc>
          <w:tcPr>
            <w:tcW w:w="1171" w:type="dxa"/>
            <w:noWrap/>
            <w:hideMark/>
          </w:tcPr>
          <w:p w14:paraId="3B5594BC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2.503459</w:t>
            </w:r>
          </w:p>
        </w:tc>
        <w:tc>
          <w:tcPr>
            <w:tcW w:w="1234" w:type="dxa"/>
            <w:noWrap/>
            <w:hideMark/>
          </w:tcPr>
          <w:p w14:paraId="5D37C3EA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0.399447</w:t>
            </w:r>
          </w:p>
        </w:tc>
      </w:tr>
      <w:tr w:rsidR="00537ED6" w:rsidRPr="00892051" w14:paraId="5651EED6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6B4A8574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PTQ</w:t>
            </w:r>
          </w:p>
        </w:tc>
        <w:tc>
          <w:tcPr>
            <w:tcW w:w="1171" w:type="dxa"/>
            <w:noWrap/>
            <w:hideMark/>
          </w:tcPr>
          <w:p w14:paraId="24EE96B9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Q46</w:t>
            </w:r>
          </w:p>
        </w:tc>
        <w:tc>
          <w:tcPr>
            <w:tcW w:w="1171" w:type="dxa"/>
            <w:noWrap/>
            <w:hideMark/>
          </w:tcPr>
          <w:p w14:paraId="0940329C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3.548913</w:t>
            </w:r>
          </w:p>
        </w:tc>
        <w:tc>
          <w:tcPr>
            <w:tcW w:w="1171" w:type="dxa"/>
            <w:noWrap/>
            <w:hideMark/>
          </w:tcPr>
          <w:p w14:paraId="7EE238C0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1.090345</w:t>
            </w:r>
          </w:p>
        </w:tc>
        <w:tc>
          <w:tcPr>
            <w:tcW w:w="1222" w:type="dxa"/>
            <w:noWrap/>
            <w:hideMark/>
          </w:tcPr>
          <w:p w14:paraId="47A812CA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-0.53571</w:t>
            </w:r>
          </w:p>
        </w:tc>
        <w:tc>
          <w:tcPr>
            <w:tcW w:w="1171" w:type="dxa"/>
            <w:noWrap/>
            <w:hideMark/>
          </w:tcPr>
          <w:p w14:paraId="15E59E96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-0.33723</w:t>
            </w:r>
          </w:p>
        </w:tc>
        <w:tc>
          <w:tcPr>
            <w:tcW w:w="1171" w:type="dxa"/>
            <w:noWrap/>
            <w:hideMark/>
          </w:tcPr>
          <w:p w14:paraId="250193BF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3.554763</w:t>
            </w:r>
          </w:p>
        </w:tc>
        <w:tc>
          <w:tcPr>
            <w:tcW w:w="1234" w:type="dxa"/>
            <w:noWrap/>
            <w:hideMark/>
          </w:tcPr>
          <w:p w14:paraId="488DC327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0.281313</w:t>
            </w:r>
          </w:p>
        </w:tc>
      </w:tr>
      <w:tr w:rsidR="00537ED6" w:rsidRPr="00892051" w14:paraId="6A0DB436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20445E10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PTQ</w:t>
            </w:r>
          </w:p>
        </w:tc>
        <w:tc>
          <w:tcPr>
            <w:tcW w:w="1171" w:type="dxa"/>
            <w:noWrap/>
            <w:hideMark/>
          </w:tcPr>
          <w:p w14:paraId="79D95457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Q47</w:t>
            </w:r>
          </w:p>
        </w:tc>
        <w:tc>
          <w:tcPr>
            <w:tcW w:w="1171" w:type="dxa"/>
            <w:noWrap/>
            <w:hideMark/>
          </w:tcPr>
          <w:p w14:paraId="1AA11B54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3.353261</w:t>
            </w:r>
          </w:p>
        </w:tc>
        <w:tc>
          <w:tcPr>
            <w:tcW w:w="1171" w:type="dxa"/>
            <w:noWrap/>
            <w:hideMark/>
          </w:tcPr>
          <w:p w14:paraId="31A230E5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1.173566</w:t>
            </w:r>
          </w:p>
        </w:tc>
        <w:tc>
          <w:tcPr>
            <w:tcW w:w="1222" w:type="dxa"/>
            <w:noWrap/>
            <w:hideMark/>
          </w:tcPr>
          <w:p w14:paraId="363A90B1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-0.32887</w:t>
            </w:r>
          </w:p>
        </w:tc>
        <w:tc>
          <w:tcPr>
            <w:tcW w:w="1171" w:type="dxa"/>
            <w:noWrap/>
            <w:hideMark/>
          </w:tcPr>
          <w:p w14:paraId="7FCDA56C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-0.71781</w:t>
            </w:r>
          </w:p>
        </w:tc>
        <w:tc>
          <w:tcPr>
            <w:tcW w:w="1171" w:type="dxa"/>
            <w:noWrap/>
            <w:hideMark/>
          </w:tcPr>
          <w:p w14:paraId="0F50193F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3.860429</w:t>
            </w:r>
          </w:p>
        </w:tc>
        <w:tc>
          <w:tcPr>
            <w:tcW w:w="1234" w:type="dxa"/>
            <w:noWrap/>
            <w:hideMark/>
          </w:tcPr>
          <w:p w14:paraId="0EE546DA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0.259039</w:t>
            </w:r>
          </w:p>
        </w:tc>
      </w:tr>
      <w:tr w:rsidR="00537ED6" w:rsidRPr="00892051" w14:paraId="27CC2969" w14:textId="77777777" w:rsidTr="0075377E">
        <w:trPr>
          <w:trHeight w:val="215"/>
        </w:trPr>
        <w:tc>
          <w:tcPr>
            <w:tcW w:w="1214" w:type="dxa"/>
            <w:noWrap/>
            <w:hideMark/>
          </w:tcPr>
          <w:p w14:paraId="2AC766EB" w14:textId="77777777" w:rsidR="00537ED6" w:rsidRPr="00892051" w:rsidRDefault="00537ED6" w:rsidP="00537ED6">
            <w:pPr>
              <w:pStyle w:val="NoSpacing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PTQ</w:t>
            </w:r>
          </w:p>
        </w:tc>
        <w:tc>
          <w:tcPr>
            <w:tcW w:w="1171" w:type="dxa"/>
            <w:noWrap/>
            <w:hideMark/>
          </w:tcPr>
          <w:p w14:paraId="3EC3FD0B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Q48</w:t>
            </w:r>
          </w:p>
        </w:tc>
        <w:tc>
          <w:tcPr>
            <w:tcW w:w="1171" w:type="dxa"/>
            <w:noWrap/>
            <w:hideMark/>
          </w:tcPr>
          <w:p w14:paraId="52B94E21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3.777174</w:t>
            </w:r>
          </w:p>
        </w:tc>
        <w:tc>
          <w:tcPr>
            <w:tcW w:w="1171" w:type="dxa"/>
            <w:noWrap/>
            <w:hideMark/>
          </w:tcPr>
          <w:p w14:paraId="29F72B45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0.980309</w:t>
            </w:r>
          </w:p>
        </w:tc>
        <w:tc>
          <w:tcPr>
            <w:tcW w:w="1222" w:type="dxa"/>
            <w:noWrap/>
            <w:hideMark/>
          </w:tcPr>
          <w:p w14:paraId="0A43C365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-0.73538</w:t>
            </w:r>
          </w:p>
        </w:tc>
        <w:tc>
          <w:tcPr>
            <w:tcW w:w="1171" w:type="dxa"/>
            <w:noWrap/>
            <w:hideMark/>
          </w:tcPr>
          <w:p w14:paraId="64ABBE8C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0.15634</w:t>
            </w:r>
          </w:p>
        </w:tc>
        <w:tc>
          <w:tcPr>
            <w:tcW w:w="1171" w:type="dxa"/>
            <w:noWrap/>
            <w:hideMark/>
          </w:tcPr>
          <w:p w14:paraId="2BB9FE4A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2.696339</w:t>
            </w:r>
          </w:p>
        </w:tc>
        <w:tc>
          <w:tcPr>
            <w:tcW w:w="1234" w:type="dxa"/>
            <w:noWrap/>
            <w:hideMark/>
          </w:tcPr>
          <w:p w14:paraId="195D3946" w14:textId="77777777" w:rsidR="00537ED6" w:rsidRPr="00892051" w:rsidRDefault="00537ED6" w:rsidP="0075377E">
            <w:pPr>
              <w:pStyle w:val="NoSpacing"/>
              <w:jc w:val="center"/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</w:pPr>
            <w:r w:rsidRPr="00892051">
              <w:rPr>
                <w:rFonts w:ascii="Helvetica" w:hAnsi="Helvetica"/>
                <w:color w:val="000000"/>
                <w:sz w:val="18"/>
                <w:szCs w:val="18"/>
                <w:lang w:eastAsia="zh-CN"/>
              </w:rPr>
              <w:t>0.370873</w:t>
            </w:r>
          </w:p>
        </w:tc>
      </w:tr>
    </w:tbl>
    <w:p w14:paraId="5B0F6074" w14:textId="73999537" w:rsidR="00537ED6" w:rsidRPr="00892051" w:rsidRDefault="00000000" w:rsidP="00151AED">
      <w:pPr>
        <w:pStyle w:val="NoSpacing"/>
        <w:rPr>
          <w:rFonts w:ascii="Helvetica" w:hAnsi="Helvetica" w:cs="Times New Roman"/>
          <w:i/>
          <w:iCs/>
          <w:sz w:val="18"/>
          <w:szCs w:val="18"/>
        </w:rPr>
      </w:pPr>
      <w:r w:rsidRPr="00892051">
        <w:rPr>
          <w:rFonts w:ascii="Helvetica" w:hAnsi="Helvetica" w:cs="Times New Roman"/>
          <w:i/>
          <w:iCs/>
          <w:sz w:val="18"/>
          <w:szCs w:val="18"/>
        </w:rPr>
        <w:t>Source: Authors’ calculations based on the survey data.</w:t>
      </w:r>
    </w:p>
    <w:p w14:paraId="6B983254" w14:textId="77F41A1A" w:rsidR="00D3640A" w:rsidRPr="00892051" w:rsidRDefault="00000000" w:rsidP="00151AED">
      <w:pPr>
        <w:pStyle w:val="NoSpacing"/>
        <w:rPr>
          <w:rFonts w:ascii="Helvetica" w:hAnsi="Helvetica" w:cs="Times New Roman"/>
          <w:sz w:val="18"/>
          <w:szCs w:val="18"/>
        </w:rPr>
      </w:pPr>
      <w:r w:rsidRPr="00892051">
        <w:rPr>
          <w:rFonts w:ascii="Helvetica" w:hAnsi="Helvetica" w:cs="Times New Roman"/>
          <w:sz w:val="18"/>
          <w:szCs w:val="18"/>
        </w:rPr>
        <w:lastRenderedPageBreak/>
        <w:t>Table S3. Discriminant validity diagnostics</w:t>
      </w:r>
    </w:p>
    <w:p w14:paraId="60F6B47E" w14:textId="6A9A6116" w:rsidR="00D3640A" w:rsidRPr="00892051" w:rsidRDefault="00000000" w:rsidP="00151AED">
      <w:pPr>
        <w:pStyle w:val="NoSpacing"/>
        <w:rPr>
          <w:rFonts w:ascii="Helvetica" w:hAnsi="Helvetica" w:cs="Times New Roman"/>
          <w:sz w:val="18"/>
          <w:szCs w:val="18"/>
        </w:rPr>
      </w:pPr>
      <w:r w:rsidRPr="00892051">
        <w:rPr>
          <w:rFonts w:ascii="Helvetica" w:hAnsi="Helvetica" w:cs="Times New Roman"/>
          <w:sz w:val="18"/>
          <w:szCs w:val="18"/>
        </w:rPr>
        <w:t>Panel A. Fornell–Larcker criterion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9"/>
        <w:gridCol w:w="1927"/>
        <w:gridCol w:w="1928"/>
        <w:gridCol w:w="1927"/>
        <w:gridCol w:w="1927"/>
      </w:tblGrid>
      <w:tr w:rsidR="00D3640A" w:rsidRPr="00892051" w14:paraId="7F087A3A" w14:textId="77777777" w:rsidTr="0002672A">
        <w:tc>
          <w:tcPr>
            <w:tcW w:w="1930" w:type="dxa"/>
          </w:tcPr>
          <w:p w14:paraId="73773FE7" w14:textId="77777777" w:rsidR="00D3640A" w:rsidRPr="00892051" w:rsidRDefault="00000000" w:rsidP="0043611E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Construct</w:t>
            </w:r>
          </w:p>
        </w:tc>
        <w:tc>
          <w:tcPr>
            <w:tcW w:w="1930" w:type="dxa"/>
          </w:tcPr>
          <w:p w14:paraId="40DB83F8" w14:textId="77777777" w:rsidR="00D3640A" w:rsidRPr="00892051" w:rsidRDefault="00000000" w:rsidP="0002672A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SIPA</w:t>
            </w:r>
          </w:p>
        </w:tc>
        <w:tc>
          <w:tcPr>
            <w:tcW w:w="1930" w:type="dxa"/>
          </w:tcPr>
          <w:p w14:paraId="40628F18" w14:textId="77777777" w:rsidR="00D3640A" w:rsidRPr="00892051" w:rsidRDefault="00000000" w:rsidP="0002672A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DMGC</w:t>
            </w:r>
          </w:p>
        </w:tc>
        <w:tc>
          <w:tcPr>
            <w:tcW w:w="1930" w:type="dxa"/>
          </w:tcPr>
          <w:p w14:paraId="201868EF" w14:textId="77777777" w:rsidR="00D3640A" w:rsidRPr="00892051" w:rsidRDefault="00000000" w:rsidP="0002672A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PBSE</w:t>
            </w:r>
          </w:p>
        </w:tc>
        <w:tc>
          <w:tcPr>
            <w:tcW w:w="1930" w:type="dxa"/>
          </w:tcPr>
          <w:p w14:paraId="637E4ACD" w14:textId="77777777" w:rsidR="00D3640A" w:rsidRPr="00892051" w:rsidRDefault="00000000" w:rsidP="0002672A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PTQ</w:t>
            </w:r>
          </w:p>
        </w:tc>
      </w:tr>
      <w:tr w:rsidR="00D3640A" w:rsidRPr="00892051" w14:paraId="60308410" w14:textId="77777777" w:rsidTr="0002672A">
        <w:tc>
          <w:tcPr>
            <w:tcW w:w="1930" w:type="dxa"/>
          </w:tcPr>
          <w:p w14:paraId="03460886" w14:textId="77777777" w:rsidR="00D3640A" w:rsidRPr="00892051" w:rsidRDefault="00000000" w:rsidP="0043611E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SIPA</w:t>
            </w:r>
          </w:p>
        </w:tc>
        <w:tc>
          <w:tcPr>
            <w:tcW w:w="1930" w:type="dxa"/>
          </w:tcPr>
          <w:p w14:paraId="30C19D20" w14:textId="77777777" w:rsidR="00D3640A" w:rsidRPr="00892051" w:rsidRDefault="00000000" w:rsidP="0002672A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0.839</w:t>
            </w:r>
          </w:p>
        </w:tc>
        <w:tc>
          <w:tcPr>
            <w:tcW w:w="1930" w:type="dxa"/>
          </w:tcPr>
          <w:p w14:paraId="0EB5A10F" w14:textId="77777777" w:rsidR="00D3640A" w:rsidRPr="00892051" w:rsidRDefault="00000000" w:rsidP="0002672A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0.616</w:t>
            </w:r>
          </w:p>
        </w:tc>
        <w:tc>
          <w:tcPr>
            <w:tcW w:w="1930" w:type="dxa"/>
          </w:tcPr>
          <w:p w14:paraId="68F06B0D" w14:textId="77777777" w:rsidR="00D3640A" w:rsidRPr="00892051" w:rsidRDefault="00000000" w:rsidP="0002672A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0.603</w:t>
            </w:r>
          </w:p>
        </w:tc>
        <w:tc>
          <w:tcPr>
            <w:tcW w:w="1930" w:type="dxa"/>
          </w:tcPr>
          <w:p w14:paraId="6A47D12C" w14:textId="77777777" w:rsidR="00D3640A" w:rsidRPr="00892051" w:rsidRDefault="00000000" w:rsidP="0002672A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0.667</w:t>
            </w:r>
          </w:p>
        </w:tc>
      </w:tr>
      <w:tr w:rsidR="00D3640A" w:rsidRPr="00892051" w14:paraId="387FC79E" w14:textId="77777777" w:rsidTr="0002672A">
        <w:tc>
          <w:tcPr>
            <w:tcW w:w="1930" w:type="dxa"/>
          </w:tcPr>
          <w:p w14:paraId="4047360D" w14:textId="77777777" w:rsidR="00D3640A" w:rsidRPr="00892051" w:rsidRDefault="00000000" w:rsidP="0043611E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DMGC</w:t>
            </w:r>
          </w:p>
        </w:tc>
        <w:tc>
          <w:tcPr>
            <w:tcW w:w="1930" w:type="dxa"/>
          </w:tcPr>
          <w:p w14:paraId="06F15B35" w14:textId="77777777" w:rsidR="00D3640A" w:rsidRPr="00892051" w:rsidRDefault="00000000" w:rsidP="0002672A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0.616</w:t>
            </w:r>
          </w:p>
        </w:tc>
        <w:tc>
          <w:tcPr>
            <w:tcW w:w="1930" w:type="dxa"/>
          </w:tcPr>
          <w:p w14:paraId="7444A27E" w14:textId="77777777" w:rsidR="00D3640A" w:rsidRPr="00892051" w:rsidRDefault="00000000" w:rsidP="0002672A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0.752</w:t>
            </w:r>
          </w:p>
        </w:tc>
        <w:tc>
          <w:tcPr>
            <w:tcW w:w="1930" w:type="dxa"/>
          </w:tcPr>
          <w:p w14:paraId="081ABC5B" w14:textId="77777777" w:rsidR="00D3640A" w:rsidRPr="00892051" w:rsidRDefault="00000000" w:rsidP="0002672A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0.627</w:t>
            </w:r>
          </w:p>
        </w:tc>
        <w:tc>
          <w:tcPr>
            <w:tcW w:w="1930" w:type="dxa"/>
          </w:tcPr>
          <w:p w14:paraId="04B896D9" w14:textId="77777777" w:rsidR="00D3640A" w:rsidRPr="00892051" w:rsidRDefault="00000000" w:rsidP="0002672A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0.653</w:t>
            </w:r>
          </w:p>
        </w:tc>
      </w:tr>
      <w:tr w:rsidR="00D3640A" w:rsidRPr="00892051" w14:paraId="2F3069B7" w14:textId="77777777" w:rsidTr="0002672A">
        <w:tc>
          <w:tcPr>
            <w:tcW w:w="1930" w:type="dxa"/>
          </w:tcPr>
          <w:p w14:paraId="1919C880" w14:textId="77777777" w:rsidR="00D3640A" w:rsidRPr="00892051" w:rsidRDefault="00000000" w:rsidP="0043611E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PBSE</w:t>
            </w:r>
          </w:p>
        </w:tc>
        <w:tc>
          <w:tcPr>
            <w:tcW w:w="1930" w:type="dxa"/>
          </w:tcPr>
          <w:p w14:paraId="0D2D90A6" w14:textId="77777777" w:rsidR="00D3640A" w:rsidRPr="00892051" w:rsidRDefault="00000000" w:rsidP="0002672A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0.603</w:t>
            </w:r>
          </w:p>
        </w:tc>
        <w:tc>
          <w:tcPr>
            <w:tcW w:w="1930" w:type="dxa"/>
          </w:tcPr>
          <w:p w14:paraId="2812E1FC" w14:textId="77777777" w:rsidR="00D3640A" w:rsidRPr="00892051" w:rsidRDefault="00000000" w:rsidP="0002672A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0.627</w:t>
            </w:r>
          </w:p>
        </w:tc>
        <w:tc>
          <w:tcPr>
            <w:tcW w:w="1930" w:type="dxa"/>
          </w:tcPr>
          <w:p w14:paraId="7774446E" w14:textId="77777777" w:rsidR="00D3640A" w:rsidRPr="00892051" w:rsidRDefault="00000000" w:rsidP="0002672A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0.816</w:t>
            </w:r>
          </w:p>
        </w:tc>
        <w:tc>
          <w:tcPr>
            <w:tcW w:w="1930" w:type="dxa"/>
          </w:tcPr>
          <w:p w14:paraId="42721F88" w14:textId="77777777" w:rsidR="00D3640A" w:rsidRPr="00892051" w:rsidRDefault="00000000" w:rsidP="0002672A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0.635</w:t>
            </w:r>
          </w:p>
        </w:tc>
      </w:tr>
      <w:tr w:rsidR="00D3640A" w:rsidRPr="00892051" w14:paraId="3FF43248" w14:textId="77777777" w:rsidTr="0002672A">
        <w:tc>
          <w:tcPr>
            <w:tcW w:w="1930" w:type="dxa"/>
          </w:tcPr>
          <w:p w14:paraId="6F546BFE" w14:textId="77777777" w:rsidR="00D3640A" w:rsidRPr="00892051" w:rsidRDefault="00000000" w:rsidP="0043611E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PTQ</w:t>
            </w:r>
          </w:p>
        </w:tc>
        <w:tc>
          <w:tcPr>
            <w:tcW w:w="1930" w:type="dxa"/>
          </w:tcPr>
          <w:p w14:paraId="14BFD94D" w14:textId="77777777" w:rsidR="00D3640A" w:rsidRPr="00892051" w:rsidRDefault="00000000" w:rsidP="0002672A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0.667</w:t>
            </w:r>
          </w:p>
        </w:tc>
        <w:tc>
          <w:tcPr>
            <w:tcW w:w="1930" w:type="dxa"/>
          </w:tcPr>
          <w:p w14:paraId="1F00135A" w14:textId="77777777" w:rsidR="00D3640A" w:rsidRPr="00892051" w:rsidRDefault="00000000" w:rsidP="0002672A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0.653</w:t>
            </w:r>
          </w:p>
        </w:tc>
        <w:tc>
          <w:tcPr>
            <w:tcW w:w="1930" w:type="dxa"/>
          </w:tcPr>
          <w:p w14:paraId="60F315E5" w14:textId="77777777" w:rsidR="00D3640A" w:rsidRPr="00892051" w:rsidRDefault="00000000" w:rsidP="0002672A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0.635</w:t>
            </w:r>
          </w:p>
        </w:tc>
        <w:tc>
          <w:tcPr>
            <w:tcW w:w="1930" w:type="dxa"/>
          </w:tcPr>
          <w:p w14:paraId="689BE6DA" w14:textId="77777777" w:rsidR="00D3640A" w:rsidRPr="00892051" w:rsidRDefault="00000000" w:rsidP="0002672A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0.859</w:t>
            </w:r>
          </w:p>
        </w:tc>
      </w:tr>
    </w:tbl>
    <w:p w14:paraId="13DF48EB" w14:textId="428A18F0" w:rsidR="00D3640A" w:rsidRPr="00892051" w:rsidRDefault="00000000" w:rsidP="0043611E">
      <w:pPr>
        <w:pStyle w:val="NoSpacing"/>
        <w:rPr>
          <w:rFonts w:ascii="Helvetica" w:hAnsi="Helvetica" w:cs="Times New Roman"/>
          <w:sz w:val="18"/>
          <w:szCs w:val="18"/>
        </w:rPr>
      </w:pPr>
      <w:r w:rsidRPr="00892051">
        <w:rPr>
          <w:rFonts w:ascii="Helvetica" w:hAnsi="Helvetica" w:cs="Times New Roman"/>
          <w:sz w:val="18"/>
          <w:szCs w:val="18"/>
        </w:rPr>
        <w:t xml:space="preserve">Panel B. </w:t>
      </w:r>
      <w:proofErr w:type="spellStart"/>
      <w:r w:rsidRPr="00892051">
        <w:rPr>
          <w:rFonts w:ascii="Helvetica" w:hAnsi="Helvetica" w:cs="Times New Roman"/>
          <w:sz w:val="18"/>
          <w:szCs w:val="18"/>
        </w:rPr>
        <w:t>Heterotrait</w:t>
      </w:r>
      <w:proofErr w:type="spellEnd"/>
      <w:r w:rsidRPr="00892051">
        <w:rPr>
          <w:rFonts w:ascii="Helvetica" w:hAnsi="Helvetica" w:cs="Times New Roman"/>
          <w:sz w:val="18"/>
          <w:szCs w:val="18"/>
        </w:rPr>
        <w:t>–</w:t>
      </w:r>
      <w:proofErr w:type="spellStart"/>
      <w:r w:rsidRPr="00892051">
        <w:rPr>
          <w:rFonts w:ascii="Helvetica" w:hAnsi="Helvetica" w:cs="Times New Roman"/>
          <w:sz w:val="18"/>
          <w:szCs w:val="18"/>
        </w:rPr>
        <w:t>monotrait</w:t>
      </w:r>
      <w:proofErr w:type="spellEnd"/>
      <w:r w:rsidRPr="00892051">
        <w:rPr>
          <w:rFonts w:ascii="Helvetica" w:hAnsi="Helvetica" w:cs="Times New Roman"/>
          <w:sz w:val="18"/>
          <w:szCs w:val="18"/>
        </w:rPr>
        <w:t xml:space="preserve"> ratio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9"/>
        <w:gridCol w:w="1927"/>
        <w:gridCol w:w="1928"/>
        <w:gridCol w:w="1927"/>
        <w:gridCol w:w="1927"/>
      </w:tblGrid>
      <w:tr w:rsidR="00D3640A" w:rsidRPr="00892051" w14:paraId="5CCCA02A" w14:textId="77777777" w:rsidTr="0002672A">
        <w:tc>
          <w:tcPr>
            <w:tcW w:w="1930" w:type="dxa"/>
          </w:tcPr>
          <w:p w14:paraId="77FD2C52" w14:textId="77777777" w:rsidR="00D3640A" w:rsidRPr="00892051" w:rsidRDefault="00000000" w:rsidP="0043611E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Construct</w:t>
            </w:r>
          </w:p>
        </w:tc>
        <w:tc>
          <w:tcPr>
            <w:tcW w:w="1930" w:type="dxa"/>
          </w:tcPr>
          <w:p w14:paraId="469A3488" w14:textId="77777777" w:rsidR="00D3640A" w:rsidRPr="00892051" w:rsidRDefault="00000000" w:rsidP="0002672A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SIPA</w:t>
            </w:r>
          </w:p>
        </w:tc>
        <w:tc>
          <w:tcPr>
            <w:tcW w:w="1930" w:type="dxa"/>
          </w:tcPr>
          <w:p w14:paraId="24DE3115" w14:textId="77777777" w:rsidR="00D3640A" w:rsidRPr="00892051" w:rsidRDefault="00000000" w:rsidP="0002672A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DMGC</w:t>
            </w:r>
          </w:p>
        </w:tc>
        <w:tc>
          <w:tcPr>
            <w:tcW w:w="1930" w:type="dxa"/>
          </w:tcPr>
          <w:p w14:paraId="7B0DA6C7" w14:textId="77777777" w:rsidR="00D3640A" w:rsidRPr="00892051" w:rsidRDefault="00000000" w:rsidP="0002672A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PBSE</w:t>
            </w:r>
          </w:p>
        </w:tc>
        <w:tc>
          <w:tcPr>
            <w:tcW w:w="1930" w:type="dxa"/>
          </w:tcPr>
          <w:p w14:paraId="55C40A51" w14:textId="77777777" w:rsidR="00D3640A" w:rsidRPr="00892051" w:rsidRDefault="00000000" w:rsidP="0002672A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PTQ</w:t>
            </w:r>
          </w:p>
        </w:tc>
      </w:tr>
      <w:tr w:rsidR="00D3640A" w:rsidRPr="00892051" w14:paraId="3082D7BE" w14:textId="77777777" w:rsidTr="0002672A">
        <w:tc>
          <w:tcPr>
            <w:tcW w:w="1930" w:type="dxa"/>
          </w:tcPr>
          <w:p w14:paraId="312943D3" w14:textId="77777777" w:rsidR="00D3640A" w:rsidRPr="00892051" w:rsidRDefault="00000000" w:rsidP="0043611E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SIPA</w:t>
            </w:r>
          </w:p>
        </w:tc>
        <w:tc>
          <w:tcPr>
            <w:tcW w:w="1930" w:type="dxa"/>
          </w:tcPr>
          <w:p w14:paraId="171BC3F5" w14:textId="77777777" w:rsidR="00D3640A" w:rsidRPr="00892051" w:rsidRDefault="00000000" w:rsidP="0002672A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1.000</w:t>
            </w:r>
          </w:p>
        </w:tc>
        <w:tc>
          <w:tcPr>
            <w:tcW w:w="1930" w:type="dxa"/>
          </w:tcPr>
          <w:p w14:paraId="1F393A5D" w14:textId="77777777" w:rsidR="00D3640A" w:rsidRPr="00892051" w:rsidRDefault="00000000" w:rsidP="0002672A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0.648</w:t>
            </w:r>
          </w:p>
        </w:tc>
        <w:tc>
          <w:tcPr>
            <w:tcW w:w="1930" w:type="dxa"/>
          </w:tcPr>
          <w:p w14:paraId="7180C9A4" w14:textId="77777777" w:rsidR="00D3640A" w:rsidRPr="00892051" w:rsidRDefault="00000000" w:rsidP="0002672A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0.629</w:t>
            </w:r>
          </w:p>
        </w:tc>
        <w:tc>
          <w:tcPr>
            <w:tcW w:w="1930" w:type="dxa"/>
          </w:tcPr>
          <w:p w14:paraId="74C479D5" w14:textId="77777777" w:rsidR="00D3640A" w:rsidRPr="00892051" w:rsidRDefault="00000000" w:rsidP="0002672A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0.712</w:t>
            </w:r>
          </w:p>
        </w:tc>
      </w:tr>
      <w:tr w:rsidR="00D3640A" w:rsidRPr="00892051" w14:paraId="3552B77A" w14:textId="77777777" w:rsidTr="0002672A">
        <w:tc>
          <w:tcPr>
            <w:tcW w:w="1930" w:type="dxa"/>
          </w:tcPr>
          <w:p w14:paraId="269B5523" w14:textId="77777777" w:rsidR="00D3640A" w:rsidRPr="00892051" w:rsidRDefault="00000000" w:rsidP="0043611E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DMGC</w:t>
            </w:r>
          </w:p>
        </w:tc>
        <w:tc>
          <w:tcPr>
            <w:tcW w:w="1930" w:type="dxa"/>
          </w:tcPr>
          <w:p w14:paraId="301DF3A3" w14:textId="77777777" w:rsidR="00D3640A" w:rsidRPr="00892051" w:rsidRDefault="00000000" w:rsidP="0002672A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0.648</w:t>
            </w:r>
          </w:p>
        </w:tc>
        <w:tc>
          <w:tcPr>
            <w:tcW w:w="1930" w:type="dxa"/>
          </w:tcPr>
          <w:p w14:paraId="0818787A" w14:textId="77777777" w:rsidR="00D3640A" w:rsidRPr="00892051" w:rsidRDefault="00000000" w:rsidP="0002672A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1.000</w:t>
            </w:r>
          </w:p>
        </w:tc>
        <w:tc>
          <w:tcPr>
            <w:tcW w:w="1930" w:type="dxa"/>
          </w:tcPr>
          <w:p w14:paraId="2DD2A601" w14:textId="77777777" w:rsidR="00D3640A" w:rsidRPr="00892051" w:rsidRDefault="00000000" w:rsidP="0002672A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0.660</w:t>
            </w:r>
          </w:p>
        </w:tc>
        <w:tc>
          <w:tcPr>
            <w:tcW w:w="1930" w:type="dxa"/>
          </w:tcPr>
          <w:p w14:paraId="05374B5C" w14:textId="77777777" w:rsidR="00D3640A" w:rsidRPr="00892051" w:rsidRDefault="00000000" w:rsidP="0002672A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0.702</w:t>
            </w:r>
          </w:p>
        </w:tc>
      </w:tr>
      <w:tr w:rsidR="00D3640A" w:rsidRPr="00892051" w14:paraId="2247F8AC" w14:textId="77777777" w:rsidTr="0002672A">
        <w:tc>
          <w:tcPr>
            <w:tcW w:w="1930" w:type="dxa"/>
          </w:tcPr>
          <w:p w14:paraId="41559FDB" w14:textId="77777777" w:rsidR="00D3640A" w:rsidRPr="00892051" w:rsidRDefault="00000000" w:rsidP="0043611E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PBSE</w:t>
            </w:r>
          </w:p>
        </w:tc>
        <w:tc>
          <w:tcPr>
            <w:tcW w:w="1930" w:type="dxa"/>
          </w:tcPr>
          <w:p w14:paraId="0CE27AEA" w14:textId="77777777" w:rsidR="00D3640A" w:rsidRPr="00892051" w:rsidRDefault="00000000" w:rsidP="0002672A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0.629</w:t>
            </w:r>
          </w:p>
        </w:tc>
        <w:tc>
          <w:tcPr>
            <w:tcW w:w="1930" w:type="dxa"/>
          </w:tcPr>
          <w:p w14:paraId="67921B21" w14:textId="77777777" w:rsidR="00D3640A" w:rsidRPr="00892051" w:rsidRDefault="00000000" w:rsidP="0002672A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0.660</w:t>
            </w:r>
          </w:p>
        </w:tc>
        <w:tc>
          <w:tcPr>
            <w:tcW w:w="1930" w:type="dxa"/>
          </w:tcPr>
          <w:p w14:paraId="6B279CB3" w14:textId="77777777" w:rsidR="00D3640A" w:rsidRPr="00892051" w:rsidRDefault="00000000" w:rsidP="0002672A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1.000</w:t>
            </w:r>
          </w:p>
        </w:tc>
        <w:tc>
          <w:tcPr>
            <w:tcW w:w="1930" w:type="dxa"/>
          </w:tcPr>
          <w:p w14:paraId="69B36574" w14:textId="77777777" w:rsidR="00D3640A" w:rsidRPr="00892051" w:rsidRDefault="00000000" w:rsidP="0002672A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0.675</w:t>
            </w:r>
          </w:p>
        </w:tc>
      </w:tr>
      <w:tr w:rsidR="00D3640A" w:rsidRPr="00892051" w14:paraId="187134DB" w14:textId="77777777" w:rsidTr="0002672A">
        <w:tc>
          <w:tcPr>
            <w:tcW w:w="1930" w:type="dxa"/>
          </w:tcPr>
          <w:p w14:paraId="3E1B96AE" w14:textId="77777777" w:rsidR="00D3640A" w:rsidRPr="00892051" w:rsidRDefault="00000000" w:rsidP="0043611E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PTQ</w:t>
            </w:r>
          </w:p>
        </w:tc>
        <w:tc>
          <w:tcPr>
            <w:tcW w:w="1930" w:type="dxa"/>
          </w:tcPr>
          <w:p w14:paraId="437073E4" w14:textId="77777777" w:rsidR="00D3640A" w:rsidRPr="00892051" w:rsidRDefault="00000000" w:rsidP="0002672A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0.712</w:t>
            </w:r>
          </w:p>
        </w:tc>
        <w:tc>
          <w:tcPr>
            <w:tcW w:w="1930" w:type="dxa"/>
          </w:tcPr>
          <w:p w14:paraId="4C1AD422" w14:textId="77777777" w:rsidR="00D3640A" w:rsidRPr="00892051" w:rsidRDefault="00000000" w:rsidP="0002672A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0.702</w:t>
            </w:r>
          </w:p>
        </w:tc>
        <w:tc>
          <w:tcPr>
            <w:tcW w:w="1930" w:type="dxa"/>
          </w:tcPr>
          <w:p w14:paraId="3C49022E" w14:textId="77777777" w:rsidR="00D3640A" w:rsidRPr="00892051" w:rsidRDefault="00000000" w:rsidP="0002672A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0.675</w:t>
            </w:r>
          </w:p>
        </w:tc>
        <w:tc>
          <w:tcPr>
            <w:tcW w:w="1930" w:type="dxa"/>
          </w:tcPr>
          <w:p w14:paraId="57E572C8" w14:textId="77777777" w:rsidR="00D3640A" w:rsidRPr="00892051" w:rsidRDefault="00000000" w:rsidP="0002672A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1.000</w:t>
            </w:r>
          </w:p>
        </w:tc>
      </w:tr>
    </w:tbl>
    <w:p w14:paraId="4E199EBE" w14:textId="4270ECD7" w:rsidR="00D3640A" w:rsidRPr="00892051" w:rsidRDefault="0002672A" w:rsidP="00151AED">
      <w:pPr>
        <w:pStyle w:val="NoSpacing"/>
        <w:rPr>
          <w:rFonts w:ascii="Helvetica" w:hAnsi="Helvetica" w:cs="Times New Roman"/>
          <w:i/>
          <w:iCs/>
          <w:sz w:val="18"/>
          <w:szCs w:val="18"/>
        </w:rPr>
      </w:pPr>
      <w:r w:rsidRPr="00892051">
        <w:rPr>
          <w:rFonts w:ascii="Helvetica" w:hAnsi="Helvetica" w:cs="Times New Roman"/>
          <w:i/>
          <w:iCs/>
          <w:sz w:val="18"/>
          <w:szCs w:val="18"/>
        </w:rPr>
        <w:t>Note. Diagonal entries are the square roots of AVE; off-diagonal entries are Pearson correlations.</w:t>
      </w:r>
      <w:r w:rsidR="00D75F3C" w:rsidRPr="00892051">
        <w:rPr>
          <w:rFonts w:ascii="Helvetica" w:hAnsi="Helvetica" w:cs="Times New Roman"/>
          <w:i/>
          <w:iCs/>
          <w:sz w:val="18"/>
          <w:szCs w:val="18"/>
        </w:rPr>
        <w:t xml:space="preserve"> </w:t>
      </w:r>
      <w:r w:rsidRPr="00892051">
        <w:rPr>
          <w:rFonts w:ascii="Helvetica" w:hAnsi="Helvetica" w:cs="Times New Roman"/>
          <w:i/>
          <w:iCs/>
          <w:sz w:val="18"/>
          <w:szCs w:val="18"/>
        </w:rPr>
        <w:t>Source: Authors’ calculations based on the survey data.</w:t>
      </w:r>
    </w:p>
    <w:p w14:paraId="3D6CC692" w14:textId="77777777" w:rsidR="0002672A" w:rsidRPr="00892051" w:rsidRDefault="0002672A" w:rsidP="00151AED">
      <w:pPr>
        <w:pStyle w:val="NoSpacing"/>
        <w:rPr>
          <w:rFonts w:ascii="Helvetica" w:hAnsi="Helvetica" w:cs="Times New Roman"/>
          <w:sz w:val="18"/>
          <w:szCs w:val="18"/>
        </w:rPr>
      </w:pPr>
    </w:p>
    <w:p w14:paraId="60E97250" w14:textId="77777777" w:rsidR="0002672A" w:rsidRPr="00892051" w:rsidRDefault="0002672A" w:rsidP="00151AED">
      <w:pPr>
        <w:pStyle w:val="NoSpacing"/>
        <w:rPr>
          <w:rFonts w:ascii="Helvetica" w:hAnsi="Helvetica" w:cs="Times New Roman"/>
          <w:sz w:val="18"/>
          <w:szCs w:val="18"/>
        </w:rPr>
      </w:pPr>
    </w:p>
    <w:p w14:paraId="3767FBBF" w14:textId="535506D6" w:rsidR="00D3640A" w:rsidRPr="00892051" w:rsidRDefault="00000000" w:rsidP="00151AED">
      <w:pPr>
        <w:pStyle w:val="NoSpacing"/>
        <w:rPr>
          <w:rFonts w:ascii="Helvetica" w:hAnsi="Helvetica" w:cs="Times New Roman"/>
          <w:sz w:val="18"/>
          <w:szCs w:val="18"/>
        </w:rPr>
      </w:pPr>
      <w:r w:rsidRPr="00892051">
        <w:rPr>
          <w:rFonts w:ascii="Helvetica" w:hAnsi="Helvetica" w:cs="Times New Roman"/>
          <w:sz w:val="18"/>
          <w:szCs w:val="18"/>
        </w:rPr>
        <w:t>Table S4. Structural collinearity and effect-size diagnostics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10"/>
        <w:gridCol w:w="2409"/>
        <w:gridCol w:w="2409"/>
        <w:gridCol w:w="2410"/>
      </w:tblGrid>
      <w:tr w:rsidR="00D3640A" w:rsidRPr="00892051" w14:paraId="4F75CE45" w14:textId="77777777" w:rsidTr="007733E2">
        <w:tc>
          <w:tcPr>
            <w:tcW w:w="2412" w:type="dxa"/>
          </w:tcPr>
          <w:p w14:paraId="2B319220" w14:textId="77777777" w:rsidR="00D3640A" w:rsidRPr="00892051" w:rsidRDefault="00000000" w:rsidP="00151AED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Endogenous construct</w:t>
            </w:r>
          </w:p>
        </w:tc>
        <w:tc>
          <w:tcPr>
            <w:tcW w:w="2412" w:type="dxa"/>
          </w:tcPr>
          <w:p w14:paraId="27BF90E5" w14:textId="77777777" w:rsidR="00D3640A" w:rsidRPr="00892051" w:rsidRDefault="00000000" w:rsidP="00F62595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Predictor</w:t>
            </w:r>
          </w:p>
        </w:tc>
        <w:tc>
          <w:tcPr>
            <w:tcW w:w="2412" w:type="dxa"/>
          </w:tcPr>
          <w:p w14:paraId="7B266EAA" w14:textId="77777777" w:rsidR="00D3640A" w:rsidRPr="00892051" w:rsidRDefault="00000000" w:rsidP="00F62595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VIF</w:t>
            </w:r>
          </w:p>
        </w:tc>
        <w:tc>
          <w:tcPr>
            <w:tcW w:w="2412" w:type="dxa"/>
          </w:tcPr>
          <w:p w14:paraId="0C7068EC" w14:textId="77777777" w:rsidR="00D3640A" w:rsidRPr="00892051" w:rsidRDefault="00000000" w:rsidP="00F62595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Tolerance</w:t>
            </w:r>
          </w:p>
        </w:tc>
      </w:tr>
      <w:tr w:rsidR="00D3640A" w:rsidRPr="00892051" w14:paraId="75A4D56A" w14:textId="77777777" w:rsidTr="007733E2">
        <w:tc>
          <w:tcPr>
            <w:tcW w:w="2412" w:type="dxa"/>
          </w:tcPr>
          <w:p w14:paraId="7577112B" w14:textId="77777777" w:rsidR="00D3640A" w:rsidRPr="00892051" w:rsidRDefault="00000000" w:rsidP="00151AED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PBSE</w:t>
            </w:r>
          </w:p>
        </w:tc>
        <w:tc>
          <w:tcPr>
            <w:tcW w:w="2412" w:type="dxa"/>
          </w:tcPr>
          <w:p w14:paraId="73DA923C" w14:textId="77777777" w:rsidR="00D3640A" w:rsidRPr="00892051" w:rsidRDefault="00000000" w:rsidP="00F62595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DMGC</w:t>
            </w:r>
          </w:p>
        </w:tc>
        <w:tc>
          <w:tcPr>
            <w:tcW w:w="2412" w:type="dxa"/>
          </w:tcPr>
          <w:p w14:paraId="2328EC21" w14:textId="77777777" w:rsidR="00D3640A" w:rsidRPr="00892051" w:rsidRDefault="00000000" w:rsidP="00F62595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1.611</w:t>
            </w:r>
          </w:p>
        </w:tc>
        <w:tc>
          <w:tcPr>
            <w:tcW w:w="2412" w:type="dxa"/>
          </w:tcPr>
          <w:p w14:paraId="73F769DA" w14:textId="77777777" w:rsidR="00D3640A" w:rsidRPr="00892051" w:rsidRDefault="00000000" w:rsidP="00F62595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0.621</w:t>
            </w:r>
          </w:p>
        </w:tc>
      </w:tr>
      <w:tr w:rsidR="00D3640A" w:rsidRPr="00892051" w14:paraId="515F9E5E" w14:textId="77777777" w:rsidTr="007733E2">
        <w:tc>
          <w:tcPr>
            <w:tcW w:w="2412" w:type="dxa"/>
          </w:tcPr>
          <w:p w14:paraId="4F9C4210" w14:textId="77777777" w:rsidR="00D3640A" w:rsidRPr="00892051" w:rsidRDefault="00000000" w:rsidP="00151AED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PBSE</w:t>
            </w:r>
          </w:p>
        </w:tc>
        <w:tc>
          <w:tcPr>
            <w:tcW w:w="2412" w:type="dxa"/>
          </w:tcPr>
          <w:p w14:paraId="389F31B6" w14:textId="77777777" w:rsidR="00D3640A" w:rsidRPr="00892051" w:rsidRDefault="00000000" w:rsidP="00F62595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SIPA</w:t>
            </w:r>
          </w:p>
        </w:tc>
        <w:tc>
          <w:tcPr>
            <w:tcW w:w="2412" w:type="dxa"/>
          </w:tcPr>
          <w:p w14:paraId="4E42DB0C" w14:textId="77777777" w:rsidR="00D3640A" w:rsidRPr="00892051" w:rsidRDefault="00000000" w:rsidP="00F62595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1.611</w:t>
            </w:r>
          </w:p>
        </w:tc>
        <w:tc>
          <w:tcPr>
            <w:tcW w:w="2412" w:type="dxa"/>
          </w:tcPr>
          <w:p w14:paraId="75DA4395" w14:textId="77777777" w:rsidR="00D3640A" w:rsidRPr="00892051" w:rsidRDefault="00000000" w:rsidP="00F62595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0.621</w:t>
            </w:r>
          </w:p>
        </w:tc>
      </w:tr>
      <w:tr w:rsidR="00D3640A" w:rsidRPr="00892051" w14:paraId="106AC7E3" w14:textId="77777777" w:rsidTr="007733E2">
        <w:tc>
          <w:tcPr>
            <w:tcW w:w="2412" w:type="dxa"/>
          </w:tcPr>
          <w:p w14:paraId="5C4B63EC" w14:textId="77777777" w:rsidR="00D3640A" w:rsidRPr="00892051" w:rsidRDefault="00000000" w:rsidP="00151AED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PTQ</w:t>
            </w:r>
          </w:p>
        </w:tc>
        <w:tc>
          <w:tcPr>
            <w:tcW w:w="2412" w:type="dxa"/>
          </w:tcPr>
          <w:p w14:paraId="53454487" w14:textId="77777777" w:rsidR="00D3640A" w:rsidRPr="00892051" w:rsidRDefault="00000000" w:rsidP="00F62595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SIPA</w:t>
            </w:r>
          </w:p>
        </w:tc>
        <w:tc>
          <w:tcPr>
            <w:tcW w:w="2412" w:type="dxa"/>
          </w:tcPr>
          <w:p w14:paraId="2362C92F" w14:textId="77777777" w:rsidR="00D3640A" w:rsidRPr="00892051" w:rsidRDefault="00000000" w:rsidP="00F62595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1.841</w:t>
            </w:r>
          </w:p>
        </w:tc>
        <w:tc>
          <w:tcPr>
            <w:tcW w:w="2412" w:type="dxa"/>
          </w:tcPr>
          <w:p w14:paraId="1FCCD742" w14:textId="77777777" w:rsidR="00D3640A" w:rsidRPr="00892051" w:rsidRDefault="00000000" w:rsidP="00F62595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0.543</w:t>
            </w:r>
          </w:p>
        </w:tc>
      </w:tr>
      <w:tr w:rsidR="00D3640A" w:rsidRPr="00892051" w14:paraId="7A8D8386" w14:textId="77777777" w:rsidTr="007733E2">
        <w:tc>
          <w:tcPr>
            <w:tcW w:w="2412" w:type="dxa"/>
          </w:tcPr>
          <w:p w14:paraId="6B82F8D3" w14:textId="77777777" w:rsidR="00D3640A" w:rsidRPr="00892051" w:rsidRDefault="00000000" w:rsidP="00151AED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PTQ</w:t>
            </w:r>
          </w:p>
        </w:tc>
        <w:tc>
          <w:tcPr>
            <w:tcW w:w="2412" w:type="dxa"/>
          </w:tcPr>
          <w:p w14:paraId="1A909AAF" w14:textId="77777777" w:rsidR="00D3640A" w:rsidRPr="00892051" w:rsidRDefault="00000000" w:rsidP="00F62595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DMGC</w:t>
            </w:r>
          </w:p>
        </w:tc>
        <w:tc>
          <w:tcPr>
            <w:tcW w:w="2412" w:type="dxa"/>
          </w:tcPr>
          <w:p w14:paraId="388AF1EF" w14:textId="77777777" w:rsidR="00D3640A" w:rsidRPr="00892051" w:rsidRDefault="00000000" w:rsidP="00F62595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1.931</w:t>
            </w:r>
          </w:p>
        </w:tc>
        <w:tc>
          <w:tcPr>
            <w:tcW w:w="2412" w:type="dxa"/>
          </w:tcPr>
          <w:p w14:paraId="457026CE" w14:textId="77777777" w:rsidR="00D3640A" w:rsidRPr="00892051" w:rsidRDefault="00000000" w:rsidP="00F62595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0.518</w:t>
            </w:r>
          </w:p>
        </w:tc>
      </w:tr>
      <w:tr w:rsidR="00D3640A" w:rsidRPr="00892051" w14:paraId="5717B518" w14:textId="77777777" w:rsidTr="007733E2">
        <w:tc>
          <w:tcPr>
            <w:tcW w:w="2412" w:type="dxa"/>
          </w:tcPr>
          <w:p w14:paraId="21FBB1F4" w14:textId="77777777" w:rsidR="00D3640A" w:rsidRPr="00892051" w:rsidRDefault="00000000" w:rsidP="00151AED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PTQ</w:t>
            </w:r>
          </w:p>
        </w:tc>
        <w:tc>
          <w:tcPr>
            <w:tcW w:w="2412" w:type="dxa"/>
          </w:tcPr>
          <w:p w14:paraId="4FE6A44C" w14:textId="77777777" w:rsidR="00D3640A" w:rsidRPr="00892051" w:rsidRDefault="00000000" w:rsidP="00F62595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PBSE</w:t>
            </w:r>
          </w:p>
        </w:tc>
        <w:tc>
          <w:tcPr>
            <w:tcW w:w="2412" w:type="dxa"/>
          </w:tcPr>
          <w:p w14:paraId="5E39DC76" w14:textId="77777777" w:rsidR="00D3640A" w:rsidRPr="00892051" w:rsidRDefault="00000000" w:rsidP="00F62595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1.884</w:t>
            </w:r>
          </w:p>
        </w:tc>
        <w:tc>
          <w:tcPr>
            <w:tcW w:w="2412" w:type="dxa"/>
          </w:tcPr>
          <w:p w14:paraId="6CCB8770" w14:textId="77777777" w:rsidR="00D3640A" w:rsidRPr="00892051" w:rsidRDefault="00000000" w:rsidP="00F62595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0.531</w:t>
            </w:r>
          </w:p>
        </w:tc>
      </w:tr>
    </w:tbl>
    <w:p w14:paraId="7B4F432E" w14:textId="5ACD3B16" w:rsidR="00D3640A" w:rsidRPr="00892051" w:rsidRDefault="00000000" w:rsidP="00151AED">
      <w:pPr>
        <w:pStyle w:val="NoSpacing"/>
        <w:rPr>
          <w:rFonts w:ascii="Helvetica" w:hAnsi="Helvetica" w:cs="Times New Roman"/>
          <w:sz w:val="18"/>
          <w:szCs w:val="18"/>
        </w:rPr>
      </w:pPr>
      <w:r w:rsidRPr="00892051">
        <w:rPr>
          <w:rFonts w:ascii="Helvetica" w:hAnsi="Helvetica" w:cs="Times New Roman"/>
          <w:sz w:val="18"/>
          <w:szCs w:val="18"/>
        </w:rPr>
        <w:t>Effect-size diagnostics</w:t>
      </w:r>
    </w:p>
    <w:tbl>
      <w:tblPr>
        <w:tblStyle w:val="TableGrid"/>
        <w:tblW w:w="9591" w:type="dxa"/>
        <w:tblLook w:val="04A0" w:firstRow="1" w:lastRow="0" w:firstColumn="1" w:lastColumn="0" w:noHBand="0" w:noVBand="1"/>
      </w:tblPr>
      <w:tblGrid>
        <w:gridCol w:w="3991"/>
        <w:gridCol w:w="1819"/>
        <w:gridCol w:w="1272"/>
        <w:gridCol w:w="2509"/>
      </w:tblGrid>
      <w:tr w:rsidR="00213C67" w:rsidRPr="00213C67" w14:paraId="6B6016D3" w14:textId="77777777" w:rsidTr="00213C67">
        <w:trPr>
          <w:trHeight w:val="273"/>
        </w:trPr>
        <w:tc>
          <w:tcPr>
            <w:tcW w:w="0" w:type="auto"/>
            <w:hideMark/>
          </w:tcPr>
          <w:p w14:paraId="432C4B81" w14:textId="77777777" w:rsidR="00213C67" w:rsidRPr="00213C67" w:rsidRDefault="00213C67" w:rsidP="00213C67">
            <w:pPr>
              <w:pStyle w:val="NoSpacing"/>
              <w:rPr>
                <w:rFonts w:ascii="Helvetica" w:hAnsi="Helvetica"/>
                <w:lang w:eastAsia="zh-CN"/>
              </w:rPr>
            </w:pPr>
            <w:r w:rsidRPr="00213C67">
              <w:rPr>
                <w:rFonts w:ascii="Helvetica" w:hAnsi="Helvetica"/>
                <w:lang w:eastAsia="zh-CN"/>
              </w:rPr>
              <w:t>Endogenous construct</w:t>
            </w:r>
          </w:p>
        </w:tc>
        <w:tc>
          <w:tcPr>
            <w:tcW w:w="0" w:type="auto"/>
            <w:hideMark/>
          </w:tcPr>
          <w:p w14:paraId="15597619" w14:textId="77777777" w:rsidR="00213C67" w:rsidRPr="00213C67" w:rsidRDefault="00213C67" w:rsidP="00213C67">
            <w:pPr>
              <w:pStyle w:val="NoSpacing"/>
              <w:rPr>
                <w:rFonts w:ascii="Helvetica" w:hAnsi="Helvetica"/>
                <w:lang w:eastAsia="zh-CN"/>
              </w:rPr>
            </w:pPr>
            <w:r w:rsidRPr="00213C67">
              <w:rPr>
                <w:rFonts w:ascii="Helvetica" w:hAnsi="Helvetica"/>
                <w:lang w:eastAsia="zh-CN"/>
              </w:rPr>
              <w:t>Predictor</w:t>
            </w:r>
          </w:p>
        </w:tc>
        <w:tc>
          <w:tcPr>
            <w:tcW w:w="0" w:type="auto"/>
            <w:hideMark/>
          </w:tcPr>
          <w:p w14:paraId="24145594" w14:textId="77777777" w:rsidR="00213C67" w:rsidRPr="00213C67" w:rsidRDefault="00213C67" w:rsidP="00213C67">
            <w:pPr>
              <w:pStyle w:val="NoSpacing"/>
              <w:rPr>
                <w:rFonts w:ascii="Helvetica" w:hAnsi="Helvetica"/>
                <w:lang w:eastAsia="zh-CN"/>
              </w:rPr>
            </w:pPr>
            <w:r w:rsidRPr="00213C67">
              <w:rPr>
                <w:rFonts w:ascii="Helvetica" w:hAnsi="Helvetica"/>
                <w:lang w:eastAsia="zh-CN"/>
              </w:rPr>
              <w:t>f²</w:t>
            </w:r>
          </w:p>
        </w:tc>
        <w:tc>
          <w:tcPr>
            <w:tcW w:w="0" w:type="auto"/>
            <w:hideMark/>
          </w:tcPr>
          <w:p w14:paraId="3B23E6F5" w14:textId="77777777" w:rsidR="00213C67" w:rsidRPr="00213C67" w:rsidRDefault="00213C67" w:rsidP="00213C67">
            <w:pPr>
              <w:pStyle w:val="NoSpacing"/>
              <w:rPr>
                <w:rFonts w:ascii="Helvetica" w:hAnsi="Helvetica"/>
                <w:lang w:eastAsia="zh-CN"/>
              </w:rPr>
            </w:pPr>
            <w:r w:rsidRPr="00213C67">
              <w:rPr>
                <w:rFonts w:ascii="Helvetica" w:hAnsi="Helvetica"/>
                <w:lang w:eastAsia="zh-CN"/>
              </w:rPr>
              <w:t>Interpretation</w:t>
            </w:r>
          </w:p>
        </w:tc>
      </w:tr>
      <w:tr w:rsidR="00213C67" w:rsidRPr="00213C67" w14:paraId="6B5D7C2F" w14:textId="77777777" w:rsidTr="00213C67">
        <w:trPr>
          <w:trHeight w:val="263"/>
        </w:trPr>
        <w:tc>
          <w:tcPr>
            <w:tcW w:w="0" w:type="auto"/>
            <w:hideMark/>
          </w:tcPr>
          <w:p w14:paraId="605883FA" w14:textId="77777777" w:rsidR="00213C67" w:rsidRPr="00213C67" w:rsidRDefault="00213C67" w:rsidP="00213C67">
            <w:pPr>
              <w:pStyle w:val="NoSpacing"/>
              <w:rPr>
                <w:rFonts w:ascii="Helvetica" w:hAnsi="Helvetica"/>
                <w:lang w:eastAsia="zh-CN"/>
              </w:rPr>
            </w:pPr>
            <w:r w:rsidRPr="00213C67">
              <w:rPr>
                <w:rFonts w:ascii="Helvetica" w:hAnsi="Helvetica"/>
                <w:lang w:eastAsia="zh-CN"/>
              </w:rPr>
              <w:t>PBSE</w:t>
            </w:r>
          </w:p>
        </w:tc>
        <w:tc>
          <w:tcPr>
            <w:tcW w:w="0" w:type="auto"/>
            <w:hideMark/>
          </w:tcPr>
          <w:p w14:paraId="3ECBFA3E" w14:textId="77777777" w:rsidR="00213C67" w:rsidRPr="00213C67" w:rsidRDefault="00213C67" w:rsidP="00213C67">
            <w:pPr>
              <w:pStyle w:val="NoSpacing"/>
              <w:rPr>
                <w:rFonts w:ascii="Helvetica" w:hAnsi="Helvetica"/>
                <w:lang w:eastAsia="zh-CN"/>
              </w:rPr>
            </w:pPr>
            <w:r w:rsidRPr="00213C67">
              <w:rPr>
                <w:rFonts w:ascii="Helvetica" w:hAnsi="Helvetica"/>
                <w:lang w:eastAsia="zh-CN"/>
              </w:rPr>
              <w:t>DMGC</w:t>
            </w:r>
          </w:p>
        </w:tc>
        <w:tc>
          <w:tcPr>
            <w:tcW w:w="0" w:type="auto"/>
            <w:hideMark/>
          </w:tcPr>
          <w:p w14:paraId="324BEFFF" w14:textId="77777777" w:rsidR="00213C67" w:rsidRPr="00213C67" w:rsidRDefault="00213C67" w:rsidP="00213C67">
            <w:pPr>
              <w:pStyle w:val="NoSpacing"/>
              <w:rPr>
                <w:rFonts w:ascii="Helvetica" w:hAnsi="Helvetica"/>
                <w:lang w:eastAsia="zh-CN"/>
              </w:rPr>
            </w:pPr>
            <w:r w:rsidRPr="00213C67">
              <w:rPr>
                <w:rFonts w:ascii="Helvetica" w:hAnsi="Helvetica"/>
                <w:lang w:eastAsia="zh-CN"/>
              </w:rPr>
              <w:t>0.199</w:t>
            </w:r>
          </w:p>
        </w:tc>
        <w:tc>
          <w:tcPr>
            <w:tcW w:w="0" w:type="auto"/>
            <w:hideMark/>
          </w:tcPr>
          <w:p w14:paraId="2642CA74" w14:textId="77777777" w:rsidR="00213C67" w:rsidRPr="00213C67" w:rsidRDefault="00213C67" w:rsidP="00213C67">
            <w:pPr>
              <w:pStyle w:val="NoSpacing"/>
              <w:rPr>
                <w:rFonts w:ascii="Helvetica" w:hAnsi="Helvetica"/>
                <w:lang w:eastAsia="zh-CN"/>
              </w:rPr>
            </w:pPr>
            <w:r w:rsidRPr="00213C67">
              <w:rPr>
                <w:rFonts w:ascii="Helvetica" w:hAnsi="Helvetica"/>
                <w:lang w:eastAsia="zh-CN"/>
              </w:rPr>
              <w:t>Medium</w:t>
            </w:r>
          </w:p>
        </w:tc>
      </w:tr>
      <w:tr w:rsidR="00213C67" w:rsidRPr="00213C67" w14:paraId="041065AB" w14:textId="77777777" w:rsidTr="00213C67">
        <w:trPr>
          <w:trHeight w:val="273"/>
        </w:trPr>
        <w:tc>
          <w:tcPr>
            <w:tcW w:w="0" w:type="auto"/>
            <w:hideMark/>
          </w:tcPr>
          <w:p w14:paraId="7C72122E" w14:textId="77777777" w:rsidR="00213C67" w:rsidRPr="00213C67" w:rsidRDefault="00213C67" w:rsidP="00213C67">
            <w:pPr>
              <w:pStyle w:val="NoSpacing"/>
              <w:rPr>
                <w:rFonts w:ascii="Helvetica" w:hAnsi="Helvetica"/>
                <w:lang w:eastAsia="zh-CN"/>
              </w:rPr>
            </w:pPr>
            <w:r w:rsidRPr="00213C67">
              <w:rPr>
                <w:rFonts w:ascii="Helvetica" w:hAnsi="Helvetica"/>
                <w:lang w:eastAsia="zh-CN"/>
              </w:rPr>
              <w:t>PBSE</w:t>
            </w:r>
          </w:p>
        </w:tc>
        <w:tc>
          <w:tcPr>
            <w:tcW w:w="0" w:type="auto"/>
            <w:hideMark/>
          </w:tcPr>
          <w:p w14:paraId="3F305956" w14:textId="77777777" w:rsidR="00213C67" w:rsidRPr="00213C67" w:rsidRDefault="00213C67" w:rsidP="00213C67">
            <w:pPr>
              <w:pStyle w:val="NoSpacing"/>
              <w:rPr>
                <w:rFonts w:ascii="Helvetica" w:hAnsi="Helvetica"/>
                <w:lang w:eastAsia="zh-CN"/>
              </w:rPr>
            </w:pPr>
            <w:r w:rsidRPr="00213C67">
              <w:rPr>
                <w:rFonts w:ascii="Helvetica" w:hAnsi="Helvetica"/>
                <w:lang w:eastAsia="zh-CN"/>
              </w:rPr>
              <w:t>SIPA</w:t>
            </w:r>
          </w:p>
        </w:tc>
        <w:tc>
          <w:tcPr>
            <w:tcW w:w="0" w:type="auto"/>
            <w:hideMark/>
          </w:tcPr>
          <w:p w14:paraId="3CDFFE00" w14:textId="77777777" w:rsidR="00213C67" w:rsidRPr="00213C67" w:rsidRDefault="00213C67" w:rsidP="00213C67">
            <w:pPr>
              <w:pStyle w:val="NoSpacing"/>
              <w:rPr>
                <w:rFonts w:ascii="Helvetica" w:hAnsi="Helvetica"/>
                <w:lang w:eastAsia="zh-CN"/>
              </w:rPr>
            </w:pPr>
            <w:r w:rsidRPr="00213C67">
              <w:rPr>
                <w:rFonts w:ascii="Helvetica" w:hAnsi="Helvetica"/>
                <w:lang w:eastAsia="zh-CN"/>
              </w:rPr>
              <w:t>0.143</w:t>
            </w:r>
          </w:p>
        </w:tc>
        <w:tc>
          <w:tcPr>
            <w:tcW w:w="0" w:type="auto"/>
            <w:hideMark/>
          </w:tcPr>
          <w:p w14:paraId="782023F5" w14:textId="77777777" w:rsidR="00213C67" w:rsidRPr="00213C67" w:rsidRDefault="00213C67" w:rsidP="00213C67">
            <w:pPr>
              <w:pStyle w:val="NoSpacing"/>
              <w:rPr>
                <w:rFonts w:ascii="Helvetica" w:hAnsi="Helvetica"/>
                <w:lang w:eastAsia="zh-CN"/>
              </w:rPr>
            </w:pPr>
            <w:r w:rsidRPr="00213C67">
              <w:rPr>
                <w:rFonts w:ascii="Helvetica" w:hAnsi="Helvetica"/>
                <w:lang w:eastAsia="zh-CN"/>
              </w:rPr>
              <w:t>Small</w:t>
            </w:r>
          </w:p>
        </w:tc>
      </w:tr>
      <w:tr w:rsidR="00213C67" w:rsidRPr="00213C67" w14:paraId="579DF41B" w14:textId="77777777" w:rsidTr="00213C67">
        <w:trPr>
          <w:trHeight w:val="273"/>
        </w:trPr>
        <w:tc>
          <w:tcPr>
            <w:tcW w:w="0" w:type="auto"/>
            <w:hideMark/>
          </w:tcPr>
          <w:p w14:paraId="041907BF" w14:textId="77777777" w:rsidR="00213C67" w:rsidRPr="00213C67" w:rsidRDefault="00213C67" w:rsidP="00213C67">
            <w:pPr>
              <w:pStyle w:val="NoSpacing"/>
              <w:rPr>
                <w:rFonts w:ascii="Helvetica" w:hAnsi="Helvetica"/>
                <w:lang w:eastAsia="zh-CN"/>
              </w:rPr>
            </w:pPr>
            <w:r w:rsidRPr="00213C67">
              <w:rPr>
                <w:rFonts w:ascii="Helvetica" w:hAnsi="Helvetica"/>
                <w:lang w:eastAsia="zh-CN"/>
              </w:rPr>
              <w:t>PTQ</w:t>
            </w:r>
          </w:p>
        </w:tc>
        <w:tc>
          <w:tcPr>
            <w:tcW w:w="0" w:type="auto"/>
            <w:hideMark/>
          </w:tcPr>
          <w:p w14:paraId="4F4AEDD2" w14:textId="77777777" w:rsidR="00213C67" w:rsidRPr="00213C67" w:rsidRDefault="00213C67" w:rsidP="00213C67">
            <w:pPr>
              <w:pStyle w:val="NoSpacing"/>
              <w:rPr>
                <w:rFonts w:ascii="Helvetica" w:hAnsi="Helvetica"/>
                <w:lang w:eastAsia="zh-CN"/>
              </w:rPr>
            </w:pPr>
            <w:r w:rsidRPr="00213C67">
              <w:rPr>
                <w:rFonts w:ascii="Helvetica" w:hAnsi="Helvetica"/>
                <w:lang w:eastAsia="zh-CN"/>
              </w:rPr>
              <w:t>SIPA</w:t>
            </w:r>
          </w:p>
        </w:tc>
        <w:tc>
          <w:tcPr>
            <w:tcW w:w="0" w:type="auto"/>
            <w:hideMark/>
          </w:tcPr>
          <w:p w14:paraId="08927D6A" w14:textId="77777777" w:rsidR="00213C67" w:rsidRPr="00213C67" w:rsidRDefault="00213C67" w:rsidP="00213C67">
            <w:pPr>
              <w:pStyle w:val="NoSpacing"/>
              <w:rPr>
                <w:rFonts w:ascii="Helvetica" w:hAnsi="Helvetica"/>
                <w:lang w:eastAsia="zh-CN"/>
              </w:rPr>
            </w:pPr>
            <w:r w:rsidRPr="00213C67">
              <w:rPr>
                <w:rFonts w:ascii="Helvetica" w:hAnsi="Helvetica"/>
                <w:lang w:eastAsia="zh-CN"/>
              </w:rPr>
              <w:t>0.147</w:t>
            </w:r>
          </w:p>
        </w:tc>
        <w:tc>
          <w:tcPr>
            <w:tcW w:w="0" w:type="auto"/>
            <w:hideMark/>
          </w:tcPr>
          <w:p w14:paraId="76E2031A" w14:textId="77777777" w:rsidR="00213C67" w:rsidRPr="00213C67" w:rsidRDefault="00213C67" w:rsidP="00213C67">
            <w:pPr>
              <w:pStyle w:val="NoSpacing"/>
              <w:rPr>
                <w:rFonts w:ascii="Helvetica" w:hAnsi="Helvetica"/>
                <w:lang w:eastAsia="zh-CN"/>
              </w:rPr>
            </w:pPr>
            <w:r w:rsidRPr="00213C67">
              <w:rPr>
                <w:rFonts w:ascii="Helvetica" w:hAnsi="Helvetica"/>
                <w:lang w:eastAsia="zh-CN"/>
              </w:rPr>
              <w:t>Small</w:t>
            </w:r>
          </w:p>
        </w:tc>
      </w:tr>
      <w:tr w:rsidR="00213C67" w:rsidRPr="00213C67" w14:paraId="2813CEB9" w14:textId="77777777" w:rsidTr="00213C67">
        <w:trPr>
          <w:trHeight w:val="263"/>
        </w:trPr>
        <w:tc>
          <w:tcPr>
            <w:tcW w:w="0" w:type="auto"/>
            <w:hideMark/>
          </w:tcPr>
          <w:p w14:paraId="61AA8CCB" w14:textId="77777777" w:rsidR="00213C67" w:rsidRPr="00213C67" w:rsidRDefault="00213C67" w:rsidP="00213C67">
            <w:pPr>
              <w:pStyle w:val="NoSpacing"/>
              <w:rPr>
                <w:rFonts w:ascii="Helvetica" w:hAnsi="Helvetica"/>
                <w:lang w:eastAsia="zh-CN"/>
              </w:rPr>
            </w:pPr>
            <w:r w:rsidRPr="00213C67">
              <w:rPr>
                <w:rFonts w:ascii="Helvetica" w:hAnsi="Helvetica"/>
                <w:lang w:eastAsia="zh-CN"/>
              </w:rPr>
              <w:t>PTQ</w:t>
            </w:r>
          </w:p>
        </w:tc>
        <w:tc>
          <w:tcPr>
            <w:tcW w:w="0" w:type="auto"/>
            <w:hideMark/>
          </w:tcPr>
          <w:p w14:paraId="66E8318B" w14:textId="77777777" w:rsidR="00213C67" w:rsidRPr="00213C67" w:rsidRDefault="00213C67" w:rsidP="00213C67">
            <w:pPr>
              <w:pStyle w:val="NoSpacing"/>
              <w:rPr>
                <w:rFonts w:ascii="Helvetica" w:hAnsi="Helvetica"/>
                <w:lang w:eastAsia="zh-CN"/>
              </w:rPr>
            </w:pPr>
            <w:r w:rsidRPr="00213C67">
              <w:rPr>
                <w:rFonts w:ascii="Helvetica" w:hAnsi="Helvetica"/>
                <w:lang w:eastAsia="zh-CN"/>
              </w:rPr>
              <w:t>DMGC</w:t>
            </w:r>
          </w:p>
        </w:tc>
        <w:tc>
          <w:tcPr>
            <w:tcW w:w="0" w:type="auto"/>
            <w:hideMark/>
          </w:tcPr>
          <w:p w14:paraId="74C18D9D" w14:textId="77777777" w:rsidR="00213C67" w:rsidRPr="00213C67" w:rsidRDefault="00213C67" w:rsidP="00213C67">
            <w:pPr>
              <w:pStyle w:val="NoSpacing"/>
              <w:rPr>
                <w:rFonts w:ascii="Helvetica" w:hAnsi="Helvetica"/>
                <w:lang w:eastAsia="zh-CN"/>
              </w:rPr>
            </w:pPr>
            <w:r w:rsidRPr="00213C67">
              <w:rPr>
                <w:rFonts w:ascii="Helvetica" w:hAnsi="Helvetica"/>
                <w:lang w:eastAsia="zh-CN"/>
              </w:rPr>
              <w:t>0.100</w:t>
            </w:r>
          </w:p>
        </w:tc>
        <w:tc>
          <w:tcPr>
            <w:tcW w:w="0" w:type="auto"/>
            <w:hideMark/>
          </w:tcPr>
          <w:p w14:paraId="4062C45C" w14:textId="77777777" w:rsidR="00213C67" w:rsidRPr="00213C67" w:rsidRDefault="00213C67" w:rsidP="00213C67">
            <w:pPr>
              <w:pStyle w:val="NoSpacing"/>
              <w:rPr>
                <w:rFonts w:ascii="Helvetica" w:hAnsi="Helvetica"/>
                <w:lang w:eastAsia="zh-CN"/>
              </w:rPr>
            </w:pPr>
            <w:r w:rsidRPr="00213C67">
              <w:rPr>
                <w:rFonts w:ascii="Helvetica" w:hAnsi="Helvetica"/>
                <w:lang w:eastAsia="zh-CN"/>
              </w:rPr>
              <w:t>Small</w:t>
            </w:r>
          </w:p>
        </w:tc>
      </w:tr>
      <w:tr w:rsidR="00213C67" w:rsidRPr="00213C67" w14:paraId="1ECFA6B3" w14:textId="77777777" w:rsidTr="00213C67">
        <w:trPr>
          <w:trHeight w:val="273"/>
        </w:trPr>
        <w:tc>
          <w:tcPr>
            <w:tcW w:w="0" w:type="auto"/>
            <w:hideMark/>
          </w:tcPr>
          <w:p w14:paraId="1AEE45C2" w14:textId="77777777" w:rsidR="00213C67" w:rsidRPr="00213C67" w:rsidRDefault="00213C67" w:rsidP="00213C67">
            <w:pPr>
              <w:pStyle w:val="NoSpacing"/>
              <w:rPr>
                <w:rFonts w:ascii="Helvetica" w:hAnsi="Helvetica"/>
                <w:lang w:eastAsia="zh-CN"/>
              </w:rPr>
            </w:pPr>
            <w:r w:rsidRPr="00213C67">
              <w:rPr>
                <w:rFonts w:ascii="Helvetica" w:hAnsi="Helvetica"/>
                <w:lang w:eastAsia="zh-CN"/>
              </w:rPr>
              <w:t>PTQ</w:t>
            </w:r>
          </w:p>
        </w:tc>
        <w:tc>
          <w:tcPr>
            <w:tcW w:w="0" w:type="auto"/>
            <w:hideMark/>
          </w:tcPr>
          <w:p w14:paraId="41F6DFF2" w14:textId="77777777" w:rsidR="00213C67" w:rsidRPr="00213C67" w:rsidRDefault="00213C67" w:rsidP="00213C67">
            <w:pPr>
              <w:pStyle w:val="NoSpacing"/>
              <w:rPr>
                <w:rFonts w:ascii="Helvetica" w:hAnsi="Helvetica"/>
                <w:lang w:eastAsia="zh-CN"/>
              </w:rPr>
            </w:pPr>
            <w:r w:rsidRPr="00213C67">
              <w:rPr>
                <w:rFonts w:ascii="Helvetica" w:hAnsi="Helvetica"/>
                <w:lang w:eastAsia="zh-CN"/>
              </w:rPr>
              <w:t>PBSE</w:t>
            </w:r>
          </w:p>
        </w:tc>
        <w:tc>
          <w:tcPr>
            <w:tcW w:w="0" w:type="auto"/>
            <w:hideMark/>
          </w:tcPr>
          <w:p w14:paraId="36FA10CB" w14:textId="77777777" w:rsidR="00213C67" w:rsidRPr="00213C67" w:rsidRDefault="00213C67" w:rsidP="00213C67">
            <w:pPr>
              <w:pStyle w:val="NoSpacing"/>
              <w:rPr>
                <w:rFonts w:ascii="Helvetica" w:hAnsi="Helvetica"/>
                <w:lang w:eastAsia="zh-CN"/>
              </w:rPr>
            </w:pPr>
            <w:r w:rsidRPr="00213C67">
              <w:rPr>
                <w:rFonts w:ascii="Helvetica" w:hAnsi="Helvetica"/>
                <w:lang w:eastAsia="zh-CN"/>
              </w:rPr>
              <w:t>0.078</w:t>
            </w:r>
          </w:p>
        </w:tc>
        <w:tc>
          <w:tcPr>
            <w:tcW w:w="0" w:type="auto"/>
            <w:hideMark/>
          </w:tcPr>
          <w:p w14:paraId="32631955" w14:textId="77777777" w:rsidR="00213C67" w:rsidRPr="00213C67" w:rsidRDefault="00213C67" w:rsidP="00213C67">
            <w:pPr>
              <w:pStyle w:val="NoSpacing"/>
              <w:rPr>
                <w:rFonts w:ascii="Helvetica" w:hAnsi="Helvetica"/>
                <w:lang w:eastAsia="zh-CN"/>
              </w:rPr>
            </w:pPr>
            <w:r w:rsidRPr="00213C67">
              <w:rPr>
                <w:rFonts w:ascii="Helvetica" w:hAnsi="Helvetica"/>
                <w:lang w:eastAsia="zh-CN"/>
              </w:rPr>
              <w:t>Small</w:t>
            </w:r>
          </w:p>
        </w:tc>
      </w:tr>
    </w:tbl>
    <w:p w14:paraId="1743C865" w14:textId="3E29FFD2" w:rsidR="00D3640A" w:rsidRPr="00892051" w:rsidRDefault="007733E2" w:rsidP="00151AED">
      <w:pPr>
        <w:pStyle w:val="NoSpacing"/>
        <w:rPr>
          <w:rFonts w:ascii="Helvetica" w:hAnsi="Helvetica" w:cs="Times New Roman"/>
          <w:sz w:val="18"/>
          <w:szCs w:val="18"/>
        </w:rPr>
      </w:pPr>
      <w:r w:rsidRPr="00892051">
        <w:rPr>
          <w:rFonts w:ascii="Helvetica" w:hAnsi="Helvetica" w:cs="Times New Roman"/>
          <w:sz w:val="18"/>
          <w:szCs w:val="18"/>
        </w:rPr>
        <w:t>Note. Structural VIF values were calculated separately for the PBSE and PTQ equations. Cohen’s f² values describe the incremental contribution of each predictor to the corresponding endogenous construct. Source: Authors’ calculations based on the structural analysis.</w:t>
      </w:r>
    </w:p>
    <w:p w14:paraId="20F554C1" w14:textId="77777777" w:rsidR="007733E2" w:rsidRPr="00892051" w:rsidRDefault="007733E2" w:rsidP="00151AED">
      <w:pPr>
        <w:pStyle w:val="NoSpacing"/>
        <w:rPr>
          <w:rFonts w:ascii="Helvetica" w:hAnsi="Helvetica" w:cs="Times New Roman"/>
          <w:sz w:val="18"/>
          <w:szCs w:val="18"/>
        </w:rPr>
      </w:pPr>
    </w:p>
    <w:p w14:paraId="1DEDBC9F" w14:textId="0138E941" w:rsidR="00D3640A" w:rsidRPr="00892051" w:rsidRDefault="00000000" w:rsidP="00151AED">
      <w:pPr>
        <w:pStyle w:val="NoSpacing"/>
        <w:rPr>
          <w:rFonts w:ascii="Helvetica" w:hAnsi="Helvetica" w:cs="Times New Roman"/>
          <w:sz w:val="18"/>
          <w:szCs w:val="18"/>
        </w:rPr>
      </w:pPr>
      <w:r w:rsidRPr="00892051">
        <w:rPr>
          <w:rFonts w:ascii="Helvetica" w:hAnsi="Helvetica" w:cs="Times New Roman"/>
          <w:sz w:val="18"/>
          <w:szCs w:val="18"/>
        </w:rPr>
        <w:t>Table S5. Robustness and sensitivity analyses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1148"/>
        <w:gridCol w:w="1606"/>
        <w:gridCol w:w="1206"/>
        <w:gridCol w:w="2007"/>
        <w:gridCol w:w="1606"/>
      </w:tblGrid>
      <w:tr w:rsidR="00D3640A" w:rsidRPr="00892051" w14:paraId="279C5DA8" w14:textId="77777777" w:rsidTr="0046133D">
        <w:tc>
          <w:tcPr>
            <w:tcW w:w="2065" w:type="dxa"/>
          </w:tcPr>
          <w:p w14:paraId="4469E4EC" w14:textId="77777777" w:rsidR="00D3640A" w:rsidRPr="00892051" w:rsidRDefault="00000000" w:rsidP="00151AED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Specification</w:t>
            </w:r>
          </w:p>
        </w:tc>
        <w:tc>
          <w:tcPr>
            <w:tcW w:w="1148" w:type="dxa"/>
          </w:tcPr>
          <w:p w14:paraId="2D7FFE50" w14:textId="77777777" w:rsidR="00D3640A" w:rsidRPr="00892051" w:rsidRDefault="00000000" w:rsidP="00BC6FAE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N</w:t>
            </w:r>
          </w:p>
        </w:tc>
        <w:tc>
          <w:tcPr>
            <w:tcW w:w="1606" w:type="dxa"/>
          </w:tcPr>
          <w:p w14:paraId="224C0EF8" w14:textId="77777777" w:rsidR="00D3640A" w:rsidRPr="00892051" w:rsidRDefault="00000000" w:rsidP="00BC6FAE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Indirect B</w:t>
            </w:r>
          </w:p>
        </w:tc>
        <w:tc>
          <w:tcPr>
            <w:tcW w:w="1206" w:type="dxa"/>
          </w:tcPr>
          <w:p w14:paraId="5AE6F3A5" w14:textId="77777777" w:rsidR="00D3640A" w:rsidRPr="00892051" w:rsidRDefault="00000000" w:rsidP="00BC6FAE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Bootstrap SE</w:t>
            </w:r>
          </w:p>
        </w:tc>
        <w:tc>
          <w:tcPr>
            <w:tcW w:w="2007" w:type="dxa"/>
          </w:tcPr>
          <w:p w14:paraId="691DD994" w14:textId="77777777" w:rsidR="00D3640A" w:rsidRPr="00892051" w:rsidRDefault="00000000" w:rsidP="00BC6FAE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95% CI for indirect effect</w:t>
            </w:r>
          </w:p>
        </w:tc>
        <w:tc>
          <w:tcPr>
            <w:tcW w:w="1606" w:type="dxa"/>
          </w:tcPr>
          <w:p w14:paraId="3930FE66" w14:textId="77777777" w:rsidR="00D3640A" w:rsidRPr="00892051" w:rsidRDefault="00000000" w:rsidP="00BC6FAE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Direct B</w:t>
            </w:r>
          </w:p>
        </w:tc>
      </w:tr>
      <w:tr w:rsidR="00D3640A" w:rsidRPr="00892051" w14:paraId="027420CE" w14:textId="77777777" w:rsidTr="0046133D">
        <w:tc>
          <w:tcPr>
            <w:tcW w:w="2065" w:type="dxa"/>
          </w:tcPr>
          <w:p w14:paraId="34C1BE43" w14:textId="77777777" w:rsidR="00D3640A" w:rsidRPr="00892051" w:rsidRDefault="00000000" w:rsidP="00151AED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Primary model</w:t>
            </w:r>
          </w:p>
        </w:tc>
        <w:tc>
          <w:tcPr>
            <w:tcW w:w="1148" w:type="dxa"/>
          </w:tcPr>
          <w:p w14:paraId="07ACEE14" w14:textId="77777777" w:rsidR="00D3640A" w:rsidRPr="00892051" w:rsidRDefault="00000000" w:rsidP="00BC6FAE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184</w:t>
            </w:r>
          </w:p>
        </w:tc>
        <w:tc>
          <w:tcPr>
            <w:tcW w:w="1606" w:type="dxa"/>
          </w:tcPr>
          <w:p w14:paraId="103631A9" w14:textId="77777777" w:rsidR="00D3640A" w:rsidRPr="00892051" w:rsidRDefault="00000000" w:rsidP="00BC6FAE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0.145</w:t>
            </w:r>
          </w:p>
        </w:tc>
        <w:tc>
          <w:tcPr>
            <w:tcW w:w="1206" w:type="dxa"/>
          </w:tcPr>
          <w:p w14:paraId="0A1BE34F" w14:textId="77777777" w:rsidR="00D3640A" w:rsidRPr="00892051" w:rsidRDefault="00000000" w:rsidP="00BC6FAE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0.058</w:t>
            </w:r>
          </w:p>
        </w:tc>
        <w:tc>
          <w:tcPr>
            <w:tcW w:w="2007" w:type="dxa"/>
          </w:tcPr>
          <w:p w14:paraId="6AEC090A" w14:textId="77777777" w:rsidR="00D3640A" w:rsidRPr="00892051" w:rsidRDefault="00000000" w:rsidP="00BC6FAE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[0.054, 0.279]</w:t>
            </w:r>
          </w:p>
        </w:tc>
        <w:tc>
          <w:tcPr>
            <w:tcW w:w="1606" w:type="dxa"/>
          </w:tcPr>
          <w:p w14:paraId="7C23BF70" w14:textId="77777777" w:rsidR="00D3640A" w:rsidRPr="00892051" w:rsidRDefault="00000000" w:rsidP="00BC6FAE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0.404</w:t>
            </w:r>
          </w:p>
        </w:tc>
      </w:tr>
      <w:tr w:rsidR="00D3640A" w:rsidRPr="00892051" w14:paraId="65EA30EC" w14:textId="77777777" w:rsidTr="0046133D">
        <w:tc>
          <w:tcPr>
            <w:tcW w:w="2065" w:type="dxa"/>
          </w:tcPr>
          <w:p w14:paraId="3C1B2EB7" w14:textId="77777777" w:rsidR="00D3640A" w:rsidRPr="00892051" w:rsidRDefault="00000000" w:rsidP="00151AED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Q42 excluded</w:t>
            </w:r>
          </w:p>
        </w:tc>
        <w:tc>
          <w:tcPr>
            <w:tcW w:w="1148" w:type="dxa"/>
          </w:tcPr>
          <w:p w14:paraId="79DBFEF1" w14:textId="77777777" w:rsidR="00D3640A" w:rsidRPr="00892051" w:rsidRDefault="00000000" w:rsidP="00BC6FAE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184</w:t>
            </w:r>
          </w:p>
        </w:tc>
        <w:tc>
          <w:tcPr>
            <w:tcW w:w="1606" w:type="dxa"/>
          </w:tcPr>
          <w:p w14:paraId="07D059F1" w14:textId="77777777" w:rsidR="00D3640A" w:rsidRPr="00892051" w:rsidRDefault="00000000" w:rsidP="00BC6FAE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0.133</w:t>
            </w:r>
          </w:p>
        </w:tc>
        <w:tc>
          <w:tcPr>
            <w:tcW w:w="1206" w:type="dxa"/>
          </w:tcPr>
          <w:p w14:paraId="5F1725BA" w14:textId="77777777" w:rsidR="00D3640A" w:rsidRPr="00892051" w:rsidRDefault="00000000" w:rsidP="00BC6FAE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0.057</w:t>
            </w:r>
          </w:p>
        </w:tc>
        <w:tc>
          <w:tcPr>
            <w:tcW w:w="2007" w:type="dxa"/>
          </w:tcPr>
          <w:p w14:paraId="160F2CBC" w14:textId="77777777" w:rsidR="00D3640A" w:rsidRPr="00892051" w:rsidRDefault="00000000" w:rsidP="00BC6FAE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[0.046, 0.263]</w:t>
            </w:r>
          </w:p>
        </w:tc>
        <w:tc>
          <w:tcPr>
            <w:tcW w:w="1606" w:type="dxa"/>
          </w:tcPr>
          <w:p w14:paraId="5F33EBCE" w14:textId="77777777" w:rsidR="00D3640A" w:rsidRPr="00892051" w:rsidRDefault="00000000" w:rsidP="00BC6FAE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0.416</w:t>
            </w:r>
          </w:p>
        </w:tc>
      </w:tr>
      <w:tr w:rsidR="00D3640A" w:rsidRPr="00892051" w14:paraId="4E9524AF" w14:textId="77777777" w:rsidTr="0046133D">
        <w:tc>
          <w:tcPr>
            <w:tcW w:w="2065" w:type="dxa"/>
          </w:tcPr>
          <w:p w14:paraId="6463CDEF" w14:textId="77777777" w:rsidR="00D3640A" w:rsidRPr="00892051" w:rsidRDefault="00000000" w:rsidP="00151AED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Influential cases excluded</w:t>
            </w:r>
          </w:p>
        </w:tc>
        <w:tc>
          <w:tcPr>
            <w:tcW w:w="1148" w:type="dxa"/>
          </w:tcPr>
          <w:p w14:paraId="63E041DC" w14:textId="77777777" w:rsidR="00D3640A" w:rsidRPr="00892051" w:rsidRDefault="00000000" w:rsidP="00BC6FAE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177</w:t>
            </w:r>
          </w:p>
        </w:tc>
        <w:tc>
          <w:tcPr>
            <w:tcW w:w="1606" w:type="dxa"/>
          </w:tcPr>
          <w:p w14:paraId="2D4B6E50" w14:textId="77777777" w:rsidR="00D3640A" w:rsidRPr="00892051" w:rsidRDefault="00000000" w:rsidP="00BC6FAE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0.151</w:t>
            </w:r>
          </w:p>
        </w:tc>
        <w:tc>
          <w:tcPr>
            <w:tcW w:w="1206" w:type="dxa"/>
          </w:tcPr>
          <w:p w14:paraId="41D3C14A" w14:textId="77777777" w:rsidR="00D3640A" w:rsidRPr="00892051" w:rsidRDefault="00000000" w:rsidP="00BC6FAE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0.057</w:t>
            </w:r>
          </w:p>
        </w:tc>
        <w:tc>
          <w:tcPr>
            <w:tcW w:w="2007" w:type="dxa"/>
          </w:tcPr>
          <w:p w14:paraId="73AAFFA2" w14:textId="77777777" w:rsidR="00D3640A" w:rsidRPr="00892051" w:rsidRDefault="00000000" w:rsidP="00BC6FAE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[0.061, 0.283]</w:t>
            </w:r>
          </w:p>
        </w:tc>
        <w:tc>
          <w:tcPr>
            <w:tcW w:w="1606" w:type="dxa"/>
          </w:tcPr>
          <w:p w14:paraId="021DDC32" w14:textId="77777777" w:rsidR="00D3640A" w:rsidRPr="00892051" w:rsidRDefault="00000000" w:rsidP="00BC6FAE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0.332</w:t>
            </w:r>
          </w:p>
        </w:tc>
      </w:tr>
    </w:tbl>
    <w:p w14:paraId="5AFE8EC8" w14:textId="22EAD090" w:rsidR="00D3640A" w:rsidRPr="00892051" w:rsidRDefault="00000000" w:rsidP="00151AED">
      <w:pPr>
        <w:pStyle w:val="NoSpacing"/>
        <w:rPr>
          <w:rFonts w:ascii="Helvetica" w:hAnsi="Helvetica" w:cs="Times New Roman"/>
          <w:sz w:val="18"/>
          <w:szCs w:val="18"/>
        </w:rPr>
      </w:pPr>
      <w:r w:rsidRPr="00892051">
        <w:rPr>
          <w:rFonts w:ascii="Helvetica" w:hAnsi="Helvetica" w:cs="Times New Roman"/>
          <w:sz w:val="18"/>
          <w:szCs w:val="18"/>
        </w:rPr>
        <w:t>HC3 robustness for the primary structural paths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7"/>
        <w:gridCol w:w="1607"/>
        <w:gridCol w:w="1606"/>
        <w:gridCol w:w="1606"/>
        <w:gridCol w:w="1606"/>
        <w:gridCol w:w="1606"/>
      </w:tblGrid>
      <w:tr w:rsidR="00D3640A" w:rsidRPr="00892051" w14:paraId="7A0B1E1E" w14:textId="77777777" w:rsidTr="0046133D">
        <w:tc>
          <w:tcPr>
            <w:tcW w:w="1607" w:type="dxa"/>
          </w:tcPr>
          <w:p w14:paraId="72B87528" w14:textId="77777777" w:rsidR="00D3640A" w:rsidRPr="00892051" w:rsidRDefault="00000000" w:rsidP="00151AED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Path</w:t>
            </w:r>
          </w:p>
        </w:tc>
        <w:tc>
          <w:tcPr>
            <w:tcW w:w="1607" w:type="dxa"/>
          </w:tcPr>
          <w:p w14:paraId="29736BF4" w14:textId="77777777" w:rsidR="00D3640A" w:rsidRPr="00892051" w:rsidRDefault="00000000" w:rsidP="0046133D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B</w:t>
            </w:r>
          </w:p>
        </w:tc>
        <w:tc>
          <w:tcPr>
            <w:tcW w:w="1606" w:type="dxa"/>
          </w:tcPr>
          <w:p w14:paraId="4C01432F" w14:textId="77777777" w:rsidR="00D3640A" w:rsidRPr="00892051" w:rsidRDefault="00000000" w:rsidP="0046133D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β</w:t>
            </w:r>
          </w:p>
        </w:tc>
        <w:tc>
          <w:tcPr>
            <w:tcW w:w="1606" w:type="dxa"/>
          </w:tcPr>
          <w:p w14:paraId="677B5037" w14:textId="77777777" w:rsidR="00D3640A" w:rsidRPr="00892051" w:rsidRDefault="00000000" w:rsidP="0046133D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HC3 SE</w:t>
            </w:r>
          </w:p>
        </w:tc>
        <w:tc>
          <w:tcPr>
            <w:tcW w:w="1606" w:type="dxa"/>
          </w:tcPr>
          <w:p w14:paraId="00C14EA3" w14:textId="77777777" w:rsidR="00D3640A" w:rsidRPr="00892051" w:rsidRDefault="00000000" w:rsidP="0046133D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p</w:t>
            </w:r>
          </w:p>
        </w:tc>
        <w:tc>
          <w:tcPr>
            <w:tcW w:w="1606" w:type="dxa"/>
          </w:tcPr>
          <w:p w14:paraId="12F271F9" w14:textId="77777777" w:rsidR="00D3640A" w:rsidRPr="00892051" w:rsidRDefault="00000000" w:rsidP="0046133D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95% CI</w:t>
            </w:r>
          </w:p>
        </w:tc>
      </w:tr>
      <w:tr w:rsidR="00D3640A" w:rsidRPr="00892051" w14:paraId="117D8DA5" w14:textId="77777777" w:rsidTr="0046133D">
        <w:tc>
          <w:tcPr>
            <w:tcW w:w="1607" w:type="dxa"/>
          </w:tcPr>
          <w:p w14:paraId="178F673D" w14:textId="77777777" w:rsidR="00D3640A" w:rsidRPr="00892051" w:rsidRDefault="00000000" w:rsidP="00151AED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DMGC to PBSE</w:t>
            </w:r>
          </w:p>
        </w:tc>
        <w:tc>
          <w:tcPr>
            <w:tcW w:w="1607" w:type="dxa"/>
          </w:tcPr>
          <w:p w14:paraId="73785477" w14:textId="77777777" w:rsidR="00D3640A" w:rsidRPr="00892051" w:rsidRDefault="00000000" w:rsidP="0046133D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0.497</w:t>
            </w:r>
          </w:p>
        </w:tc>
        <w:tc>
          <w:tcPr>
            <w:tcW w:w="1606" w:type="dxa"/>
          </w:tcPr>
          <w:p w14:paraId="6A4D5A1B" w14:textId="77777777" w:rsidR="00D3640A" w:rsidRPr="00892051" w:rsidRDefault="00000000" w:rsidP="0046133D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0.412</w:t>
            </w:r>
          </w:p>
        </w:tc>
        <w:tc>
          <w:tcPr>
            <w:tcW w:w="1606" w:type="dxa"/>
          </w:tcPr>
          <w:p w14:paraId="3486A7D5" w14:textId="77777777" w:rsidR="00D3640A" w:rsidRPr="00892051" w:rsidRDefault="00000000" w:rsidP="0046133D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0.100</w:t>
            </w:r>
          </w:p>
        </w:tc>
        <w:tc>
          <w:tcPr>
            <w:tcW w:w="1606" w:type="dxa"/>
          </w:tcPr>
          <w:p w14:paraId="2CE1710B" w14:textId="77777777" w:rsidR="00D3640A" w:rsidRPr="00892051" w:rsidRDefault="00000000" w:rsidP="0046133D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&lt; .001</w:t>
            </w:r>
          </w:p>
        </w:tc>
        <w:tc>
          <w:tcPr>
            <w:tcW w:w="1606" w:type="dxa"/>
          </w:tcPr>
          <w:p w14:paraId="5FBA8497" w14:textId="77777777" w:rsidR="00D3640A" w:rsidRPr="00892051" w:rsidRDefault="00000000" w:rsidP="0046133D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[0.300, 0.695]</w:t>
            </w:r>
          </w:p>
        </w:tc>
      </w:tr>
      <w:tr w:rsidR="00D3640A" w:rsidRPr="00892051" w14:paraId="71B0091E" w14:textId="77777777" w:rsidTr="0046133D">
        <w:tc>
          <w:tcPr>
            <w:tcW w:w="1607" w:type="dxa"/>
          </w:tcPr>
          <w:p w14:paraId="18AF9EED" w14:textId="77777777" w:rsidR="00D3640A" w:rsidRPr="00892051" w:rsidRDefault="00000000" w:rsidP="00151AED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SIPA to PBSE</w:t>
            </w:r>
          </w:p>
        </w:tc>
        <w:tc>
          <w:tcPr>
            <w:tcW w:w="1607" w:type="dxa"/>
          </w:tcPr>
          <w:p w14:paraId="2470B57A" w14:textId="77777777" w:rsidR="00D3640A" w:rsidRPr="00892051" w:rsidRDefault="00000000" w:rsidP="0046133D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0.346</w:t>
            </w:r>
          </w:p>
        </w:tc>
        <w:tc>
          <w:tcPr>
            <w:tcW w:w="1606" w:type="dxa"/>
          </w:tcPr>
          <w:p w14:paraId="12EED8D3" w14:textId="77777777" w:rsidR="00D3640A" w:rsidRPr="00892051" w:rsidRDefault="00000000" w:rsidP="0046133D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0.349</w:t>
            </w:r>
          </w:p>
        </w:tc>
        <w:tc>
          <w:tcPr>
            <w:tcW w:w="1606" w:type="dxa"/>
          </w:tcPr>
          <w:p w14:paraId="7000BF69" w14:textId="77777777" w:rsidR="00D3640A" w:rsidRPr="00892051" w:rsidRDefault="00000000" w:rsidP="0046133D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0.087</w:t>
            </w:r>
          </w:p>
        </w:tc>
        <w:tc>
          <w:tcPr>
            <w:tcW w:w="1606" w:type="dxa"/>
          </w:tcPr>
          <w:p w14:paraId="67BC1827" w14:textId="77777777" w:rsidR="00D3640A" w:rsidRPr="00892051" w:rsidRDefault="00000000" w:rsidP="0046133D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&lt; .001</w:t>
            </w:r>
          </w:p>
        </w:tc>
        <w:tc>
          <w:tcPr>
            <w:tcW w:w="1606" w:type="dxa"/>
          </w:tcPr>
          <w:p w14:paraId="35F7777F" w14:textId="77777777" w:rsidR="00D3640A" w:rsidRPr="00892051" w:rsidRDefault="00000000" w:rsidP="0046133D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[0.174, 0.518]</w:t>
            </w:r>
          </w:p>
        </w:tc>
      </w:tr>
      <w:tr w:rsidR="00D3640A" w:rsidRPr="00892051" w14:paraId="227FF633" w14:textId="77777777" w:rsidTr="0046133D">
        <w:tc>
          <w:tcPr>
            <w:tcW w:w="1607" w:type="dxa"/>
          </w:tcPr>
          <w:p w14:paraId="095AB6C4" w14:textId="77777777" w:rsidR="00D3640A" w:rsidRPr="00892051" w:rsidRDefault="00000000" w:rsidP="00151AED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SIPA to PTQ</w:t>
            </w:r>
          </w:p>
        </w:tc>
        <w:tc>
          <w:tcPr>
            <w:tcW w:w="1607" w:type="dxa"/>
          </w:tcPr>
          <w:p w14:paraId="78224235" w14:textId="77777777" w:rsidR="00D3640A" w:rsidRPr="00892051" w:rsidRDefault="00000000" w:rsidP="0046133D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0.394</w:t>
            </w:r>
          </w:p>
        </w:tc>
        <w:tc>
          <w:tcPr>
            <w:tcW w:w="1606" w:type="dxa"/>
          </w:tcPr>
          <w:p w14:paraId="5552F69F" w14:textId="77777777" w:rsidR="00D3640A" w:rsidRPr="00892051" w:rsidRDefault="00000000" w:rsidP="0046133D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0.340</w:t>
            </w:r>
          </w:p>
        </w:tc>
        <w:tc>
          <w:tcPr>
            <w:tcW w:w="1606" w:type="dxa"/>
          </w:tcPr>
          <w:p w14:paraId="6ACC05E7" w14:textId="77777777" w:rsidR="00D3640A" w:rsidRPr="00892051" w:rsidRDefault="00000000" w:rsidP="0046133D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0.110</w:t>
            </w:r>
          </w:p>
        </w:tc>
        <w:tc>
          <w:tcPr>
            <w:tcW w:w="1606" w:type="dxa"/>
          </w:tcPr>
          <w:p w14:paraId="300B6E72" w14:textId="77777777" w:rsidR="00D3640A" w:rsidRPr="00892051" w:rsidRDefault="00000000" w:rsidP="0046133D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&lt; .001</w:t>
            </w:r>
          </w:p>
        </w:tc>
        <w:tc>
          <w:tcPr>
            <w:tcW w:w="1606" w:type="dxa"/>
          </w:tcPr>
          <w:p w14:paraId="4198EB19" w14:textId="77777777" w:rsidR="00D3640A" w:rsidRPr="00892051" w:rsidRDefault="00000000" w:rsidP="0046133D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[0.178, 0.610]</w:t>
            </w:r>
          </w:p>
        </w:tc>
      </w:tr>
      <w:tr w:rsidR="00D3640A" w:rsidRPr="00892051" w14:paraId="2F88CE89" w14:textId="77777777" w:rsidTr="0046133D">
        <w:tc>
          <w:tcPr>
            <w:tcW w:w="1607" w:type="dxa"/>
          </w:tcPr>
          <w:p w14:paraId="2214CD62" w14:textId="77777777" w:rsidR="00D3640A" w:rsidRPr="00892051" w:rsidRDefault="00000000" w:rsidP="00151AED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DMGC to PTQ</w:t>
            </w:r>
          </w:p>
        </w:tc>
        <w:tc>
          <w:tcPr>
            <w:tcW w:w="1607" w:type="dxa"/>
          </w:tcPr>
          <w:p w14:paraId="1317EDB0" w14:textId="77777777" w:rsidR="00D3640A" w:rsidRPr="00892051" w:rsidRDefault="00000000" w:rsidP="0046133D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0.404</w:t>
            </w:r>
          </w:p>
        </w:tc>
        <w:tc>
          <w:tcPr>
            <w:tcW w:w="1606" w:type="dxa"/>
          </w:tcPr>
          <w:p w14:paraId="18063E8C" w14:textId="77777777" w:rsidR="00D3640A" w:rsidRPr="00892051" w:rsidRDefault="00000000" w:rsidP="0046133D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0.287</w:t>
            </w:r>
          </w:p>
        </w:tc>
        <w:tc>
          <w:tcPr>
            <w:tcW w:w="1606" w:type="dxa"/>
          </w:tcPr>
          <w:p w14:paraId="429A50E2" w14:textId="77777777" w:rsidR="00D3640A" w:rsidRPr="00892051" w:rsidRDefault="00000000" w:rsidP="0046133D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0.110</w:t>
            </w:r>
          </w:p>
        </w:tc>
        <w:tc>
          <w:tcPr>
            <w:tcW w:w="1606" w:type="dxa"/>
          </w:tcPr>
          <w:p w14:paraId="351DC7A4" w14:textId="77777777" w:rsidR="00D3640A" w:rsidRPr="00892051" w:rsidRDefault="00000000" w:rsidP="0046133D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0.0018</w:t>
            </w:r>
          </w:p>
        </w:tc>
        <w:tc>
          <w:tcPr>
            <w:tcW w:w="1606" w:type="dxa"/>
          </w:tcPr>
          <w:p w14:paraId="5280BABD" w14:textId="77777777" w:rsidR="00D3640A" w:rsidRPr="00892051" w:rsidRDefault="00000000" w:rsidP="0046133D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[0.188, 0.620]</w:t>
            </w:r>
          </w:p>
        </w:tc>
      </w:tr>
      <w:tr w:rsidR="00D3640A" w:rsidRPr="00892051" w14:paraId="720BDB72" w14:textId="77777777" w:rsidTr="0046133D">
        <w:tc>
          <w:tcPr>
            <w:tcW w:w="1607" w:type="dxa"/>
          </w:tcPr>
          <w:p w14:paraId="2E682A7F" w14:textId="77777777" w:rsidR="00D3640A" w:rsidRPr="00892051" w:rsidRDefault="00000000" w:rsidP="00151AED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PBSE to PTQ</w:t>
            </w:r>
          </w:p>
        </w:tc>
        <w:tc>
          <w:tcPr>
            <w:tcW w:w="1607" w:type="dxa"/>
          </w:tcPr>
          <w:p w14:paraId="6D3323F9" w14:textId="77777777" w:rsidR="00D3640A" w:rsidRPr="00892051" w:rsidRDefault="00000000" w:rsidP="0046133D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0.292</w:t>
            </w:r>
          </w:p>
        </w:tc>
        <w:tc>
          <w:tcPr>
            <w:tcW w:w="1606" w:type="dxa"/>
          </w:tcPr>
          <w:p w14:paraId="5DF7FF7E" w14:textId="77777777" w:rsidR="00D3640A" w:rsidRPr="00892051" w:rsidRDefault="00000000" w:rsidP="0046133D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0.250</w:t>
            </w:r>
          </w:p>
        </w:tc>
        <w:tc>
          <w:tcPr>
            <w:tcW w:w="1606" w:type="dxa"/>
          </w:tcPr>
          <w:p w14:paraId="0E115E2B" w14:textId="77777777" w:rsidR="00D3640A" w:rsidRPr="00892051" w:rsidRDefault="00000000" w:rsidP="0046133D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0.092</w:t>
            </w:r>
          </w:p>
        </w:tc>
        <w:tc>
          <w:tcPr>
            <w:tcW w:w="1606" w:type="dxa"/>
          </w:tcPr>
          <w:p w14:paraId="4B563F7C" w14:textId="77777777" w:rsidR="00D3640A" w:rsidRPr="00892051" w:rsidRDefault="00000000" w:rsidP="0046133D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0.0018</w:t>
            </w:r>
          </w:p>
        </w:tc>
        <w:tc>
          <w:tcPr>
            <w:tcW w:w="1606" w:type="dxa"/>
          </w:tcPr>
          <w:p w14:paraId="46CE43CD" w14:textId="77777777" w:rsidR="00D3640A" w:rsidRPr="00892051" w:rsidRDefault="00000000" w:rsidP="0046133D">
            <w:pPr>
              <w:pStyle w:val="NoSpacing"/>
              <w:jc w:val="center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[0.110, 0.474]</w:t>
            </w:r>
          </w:p>
        </w:tc>
      </w:tr>
    </w:tbl>
    <w:p w14:paraId="1E3C46FE" w14:textId="7287134B" w:rsidR="00D3640A" w:rsidRPr="00892051" w:rsidRDefault="007733E2" w:rsidP="00151AED">
      <w:pPr>
        <w:pStyle w:val="NoSpacing"/>
        <w:rPr>
          <w:rFonts w:ascii="Helvetica" w:hAnsi="Helvetica" w:cs="Times New Roman"/>
          <w:sz w:val="18"/>
          <w:szCs w:val="18"/>
        </w:rPr>
      </w:pPr>
      <w:r w:rsidRPr="00892051">
        <w:rPr>
          <w:rFonts w:ascii="Helvetica" w:hAnsi="Helvetica" w:cs="Times New Roman"/>
          <w:sz w:val="18"/>
          <w:szCs w:val="18"/>
        </w:rPr>
        <w:t>Note. Each indirect effect was estimated using 5,000 case-bootstrap replications. Q42 exclusion was used only as a measurement sensitivity analysis. Influence exclusions were used only in the sensitivity specification. HC3 confidence intervals are based on heteroskedasticity-consistent standard errors. Source: Authors’ calculations based on the survey data.</w:t>
      </w:r>
    </w:p>
    <w:p w14:paraId="5D8C4880" w14:textId="77777777" w:rsidR="007733E2" w:rsidRPr="00892051" w:rsidRDefault="007733E2" w:rsidP="00151AED">
      <w:pPr>
        <w:pStyle w:val="NoSpacing"/>
        <w:rPr>
          <w:rFonts w:ascii="Helvetica" w:hAnsi="Helvetica" w:cs="Times New Roman"/>
          <w:sz w:val="18"/>
          <w:szCs w:val="18"/>
        </w:rPr>
      </w:pPr>
    </w:p>
    <w:p w14:paraId="7CF7BFA2" w14:textId="4057BEA0" w:rsidR="00D3640A" w:rsidRPr="00892051" w:rsidRDefault="00000000" w:rsidP="00151AED">
      <w:pPr>
        <w:pStyle w:val="NoSpacing"/>
        <w:rPr>
          <w:rFonts w:ascii="Helvetica" w:hAnsi="Helvetica" w:cs="Times New Roman"/>
          <w:sz w:val="18"/>
          <w:szCs w:val="18"/>
        </w:rPr>
      </w:pPr>
      <w:r w:rsidRPr="00892051">
        <w:rPr>
          <w:rFonts w:ascii="Helvetica" w:hAnsi="Helvetica" w:cs="Times New Roman"/>
          <w:sz w:val="18"/>
          <w:szCs w:val="18"/>
        </w:rPr>
        <w:t>Table S6. Explanatory and predictive assessment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975"/>
        <w:gridCol w:w="1205"/>
        <w:gridCol w:w="1205"/>
        <w:gridCol w:w="1204"/>
        <w:gridCol w:w="1205"/>
        <w:gridCol w:w="1204"/>
        <w:gridCol w:w="1205"/>
      </w:tblGrid>
      <w:tr w:rsidR="00D3640A" w:rsidRPr="00892051" w14:paraId="1838CFD1" w14:textId="77777777" w:rsidTr="00FA2E6D">
        <w:tc>
          <w:tcPr>
            <w:tcW w:w="1435" w:type="dxa"/>
          </w:tcPr>
          <w:p w14:paraId="477FAA94" w14:textId="77777777" w:rsidR="00D3640A" w:rsidRPr="00892051" w:rsidRDefault="00000000" w:rsidP="00151AED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Endogenous construct</w:t>
            </w:r>
          </w:p>
        </w:tc>
        <w:tc>
          <w:tcPr>
            <w:tcW w:w="975" w:type="dxa"/>
          </w:tcPr>
          <w:p w14:paraId="07BFCBDB" w14:textId="77777777" w:rsidR="00D3640A" w:rsidRPr="00892051" w:rsidRDefault="00000000" w:rsidP="00151AED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R²</w:t>
            </w:r>
          </w:p>
        </w:tc>
        <w:tc>
          <w:tcPr>
            <w:tcW w:w="1205" w:type="dxa"/>
          </w:tcPr>
          <w:p w14:paraId="63FC4D19" w14:textId="77777777" w:rsidR="00D3640A" w:rsidRPr="00892051" w:rsidRDefault="00000000" w:rsidP="00151AED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Adjusted R²</w:t>
            </w:r>
          </w:p>
        </w:tc>
        <w:tc>
          <w:tcPr>
            <w:tcW w:w="1205" w:type="dxa"/>
          </w:tcPr>
          <w:p w14:paraId="6126AF4B" w14:textId="77777777" w:rsidR="00D3640A" w:rsidRPr="00892051" w:rsidRDefault="00000000" w:rsidP="00151AED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Predictive Q²</w:t>
            </w:r>
          </w:p>
        </w:tc>
        <w:tc>
          <w:tcPr>
            <w:tcW w:w="1204" w:type="dxa"/>
          </w:tcPr>
          <w:p w14:paraId="241FA9B6" w14:textId="77777777" w:rsidR="00D3640A" w:rsidRPr="00892051" w:rsidRDefault="00000000" w:rsidP="00151AED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RMSE</w:t>
            </w:r>
          </w:p>
        </w:tc>
        <w:tc>
          <w:tcPr>
            <w:tcW w:w="1205" w:type="dxa"/>
          </w:tcPr>
          <w:p w14:paraId="6DBE804F" w14:textId="77777777" w:rsidR="00D3640A" w:rsidRPr="00892051" w:rsidRDefault="00000000" w:rsidP="00151AED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Benchmark RMSE</w:t>
            </w:r>
          </w:p>
        </w:tc>
        <w:tc>
          <w:tcPr>
            <w:tcW w:w="1204" w:type="dxa"/>
          </w:tcPr>
          <w:p w14:paraId="404D44B2" w14:textId="77777777" w:rsidR="00D3640A" w:rsidRPr="00892051" w:rsidRDefault="00000000" w:rsidP="00151AED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MAE</w:t>
            </w:r>
          </w:p>
        </w:tc>
        <w:tc>
          <w:tcPr>
            <w:tcW w:w="1205" w:type="dxa"/>
          </w:tcPr>
          <w:p w14:paraId="6F512D03" w14:textId="77777777" w:rsidR="00D3640A" w:rsidRPr="00892051" w:rsidRDefault="00000000" w:rsidP="00151AED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Benchmark MAE</w:t>
            </w:r>
          </w:p>
        </w:tc>
      </w:tr>
      <w:tr w:rsidR="00D3640A" w:rsidRPr="00892051" w14:paraId="4B606A8C" w14:textId="77777777" w:rsidTr="00FA2E6D">
        <w:tc>
          <w:tcPr>
            <w:tcW w:w="1435" w:type="dxa"/>
          </w:tcPr>
          <w:p w14:paraId="568944D7" w14:textId="77777777" w:rsidR="00D3640A" w:rsidRPr="00892051" w:rsidRDefault="00000000" w:rsidP="00151AED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PBSE</w:t>
            </w:r>
          </w:p>
        </w:tc>
        <w:tc>
          <w:tcPr>
            <w:tcW w:w="975" w:type="dxa"/>
          </w:tcPr>
          <w:p w14:paraId="6B22C39F" w14:textId="77777777" w:rsidR="00D3640A" w:rsidRPr="00892051" w:rsidRDefault="00000000" w:rsidP="00151AED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0.469</w:t>
            </w:r>
          </w:p>
        </w:tc>
        <w:tc>
          <w:tcPr>
            <w:tcW w:w="1205" w:type="dxa"/>
          </w:tcPr>
          <w:p w14:paraId="2FB78A99" w14:textId="77777777" w:rsidR="00D3640A" w:rsidRPr="00892051" w:rsidRDefault="00000000" w:rsidP="00151AED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0.463</w:t>
            </w:r>
          </w:p>
        </w:tc>
        <w:tc>
          <w:tcPr>
            <w:tcW w:w="1205" w:type="dxa"/>
          </w:tcPr>
          <w:p w14:paraId="2F4CCF59" w14:textId="77777777" w:rsidR="00D3640A" w:rsidRPr="00892051" w:rsidRDefault="00000000" w:rsidP="00151AED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0.452</w:t>
            </w:r>
          </w:p>
        </w:tc>
        <w:tc>
          <w:tcPr>
            <w:tcW w:w="1204" w:type="dxa"/>
          </w:tcPr>
          <w:p w14:paraId="30BB52EA" w14:textId="77777777" w:rsidR="00D3640A" w:rsidRPr="00892051" w:rsidRDefault="00000000" w:rsidP="00151AED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0.604</w:t>
            </w:r>
          </w:p>
        </w:tc>
        <w:tc>
          <w:tcPr>
            <w:tcW w:w="1205" w:type="dxa"/>
          </w:tcPr>
          <w:p w14:paraId="1D689CB9" w14:textId="77777777" w:rsidR="00D3640A" w:rsidRPr="00892051" w:rsidRDefault="00000000" w:rsidP="00151AED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0.816</w:t>
            </w:r>
          </w:p>
        </w:tc>
        <w:tc>
          <w:tcPr>
            <w:tcW w:w="1204" w:type="dxa"/>
          </w:tcPr>
          <w:p w14:paraId="51512425" w14:textId="77777777" w:rsidR="00D3640A" w:rsidRPr="00892051" w:rsidRDefault="00000000" w:rsidP="00151AED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0.437</w:t>
            </w:r>
          </w:p>
        </w:tc>
        <w:tc>
          <w:tcPr>
            <w:tcW w:w="1205" w:type="dxa"/>
          </w:tcPr>
          <w:p w14:paraId="30E48F76" w14:textId="77777777" w:rsidR="00D3640A" w:rsidRPr="00892051" w:rsidRDefault="00000000" w:rsidP="00151AED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0.656</w:t>
            </w:r>
          </w:p>
        </w:tc>
      </w:tr>
      <w:tr w:rsidR="00D3640A" w:rsidRPr="00892051" w14:paraId="5FFD8E17" w14:textId="77777777" w:rsidTr="00FA2E6D">
        <w:tc>
          <w:tcPr>
            <w:tcW w:w="1435" w:type="dxa"/>
          </w:tcPr>
          <w:p w14:paraId="4CE45E0A" w14:textId="77777777" w:rsidR="00D3640A" w:rsidRPr="00892051" w:rsidRDefault="00000000" w:rsidP="00151AED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PTQ</w:t>
            </w:r>
          </w:p>
        </w:tc>
        <w:tc>
          <w:tcPr>
            <w:tcW w:w="975" w:type="dxa"/>
          </w:tcPr>
          <w:p w14:paraId="6FF89606" w14:textId="77777777" w:rsidR="00D3640A" w:rsidRPr="00892051" w:rsidRDefault="00000000" w:rsidP="00151AED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0.573</w:t>
            </w:r>
          </w:p>
        </w:tc>
        <w:tc>
          <w:tcPr>
            <w:tcW w:w="1205" w:type="dxa"/>
          </w:tcPr>
          <w:p w14:paraId="2EA04FB4" w14:textId="77777777" w:rsidR="00D3640A" w:rsidRPr="00892051" w:rsidRDefault="00000000" w:rsidP="00151AED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0.566</w:t>
            </w:r>
          </w:p>
        </w:tc>
        <w:tc>
          <w:tcPr>
            <w:tcW w:w="1205" w:type="dxa"/>
          </w:tcPr>
          <w:p w14:paraId="571E790B" w14:textId="77777777" w:rsidR="00D3640A" w:rsidRPr="00892051" w:rsidRDefault="00000000" w:rsidP="00151AED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0.552</w:t>
            </w:r>
          </w:p>
        </w:tc>
        <w:tc>
          <w:tcPr>
            <w:tcW w:w="1204" w:type="dxa"/>
          </w:tcPr>
          <w:p w14:paraId="47166DDE" w14:textId="77777777" w:rsidR="00D3640A" w:rsidRPr="00892051" w:rsidRDefault="00000000" w:rsidP="00151AED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0.638</w:t>
            </w:r>
          </w:p>
        </w:tc>
        <w:tc>
          <w:tcPr>
            <w:tcW w:w="1205" w:type="dxa"/>
          </w:tcPr>
          <w:p w14:paraId="4281B371" w14:textId="77777777" w:rsidR="00D3640A" w:rsidRPr="00892051" w:rsidRDefault="00000000" w:rsidP="00151AED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0.953</w:t>
            </w:r>
          </w:p>
        </w:tc>
        <w:tc>
          <w:tcPr>
            <w:tcW w:w="1204" w:type="dxa"/>
          </w:tcPr>
          <w:p w14:paraId="04CDCF12" w14:textId="77777777" w:rsidR="00D3640A" w:rsidRPr="00892051" w:rsidRDefault="00000000" w:rsidP="00151AED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0.493</w:t>
            </w:r>
          </w:p>
        </w:tc>
        <w:tc>
          <w:tcPr>
            <w:tcW w:w="1205" w:type="dxa"/>
          </w:tcPr>
          <w:p w14:paraId="668D90EC" w14:textId="77777777" w:rsidR="00D3640A" w:rsidRPr="00892051" w:rsidRDefault="00000000" w:rsidP="00151AED">
            <w:pPr>
              <w:pStyle w:val="NoSpacing"/>
              <w:rPr>
                <w:rFonts w:ascii="Helvetica" w:hAnsi="Helvetica" w:cs="Times New Roman"/>
                <w:sz w:val="18"/>
                <w:szCs w:val="18"/>
              </w:rPr>
            </w:pPr>
            <w:r w:rsidRPr="00892051">
              <w:rPr>
                <w:rFonts w:ascii="Helvetica" w:hAnsi="Helvetica" w:cs="Times New Roman"/>
                <w:sz w:val="18"/>
                <w:szCs w:val="18"/>
              </w:rPr>
              <w:t>0.790</w:t>
            </w:r>
          </w:p>
        </w:tc>
      </w:tr>
    </w:tbl>
    <w:p w14:paraId="7C037DB7" w14:textId="03BA220B" w:rsidR="007733E2" w:rsidRPr="00892051" w:rsidRDefault="00000000" w:rsidP="00151AED">
      <w:pPr>
        <w:pStyle w:val="NoSpacing"/>
        <w:rPr>
          <w:rFonts w:ascii="Helvetica" w:hAnsi="Helvetica" w:cs="Times New Roman"/>
          <w:sz w:val="18"/>
          <w:szCs w:val="18"/>
        </w:rPr>
      </w:pPr>
      <w:r w:rsidRPr="00892051">
        <w:rPr>
          <w:rFonts w:ascii="Helvetica" w:hAnsi="Helvetica" w:cs="Times New Roman"/>
          <w:sz w:val="18"/>
          <w:szCs w:val="18"/>
        </w:rPr>
        <w:lastRenderedPageBreak/>
        <w:t>Note. Predictive Q², RMSE, and MAE were calculated using 50 repetitions of 10-fold cross-validation. Benchmark errors use the training-sample mean.</w:t>
      </w:r>
      <w:r w:rsidR="007733E2" w:rsidRPr="00892051">
        <w:rPr>
          <w:rFonts w:ascii="Helvetica" w:hAnsi="Helvetica" w:cs="Times New Roman"/>
          <w:sz w:val="18"/>
          <w:szCs w:val="18"/>
        </w:rPr>
        <w:t xml:space="preserve"> </w:t>
      </w:r>
      <w:r w:rsidRPr="00892051">
        <w:rPr>
          <w:rFonts w:ascii="Helvetica" w:hAnsi="Helvetica" w:cs="Times New Roman"/>
          <w:sz w:val="18"/>
          <w:szCs w:val="18"/>
        </w:rPr>
        <w:t>Source: Authors’ calculations based on the structural analysis.</w:t>
      </w:r>
    </w:p>
    <w:p w14:paraId="161F0D8E" w14:textId="77777777" w:rsidR="007733E2" w:rsidRPr="00892051" w:rsidRDefault="007733E2" w:rsidP="00151AED">
      <w:pPr>
        <w:pStyle w:val="NoSpacing"/>
        <w:rPr>
          <w:rFonts w:ascii="Helvetica" w:hAnsi="Helvetica" w:cs="Times New Roman"/>
          <w:sz w:val="18"/>
          <w:szCs w:val="18"/>
        </w:rPr>
      </w:pPr>
    </w:p>
    <w:p w14:paraId="7E4D28F4" w14:textId="77777777" w:rsidR="00D3640A" w:rsidRPr="00892051" w:rsidRDefault="00000000" w:rsidP="00151AED">
      <w:pPr>
        <w:pStyle w:val="NoSpacing"/>
        <w:rPr>
          <w:rFonts w:ascii="Helvetica" w:hAnsi="Helvetica" w:cs="Times New Roman"/>
          <w:sz w:val="18"/>
          <w:szCs w:val="18"/>
        </w:rPr>
      </w:pPr>
      <w:r w:rsidRPr="00892051">
        <w:rPr>
          <w:rFonts w:ascii="Helvetica" w:hAnsi="Helvetica" w:cs="Times New Roman"/>
          <w:noProof/>
          <w:sz w:val="18"/>
          <w:szCs w:val="18"/>
        </w:rPr>
        <w:drawing>
          <wp:inline distT="0" distB="0" distL="0" distR="0" wp14:anchorId="52B31288" wp14:editId="29E2C4F8">
            <wp:extent cx="6081123" cy="3001759"/>
            <wp:effectExtent l="12700" t="12700" r="1524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_structural_vif_publication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96377" cy="300928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A9CC7AD" w14:textId="77777777" w:rsidR="00892051" w:rsidRPr="00892051" w:rsidRDefault="00892051" w:rsidP="00892051">
      <w:pPr>
        <w:pStyle w:val="NoSpacing"/>
        <w:rPr>
          <w:rFonts w:ascii="Helvetica" w:hAnsi="Helvetica" w:cs="Times New Roman"/>
          <w:sz w:val="18"/>
          <w:szCs w:val="18"/>
        </w:rPr>
      </w:pPr>
      <w:r w:rsidRPr="00892051">
        <w:rPr>
          <w:rFonts w:ascii="Helvetica" w:hAnsi="Helvetica" w:cs="Times New Roman"/>
          <w:sz w:val="18"/>
          <w:szCs w:val="18"/>
        </w:rPr>
        <w:t>Figure S1. Structural VIF diagnostic</w:t>
      </w:r>
    </w:p>
    <w:p w14:paraId="71290309" w14:textId="77777777" w:rsidR="00D3640A" w:rsidRPr="00892051" w:rsidRDefault="00000000" w:rsidP="00151AED">
      <w:pPr>
        <w:pStyle w:val="NoSpacing"/>
        <w:rPr>
          <w:rFonts w:ascii="Helvetica" w:hAnsi="Helvetica" w:cs="Times New Roman"/>
          <w:sz w:val="18"/>
          <w:szCs w:val="18"/>
        </w:rPr>
      </w:pPr>
      <w:r w:rsidRPr="00892051">
        <w:rPr>
          <w:rFonts w:ascii="Helvetica" w:hAnsi="Helvetica" w:cs="Times New Roman"/>
          <w:sz w:val="18"/>
          <w:szCs w:val="18"/>
        </w:rPr>
        <w:t>Source: Authors’ calculations based on the structural analysis.</w:t>
      </w:r>
    </w:p>
    <w:p w14:paraId="0192B4C6" w14:textId="77777777" w:rsidR="00FA2E6D" w:rsidRPr="00892051" w:rsidRDefault="00FA2E6D" w:rsidP="00151AED">
      <w:pPr>
        <w:pStyle w:val="NoSpacing"/>
        <w:rPr>
          <w:rFonts w:ascii="Helvetica" w:hAnsi="Helvetica" w:cs="Times New Roman"/>
          <w:sz w:val="18"/>
          <w:szCs w:val="18"/>
        </w:rPr>
      </w:pPr>
    </w:p>
    <w:p w14:paraId="01AF2CB0" w14:textId="77777777" w:rsidR="00D3640A" w:rsidRPr="00892051" w:rsidRDefault="00000000" w:rsidP="00151AED">
      <w:pPr>
        <w:pStyle w:val="NoSpacing"/>
        <w:rPr>
          <w:rFonts w:ascii="Helvetica" w:hAnsi="Helvetica" w:cs="Times New Roman"/>
          <w:sz w:val="18"/>
          <w:szCs w:val="18"/>
        </w:rPr>
      </w:pPr>
      <w:r w:rsidRPr="00892051">
        <w:rPr>
          <w:rFonts w:ascii="Helvetica" w:hAnsi="Helvetica" w:cs="Times New Roman"/>
          <w:noProof/>
          <w:sz w:val="18"/>
          <w:szCs w:val="18"/>
        </w:rPr>
        <w:drawing>
          <wp:inline distT="0" distB="0" distL="0" distR="0" wp14:anchorId="762F8F29" wp14:editId="1993FEA0">
            <wp:extent cx="5760720" cy="381817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_influence_diagnostics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18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A2C7D" w14:textId="08EDCA56" w:rsidR="00892051" w:rsidRPr="00892051" w:rsidRDefault="00892051" w:rsidP="00892051">
      <w:pPr>
        <w:pStyle w:val="NoSpacing"/>
        <w:rPr>
          <w:rFonts w:ascii="Helvetica" w:hAnsi="Helvetica" w:cs="Times New Roman"/>
          <w:sz w:val="18"/>
          <w:szCs w:val="18"/>
        </w:rPr>
      </w:pPr>
      <w:r w:rsidRPr="00892051">
        <w:rPr>
          <w:rFonts w:ascii="Helvetica" w:hAnsi="Helvetica" w:cs="Times New Roman"/>
          <w:sz w:val="18"/>
          <w:szCs w:val="18"/>
        </w:rPr>
        <w:t xml:space="preserve">Figure S2. </w:t>
      </w:r>
      <w:r w:rsidR="001B6FF1" w:rsidRPr="001B6FF1">
        <w:rPr>
          <w:rFonts w:ascii="Helvetica" w:hAnsi="Helvetica" w:cs="Times New Roman"/>
          <w:sz w:val="18"/>
          <w:szCs w:val="18"/>
        </w:rPr>
        <w:t>Influence diagnostics for the PTQ structural equation</w:t>
      </w:r>
    </w:p>
    <w:p w14:paraId="3852188E" w14:textId="77777777" w:rsidR="00D3640A" w:rsidRPr="00892051" w:rsidRDefault="00000000" w:rsidP="00151AED">
      <w:pPr>
        <w:pStyle w:val="NoSpacing"/>
        <w:rPr>
          <w:rFonts w:ascii="Helvetica" w:hAnsi="Helvetica" w:cs="Times New Roman"/>
          <w:sz w:val="18"/>
          <w:szCs w:val="18"/>
        </w:rPr>
      </w:pPr>
      <w:r w:rsidRPr="00892051">
        <w:rPr>
          <w:rFonts w:ascii="Helvetica" w:hAnsi="Helvetica" w:cs="Times New Roman"/>
          <w:sz w:val="18"/>
          <w:szCs w:val="18"/>
        </w:rPr>
        <w:t>Source: Authors’ calculations based on the survey data.</w:t>
      </w:r>
    </w:p>
    <w:p w14:paraId="15A0FB94" w14:textId="77777777" w:rsidR="00FA2E6D" w:rsidRPr="00892051" w:rsidRDefault="00FA2E6D" w:rsidP="00151AED">
      <w:pPr>
        <w:pStyle w:val="NoSpacing"/>
        <w:rPr>
          <w:rFonts w:ascii="Helvetica" w:hAnsi="Helvetica" w:cs="Times New Roman"/>
          <w:sz w:val="18"/>
          <w:szCs w:val="18"/>
        </w:rPr>
      </w:pPr>
    </w:p>
    <w:p w14:paraId="3F31FCCE" w14:textId="77777777" w:rsidR="00FA2E6D" w:rsidRPr="00892051" w:rsidRDefault="00FA2E6D" w:rsidP="00151AED">
      <w:pPr>
        <w:pStyle w:val="NoSpacing"/>
        <w:rPr>
          <w:rFonts w:ascii="Helvetica" w:hAnsi="Helvetica" w:cs="Times New Roman"/>
          <w:sz w:val="18"/>
          <w:szCs w:val="18"/>
        </w:rPr>
      </w:pPr>
    </w:p>
    <w:p w14:paraId="75327DE1" w14:textId="77777777" w:rsidR="00FA2E6D" w:rsidRPr="00892051" w:rsidRDefault="00FA2E6D" w:rsidP="00151AED">
      <w:pPr>
        <w:pStyle w:val="NoSpacing"/>
        <w:rPr>
          <w:rFonts w:ascii="Helvetica" w:hAnsi="Helvetica" w:cs="Times New Roman"/>
          <w:sz w:val="18"/>
          <w:szCs w:val="18"/>
        </w:rPr>
      </w:pPr>
    </w:p>
    <w:p w14:paraId="774C3A36" w14:textId="77777777" w:rsidR="00FA2E6D" w:rsidRPr="00892051" w:rsidRDefault="00FA2E6D" w:rsidP="00151AED">
      <w:pPr>
        <w:pStyle w:val="NoSpacing"/>
        <w:rPr>
          <w:rFonts w:ascii="Helvetica" w:hAnsi="Helvetica" w:cs="Times New Roman"/>
          <w:sz w:val="18"/>
          <w:szCs w:val="18"/>
        </w:rPr>
      </w:pPr>
    </w:p>
    <w:p w14:paraId="4B9A8712" w14:textId="77777777" w:rsidR="00FA2E6D" w:rsidRPr="00892051" w:rsidRDefault="00FA2E6D" w:rsidP="00151AED">
      <w:pPr>
        <w:pStyle w:val="NoSpacing"/>
        <w:rPr>
          <w:rFonts w:ascii="Helvetica" w:hAnsi="Helvetica" w:cs="Times New Roman"/>
          <w:sz w:val="18"/>
          <w:szCs w:val="18"/>
        </w:rPr>
      </w:pPr>
    </w:p>
    <w:p w14:paraId="4E0109B4" w14:textId="4DAC2CAF" w:rsidR="00D3640A" w:rsidRPr="00892051" w:rsidRDefault="00000000" w:rsidP="00151AED">
      <w:pPr>
        <w:pStyle w:val="NoSpacing"/>
        <w:rPr>
          <w:rFonts w:ascii="Helvetica" w:hAnsi="Helvetica" w:cs="Times New Roman"/>
          <w:sz w:val="18"/>
          <w:szCs w:val="18"/>
        </w:rPr>
      </w:pPr>
      <w:r w:rsidRPr="00892051">
        <w:rPr>
          <w:rFonts w:ascii="Helvetica" w:hAnsi="Helvetica" w:cs="Times New Roman"/>
          <w:noProof/>
          <w:sz w:val="18"/>
          <w:szCs w:val="18"/>
        </w:rPr>
        <w:drawing>
          <wp:inline distT="0" distB="0" distL="0" distR="0" wp14:anchorId="5D9BF4CC" wp14:editId="18C0F6B8">
            <wp:extent cx="5760720" cy="2368795"/>
            <wp:effectExtent l="12700" t="12700" r="17780" b="190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_discriminant_validity_panels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687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ED4F530" w14:textId="77777777" w:rsidR="00892051" w:rsidRDefault="00892051" w:rsidP="00151AED">
      <w:pPr>
        <w:pStyle w:val="NoSpacing"/>
        <w:rPr>
          <w:rFonts w:ascii="Helvetica" w:hAnsi="Helvetica" w:cs="Times New Roman"/>
          <w:sz w:val="18"/>
          <w:szCs w:val="18"/>
        </w:rPr>
      </w:pPr>
      <w:r w:rsidRPr="00892051">
        <w:rPr>
          <w:rFonts w:ascii="Helvetica" w:hAnsi="Helvetica"/>
          <w:sz w:val="18"/>
          <w:szCs w:val="18"/>
        </w:rPr>
        <w:t>Figure S3. Construct correlations and HTMT ratios</w:t>
      </w:r>
      <w:r w:rsidRPr="00892051">
        <w:rPr>
          <w:rFonts w:ascii="Helvetica" w:hAnsi="Helvetica" w:cs="Times New Roman"/>
          <w:sz w:val="18"/>
          <w:szCs w:val="18"/>
        </w:rPr>
        <w:t xml:space="preserve"> </w:t>
      </w:r>
    </w:p>
    <w:p w14:paraId="18DE29B1" w14:textId="71121C4F" w:rsidR="00D3640A" w:rsidRPr="00892051" w:rsidRDefault="00000000" w:rsidP="00151AED">
      <w:pPr>
        <w:pStyle w:val="NoSpacing"/>
        <w:rPr>
          <w:rFonts w:ascii="Helvetica" w:hAnsi="Helvetica" w:cs="Times New Roman"/>
          <w:sz w:val="18"/>
          <w:szCs w:val="18"/>
        </w:rPr>
      </w:pPr>
      <w:r w:rsidRPr="00892051">
        <w:rPr>
          <w:rFonts w:ascii="Helvetica" w:hAnsi="Helvetica" w:cs="Times New Roman"/>
          <w:sz w:val="18"/>
          <w:szCs w:val="18"/>
        </w:rPr>
        <w:t>Source: Authors’ calculations based on the survey data.</w:t>
      </w:r>
    </w:p>
    <w:p w14:paraId="623DAF76" w14:textId="77777777" w:rsidR="00FA2E6D" w:rsidRPr="00892051" w:rsidRDefault="00FA2E6D" w:rsidP="00151AED">
      <w:pPr>
        <w:pStyle w:val="NoSpacing"/>
        <w:rPr>
          <w:rFonts w:ascii="Helvetica" w:hAnsi="Helvetica" w:cs="Times New Roman"/>
          <w:sz w:val="18"/>
          <w:szCs w:val="18"/>
        </w:rPr>
      </w:pPr>
    </w:p>
    <w:p w14:paraId="1C03A3E4" w14:textId="2CAE2A64" w:rsidR="00D3640A" w:rsidRPr="00892051" w:rsidRDefault="00D3640A" w:rsidP="00151AED">
      <w:pPr>
        <w:pStyle w:val="NoSpacing"/>
        <w:rPr>
          <w:rFonts w:ascii="Helvetica" w:hAnsi="Helvetica" w:cs="Times New Roman"/>
          <w:sz w:val="18"/>
          <w:szCs w:val="18"/>
        </w:rPr>
      </w:pPr>
    </w:p>
    <w:sectPr w:rsidR="00D3640A" w:rsidRPr="00892051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4590231">
    <w:abstractNumId w:val="8"/>
  </w:num>
  <w:num w:numId="2" w16cid:durableId="521747553">
    <w:abstractNumId w:val="6"/>
  </w:num>
  <w:num w:numId="3" w16cid:durableId="3828470">
    <w:abstractNumId w:val="5"/>
  </w:num>
  <w:num w:numId="4" w16cid:durableId="2031643245">
    <w:abstractNumId w:val="4"/>
  </w:num>
  <w:num w:numId="5" w16cid:durableId="900097714">
    <w:abstractNumId w:val="7"/>
  </w:num>
  <w:num w:numId="6" w16cid:durableId="1971398321">
    <w:abstractNumId w:val="3"/>
  </w:num>
  <w:num w:numId="7" w16cid:durableId="631710940">
    <w:abstractNumId w:val="2"/>
  </w:num>
  <w:num w:numId="8" w16cid:durableId="387385706">
    <w:abstractNumId w:val="1"/>
  </w:num>
  <w:num w:numId="9" w16cid:durableId="196838746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663"/>
    <w:rsid w:val="0002672A"/>
    <w:rsid w:val="00034616"/>
    <w:rsid w:val="0006063C"/>
    <w:rsid w:val="000E140A"/>
    <w:rsid w:val="0015074B"/>
    <w:rsid w:val="00151AED"/>
    <w:rsid w:val="001B6FF1"/>
    <w:rsid w:val="00213C67"/>
    <w:rsid w:val="00242EF8"/>
    <w:rsid w:val="0029639D"/>
    <w:rsid w:val="00326F90"/>
    <w:rsid w:val="003C171F"/>
    <w:rsid w:val="0043611E"/>
    <w:rsid w:val="0046133D"/>
    <w:rsid w:val="00537ED6"/>
    <w:rsid w:val="0075377E"/>
    <w:rsid w:val="007733E2"/>
    <w:rsid w:val="00892051"/>
    <w:rsid w:val="009A3B37"/>
    <w:rsid w:val="00A8358D"/>
    <w:rsid w:val="00AA1D8D"/>
    <w:rsid w:val="00B47730"/>
    <w:rsid w:val="00BC6FAE"/>
    <w:rsid w:val="00C61119"/>
    <w:rsid w:val="00CB0664"/>
    <w:rsid w:val="00CD3651"/>
    <w:rsid w:val="00D3640A"/>
    <w:rsid w:val="00D75F3C"/>
    <w:rsid w:val="00F62595"/>
    <w:rsid w:val="00FA2E6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C27E7B"/>
  <w14:defaultImageDpi w14:val="300"/>
  <w15:docId w15:val="{E0573526-4B6D-7E46-80FA-166E550AD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967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Muhammad Amir</cp:lastModifiedBy>
  <cp:revision>20</cp:revision>
  <dcterms:created xsi:type="dcterms:W3CDTF">2026-10-02T03:44:00Z</dcterms:created>
  <dcterms:modified xsi:type="dcterms:W3CDTF">2026-10-02T15:46:00Z</dcterms:modified>
  <cp:category/>
</cp:coreProperties>
</file>