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54E" w:rsidRPr="00732E82" w:rsidRDefault="00084A01" w:rsidP="00732E82">
      <w:pPr>
        <w:rPr>
          <w:b/>
        </w:rPr>
      </w:pPr>
      <w:r w:rsidRPr="00732E82">
        <w:rPr>
          <w:b/>
        </w:rPr>
        <w:t>Supplementary File 1</w:t>
      </w:r>
    </w:p>
    <w:p w:rsidR="0091554E" w:rsidRPr="00732E82" w:rsidRDefault="00084A01" w:rsidP="00732E82">
      <w:pPr>
        <w:rPr>
          <w:b/>
        </w:rPr>
      </w:pPr>
      <w:r w:rsidRPr="00732E82">
        <w:rPr>
          <w:b/>
        </w:rPr>
        <w:t>ChatGPT prompt framework and content verification process</w:t>
      </w:r>
    </w:p>
    <w:p w:rsidR="0091554E" w:rsidRPr="00732E82" w:rsidRDefault="00084A01" w:rsidP="00732E82">
      <w:r w:rsidRPr="00732E82">
        <w:t>This supplementary file provides additional information about how ChatGPT-generated content was incorporated into the transcultural nursing course. The prompts and verification</w:t>
      </w:r>
      <w:r w:rsidRPr="00732E82">
        <w:t xml:space="preserve"> process correspond to the procedure summarized in Figure 1.</w:t>
      </w:r>
    </w:p>
    <w:p w:rsidR="0091554E" w:rsidRPr="00732E82" w:rsidRDefault="00084A01" w:rsidP="00732E82">
      <w:pPr>
        <w:rPr>
          <w:b/>
        </w:rPr>
      </w:pPr>
      <w:r w:rsidRPr="00732E82">
        <w:rPr>
          <w:b/>
        </w:rPr>
        <w:t>Prompt Framework</w:t>
      </w:r>
      <w:bookmarkStart w:id="0" w:name="_GoBack"/>
      <w:bookmarkEnd w:id="0"/>
    </w:p>
    <w:p w:rsidR="0091554E" w:rsidRPr="00732E82" w:rsidRDefault="00084A01" w:rsidP="00732E82">
      <w:r w:rsidRPr="00732E82">
        <w:t>You are an expert in the field of [nursing and subject]. Identify the main topics to cover for a PowerPoint presentation on [subject name].</w:t>
      </w:r>
    </w:p>
    <w:p w:rsidR="0091554E" w:rsidRPr="00732E82" w:rsidRDefault="00084A01" w:rsidP="00732E82">
      <w:r w:rsidRPr="00732E82">
        <w:t>Expand on the previously given subtopi</w:t>
      </w:r>
      <w:r w:rsidRPr="00732E82">
        <w:t>cs. Detail the key concepts and ideas by providing supportive examples. Also, explain any detail you think will help the audience better understand the subject.</w:t>
      </w:r>
    </w:p>
    <w:p w:rsidR="0091554E" w:rsidRPr="00732E82" w:rsidRDefault="00084A01" w:rsidP="00732E82">
      <w:r w:rsidRPr="00732E82">
        <w:t>Expand on the key phrases identified in the previous section.</w:t>
      </w:r>
    </w:p>
    <w:p w:rsidR="0091554E" w:rsidRPr="00732E82" w:rsidRDefault="00084A01" w:rsidP="00732E82">
      <w:pPr>
        <w:rPr>
          <w:b/>
        </w:rPr>
      </w:pPr>
      <w:r w:rsidRPr="00732E82">
        <w:rPr>
          <w:b/>
        </w:rPr>
        <w:t>Use of Scientific Literature</w:t>
      </w:r>
    </w:p>
    <w:p w:rsidR="0091554E" w:rsidRPr="00732E82" w:rsidRDefault="00084A01" w:rsidP="00732E82">
      <w:r w:rsidRPr="00732E82">
        <w:t>Stud</w:t>
      </w:r>
      <w:r w:rsidRPr="00732E82">
        <w:t>ents were required to support and refine ChatGPT-generated content using at least 10 scientific articles. AI-generated outputs were not accepted as stand-alone evidence or final educational content.</w:t>
      </w:r>
    </w:p>
    <w:p w:rsidR="0091554E" w:rsidRPr="00732E82" w:rsidRDefault="00084A01" w:rsidP="00732E82">
      <w:pPr>
        <w:rPr>
          <w:b/>
        </w:rPr>
      </w:pPr>
      <w:r w:rsidRPr="00732E82">
        <w:rPr>
          <w:b/>
        </w:rPr>
        <w:t>Verification and Bias Review</w:t>
      </w:r>
    </w:p>
    <w:p w:rsidR="0091554E" w:rsidRPr="00732E82" w:rsidRDefault="00084A01" w:rsidP="00732E82">
      <w:r w:rsidRPr="00732E82">
        <w:t>Tutors moderated class discu</w:t>
      </w:r>
      <w:r w:rsidRPr="00732E82">
        <w:t xml:space="preserve">ssions and guided students to evaluate generated content for </w:t>
      </w:r>
      <w:proofErr w:type="gramStart"/>
      <w:r w:rsidRPr="00732E82">
        <w:t>accuracy</w:t>
      </w:r>
      <w:proofErr w:type="gramEnd"/>
      <w:r w:rsidRPr="00732E82">
        <w:t>, cultural appropriateness, stereotyping, overgeneralization, and potential bias. Students compared AI-generated content with peer-reviewed literature and course concepts before presentin</w:t>
      </w:r>
      <w:r w:rsidRPr="00732E82">
        <w:t>g their work.</w:t>
      </w:r>
    </w:p>
    <w:p w:rsidR="0091554E" w:rsidRPr="00732E82" w:rsidRDefault="00084A01" w:rsidP="00732E82">
      <w:pPr>
        <w:rPr>
          <w:b/>
        </w:rPr>
      </w:pPr>
      <w:r w:rsidRPr="00732E82">
        <w:rPr>
          <w:b/>
        </w:rPr>
        <w:t>Role of ChatGPT in the Intervention</w:t>
      </w:r>
    </w:p>
    <w:p w:rsidR="0091554E" w:rsidRPr="00732E82" w:rsidRDefault="00084A01" w:rsidP="00732E82">
      <w:r w:rsidRPr="00732E82">
        <w:t>ChatGPT was used as a starting point for brainstorming, structuring, and expanding content. The educational intervention also included peer questioning, group discussion, literature review, tutor moderation</w:t>
      </w:r>
      <w:r w:rsidRPr="00732E82">
        <w:t>, and links to clinical practicum experiences. Therefore, observed pretest-posttest changes should not be attributed solely to ChatGPT-generated content.</w:t>
      </w:r>
    </w:p>
    <w:sectPr w:rsidR="0091554E" w:rsidRPr="00732E8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4A01"/>
    <w:rsid w:val="0015074B"/>
    <w:rsid w:val="0029639D"/>
    <w:rsid w:val="00326F90"/>
    <w:rsid w:val="00732E82"/>
    <w:rsid w:val="0091554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E064249-8CC4-49C6-83E7-B3E616D8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41682C-EF8C-48CF-A146-1F93E8F19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Ecem</dc:creator>
  <cp:keywords/>
  <dc:description/>
  <cp:lastModifiedBy>ECEM</cp:lastModifiedBy>
  <cp:revision>3</cp:revision>
  <dcterms:created xsi:type="dcterms:W3CDTF">2013-12-23T23:15:00Z</dcterms:created>
  <dcterms:modified xsi:type="dcterms:W3CDTF">2026-06-06T19:02:00Z</dcterms:modified>
  <cp:category/>
</cp:coreProperties>
</file>