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315B71" w14:textId="56FDF190" w:rsidR="005B7DAD" w:rsidRDefault="005B7DAD">
      <w:pPr>
        <w:pStyle w:val="Heading2"/>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Supplementary tables</w:t>
      </w:r>
    </w:p>
    <w:p w14:paraId="03B42222" w14:textId="1D5EA01E" w:rsidR="00D94E50" w:rsidRPr="00D35743" w:rsidRDefault="00000000">
      <w:pPr>
        <w:pStyle w:val="Heading2"/>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t>Mortality associated with neuromuscular dysfunction of the bladder (ICD-10 N31.0–N31.9), United States, 1999–2024</w:t>
      </w:r>
    </w:p>
    <w:p w14:paraId="45EAFA29" w14:textId="77777777" w:rsidR="00D35743" w:rsidRPr="00D35743" w:rsidRDefault="00D35743" w:rsidP="00D35743">
      <w:pPr>
        <w:rPr>
          <w:rFonts w:cs="Times New Roman"/>
          <w:color w:val="000000" w:themeColor="text1"/>
          <w:sz w:val="22"/>
        </w:rPr>
      </w:pPr>
    </w:p>
    <w:p w14:paraId="567C5CA3" w14:textId="08732F51" w:rsidR="00D94E50" w:rsidRPr="00D35743" w:rsidRDefault="00000000" w:rsidP="00D35743">
      <w:pPr>
        <w:rPr>
          <w:rFonts w:cs="Times New Roman"/>
          <w:b/>
          <w:bCs/>
          <w:color w:val="000000" w:themeColor="text1"/>
          <w:sz w:val="22"/>
        </w:rPr>
      </w:pPr>
      <w:r w:rsidRPr="00D35743">
        <w:rPr>
          <w:rFonts w:cs="Times New Roman"/>
          <w:b/>
          <w:bCs/>
          <w:color w:val="000000" w:themeColor="text1"/>
          <w:sz w:val="22"/>
        </w:rPr>
        <w:t>Table S1. Deaths, population, crude and age-adjusted mortality rates, overall, United States, 1999–2024</w:t>
      </w:r>
    </w:p>
    <w:tbl>
      <w:tblPr>
        <w:tblStyle w:val="TableGrid"/>
        <w:tblW w:w="0" w:type="auto"/>
        <w:tblLook w:val="04A0" w:firstRow="1" w:lastRow="0" w:firstColumn="1" w:lastColumn="0" w:noHBand="0" w:noVBand="1"/>
      </w:tblPr>
      <w:tblGrid>
        <w:gridCol w:w="2351"/>
        <w:gridCol w:w="2350"/>
        <w:gridCol w:w="2351"/>
        <w:gridCol w:w="2350"/>
        <w:gridCol w:w="2350"/>
        <w:gridCol w:w="2350"/>
      </w:tblGrid>
      <w:tr w:rsidR="00D94E50" w:rsidRPr="00D35743" w14:paraId="4F48E360" w14:textId="77777777">
        <w:tc>
          <w:tcPr>
            <w:tcW w:w="2352" w:type="dxa"/>
          </w:tcPr>
          <w:p w14:paraId="7BFAC209"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2352" w:type="dxa"/>
          </w:tcPr>
          <w:p w14:paraId="5DF2D7E4" w14:textId="77777777" w:rsidR="00D94E50" w:rsidRPr="00D35743" w:rsidRDefault="00000000">
            <w:pPr>
              <w:rPr>
                <w:rFonts w:cs="Times New Roman"/>
                <w:color w:val="000000" w:themeColor="text1"/>
                <w:sz w:val="22"/>
              </w:rPr>
            </w:pPr>
            <w:r w:rsidRPr="00D35743">
              <w:rPr>
                <w:rFonts w:cs="Times New Roman"/>
                <w:b/>
                <w:color w:val="000000" w:themeColor="text1"/>
                <w:sz w:val="22"/>
              </w:rPr>
              <w:t>Deaths</w:t>
            </w:r>
          </w:p>
        </w:tc>
        <w:tc>
          <w:tcPr>
            <w:tcW w:w="2352" w:type="dxa"/>
          </w:tcPr>
          <w:p w14:paraId="48513300" w14:textId="77777777" w:rsidR="00D94E50" w:rsidRPr="00D35743" w:rsidRDefault="00000000">
            <w:pPr>
              <w:rPr>
                <w:rFonts w:cs="Times New Roman"/>
                <w:color w:val="000000" w:themeColor="text1"/>
                <w:sz w:val="22"/>
              </w:rPr>
            </w:pPr>
            <w:r w:rsidRPr="00D35743">
              <w:rPr>
                <w:rFonts w:cs="Times New Roman"/>
                <w:b/>
                <w:color w:val="000000" w:themeColor="text1"/>
                <w:sz w:val="22"/>
              </w:rPr>
              <w:t>Population</w:t>
            </w:r>
          </w:p>
        </w:tc>
        <w:tc>
          <w:tcPr>
            <w:tcW w:w="2352" w:type="dxa"/>
          </w:tcPr>
          <w:p w14:paraId="6E1E536D" w14:textId="77777777" w:rsidR="00D94E50" w:rsidRPr="00D35743" w:rsidRDefault="00000000">
            <w:pPr>
              <w:rPr>
                <w:rFonts w:cs="Times New Roman"/>
                <w:color w:val="000000" w:themeColor="text1"/>
                <w:sz w:val="22"/>
              </w:rPr>
            </w:pPr>
            <w:r w:rsidRPr="00D35743">
              <w:rPr>
                <w:rFonts w:cs="Times New Roman"/>
                <w:b/>
                <w:color w:val="000000" w:themeColor="text1"/>
                <w:sz w:val="22"/>
              </w:rPr>
              <w:t>Crude rateᵃ</w:t>
            </w:r>
          </w:p>
        </w:tc>
        <w:tc>
          <w:tcPr>
            <w:tcW w:w="2352" w:type="dxa"/>
          </w:tcPr>
          <w:p w14:paraId="1C7360EE" w14:textId="77777777" w:rsidR="00D94E50" w:rsidRPr="00D35743" w:rsidRDefault="00000000">
            <w:pPr>
              <w:rPr>
                <w:rFonts w:cs="Times New Roman"/>
                <w:color w:val="000000" w:themeColor="text1"/>
                <w:sz w:val="22"/>
              </w:rPr>
            </w:pPr>
            <w:r w:rsidRPr="00D35743">
              <w:rPr>
                <w:rFonts w:cs="Times New Roman"/>
                <w:b/>
                <w:color w:val="000000" w:themeColor="text1"/>
                <w:sz w:val="22"/>
              </w:rPr>
              <w:t>Crude rate (95% CI)ᵇ</w:t>
            </w:r>
          </w:p>
        </w:tc>
        <w:tc>
          <w:tcPr>
            <w:tcW w:w="2352" w:type="dxa"/>
          </w:tcPr>
          <w:p w14:paraId="115A4655" w14:textId="77777777" w:rsidR="00D94E50" w:rsidRPr="00D35743" w:rsidRDefault="00000000">
            <w:pPr>
              <w:rPr>
                <w:rFonts w:cs="Times New Roman"/>
                <w:color w:val="000000" w:themeColor="text1"/>
                <w:sz w:val="22"/>
              </w:rPr>
            </w:pPr>
            <w:r w:rsidRPr="00D35743">
              <w:rPr>
                <w:rFonts w:cs="Times New Roman"/>
                <w:b/>
                <w:color w:val="000000" w:themeColor="text1"/>
                <w:sz w:val="22"/>
              </w:rPr>
              <w:t>Age-adjusted rate (95% CI)ᵇ</w:t>
            </w:r>
          </w:p>
        </w:tc>
      </w:tr>
      <w:tr w:rsidR="00D94E50" w:rsidRPr="00D35743" w14:paraId="406F11FF" w14:textId="77777777">
        <w:tc>
          <w:tcPr>
            <w:tcW w:w="2352" w:type="dxa"/>
          </w:tcPr>
          <w:p w14:paraId="3A47B211" w14:textId="77777777" w:rsidR="00D94E50" w:rsidRPr="00D35743" w:rsidRDefault="00000000">
            <w:pPr>
              <w:rPr>
                <w:rFonts w:cs="Times New Roman"/>
                <w:color w:val="000000" w:themeColor="text1"/>
                <w:sz w:val="22"/>
              </w:rPr>
            </w:pPr>
            <w:r w:rsidRPr="00D35743">
              <w:rPr>
                <w:rFonts w:cs="Times New Roman"/>
                <w:color w:val="000000" w:themeColor="text1"/>
                <w:sz w:val="22"/>
              </w:rPr>
              <w:t>1999</w:t>
            </w:r>
          </w:p>
        </w:tc>
        <w:tc>
          <w:tcPr>
            <w:tcW w:w="2352" w:type="dxa"/>
          </w:tcPr>
          <w:p w14:paraId="6B8707FF" w14:textId="77777777" w:rsidR="00D94E50" w:rsidRPr="00D35743" w:rsidRDefault="00000000">
            <w:pPr>
              <w:rPr>
                <w:rFonts w:cs="Times New Roman"/>
                <w:color w:val="000000" w:themeColor="text1"/>
                <w:sz w:val="22"/>
              </w:rPr>
            </w:pPr>
            <w:r w:rsidRPr="00D35743">
              <w:rPr>
                <w:rFonts w:cs="Times New Roman"/>
                <w:color w:val="000000" w:themeColor="text1"/>
                <w:sz w:val="22"/>
              </w:rPr>
              <w:t>787</w:t>
            </w:r>
          </w:p>
        </w:tc>
        <w:tc>
          <w:tcPr>
            <w:tcW w:w="2352" w:type="dxa"/>
          </w:tcPr>
          <w:p w14:paraId="364AA8F7" w14:textId="77777777" w:rsidR="00D94E50" w:rsidRPr="00D35743" w:rsidRDefault="00000000">
            <w:pPr>
              <w:rPr>
                <w:rFonts w:cs="Times New Roman"/>
                <w:color w:val="000000" w:themeColor="text1"/>
                <w:sz w:val="22"/>
              </w:rPr>
            </w:pPr>
            <w:r w:rsidRPr="00D35743">
              <w:rPr>
                <w:rFonts w:cs="Times New Roman"/>
                <w:color w:val="000000" w:themeColor="text1"/>
                <w:sz w:val="22"/>
              </w:rPr>
              <w:t>180,408,769</w:t>
            </w:r>
          </w:p>
        </w:tc>
        <w:tc>
          <w:tcPr>
            <w:tcW w:w="2352" w:type="dxa"/>
          </w:tcPr>
          <w:p w14:paraId="6940D1C9" w14:textId="77777777" w:rsidR="00D94E50" w:rsidRPr="00D35743" w:rsidRDefault="00000000">
            <w:pPr>
              <w:rPr>
                <w:rFonts w:cs="Times New Roman"/>
                <w:color w:val="000000" w:themeColor="text1"/>
                <w:sz w:val="22"/>
              </w:rPr>
            </w:pPr>
            <w:r w:rsidRPr="00D35743">
              <w:rPr>
                <w:rFonts w:cs="Times New Roman"/>
                <w:color w:val="000000" w:themeColor="text1"/>
                <w:sz w:val="22"/>
              </w:rPr>
              <w:t>0.436</w:t>
            </w:r>
          </w:p>
        </w:tc>
        <w:tc>
          <w:tcPr>
            <w:tcW w:w="2352" w:type="dxa"/>
          </w:tcPr>
          <w:p w14:paraId="76BD05DA" w14:textId="77777777" w:rsidR="00D94E50" w:rsidRPr="00D35743" w:rsidRDefault="00000000">
            <w:pPr>
              <w:rPr>
                <w:rFonts w:cs="Times New Roman"/>
                <w:color w:val="000000" w:themeColor="text1"/>
                <w:sz w:val="22"/>
              </w:rPr>
            </w:pPr>
            <w:r w:rsidRPr="00D35743">
              <w:rPr>
                <w:rFonts w:cs="Times New Roman"/>
                <w:color w:val="000000" w:themeColor="text1"/>
                <w:sz w:val="22"/>
              </w:rPr>
              <w:t>0.44 (0.41–0.47)</w:t>
            </w:r>
          </w:p>
        </w:tc>
        <w:tc>
          <w:tcPr>
            <w:tcW w:w="2352" w:type="dxa"/>
          </w:tcPr>
          <w:p w14:paraId="4C96635F" w14:textId="77777777" w:rsidR="00D94E50" w:rsidRPr="00D35743" w:rsidRDefault="00000000">
            <w:pPr>
              <w:rPr>
                <w:rFonts w:cs="Times New Roman"/>
                <w:color w:val="000000" w:themeColor="text1"/>
                <w:sz w:val="22"/>
              </w:rPr>
            </w:pPr>
            <w:r w:rsidRPr="00D35743">
              <w:rPr>
                <w:rFonts w:cs="Times New Roman"/>
                <w:color w:val="000000" w:themeColor="text1"/>
                <w:sz w:val="22"/>
              </w:rPr>
              <w:t>0.42 (0.39–0.45)</w:t>
            </w:r>
          </w:p>
        </w:tc>
      </w:tr>
      <w:tr w:rsidR="00D94E50" w:rsidRPr="00D35743" w14:paraId="0537F1EE" w14:textId="77777777">
        <w:tc>
          <w:tcPr>
            <w:tcW w:w="2352" w:type="dxa"/>
          </w:tcPr>
          <w:p w14:paraId="00123F5A" w14:textId="77777777" w:rsidR="00D94E50" w:rsidRPr="00D35743" w:rsidRDefault="00000000">
            <w:pPr>
              <w:rPr>
                <w:rFonts w:cs="Times New Roman"/>
                <w:color w:val="000000" w:themeColor="text1"/>
                <w:sz w:val="22"/>
              </w:rPr>
            </w:pPr>
            <w:r w:rsidRPr="00D35743">
              <w:rPr>
                <w:rFonts w:cs="Times New Roman"/>
                <w:color w:val="000000" w:themeColor="text1"/>
                <w:sz w:val="22"/>
              </w:rPr>
              <w:t>2000</w:t>
            </w:r>
          </w:p>
        </w:tc>
        <w:tc>
          <w:tcPr>
            <w:tcW w:w="2352" w:type="dxa"/>
          </w:tcPr>
          <w:p w14:paraId="57151FC2" w14:textId="77777777" w:rsidR="00D94E50" w:rsidRPr="00D35743" w:rsidRDefault="00000000">
            <w:pPr>
              <w:rPr>
                <w:rFonts w:cs="Times New Roman"/>
                <w:color w:val="000000" w:themeColor="text1"/>
                <w:sz w:val="22"/>
              </w:rPr>
            </w:pPr>
            <w:r w:rsidRPr="00D35743">
              <w:rPr>
                <w:rFonts w:cs="Times New Roman"/>
                <w:color w:val="000000" w:themeColor="text1"/>
                <w:sz w:val="22"/>
              </w:rPr>
              <w:t>712</w:t>
            </w:r>
          </w:p>
        </w:tc>
        <w:tc>
          <w:tcPr>
            <w:tcW w:w="2352" w:type="dxa"/>
          </w:tcPr>
          <w:p w14:paraId="60703AEE" w14:textId="77777777" w:rsidR="00D94E50" w:rsidRPr="00D35743" w:rsidRDefault="00000000">
            <w:pPr>
              <w:rPr>
                <w:rFonts w:cs="Times New Roman"/>
                <w:color w:val="000000" w:themeColor="text1"/>
                <w:sz w:val="22"/>
              </w:rPr>
            </w:pPr>
            <w:r w:rsidRPr="00D35743">
              <w:rPr>
                <w:rFonts w:cs="Times New Roman"/>
                <w:color w:val="000000" w:themeColor="text1"/>
                <w:sz w:val="22"/>
              </w:rPr>
              <w:t>181,984,640</w:t>
            </w:r>
          </w:p>
        </w:tc>
        <w:tc>
          <w:tcPr>
            <w:tcW w:w="2352" w:type="dxa"/>
          </w:tcPr>
          <w:p w14:paraId="4C91A1B0" w14:textId="77777777" w:rsidR="00D94E50" w:rsidRPr="00D35743" w:rsidRDefault="00000000">
            <w:pPr>
              <w:rPr>
                <w:rFonts w:cs="Times New Roman"/>
                <w:color w:val="000000" w:themeColor="text1"/>
                <w:sz w:val="22"/>
              </w:rPr>
            </w:pPr>
            <w:r w:rsidRPr="00D35743">
              <w:rPr>
                <w:rFonts w:cs="Times New Roman"/>
                <w:color w:val="000000" w:themeColor="text1"/>
                <w:sz w:val="22"/>
              </w:rPr>
              <w:t>0.391</w:t>
            </w:r>
          </w:p>
        </w:tc>
        <w:tc>
          <w:tcPr>
            <w:tcW w:w="2352" w:type="dxa"/>
          </w:tcPr>
          <w:p w14:paraId="09F4C5FE" w14:textId="77777777" w:rsidR="00D94E50" w:rsidRPr="00D35743" w:rsidRDefault="00000000">
            <w:pPr>
              <w:rPr>
                <w:rFonts w:cs="Times New Roman"/>
                <w:color w:val="000000" w:themeColor="text1"/>
                <w:sz w:val="22"/>
              </w:rPr>
            </w:pPr>
            <w:r w:rsidRPr="00D35743">
              <w:rPr>
                <w:rFonts w:cs="Times New Roman"/>
                <w:color w:val="000000" w:themeColor="text1"/>
                <w:sz w:val="22"/>
              </w:rPr>
              <w:t>0.39 (0.36–0.42)</w:t>
            </w:r>
          </w:p>
        </w:tc>
        <w:tc>
          <w:tcPr>
            <w:tcW w:w="2352" w:type="dxa"/>
          </w:tcPr>
          <w:p w14:paraId="0E5C47B7" w14:textId="77777777" w:rsidR="00D94E50" w:rsidRPr="00D35743" w:rsidRDefault="00000000">
            <w:pPr>
              <w:rPr>
                <w:rFonts w:cs="Times New Roman"/>
                <w:color w:val="000000" w:themeColor="text1"/>
                <w:sz w:val="22"/>
              </w:rPr>
            </w:pPr>
            <w:r w:rsidRPr="00D35743">
              <w:rPr>
                <w:rFonts w:cs="Times New Roman"/>
                <w:color w:val="000000" w:themeColor="text1"/>
                <w:sz w:val="22"/>
              </w:rPr>
              <w:t>0.37 (0.35–0.40)</w:t>
            </w:r>
          </w:p>
        </w:tc>
      </w:tr>
      <w:tr w:rsidR="00D94E50" w:rsidRPr="00D35743" w14:paraId="0539E05B" w14:textId="77777777">
        <w:tc>
          <w:tcPr>
            <w:tcW w:w="2352" w:type="dxa"/>
          </w:tcPr>
          <w:p w14:paraId="4E48DEA6" w14:textId="77777777" w:rsidR="00D94E50" w:rsidRPr="00D35743" w:rsidRDefault="00000000">
            <w:pPr>
              <w:rPr>
                <w:rFonts w:cs="Times New Roman"/>
                <w:color w:val="000000" w:themeColor="text1"/>
                <w:sz w:val="22"/>
              </w:rPr>
            </w:pPr>
            <w:r w:rsidRPr="00D35743">
              <w:rPr>
                <w:rFonts w:cs="Times New Roman"/>
                <w:color w:val="000000" w:themeColor="text1"/>
                <w:sz w:val="22"/>
              </w:rPr>
              <w:t>2001</w:t>
            </w:r>
          </w:p>
        </w:tc>
        <w:tc>
          <w:tcPr>
            <w:tcW w:w="2352" w:type="dxa"/>
          </w:tcPr>
          <w:p w14:paraId="5C926011" w14:textId="77777777" w:rsidR="00D94E50" w:rsidRPr="00D35743" w:rsidRDefault="00000000">
            <w:pPr>
              <w:rPr>
                <w:rFonts w:cs="Times New Roman"/>
                <w:color w:val="000000" w:themeColor="text1"/>
                <w:sz w:val="22"/>
              </w:rPr>
            </w:pPr>
            <w:r w:rsidRPr="00D35743">
              <w:rPr>
                <w:rFonts w:cs="Times New Roman"/>
                <w:color w:val="000000" w:themeColor="text1"/>
                <w:sz w:val="22"/>
              </w:rPr>
              <w:t>741</w:t>
            </w:r>
          </w:p>
        </w:tc>
        <w:tc>
          <w:tcPr>
            <w:tcW w:w="2352" w:type="dxa"/>
          </w:tcPr>
          <w:p w14:paraId="767C5D3D" w14:textId="77777777" w:rsidR="00D94E50" w:rsidRPr="00D35743" w:rsidRDefault="00000000">
            <w:pPr>
              <w:rPr>
                <w:rFonts w:cs="Times New Roman"/>
                <w:color w:val="000000" w:themeColor="text1"/>
                <w:sz w:val="22"/>
              </w:rPr>
            </w:pPr>
            <w:r w:rsidRPr="00D35743">
              <w:rPr>
                <w:rFonts w:cs="Times New Roman"/>
                <w:color w:val="000000" w:themeColor="text1"/>
                <w:sz w:val="22"/>
              </w:rPr>
              <w:t>184,305,128</w:t>
            </w:r>
          </w:p>
        </w:tc>
        <w:tc>
          <w:tcPr>
            <w:tcW w:w="2352" w:type="dxa"/>
          </w:tcPr>
          <w:p w14:paraId="1C11F109" w14:textId="77777777" w:rsidR="00D94E50" w:rsidRPr="00D35743" w:rsidRDefault="00000000">
            <w:pPr>
              <w:rPr>
                <w:rFonts w:cs="Times New Roman"/>
                <w:color w:val="000000" w:themeColor="text1"/>
                <w:sz w:val="22"/>
              </w:rPr>
            </w:pPr>
            <w:r w:rsidRPr="00D35743">
              <w:rPr>
                <w:rFonts w:cs="Times New Roman"/>
                <w:color w:val="000000" w:themeColor="text1"/>
                <w:sz w:val="22"/>
              </w:rPr>
              <w:t>0.402</w:t>
            </w:r>
          </w:p>
        </w:tc>
        <w:tc>
          <w:tcPr>
            <w:tcW w:w="2352" w:type="dxa"/>
          </w:tcPr>
          <w:p w14:paraId="7758B41E" w14:textId="77777777" w:rsidR="00D94E50" w:rsidRPr="00D35743" w:rsidRDefault="00000000">
            <w:pPr>
              <w:rPr>
                <w:rFonts w:cs="Times New Roman"/>
                <w:color w:val="000000" w:themeColor="text1"/>
                <w:sz w:val="22"/>
              </w:rPr>
            </w:pPr>
            <w:r w:rsidRPr="00D35743">
              <w:rPr>
                <w:rFonts w:cs="Times New Roman"/>
                <w:color w:val="000000" w:themeColor="text1"/>
                <w:sz w:val="22"/>
              </w:rPr>
              <w:t>0.40 (0.37–0.43)</w:t>
            </w:r>
          </w:p>
        </w:tc>
        <w:tc>
          <w:tcPr>
            <w:tcW w:w="2352" w:type="dxa"/>
          </w:tcPr>
          <w:p w14:paraId="2102D88A" w14:textId="77777777" w:rsidR="00D94E50" w:rsidRPr="00D35743" w:rsidRDefault="00000000">
            <w:pPr>
              <w:rPr>
                <w:rFonts w:cs="Times New Roman"/>
                <w:color w:val="000000" w:themeColor="text1"/>
                <w:sz w:val="22"/>
              </w:rPr>
            </w:pPr>
            <w:r w:rsidRPr="00D35743">
              <w:rPr>
                <w:rFonts w:cs="Times New Roman"/>
                <w:color w:val="000000" w:themeColor="text1"/>
                <w:sz w:val="22"/>
              </w:rPr>
              <w:t>0.39 (0.36–0.42)</w:t>
            </w:r>
          </w:p>
        </w:tc>
      </w:tr>
      <w:tr w:rsidR="00D94E50" w:rsidRPr="00D35743" w14:paraId="3D9F602C" w14:textId="77777777">
        <w:tc>
          <w:tcPr>
            <w:tcW w:w="2352" w:type="dxa"/>
          </w:tcPr>
          <w:p w14:paraId="1860BBB5" w14:textId="77777777" w:rsidR="00D94E50" w:rsidRPr="00D35743" w:rsidRDefault="00000000">
            <w:pPr>
              <w:rPr>
                <w:rFonts w:cs="Times New Roman"/>
                <w:color w:val="000000" w:themeColor="text1"/>
                <w:sz w:val="22"/>
              </w:rPr>
            </w:pPr>
            <w:r w:rsidRPr="00D35743">
              <w:rPr>
                <w:rFonts w:cs="Times New Roman"/>
                <w:color w:val="000000" w:themeColor="text1"/>
                <w:sz w:val="22"/>
              </w:rPr>
              <w:t>2002</w:t>
            </w:r>
          </w:p>
        </w:tc>
        <w:tc>
          <w:tcPr>
            <w:tcW w:w="2352" w:type="dxa"/>
          </w:tcPr>
          <w:p w14:paraId="520DCE84" w14:textId="77777777" w:rsidR="00D94E50" w:rsidRPr="00D35743" w:rsidRDefault="00000000">
            <w:pPr>
              <w:rPr>
                <w:rFonts w:cs="Times New Roman"/>
                <w:color w:val="000000" w:themeColor="text1"/>
                <w:sz w:val="22"/>
              </w:rPr>
            </w:pPr>
            <w:r w:rsidRPr="00D35743">
              <w:rPr>
                <w:rFonts w:cs="Times New Roman"/>
                <w:color w:val="000000" w:themeColor="text1"/>
                <w:sz w:val="22"/>
              </w:rPr>
              <w:t>713</w:t>
            </w:r>
          </w:p>
        </w:tc>
        <w:tc>
          <w:tcPr>
            <w:tcW w:w="2352" w:type="dxa"/>
          </w:tcPr>
          <w:p w14:paraId="76B88DE5" w14:textId="77777777" w:rsidR="00D94E50" w:rsidRPr="00D35743" w:rsidRDefault="00000000">
            <w:pPr>
              <w:rPr>
                <w:rFonts w:cs="Times New Roman"/>
                <w:color w:val="000000" w:themeColor="text1"/>
                <w:sz w:val="22"/>
              </w:rPr>
            </w:pPr>
            <w:r w:rsidRPr="00D35743">
              <w:rPr>
                <w:rFonts w:cs="Times New Roman"/>
                <w:color w:val="000000" w:themeColor="text1"/>
                <w:sz w:val="22"/>
              </w:rPr>
              <w:t>186,208,028</w:t>
            </w:r>
          </w:p>
        </w:tc>
        <w:tc>
          <w:tcPr>
            <w:tcW w:w="2352" w:type="dxa"/>
          </w:tcPr>
          <w:p w14:paraId="21287245" w14:textId="77777777" w:rsidR="00D94E50" w:rsidRPr="00D35743" w:rsidRDefault="00000000">
            <w:pPr>
              <w:rPr>
                <w:rFonts w:cs="Times New Roman"/>
                <w:color w:val="000000" w:themeColor="text1"/>
                <w:sz w:val="22"/>
              </w:rPr>
            </w:pPr>
            <w:r w:rsidRPr="00D35743">
              <w:rPr>
                <w:rFonts w:cs="Times New Roman"/>
                <w:color w:val="000000" w:themeColor="text1"/>
                <w:sz w:val="22"/>
              </w:rPr>
              <w:t>0.383</w:t>
            </w:r>
          </w:p>
        </w:tc>
        <w:tc>
          <w:tcPr>
            <w:tcW w:w="2352" w:type="dxa"/>
          </w:tcPr>
          <w:p w14:paraId="27B48015" w14:textId="77777777" w:rsidR="00D94E50" w:rsidRPr="00D35743" w:rsidRDefault="00000000">
            <w:pPr>
              <w:rPr>
                <w:rFonts w:cs="Times New Roman"/>
                <w:color w:val="000000" w:themeColor="text1"/>
                <w:sz w:val="22"/>
              </w:rPr>
            </w:pPr>
            <w:r w:rsidRPr="00D35743">
              <w:rPr>
                <w:rFonts w:cs="Times New Roman"/>
                <w:color w:val="000000" w:themeColor="text1"/>
                <w:sz w:val="22"/>
              </w:rPr>
              <w:t>0.38 (0.35–0.41)</w:t>
            </w:r>
          </w:p>
        </w:tc>
        <w:tc>
          <w:tcPr>
            <w:tcW w:w="2352" w:type="dxa"/>
          </w:tcPr>
          <w:p w14:paraId="52A27640" w14:textId="77777777" w:rsidR="00D94E50" w:rsidRPr="00D35743" w:rsidRDefault="00000000">
            <w:pPr>
              <w:rPr>
                <w:rFonts w:cs="Times New Roman"/>
                <w:color w:val="000000" w:themeColor="text1"/>
                <w:sz w:val="22"/>
              </w:rPr>
            </w:pPr>
            <w:r w:rsidRPr="00D35743">
              <w:rPr>
                <w:rFonts w:cs="Times New Roman"/>
                <w:color w:val="000000" w:themeColor="text1"/>
                <w:sz w:val="22"/>
              </w:rPr>
              <w:t>0.38 (0.35–0.41)</w:t>
            </w:r>
          </w:p>
        </w:tc>
      </w:tr>
      <w:tr w:rsidR="00D94E50" w:rsidRPr="00D35743" w14:paraId="451843F1" w14:textId="77777777">
        <w:tc>
          <w:tcPr>
            <w:tcW w:w="2352" w:type="dxa"/>
          </w:tcPr>
          <w:p w14:paraId="2639598B" w14:textId="77777777" w:rsidR="00D94E50" w:rsidRPr="00D35743" w:rsidRDefault="00000000">
            <w:pPr>
              <w:rPr>
                <w:rFonts w:cs="Times New Roman"/>
                <w:color w:val="000000" w:themeColor="text1"/>
                <w:sz w:val="22"/>
              </w:rPr>
            </w:pPr>
            <w:r w:rsidRPr="00D35743">
              <w:rPr>
                <w:rFonts w:cs="Times New Roman"/>
                <w:color w:val="000000" w:themeColor="text1"/>
                <w:sz w:val="22"/>
              </w:rPr>
              <w:t>2003</w:t>
            </w:r>
          </w:p>
        </w:tc>
        <w:tc>
          <w:tcPr>
            <w:tcW w:w="2352" w:type="dxa"/>
          </w:tcPr>
          <w:p w14:paraId="012CF002" w14:textId="77777777" w:rsidR="00D94E50" w:rsidRPr="00D35743" w:rsidRDefault="00000000">
            <w:pPr>
              <w:rPr>
                <w:rFonts w:cs="Times New Roman"/>
                <w:color w:val="000000" w:themeColor="text1"/>
                <w:sz w:val="22"/>
              </w:rPr>
            </w:pPr>
            <w:r w:rsidRPr="00D35743">
              <w:rPr>
                <w:rFonts w:cs="Times New Roman"/>
                <w:color w:val="000000" w:themeColor="text1"/>
                <w:sz w:val="22"/>
              </w:rPr>
              <w:t>665</w:t>
            </w:r>
          </w:p>
        </w:tc>
        <w:tc>
          <w:tcPr>
            <w:tcW w:w="2352" w:type="dxa"/>
          </w:tcPr>
          <w:p w14:paraId="34002D48" w14:textId="77777777" w:rsidR="00D94E50" w:rsidRPr="00D35743" w:rsidRDefault="00000000">
            <w:pPr>
              <w:rPr>
                <w:rFonts w:cs="Times New Roman"/>
                <w:color w:val="000000" w:themeColor="text1"/>
                <w:sz w:val="22"/>
              </w:rPr>
            </w:pPr>
            <w:r w:rsidRPr="00D35743">
              <w:rPr>
                <w:rFonts w:cs="Times New Roman"/>
                <w:color w:val="000000" w:themeColor="text1"/>
                <w:sz w:val="22"/>
              </w:rPr>
              <w:t>188,090,429</w:t>
            </w:r>
          </w:p>
        </w:tc>
        <w:tc>
          <w:tcPr>
            <w:tcW w:w="2352" w:type="dxa"/>
          </w:tcPr>
          <w:p w14:paraId="05D5F19C" w14:textId="77777777" w:rsidR="00D94E50" w:rsidRPr="00D35743" w:rsidRDefault="00000000">
            <w:pPr>
              <w:rPr>
                <w:rFonts w:cs="Times New Roman"/>
                <w:color w:val="000000" w:themeColor="text1"/>
                <w:sz w:val="22"/>
              </w:rPr>
            </w:pPr>
            <w:r w:rsidRPr="00D35743">
              <w:rPr>
                <w:rFonts w:cs="Times New Roman"/>
                <w:color w:val="000000" w:themeColor="text1"/>
                <w:sz w:val="22"/>
              </w:rPr>
              <w:t>0.354</w:t>
            </w:r>
          </w:p>
        </w:tc>
        <w:tc>
          <w:tcPr>
            <w:tcW w:w="2352" w:type="dxa"/>
          </w:tcPr>
          <w:p w14:paraId="7BA2B377" w14:textId="77777777" w:rsidR="00D94E50" w:rsidRPr="00D35743" w:rsidRDefault="00000000">
            <w:pPr>
              <w:rPr>
                <w:rFonts w:cs="Times New Roman"/>
                <w:color w:val="000000" w:themeColor="text1"/>
                <w:sz w:val="22"/>
              </w:rPr>
            </w:pPr>
            <w:r w:rsidRPr="00D35743">
              <w:rPr>
                <w:rFonts w:cs="Times New Roman"/>
                <w:color w:val="000000" w:themeColor="text1"/>
                <w:sz w:val="22"/>
              </w:rPr>
              <w:t>0.35 (0.33–0.38)</w:t>
            </w:r>
          </w:p>
        </w:tc>
        <w:tc>
          <w:tcPr>
            <w:tcW w:w="2352" w:type="dxa"/>
          </w:tcPr>
          <w:p w14:paraId="2BCBD0DC" w14:textId="77777777" w:rsidR="00D94E50" w:rsidRPr="00D35743" w:rsidRDefault="00000000">
            <w:pPr>
              <w:rPr>
                <w:rFonts w:cs="Times New Roman"/>
                <w:color w:val="000000" w:themeColor="text1"/>
                <w:sz w:val="22"/>
              </w:rPr>
            </w:pPr>
            <w:r w:rsidRPr="00D35743">
              <w:rPr>
                <w:rFonts w:cs="Times New Roman"/>
                <w:color w:val="000000" w:themeColor="text1"/>
                <w:sz w:val="22"/>
              </w:rPr>
              <w:t>0.36 (0.34–0.39)</w:t>
            </w:r>
          </w:p>
        </w:tc>
      </w:tr>
      <w:tr w:rsidR="00D94E50" w:rsidRPr="00D35743" w14:paraId="753C8801" w14:textId="77777777">
        <w:tc>
          <w:tcPr>
            <w:tcW w:w="2352" w:type="dxa"/>
          </w:tcPr>
          <w:p w14:paraId="4EF33AFC" w14:textId="77777777" w:rsidR="00D94E50" w:rsidRPr="00D35743" w:rsidRDefault="00000000">
            <w:pPr>
              <w:rPr>
                <w:rFonts w:cs="Times New Roman"/>
                <w:color w:val="000000" w:themeColor="text1"/>
                <w:sz w:val="22"/>
              </w:rPr>
            </w:pPr>
            <w:r w:rsidRPr="00D35743">
              <w:rPr>
                <w:rFonts w:cs="Times New Roman"/>
                <w:color w:val="000000" w:themeColor="text1"/>
                <w:sz w:val="22"/>
              </w:rPr>
              <w:t>2004</w:t>
            </w:r>
          </w:p>
        </w:tc>
        <w:tc>
          <w:tcPr>
            <w:tcW w:w="2352" w:type="dxa"/>
          </w:tcPr>
          <w:p w14:paraId="642AA57E" w14:textId="77777777" w:rsidR="00D94E50" w:rsidRPr="00D35743" w:rsidRDefault="00000000">
            <w:pPr>
              <w:rPr>
                <w:rFonts w:cs="Times New Roman"/>
                <w:color w:val="000000" w:themeColor="text1"/>
                <w:sz w:val="22"/>
              </w:rPr>
            </w:pPr>
            <w:r w:rsidRPr="00D35743">
              <w:rPr>
                <w:rFonts w:cs="Times New Roman"/>
                <w:color w:val="000000" w:themeColor="text1"/>
                <w:sz w:val="22"/>
              </w:rPr>
              <w:t>640</w:t>
            </w:r>
          </w:p>
        </w:tc>
        <w:tc>
          <w:tcPr>
            <w:tcW w:w="2352" w:type="dxa"/>
          </w:tcPr>
          <w:p w14:paraId="531BCBB5" w14:textId="77777777" w:rsidR="00D94E50" w:rsidRPr="00D35743" w:rsidRDefault="00000000">
            <w:pPr>
              <w:rPr>
                <w:rFonts w:cs="Times New Roman"/>
                <w:color w:val="000000" w:themeColor="text1"/>
                <w:sz w:val="22"/>
              </w:rPr>
            </w:pPr>
            <w:r w:rsidRPr="00D35743">
              <w:rPr>
                <w:rFonts w:cs="Times New Roman"/>
                <w:color w:val="000000" w:themeColor="text1"/>
                <w:sz w:val="22"/>
              </w:rPr>
              <w:t>190,205,384</w:t>
            </w:r>
          </w:p>
        </w:tc>
        <w:tc>
          <w:tcPr>
            <w:tcW w:w="2352" w:type="dxa"/>
          </w:tcPr>
          <w:p w14:paraId="6C62BF09" w14:textId="77777777" w:rsidR="00D94E50" w:rsidRPr="00D35743" w:rsidRDefault="00000000">
            <w:pPr>
              <w:rPr>
                <w:rFonts w:cs="Times New Roman"/>
                <w:color w:val="000000" w:themeColor="text1"/>
                <w:sz w:val="22"/>
              </w:rPr>
            </w:pPr>
            <w:r w:rsidRPr="00D35743">
              <w:rPr>
                <w:rFonts w:cs="Times New Roman"/>
                <w:color w:val="000000" w:themeColor="text1"/>
                <w:sz w:val="22"/>
              </w:rPr>
              <w:t>0.336</w:t>
            </w:r>
          </w:p>
        </w:tc>
        <w:tc>
          <w:tcPr>
            <w:tcW w:w="2352" w:type="dxa"/>
          </w:tcPr>
          <w:p w14:paraId="2347A5C5" w14:textId="77777777" w:rsidR="00D94E50" w:rsidRPr="00D35743" w:rsidRDefault="00000000">
            <w:pPr>
              <w:rPr>
                <w:rFonts w:cs="Times New Roman"/>
                <w:color w:val="000000" w:themeColor="text1"/>
                <w:sz w:val="22"/>
              </w:rPr>
            </w:pPr>
            <w:r w:rsidRPr="00D35743">
              <w:rPr>
                <w:rFonts w:cs="Times New Roman"/>
                <w:color w:val="000000" w:themeColor="text1"/>
                <w:sz w:val="22"/>
              </w:rPr>
              <w:t>0.34 (0.31–0.36)</w:t>
            </w:r>
          </w:p>
        </w:tc>
        <w:tc>
          <w:tcPr>
            <w:tcW w:w="2352" w:type="dxa"/>
          </w:tcPr>
          <w:p w14:paraId="0EAF46D1" w14:textId="77777777" w:rsidR="00D94E50" w:rsidRPr="00D35743" w:rsidRDefault="00000000">
            <w:pPr>
              <w:rPr>
                <w:rFonts w:cs="Times New Roman"/>
                <w:color w:val="000000" w:themeColor="text1"/>
                <w:sz w:val="22"/>
              </w:rPr>
            </w:pPr>
            <w:r w:rsidRPr="00D35743">
              <w:rPr>
                <w:rFonts w:cs="Times New Roman"/>
                <w:color w:val="000000" w:themeColor="text1"/>
                <w:sz w:val="22"/>
              </w:rPr>
              <w:t>0.32 (0.30–0.35)</w:t>
            </w:r>
          </w:p>
        </w:tc>
      </w:tr>
      <w:tr w:rsidR="00D94E50" w:rsidRPr="00D35743" w14:paraId="3C3F729E" w14:textId="77777777">
        <w:tc>
          <w:tcPr>
            <w:tcW w:w="2352" w:type="dxa"/>
          </w:tcPr>
          <w:p w14:paraId="2E3A8487" w14:textId="77777777" w:rsidR="00D94E50" w:rsidRPr="00D35743" w:rsidRDefault="00000000">
            <w:pPr>
              <w:rPr>
                <w:rFonts w:cs="Times New Roman"/>
                <w:color w:val="000000" w:themeColor="text1"/>
                <w:sz w:val="22"/>
              </w:rPr>
            </w:pPr>
            <w:r w:rsidRPr="00D35743">
              <w:rPr>
                <w:rFonts w:cs="Times New Roman"/>
                <w:color w:val="000000" w:themeColor="text1"/>
                <w:sz w:val="22"/>
              </w:rPr>
              <w:t>2005</w:t>
            </w:r>
          </w:p>
        </w:tc>
        <w:tc>
          <w:tcPr>
            <w:tcW w:w="2352" w:type="dxa"/>
          </w:tcPr>
          <w:p w14:paraId="15FAF3C1" w14:textId="77777777" w:rsidR="00D94E50" w:rsidRPr="00D35743" w:rsidRDefault="00000000">
            <w:pPr>
              <w:rPr>
                <w:rFonts w:cs="Times New Roman"/>
                <w:color w:val="000000" w:themeColor="text1"/>
                <w:sz w:val="22"/>
              </w:rPr>
            </w:pPr>
            <w:r w:rsidRPr="00D35743">
              <w:rPr>
                <w:rFonts w:cs="Times New Roman"/>
                <w:color w:val="000000" w:themeColor="text1"/>
                <w:sz w:val="22"/>
              </w:rPr>
              <w:t>700</w:t>
            </w:r>
          </w:p>
        </w:tc>
        <w:tc>
          <w:tcPr>
            <w:tcW w:w="2352" w:type="dxa"/>
          </w:tcPr>
          <w:p w14:paraId="5765FC3E" w14:textId="77777777" w:rsidR="00D94E50" w:rsidRPr="00D35743" w:rsidRDefault="00000000">
            <w:pPr>
              <w:rPr>
                <w:rFonts w:cs="Times New Roman"/>
                <w:color w:val="000000" w:themeColor="text1"/>
                <w:sz w:val="22"/>
              </w:rPr>
            </w:pPr>
            <w:r w:rsidRPr="00D35743">
              <w:rPr>
                <w:rFonts w:cs="Times New Roman"/>
                <w:color w:val="000000" w:themeColor="text1"/>
                <w:sz w:val="22"/>
              </w:rPr>
              <w:t>192,551,384</w:t>
            </w:r>
          </w:p>
        </w:tc>
        <w:tc>
          <w:tcPr>
            <w:tcW w:w="2352" w:type="dxa"/>
          </w:tcPr>
          <w:p w14:paraId="7E8ABB26" w14:textId="77777777" w:rsidR="00D94E50" w:rsidRPr="00D35743" w:rsidRDefault="00000000">
            <w:pPr>
              <w:rPr>
                <w:rFonts w:cs="Times New Roman"/>
                <w:color w:val="000000" w:themeColor="text1"/>
                <w:sz w:val="22"/>
              </w:rPr>
            </w:pPr>
            <w:r w:rsidRPr="00D35743">
              <w:rPr>
                <w:rFonts w:cs="Times New Roman"/>
                <w:color w:val="000000" w:themeColor="text1"/>
                <w:sz w:val="22"/>
              </w:rPr>
              <w:t>0.364</w:t>
            </w:r>
          </w:p>
        </w:tc>
        <w:tc>
          <w:tcPr>
            <w:tcW w:w="2352" w:type="dxa"/>
          </w:tcPr>
          <w:p w14:paraId="2B3A9ED6" w14:textId="77777777" w:rsidR="00D94E50" w:rsidRPr="00D35743" w:rsidRDefault="00000000">
            <w:pPr>
              <w:rPr>
                <w:rFonts w:cs="Times New Roman"/>
                <w:color w:val="000000" w:themeColor="text1"/>
                <w:sz w:val="22"/>
              </w:rPr>
            </w:pPr>
            <w:r w:rsidRPr="00D35743">
              <w:rPr>
                <w:rFonts w:cs="Times New Roman"/>
                <w:color w:val="000000" w:themeColor="text1"/>
                <w:sz w:val="22"/>
              </w:rPr>
              <w:t>0.36 (0.34–0.39)</w:t>
            </w:r>
          </w:p>
        </w:tc>
        <w:tc>
          <w:tcPr>
            <w:tcW w:w="2352" w:type="dxa"/>
          </w:tcPr>
          <w:p w14:paraId="02EC3F27" w14:textId="77777777" w:rsidR="00D94E50" w:rsidRPr="00D35743" w:rsidRDefault="00000000">
            <w:pPr>
              <w:rPr>
                <w:rFonts w:cs="Times New Roman"/>
                <w:color w:val="000000" w:themeColor="text1"/>
                <w:sz w:val="22"/>
              </w:rPr>
            </w:pPr>
            <w:r w:rsidRPr="00D35743">
              <w:rPr>
                <w:rFonts w:cs="Times New Roman"/>
                <w:color w:val="000000" w:themeColor="text1"/>
                <w:sz w:val="22"/>
              </w:rPr>
              <w:t>0.37 (0.34–0.40)</w:t>
            </w:r>
          </w:p>
        </w:tc>
      </w:tr>
      <w:tr w:rsidR="00D94E50" w:rsidRPr="00D35743" w14:paraId="7AAA3524" w14:textId="77777777">
        <w:tc>
          <w:tcPr>
            <w:tcW w:w="2352" w:type="dxa"/>
          </w:tcPr>
          <w:p w14:paraId="691CDAC2"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2352" w:type="dxa"/>
          </w:tcPr>
          <w:p w14:paraId="130140A3" w14:textId="77777777" w:rsidR="00D94E50" w:rsidRPr="00D35743" w:rsidRDefault="00000000">
            <w:pPr>
              <w:rPr>
                <w:rFonts w:cs="Times New Roman"/>
                <w:color w:val="000000" w:themeColor="text1"/>
                <w:sz w:val="22"/>
              </w:rPr>
            </w:pPr>
            <w:r w:rsidRPr="00D35743">
              <w:rPr>
                <w:rFonts w:cs="Times New Roman"/>
                <w:color w:val="000000" w:themeColor="text1"/>
                <w:sz w:val="22"/>
              </w:rPr>
              <w:t>625</w:t>
            </w:r>
          </w:p>
        </w:tc>
        <w:tc>
          <w:tcPr>
            <w:tcW w:w="2352" w:type="dxa"/>
          </w:tcPr>
          <w:p w14:paraId="32195FDE" w14:textId="77777777" w:rsidR="00D94E50" w:rsidRPr="00D35743" w:rsidRDefault="00000000">
            <w:pPr>
              <w:rPr>
                <w:rFonts w:cs="Times New Roman"/>
                <w:color w:val="000000" w:themeColor="text1"/>
                <w:sz w:val="22"/>
              </w:rPr>
            </w:pPr>
            <w:r w:rsidRPr="00D35743">
              <w:rPr>
                <w:rFonts w:cs="Times New Roman"/>
                <w:color w:val="000000" w:themeColor="text1"/>
                <w:sz w:val="22"/>
              </w:rPr>
              <w:t>195,019,359</w:t>
            </w:r>
          </w:p>
        </w:tc>
        <w:tc>
          <w:tcPr>
            <w:tcW w:w="2352" w:type="dxa"/>
          </w:tcPr>
          <w:p w14:paraId="127F9966" w14:textId="77777777" w:rsidR="00D94E50" w:rsidRPr="00D35743" w:rsidRDefault="00000000">
            <w:pPr>
              <w:rPr>
                <w:rFonts w:cs="Times New Roman"/>
                <w:color w:val="000000" w:themeColor="text1"/>
                <w:sz w:val="22"/>
              </w:rPr>
            </w:pPr>
            <w:r w:rsidRPr="00D35743">
              <w:rPr>
                <w:rFonts w:cs="Times New Roman"/>
                <w:color w:val="000000" w:themeColor="text1"/>
                <w:sz w:val="22"/>
              </w:rPr>
              <w:t>0.320</w:t>
            </w:r>
          </w:p>
        </w:tc>
        <w:tc>
          <w:tcPr>
            <w:tcW w:w="2352" w:type="dxa"/>
          </w:tcPr>
          <w:p w14:paraId="442C980D" w14:textId="77777777" w:rsidR="00D94E50" w:rsidRPr="00D35743" w:rsidRDefault="00000000">
            <w:pPr>
              <w:rPr>
                <w:rFonts w:cs="Times New Roman"/>
                <w:color w:val="000000" w:themeColor="text1"/>
                <w:sz w:val="22"/>
              </w:rPr>
            </w:pPr>
            <w:r w:rsidRPr="00D35743">
              <w:rPr>
                <w:rFonts w:cs="Times New Roman"/>
                <w:color w:val="000000" w:themeColor="text1"/>
                <w:sz w:val="22"/>
              </w:rPr>
              <w:t>0.32 (0.30–0.35)</w:t>
            </w:r>
          </w:p>
        </w:tc>
        <w:tc>
          <w:tcPr>
            <w:tcW w:w="2352" w:type="dxa"/>
          </w:tcPr>
          <w:p w14:paraId="7DD1F4D3" w14:textId="77777777" w:rsidR="00D94E50" w:rsidRPr="00D35743" w:rsidRDefault="00000000">
            <w:pPr>
              <w:rPr>
                <w:rFonts w:cs="Times New Roman"/>
                <w:color w:val="000000" w:themeColor="text1"/>
                <w:sz w:val="22"/>
              </w:rPr>
            </w:pPr>
            <w:r w:rsidRPr="00D35743">
              <w:rPr>
                <w:rFonts w:cs="Times New Roman"/>
                <w:color w:val="000000" w:themeColor="text1"/>
                <w:sz w:val="22"/>
              </w:rPr>
              <w:t>0.30 (0.27–0.32)</w:t>
            </w:r>
          </w:p>
        </w:tc>
      </w:tr>
      <w:tr w:rsidR="00D94E50" w:rsidRPr="00D35743" w14:paraId="1BDBBBB9" w14:textId="77777777">
        <w:tc>
          <w:tcPr>
            <w:tcW w:w="2352" w:type="dxa"/>
          </w:tcPr>
          <w:p w14:paraId="6EC594E5"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352" w:type="dxa"/>
          </w:tcPr>
          <w:p w14:paraId="2CEE07E8" w14:textId="77777777" w:rsidR="00D94E50" w:rsidRPr="00D35743" w:rsidRDefault="00000000">
            <w:pPr>
              <w:rPr>
                <w:rFonts w:cs="Times New Roman"/>
                <w:color w:val="000000" w:themeColor="text1"/>
                <w:sz w:val="22"/>
              </w:rPr>
            </w:pPr>
            <w:r w:rsidRPr="00D35743">
              <w:rPr>
                <w:rFonts w:cs="Times New Roman"/>
                <w:color w:val="000000" w:themeColor="text1"/>
                <w:sz w:val="22"/>
              </w:rPr>
              <w:t>626</w:t>
            </w:r>
          </w:p>
        </w:tc>
        <w:tc>
          <w:tcPr>
            <w:tcW w:w="2352" w:type="dxa"/>
          </w:tcPr>
          <w:p w14:paraId="42B22CB8" w14:textId="77777777" w:rsidR="00D94E50" w:rsidRPr="00D35743" w:rsidRDefault="00000000">
            <w:pPr>
              <w:rPr>
                <w:rFonts w:cs="Times New Roman"/>
                <w:color w:val="000000" w:themeColor="text1"/>
                <w:sz w:val="22"/>
              </w:rPr>
            </w:pPr>
            <w:r w:rsidRPr="00D35743">
              <w:rPr>
                <w:rFonts w:cs="Times New Roman"/>
                <w:color w:val="000000" w:themeColor="text1"/>
                <w:sz w:val="22"/>
              </w:rPr>
              <w:t>197,403,777</w:t>
            </w:r>
          </w:p>
        </w:tc>
        <w:tc>
          <w:tcPr>
            <w:tcW w:w="2352" w:type="dxa"/>
          </w:tcPr>
          <w:p w14:paraId="486A55BA" w14:textId="77777777" w:rsidR="00D94E50" w:rsidRPr="00D35743" w:rsidRDefault="00000000">
            <w:pPr>
              <w:rPr>
                <w:rFonts w:cs="Times New Roman"/>
                <w:color w:val="000000" w:themeColor="text1"/>
                <w:sz w:val="22"/>
              </w:rPr>
            </w:pPr>
            <w:r w:rsidRPr="00D35743">
              <w:rPr>
                <w:rFonts w:cs="Times New Roman"/>
                <w:color w:val="000000" w:themeColor="text1"/>
                <w:sz w:val="22"/>
              </w:rPr>
              <w:t>0.317</w:t>
            </w:r>
          </w:p>
        </w:tc>
        <w:tc>
          <w:tcPr>
            <w:tcW w:w="2352" w:type="dxa"/>
          </w:tcPr>
          <w:p w14:paraId="326793F7" w14:textId="77777777" w:rsidR="00D94E50" w:rsidRPr="00D35743" w:rsidRDefault="00000000">
            <w:pPr>
              <w:rPr>
                <w:rFonts w:cs="Times New Roman"/>
                <w:color w:val="000000" w:themeColor="text1"/>
                <w:sz w:val="22"/>
              </w:rPr>
            </w:pPr>
            <w:r w:rsidRPr="00D35743">
              <w:rPr>
                <w:rFonts w:cs="Times New Roman"/>
                <w:color w:val="000000" w:themeColor="text1"/>
                <w:sz w:val="22"/>
              </w:rPr>
              <w:t>0.32 (0.29–0.34)</w:t>
            </w:r>
          </w:p>
        </w:tc>
        <w:tc>
          <w:tcPr>
            <w:tcW w:w="2352" w:type="dxa"/>
          </w:tcPr>
          <w:p w14:paraId="4AA44AF0" w14:textId="77777777" w:rsidR="00D94E50" w:rsidRPr="00D35743" w:rsidRDefault="00000000">
            <w:pPr>
              <w:rPr>
                <w:rFonts w:cs="Times New Roman"/>
                <w:color w:val="000000" w:themeColor="text1"/>
                <w:sz w:val="22"/>
              </w:rPr>
            </w:pPr>
            <w:r w:rsidRPr="00D35743">
              <w:rPr>
                <w:rFonts w:cs="Times New Roman"/>
                <w:color w:val="000000" w:themeColor="text1"/>
                <w:sz w:val="22"/>
              </w:rPr>
              <w:t>0.30 (0.28–0.33)</w:t>
            </w:r>
          </w:p>
        </w:tc>
      </w:tr>
      <w:tr w:rsidR="00D94E50" w:rsidRPr="00D35743" w14:paraId="14CF6110" w14:textId="77777777">
        <w:tc>
          <w:tcPr>
            <w:tcW w:w="2352" w:type="dxa"/>
          </w:tcPr>
          <w:p w14:paraId="57BD5636"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352" w:type="dxa"/>
          </w:tcPr>
          <w:p w14:paraId="15A143B1" w14:textId="77777777" w:rsidR="00D94E50" w:rsidRPr="00D35743" w:rsidRDefault="00000000">
            <w:pPr>
              <w:rPr>
                <w:rFonts w:cs="Times New Roman"/>
                <w:color w:val="000000" w:themeColor="text1"/>
                <w:sz w:val="22"/>
              </w:rPr>
            </w:pPr>
            <w:r w:rsidRPr="00D35743">
              <w:rPr>
                <w:rFonts w:cs="Times New Roman"/>
                <w:color w:val="000000" w:themeColor="text1"/>
                <w:sz w:val="22"/>
              </w:rPr>
              <w:t>623</w:t>
            </w:r>
          </w:p>
        </w:tc>
        <w:tc>
          <w:tcPr>
            <w:tcW w:w="2352" w:type="dxa"/>
          </w:tcPr>
          <w:p w14:paraId="66AE8A41" w14:textId="77777777" w:rsidR="00D94E50" w:rsidRPr="00D35743" w:rsidRDefault="00000000">
            <w:pPr>
              <w:rPr>
                <w:rFonts w:cs="Times New Roman"/>
                <w:color w:val="000000" w:themeColor="text1"/>
                <w:sz w:val="22"/>
              </w:rPr>
            </w:pPr>
            <w:r w:rsidRPr="00D35743">
              <w:rPr>
                <w:rFonts w:cs="Times New Roman"/>
                <w:color w:val="000000" w:themeColor="text1"/>
                <w:sz w:val="22"/>
              </w:rPr>
              <w:t>199,795,090</w:t>
            </w:r>
          </w:p>
        </w:tc>
        <w:tc>
          <w:tcPr>
            <w:tcW w:w="2352" w:type="dxa"/>
          </w:tcPr>
          <w:p w14:paraId="50FADF37" w14:textId="77777777" w:rsidR="00D94E50" w:rsidRPr="00D35743" w:rsidRDefault="00000000">
            <w:pPr>
              <w:rPr>
                <w:rFonts w:cs="Times New Roman"/>
                <w:color w:val="000000" w:themeColor="text1"/>
                <w:sz w:val="22"/>
              </w:rPr>
            </w:pPr>
            <w:r w:rsidRPr="00D35743">
              <w:rPr>
                <w:rFonts w:cs="Times New Roman"/>
                <w:color w:val="000000" w:themeColor="text1"/>
                <w:sz w:val="22"/>
              </w:rPr>
              <w:t>0.312</w:t>
            </w:r>
          </w:p>
        </w:tc>
        <w:tc>
          <w:tcPr>
            <w:tcW w:w="2352" w:type="dxa"/>
          </w:tcPr>
          <w:p w14:paraId="435227A2" w14:textId="77777777" w:rsidR="00D94E50" w:rsidRPr="00D35743" w:rsidRDefault="00000000">
            <w:pPr>
              <w:rPr>
                <w:rFonts w:cs="Times New Roman"/>
                <w:color w:val="000000" w:themeColor="text1"/>
                <w:sz w:val="22"/>
              </w:rPr>
            </w:pPr>
            <w:r w:rsidRPr="00D35743">
              <w:rPr>
                <w:rFonts w:cs="Times New Roman"/>
                <w:color w:val="000000" w:themeColor="text1"/>
                <w:sz w:val="22"/>
              </w:rPr>
              <w:t>0.31 (0.29–0.34)</w:t>
            </w:r>
          </w:p>
        </w:tc>
        <w:tc>
          <w:tcPr>
            <w:tcW w:w="2352" w:type="dxa"/>
          </w:tcPr>
          <w:p w14:paraId="41C745D9" w14:textId="77777777" w:rsidR="00D94E50" w:rsidRPr="00D35743" w:rsidRDefault="00000000">
            <w:pPr>
              <w:rPr>
                <w:rFonts w:cs="Times New Roman"/>
                <w:color w:val="000000" w:themeColor="text1"/>
                <w:sz w:val="22"/>
              </w:rPr>
            </w:pPr>
            <w:r w:rsidRPr="00D35743">
              <w:rPr>
                <w:rFonts w:cs="Times New Roman"/>
                <w:color w:val="000000" w:themeColor="text1"/>
                <w:sz w:val="22"/>
              </w:rPr>
              <w:t>0.29 (0.27–0.32)</w:t>
            </w:r>
          </w:p>
        </w:tc>
      </w:tr>
      <w:tr w:rsidR="00D94E50" w:rsidRPr="00D35743" w14:paraId="4AC602B6" w14:textId="77777777">
        <w:tc>
          <w:tcPr>
            <w:tcW w:w="2352" w:type="dxa"/>
          </w:tcPr>
          <w:p w14:paraId="72CB645F" w14:textId="77777777" w:rsidR="00D94E50" w:rsidRPr="00D35743" w:rsidRDefault="00000000">
            <w:pPr>
              <w:rPr>
                <w:rFonts w:cs="Times New Roman"/>
                <w:color w:val="000000" w:themeColor="text1"/>
                <w:sz w:val="22"/>
              </w:rPr>
            </w:pPr>
            <w:r w:rsidRPr="00D35743">
              <w:rPr>
                <w:rFonts w:cs="Times New Roman"/>
                <w:color w:val="000000" w:themeColor="text1"/>
                <w:sz w:val="22"/>
              </w:rPr>
              <w:t>2009</w:t>
            </w:r>
          </w:p>
        </w:tc>
        <w:tc>
          <w:tcPr>
            <w:tcW w:w="2352" w:type="dxa"/>
          </w:tcPr>
          <w:p w14:paraId="7FD68E3D" w14:textId="77777777" w:rsidR="00D94E50" w:rsidRPr="00D35743" w:rsidRDefault="00000000">
            <w:pPr>
              <w:rPr>
                <w:rFonts w:cs="Times New Roman"/>
                <w:color w:val="000000" w:themeColor="text1"/>
                <w:sz w:val="22"/>
              </w:rPr>
            </w:pPr>
            <w:r w:rsidRPr="00D35743">
              <w:rPr>
                <w:rFonts w:cs="Times New Roman"/>
                <w:color w:val="000000" w:themeColor="text1"/>
                <w:sz w:val="22"/>
              </w:rPr>
              <w:t>765</w:t>
            </w:r>
          </w:p>
        </w:tc>
        <w:tc>
          <w:tcPr>
            <w:tcW w:w="2352" w:type="dxa"/>
          </w:tcPr>
          <w:p w14:paraId="651BB26B" w14:textId="77777777" w:rsidR="00D94E50" w:rsidRPr="00D35743" w:rsidRDefault="00000000">
            <w:pPr>
              <w:rPr>
                <w:rFonts w:cs="Times New Roman"/>
                <w:color w:val="000000" w:themeColor="text1"/>
                <w:sz w:val="22"/>
              </w:rPr>
            </w:pPr>
            <w:r w:rsidRPr="00D35743">
              <w:rPr>
                <w:rFonts w:cs="Times New Roman"/>
                <w:color w:val="000000" w:themeColor="text1"/>
                <w:sz w:val="22"/>
              </w:rPr>
              <w:t>202,107,016</w:t>
            </w:r>
          </w:p>
        </w:tc>
        <w:tc>
          <w:tcPr>
            <w:tcW w:w="2352" w:type="dxa"/>
          </w:tcPr>
          <w:p w14:paraId="7298A13D" w14:textId="77777777" w:rsidR="00D94E50" w:rsidRPr="00D35743" w:rsidRDefault="00000000">
            <w:pPr>
              <w:rPr>
                <w:rFonts w:cs="Times New Roman"/>
                <w:color w:val="000000" w:themeColor="text1"/>
                <w:sz w:val="22"/>
              </w:rPr>
            </w:pPr>
            <w:r w:rsidRPr="00D35743">
              <w:rPr>
                <w:rFonts w:cs="Times New Roman"/>
                <w:color w:val="000000" w:themeColor="text1"/>
                <w:sz w:val="22"/>
              </w:rPr>
              <w:t>0.379</w:t>
            </w:r>
          </w:p>
        </w:tc>
        <w:tc>
          <w:tcPr>
            <w:tcW w:w="2352" w:type="dxa"/>
          </w:tcPr>
          <w:p w14:paraId="646E905A" w14:textId="77777777" w:rsidR="00D94E50" w:rsidRPr="00D35743" w:rsidRDefault="00000000">
            <w:pPr>
              <w:rPr>
                <w:rFonts w:cs="Times New Roman"/>
                <w:color w:val="000000" w:themeColor="text1"/>
                <w:sz w:val="22"/>
              </w:rPr>
            </w:pPr>
            <w:r w:rsidRPr="00D35743">
              <w:rPr>
                <w:rFonts w:cs="Times New Roman"/>
                <w:color w:val="000000" w:themeColor="text1"/>
                <w:sz w:val="22"/>
              </w:rPr>
              <w:t>0.38 (0.35–0.41)</w:t>
            </w:r>
          </w:p>
        </w:tc>
        <w:tc>
          <w:tcPr>
            <w:tcW w:w="2352" w:type="dxa"/>
          </w:tcPr>
          <w:p w14:paraId="00A4BBD1" w14:textId="77777777" w:rsidR="00D94E50" w:rsidRPr="00D35743" w:rsidRDefault="00000000">
            <w:pPr>
              <w:rPr>
                <w:rFonts w:cs="Times New Roman"/>
                <w:color w:val="000000" w:themeColor="text1"/>
                <w:sz w:val="22"/>
              </w:rPr>
            </w:pPr>
            <w:r w:rsidRPr="00D35743">
              <w:rPr>
                <w:rFonts w:cs="Times New Roman"/>
                <w:color w:val="000000" w:themeColor="text1"/>
                <w:sz w:val="22"/>
              </w:rPr>
              <w:t>0.38 (0.35–0.40)</w:t>
            </w:r>
          </w:p>
        </w:tc>
      </w:tr>
      <w:tr w:rsidR="00D94E50" w:rsidRPr="00D35743" w14:paraId="0AE903DB" w14:textId="77777777">
        <w:tc>
          <w:tcPr>
            <w:tcW w:w="2352" w:type="dxa"/>
          </w:tcPr>
          <w:p w14:paraId="2962EC64"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2352" w:type="dxa"/>
          </w:tcPr>
          <w:p w14:paraId="53138953" w14:textId="77777777" w:rsidR="00D94E50" w:rsidRPr="00D35743" w:rsidRDefault="00000000">
            <w:pPr>
              <w:rPr>
                <w:rFonts w:cs="Times New Roman"/>
                <w:color w:val="000000" w:themeColor="text1"/>
                <w:sz w:val="22"/>
              </w:rPr>
            </w:pPr>
            <w:r w:rsidRPr="00D35743">
              <w:rPr>
                <w:rFonts w:cs="Times New Roman"/>
                <w:color w:val="000000" w:themeColor="text1"/>
                <w:sz w:val="22"/>
              </w:rPr>
              <w:t>714</w:t>
            </w:r>
          </w:p>
        </w:tc>
        <w:tc>
          <w:tcPr>
            <w:tcW w:w="2352" w:type="dxa"/>
          </w:tcPr>
          <w:p w14:paraId="2F881C8E" w14:textId="77777777" w:rsidR="00D94E50" w:rsidRPr="00D35743" w:rsidRDefault="00000000">
            <w:pPr>
              <w:rPr>
                <w:rFonts w:cs="Times New Roman"/>
                <w:color w:val="000000" w:themeColor="text1"/>
                <w:sz w:val="22"/>
              </w:rPr>
            </w:pPr>
            <w:r w:rsidRPr="00D35743">
              <w:rPr>
                <w:rFonts w:cs="Times New Roman"/>
                <w:color w:val="000000" w:themeColor="text1"/>
                <w:sz w:val="22"/>
              </w:rPr>
              <w:t>203,891,983</w:t>
            </w:r>
          </w:p>
        </w:tc>
        <w:tc>
          <w:tcPr>
            <w:tcW w:w="2352" w:type="dxa"/>
          </w:tcPr>
          <w:p w14:paraId="13BC408A" w14:textId="77777777" w:rsidR="00D94E50" w:rsidRPr="00D35743" w:rsidRDefault="00000000">
            <w:pPr>
              <w:rPr>
                <w:rFonts w:cs="Times New Roman"/>
                <w:color w:val="000000" w:themeColor="text1"/>
                <w:sz w:val="22"/>
              </w:rPr>
            </w:pPr>
            <w:r w:rsidRPr="00D35743">
              <w:rPr>
                <w:rFonts w:cs="Times New Roman"/>
                <w:color w:val="000000" w:themeColor="text1"/>
                <w:sz w:val="22"/>
              </w:rPr>
              <w:t>0.350</w:t>
            </w:r>
          </w:p>
        </w:tc>
        <w:tc>
          <w:tcPr>
            <w:tcW w:w="2352" w:type="dxa"/>
          </w:tcPr>
          <w:p w14:paraId="3804B684" w14:textId="77777777" w:rsidR="00D94E50" w:rsidRPr="00D35743" w:rsidRDefault="00000000">
            <w:pPr>
              <w:rPr>
                <w:rFonts w:cs="Times New Roman"/>
                <w:color w:val="000000" w:themeColor="text1"/>
                <w:sz w:val="22"/>
              </w:rPr>
            </w:pPr>
            <w:r w:rsidRPr="00D35743">
              <w:rPr>
                <w:rFonts w:cs="Times New Roman"/>
                <w:color w:val="000000" w:themeColor="text1"/>
                <w:sz w:val="22"/>
              </w:rPr>
              <w:t>0.35 (0.32–0.38)</w:t>
            </w:r>
          </w:p>
        </w:tc>
        <w:tc>
          <w:tcPr>
            <w:tcW w:w="2352" w:type="dxa"/>
          </w:tcPr>
          <w:p w14:paraId="27DAAB43" w14:textId="77777777" w:rsidR="00D94E50" w:rsidRPr="00D35743" w:rsidRDefault="00000000">
            <w:pPr>
              <w:rPr>
                <w:rFonts w:cs="Times New Roman"/>
                <w:color w:val="000000" w:themeColor="text1"/>
                <w:sz w:val="22"/>
              </w:rPr>
            </w:pPr>
            <w:r w:rsidRPr="00D35743">
              <w:rPr>
                <w:rFonts w:cs="Times New Roman"/>
                <w:color w:val="000000" w:themeColor="text1"/>
                <w:sz w:val="22"/>
              </w:rPr>
              <w:t>0.32 (0.29–0.34)</w:t>
            </w:r>
          </w:p>
        </w:tc>
      </w:tr>
      <w:tr w:rsidR="00D94E50" w:rsidRPr="00D35743" w14:paraId="3F95B67D" w14:textId="77777777">
        <w:tc>
          <w:tcPr>
            <w:tcW w:w="2352" w:type="dxa"/>
          </w:tcPr>
          <w:p w14:paraId="2845AC38" w14:textId="77777777" w:rsidR="00D94E50" w:rsidRPr="00D35743" w:rsidRDefault="00000000">
            <w:pPr>
              <w:rPr>
                <w:rFonts w:cs="Times New Roman"/>
                <w:color w:val="000000" w:themeColor="text1"/>
                <w:sz w:val="22"/>
              </w:rPr>
            </w:pPr>
            <w:r w:rsidRPr="00D35743">
              <w:rPr>
                <w:rFonts w:cs="Times New Roman"/>
                <w:color w:val="000000" w:themeColor="text1"/>
                <w:sz w:val="22"/>
              </w:rPr>
              <w:t>2011</w:t>
            </w:r>
          </w:p>
        </w:tc>
        <w:tc>
          <w:tcPr>
            <w:tcW w:w="2352" w:type="dxa"/>
          </w:tcPr>
          <w:p w14:paraId="13ECBB03" w14:textId="77777777" w:rsidR="00D94E50" w:rsidRPr="00D35743" w:rsidRDefault="00000000">
            <w:pPr>
              <w:rPr>
                <w:rFonts w:cs="Times New Roman"/>
                <w:color w:val="000000" w:themeColor="text1"/>
                <w:sz w:val="22"/>
              </w:rPr>
            </w:pPr>
            <w:r w:rsidRPr="00D35743">
              <w:rPr>
                <w:rFonts w:cs="Times New Roman"/>
                <w:color w:val="000000" w:themeColor="text1"/>
                <w:sz w:val="22"/>
              </w:rPr>
              <w:t>795</w:t>
            </w:r>
          </w:p>
        </w:tc>
        <w:tc>
          <w:tcPr>
            <w:tcW w:w="2352" w:type="dxa"/>
          </w:tcPr>
          <w:p w14:paraId="7BCF0D52" w14:textId="77777777" w:rsidR="00D94E50" w:rsidRPr="00D35743" w:rsidRDefault="00000000">
            <w:pPr>
              <w:rPr>
                <w:rFonts w:cs="Times New Roman"/>
                <w:color w:val="000000" w:themeColor="text1"/>
                <w:sz w:val="22"/>
              </w:rPr>
            </w:pPr>
            <w:r w:rsidRPr="00D35743">
              <w:rPr>
                <w:rFonts w:cs="Times New Roman"/>
                <w:color w:val="000000" w:themeColor="text1"/>
                <w:sz w:val="22"/>
              </w:rPr>
              <w:t>206,592,936</w:t>
            </w:r>
          </w:p>
        </w:tc>
        <w:tc>
          <w:tcPr>
            <w:tcW w:w="2352" w:type="dxa"/>
          </w:tcPr>
          <w:p w14:paraId="513EFB93" w14:textId="77777777" w:rsidR="00D94E50" w:rsidRPr="00D35743" w:rsidRDefault="00000000">
            <w:pPr>
              <w:rPr>
                <w:rFonts w:cs="Times New Roman"/>
                <w:color w:val="000000" w:themeColor="text1"/>
                <w:sz w:val="22"/>
              </w:rPr>
            </w:pPr>
            <w:r w:rsidRPr="00D35743">
              <w:rPr>
                <w:rFonts w:cs="Times New Roman"/>
                <w:color w:val="000000" w:themeColor="text1"/>
                <w:sz w:val="22"/>
              </w:rPr>
              <w:t>0.385</w:t>
            </w:r>
          </w:p>
        </w:tc>
        <w:tc>
          <w:tcPr>
            <w:tcW w:w="2352" w:type="dxa"/>
          </w:tcPr>
          <w:p w14:paraId="784608BF" w14:textId="77777777" w:rsidR="00D94E50" w:rsidRPr="00D35743" w:rsidRDefault="00000000">
            <w:pPr>
              <w:rPr>
                <w:rFonts w:cs="Times New Roman"/>
                <w:color w:val="000000" w:themeColor="text1"/>
                <w:sz w:val="22"/>
              </w:rPr>
            </w:pPr>
            <w:r w:rsidRPr="00D35743">
              <w:rPr>
                <w:rFonts w:cs="Times New Roman"/>
                <w:color w:val="000000" w:themeColor="text1"/>
                <w:sz w:val="22"/>
              </w:rPr>
              <w:t>0.38 (0.36–0.41)</w:t>
            </w:r>
          </w:p>
        </w:tc>
        <w:tc>
          <w:tcPr>
            <w:tcW w:w="2352" w:type="dxa"/>
          </w:tcPr>
          <w:p w14:paraId="31CA7921" w14:textId="77777777" w:rsidR="00D94E50" w:rsidRPr="00D35743" w:rsidRDefault="00000000">
            <w:pPr>
              <w:rPr>
                <w:rFonts w:cs="Times New Roman"/>
                <w:color w:val="000000" w:themeColor="text1"/>
                <w:sz w:val="22"/>
              </w:rPr>
            </w:pPr>
            <w:r w:rsidRPr="00D35743">
              <w:rPr>
                <w:rFonts w:cs="Times New Roman"/>
                <w:color w:val="000000" w:themeColor="text1"/>
                <w:sz w:val="22"/>
              </w:rPr>
              <w:t>0.37 (0.34–0.39)</w:t>
            </w:r>
          </w:p>
        </w:tc>
      </w:tr>
      <w:tr w:rsidR="00D94E50" w:rsidRPr="00D35743" w14:paraId="35E80AC7" w14:textId="77777777">
        <w:tc>
          <w:tcPr>
            <w:tcW w:w="2352" w:type="dxa"/>
          </w:tcPr>
          <w:p w14:paraId="6D86A888" w14:textId="77777777" w:rsidR="00D94E50" w:rsidRPr="00D35743" w:rsidRDefault="00000000">
            <w:pPr>
              <w:rPr>
                <w:rFonts w:cs="Times New Roman"/>
                <w:color w:val="000000" w:themeColor="text1"/>
                <w:sz w:val="22"/>
              </w:rPr>
            </w:pPr>
            <w:r w:rsidRPr="00D35743">
              <w:rPr>
                <w:rFonts w:cs="Times New Roman"/>
                <w:color w:val="000000" w:themeColor="text1"/>
                <w:sz w:val="22"/>
              </w:rPr>
              <w:t>2012</w:t>
            </w:r>
          </w:p>
        </w:tc>
        <w:tc>
          <w:tcPr>
            <w:tcW w:w="2352" w:type="dxa"/>
          </w:tcPr>
          <w:p w14:paraId="61FC626A" w14:textId="77777777" w:rsidR="00D94E50" w:rsidRPr="00D35743" w:rsidRDefault="00000000">
            <w:pPr>
              <w:rPr>
                <w:rFonts w:cs="Times New Roman"/>
                <w:color w:val="000000" w:themeColor="text1"/>
                <w:sz w:val="22"/>
              </w:rPr>
            </w:pPr>
            <w:r w:rsidRPr="00D35743">
              <w:rPr>
                <w:rFonts w:cs="Times New Roman"/>
                <w:color w:val="000000" w:themeColor="text1"/>
                <w:sz w:val="22"/>
              </w:rPr>
              <w:t>820</w:t>
            </w:r>
          </w:p>
        </w:tc>
        <w:tc>
          <w:tcPr>
            <w:tcW w:w="2352" w:type="dxa"/>
          </w:tcPr>
          <w:p w14:paraId="2A5863D6" w14:textId="77777777" w:rsidR="00D94E50" w:rsidRPr="00D35743" w:rsidRDefault="00000000">
            <w:pPr>
              <w:rPr>
                <w:rFonts w:cs="Times New Roman"/>
                <w:color w:val="000000" w:themeColor="text1"/>
                <w:sz w:val="22"/>
              </w:rPr>
            </w:pPr>
            <w:r w:rsidRPr="00D35743">
              <w:rPr>
                <w:rFonts w:cs="Times New Roman"/>
                <w:color w:val="000000" w:themeColor="text1"/>
                <w:sz w:val="22"/>
              </w:rPr>
              <w:t>208,826,037</w:t>
            </w:r>
          </w:p>
        </w:tc>
        <w:tc>
          <w:tcPr>
            <w:tcW w:w="2352" w:type="dxa"/>
          </w:tcPr>
          <w:p w14:paraId="1BFACEBA" w14:textId="77777777" w:rsidR="00D94E50" w:rsidRPr="00D35743" w:rsidRDefault="00000000">
            <w:pPr>
              <w:rPr>
                <w:rFonts w:cs="Times New Roman"/>
                <w:color w:val="000000" w:themeColor="text1"/>
                <w:sz w:val="22"/>
              </w:rPr>
            </w:pPr>
            <w:r w:rsidRPr="00D35743">
              <w:rPr>
                <w:rFonts w:cs="Times New Roman"/>
                <w:color w:val="000000" w:themeColor="text1"/>
                <w:sz w:val="22"/>
              </w:rPr>
              <w:t>0.393</w:t>
            </w:r>
          </w:p>
        </w:tc>
        <w:tc>
          <w:tcPr>
            <w:tcW w:w="2352" w:type="dxa"/>
          </w:tcPr>
          <w:p w14:paraId="7FD98212" w14:textId="77777777" w:rsidR="00D94E50" w:rsidRPr="00D35743" w:rsidRDefault="00000000">
            <w:pPr>
              <w:rPr>
                <w:rFonts w:cs="Times New Roman"/>
                <w:color w:val="000000" w:themeColor="text1"/>
                <w:sz w:val="22"/>
              </w:rPr>
            </w:pPr>
            <w:r w:rsidRPr="00D35743">
              <w:rPr>
                <w:rFonts w:cs="Times New Roman"/>
                <w:color w:val="000000" w:themeColor="text1"/>
                <w:sz w:val="22"/>
              </w:rPr>
              <w:t>0.39 (0.37–0.42)</w:t>
            </w:r>
          </w:p>
        </w:tc>
        <w:tc>
          <w:tcPr>
            <w:tcW w:w="2352" w:type="dxa"/>
          </w:tcPr>
          <w:p w14:paraId="565FD7D6" w14:textId="77777777" w:rsidR="00D94E50" w:rsidRPr="00D35743" w:rsidRDefault="00000000">
            <w:pPr>
              <w:rPr>
                <w:rFonts w:cs="Times New Roman"/>
                <w:color w:val="000000" w:themeColor="text1"/>
                <w:sz w:val="22"/>
              </w:rPr>
            </w:pPr>
            <w:r w:rsidRPr="00D35743">
              <w:rPr>
                <w:rFonts w:cs="Times New Roman"/>
                <w:color w:val="000000" w:themeColor="text1"/>
                <w:sz w:val="22"/>
              </w:rPr>
              <w:t>0.35 (0.32–0.37)</w:t>
            </w:r>
          </w:p>
        </w:tc>
      </w:tr>
      <w:tr w:rsidR="00D94E50" w:rsidRPr="00D35743" w14:paraId="72EE8652" w14:textId="77777777">
        <w:tc>
          <w:tcPr>
            <w:tcW w:w="2352" w:type="dxa"/>
          </w:tcPr>
          <w:p w14:paraId="21F24C90"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2352" w:type="dxa"/>
          </w:tcPr>
          <w:p w14:paraId="676FE2BD" w14:textId="77777777" w:rsidR="00D94E50" w:rsidRPr="00D35743" w:rsidRDefault="00000000">
            <w:pPr>
              <w:rPr>
                <w:rFonts w:cs="Times New Roman"/>
                <w:color w:val="000000" w:themeColor="text1"/>
                <w:sz w:val="22"/>
              </w:rPr>
            </w:pPr>
            <w:r w:rsidRPr="00D35743">
              <w:rPr>
                <w:rFonts w:cs="Times New Roman"/>
                <w:color w:val="000000" w:themeColor="text1"/>
                <w:sz w:val="22"/>
              </w:rPr>
              <w:t>893</w:t>
            </w:r>
          </w:p>
        </w:tc>
        <w:tc>
          <w:tcPr>
            <w:tcW w:w="2352" w:type="dxa"/>
          </w:tcPr>
          <w:p w14:paraId="4A5A4FDD" w14:textId="77777777" w:rsidR="00D94E50" w:rsidRPr="00D35743" w:rsidRDefault="00000000">
            <w:pPr>
              <w:rPr>
                <w:rFonts w:cs="Times New Roman"/>
                <w:color w:val="000000" w:themeColor="text1"/>
                <w:sz w:val="22"/>
              </w:rPr>
            </w:pPr>
            <w:r w:rsidRPr="00D35743">
              <w:rPr>
                <w:rFonts w:cs="Times New Roman"/>
                <w:color w:val="000000" w:themeColor="text1"/>
                <w:sz w:val="22"/>
              </w:rPr>
              <w:t>211,085,314</w:t>
            </w:r>
          </w:p>
        </w:tc>
        <w:tc>
          <w:tcPr>
            <w:tcW w:w="2352" w:type="dxa"/>
          </w:tcPr>
          <w:p w14:paraId="05B6BE03" w14:textId="77777777" w:rsidR="00D94E50" w:rsidRPr="00D35743" w:rsidRDefault="00000000">
            <w:pPr>
              <w:rPr>
                <w:rFonts w:cs="Times New Roman"/>
                <w:color w:val="000000" w:themeColor="text1"/>
                <w:sz w:val="22"/>
              </w:rPr>
            </w:pPr>
            <w:r w:rsidRPr="00D35743">
              <w:rPr>
                <w:rFonts w:cs="Times New Roman"/>
                <w:color w:val="000000" w:themeColor="text1"/>
                <w:sz w:val="22"/>
              </w:rPr>
              <w:t>0.423</w:t>
            </w:r>
          </w:p>
        </w:tc>
        <w:tc>
          <w:tcPr>
            <w:tcW w:w="2352" w:type="dxa"/>
          </w:tcPr>
          <w:p w14:paraId="4EA41BB5" w14:textId="77777777" w:rsidR="00D94E50" w:rsidRPr="00D35743" w:rsidRDefault="00000000">
            <w:pPr>
              <w:rPr>
                <w:rFonts w:cs="Times New Roman"/>
                <w:color w:val="000000" w:themeColor="text1"/>
                <w:sz w:val="22"/>
              </w:rPr>
            </w:pPr>
            <w:r w:rsidRPr="00D35743">
              <w:rPr>
                <w:rFonts w:cs="Times New Roman"/>
                <w:color w:val="000000" w:themeColor="text1"/>
                <w:sz w:val="22"/>
              </w:rPr>
              <w:t>0.42 (0.40–0.45)</w:t>
            </w:r>
          </w:p>
        </w:tc>
        <w:tc>
          <w:tcPr>
            <w:tcW w:w="2352" w:type="dxa"/>
          </w:tcPr>
          <w:p w14:paraId="08C7C573" w14:textId="77777777" w:rsidR="00D94E50" w:rsidRPr="00D35743" w:rsidRDefault="00000000">
            <w:pPr>
              <w:rPr>
                <w:rFonts w:cs="Times New Roman"/>
                <w:color w:val="000000" w:themeColor="text1"/>
                <w:sz w:val="22"/>
              </w:rPr>
            </w:pPr>
            <w:r w:rsidRPr="00D35743">
              <w:rPr>
                <w:rFonts w:cs="Times New Roman"/>
                <w:color w:val="000000" w:themeColor="text1"/>
                <w:sz w:val="22"/>
              </w:rPr>
              <w:t>0.37 (0.34–0.39)</w:t>
            </w:r>
          </w:p>
        </w:tc>
      </w:tr>
      <w:tr w:rsidR="00D94E50" w:rsidRPr="00D35743" w14:paraId="5B0604B0" w14:textId="77777777">
        <w:tc>
          <w:tcPr>
            <w:tcW w:w="2352" w:type="dxa"/>
          </w:tcPr>
          <w:p w14:paraId="43A3E4CF"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2352" w:type="dxa"/>
          </w:tcPr>
          <w:p w14:paraId="018DBE22" w14:textId="77777777" w:rsidR="00D94E50" w:rsidRPr="00D35743" w:rsidRDefault="00000000">
            <w:pPr>
              <w:rPr>
                <w:rFonts w:cs="Times New Roman"/>
                <w:color w:val="000000" w:themeColor="text1"/>
                <w:sz w:val="22"/>
              </w:rPr>
            </w:pPr>
            <w:r w:rsidRPr="00D35743">
              <w:rPr>
                <w:rFonts w:cs="Times New Roman"/>
                <w:color w:val="000000" w:themeColor="text1"/>
                <w:sz w:val="22"/>
              </w:rPr>
              <w:t>901</w:t>
            </w:r>
          </w:p>
        </w:tc>
        <w:tc>
          <w:tcPr>
            <w:tcW w:w="2352" w:type="dxa"/>
          </w:tcPr>
          <w:p w14:paraId="35C3C52A" w14:textId="77777777" w:rsidR="00D94E50" w:rsidRPr="00D35743" w:rsidRDefault="00000000">
            <w:pPr>
              <w:rPr>
                <w:rFonts w:cs="Times New Roman"/>
                <w:color w:val="000000" w:themeColor="text1"/>
                <w:sz w:val="22"/>
              </w:rPr>
            </w:pPr>
            <w:r w:rsidRPr="00D35743">
              <w:rPr>
                <w:rFonts w:cs="Times New Roman"/>
                <w:color w:val="000000" w:themeColor="text1"/>
                <w:sz w:val="22"/>
              </w:rPr>
              <w:t>213,809,280</w:t>
            </w:r>
          </w:p>
        </w:tc>
        <w:tc>
          <w:tcPr>
            <w:tcW w:w="2352" w:type="dxa"/>
          </w:tcPr>
          <w:p w14:paraId="326FB98C" w14:textId="77777777" w:rsidR="00D94E50" w:rsidRPr="00D35743" w:rsidRDefault="00000000">
            <w:pPr>
              <w:rPr>
                <w:rFonts w:cs="Times New Roman"/>
                <w:color w:val="000000" w:themeColor="text1"/>
                <w:sz w:val="22"/>
              </w:rPr>
            </w:pPr>
            <w:r w:rsidRPr="00D35743">
              <w:rPr>
                <w:rFonts w:cs="Times New Roman"/>
                <w:color w:val="000000" w:themeColor="text1"/>
                <w:sz w:val="22"/>
              </w:rPr>
              <w:t>0.421</w:t>
            </w:r>
          </w:p>
        </w:tc>
        <w:tc>
          <w:tcPr>
            <w:tcW w:w="2352" w:type="dxa"/>
          </w:tcPr>
          <w:p w14:paraId="032DF446" w14:textId="77777777" w:rsidR="00D94E50" w:rsidRPr="00D35743" w:rsidRDefault="00000000">
            <w:pPr>
              <w:rPr>
                <w:rFonts w:cs="Times New Roman"/>
                <w:color w:val="000000" w:themeColor="text1"/>
                <w:sz w:val="22"/>
              </w:rPr>
            </w:pPr>
            <w:r w:rsidRPr="00D35743">
              <w:rPr>
                <w:rFonts w:cs="Times New Roman"/>
                <w:color w:val="000000" w:themeColor="text1"/>
                <w:sz w:val="22"/>
              </w:rPr>
              <w:t>0.42 (0.39–0.45)</w:t>
            </w:r>
          </w:p>
        </w:tc>
        <w:tc>
          <w:tcPr>
            <w:tcW w:w="2352" w:type="dxa"/>
          </w:tcPr>
          <w:p w14:paraId="1500CEB0" w14:textId="77777777" w:rsidR="00D94E50" w:rsidRPr="00D35743" w:rsidRDefault="00000000">
            <w:pPr>
              <w:rPr>
                <w:rFonts w:cs="Times New Roman"/>
                <w:color w:val="000000" w:themeColor="text1"/>
                <w:sz w:val="22"/>
              </w:rPr>
            </w:pPr>
            <w:r w:rsidRPr="00D35743">
              <w:rPr>
                <w:rFonts w:cs="Times New Roman"/>
                <w:color w:val="000000" w:themeColor="text1"/>
                <w:sz w:val="22"/>
              </w:rPr>
              <w:t>0.38 (0.35–0.40)</w:t>
            </w:r>
          </w:p>
        </w:tc>
      </w:tr>
      <w:tr w:rsidR="00D94E50" w:rsidRPr="00D35743" w14:paraId="27A05888" w14:textId="77777777">
        <w:tc>
          <w:tcPr>
            <w:tcW w:w="2352" w:type="dxa"/>
          </w:tcPr>
          <w:p w14:paraId="10EEC11C" w14:textId="77777777" w:rsidR="00D94E50" w:rsidRPr="00D35743" w:rsidRDefault="00000000">
            <w:pPr>
              <w:rPr>
                <w:rFonts w:cs="Times New Roman"/>
                <w:color w:val="000000" w:themeColor="text1"/>
                <w:sz w:val="22"/>
              </w:rPr>
            </w:pPr>
            <w:r w:rsidRPr="00D35743">
              <w:rPr>
                <w:rFonts w:cs="Times New Roman"/>
                <w:color w:val="000000" w:themeColor="text1"/>
                <w:sz w:val="22"/>
              </w:rPr>
              <w:t>2015</w:t>
            </w:r>
          </w:p>
        </w:tc>
        <w:tc>
          <w:tcPr>
            <w:tcW w:w="2352" w:type="dxa"/>
          </w:tcPr>
          <w:p w14:paraId="32731B9A" w14:textId="77777777" w:rsidR="00D94E50" w:rsidRPr="00D35743" w:rsidRDefault="00000000">
            <w:pPr>
              <w:rPr>
                <w:rFonts w:cs="Times New Roman"/>
                <w:color w:val="000000" w:themeColor="text1"/>
                <w:sz w:val="22"/>
              </w:rPr>
            </w:pPr>
            <w:r w:rsidRPr="00D35743">
              <w:rPr>
                <w:rFonts w:cs="Times New Roman"/>
                <w:color w:val="000000" w:themeColor="text1"/>
                <w:sz w:val="22"/>
              </w:rPr>
              <w:t>920</w:t>
            </w:r>
          </w:p>
        </w:tc>
        <w:tc>
          <w:tcPr>
            <w:tcW w:w="2352" w:type="dxa"/>
          </w:tcPr>
          <w:p w14:paraId="04F6A0EA" w14:textId="77777777" w:rsidR="00D94E50" w:rsidRPr="00D35743" w:rsidRDefault="00000000">
            <w:pPr>
              <w:rPr>
                <w:rFonts w:cs="Times New Roman"/>
                <w:color w:val="000000" w:themeColor="text1"/>
                <w:sz w:val="22"/>
              </w:rPr>
            </w:pPr>
            <w:r w:rsidRPr="00D35743">
              <w:rPr>
                <w:rFonts w:cs="Times New Roman"/>
                <w:color w:val="000000" w:themeColor="text1"/>
                <w:sz w:val="22"/>
              </w:rPr>
              <w:t>216,553,817</w:t>
            </w:r>
          </w:p>
        </w:tc>
        <w:tc>
          <w:tcPr>
            <w:tcW w:w="2352" w:type="dxa"/>
          </w:tcPr>
          <w:p w14:paraId="0487ECCE" w14:textId="77777777" w:rsidR="00D94E50" w:rsidRPr="00D35743" w:rsidRDefault="00000000">
            <w:pPr>
              <w:rPr>
                <w:rFonts w:cs="Times New Roman"/>
                <w:color w:val="000000" w:themeColor="text1"/>
                <w:sz w:val="22"/>
              </w:rPr>
            </w:pPr>
            <w:r w:rsidRPr="00D35743">
              <w:rPr>
                <w:rFonts w:cs="Times New Roman"/>
                <w:color w:val="000000" w:themeColor="text1"/>
                <w:sz w:val="22"/>
              </w:rPr>
              <w:t>0.425</w:t>
            </w:r>
          </w:p>
        </w:tc>
        <w:tc>
          <w:tcPr>
            <w:tcW w:w="2352" w:type="dxa"/>
          </w:tcPr>
          <w:p w14:paraId="6D944C5C" w14:textId="77777777" w:rsidR="00D94E50" w:rsidRPr="00D35743" w:rsidRDefault="00000000">
            <w:pPr>
              <w:rPr>
                <w:rFonts w:cs="Times New Roman"/>
                <w:color w:val="000000" w:themeColor="text1"/>
                <w:sz w:val="22"/>
              </w:rPr>
            </w:pPr>
            <w:r w:rsidRPr="00D35743">
              <w:rPr>
                <w:rFonts w:cs="Times New Roman"/>
                <w:color w:val="000000" w:themeColor="text1"/>
                <w:sz w:val="22"/>
              </w:rPr>
              <w:t>0.42 (0.40–0.45)</w:t>
            </w:r>
          </w:p>
        </w:tc>
        <w:tc>
          <w:tcPr>
            <w:tcW w:w="2352" w:type="dxa"/>
          </w:tcPr>
          <w:p w14:paraId="6D426818" w14:textId="77777777" w:rsidR="00D94E50" w:rsidRPr="00D35743" w:rsidRDefault="00000000">
            <w:pPr>
              <w:rPr>
                <w:rFonts w:cs="Times New Roman"/>
                <w:color w:val="000000" w:themeColor="text1"/>
                <w:sz w:val="22"/>
              </w:rPr>
            </w:pPr>
            <w:r w:rsidRPr="00D35743">
              <w:rPr>
                <w:rFonts w:cs="Times New Roman"/>
                <w:color w:val="000000" w:themeColor="text1"/>
                <w:sz w:val="22"/>
              </w:rPr>
              <w:t>0.37 (0.35–0.39)</w:t>
            </w:r>
          </w:p>
        </w:tc>
      </w:tr>
      <w:tr w:rsidR="00D94E50" w:rsidRPr="00D35743" w14:paraId="7E3A0D87" w14:textId="77777777">
        <w:tc>
          <w:tcPr>
            <w:tcW w:w="2352" w:type="dxa"/>
          </w:tcPr>
          <w:p w14:paraId="4D711DF7" w14:textId="77777777" w:rsidR="00D94E50" w:rsidRPr="00D35743" w:rsidRDefault="00000000">
            <w:pPr>
              <w:rPr>
                <w:rFonts w:cs="Times New Roman"/>
                <w:color w:val="000000" w:themeColor="text1"/>
                <w:sz w:val="22"/>
              </w:rPr>
            </w:pPr>
            <w:r w:rsidRPr="00D35743">
              <w:rPr>
                <w:rFonts w:cs="Times New Roman"/>
                <w:color w:val="000000" w:themeColor="text1"/>
                <w:sz w:val="22"/>
              </w:rPr>
              <w:t>2016</w:t>
            </w:r>
          </w:p>
        </w:tc>
        <w:tc>
          <w:tcPr>
            <w:tcW w:w="2352" w:type="dxa"/>
          </w:tcPr>
          <w:p w14:paraId="07976E4A" w14:textId="77777777" w:rsidR="00D94E50" w:rsidRPr="00D35743" w:rsidRDefault="00000000">
            <w:pPr>
              <w:rPr>
                <w:rFonts w:cs="Times New Roman"/>
                <w:color w:val="000000" w:themeColor="text1"/>
                <w:sz w:val="22"/>
              </w:rPr>
            </w:pPr>
            <w:r w:rsidRPr="00D35743">
              <w:rPr>
                <w:rFonts w:cs="Times New Roman"/>
                <w:color w:val="000000" w:themeColor="text1"/>
                <w:sz w:val="22"/>
              </w:rPr>
              <w:t>998</w:t>
            </w:r>
          </w:p>
        </w:tc>
        <w:tc>
          <w:tcPr>
            <w:tcW w:w="2352" w:type="dxa"/>
          </w:tcPr>
          <w:p w14:paraId="576ED364" w14:textId="77777777" w:rsidR="00D94E50" w:rsidRPr="00D35743" w:rsidRDefault="00000000">
            <w:pPr>
              <w:rPr>
                <w:rFonts w:cs="Times New Roman"/>
                <w:color w:val="000000" w:themeColor="text1"/>
                <w:sz w:val="22"/>
              </w:rPr>
            </w:pPr>
            <w:r w:rsidRPr="00D35743">
              <w:rPr>
                <w:rFonts w:cs="Times New Roman"/>
                <w:color w:val="000000" w:themeColor="text1"/>
                <w:sz w:val="22"/>
              </w:rPr>
              <w:t>218,641,417</w:t>
            </w:r>
          </w:p>
        </w:tc>
        <w:tc>
          <w:tcPr>
            <w:tcW w:w="2352" w:type="dxa"/>
          </w:tcPr>
          <w:p w14:paraId="51B07A3F" w14:textId="77777777" w:rsidR="00D94E50" w:rsidRPr="00D35743" w:rsidRDefault="00000000">
            <w:pPr>
              <w:rPr>
                <w:rFonts w:cs="Times New Roman"/>
                <w:color w:val="000000" w:themeColor="text1"/>
                <w:sz w:val="22"/>
              </w:rPr>
            </w:pPr>
            <w:r w:rsidRPr="00D35743">
              <w:rPr>
                <w:rFonts w:cs="Times New Roman"/>
                <w:color w:val="000000" w:themeColor="text1"/>
                <w:sz w:val="22"/>
              </w:rPr>
              <w:t>0.456</w:t>
            </w:r>
          </w:p>
        </w:tc>
        <w:tc>
          <w:tcPr>
            <w:tcW w:w="2352" w:type="dxa"/>
          </w:tcPr>
          <w:p w14:paraId="7A4E9155" w14:textId="77777777" w:rsidR="00D94E50" w:rsidRPr="00D35743" w:rsidRDefault="00000000">
            <w:pPr>
              <w:rPr>
                <w:rFonts w:cs="Times New Roman"/>
                <w:color w:val="000000" w:themeColor="text1"/>
                <w:sz w:val="22"/>
              </w:rPr>
            </w:pPr>
            <w:r w:rsidRPr="00D35743">
              <w:rPr>
                <w:rFonts w:cs="Times New Roman"/>
                <w:color w:val="000000" w:themeColor="text1"/>
                <w:sz w:val="22"/>
              </w:rPr>
              <w:t>0.46 (0.43–0.48)</w:t>
            </w:r>
          </w:p>
        </w:tc>
        <w:tc>
          <w:tcPr>
            <w:tcW w:w="2352" w:type="dxa"/>
          </w:tcPr>
          <w:p w14:paraId="332A70E7" w14:textId="77777777" w:rsidR="00D94E50" w:rsidRPr="00D35743" w:rsidRDefault="00000000">
            <w:pPr>
              <w:rPr>
                <w:rFonts w:cs="Times New Roman"/>
                <w:color w:val="000000" w:themeColor="text1"/>
                <w:sz w:val="22"/>
              </w:rPr>
            </w:pPr>
            <w:r w:rsidRPr="00D35743">
              <w:rPr>
                <w:rFonts w:cs="Times New Roman"/>
                <w:color w:val="000000" w:themeColor="text1"/>
                <w:sz w:val="22"/>
              </w:rPr>
              <w:t>0.38 (0.35–0.40)</w:t>
            </w:r>
          </w:p>
        </w:tc>
      </w:tr>
      <w:tr w:rsidR="00D94E50" w:rsidRPr="00D35743" w14:paraId="7A8BE33B" w14:textId="77777777">
        <w:tc>
          <w:tcPr>
            <w:tcW w:w="2352" w:type="dxa"/>
          </w:tcPr>
          <w:p w14:paraId="1425FC6A" w14:textId="77777777" w:rsidR="00D94E50" w:rsidRPr="00D35743" w:rsidRDefault="00000000">
            <w:pPr>
              <w:rPr>
                <w:rFonts w:cs="Times New Roman"/>
                <w:color w:val="000000" w:themeColor="text1"/>
                <w:sz w:val="22"/>
              </w:rPr>
            </w:pPr>
            <w:r w:rsidRPr="00D35743">
              <w:rPr>
                <w:rFonts w:cs="Times New Roman"/>
                <w:color w:val="000000" w:themeColor="text1"/>
                <w:sz w:val="22"/>
              </w:rPr>
              <w:t>2017</w:t>
            </w:r>
          </w:p>
        </w:tc>
        <w:tc>
          <w:tcPr>
            <w:tcW w:w="2352" w:type="dxa"/>
          </w:tcPr>
          <w:p w14:paraId="10513877" w14:textId="77777777" w:rsidR="00D94E50" w:rsidRPr="00D35743" w:rsidRDefault="00000000">
            <w:pPr>
              <w:rPr>
                <w:rFonts w:cs="Times New Roman"/>
                <w:color w:val="000000" w:themeColor="text1"/>
                <w:sz w:val="22"/>
              </w:rPr>
            </w:pPr>
            <w:r w:rsidRPr="00D35743">
              <w:rPr>
                <w:rFonts w:cs="Times New Roman"/>
                <w:color w:val="000000" w:themeColor="text1"/>
                <w:sz w:val="22"/>
              </w:rPr>
              <w:t>1,001</w:t>
            </w:r>
          </w:p>
        </w:tc>
        <w:tc>
          <w:tcPr>
            <w:tcW w:w="2352" w:type="dxa"/>
          </w:tcPr>
          <w:p w14:paraId="16EFEB6C" w14:textId="77777777" w:rsidR="00D94E50" w:rsidRPr="00D35743" w:rsidRDefault="00000000">
            <w:pPr>
              <w:rPr>
                <w:rFonts w:cs="Times New Roman"/>
                <w:color w:val="000000" w:themeColor="text1"/>
                <w:sz w:val="22"/>
              </w:rPr>
            </w:pPr>
            <w:r w:rsidRPr="00D35743">
              <w:rPr>
                <w:rFonts w:cs="Times New Roman"/>
                <w:color w:val="000000" w:themeColor="text1"/>
                <w:sz w:val="22"/>
              </w:rPr>
              <w:t>221,447,331</w:t>
            </w:r>
          </w:p>
        </w:tc>
        <w:tc>
          <w:tcPr>
            <w:tcW w:w="2352" w:type="dxa"/>
          </w:tcPr>
          <w:p w14:paraId="0D275EF0" w14:textId="77777777" w:rsidR="00D94E50" w:rsidRPr="00D35743" w:rsidRDefault="00000000">
            <w:pPr>
              <w:rPr>
                <w:rFonts w:cs="Times New Roman"/>
                <w:color w:val="000000" w:themeColor="text1"/>
                <w:sz w:val="22"/>
              </w:rPr>
            </w:pPr>
            <w:r w:rsidRPr="00D35743">
              <w:rPr>
                <w:rFonts w:cs="Times New Roman"/>
                <w:color w:val="000000" w:themeColor="text1"/>
                <w:sz w:val="22"/>
              </w:rPr>
              <w:t>0.452</w:t>
            </w:r>
          </w:p>
        </w:tc>
        <w:tc>
          <w:tcPr>
            <w:tcW w:w="2352" w:type="dxa"/>
          </w:tcPr>
          <w:p w14:paraId="3A71C25A" w14:textId="77777777" w:rsidR="00D94E50" w:rsidRPr="00D35743" w:rsidRDefault="00000000">
            <w:pPr>
              <w:rPr>
                <w:rFonts w:cs="Times New Roman"/>
                <w:color w:val="000000" w:themeColor="text1"/>
                <w:sz w:val="22"/>
              </w:rPr>
            </w:pPr>
            <w:r w:rsidRPr="00D35743">
              <w:rPr>
                <w:rFonts w:cs="Times New Roman"/>
                <w:color w:val="000000" w:themeColor="text1"/>
                <w:sz w:val="22"/>
              </w:rPr>
              <w:t>0.45 (0.42–0.48)</w:t>
            </w:r>
          </w:p>
        </w:tc>
        <w:tc>
          <w:tcPr>
            <w:tcW w:w="2352" w:type="dxa"/>
          </w:tcPr>
          <w:p w14:paraId="3939D422" w14:textId="77777777" w:rsidR="00D94E50" w:rsidRPr="00D35743" w:rsidRDefault="00000000">
            <w:pPr>
              <w:rPr>
                <w:rFonts w:cs="Times New Roman"/>
                <w:color w:val="000000" w:themeColor="text1"/>
                <w:sz w:val="22"/>
              </w:rPr>
            </w:pPr>
            <w:r w:rsidRPr="00D35743">
              <w:rPr>
                <w:rFonts w:cs="Times New Roman"/>
                <w:color w:val="000000" w:themeColor="text1"/>
                <w:sz w:val="22"/>
              </w:rPr>
              <w:t>0.38 (0.36–0.41)</w:t>
            </w:r>
          </w:p>
        </w:tc>
      </w:tr>
      <w:tr w:rsidR="00D94E50" w:rsidRPr="00D35743" w14:paraId="23CCDBCA" w14:textId="77777777">
        <w:tc>
          <w:tcPr>
            <w:tcW w:w="2352" w:type="dxa"/>
          </w:tcPr>
          <w:p w14:paraId="63994831"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2352" w:type="dxa"/>
          </w:tcPr>
          <w:p w14:paraId="0A736016" w14:textId="77777777" w:rsidR="00D94E50" w:rsidRPr="00D35743" w:rsidRDefault="00000000">
            <w:pPr>
              <w:rPr>
                <w:rFonts w:cs="Times New Roman"/>
                <w:color w:val="000000" w:themeColor="text1"/>
                <w:sz w:val="22"/>
              </w:rPr>
            </w:pPr>
            <w:r w:rsidRPr="00D35743">
              <w:rPr>
                <w:rFonts w:cs="Times New Roman"/>
                <w:color w:val="000000" w:themeColor="text1"/>
                <w:sz w:val="22"/>
              </w:rPr>
              <w:t>1,070</w:t>
            </w:r>
          </w:p>
        </w:tc>
        <w:tc>
          <w:tcPr>
            <w:tcW w:w="2352" w:type="dxa"/>
          </w:tcPr>
          <w:p w14:paraId="0739EF22" w14:textId="77777777" w:rsidR="00D94E50" w:rsidRPr="00D35743" w:rsidRDefault="00000000">
            <w:pPr>
              <w:rPr>
                <w:rFonts w:cs="Times New Roman"/>
                <w:color w:val="000000" w:themeColor="text1"/>
                <w:sz w:val="22"/>
              </w:rPr>
            </w:pPr>
            <w:r w:rsidRPr="00D35743">
              <w:rPr>
                <w:rFonts w:cs="Times New Roman"/>
                <w:color w:val="000000" w:themeColor="text1"/>
                <w:sz w:val="22"/>
              </w:rPr>
              <w:t>223,311,190</w:t>
            </w:r>
          </w:p>
        </w:tc>
        <w:tc>
          <w:tcPr>
            <w:tcW w:w="2352" w:type="dxa"/>
          </w:tcPr>
          <w:p w14:paraId="5497953C" w14:textId="77777777" w:rsidR="00D94E50" w:rsidRPr="00D35743" w:rsidRDefault="00000000">
            <w:pPr>
              <w:rPr>
                <w:rFonts w:cs="Times New Roman"/>
                <w:color w:val="000000" w:themeColor="text1"/>
                <w:sz w:val="22"/>
              </w:rPr>
            </w:pPr>
            <w:r w:rsidRPr="00D35743">
              <w:rPr>
                <w:rFonts w:cs="Times New Roman"/>
                <w:color w:val="000000" w:themeColor="text1"/>
                <w:sz w:val="22"/>
              </w:rPr>
              <w:t>0.479</w:t>
            </w:r>
          </w:p>
        </w:tc>
        <w:tc>
          <w:tcPr>
            <w:tcW w:w="2352" w:type="dxa"/>
          </w:tcPr>
          <w:p w14:paraId="56450D3D" w14:textId="77777777" w:rsidR="00D94E50" w:rsidRPr="00D35743" w:rsidRDefault="00000000">
            <w:pPr>
              <w:rPr>
                <w:rFonts w:cs="Times New Roman"/>
                <w:color w:val="000000" w:themeColor="text1"/>
                <w:sz w:val="22"/>
              </w:rPr>
            </w:pPr>
            <w:r w:rsidRPr="00D35743">
              <w:rPr>
                <w:rFonts w:cs="Times New Roman"/>
                <w:color w:val="000000" w:themeColor="text1"/>
                <w:sz w:val="22"/>
              </w:rPr>
              <w:t>0.48 (0.45–0.51)</w:t>
            </w:r>
          </w:p>
        </w:tc>
        <w:tc>
          <w:tcPr>
            <w:tcW w:w="2352" w:type="dxa"/>
          </w:tcPr>
          <w:p w14:paraId="3219D353" w14:textId="77777777" w:rsidR="00D94E50" w:rsidRPr="00D35743" w:rsidRDefault="00000000">
            <w:pPr>
              <w:rPr>
                <w:rFonts w:cs="Times New Roman"/>
                <w:color w:val="000000" w:themeColor="text1"/>
                <w:sz w:val="22"/>
              </w:rPr>
            </w:pPr>
            <w:r w:rsidRPr="00D35743">
              <w:rPr>
                <w:rFonts w:cs="Times New Roman"/>
                <w:color w:val="000000" w:themeColor="text1"/>
                <w:sz w:val="22"/>
              </w:rPr>
              <w:t>0.42 (0.39–0.44)</w:t>
            </w:r>
          </w:p>
        </w:tc>
      </w:tr>
      <w:tr w:rsidR="00D94E50" w:rsidRPr="00D35743" w14:paraId="3ACA2B01" w14:textId="77777777">
        <w:tc>
          <w:tcPr>
            <w:tcW w:w="2352" w:type="dxa"/>
          </w:tcPr>
          <w:p w14:paraId="0518968C"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2352" w:type="dxa"/>
          </w:tcPr>
          <w:p w14:paraId="1B543B40" w14:textId="77777777" w:rsidR="00D94E50" w:rsidRPr="00D35743" w:rsidRDefault="00000000">
            <w:pPr>
              <w:rPr>
                <w:rFonts w:cs="Times New Roman"/>
                <w:color w:val="000000" w:themeColor="text1"/>
                <w:sz w:val="22"/>
              </w:rPr>
            </w:pPr>
            <w:r w:rsidRPr="00D35743">
              <w:rPr>
                <w:rFonts w:cs="Times New Roman"/>
                <w:color w:val="000000" w:themeColor="text1"/>
                <w:sz w:val="22"/>
              </w:rPr>
              <w:t>1,157</w:t>
            </w:r>
          </w:p>
        </w:tc>
        <w:tc>
          <w:tcPr>
            <w:tcW w:w="2352" w:type="dxa"/>
          </w:tcPr>
          <w:p w14:paraId="0971B72F" w14:textId="77777777" w:rsidR="00D94E50" w:rsidRPr="00D35743" w:rsidRDefault="00000000">
            <w:pPr>
              <w:rPr>
                <w:rFonts w:cs="Times New Roman"/>
                <w:color w:val="000000" w:themeColor="text1"/>
                <w:sz w:val="22"/>
              </w:rPr>
            </w:pPr>
            <w:r w:rsidRPr="00D35743">
              <w:rPr>
                <w:rFonts w:cs="Times New Roman"/>
                <w:color w:val="000000" w:themeColor="text1"/>
                <w:sz w:val="22"/>
              </w:rPr>
              <w:t>224,981,167</w:t>
            </w:r>
          </w:p>
        </w:tc>
        <w:tc>
          <w:tcPr>
            <w:tcW w:w="2352" w:type="dxa"/>
          </w:tcPr>
          <w:p w14:paraId="6A8D2AA3" w14:textId="77777777" w:rsidR="00D94E50" w:rsidRPr="00D35743" w:rsidRDefault="00000000">
            <w:pPr>
              <w:rPr>
                <w:rFonts w:cs="Times New Roman"/>
                <w:color w:val="000000" w:themeColor="text1"/>
                <w:sz w:val="22"/>
              </w:rPr>
            </w:pPr>
            <w:r w:rsidRPr="00D35743">
              <w:rPr>
                <w:rFonts w:cs="Times New Roman"/>
                <w:color w:val="000000" w:themeColor="text1"/>
                <w:sz w:val="22"/>
              </w:rPr>
              <w:t>0.514</w:t>
            </w:r>
          </w:p>
        </w:tc>
        <w:tc>
          <w:tcPr>
            <w:tcW w:w="2352" w:type="dxa"/>
          </w:tcPr>
          <w:p w14:paraId="44A9A1A1" w14:textId="77777777" w:rsidR="00D94E50" w:rsidRPr="00D35743" w:rsidRDefault="00000000">
            <w:pPr>
              <w:rPr>
                <w:rFonts w:cs="Times New Roman"/>
                <w:color w:val="000000" w:themeColor="text1"/>
                <w:sz w:val="22"/>
              </w:rPr>
            </w:pPr>
            <w:r w:rsidRPr="00D35743">
              <w:rPr>
                <w:rFonts w:cs="Times New Roman"/>
                <w:color w:val="000000" w:themeColor="text1"/>
                <w:sz w:val="22"/>
              </w:rPr>
              <w:t>0.51 (0.48–0.54)</w:t>
            </w:r>
          </w:p>
        </w:tc>
        <w:tc>
          <w:tcPr>
            <w:tcW w:w="2352" w:type="dxa"/>
          </w:tcPr>
          <w:p w14:paraId="3AAA8557" w14:textId="77777777" w:rsidR="00D94E50" w:rsidRPr="00D35743" w:rsidRDefault="00000000">
            <w:pPr>
              <w:rPr>
                <w:rFonts w:cs="Times New Roman"/>
                <w:color w:val="000000" w:themeColor="text1"/>
                <w:sz w:val="22"/>
              </w:rPr>
            </w:pPr>
            <w:r w:rsidRPr="00D35743">
              <w:rPr>
                <w:rFonts w:cs="Times New Roman"/>
                <w:color w:val="000000" w:themeColor="text1"/>
                <w:sz w:val="22"/>
              </w:rPr>
              <w:t>0.46 (0.43–0.49)</w:t>
            </w:r>
          </w:p>
        </w:tc>
      </w:tr>
      <w:tr w:rsidR="00D94E50" w:rsidRPr="00D35743" w14:paraId="229F63D1" w14:textId="77777777">
        <w:tc>
          <w:tcPr>
            <w:tcW w:w="2352" w:type="dxa"/>
          </w:tcPr>
          <w:p w14:paraId="78E09B61"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2352" w:type="dxa"/>
          </w:tcPr>
          <w:p w14:paraId="5BB5C628" w14:textId="77777777" w:rsidR="00D94E50" w:rsidRPr="00D35743" w:rsidRDefault="00000000">
            <w:pPr>
              <w:rPr>
                <w:rFonts w:cs="Times New Roman"/>
                <w:color w:val="000000" w:themeColor="text1"/>
                <w:sz w:val="22"/>
              </w:rPr>
            </w:pPr>
            <w:r w:rsidRPr="00D35743">
              <w:rPr>
                <w:rFonts w:cs="Times New Roman"/>
                <w:color w:val="000000" w:themeColor="text1"/>
                <w:sz w:val="22"/>
              </w:rPr>
              <w:t>1,316</w:t>
            </w:r>
          </w:p>
        </w:tc>
        <w:tc>
          <w:tcPr>
            <w:tcW w:w="2352" w:type="dxa"/>
          </w:tcPr>
          <w:p w14:paraId="677FD85A" w14:textId="77777777" w:rsidR="00D94E50" w:rsidRPr="00D35743" w:rsidRDefault="00000000">
            <w:pPr>
              <w:rPr>
                <w:rFonts w:cs="Times New Roman"/>
                <w:color w:val="000000" w:themeColor="text1"/>
                <w:sz w:val="22"/>
              </w:rPr>
            </w:pPr>
            <w:r w:rsidRPr="00D35743">
              <w:rPr>
                <w:rFonts w:cs="Times New Roman"/>
                <w:color w:val="000000" w:themeColor="text1"/>
                <w:sz w:val="22"/>
              </w:rPr>
              <w:t>226,635,013</w:t>
            </w:r>
          </w:p>
        </w:tc>
        <w:tc>
          <w:tcPr>
            <w:tcW w:w="2352" w:type="dxa"/>
          </w:tcPr>
          <w:p w14:paraId="2E9BDD26" w14:textId="77777777" w:rsidR="00D94E50" w:rsidRPr="00D35743" w:rsidRDefault="00000000">
            <w:pPr>
              <w:rPr>
                <w:rFonts w:cs="Times New Roman"/>
                <w:color w:val="000000" w:themeColor="text1"/>
                <w:sz w:val="22"/>
              </w:rPr>
            </w:pPr>
            <w:r w:rsidRPr="00D35743">
              <w:rPr>
                <w:rFonts w:cs="Times New Roman"/>
                <w:color w:val="000000" w:themeColor="text1"/>
                <w:sz w:val="22"/>
              </w:rPr>
              <w:t>0.581</w:t>
            </w:r>
          </w:p>
        </w:tc>
        <w:tc>
          <w:tcPr>
            <w:tcW w:w="2352" w:type="dxa"/>
          </w:tcPr>
          <w:p w14:paraId="2C7FB639" w14:textId="77777777" w:rsidR="00D94E50" w:rsidRPr="00D35743" w:rsidRDefault="00000000">
            <w:pPr>
              <w:rPr>
                <w:rFonts w:cs="Times New Roman"/>
                <w:color w:val="000000" w:themeColor="text1"/>
                <w:sz w:val="22"/>
              </w:rPr>
            </w:pPr>
            <w:r w:rsidRPr="00D35743">
              <w:rPr>
                <w:rFonts w:cs="Times New Roman"/>
                <w:color w:val="000000" w:themeColor="text1"/>
                <w:sz w:val="22"/>
              </w:rPr>
              <w:t>0.58 (0.55–0.61)</w:t>
            </w:r>
          </w:p>
        </w:tc>
        <w:tc>
          <w:tcPr>
            <w:tcW w:w="2352" w:type="dxa"/>
          </w:tcPr>
          <w:p w14:paraId="3A7E841F" w14:textId="77777777" w:rsidR="00D94E50" w:rsidRPr="00D35743" w:rsidRDefault="00000000">
            <w:pPr>
              <w:rPr>
                <w:rFonts w:cs="Times New Roman"/>
                <w:color w:val="000000" w:themeColor="text1"/>
                <w:sz w:val="22"/>
              </w:rPr>
            </w:pPr>
            <w:r w:rsidRPr="00D35743">
              <w:rPr>
                <w:rFonts w:cs="Times New Roman"/>
                <w:color w:val="000000" w:themeColor="text1"/>
                <w:sz w:val="22"/>
              </w:rPr>
              <w:t>0.49 (0.46–0.52)</w:t>
            </w:r>
          </w:p>
        </w:tc>
      </w:tr>
      <w:tr w:rsidR="00D94E50" w:rsidRPr="00D35743" w14:paraId="4C0BD83A" w14:textId="77777777">
        <w:tc>
          <w:tcPr>
            <w:tcW w:w="2352" w:type="dxa"/>
          </w:tcPr>
          <w:p w14:paraId="57C51880" w14:textId="77777777" w:rsidR="00D94E50" w:rsidRPr="00D35743" w:rsidRDefault="00000000">
            <w:pPr>
              <w:rPr>
                <w:rFonts w:cs="Times New Roman"/>
                <w:color w:val="000000" w:themeColor="text1"/>
                <w:sz w:val="22"/>
              </w:rPr>
            </w:pPr>
            <w:r w:rsidRPr="00D35743">
              <w:rPr>
                <w:rFonts w:cs="Times New Roman"/>
                <w:color w:val="000000" w:themeColor="text1"/>
                <w:sz w:val="22"/>
              </w:rPr>
              <w:t>2021</w:t>
            </w:r>
          </w:p>
        </w:tc>
        <w:tc>
          <w:tcPr>
            <w:tcW w:w="2352" w:type="dxa"/>
          </w:tcPr>
          <w:p w14:paraId="3F49BC98" w14:textId="77777777" w:rsidR="00D94E50" w:rsidRPr="00D35743" w:rsidRDefault="00000000">
            <w:pPr>
              <w:rPr>
                <w:rFonts w:cs="Times New Roman"/>
                <w:color w:val="000000" w:themeColor="text1"/>
                <w:sz w:val="22"/>
              </w:rPr>
            </w:pPr>
            <w:r w:rsidRPr="00D35743">
              <w:rPr>
                <w:rFonts w:cs="Times New Roman"/>
                <w:color w:val="000000" w:themeColor="text1"/>
                <w:sz w:val="22"/>
              </w:rPr>
              <w:t>1,309</w:t>
            </w:r>
          </w:p>
        </w:tc>
        <w:tc>
          <w:tcPr>
            <w:tcW w:w="2352" w:type="dxa"/>
          </w:tcPr>
          <w:p w14:paraId="0AD4E1BF" w14:textId="77777777" w:rsidR="00D94E50" w:rsidRPr="00D35743" w:rsidRDefault="00000000">
            <w:pPr>
              <w:rPr>
                <w:rFonts w:cs="Times New Roman"/>
                <w:color w:val="000000" w:themeColor="text1"/>
                <w:sz w:val="22"/>
              </w:rPr>
            </w:pPr>
            <w:r w:rsidRPr="00D35743">
              <w:rPr>
                <w:rFonts w:cs="Times New Roman"/>
                <w:color w:val="000000" w:themeColor="text1"/>
                <w:sz w:val="22"/>
              </w:rPr>
              <w:t>228,238,412</w:t>
            </w:r>
          </w:p>
        </w:tc>
        <w:tc>
          <w:tcPr>
            <w:tcW w:w="2352" w:type="dxa"/>
          </w:tcPr>
          <w:p w14:paraId="23E51DA7" w14:textId="77777777" w:rsidR="00D94E50" w:rsidRPr="00D35743" w:rsidRDefault="00000000">
            <w:pPr>
              <w:rPr>
                <w:rFonts w:cs="Times New Roman"/>
                <w:color w:val="000000" w:themeColor="text1"/>
                <w:sz w:val="22"/>
              </w:rPr>
            </w:pPr>
            <w:r w:rsidRPr="00D35743">
              <w:rPr>
                <w:rFonts w:cs="Times New Roman"/>
                <w:color w:val="000000" w:themeColor="text1"/>
                <w:sz w:val="22"/>
              </w:rPr>
              <w:t>0.574</w:t>
            </w:r>
          </w:p>
        </w:tc>
        <w:tc>
          <w:tcPr>
            <w:tcW w:w="2352" w:type="dxa"/>
          </w:tcPr>
          <w:p w14:paraId="27AF4B2A" w14:textId="77777777" w:rsidR="00D94E50" w:rsidRPr="00D35743" w:rsidRDefault="00000000">
            <w:pPr>
              <w:rPr>
                <w:rFonts w:cs="Times New Roman"/>
                <w:color w:val="000000" w:themeColor="text1"/>
                <w:sz w:val="22"/>
              </w:rPr>
            </w:pPr>
            <w:r w:rsidRPr="00D35743">
              <w:rPr>
                <w:rFonts w:cs="Times New Roman"/>
                <w:color w:val="000000" w:themeColor="text1"/>
                <w:sz w:val="22"/>
              </w:rPr>
              <w:t>0.57 (0.54–0.60)</w:t>
            </w:r>
          </w:p>
        </w:tc>
        <w:tc>
          <w:tcPr>
            <w:tcW w:w="2352" w:type="dxa"/>
          </w:tcPr>
          <w:p w14:paraId="0AE34647" w14:textId="77777777" w:rsidR="00D94E50" w:rsidRPr="00D35743" w:rsidRDefault="00000000">
            <w:pPr>
              <w:rPr>
                <w:rFonts w:cs="Times New Roman"/>
                <w:color w:val="000000" w:themeColor="text1"/>
                <w:sz w:val="22"/>
              </w:rPr>
            </w:pPr>
            <w:r w:rsidRPr="00D35743">
              <w:rPr>
                <w:rFonts w:cs="Times New Roman"/>
                <w:color w:val="000000" w:themeColor="text1"/>
                <w:sz w:val="22"/>
              </w:rPr>
              <w:t>0.52 (0.50–0.55)</w:t>
            </w:r>
          </w:p>
        </w:tc>
      </w:tr>
      <w:tr w:rsidR="00D94E50" w:rsidRPr="00D35743" w14:paraId="16C58C9D" w14:textId="77777777">
        <w:tc>
          <w:tcPr>
            <w:tcW w:w="2352" w:type="dxa"/>
          </w:tcPr>
          <w:p w14:paraId="7D72F904" w14:textId="77777777" w:rsidR="00D94E50" w:rsidRPr="00D35743" w:rsidRDefault="00000000">
            <w:pPr>
              <w:rPr>
                <w:rFonts w:cs="Times New Roman"/>
                <w:color w:val="000000" w:themeColor="text1"/>
                <w:sz w:val="22"/>
              </w:rPr>
            </w:pPr>
            <w:r w:rsidRPr="00D35743">
              <w:rPr>
                <w:rFonts w:cs="Times New Roman"/>
                <w:color w:val="000000" w:themeColor="text1"/>
                <w:sz w:val="22"/>
              </w:rPr>
              <w:t>2022</w:t>
            </w:r>
          </w:p>
        </w:tc>
        <w:tc>
          <w:tcPr>
            <w:tcW w:w="2352" w:type="dxa"/>
          </w:tcPr>
          <w:p w14:paraId="3EC80763" w14:textId="77777777" w:rsidR="00D94E50" w:rsidRPr="00D35743" w:rsidRDefault="00000000">
            <w:pPr>
              <w:rPr>
                <w:rFonts w:cs="Times New Roman"/>
                <w:color w:val="000000" w:themeColor="text1"/>
                <w:sz w:val="22"/>
              </w:rPr>
            </w:pPr>
            <w:r w:rsidRPr="00D35743">
              <w:rPr>
                <w:rFonts w:cs="Times New Roman"/>
                <w:color w:val="000000" w:themeColor="text1"/>
                <w:sz w:val="22"/>
              </w:rPr>
              <w:t>1,513</w:t>
            </w:r>
          </w:p>
        </w:tc>
        <w:tc>
          <w:tcPr>
            <w:tcW w:w="2352" w:type="dxa"/>
          </w:tcPr>
          <w:p w14:paraId="1AD04140" w14:textId="77777777" w:rsidR="00D94E50" w:rsidRPr="00D35743" w:rsidRDefault="00000000">
            <w:pPr>
              <w:rPr>
                <w:rFonts w:cs="Times New Roman"/>
                <w:color w:val="000000" w:themeColor="text1"/>
                <w:sz w:val="22"/>
              </w:rPr>
            </w:pPr>
            <w:r w:rsidRPr="00D35743">
              <w:rPr>
                <w:rFonts w:cs="Times New Roman"/>
                <w:color w:val="000000" w:themeColor="text1"/>
                <w:sz w:val="22"/>
              </w:rPr>
              <w:t>229,508,599</w:t>
            </w:r>
          </w:p>
        </w:tc>
        <w:tc>
          <w:tcPr>
            <w:tcW w:w="2352" w:type="dxa"/>
          </w:tcPr>
          <w:p w14:paraId="4263F763" w14:textId="77777777" w:rsidR="00D94E50" w:rsidRPr="00D35743" w:rsidRDefault="00000000">
            <w:pPr>
              <w:rPr>
                <w:rFonts w:cs="Times New Roman"/>
                <w:color w:val="000000" w:themeColor="text1"/>
                <w:sz w:val="22"/>
              </w:rPr>
            </w:pPr>
            <w:r w:rsidRPr="00D35743">
              <w:rPr>
                <w:rFonts w:cs="Times New Roman"/>
                <w:color w:val="000000" w:themeColor="text1"/>
                <w:sz w:val="22"/>
              </w:rPr>
              <w:t>0.659</w:t>
            </w:r>
          </w:p>
        </w:tc>
        <w:tc>
          <w:tcPr>
            <w:tcW w:w="2352" w:type="dxa"/>
          </w:tcPr>
          <w:p w14:paraId="10166137" w14:textId="77777777" w:rsidR="00D94E50" w:rsidRPr="00D35743" w:rsidRDefault="00000000">
            <w:pPr>
              <w:rPr>
                <w:rFonts w:cs="Times New Roman"/>
                <w:color w:val="000000" w:themeColor="text1"/>
                <w:sz w:val="22"/>
              </w:rPr>
            </w:pPr>
            <w:r w:rsidRPr="00D35743">
              <w:rPr>
                <w:rFonts w:cs="Times New Roman"/>
                <w:color w:val="000000" w:themeColor="text1"/>
                <w:sz w:val="22"/>
              </w:rPr>
              <w:t>0.66 (0.63–0.69)</w:t>
            </w:r>
          </w:p>
        </w:tc>
        <w:tc>
          <w:tcPr>
            <w:tcW w:w="2352" w:type="dxa"/>
          </w:tcPr>
          <w:p w14:paraId="459C4310" w14:textId="77777777" w:rsidR="00D94E50" w:rsidRPr="00D35743" w:rsidRDefault="00000000">
            <w:pPr>
              <w:rPr>
                <w:rFonts w:cs="Times New Roman"/>
                <w:color w:val="000000" w:themeColor="text1"/>
                <w:sz w:val="22"/>
              </w:rPr>
            </w:pPr>
            <w:r w:rsidRPr="00D35743">
              <w:rPr>
                <w:rFonts w:cs="Times New Roman"/>
                <w:color w:val="000000" w:themeColor="text1"/>
                <w:sz w:val="22"/>
              </w:rPr>
              <w:t>0.56 (0.53–0.58)</w:t>
            </w:r>
          </w:p>
        </w:tc>
      </w:tr>
      <w:tr w:rsidR="00D94E50" w:rsidRPr="00D35743" w14:paraId="6834F84C" w14:textId="77777777">
        <w:tc>
          <w:tcPr>
            <w:tcW w:w="2352" w:type="dxa"/>
          </w:tcPr>
          <w:p w14:paraId="33B027AC" w14:textId="77777777" w:rsidR="00D94E50" w:rsidRPr="00D35743" w:rsidRDefault="00000000">
            <w:pPr>
              <w:rPr>
                <w:rFonts w:cs="Times New Roman"/>
                <w:color w:val="000000" w:themeColor="text1"/>
                <w:sz w:val="22"/>
              </w:rPr>
            </w:pPr>
            <w:r w:rsidRPr="00D35743">
              <w:rPr>
                <w:rFonts w:cs="Times New Roman"/>
                <w:color w:val="000000" w:themeColor="text1"/>
                <w:sz w:val="22"/>
              </w:rPr>
              <w:t>2023</w:t>
            </w:r>
          </w:p>
        </w:tc>
        <w:tc>
          <w:tcPr>
            <w:tcW w:w="2352" w:type="dxa"/>
          </w:tcPr>
          <w:p w14:paraId="07EEB3A6" w14:textId="77777777" w:rsidR="00D94E50" w:rsidRPr="00D35743" w:rsidRDefault="00000000">
            <w:pPr>
              <w:rPr>
                <w:rFonts w:cs="Times New Roman"/>
                <w:color w:val="000000" w:themeColor="text1"/>
                <w:sz w:val="22"/>
              </w:rPr>
            </w:pPr>
            <w:r w:rsidRPr="00D35743">
              <w:rPr>
                <w:rFonts w:cs="Times New Roman"/>
                <w:color w:val="000000" w:themeColor="text1"/>
                <w:sz w:val="22"/>
              </w:rPr>
              <w:t>1,467</w:t>
            </w:r>
          </w:p>
        </w:tc>
        <w:tc>
          <w:tcPr>
            <w:tcW w:w="2352" w:type="dxa"/>
          </w:tcPr>
          <w:p w14:paraId="6B6EA9B0" w14:textId="77777777" w:rsidR="00D94E50" w:rsidRPr="00D35743" w:rsidRDefault="00000000">
            <w:pPr>
              <w:rPr>
                <w:rFonts w:cs="Times New Roman"/>
                <w:color w:val="000000" w:themeColor="text1"/>
                <w:sz w:val="22"/>
              </w:rPr>
            </w:pPr>
            <w:r w:rsidRPr="00D35743">
              <w:rPr>
                <w:rFonts w:cs="Times New Roman"/>
                <w:color w:val="000000" w:themeColor="text1"/>
                <w:sz w:val="22"/>
              </w:rPr>
              <w:t>231,529,762</w:t>
            </w:r>
          </w:p>
        </w:tc>
        <w:tc>
          <w:tcPr>
            <w:tcW w:w="2352" w:type="dxa"/>
          </w:tcPr>
          <w:p w14:paraId="0F70C298" w14:textId="77777777" w:rsidR="00D94E50" w:rsidRPr="00D35743" w:rsidRDefault="00000000">
            <w:pPr>
              <w:rPr>
                <w:rFonts w:cs="Times New Roman"/>
                <w:color w:val="000000" w:themeColor="text1"/>
                <w:sz w:val="22"/>
              </w:rPr>
            </w:pPr>
            <w:r w:rsidRPr="00D35743">
              <w:rPr>
                <w:rFonts w:cs="Times New Roman"/>
                <w:color w:val="000000" w:themeColor="text1"/>
                <w:sz w:val="22"/>
              </w:rPr>
              <w:t>0.634</w:t>
            </w:r>
          </w:p>
        </w:tc>
        <w:tc>
          <w:tcPr>
            <w:tcW w:w="2352" w:type="dxa"/>
          </w:tcPr>
          <w:p w14:paraId="73E60C38" w14:textId="77777777" w:rsidR="00D94E50" w:rsidRPr="00D35743" w:rsidRDefault="00000000">
            <w:pPr>
              <w:rPr>
                <w:rFonts w:cs="Times New Roman"/>
                <w:color w:val="000000" w:themeColor="text1"/>
                <w:sz w:val="22"/>
              </w:rPr>
            </w:pPr>
            <w:r w:rsidRPr="00D35743">
              <w:rPr>
                <w:rFonts w:cs="Times New Roman"/>
                <w:color w:val="000000" w:themeColor="text1"/>
                <w:sz w:val="22"/>
              </w:rPr>
              <w:t>0.63 (0.60–0.67)</w:t>
            </w:r>
          </w:p>
        </w:tc>
        <w:tc>
          <w:tcPr>
            <w:tcW w:w="2352" w:type="dxa"/>
          </w:tcPr>
          <w:p w14:paraId="5B6FB9BA" w14:textId="77777777" w:rsidR="00D94E50" w:rsidRPr="00D35743" w:rsidRDefault="00000000">
            <w:pPr>
              <w:rPr>
                <w:rFonts w:cs="Times New Roman"/>
                <w:color w:val="000000" w:themeColor="text1"/>
                <w:sz w:val="22"/>
              </w:rPr>
            </w:pPr>
            <w:r w:rsidRPr="00D35743">
              <w:rPr>
                <w:rFonts w:cs="Times New Roman"/>
                <w:color w:val="000000" w:themeColor="text1"/>
                <w:sz w:val="22"/>
              </w:rPr>
              <w:t>0.53 (0.50–0.56)</w:t>
            </w:r>
          </w:p>
        </w:tc>
      </w:tr>
      <w:tr w:rsidR="00D94E50" w:rsidRPr="00D35743" w14:paraId="756F4CDE" w14:textId="77777777">
        <w:tc>
          <w:tcPr>
            <w:tcW w:w="2352" w:type="dxa"/>
          </w:tcPr>
          <w:p w14:paraId="532672BF" w14:textId="77777777" w:rsidR="00D94E50" w:rsidRPr="00D35743" w:rsidRDefault="00000000">
            <w:pPr>
              <w:rPr>
                <w:rFonts w:cs="Times New Roman"/>
                <w:color w:val="000000" w:themeColor="text1"/>
                <w:sz w:val="22"/>
              </w:rPr>
            </w:pPr>
            <w:r w:rsidRPr="00D35743">
              <w:rPr>
                <w:rFonts w:cs="Times New Roman"/>
                <w:color w:val="000000" w:themeColor="text1"/>
                <w:sz w:val="22"/>
              </w:rPr>
              <w:t>2024</w:t>
            </w:r>
          </w:p>
        </w:tc>
        <w:tc>
          <w:tcPr>
            <w:tcW w:w="2352" w:type="dxa"/>
          </w:tcPr>
          <w:p w14:paraId="050CDBE3" w14:textId="77777777" w:rsidR="00D94E50" w:rsidRPr="00D35743" w:rsidRDefault="00000000">
            <w:pPr>
              <w:rPr>
                <w:rFonts w:cs="Times New Roman"/>
                <w:color w:val="000000" w:themeColor="text1"/>
                <w:sz w:val="22"/>
              </w:rPr>
            </w:pPr>
            <w:r w:rsidRPr="00D35743">
              <w:rPr>
                <w:rFonts w:cs="Times New Roman"/>
                <w:color w:val="000000" w:themeColor="text1"/>
                <w:sz w:val="22"/>
              </w:rPr>
              <w:t>1,511</w:t>
            </w:r>
          </w:p>
        </w:tc>
        <w:tc>
          <w:tcPr>
            <w:tcW w:w="2352" w:type="dxa"/>
          </w:tcPr>
          <w:p w14:paraId="595C466A" w14:textId="77777777" w:rsidR="00D94E50" w:rsidRPr="00D35743" w:rsidRDefault="00000000">
            <w:pPr>
              <w:rPr>
                <w:rFonts w:cs="Times New Roman"/>
                <w:color w:val="000000" w:themeColor="text1"/>
                <w:sz w:val="22"/>
              </w:rPr>
            </w:pPr>
            <w:r w:rsidRPr="00D35743">
              <w:rPr>
                <w:rFonts w:cs="Times New Roman"/>
                <w:color w:val="000000" w:themeColor="text1"/>
                <w:sz w:val="22"/>
              </w:rPr>
              <w:t>235,615,087</w:t>
            </w:r>
          </w:p>
        </w:tc>
        <w:tc>
          <w:tcPr>
            <w:tcW w:w="2352" w:type="dxa"/>
          </w:tcPr>
          <w:p w14:paraId="44063E21" w14:textId="77777777" w:rsidR="00D94E50" w:rsidRPr="00D35743" w:rsidRDefault="00000000">
            <w:pPr>
              <w:rPr>
                <w:rFonts w:cs="Times New Roman"/>
                <w:color w:val="000000" w:themeColor="text1"/>
                <w:sz w:val="22"/>
              </w:rPr>
            </w:pPr>
            <w:r w:rsidRPr="00D35743">
              <w:rPr>
                <w:rFonts w:cs="Times New Roman"/>
                <w:color w:val="000000" w:themeColor="text1"/>
                <w:sz w:val="22"/>
              </w:rPr>
              <w:t>0.641</w:t>
            </w:r>
          </w:p>
        </w:tc>
        <w:tc>
          <w:tcPr>
            <w:tcW w:w="2352" w:type="dxa"/>
          </w:tcPr>
          <w:p w14:paraId="3E8A47DD" w14:textId="77777777" w:rsidR="00D94E50" w:rsidRPr="00D35743" w:rsidRDefault="00000000">
            <w:pPr>
              <w:rPr>
                <w:rFonts w:cs="Times New Roman"/>
                <w:color w:val="000000" w:themeColor="text1"/>
                <w:sz w:val="22"/>
              </w:rPr>
            </w:pPr>
            <w:r w:rsidRPr="00D35743">
              <w:rPr>
                <w:rFonts w:cs="Times New Roman"/>
                <w:color w:val="000000" w:themeColor="text1"/>
                <w:sz w:val="22"/>
              </w:rPr>
              <w:t>0.64 (0.61–0.67)</w:t>
            </w:r>
          </w:p>
        </w:tc>
        <w:tc>
          <w:tcPr>
            <w:tcW w:w="2352" w:type="dxa"/>
          </w:tcPr>
          <w:p w14:paraId="59F3B4E3" w14:textId="77777777" w:rsidR="00D94E50" w:rsidRPr="00D35743" w:rsidRDefault="00000000">
            <w:pPr>
              <w:rPr>
                <w:rFonts w:cs="Times New Roman"/>
                <w:color w:val="000000" w:themeColor="text1"/>
                <w:sz w:val="22"/>
              </w:rPr>
            </w:pPr>
            <w:r w:rsidRPr="00D35743">
              <w:rPr>
                <w:rFonts w:cs="Times New Roman"/>
                <w:color w:val="000000" w:themeColor="text1"/>
                <w:sz w:val="22"/>
              </w:rPr>
              <w:t>0.55 (0.52–0.57)</w:t>
            </w:r>
          </w:p>
        </w:tc>
      </w:tr>
    </w:tbl>
    <w:p w14:paraId="691D84C6" w14:textId="77777777" w:rsidR="00D94E50" w:rsidRPr="00D35743" w:rsidRDefault="00000000">
      <w:pPr>
        <w:rPr>
          <w:rFonts w:cs="Times New Roman"/>
          <w:color w:val="000000" w:themeColor="text1"/>
          <w:sz w:val="22"/>
        </w:rPr>
      </w:pPr>
      <w:r w:rsidRPr="00D35743">
        <w:rPr>
          <w:rFonts w:cs="Times New Roman"/>
          <w:i/>
          <w:color w:val="000000" w:themeColor="text1"/>
          <w:sz w:val="22"/>
        </w:rPr>
        <w:t>ᵃ Computed from deaths divided by population, per 100,000, at full precision. ᵇ As exported by CDC WONDER, per 100,000, 2000 US standard population. CDC WONDER reports rates to two decimal places; for a rate of this magnitude that corresponds to a rounding error of roughly ±1%, and the exported rate columns take only 15 distinct values across the 26 years.</w:t>
      </w:r>
    </w:p>
    <w:p w14:paraId="1973DB4D" w14:textId="31577836" w:rsidR="00D94E50" w:rsidRPr="00D35743" w:rsidRDefault="00000000" w:rsidP="00D35743">
      <w:pPr>
        <w:rPr>
          <w:rFonts w:cs="Times New Roman"/>
          <w:color w:val="000000" w:themeColor="text1"/>
          <w:sz w:val="22"/>
        </w:rPr>
      </w:pPr>
      <w:r w:rsidRPr="00D35743">
        <w:rPr>
          <w:rFonts w:cs="Times New Roman"/>
          <w:color w:val="000000" w:themeColor="text1"/>
          <w:sz w:val="22"/>
        </w:rPr>
        <w:br w:type="page"/>
      </w:r>
      <w:r w:rsidRPr="00D35743">
        <w:rPr>
          <w:rFonts w:cs="Times New Roman"/>
          <w:color w:val="000000" w:themeColor="text1"/>
          <w:sz w:val="22"/>
        </w:rPr>
        <w:lastRenderedPageBreak/>
        <w:t>Table S2. Deaths and age-adjusted mortality rates by sex, 1999–2024</w:t>
      </w:r>
    </w:p>
    <w:tbl>
      <w:tblPr>
        <w:tblStyle w:val="TableGrid"/>
        <w:tblW w:w="0" w:type="auto"/>
        <w:tblLook w:val="04A0" w:firstRow="1" w:lastRow="0" w:firstColumn="1" w:lastColumn="0" w:noHBand="0" w:noVBand="1"/>
      </w:tblPr>
      <w:tblGrid>
        <w:gridCol w:w="2821"/>
        <w:gridCol w:w="2821"/>
        <w:gridCol w:w="2820"/>
        <w:gridCol w:w="2820"/>
        <w:gridCol w:w="2820"/>
      </w:tblGrid>
      <w:tr w:rsidR="00D94E50" w:rsidRPr="00D35743" w14:paraId="732A727D" w14:textId="77777777">
        <w:tc>
          <w:tcPr>
            <w:tcW w:w="2822" w:type="dxa"/>
          </w:tcPr>
          <w:p w14:paraId="0CB0C93B"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2822" w:type="dxa"/>
          </w:tcPr>
          <w:p w14:paraId="75248F02" w14:textId="77777777" w:rsidR="00D94E50" w:rsidRPr="00D35743" w:rsidRDefault="00000000">
            <w:pPr>
              <w:rPr>
                <w:rFonts w:cs="Times New Roman"/>
                <w:color w:val="000000" w:themeColor="text1"/>
                <w:sz w:val="22"/>
              </w:rPr>
            </w:pPr>
            <w:r w:rsidRPr="00D35743">
              <w:rPr>
                <w:rFonts w:cs="Times New Roman"/>
                <w:b/>
                <w:color w:val="000000" w:themeColor="text1"/>
                <w:sz w:val="22"/>
              </w:rPr>
              <w:t>Female deaths</w:t>
            </w:r>
          </w:p>
        </w:tc>
        <w:tc>
          <w:tcPr>
            <w:tcW w:w="2822" w:type="dxa"/>
          </w:tcPr>
          <w:p w14:paraId="168F30DF" w14:textId="77777777" w:rsidR="00D94E50" w:rsidRPr="00D35743" w:rsidRDefault="00000000">
            <w:pPr>
              <w:rPr>
                <w:rFonts w:cs="Times New Roman"/>
                <w:color w:val="000000" w:themeColor="text1"/>
                <w:sz w:val="22"/>
              </w:rPr>
            </w:pPr>
            <w:r w:rsidRPr="00D35743">
              <w:rPr>
                <w:rFonts w:cs="Times New Roman"/>
                <w:b/>
                <w:color w:val="000000" w:themeColor="text1"/>
                <w:sz w:val="22"/>
              </w:rPr>
              <w:t>Female AAMR (95% CI)</w:t>
            </w:r>
          </w:p>
        </w:tc>
        <w:tc>
          <w:tcPr>
            <w:tcW w:w="2822" w:type="dxa"/>
          </w:tcPr>
          <w:p w14:paraId="0E529921" w14:textId="77777777" w:rsidR="00D94E50" w:rsidRPr="00D35743" w:rsidRDefault="00000000">
            <w:pPr>
              <w:rPr>
                <w:rFonts w:cs="Times New Roman"/>
                <w:color w:val="000000" w:themeColor="text1"/>
                <w:sz w:val="22"/>
              </w:rPr>
            </w:pPr>
            <w:r w:rsidRPr="00D35743">
              <w:rPr>
                <w:rFonts w:cs="Times New Roman"/>
                <w:b/>
                <w:color w:val="000000" w:themeColor="text1"/>
                <w:sz w:val="22"/>
              </w:rPr>
              <w:t>Male deaths</w:t>
            </w:r>
          </w:p>
        </w:tc>
        <w:tc>
          <w:tcPr>
            <w:tcW w:w="2822" w:type="dxa"/>
          </w:tcPr>
          <w:p w14:paraId="11C950B9" w14:textId="77777777" w:rsidR="00D94E50" w:rsidRPr="00D35743" w:rsidRDefault="00000000">
            <w:pPr>
              <w:rPr>
                <w:rFonts w:cs="Times New Roman"/>
                <w:color w:val="000000" w:themeColor="text1"/>
                <w:sz w:val="22"/>
              </w:rPr>
            </w:pPr>
            <w:r w:rsidRPr="00D35743">
              <w:rPr>
                <w:rFonts w:cs="Times New Roman"/>
                <w:b/>
                <w:color w:val="000000" w:themeColor="text1"/>
                <w:sz w:val="22"/>
              </w:rPr>
              <w:t>Male AAMR (95% CI)</w:t>
            </w:r>
          </w:p>
        </w:tc>
      </w:tr>
      <w:tr w:rsidR="00D94E50" w:rsidRPr="00D35743" w14:paraId="482F3033" w14:textId="77777777">
        <w:tc>
          <w:tcPr>
            <w:tcW w:w="2822" w:type="dxa"/>
          </w:tcPr>
          <w:p w14:paraId="3E7728D6" w14:textId="77777777" w:rsidR="00D94E50" w:rsidRPr="00D35743" w:rsidRDefault="00000000">
            <w:pPr>
              <w:rPr>
                <w:rFonts w:cs="Times New Roman"/>
                <w:color w:val="000000" w:themeColor="text1"/>
                <w:sz w:val="22"/>
              </w:rPr>
            </w:pPr>
            <w:r w:rsidRPr="00D35743">
              <w:rPr>
                <w:rFonts w:cs="Times New Roman"/>
                <w:color w:val="000000" w:themeColor="text1"/>
                <w:sz w:val="22"/>
              </w:rPr>
              <w:t>1999</w:t>
            </w:r>
          </w:p>
        </w:tc>
        <w:tc>
          <w:tcPr>
            <w:tcW w:w="2822" w:type="dxa"/>
          </w:tcPr>
          <w:p w14:paraId="7C666425" w14:textId="77777777" w:rsidR="00D94E50" w:rsidRPr="00D35743" w:rsidRDefault="00000000">
            <w:pPr>
              <w:rPr>
                <w:rFonts w:cs="Times New Roman"/>
                <w:color w:val="000000" w:themeColor="text1"/>
                <w:sz w:val="22"/>
              </w:rPr>
            </w:pPr>
            <w:r w:rsidRPr="00D35743">
              <w:rPr>
                <w:rFonts w:cs="Times New Roman"/>
                <w:color w:val="000000" w:themeColor="text1"/>
                <w:sz w:val="22"/>
              </w:rPr>
              <w:t>402</w:t>
            </w:r>
          </w:p>
        </w:tc>
        <w:tc>
          <w:tcPr>
            <w:tcW w:w="2822" w:type="dxa"/>
          </w:tcPr>
          <w:p w14:paraId="7F1CC770" w14:textId="77777777" w:rsidR="00D94E50" w:rsidRPr="00D35743" w:rsidRDefault="00000000">
            <w:pPr>
              <w:rPr>
                <w:rFonts w:cs="Times New Roman"/>
                <w:color w:val="000000" w:themeColor="text1"/>
                <w:sz w:val="22"/>
              </w:rPr>
            </w:pPr>
            <w:r w:rsidRPr="00D35743">
              <w:rPr>
                <w:rFonts w:cs="Times New Roman"/>
                <w:color w:val="000000" w:themeColor="text1"/>
                <w:sz w:val="22"/>
              </w:rPr>
              <w:t>0.36 (0.33–0.40)</w:t>
            </w:r>
          </w:p>
        </w:tc>
        <w:tc>
          <w:tcPr>
            <w:tcW w:w="2822" w:type="dxa"/>
          </w:tcPr>
          <w:p w14:paraId="0E1C1864" w14:textId="77777777" w:rsidR="00D94E50" w:rsidRPr="00D35743" w:rsidRDefault="00000000">
            <w:pPr>
              <w:rPr>
                <w:rFonts w:cs="Times New Roman"/>
                <w:color w:val="000000" w:themeColor="text1"/>
                <w:sz w:val="22"/>
              </w:rPr>
            </w:pPr>
            <w:r w:rsidRPr="00D35743">
              <w:rPr>
                <w:rFonts w:cs="Times New Roman"/>
                <w:color w:val="000000" w:themeColor="text1"/>
                <w:sz w:val="22"/>
              </w:rPr>
              <w:t>385</w:t>
            </w:r>
          </w:p>
        </w:tc>
        <w:tc>
          <w:tcPr>
            <w:tcW w:w="2822" w:type="dxa"/>
          </w:tcPr>
          <w:p w14:paraId="66E05BD0" w14:textId="77777777" w:rsidR="00D94E50" w:rsidRPr="00D35743" w:rsidRDefault="00000000">
            <w:pPr>
              <w:rPr>
                <w:rFonts w:cs="Times New Roman"/>
                <w:color w:val="000000" w:themeColor="text1"/>
                <w:sz w:val="22"/>
              </w:rPr>
            </w:pPr>
            <w:r w:rsidRPr="00D35743">
              <w:rPr>
                <w:rFonts w:cs="Times New Roman"/>
                <w:color w:val="000000" w:themeColor="text1"/>
                <w:sz w:val="22"/>
              </w:rPr>
              <w:t>0.58 (0.52–0.64)</w:t>
            </w:r>
          </w:p>
        </w:tc>
      </w:tr>
      <w:tr w:rsidR="00D94E50" w:rsidRPr="00D35743" w14:paraId="05952F9D" w14:textId="77777777">
        <w:tc>
          <w:tcPr>
            <w:tcW w:w="2822" w:type="dxa"/>
          </w:tcPr>
          <w:p w14:paraId="5558F51C" w14:textId="77777777" w:rsidR="00D94E50" w:rsidRPr="00D35743" w:rsidRDefault="00000000">
            <w:pPr>
              <w:rPr>
                <w:rFonts w:cs="Times New Roman"/>
                <w:color w:val="000000" w:themeColor="text1"/>
                <w:sz w:val="22"/>
              </w:rPr>
            </w:pPr>
            <w:r w:rsidRPr="00D35743">
              <w:rPr>
                <w:rFonts w:cs="Times New Roman"/>
                <w:color w:val="000000" w:themeColor="text1"/>
                <w:sz w:val="22"/>
              </w:rPr>
              <w:t>2000</w:t>
            </w:r>
          </w:p>
        </w:tc>
        <w:tc>
          <w:tcPr>
            <w:tcW w:w="2822" w:type="dxa"/>
          </w:tcPr>
          <w:p w14:paraId="50C0122E" w14:textId="77777777" w:rsidR="00D94E50" w:rsidRPr="00D35743" w:rsidRDefault="00000000">
            <w:pPr>
              <w:rPr>
                <w:rFonts w:cs="Times New Roman"/>
                <w:color w:val="000000" w:themeColor="text1"/>
                <w:sz w:val="22"/>
              </w:rPr>
            </w:pPr>
            <w:r w:rsidRPr="00D35743">
              <w:rPr>
                <w:rFonts w:cs="Times New Roman"/>
                <w:color w:val="000000" w:themeColor="text1"/>
                <w:sz w:val="22"/>
              </w:rPr>
              <w:t>345</w:t>
            </w:r>
          </w:p>
        </w:tc>
        <w:tc>
          <w:tcPr>
            <w:tcW w:w="2822" w:type="dxa"/>
          </w:tcPr>
          <w:p w14:paraId="738654D6" w14:textId="77777777" w:rsidR="00D94E50" w:rsidRPr="00D35743" w:rsidRDefault="00000000">
            <w:pPr>
              <w:rPr>
                <w:rFonts w:cs="Times New Roman"/>
                <w:color w:val="000000" w:themeColor="text1"/>
                <w:sz w:val="22"/>
              </w:rPr>
            </w:pPr>
            <w:r w:rsidRPr="00D35743">
              <w:rPr>
                <w:rFonts w:cs="Times New Roman"/>
                <w:color w:val="000000" w:themeColor="text1"/>
                <w:sz w:val="22"/>
              </w:rPr>
              <w:t>0.29 (0.26–0.32)</w:t>
            </w:r>
          </w:p>
        </w:tc>
        <w:tc>
          <w:tcPr>
            <w:tcW w:w="2822" w:type="dxa"/>
          </w:tcPr>
          <w:p w14:paraId="037185B0" w14:textId="77777777" w:rsidR="00D94E50" w:rsidRPr="00D35743" w:rsidRDefault="00000000">
            <w:pPr>
              <w:rPr>
                <w:rFonts w:cs="Times New Roman"/>
                <w:color w:val="000000" w:themeColor="text1"/>
                <w:sz w:val="22"/>
              </w:rPr>
            </w:pPr>
            <w:r w:rsidRPr="00D35743">
              <w:rPr>
                <w:rFonts w:cs="Times New Roman"/>
                <w:color w:val="000000" w:themeColor="text1"/>
                <w:sz w:val="22"/>
              </w:rPr>
              <w:t>367</w:t>
            </w:r>
          </w:p>
        </w:tc>
        <w:tc>
          <w:tcPr>
            <w:tcW w:w="2822" w:type="dxa"/>
          </w:tcPr>
          <w:p w14:paraId="352272A7" w14:textId="77777777" w:rsidR="00D94E50" w:rsidRPr="00D35743" w:rsidRDefault="00000000">
            <w:pPr>
              <w:rPr>
                <w:rFonts w:cs="Times New Roman"/>
                <w:color w:val="000000" w:themeColor="text1"/>
                <w:sz w:val="22"/>
              </w:rPr>
            </w:pPr>
            <w:r w:rsidRPr="00D35743">
              <w:rPr>
                <w:rFonts w:cs="Times New Roman"/>
                <w:color w:val="000000" w:themeColor="text1"/>
                <w:sz w:val="22"/>
              </w:rPr>
              <w:t>0.53 (0.47–0.59)</w:t>
            </w:r>
          </w:p>
        </w:tc>
      </w:tr>
      <w:tr w:rsidR="00D94E50" w:rsidRPr="00D35743" w14:paraId="25AAC141" w14:textId="77777777">
        <w:tc>
          <w:tcPr>
            <w:tcW w:w="2822" w:type="dxa"/>
          </w:tcPr>
          <w:p w14:paraId="47503D54" w14:textId="77777777" w:rsidR="00D94E50" w:rsidRPr="00D35743" w:rsidRDefault="00000000">
            <w:pPr>
              <w:rPr>
                <w:rFonts w:cs="Times New Roman"/>
                <w:color w:val="000000" w:themeColor="text1"/>
                <w:sz w:val="22"/>
              </w:rPr>
            </w:pPr>
            <w:r w:rsidRPr="00D35743">
              <w:rPr>
                <w:rFonts w:cs="Times New Roman"/>
                <w:color w:val="000000" w:themeColor="text1"/>
                <w:sz w:val="22"/>
              </w:rPr>
              <w:t>2001</w:t>
            </w:r>
          </w:p>
        </w:tc>
        <w:tc>
          <w:tcPr>
            <w:tcW w:w="2822" w:type="dxa"/>
          </w:tcPr>
          <w:p w14:paraId="6C4D8832" w14:textId="77777777" w:rsidR="00D94E50" w:rsidRPr="00D35743" w:rsidRDefault="00000000">
            <w:pPr>
              <w:rPr>
                <w:rFonts w:cs="Times New Roman"/>
                <w:color w:val="000000" w:themeColor="text1"/>
                <w:sz w:val="22"/>
              </w:rPr>
            </w:pPr>
            <w:r w:rsidRPr="00D35743">
              <w:rPr>
                <w:rFonts w:cs="Times New Roman"/>
                <w:color w:val="000000" w:themeColor="text1"/>
                <w:sz w:val="22"/>
              </w:rPr>
              <w:t>338</w:t>
            </w:r>
          </w:p>
        </w:tc>
        <w:tc>
          <w:tcPr>
            <w:tcW w:w="2822" w:type="dxa"/>
          </w:tcPr>
          <w:p w14:paraId="756EC758" w14:textId="77777777" w:rsidR="00D94E50" w:rsidRPr="00D35743" w:rsidRDefault="00000000">
            <w:pPr>
              <w:rPr>
                <w:rFonts w:cs="Times New Roman"/>
                <w:color w:val="000000" w:themeColor="text1"/>
                <w:sz w:val="22"/>
              </w:rPr>
            </w:pPr>
            <w:r w:rsidRPr="00D35743">
              <w:rPr>
                <w:rFonts w:cs="Times New Roman"/>
                <w:color w:val="000000" w:themeColor="text1"/>
                <w:sz w:val="22"/>
              </w:rPr>
              <w:t>0.30 (0.26–0.33)</w:t>
            </w:r>
          </w:p>
        </w:tc>
        <w:tc>
          <w:tcPr>
            <w:tcW w:w="2822" w:type="dxa"/>
          </w:tcPr>
          <w:p w14:paraId="35E26B70" w14:textId="77777777" w:rsidR="00D94E50" w:rsidRPr="00D35743" w:rsidRDefault="00000000">
            <w:pPr>
              <w:rPr>
                <w:rFonts w:cs="Times New Roman"/>
                <w:color w:val="000000" w:themeColor="text1"/>
                <w:sz w:val="22"/>
              </w:rPr>
            </w:pPr>
            <w:r w:rsidRPr="00D35743">
              <w:rPr>
                <w:rFonts w:cs="Times New Roman"/>
                <w:color w:val="000000" w:themeColor="text1"/>
                <w:sz w:val="22"/>
              </w:rPr>
              <w:t>403</w:t>
            </w:r>
          </w:p>
        </w:tc>
        <w:tc>
          <w:tcPr>
            <w:tcW w:w="2822" w:type="dxa"/>
          </w:tcPr>
          <w:p w14:paraId="4A4073E4" w14:textId="77777777" w:rsidR="00D94E50" w:rsidRPr="00D35743" w:rsidRDefault="00000000">
            <w:pPr>
              <w:rPr>
                <w:rFonts w:cs="Times New Roman"/>
                <w:color w:val="000000" w:themeColor="text1"/>
                <w:sz w:val="22"/>
              </w:rPr>
            </w:pPr>
            <w:r w:rsidRPr="00D35743">
              <w:rPr>
                <w:rFonts w:cs="Times New Roman"/>
                <w:color w:val="000000" w:themeColor="text1"/>
                <w:sz w:val="22"/>
              </w:rPr>
              <w:t>0.60 (0.54–0.66)</w:t>
            </w:r>
          </w:p>
        </w:tc>
      </w:tr>
      <w:tr w:rsidR="00D94E50" w:rsidRPr="00D35743" w14:paraId="4CD4F05E" w14:textId="77777777">
        <w:tc>
          <w:tcPr>
            <w:tcW w:w="2822" w:type="dxa"/>
          </w:tcPr>
          <w:p w14:paraId="22C4A2C5" w14:textId="77777777" w:rsidR="00D94E50" w:rsidRPr="00D35743" w:rsidRDefault="00000000">
            <w:pPr>
              <w:rPr>
                <w:rFonts w:cs="Times New Roman"/>
                <w:color w:val="000000" w:themeColor="text1"/>
                <w:sz w:val="22"/>
              </w:rPr>
            </w:pPr>
            <w:r w:rsidRPr="00D35743">
              <w:rPr>
                <w:rFonts w:cs="Times New Roman"/>
                <w:color w:val="000000" w:themeColor="text1"/>
                <w:sz w:val="22"/>
              </w:rPr>
              <w:t>2002</w:t>
            </w:r>
          </w:p>
        </w:tc>
        <w:tc>
          <w:tcPr>
            <w:tcW w:w="2822" w:type="dxa"/>
          </w:tcPr>
          <w:p w14:paraId="6CA53655" w14:textId="77777777" w:rsidR="00D94E50" w:rsidRPr="00D35743" w:rsidRDefault="00000000">
            <w:pPr>
              <w:rPr>
                <w:rFonts w:cs="Times New Roman"/>
                <w:color w:val="000000" w:themeColor="text1"/>
                <w:sz w:val="22"/>
              </w:rPr>
            </w:pPr>
            <w:r w:rsidRPr="00D35743">
              <w:rPr>
                <w:rFonts w:cs="Times New Roman"/>
                <w:color w:val="000000" w:themeColor="text1"/>
                <w:sz w:val="22"/>
              </w:rPr>
              <w:t>338</w:t>
            </w:r>
          </w:p>
        </w:tc>
        <w:tc>
          <w:tcPr>
            <w:tcW w:w="2822" w:type="dxa"/>
          </w:tcPr>
          <w:p w14:paraId="192241C2" w14:textId="77777777" w:rsidR="00D94E50" w:rsidRPr="00D35743" w:rsidRDefault="00000000">
            <w:pPr>
              <w:rPr>
                <w:rFonts w:cs="Times New Roman"/>
                <w:color w:val="000000" w:themeColor="text1"/>
                <w:sz w:val="22"/>
              </w:rPr>
            </w:pPr>
            <w:r w:rsidRPr="00D35743">
              <w:rPr>
                <w:rFonts w:cs="Times New Roman"/>
                <w:color w:val="000000" w:themeColor="text1"/>
                <w:sz w:val="22"/>
              </w:rPr>
              <w:t>0.28 (0.25–0.31)</w:t>
            </w:r>
          </w:p>
        </w:tc>
        <w:tc>
          <w:tcPr>
            <w:tcW w:w="2822" w:type="dxa"/>
          </w:tcPr>
          <w:p w14:paraId="52417216" w14:textId="77777777" w:rsidR="00D94E50" w:rsidRPr="00D35743" w:rsidRDefault="00000000">
            <w:pPr>
              <w:rPr>
                <w:rFonts w:cs="Times New Roman"/>
                <w:color w:val="000000" w:themeColor="text1"/>
                <w:sz w:val="22"/>
              </w:rPr>
            </w:pPr>
            <w:r w:rsidRPr="00D35743">
              <w:rPr>
                <w:rFonts w:cs="Times New Roman"/>
                <w:color w:val="000000" w:themeColor="text1"/>
                <w:sz w:val="22"/>
              </w:rPr>
              <w:t>375</w:t>
            </w:r>
          </w:p>
        </w:tc>
        <w:tc>
          <w:tcPr>
            <w:tcW w:w="2822" w:type="dxa"/>
          </w:tcPr>
          <w:p w14:paraId="33C2A231" w14:textId="77777777" w:rsidR="00D94E50" w:rsidRPr="00D35743" w:rsidRDefault="00000000">
            <w:pPr>
              <w:rPr>
                <w:rFonts w:cs="Times New Roman"/>
                <w:color w:val="000000" w:themeColor="text1"/>
                <w:sz w:val="22"/>
              </w:rPr>
            </w:pPr>
            <w:r w:rsidRPr="00D35743">
              <w:rPr>
                <w:rFonts w:cs="Times New Roman"/>
                <w:color w:val="000000" w:themeColor="text1"/>
                <w:sz w:val="22"/>
              </w:rPr>
              <w:t>0.53 (0.47–0.58)</w:t>
            </w:r>
          </w:p>
        </w:tc>
      </w:tr>
      <w:tr w:rsidR="00D94E50" w:rsidRPr="00D35743" w14:paraId="00C9330B" w14:textId="77777777">
        <w:tc>
          <w:tcPr>
            <w:tcW w:w="2822" w:type="dxa"/>
          </w:tcPr>
          <w:p w14:paraId="20161354" w14:textId="77777777" w:rsidR="00D94E50" w:rsidRPr="00D35743" w:rsidRDefault="00000000">
            <w:pPr>
              <w:rPr>
                <w:rFonts w:cs="Times New Roman"/>
                <w:color w:val="000000" w:themeColor="text1"/>
                <w:sz w:val="22"/>
              </w:rPr>
            </w:pPr>
            <w:r w:rsidRPr="00D35743">
              <w:rPr>
                <w:rFonts w:cs="Times New Roman"/>
                <w:color w:val="000000" w:themeColor="text1"/>
                <w:sz w:val="22"/>
              </w:rPr>
              <w:t>2003</w:t>
            </w:r>
          </w:p>
        </w:tc>
        <w:tc>
          <w:tcPr>
            <w:tcW w:w="2822" w:type="dxa"/>
          </w:tcPr>
          <w:p w14:paraId="09F03471" w14:textId="77777777" w:rsidR="00D94E50" w:rsidRPr="00D35743" w:rsidRDefault="00000000">
            <w:pPr>
              <w:rPr>
                <w:rFonts w:cs="Times New Roman"/>
                <w:color w:val="000000" w:themeColor="text1"/>
                <w:sz w:val="22"/>
              </w:rPr>
            </w:pPr>
            <w:r w:rsidRPr="00D35743">
              <w:rPr>
                <w:rFonts w:cs="Times New Roman"/>
                <w:color w:val="000000" w:themeColor="text1"/>
                <w:sz w:val="22"/>
              </w:rPr>
              <w:t>302</w:t>
            </w:r>
          </w:p>
        </w:tc>
        <w:tc>
          <w:tcPr>
            <w:tcW w:w="2822" w:type="dxa"/>
          </w:tcPr>
          <w:p w14:paraId="5F188BFF" w14:textId="77777777" w:rsidR="00D94E50" w:rsidRPr="00D35743" w:rsidRDefault="00000000">
            <w:pPr>
              <w:rPr>
                <w:rFonts w:cs="Times New Roman"/>
                <w:color w:val="000000" w:themeColor="text1"/>
                <w:sz w:val="22"/>
              </w:rPr>
            </w:pPr>
            <w:r w:rsidRPr="00D35743">
              <w:rPr>
                <w:rFonts w:cs="Times New Roman"/>
                <w:color w:val="000000" w:themeColor="text1"/>
                <w:sz w:val="22"/>
              </w:rPr>
              <w:t>0.26 (0.23–0.29)</w:t>
            </w:r>
          </w:p>
        </w:tc>
        <w:tc>
          <w:tcPr>
            <w:tcW w:w="2822" w:type="dxa"/>
          </w:tcPr>
          <w:p w14:paraId="4BBF9146" w14:textId="77777777" w:rsidR="00D94E50" w:rsidRPr="00D35743" w:rsidRDefault="00000000">
            <w:pPr>
              <w:rPr>
                <w:rFonts w:cs="Times New Roman"/>
                <w:color w:val="000000" w:themeColor="text1"/>
                <w:sz w:val="22"/>
              </w:rPr>
            </w:pPr>
            <w:r w:rsidRPr="00D35743">
              <w:rPr>
                <w:rFonts w:cs="Times New Roman"/>
                <w:color w:val="000000" w:themeColor="text1"/>
                <w:sz w:val="22"/>
              </w:rPr>
              <w:t>363</w:t>
            </w:r>
          </w:p>
        </w:tc>
        <w:tc>
          <w:tcPr>
            <w:tcW w:w="2822" w:type="dxa"/>
          </w:tcPr>
          <w:p w14:paraId="0F3509E4" w14:textId="77777777" w:rsidR="00D94E50" w:rsidRPr="00D35743" w:rsidRDefault="00000000">
            <w:pPr>
              <w:rPr>
                <w:rFonts w:cs="Times New Roman"/>
                <w:color w:val="000000" w:themeColor="text1"/>
                <w:sz w:val="22"/>
              </w:rPr>
            </w:pPr>
            <w:r w:rsidRPr="00D35743">
              <w:rPr>
                <w:rFonts w:cs="Times New Roman"/>
                <w:color w:val="000000" w:themeColor="text1"/>
                <w:sz w:val="22"/>
              </w:rPr>
              <w:t>0.53 (0.47–0.58)</w:t>
            </w:r>
          </w:p>
        </w:tc>
      </w:tr>
      <w:tr w:rsidR="00D94E50" w:rsidRPr="00D35743" w14:paraId="1B4E6A53" w14:textId="77777777">
        <w:tc>
          <w:tcPr>
            <w:tcW w:w="2822" w:type="dxa"/>
          </w:tcPr>
          <w:p w14:paraId="41B7DDD9" w14:textId="77777777" w:rsidR="00D94E50" w:rsidRPr="00D35743" w:rsidRDefault="00000000">
            <w:pPr>
              <w:rPr>
                <w:rFonts w:cs="Times New Roman"/>
                <w:color w:val="000000" w:themeColor="text1"/>
                <w:sz w:val="22"/>
              </w:rPr>
            </w:pPr>
            <w:r w:rsidRPr="00D35743">
              <w:rPr>
                <w:rFonts w:cs="Times New Roman"/>
                <w:color w:val="000000" w:themeColor="text1"/>
                <w:sz w:val="22"/>
              </w:rPr>
              <w:t>2004</w:t>
            </w:r>
          </w:p>
        </w:tc>
        <w:tc>
          <w:tcPr>
            <w:tcW w:w="2822" w:type="dxa"/>
          </w:tcPr>
          <w:p w14:paraId="45C6B828" w14:textId="77777777" w:rsidR="00D94E50" w:rsidRPr="00D35743" w:rsidRDefault="00000000">
            <w:pPr>
              <w:rPr>
                <w:rFonts w:cs="Times New Roman"/>
                <w:color w:val="000000" w:themeColor="text1"/>
                <w:sz w:val="22"/>
              </w:rPr>
            </w:pPr>
            <w:r w:rsidRPr="00D35743">
              <w:rPr>
                <w:rFonts w:cs="Times New Roman"/>
                <w:color w:val="000000" w:themeColor="text1"/>
                <w:sz w:val="22"/>
              </w:rPr>
              <w:t>299</w:t>
            </w:r>
          </w:p>
        </w:tc>
        <w:tc>
          <w:tcPr>
            <w:tcW w:w="2822" w:type="dxa"/>
          </w:tcPr>
          <w:p w14:paraId="7393B22A" w14:textId="77777777" w:rsidR="00D94E50" w:rsidRPr="00D35743" w:rsidRDefault="00000000">
            <w:pPr>
              <w:rPr>
                <w:rFonts w:cs="Times New Roman"/>
                <w:color w:val="000000" w:themeColor="text1"/>
                <w:sz w:val="22"/>
              </w:rPr>
            </w:pPr>
            <w:r w:rsidRPr="00D35743">
              <w:rPr>
                <w:rFonts w:cs="Times New Roman"/>
                <w:color w:val="000000" w:themeColor="text1"/>
                <w:sz w:val="22"/>
              </w:rPr>
              <w:t>0.25 (0.22–0.28)</w:t>
            </w:r>
          </w:p>
        </w:tc>
        <w:tc>
          <w:tcPr>
            <w:tcW w:w="2822" w:type="dxa"/>
          </w:tcPr>
          <w:p w14:paraId="0426FB15" w14:textId="77777777" w:rsidR="00D94E50" w:rsidRPr="00D35743" w:rsidRDefault="00000000">
            <w:pPr>
              <w:rPr>
                <w:rFonts w:cs="Times New Roman"/>
                <w:color w:val="000000" w:themeColor="text1"/>
                <w:sz w:val="22"/>
              </w:rPr>
            </w:pPr>
            <w:r w:rsidRPr="00D35743">
              <w:rPr>
                <w:rFonts w:cs="Times New Roman"/>
                <w:color w:val="000000" w:themeColor="text1"/>
                <w:sz w:val="22"/>
              </w:rPr>
              <w:t>341</w:t>
            </w:r>
          </w:p>
        </w:tc>
        <w:tc>
          <w:tcPr>
            <w:tcW w:w="2822" w:type="dxa"/>
          </w:tcPr>
          <w:p w14:paraId="667B17D6" w14:textId="77777777" w:rsidR="00D94E50" w:rsidRPr="00D35743" w:rsidRDefault="00000000">
            <w:pPr>
              <w:rPr>
                <w:rFonts w:cs="Times New Roman"/>
                <w:color w:val="000000" w:themeColor="text1"/>
                <w:sz w:val="22"/>
              </w:rPr>
            </w:pPr>
            <w:r w:rsidRPr="00D35743">
              <w:rPr>
                <w:rFonts w:cs="Times New Roman"/>
                <w:color w:val="000000" w:themeColor="text1"/>
                <w:sz w:val="22"/>
              </w:rPr>
              <w:t>0.45 (0.40–0.50)</w:t>
            </w:r>
          </w:p>
        </w:tc>
      </w:tr>
      <w:tr w:rsidR="00D94E50" w:rsidRPr="00D35743" w14:paraId="2CE40679" w14:textId="77777777">
        <w:tc>
          <w:tcPr>
            <w:tcW w:w="2822" w:type="dxa"/>
          </w:tcPr>
          <w:p w14:paraId="2A51B61D" w14:textId="77777777" w:rsidR="00D94E50" w:rsidRPr="00D35743" w:rsidRDefault="00000000">
            <w:pPr>
              <w:rPr>
                <w:rFonts w:cs="Times New Roman"/>
                <w:color w:val="000000" w:themeColor="text1"/>
                <w:sz w:val="22"/>
              </w:rPr>
            </w:pPr>
            <w:r w:rsidRPr="00D35743">
              <w:rPr>
                <w:rFonts w:cs="Times New Roman"/>
                <w:color w:val="000000" w:themeColor="text1"/>
                <w:sz w:val="22"/>
              </w:rPr>
              <w:t>2005</w:t>
            </w:r>
          </w:p>
        </w:tc>
        <w:tc>
          <w:tcPr>
            <w:tcW w:w="2822" w:type="dxa"/>
          </w:tcPr>
          <w:p w14:paraId="1BC446B6" w14:textId="77777777" w:rsidR="00D94E50" w:rsidRPr="00D35743" w:rsidRDefault="00000000">
            <w:pPr>
              <w:rPr>
                <w:rFonts w:cs="Times New Roman"/>
                <w:color w:val="000000" w:themeColor="text1"/>
                <w:sz w:val="22"/>
              </w:rPr>
            </w:pPr>
            <w:r w:rsidRPr="00D35743">
              <w:rPr>
                <w:rFonts w:cs="Times New Roman"/>
                <w:color w:val="000000" w:themeColor="text1"/>
                <w:sz w:val="22"/>
              </w:rPr>
              <w:t>335</w:t>
            </w:r>
          </w:p>
        </w:tc>
        <w:tc>
          <w:tcPr>
            <w:tcW w:w="2822" w:type="dxa"/>
          </w:tcPr>
          <w:p w14:paraId="53D9753B" w14:textId="77777777" w:rsidR="00D94E50" w:rsidRPr="00D35743" w:rsidRDefault="00000000">
            <w:pPr>
              <w:rPr>
                <w:rFonts w:cs="Times New Roman"/>
                <w:color w:val="000000" w:themeColor="text1"/>
                <w:sz w:val="22"/>
              </w:rPr>
            </w:pPr>
            <w:r w:rsidRPr="00D35743">
              <w:rPr>
                <w:rFonts w:cs="Times New Roman"/>
                <w:color w:val="000000" w:themeColor="text1"/>
                <w:sz w:val="22"/>
              </w:rPr>
              <w:t>0.28 (0.25–0.31)</w:t>
            </w:r>
          </w:p>
        </w:tc>
        <w:tc>
          <w:tcPr>
            <w:tcW w:w="2822" w:type="dxa"/>
          </w:tcPr>
          <w:p w14:paraId="58732C5A" w14:textId="77777777" w:rsidR="00D94E50" w:rsidRPr="00D35743" w:rsidRDefault="00000000">
            <w:pPr>
              <w:rPr>
                <w:rFonts w:cs="Times New Roman"/>
                <w:color w:val="000000" w:themeColor="text1"/>
                <w:sz w:val="22"/>
              </w:rPr>
            </w:pPr>
            <w:r w:rsidRPr="00D35743">
              <w:rPr>
                <w:rFonts w:cs="Times New Roman"/>
                <w:color w:val="000000" w:themeColor="text1"/>
                <w:sz w:val="22"/>
              </w:rPr>
              <w:t>365</w:t>
            </w:r>
          </w:p>
        </w:tc>
        <w:tc>
          <w:tcPr>
            <w:tcW w:w="2822" w:type="dxa"/>
          </w:tcPr>
          <w:p w14:paraId="55796351" w14:textId="77777777" w:rsidR="00D94E50" w:rsidRPr="00D35743" w:rsidRDefault="00000000">
            <w:pPr>
              <w:rPr>
                <w:rFonts w:cs="Times New Roman"/>
                <w:color w:val="000000" w:themeColor="text1"/>
                <w:sz w:val="22"/>
              </w:rPr>
            </w:pPr>
            <w:r w:rsidRPr="00D35743">
              <w:rPr>
                <w:rFonts w:cs="Times New Roman"/>
                <w:color w:val="000000" w:themeColor="text1"/>
                <w:sz w:val="22"/>
              </w:rPr>
              <w:t>0.49 (0.43–0.54)</w:t>
            </w:r>
          </w:p>
        </w:tc>
      </w:tr>
      <w:tr w:rsidR="00D94E50" w:rsidRPr="00D35743" w14:paraId="3093886C" w14:textId="77777777">
        <w:tc>
          <w:tcPr>
            <w:tcW w:w="2822" w:type="dxa"/>
          </w:tcPr>
          <w:p w14:paraId="42D926F3"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2822" w:type="dxa"/>
          </w:tcPr>
          <w:p w14:paraId="1FB80DB3" w14:textId="77777777" w:rsidR="00D94E50" w:rsidRPr="00D35743" w:rsidRDefault="00000000">
            <w:pPr>
              <w:rPr>
                <w:rFonts w:cs="Times New Roman"/>
                <w:color w:val="000000" w:themeColor="text1"/>
                <w:sz w:val="22"/>
              </w:rPr>
            </w:pPr>
            <w:r w:rsidRPr="00D35743">
              <w:rPr>
                <w:rFonts w:cs="Times New Roman"/>
                <w:color w:val="000000" w:themeColor="text1"/>
                <w:sz w:val="22"/>
              </w:rPr>
              <w:t>288</w:t>
            </w:r>
          </w:p>
        </w:tc>
        <w:tc>
          <w:tcPr>
            <w:tcW w:w="2822" w:type="dxa"/>
          </w:tcPr>
          <w:p w14:paraId="72F24233" w14:textId="77777777" w:rsidR="00D94E50" w:rsidRPr="00D35743" w:rsidRDefault="00000000">
            <w:pPr>
              <w:rPr>
                <w:rFonts w:cs="Times New Roman"/>
                <w:color w:val="000000" w:themeColor="text1"/>
                <w:sz w:val="22"/>
              </w:rPr>
            </w:pPr>
            <w:r w:rsidRPr="00D35743">
              <w:rPr>
                <w:rFonts w:cs="Times New Roman"/>
                <w:color w:val="000000" w:themeColor="text1"/>
                <w:sz w:val="22"/>
              </w:rPr>
              <w:t>0.24 (0.21–0.27)</w:t>
            </w:r>
          </w:p>
        </w:tc>
        <w:tc>
          <w:tcPr>
            <w:tcW w:w="2822" w:type="dxa"/>
          </w:tcPr>
          <w:p w14:paraId="52E284E1" w14:textId="77777777" w:rsidR="00D94E50" w:rsidRPr="00D35743" w:rsidRDefault="00000000">
            <w:pPr>
              <w:rPr>
                <w:rFonts w:cs="Times New Roman"/>
                <w:color w:val="000000" w:themeColor="text1"/>
                <w:sz w:val="22"/>
              </w:rPr>
            </w:pPr>
            <w:r w:rsidRPr="00D35743">
              <w:rPr>
                <w:rFonts w:cs="Times New Roman"/>
                <w:color w:val="000000" w:themeColor="text1"/>
                <w:sz w:val="22"/>
              </w:rPr>
              <w:t>337</w:t>
            </w:r>
          </w:p>
        </w:tc>
        <w:tc>
          <w:tcPr>
            <w:tcW w:w="2822" w:type="dxa"/>
          </w:tcPr>
          <w:p w14:paraId="57108A39" w14:textId="77777777" w:rsidR="00D94E50" w:rsidRPr="00D35743" w:rsidRDefault="00000000">
            <w:pPr>
              <w:rPr>
                <w:rFonts w:cs="Times New Roman"/>
                <w:color w:val="000000" w:themeColor="text1"/>
                <w:sz w:val="22"/>
              </w:rPr>
            </w:pPr>
            <w:r w:rsidRPr="00D35743">
              <w:rPr>
                <w:rFonts w:cs="Times New Roman"/>
                <w:color w:val="000000" w:themeColor="text1"/>
                <w:sz w:val="22"/>
              </w:rPr>
              <w:t>0.41 (0.37–0.46)</w:t>
            </w:r>
          </w:p>
        </w:tc>
      </w:tr>
      <w:tr w:rsidR="00D94E50" w:rsidRPr="00D35743" w14:paraId="434FAFC8" w14:textId="77777777">
        <w:tc>
          <w:tcPr>
            <w:tcW w:w="2822" w:type="dxa"/>
          </w:tcPr>
          <w:p w14:paraId="26E5574D"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822" w:type="dxa"/>
          </w:tcPr>
          <w:p w14:paraId="4752E410" w14:textId="77777777" w:rsidR="00D94E50" w:rsidRPr="00D35743" w:rsidRDefault="00000000">
            <w:pPr>
              <w:rPr>
                <w:rFonts w:cs="Times New Roman"/>
                <w:color w:val="000000" w:themeColor="text1"/>
                <w:sz w:val="22"/>
              </w:rPr>
            </w:pPr>
            <w:r w:rsidRPr="00D35743">
              <w:rPr>
                <w:rFonts w:cs="Times New Roman"/>
                <w:color w:val="000000" w:themeColor="text1"/>
                <w:sz w:val="22"/>
              </w:rPr>
              <w:t>278</w:t>
            </w:r>
          </w:p>
        </w:tc>
        <w:tc>
          <w:tcPr>
            <w:tcW w:w="2822" w:type="dxa"/>
          </w:tcPr>
          <w:p w14:paraId="52041167" w14:textId="77777777" w:rsidR="00D94E50" w:rsidRPr="00D35743" w:rsidRDefault="00000000">
            <w:pPr>
              <w:rPr>
                <w:rFonts w:cs="Times New Roman"/>
                <w:color w:val="000000" w:themeColor="text1"/>
                <w:sz w:val="22"/>
              </w:rPr>
            </w:pPr>
            <w:r w:rsidRPr="00D35743">
              <w:rPr>
                <w:rFonts w:cs="Times New Roman"/>
                <w:color w:val="000000" w:themeColor="text1"/>
                <w:sz w:val="22"/>
              </w:rPr>
              <w:t>0.23 (0.20–0.25)</w:t>
            </w:r>
          </w:p>
        </w:tc>
        <w:tc>
          <w:tcPr>
            <w:tcW w:w="2822" w:type="dxa"/>
          </w:tcPr>
          <w:p w14:paraId="011C8339" w14:textId="77777777" w:rsidR="00D94E50" w:rsidRPr="00D35743" w:rsidRDefault="00000000">
            <w:pPr>
              <w:rPr>
                <w:rFonts w:cs="Times New Roman"/>
                <w:color w:val="000000" w:themeColor="text1"/>
                <w:sz w:val="22"/>
              </w:rPr>
            </w:pPr>
            <w:r w:rsidRPr="00D35743">
              <w:rPr>
                <w:rFonts w:cs="Times New Roman"/>
                <w:color w:val="000000" w:themeColor="text1"/>
                <w:sz w:val="22"/>
              </w:rPr>
              <w:t>348</w:t>
            </w:r>
          </w:p>
        </w:tc>
        <w:tc>
          <w:tcPr>
            <w:tcW w:w="2822" w:type="dxa"/>
          </w:tcPr>
          <w:p w14:paraId="3DE2DD47" w14:textId="77777777" w:rsidR="00D94E50" w:rsidRPr="00D35743" w:rsidRDefault="00000000">
            <w:pPr>
              <w:rPr>
                <w:rFonts w:cs="Times New Roman"/>
                <w:color w:val="000000" w:themeColor="text1"/>
                <w:sz w:val="22"/>
              </w:rPr>
            </w:pPr>
            <w:r w:rsidRPr="00D35743">
              <w:rPr>
                <w:rFonts w:cs="Times New Roman"/>
                <w:color w:val="000000" w:themeColor="text1"/>
                <w:sz w:val="22"/>
              </w:rPr>
              <w:t>0.43 (0.38–0.48)</w:t>
            </w:r>
          </w:p>
        </w:tc>
      </w:tr>
      <w:tr w:rsidR="00D94E50" w:rsidRPr="00D35743" w14:paraId="7B901BA3" w14:textId="77777777">
        <w:tc>
          <w:tcPr>
            <w:tcW w:w="2822" w:type="dxa"/>
          </w:tcPr>
          <w:p w14:paraId="6317596E"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822" w:type="dxa"/>
          </w:tcPr>
          <w:p w14:paraId="11CEBFA2" w14:textId="77777777" w:rsidR="00D94E50" w:rsidRPr="00D35743" w:rsidRDefault="00000000">
            <w:pPr>
              <w:rPr>
                <w:rFonts w:cs="Times New Roman"/>
                <w:color w:val="000000" w:themeColor="text1"/>
                <w:sz w:val="22"/>
              </w:rPr>
            </w:pPr>
            <w:r w:rsidRPr="00D35743">
              <w:rPr>
                <w:rFonts w:cs="Times New Roman"/>
                <w:color w:val="000000" w:themeColor="text1"/>
                <w:sz w:val="22"/>
              </w:rPr>
              <w:t>253</w:t>
            </w:r>
          </w:p>
        </w:tc>
        <w:tc>
          <w:tcPr>
            <w:tcW w:w="2822" w:type="dxa"/>
          </w:tcPr>
          <w:p w14:paraId="439A6831" w14:textId="77777777" w:rsidR="00D94E50" w:rsidRPr="00D35743" w:rsidRDefault="00000000">
            <w:pPr>
              <w:rPr>
                <w:rFonts w:cs="Times New Roman"/>
                <w:color w:val="000000" w:themeColor="text1"/>
                <w:sz w:val="22"/>
              </w:rPr>
            </w:pPr>
            <w:r w:rsidRPr="00D35743">
              <w:rPr>
                <w:rFonts w:cs="Times New Roman"/>
                <w:color w:val="000000" w:themeColor="text1"/>
                <w:sz w:val="22"/>
              </w:rPr>
              <w:t>0.18 (0.16–0.21)</w:t>
            </w:r>
          </w:p>
        </w:tc>
        <w:tc>
          <w:tcPr>
            <w:tcW w:w="2822" w:type="dxa"/>
          </w:tcPr>
          <w:p w14:paraId="159BFE70" w14:textId="77777777" w:rsidR="00D94E50" w:rsidRPr="00D35743" w:rsidRDefault="00000000">
            <w:pPr>
              <w:rPr>
                <w:rFonts w:cs="Times New Roman"/>
                <w:color w:val="000000" w:themeColor="text1"/>
                <w:sz w:val="22"/>
              </w:rPr>
            </w:pPr>
            <w:r w:rsidRPr="00D35743">
              <w:rPr>
                <w:rFonts w:cs="Times New Roman"/>
                <w:color w:val="000000" w:themeColor="text1"/>
                <w:sz w:val="22"/>
              </w:rPr>
              <w:t>370</w:t>
            </w:r>
          </w:p>
        </w:tc>
        <w:tc>
          <w:tcPr>
            <w:tcW w:w="2822" w:type="dxa"/>
          </w:tcPr>
          <w:p w14:paraId="1C7CD1FA" w14:textId="77777777" w:rsidR="00D94E50" w:rsidRPr="00D35743" w:rsidRDefault="00000000">
            <w:pPr>
              <w:rPr>
                <w:rFonts w:cs="Times New Roman"/>
                <w:color w:val="000000" w:themeColor="text1"/>
                <w:sz w:val="22"/>
              </w:rPr>
            </w:pPr>
            <w:r w:rsidRPr="00D35743">
              <w:rPr>
                <w:rFonts w:cs="Times New Roman"/>
                <w:color w:val="000000" w:themeColor="text1"/>
                <w:sz w:val="22"/>
              </w:rPr>
              <w:t>0.44 (0.39–0.48)</w:t>
            </w:r>
          </w:p>
        </w:tc>
      </w:tr>
      <w:tr w:rsidR="00D94E50" w:rsidRPr="00D35743" w14:paraId="5D0297A0" w14:textId="77777777">
        <w:tc>
          <w:tcPr>
            <w:tcW w:w="2822" w:type="dxa"/>
          </w:tcPr>
          <w:p w14:paraId="628148C7" w14:textId="77777777" w:rsidR="00D94E50" w:rsidRPr="00D35743" w:rsidRDefault="00000000">
            <w:pPr>
              <w:rPr>
                <w:rFonts w:cs="Times New Roman"/>
                <w:color w:val="000000" w:themeColor="text1"/>
                <w:sz w:val="22"/>
              </w:rPr>
            </w:pPr>
            <w:r w:rsidRPr="00D35743">
              <w:rPr>
                <w:rFonts w:cs="Times New Roman"/>
                <w:color w:val="000000" w:themeColor="text1"/>
                <w:sz w:val="22"/>
              </w:rPr>
              <w:t>2009</w:t>
            </w:r>
          </w:p>
        </w:tc>
        <w:tc>
          <w:tcPr>
            <w:tcW w:w="2822" w:type="dxa"/>
          </w:tcPr>
          <w:p w14:paraId="14D1F135" w14:textId="77777777" w:rsidR="00D94E50" w:rsidRPr="00D35743" w:rsidRDefault="00000000">
            <w:pPr>
              <w:rPr>
                <w:rFonts w:cs="Times New Roman"/>
                <w:color w:val="000000" w:themeColor="text1"/>
                <w:sz w:val="22"/>
              </w:rPr>
            </w:pPr>
            <w:r w:rsidRPr="00D35743">
              <w:rPr>
                <w:rFonts w:cs="Times New Roman"/>
                <w:color w:val="000000" w:themeColor="text1"/>
                <w:sz w:val="22"/>
              </w:rPr>
              <w:t>333</w:t>
            </w:r>
          </w:p>
        </w:tc>
        <w:tc>
          <w:tcPr>
            <w:tcW w:w="2822" w:type="dxa"/>
          </w:tcPr>
          <w:p w14:paraId="551F3BD8" w14:textId="77777777" w:rsidR="00D94E50" w:rsidRPr="00D35743" w:rsidRDefault="00000000">
            <w:pPr>
              <w:rPr>
                <w:rFonts w:cs="Times New Roman"/>
                <w:color w:val="000000" w:themeColor="text1"/>
                <w:sz w:val="22"/>
              </w:rPr>
            </w:pPr>
            <w:r w:rsidRPr="00D35743">
              <w:rPr>
                <w:rFonts w:cs="Times New Roman"/>
                <w:color w:val="000000" w:themeColor="text1"/>
                <w:sz w:val="22"/>
              </w:rPr>
              <w:t>0.29 (0.25–0.32)</w:t>
            </w:r>
          </w:p>
        </w:tc>
        <w:tc>
          <w:tcPr>
            <w:tcW w:w="2822" w:type="dxa"/>
          </w:tcPr>
          <w:p w14:paraId="2A47B326" w14:textId="77777777" w:rsidR="00D94E50" w:rsidRPr="00D35743" w:rsidRDefault="00000000">
            <w:pPr>
              <w:rPr>
                <w:rFonts w:cs="Times New Roman"/>
                <w:color w:val="000000" w:themeColor="text1"/>
                <w:sz w:val="22"/>
              </w:rPr>
            </w:pPr>
            <w:r w:rsidRPr="00D35743">
              <w:rPr>
                <w:rFonts w:cs="Times New Roman"/>
                <w:color w:val="000000" w:themeColor="text1"/>
                <w:sz w:val="22"/>
              </w:rPr>
              <w:t>432</w:t>
            </w:r>
          </w:p>
        </w:tc>
        <w:tc>
          <w:tcPr>
            <w:tcW w:w="2822" w:type="dxa"/>
          </w:tcPr>
          <w:p w14:paraId="1BB07EF1" w14:textId="77777777" w:rsidR="00D94E50" w:rsidRPr="00D35743" w:rsidRDefault="00000000">
            <w:pPr>
              <w:rPr>
                <w:rFonts w:cs="Times New Roman"/>
                <w:color w:val="000000" w:themeColor="text1"/>
                <w:sz w:val="22"/>
              </w:rPr>
            </w:pPr>
            <w:r w:rsidRPr="00D35743">
              <w:rPr>
                <w:rFonts w:cs="Times New Roman"/>
                <w:color w:val="000000" w:themeColor="text1"/>
                <w:sz w:val="22"/>
              </w:rPr>
              <w:t>0.50 (0.45–0.55)</w:t>
            </w:r>
          </w:p>
        </w:tc>
      </w:tr>
      <w:tr w:rsidR="00D94E50" w:rsidRPr="00D35743" w14:paraId="3F12792A" w14:textId="77777777">
        <w:tc>
          <w:tcPr>
            <w:tcW w:w="2822" w:type="dxa"/>
          </w:tcPr>
          <w:p w14:paraId="477FB82E"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2822" w:type="dxa"/>
          </w:tcPr>
          <w:p w14:paraId="09C99B80" w14:textId="77777777" w:rsidR="00D94E50" w:rsidRPr="00D35743" w:rsidRDefault="00000000">
            <w:pPr>
              <w:rPr>
                <w:rFonts w:cs="Times New Roman"/>
                <w:color w:val="000000" w:themeColor="text1"/>
                <w:sz w:val="22"/>
              </w:rPr>
            </w:pPr>
            <w:r w:rsidRPr="00D35743">
              <w:rPr>
                <w:rFonts w:cs="Times New Roman"/>
                <w:color w:val="000000" w:themeColor="text1"/>
                <w:sz w:val="22"/>
              </w:rPr>
              <w:t>300</w:t>
            </w:r>
          </w:p>
        </w:tc>
        <w:tc>
          <w:tcPr>
            <w:tcW w:w="2822" w:type="dxa"/>
          </w:tcPr>
          <w:p w14:paraId="165F285D" w14:textId="77777777" w:rsidR="00D94E50" w:rsidRPr="00D35743" w:rsidRDefault="00000000">
            <w:pPr>
              <w:rPr>
                <w:rFonts w:cs="Times New Roman"/>
                <w:color w:val="000000" w:themeColor="text1"/>
                <w:sz w:val="22"/>
              </w:rPr>
            </w:pPr>
            <w:r w:rsidRPr="00D35743">
              <w:rPr>
                <w:rFonts w:cs="Times New Roman"/>
                <w:color w:val="000000" w:themeColor="text1"/>
                <w:sz w:val="22"/>
              </w:rPr>
              <w:t>0.23 (0.21–0.26)</w:t>
            </w:r>
          </w:p>
        </w:tc>
        <w:tc>
          <w:tcPr>
            <w:tcW w:w="2822" w:type="dxa"/>
          </w:tcPr>
          <w:p w14:paraId="5B9C275D" w14:textId="77777777" w:rsidR="00D94E50" w:rsidRPr="00D35743" w:rsidRDefault="00000000">
            <w:pPr>
              <w:rPr>
                <w:rFonts w:cs="Times New Roman"/>
                <w:color w:val="000000" w:themeColor="text1"/>
                <w:sz w:val="22"/>
              </w:rPr>
            </w:pPr>
            <w:r w:rsidRPr="00D35743">
              <w:rPr>
                <w:rFonts w:cs="Times New Roman"/>
                <w:color w:val="000000" w:themeColor="text1"/>
                <w:sz w:val="22"/>
              </w:rPr>
              <w:t>414</w:t>
            </w:r>
          </w:p>
        </w:tc>
        <w:tc>
          <w:tcPr>
            <w:tcW w:w="2822" w:type="dxa"/>
          </w:tcPr>
          <w:p w14:paraId="109F01BD" w14:textId="77777777" w:rsidR="00D94E50" w:rsidRPr="00D35743" w:rsidRDefault="00000000">
            <w:pPr>
              <w:rPr>
                <w:rFonts w:cs="Times New Roman"/>
                <w:color w:val="000000" w:themeColor="text1"/>
                <w:sz w:val="22"/>
              </w:rPr>
            </w:pPr>
            <w:r w:rsidRPr="00D35743">
              <w:rPr>
                <w:rFonts w:cs="Times New Roman"/>
                <w:color w:val="000000" w:themeColor="text1"/>
                <w:sz w:val="22"/>
              </w:rPr>
              <w:t>0.46 (0.41–0.50)</w:t>
            </w:r>
          </w:p>
        </w:tc>
      </w:tr>
      <w:tr w:rsidR="00D94E50" w:rsidRPr="00D35743" w14:paraId="042ED414" w14:textId="77777777">
        <w:tc>
          <w:tcPr>
            <w:tcW w:w="2822" w:type="dxa"/>
          </w:tcPr>
          <w:p w14:paraId="42BF215D" w14:textId="77777777" w:rsidR="00D94E50" w:rsidRPr="00D35743" w:rsidRDefault="00000000">
            <w:pPr>
              <w:rPr>
                <w:rFonts w:cs="Times New Roman"/>
                <w:color w:val="000000" w:themeColor="text1"/>
                <w:sz w:val="22"/>
              </w:rPr>
            </w:pPr>
            <w:r w:rsidRPr="00D35743">
              <w:rPr>
                <w:rFonts w:cs="Times New Roman"/>
                <w:color w:val="000000" w:themeColor="text1"/>
                <w:sz w:val="22"/>
              </w:rPr>
              <w:t>2011</w:t>
            </w:r>
          </w:p>
        </w:tc>
        <w:tc>
          <w:tcPr>
            <w:tcW w:w="2822" w:type="dxa"/>
          </w:tcPr>
          <w:p w14:paraId="396FD636" w14:textId="77777777" w:rsidR="00D94E50" w:rsidRPr="00D35743" w:rsidRDefault="00000000">
            <w:pPr>
              <w:rPr>
                <w:rFonts w:cs="Times New Roman"/>
                <w:color w:val="000000" w:themeColor="text1"/>
                <w:sz w:val="22"/>
              </w:rPr>
            </w:pPr>
            <w:r w:rsidRPr="00D35743">
              <w:rPr>
                <w:rFonts w:cs="Times New Roman"/>
                <w:color w:val="000000" w:themeColor="text1"/>
                <w:sz w:val="22"/>
              </w:rPr>
              <w:t>330</w:t>
            </w:r>
          </w:p>
        </w:tc>
        <w:tc>
          <w:tcPr>
            <w:tcW w:w="2822" w:type="dxa"/>
          </w:tcPr>
          <w:p w14:paraId="12799EE6" w14:textId="77777777" w:rsidR="00D94E50" w:rsidRPr="00D35743" w:rsidRDefault="00000000">
            <w:pPr>
              <w:rPr>
                <w:rFonts w:cs="Times New Roman"/>
                <w:color w:val="000000" w:themeColor="text1"/>
                <w:sz w:val="22"/>
              </w:rPr>
            </w:pPr>
            <w:r w:rsidRPr="00D35743">
              <w:rPr>
                <w:rFonts w:cs="Times New Roman"/>
                <w:color w:val="000000" w:themeColor="text1"/>
                <w:sz w:val="22"/>
              </w:rPr>
              <w:t>0.23 (0.21–0.26)</w:t>
            </w:r>
          </w:p>
        </w:tc>
        <w:tc>
          <w:tcPr>
            <w:tcW w:w="2822" w:type="dxa"/>
          </w:tcPr>
          <w:p w14:paraId="5ED1A9C1" w14:textId="77777777" w:rsidR="00D94E50" w:rsidRPr="00D35743" w:rsidRDefault="00000000">
            <w:pPr>
              <w:rPr>
                <w:rFonts w:cs="Times New Roman"/>
                <w:color w:val="000000" w:themeColor="text1"/>
                <w:sz w:val="22"/>
              </w:rPr>
            </w:pPr>
            <w:r w:rsidRPr="00D35743">
              <w:rPr>
                <w:rFonts w:cs="Times New Roman"/>
                <w:color w:val="000000" w:themeColor="text1"/>
                <w:sz w:val="22"/>
              </w:rPr>
              <w:t>465</w:t>
            </w:r>
          </w:p>
        </w:tc>
        <w:tc>
          <w:tcPr>
            <w:tcW w:w="2822" w:type="dxa"/>
          </w:tcPr>
          <w:p w14:paraId="2C6A46E7" w14:textId="77777777" w:rsidR="00D94E50" w:rsidRPr="00D35743" w:rsidRDefault="00000000">
            <w:pPr>
              <w:rPr>
                <w:rFonts w:cs="Times New Roman"/>
                <w:color w:val="000000" w:themeColor="text1"/>
                <w:sz w:val="22"/>
              </w:rPr>
            </w:pPr>
            <w:r w:rsidRPr="00D35743">
              <w:rPr>
                <w:rFonts w:cs="Times New Roman"/>
                <w:color w:val="000000" w:themeColor="text1"/>
                <w:sz w:val="22"/>
              </w:rPr>
              <w:t>0.51 (0.46–0.56)</w:t>
            </w:r>
          </w:p>
        </w:tc>
      </w:tr>
      <w:tr w:rsidR="00D94E50" w:rsidRPr="00D35743" w14:paraId="2DC0D39C" w14:textId="77777777">
        <w:tc>
          <w:tcPr>
            <w:tcW w:w="2822" w:type="dxa"/>
          </w:tcPr>
          <w:p w14:paraId="138AB3AC" w14:textId="77777777" w:rsidR="00D94E50" w:rsidRPr="00D35743" w:rsidRDefault="00000000">
            <w:pPr>
              <w:rPr>
                <w:rFonts w:cs="Times New Roman"/>
                <w:color w:val="000000" w:themeColor="text1"/>
                <w:sz w:val="22"/>
              </w:rPr>
            </w:pPr>
            <w:r w:rsidRPr="00D35743">
              <w:rPr>
                <w:rFonts w:cs="Times New Roman"/>
                <w:color w:val="000000" w:themeColor="text1"/>
                <w:sz w:val="22"/>
              </w:rPr>
              <w:t>2012</w:t>
            </w:r>
          </w:p>
        </w:tc>
        <w:tc>
          <w:tcPr>
            <w:tcW w:w="2822" w:type="dxa"/>
          </w:tcPr>
          <w:p w14:paraId="4B1B8DFF" w14:textId="77777777" w:rsidR="00D94E50" w:rsidRPr="00D35743" w:rsidRDefault="00000000">
            <w:pPr>
              <w:rPr>
                <w:rFonts w:cs="Times New Roman"/>
                <w:color w:val="000000" w:themeColor="text1"/>
                <w:sz w:val="22"/>
              </w:rPr>
            </w:pPr>
            <w:r w:rsidRPr="00D35743">
              <w:rPr>
                <w:rFonts w:cs="Times New Roman"/>
                <w:color w:val="000000" w:themeColor="text1"/>
                <w:sz w:val="22"/>
              </w:rPr>
              <w:t>310</w:t>
            </w:r>
          </w:p>
        </w:tc>
        <w:tc>
          <w:tcPr>
            <w:tcW w:w="2822" w:type="dxa"/>
          </w:tcPr>
          <w:p w14:paraId="7B235888" w14:textId="77777777" w:rsidR="00D94E50" w:rsidRPr="00D35743" w:rsidRDefault="00000000">
            <w:pPr>
              <w:rPr>
                <w:rFonts w:cs="Times New Roman"/>
                <w:color w:val="000000" w:themeColor="text1"/>
                <w:sz w:val="22"/>
              </w:rPr>
            </w:pPr>
            <w:r w:rsidRPr="00D35743">
              <w:rPr>
                <w:rFonts w:cs="Times New Roman"/>
                <w:color w:val="000000" w:themeColor="text1"/>
                <w:sz w:val="22"/>
              </w:rPr>
              <w:t>0.24 (0.21–0.26)</w:t>
            </w:r>
          </w:p>
        </w:tc>
        <w:tc>
          <w:tcPr>
            <w:tcW w:w="2822" w:type="dxa"/>
          </w:tcPr>
          <w:p w14:paraId="16086500" w14:textId="77777777" w:rsidR="00D94E50" w:rsidRPr="00D35743" w:rsidRDefault="00000000">
            <w:pPr>
              <w:rPr>
                <w:rFonts w:cs="Times New Roman"/>
                <w:color w:val="000000" w:themeColor="text1"/>
                <w:sz w:val="22"/>
              </w:rPr>
            </w:pPr>
            <w:r w:rsidRPr="00D35743">
              <w:rPr>
                <w:rFonts w:cs="Times New Roman"/>
                <w:color w:val="000000" w:themeColor="text1"/>
                <w:sz w:val="22"/>
              </w:rPr>
              <w:t>510</w:t>
            </w:r>
          </w:p>
        </w:tc>
        <w:tc>
          <w:tcPr>
            <w:tcW w:w="2822" w:type="dxa"/>
          </w:tcPr>
          <w:p w14:paraId="5B1773C3" w14:textId="77777777" w:rsidR="00D94E50" w:rsidRPr="00D35743" w:rsidRDefault="00000000">
            <w:pPr>
              <w:rPr>
                <w:rFonts w:cs="Times New Roman"/>
                <w:color w:val="000000" w:themeColor="text1"/>
                <w:sz w:val="22"/>
              </w:rPr>
            </w:pPr>
            <w:r w:rsidRPr="00D35743">
              <w:rPr>
                <w:rFonts w:cs="Times New Roman"/>
                <w:color w:val="000000" w:themeColor="text1"/>
                <w:sz w:val="22"/>
              </w:rPr>
              <w:t>0.56 (0.51–0.61)</w:t>
            </w:r>
          </w:p>
        </w:tc>
      </w:tr>
      <w:tr w:rsidR="00D94E50" w:rsidRPr="00D35743" w14:paraId="225ADDBB" w14:textId="77777777">
        <w:tc>
          <w:tcPr>
            <w:tcW w:w="2822" w:type="dxa"/>
          </w:tcPr>
          <w:p w14:paraId="5982E45B"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2822" w:type="dxa"/>
          </w:tcPr>
          <w:p w14:paraId="0D7F6B5A" w14:textId="77777777" w:rsidR="00D94E50" w:rsidRPr="00D35743" w:rsidRDefault="00000000">
            <w:pPr>
              <w:rPr>
                <w:rFonts w:cs="Times New Roman"/>
                <w:color w:val="000000" w:themeColor="text1"/>
                <w:sz w:val="22"/>
              </w:rPr>
            </w:pPr>
            <w:r w:rsidRPr="00D35743">
              <w:rPr>
                <w:rFonts w:cs="Times New Roman"/>
                <w:color w:val="000000" w:themeColor="text1"/>
                <w:sz w:val="22"/>
              </w:rPr>
              <w:t>374</w:t>
            </w:r>
          </w:p>
        </w:tc>
        <w:tc>
          <w:tcPr>
            <w:tcW w:w="2822" w:type="dxa"/>
          </w:tcPr>
          <w:p w14:paraId="6C460B92" w14:textId="77777777" w:rsidR="00D94E50" w:rsidRPr="00D35743" w:rsidRDefault="00000000">
            <w:pPr>
              <w:rPr>
                <w:rFonts w:cs="Times New Roman"/>
                <w:color w:val="000000" w:themeColor="text1"/>
                <w:sz w:val="22"/>
              </w:rPr>
            </w:pPr>
            <w:r w:rsidRPr="00D35743">
              <w:rPr>
                <w:rFonts w:cs="Times New Roman"/>
                <w:color w:val="000000" w:themeColor="text1"/>
                <w:sz w:val="22"/>
              </w:rPr>
              <w:t>0.27 (0.24–0.29)</w:t>
            </w:r>
          </w:p>
        </w:tc>
        <w:tc>
          <w:tcPr>
            <w:tcW w:w="2822" w:type="dxa"/>
          </w:tcPr>
          <w:p w14:paraId="5636E2DD" w14:textId="77777777" w:rsidR="00D94E50" w:rsidRPr="00D35743" w:rsidRDefault="00000000">
            <w:pPr>
              <w:rPr>
                <w:rFonts w:cs="Times New Roman"/>
                <w:color w:val="000000" w:themeColor="text1"/>
                <w:sz w:val="22"/>
              </w:rPr>
            </w:pPr>
            <w:r w:rsidRPr="00D35743">
              <w:rPr>
                <w:rFonts w:cs="Times New Roman"/>
                <w:color w:val="000000" w:themeColor="text1"/>
                <w:sz w:val="22"/>
              </w:rPr>
              <w:t>519</w:t>
            </w:r>
          </w:p>
        </w:tc>
        <w:tc>
          <w:tcPr>
            <w:tcW w:w="2822" w:type="dxa"/>
          </w:tcPr>
          <w:p w14:paraId="12AA17AC" w14:textId="77777777" w:rsidR="00D94E50" w:rsidRPr="00D35743" w:rsidRDefault="00000000">
            <w:pPr>
              <w:rPr>
                <w:rFonts w:cs="Times New Roman"/>
                <w:color w:val="000000" w:themeColor="text1"/>
                <w:sz w:val="22"/>
              </w:rPr>
            </w:pPr>
            <w:r w:rsidRPr="00D35743">
              <w:rPr>
                <w:rFonts w:cs="Times New Roman"/>
                <w:color w:val="000000" w:themeColor="text1"/>
                <w:sz w:val="22"/>
              </w:rPr>
              <w:t>0.54 (0.49–0.59)</w:t>
            </w:r>
          </w:p>
        </w:tc>
      </w:tr>
      <w:tr w:rsidR="00D94E50" w:rsidRPr="00D35743" w14:paraId="2E49F03C" w14:textId="77777777">
        <w:tc>
          <w:tcPr>
            <w:tcW w:w="2822" w:type="dxa"/>
          </w:tcPr>
          <w:p w14:paraId="12F903E9"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2822" w:type="dxa"/>
          </w:tcPr>
          <w:p w14:paraId="7617C53A" w14:textId="77777777" w:rsidR="00D94E50" w:rsidRPr="00D35743" w:rsidRDefault="00000000">
            <w:pPr>
              <w:rPr>
                <w:rFonts w:cs="Times New Roman"/>
                <w:color w:val="000000" w:themeColor="text1"/>
                <w:sz w:val="22"/>
              </w:rPr>
            </w:pPr>
            <w:r w:rsidRPr="00D35743">
              <w:rPr>
                <w:rFonts w:cs="Times New Roman"/>
                <w:color w:val="000000" w:themeColor="text1"/>
                <w:sz w:val="22"/>
              </w:rPr>
              <w:t>369</w:t>
            </w:r>
          </w:p>
        </w:tc>
        <w:tc>
          <w:tcPr>
            <w:tcW w:w="2822" w:type="dxa"/>
          </w:tcPr>
          <w:p w14:paraId="08F63C22" w14:textId="77777777" w:rsidR="00D94E50" w:rsidRPr="00D35743" w:rsidRDefault="00000000">
            <w:pPr>
              <w:rPr>
                <w:rFonts w:cs="Times New Roman"/>
                <w:color w:val="000000" w:themeColor="text1"/>
                <w:sz w:val="22"/>
              </w:rPr>
            </w:pPr>
            <w:r w:rsidRPr="00D35743">
              <w:rPr>
                <w:rFonts w:cs="Times New Roman"/>
                <w:color w:val="000000" w:themeColor="text1"/>
                <w:sz w:val="22"/>
              </w:rPr>
              <w:t>0.27 (0.24–0.30)</w:t>
            </w:r>
          </w:p>
        </w:tc>
        <w:tc>
          <w:tcPr>
            <w:tcW w:w="2822" w:type="dxa"/>
          </w:tcPr>
          <w:p w14:paraId="696D93C7" w14:textId="77777777" w:rsidR="00D94E50" w:rsidRPr="00D35743" w:rsidRDefault="00000000">
            <w:pPr>
              <w:rPr>
                <w:rFonts w:cs="Times New Roman"/>
                <w:color w:val="000000" w:themeColor="text1"/>
                <w:sz w:val="22"/>
              </w:rPr>
            </w:pPr>
            <w:r w:rsidRPr="00D35743">
              <w:rPr>
                <w:rFonts w:cs="Times New Roman"/>
                <w:color w:val="000000" w:themeColor="text1"/>
                <w:sz w:val="22"/>
              </w:rPr>
              <w:t>532</w:t>
            </w:r>
          </w:p>
        </w:tc>
        <w:tc>
          <w:tcPr>
            <w:tcW w:w="2822" w:type="dxa"/>
          </w:tcPr>
          <w:p w14:paraId="2BCB38AC" w14:textId="77777777" w:rsidR="00D94E50" w:rsidRPr="00D35743" w:rsidRDefault="00000000">
            <w:pPr>
              <w:rPr>
                <w:rFonts w:cs="Times New Roman"/>
                <w:color w:val="000000" w:themeColor="text1"/>
                <w:sz w:val="22"/>
              </w:rPr>
            </w:pPr>
            <w:r w:rsidRPr="00D35743">
              <w:rPr>
                <w:rFonts w:cs="Times New Roman"/>
                <w:color w:val="000000" w:themeColor="text1"/>
                <w:sz w:val="22"/>
              </w:rPr>
              <w:t>0.54 (0.49–0.58)</w:t>
            </w:r>
          </w:p>
        </w:tc>
      </w:tr>
      <w:tr w:rsidR="00D94E50" w:rsidRPr="00D35743" w14:paraId="052DA7AC" w14:textId="77777777">
        <w:tc>
          <w:tcPr>
            <w:tcW w:w="2822" w:type="dxa"/>
          </w:tcPr>
          <w:p w14:paraId="6591E7CA" w14:textId="77777777" w:rsidR="00D94E50" w:rsidRPr="00D35743" w:rsidRDefault="00000000">
            <w:pPr>
              <w:rPr>
                <w:rFonts w:cs="Times New Roman"/>
                <w:color w:val="000000" w:themeColor="text1"/>
                <w:sz w:val="22"/>
              </w:rPr>
            </w:pPr>
            <w:r w:rsidRPr="00D35743">
              <w:rPr>
                <w:rFonts w:cs="Times New Roman"/>
                <w:color w:val="000000" w:themeColor="text1"/>
                <w:sz w:val="22"/>
              </w:rPr>
              <w:t>2015</w:t>
            </w:r>
          </w:p>
        </w:tc>
        <w:tc>
          <w:tcPr>
            <w:tcW w:w="2822" w:type="dxa"/>
          </w:tcPr>
          <w:p w14:paraId="297620DA" w14:textId="77777777" w:rsidR="00D94E50" w:rsidRPr="00D35743" w:rsidRDefault="00000000">
            <w:pPr>
              <w:rPr>
                <w:rFonts w:cs="Times New Roman"/>
                <w:color w:val="000000" w:themeColor="text1"/>
                <w:sz w:val="22"/>
              </w:rPr>
            </w:pPr>
            <w:r w:rsidRPr="00D35743">
              <w:rPr>
                <w:rFonts w:cs="Times New Roman"/>
                <w:color w:val="000000" w:themeColor="text1"/>
                <w:sz w:val="22"/>
              </w:rPr>
              <w:t>350</w:t>
            </w:r>
          </w:p>
        </w:tc>
        <w:tc>
          <w:tcPr>
            <w:tcW w:w="2822" w:type="dxa"/>
          </w:tcPr>
          <w:p w14:paraId="33D71753" w14:textId="77777777" w:rsidR="00D94E50" w:rsidRPr="00D35743" w:rsidRDefault="00000000">
            <w:pPr>
              <w:rPr>
                <w:rFonts w:cs="Times New Roman"/>
                <w:color w:val="000000" w:themeColor="text1"/>
                <w:sz w:val="22"/>
              </w:rPr>
            </w:pPr>
            <w:r w:rsidRPr="00D35743">
              <w:rPr>
                <w:rFonts w:cs="Times New Roman"/>
                <w:color w:val="000000" w:themeColor="text1"/>
                <w:sz w:val="22"/>
              </w:rPr>
              <w:t>0.25 (0.22–0.27)</w:t>
            </w:r>
          </w:p>
        </w:tc>
        <w:tc>
          <w:tcPr>
            <w:tcW w:w="2822" w:type="dxa"/>
          </w:tcPr>
          <w:p w14:paraId="5DA6939B" w14:textId="77777777" w:rsidR="00D94E50" w:rsidRPr="00D35743" w:rsidRDefault="00000000">
            <w:pPr>
              <w:rPr>
                <w:rFonts w:cs="Times New Roman"/>
                <w:color w:val="000000" w:themeColor="text1"/>
                <w:sz w:val="22"/>
              </w:rPr>
            </w:pPr>
            <w:r w:rsidRPr="00D35743">
              <w:rPr>
                <w:rFonts w:cs="Times New Roman"/>
                <w:color w:val="000000" w:themeColor="text1"/>
                <w:sz w:val="22"/>
              </w:rPr>
              <w:t>570</w:t>
            </w:r>
          </w:p>
        </w:tc>
        <w:tc>
          <w:tcPr>
            <w:tcW w:w="2822" w:type="dxa"/>
          </w:tcPr>
          <w:p w14:paraId="5A7993F3" w14:textId="77777777" w:rsidR="00D94E50" w:rsidRPr="00D35743" w:rsidRDefault="00000000">
            <w:pPr>
              <w:rPr>
                <w:rFonts w:cs="Times New Roman"/>
                <w:color w:val="000000" w:themeColor="text1"/>
                <w:sz w:val="22"/>
              </w:rPr>
            </w:pPr>
            <w:r w:rsidRPr="00D35743">
              <w:rPr>
                <w:rFonts w:cs="Times New Roman"/>
                <w:color w:val="000000" w:themeColor="text1"/>
                <w:sz w:val="22"/>
              </w:rPr>
              <w:t>0.55 (0.50–0.60)</w:t>
            </w:r>
          </w:p>
        </w:tc>
      </w:tr>
      <w:tr w:rsidR="00D94E50" w:rsidRPr="00D35743" w14:paraId="792F76F0" w14:textId="77777777">
        <w:tc>
          <w:tcPr>
            <w:tcW w:w="2822" w:type="dxa"/>
          </w:tcPr>
          <w:p w14:paraId="43863585" w14:textId="77777777" w:rsidR="00D94E50" w:rsidRPr="00D35743" w:rsidRDefault="00000000">
            <w:pPr>
              <w:rPr>
                <w:rFonts w:cs="Times New Roman"/>
                <w:color w:val="000000" w:themeColor="text1"/>
                <w:sz w:val="22"/>
              </w:rPr>
            </w:pPr>
            <w:r w:rsidRPr="00D35743">
              <w:rPr>
                <w:rFonts w:cs="Times New Roman"/>
                <w:color w:val="000000" w:themeColor="text1"/>
                <w:sz w:val="22"/>
              </w:rPr>
              <w:t>2016</w:t>
            </w:r>
          </w:p>
        </w:tc>
        <w:tc>
          <w:tcPr>
            <w:tcW w:w="2822" w:type="dxa"/>
          </w:tcPr>
          <w:p w14:paraId="0EC00676" w14:textId="77777777" w:rsidR="00D94E50" w:rsidRPr="00D35743" w:rsidRDefault="00000000">
            <w:pPr>
              <w:rPr>
                <w:rFonts w:cs="Times New Roman"/>
                <w:color w:val="000000" w:themeColor="text1"/>
                <w:sz w:val="22"/>
              </w:rPr>
            </w:pPr>
            <w:r w:rsidRPr="00D35743">
              <w:rPr>
                <w:rFonts w:cs="Times New Roman"/>
                <w:color w:val="000000" w:themeColor="text1"/>
                <w:sz w:val="22"/>
              </w:rPr>
              <w:t>365</w:t>
            </w:r>
          </w:p>
        </w:tc>
        <w:tc>
          <w:tcPr>
            <w:tcW w:w="2822" w:type="dxa"/>
          </w:tcPr>
          <w:p w14:paraId="77C499DB" w14:textId="77777777" w:rsidR="00D94E50" w:rsidRPr="00D35743" w:rsidRDefault="00000000">
            <w:pPr>
              <w:rPr>
                <w:rFonts w:cs="Times New Roman"/>
                <w:color w:val="000000" w:themeColor="text1"/>
                <w:sz w:val="22"/>
              </w:rPr>
            </w:pPr>
            <w:r w:rsidRPr="00D35743">
              <w:rPr>
                <w:rFonts w:cs="Times New Roman"/>
                <w:color w:val="000000" w:themeColor="text1"/>
                <w:sz w:val="22"/>
              </w:rPr>
              <w:t>0.25 (0.22–0.28)</w:t>
            </w:r>
          </w:p>
        </w:tc>
        <w:tc>
          <w:tcPr>
            <w:tcW w:w="2822" w:type="dxa"/>
          </w:tcPr>
          <w:p w14:paraId="4C4F6137" w14:textId="77777777" w:rsidR="00D94E50" w:rsidRPr="00D35743" w:rsidRDefault="00000000">
            <w:pPr>
              <w:rPr>
                <w:rFonts w:cs="Times New Roman"/>
                <w:color w:val="000000" w:themeColor="text1"/>
                <w:sz w:val="22"/>
              </w:rPr>
            </w:pPr>
            <w:r w:rsidRPr="00D35743">
              <w:rPr>
                <w:rFonts w:cs="Times New Roman"/>
                <w:color w:val="000000" w:themeColor="text1"/>
                <w:sz w:val="22"/>
              </w:rPr>
              <w:t>633</w:t>
            </w:r>
          </w:p>
        </w:tc>
        <w:tc>
          <w:tcPr>
            <w:tcW w:w="2822" w:type="dxa"/>
          </w:tcPr>
          <w:p w14:paraId="1C516229" w14:textId="77777777" w:rsidR="00D94E50" w:rsidRPr="00D35743" w:rsidRDefault="00000000">
            <w:pPr>
              <w:rPr>
                <w:rFonts w:cs="Times New Roman"/>
                <w:color w:val="000000" w:themeColor="text1"/>
                <w:sz w:val="22"/>
              </w:rPr>
            </w:pPr>
            <w:r w:rsidRPr="00D35743">
              <w:rPr>
                <w:rFonts w:cs="Times New Roman"/>
                <w:color w:val="000000" w:themeColor="text1"/>
                <w:sz w:val="22"/>
              </w:rPr>
              <w:t>0.59 (0.54–0.63)</w:t>
            </w:r>
          </w:p>
        </w:tc>
      </w:tr>
      <w:tr w:rsidR="00D94E50" w:rsidRPr="00D35743" w14:paraId="08500451" w14:textId="77777777">
        <w:tc>
          <w:tcPr>
            <w:tcW w:w="2822" w:type="dxa"/>
          </w:tcPr>
          <w:p w14:paraId="2CF2D04C" w14:textId="77777777" w:rsidR="00D94E50" w:rsidRPr="00D35743" w:rsidRDefault="00000000">
            <w:pPr>
              <w:rPr>
                <w:rFonts w:cs="Times New Roman"/>
                <w:color w:val="000000" w:themeColor="text1"/>
                <w:sz w:val="22"/>
              </w:rPr>
            </w:pPr>
            <w:r w:rsidRPr="00D35743">
              <w:rPr>
                <w:rFonts w:cs="Times New Roman"/>
                <w:color w:val="000000" w:themeColor="text1"/>
                <w:sz w:val="22"/>
              </w:rPr>
              <w:t>2017</w:t>
            </w:r>
          </w:p>
        </w:tc>
        <w:tc>
          <w:tcPr>
            <w:tcW w:w="2822" w:type="dxa"/>
          </w:tcPr>
          <w:p w14:paraId="7A2DB7DE" w14:textId="77777777" w:rsidR="00D94E50" w:rsidRPr="00D35743" w:rsidRDefault="00000000">
            <w:pPr>
              <w:rPr>
                <w:rFonts w:cs="Times New Roman"/>
                <w:color w:val="000000" w:themeColor="text1"/>
                <w:sz w:val="22"/>
              </w:rPr>
            </w:pPr>
            <w:r w:rsidRPr="00D35743">
              <w:rPr>
                <w:rFonts w:cs="Times New Roman"/>
                <w:color w:val="000000" w:themeColor="text1"/>
                <w:sz w:val="22"/>
              </w:rPr>
              <w:t>382</w:t>
            </w:r>
          </w:p>
        </w:tc>
        <w:tc>
          <w:tcPr>
            <w:tcW w:w="2822" w:type="dxa"/>
          </w:tcPr>
          <w:p w14:paraId="46F3ABB2" w14:textId="77777777" w:rsidR="00D94E50" w:rsidRPr="00D35743" w:rsidRDefault="00000000">
            <w:pPr>
              <w:rPr>
                <w:rFonts w:cs="Times New Roman"/>
                <w:color w:val="000000" w:themeColor="text1"/>
                <w:sz w:val="22"/>
              </w:rPr>
            </w:pPr>
            <w:r w:rsidRPr="00D35743">
              <w:rPr>
                <w:rFonts w:cs="Times New Roman"/>
                <w:color w:val="000000" w:themeColor="text1"/>
                <w:sz w:val="22"/>
              </w:rPr>
              <w:t>0.24 (0.22–0.27)</w:t>
            </w:r>
          </w:p>
        </w:tc>
        <w:tc>
          <w:tcPr>
            <w:tcW w:w="2822" w:type="dxa"/>
          </w:tcPr>
          <w:p w14:paraId="0D0EA2A9" w14:textId="77777777" w:rsidR="00D94E50" w:rsidRPr="00D35743" w:rsidRDefault="00000000">
            <w:pPr>
              <w:rPr>
                <w:rFonts w:cs="Times New Roman"/>
                <w:color w:val="000000" w:themeColor="text1"/>
                <w:sz w:val="22"/>
              </w:rPr>
            </w:pPr>
            <w:r w:rsidRPr="00D35743">
              <w:rPr>
                <w:rFonts w:cs="Times New Roman"/>
                <w:color w:val="000000" w:themeColor="text1"/>
                <w:sz w:val="22"/>
              </w:rPr>
              <w:t>619</w:t>
            </w:r>
          </w:p>
        </w:tc>
        <w:tc>
          <w:tcPr>
            <w:tcW w:w="2822" w:type="dxa"/>
          </w:tcPr>
          <w:p w14:paraId="0582DC74" w14:textId="77777777" w:rsidR="00D94E50" w:rsidRPr="00D35743" w:rsidRDefault="00000000">
            <w:pPr>
              <w:rPr>
                <w:rFonts w:cs="Times New Roman"/>
                <w:color w:val="000000" w:themeColor="text1"/>
                <w:sz w:val="22"/>
              </w:rPr>
            </w:pPr>
            <w:r w:rsidRPr="00D35743">
              <w:rPr>
                <w:rFonts w:cs="Times New Roman"/>
                <w:color w:val="000000" w:themeColor="text1"/>
                <w:sz w:val="22"/>
              </w:rPr>
              <w:t>0.59 (0.54–0.64)</w:t>
            </w:r>
          </w:p>
        </w:tc>
      </w:tr>
      <w:tr w:rsidR="00D94E50" w:rsidRPr="00D35743" w14:paraId="7309DF81" w14:textId="77777777">
        <w:tc>
          <w:tcPr>
            <w:tcW w:w="2822" w:type="dxa"/>
          </w:tcPr>
          <w:p w14:paraId="00C2576B"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2822" w:type="dxa"/>
          </w:tcPr>
          <w:p w14:paraId="3AA05BFE" w14:textId="77777777" w:rsidR="00D94E50" w:rsidRPr="00D35743" w:rsidRDefault="00000000">
            <w:pPr>
              <w:rPr>
                <w:rFonts w:cs="Times New Roman"/>
                <w:color w:val="000000" w:themeColor="text1"/>
                <w:sz w:val="22"/>
              </w:rPr>
            </w:pPr>
            <w:r w:rsidRPr="00D35743">
              <w:rPr>
                <w:rFonts w:cs="Times New Roman"/>
                <w:color w:val="000000" w:themeColor="text1"/>
                <w:sz w:val="22"/>
              </w:rPr>
              <w:t>404</w:t>
            </w:r>
          </w:p>
        </w:tc>
        <w:tc>
          <w:tcPr>
            <w:tcW w:w="2822" w:type="dxa"/>
          </w:tcPr>
          <w:p w14:paraId="34F5FAFD" w14:textId="77777777" w:rsidR="00D94E50" w:rsidRPr="00D35743" w:rsidRDefault="00000000">
            <w:pPr>
              <w:rPr>
                <w:rFonts w:cs="Times New Roman"/>
                <w:color w:val="000000" w:themeColor="text1"/>
                <w:sz w:val="22"/>
              </w:rPr>
            </w:pPr>
            <w:r w:rsidRPr="00D35743">
              <w:rPr>
                <w:rFonts w:cs="Times New Roman"/>
                <w:color w:val="000000" w:themeColor="text1"/>
                <w:sz w:val="22"/>
              </w:rPr>
              <w:t>0.26 (0.23–0.29)</w:t>
            </w:r>
          </w:p>
        </w:tc>
        <w:tc>
          <w:tcPr>
            <w:tcW w:w="2822" w:type="dxa"/>
          </w:tcPr>
          <w:p w14:paraId="5BAA8770" w14:textId="77777777" w:rsidR="00D94E50" w:rsidRPr="00D35743" w:rsidRDefault="00000000">
            <w:pPr>
              <w:rPr>
                <w:rFonts w:cs="Times New Roman"/>
                <w:color w:val="000000" w:themeColor="text1"/>
                <w:sz w:val="22"/>
              </w:rPr>
            </w:pPr>
            <w:r w:rsidRPr="00D35743">
              <w:rPr>
                <w:rFonts w:cs="Times New Roman"/>
                <w:color w:val="000000" w:themeColor="text1"/>
                <w:sz w:val="22"/>
              </w:rPr>
              <w:t>666</w:t>
            </w:r>
          </w:p>
        </w:tc>
        <w:tc>
          <w:tcPr>
            <w:tcW w:w="2822" w:type="dxa"/>
          </w:tcPr>
          <w:p w14:paraId="381AB120" w14:textId="77777777" w:rsidR="00D94E50" w:rsidRPr="00D35743" w:rsidRDefault="00000000">
            <w:pPr>
              <w:rPr>
                <w:rFonts w:cs="Times New Roman"/>
                <w:color w:val="000000" w:themeColor="text1"/>
                <w:sz w:val="22"/>
              </w:rPr>
            </w:pPr>
            <w:r w:rsidRPr="00D35743">
              <w:rPr>
                <w:rFonts w:cs="Times New Roman"/>
                <w:color w:val="000000" w:themeColor="text1"/>
                <w:sz w:val="22"/>
              </w:rPr>
              <w:t>0.62 (0.57–0.67)</w:t>
            </w:r>
          </w:p>
        </w:tc>
      </w:tr>
      <w:tr w:rsidR="00D94E50" w:rsidRPr="00D35743" w14:paraId="2BBE5629" w14:textId="77777777">
        <w:tc>
          <w:tcPr>
            <w:tcW w:w="2822" w:type="dxa"/>
          </w:tcPr>
          <w:p w14:paraId="5CD0519F"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2822" w:type="dxa"/>
          </w:tcPr>
          <w:p w14:paraId="3ED8210C" w14:textId="77777777" w:rsidR="00D94E50" w:rsidRPr="00D35743" w:rsidRDefault="00000000">
            <w:pPr>
              <w:rPr>
                <w:rFonts w:cs="Times New Roman"/>
                <w:color w:val="000000" w:themeColor="text1"/>
                <w:sz w:val="22"/>
              </w:rPr>
            </w:pPr>
            <w:r w:rsidRPr="00D35743">
              <w:rPr>
                <w:rFonts w:cs="Times New Roman"/>
                <w:color w:val="000000" w:themeColor="text1"/>
                <w:sz w:val="22"/>
              </w:rPr>
              <w:t>467</w:t>
            </w:r>
          </w:p>
        </w:tc>
        <w:tc>
          <w:tcPr>
            <w:tcW w:w="2822" w:type="dxa"/>
          </w:tcPr>
          <w:p w14:paraId="04788C80" w14:textId="77777777" w:rsidR="00D94E50" w:rsidRPr="00D35743" w:rsidRDefault="00000000">
            <w:pPr>
              <w:rPr>
                <w:rFonts w:cs="Times New Roman"/>
                <w:color w:val="000000" w:themeColor="text1"/>
                <w:sz w:val="22"/>
              </w:rPr>
            </w:pPr>
            <w:r w:rsidRPr="00D35743">
              <w:rPr>
                <w:rFonts w:cs="Times New Roman"/>
                <w:color w:val="000000" w:themeColor="text1"/>
                <w:sz w:val="22"/>
              </w:rPr>
              <w:t>0.31 (0.29–0.34)</w:t>
            </w:r>
          </w:p>
        </w:tc>
        <w:tc>
          <w:tcPr>
            <w:tcW w:w="2822" w:type="dxa"/>
          </w:tcPr>
          <w:p w14:paraId="1FB2B463" w14:textId="77777777" w:rsidR="00D94E50" w:rsidRPr="00D35743" w:rsidRDefault="00000000">
            <w:pPr>
              <w:rPr>
                <w:rFonts w:cs="Times New Roman"/>
                <w:color w:val="000000" w:themeColor="text1"/>
                <w:sz w:val="22"/>
              </w:rPr>
            </w:pPr>
            <w:r w:rsidRPr="00D35743">
              <w:rPr>
                <w:rFonts w:cs="Times New Roman"/>
                <w:color w:val="000000" w:themeColor="text1"/>
                <w:sz w:val="22"/>
              </w:rPr>
              <w:t>690</w:t>
            </w:r>
          </w:p>
        </w:tc>
        <w:tc>
          <w:tcPr>
            <w:tcW w:w="2822" w:type="dxa"/>
          </w:tcPr>
          <w:p w14:paraId="25BF020C" w14:textId="77777777" w:rsidR="00D94E50" w:rsidRPr="00D35743" w:rsidRDefault="00000000">
            <w:pPr>
              <w:rPr>
                <w:rFonts w:cs="Times New Roman"/>
                <w:color w:val="000000" w:themeColor="text1"/>
                <w:sz w:val="22"/>
              </w:rPr>
            </w:pPr>
            <w:r w:rsidRPr="00D35743">
              <w:rPr>
                <w:rFonts w:cs="Times New Roman"/>
                <w:color w:val="000000" w:themeColor="text1"/>
                <w:sz w:val="22"/>
              </w:rPr>
              <w:t>0.61 (0.56–0.66)</w:t>
            </w:r>
          </w:p>
        </w:tc>
      </w:tr>
      <w:tr w:rsidR="00D94E50" w:rsidRPr="00D35743" w14:paraId="51364887" w14:textId="77777777">
        <w:tc>
          <w:tcPr>
            <w:tcW w:w="2822" w:type="dxa"/>
          </w:tcPr>
          <w:p w14:paraId="3FFC2787"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2822" w:type="dxa"/>
          </w:tcPr>
          <w:p w14:paraId="47854E91" w14:textId="77777777" w:rsidR="00D94E50" w:rsidRPr="00D35743" w:rsidRDefault="00000000">
            <w:pPr>
              <w:rPr>
                <w:rFonts w:cs="Times New Roman"/>
                <w:color w:val="000000" w:themeColor="text1"/>
                <w:sz w:val="22"/>
              </w:rPr>
            </w:pPr>
            <w:r w:rsidRPr="00D35743">
              <w:rPr>
                <w:rFonts w:cs="Times New Roman"/>
                <w:color w:val="000000" w:themeColor="text1"/>
                <w:sz w:val="22"/>
              </w:rPr>
              <w:t>483</w:t>
            </w:r>
          </w:p>
        </w:tc>
        <w:tc>
          <w:tcPr>
            <w:tcW w:w="2822" w:type="dxa"/>
          </w:tcPr>
          <w:p w14:paraId="6023F96D" w14:textId="77777777" w:rsidR="00D94E50" w:rsidRPr="00D35743" w:rsidRDefault="00000000">
            <w:pPr>
              <w:rPr>
                <w:rFonts w:cs="Times New Roman"/>
                <w:color w:val="000000" w:themeColor="text1"/>
                <w:sz w:val="22"/>
              </w:rPr>
            </w:pPr>
            <w:r w:rsidRPr="00D35743">
              <w:rPr>
                <w:rFonts w:cs="Times New Roman"/>
                <w:color w:val="000000" w:themeColor="text1"/>
                <w:sz w:val="22"/>
              </w:rPr>
              <w:t>0.29 (0.27–0.32)</w:t>
            </w:r>
          </w:p>
        </w:tc>
        <w:tc>
          <w:tcPr>
            <w:tcW w:w="2822" w:type="dxa"/>
          </w:tcPr>
          <w:p w14:paraId="5F24A1E3" w14:textId="77777777" w:rsidR="00D94E50" w:rsidRPr="00D35743" w:rsidRDefault="00000000">
            <w:pPr>
              <w:rPr>
                <w:rFonts w:cs="Times New Roman"/>
                <w:color w:val="000000" w:themeColor="text1"/>
                <w:sz w:val="22"/>
              </w:rPr>
            </w:pPr>
            <w:r w:rsidRPr="00D35743">
              <w:rPr>
                <w:rFonts w:cs="Times New Roman"/>
                <w:color w:val="000000" w:themeColor="text1"/>
                <w:sz w:val="22"/>
              </w:rPr>
              <w:t>833</w:t>
            </w:r>
          </w:p>
        </w:tc>
        <w:tc>
          <w:tcPr>
            <w:tcW w:w="2822" w:type="dxa"/>
          </w:tcPr>
          <w:p w14:paraId="1B6372C2" w14:textId="77777777" w:rsidR="00D94E50" w:rsidRPr="00D35743" w:rsidRDefault="00000000">
            <w:pPr>
              <w:rPr>
                <w:rFonts w:cs="Times New Roman"/>
                <w:color w:val="000000" w:themeColor="text1"/>
                <w:sz w:val="22"/>
              </w:rPr>
            </w:pPr>
            <w:r w:rsidRPr="00D35743">
              <w:rPr>
                <w:rFonts w:cs="Times New Roman"/>
                <w:color w:val="000000" w:themeColor="text1"/>
                <w:sz w:val="22"/>
              </w:rPr>
              <w:t>0.74 (0.69–0.79)</w:t>
            </w:r>
          </w:p>
        </w:tc>
      </w:tr>
      <w:tr w:rsidR="00D94E50" w:rsidRPr="00D35743" w14:paraId="2D71099C" w14:textId="77777777">
        <w:tc>
          <w:tcPr>
            <w:tcW w:w="2822" w:type="dxa"/>
          </w:tcPr>
          <w:p w14:paraId="2A894AE5" w14:textId="77777777" w:rsidR="00D94E50" w:rsidRPr="00D35743" w:rsidRDefault="00000000">
            <w:pPr>
              <w:rPr>
                <w:rFonts w:cs="Times New Roman"/>
                <w:color w:val="000000" w:themeColor="text1"/>
                <w:sz w:val="22"/>
              </w:rPr>
            </w:pPr>
            <w:r w:rsidRPr="00D35743">
              <w:rPr>
                <w:rFonts w:cs="Times New Roman"/>
                <w:color w:val="000000" w:themeColor="text1"/>
                <w:sz w:val="22"/>
              </w:rPr>
              <w:t>2021</w:t>
            </w:r>
          </w:p>
        </w:tc>
        <w:tc>
          <w:tcPr>
            <w:tcW w:w="2822" w:type="dxa"/>
          </w:tcPr>
          <w:p w14:paraId="700B0396" w14:textId="77777777" w:rsidR="00D94E50" w:rsidRPr="00D35743" w:rsidRDefault="00000000">
            <w:pPr>
              <w:rPr>
                <w:rFonts w:cs="Times New Roman"/>
                <w:color w:val="000000" w:themeColor="text1"/>
                <w:sz w:val="22"/>
              </w:rPr>
            </w:pPr>
            <w:r w:rsidRPr="00D35743">
              <w:rPr>
                <w:rFonts w:cs="Times New Roman"/>
                <w:color w:val="000000" w:themeColor="text1"/>
                <w:sz w:val="22"/>
              </w:rPr>
              <w:t>483</w:t>
            </w:r>
          </w:p>
        </w:tc>
        <w:tc>
          <w:tcPr>
            <w:tcW w:w="2822" w:type="dxa"/>
          </w:tcPr>
          <w:p w14:paraId="71958DDF" w14:textId="77777777" w:rsidR="00D94E50" w:rsidRPr="00D35743" w:rsidRDefault="00000000">
            <w:pPr>
              <w:rPr>
                <w:rFonts w:cs="Times New Roman"/>
                <w:color w:val="000000" w:themeColor="text1"/>
                <w:sz w:val="22"/>
              </w:rPr>
            </w:pPr>
            <w:r w:rsidRPr="00D35743">
              <w:rPr>
                <w:rFonts w:cs="Times New Roman"/>
                <w:color w:val="000000" w:themeColor="text1"/>
                <w:sz w:val="22"/>
              </w:rPr>
              <w:t>0.32 (0.29–0.36)</w:t>
            </w:r>
          </w:p>
        </w:tc>
        <w:tc>
          <w:tcPr>
            <w:tcW w:w="2822" w:type="dxa"/>
          </w:tcPr>
          <w:p w14:paraId="117091EF" w14:textId="77777777" w:rsidR="00D94E50" w:rsidRPr="00D35743" w:rsidRDefault="00000000">
            <w:pPr>
              <w:rPr>
                <w:rFonts w:cs="Times New Roman"/>
                <w:color w:val="000000" w:themeColor="text1"/>
                <w:sz w:val="22"/>
              </w:rPr>
            </w:pPr>
            <w:r w:rsidRPr="00D35743">
              <w:rPr>
                <w:rFonts w:cs="Times New Roman"/>
                <w:color w:val="000000" w:themeColor="text1"/>
                <w:sz w:val="22"/>
              </w:rPr>
              <w:t>826</w:t>
            </w:r>
          </w:p>
        </w:tc>
        <w:tc>
          <w:tcPr>
            <w:tcW w:w="2822" w:type="dxa"/>
          </w:tcPr>
          <w:p w14:paraId="269B4349" w14:textId="77777777" w:rsidR="00D94E50" w:rsidRPr="00D35743" w:rsidRDefault="00000000">
            <w:pPr>
              <w:rPr>
                <w:rFonts w:cs="Times New Roman"/>
                <w:color w:val="000000" w:themeColor="text1"/>
                <w:sz w:val="22"/>
              </w:rPr>
            </w:pPr>
            <w:r w:rsidRPr="00D35743">
              <w:rPr>
                <w:rFonts w:cs="Times New Roman"/>
                <w:color w:val="000000" w:themeColor="text1"/>
                <w:sz w:val="22"/>
              </w:rPr>
              <w:t>0.73 (0.68–0.78)</w:t>
            </w:r>
          </w:p>
        </w:tc>
      </w:tr>
      <w:tr w:rsidR="00D94E50" w:rsidRPr="00D35743" w14:paraId="43141945" w14:textId="77777777">
        <w:tc>
          <w:tcPr>
            <w:tcW w:w="2822" w:type="dxa"/>
          </w:tcPr>
          <w:p w14:paraId="648A6117" w14:textId="77777777" w:rsidR="00D94E50" w:rsidRPr="00D35743" w:rsidRDefault="00000000">
            <w:pPr>
              <w:rPr>
                <w:rFonts w:cs="Times New Roman"/>
                <w:color w:val="000000" w:themeColor="text1"/>
                <w:sz w:val="22"/>
              </w:rPr>
            </w:pPr>
            <w:r w:rsidRPr="00D35743">
              <w:rPr>
                <w:rFonts w:cs="Times New Roman"/>
                <w:color w:val="000000" w:themeColor="text1"/>
                <w:sz w:val="22"/>
              </w:rPr>
              <w:t>2022</w:t>
            </w:r>
          </w:p>
        </w:tc>
        <w:tc>
          <w:tcPr>
            <w:tcW w:w="2822" w:type="dxa"/>
          </w:tcPr>
          <w:p w14:paraId="2BBB8AC5" w14:textId="77777777" w:rsidR="00D94E50" w:rsidRPr="00D35743" w:rsidRDefault="00000000">
            <w:pPr>
              <w:rPr>
                <w:rFonts w:cs="Times New Roman"/>
                <w:color w:val="000000" w:themeColor="text1"/>
                <w:sz w:val="22"/>
              </w:rPr>
            </w:pPr>
            <w:r w:rsidRPr="00D35743">
              <w:rPr>
                <w:rFonts w:cs="Times New Roman"/>
                <w:color w:val="000000" w:themeColor="text1"/>
                <w:sz w:val="22"/>
              </w:rPr>
              <w:t>551</w:t>
            </w:r>
          </w:p>
        </w:tc>
        <w:tc>
          <w:tcPr>
            <w:tcW w:w="2822" w:type="dxa"/>
          </w:tcPr>
          <w:p w14:paraId="54C7721E" w14:textId="77777777" w:rsidR="00D94E50" w:rsidRPr="00D35743" w:rsidRDefault="00000000">
            <w:pPr>
              <w:rPr>
                <w:rFonts w:cs="Times New Roman"/>
                <w:color w:val="000000" w:themeColor="text1"/>
                <w:sz w:val="22"/>
              </w:rPr>
            </w:pPr>
            <w:r w:rsidRPr="00D35743">
              <w:rPr>
                <w:rFonts w:cs="Times New Roman"/>
                <w:color w:val="000000" w:themeColor="text1"/>
                <w:sz w:val="22"/>
              </w:rPr>
              <w:t>0.35 (0.32–0.38)</w:t>
            </w:r>
          </w:p>
        </w:tc>
        <w:tc>
          <w:tcPr>
            <w:tcW w:w="2822" w:type="dxa"/>
          </w:tcPr>
          <w:p w14:paraId="0271DED7" w14:textId="77777777" w:rsidR="00D94E50" w:rsidRPr="00D35743" w:rsidRDefault="00000000">
            <w:pPr>
              <w:rPr>
                <w:rFonts w:cs="Times New Roman"/>
                <w:color w:val="000000" w:themeColor="text1"/>
                <w:sz w:val="22"/>
              </w:rPr>
            </w:pPr>
            <w:r w:rsidRPr="00D35743">
              <w:rPr>
                <w:rFonts w:cs="Times New Roman"/>
                <w:color w:val="000000" w:themeColor="text1"/>
                <w:sz w:val="22"/>
              </w:rPr>
              <w:t>962</w:t>
            </w:r>
          </w:p>
        </w:tc>
        <w:tc>
          <w:tcPr>
            <w:tcW w:w="2822" w:type="dxa"/>
          </w:tcPr>
          <w:p w14:paraId="657E8DD5" w14:textId="77777777" w:rsidR="00D94E50" w:rsidRPr="00D35743" w:rsidRDefault="00000000">
            <w:pPr>
              <w:rPr>
                <w:rFonts w:cs="Times New Roman"/>
                <w:color w:val="000000" w:themeColor="text1"/>
                <w:sz w:val="22"/>
              </w:rPr>
            </w:pPr>
            <w:r w:rsidRPr="00D35743">
              <w:rPr>
                <w:rFonts w:cs="Times New Roman"/>
                <w:color w:val="000000" w:themeColor="text1"/>
                <w:sz w:val="22"/>
              </w:rPr>
              <w:t>0.83 (0.78–0.88)</w:t>
            </w:r>
          </w:p>
        </w:tc>
      </w:tr>
      <w:tr w:rsidR="00D94E50" w:rsidRPr="00D35743" w14:paraId="109DDFF5" w14:textId="77777777">
        <w:tc>
          <w:tcPr>
            <w:tcW w:w="2822" w:type="dxa"/>
          </w:tcPr>
          <w:p w14:paraId="751A4454" w14:textId="77777777" w:rsidR="00D94E50" w:rsidRPr="00D35743" w:rsidRDefault="00000000">
            <w:pPr>
              <w:rPr>
                <w:rFonts w:cs="Times New Roman"/>
                <w:color w:val="000000" w:themeColor="text1"/>
                <w:sz w:val="22"/>
              </w:rPr>
            </w:pPr>
            <w:r w:rsidRPr="00D35743">
              <w:rPr>
                <w:rFonts w:cs="Times New Roman"/>
                <w:color w:val="000000" w:themeColor="text1"/>
                <w:sz w:val="22"/>
              </w:rPr>
              <w:t>2023</w:t>
            </w:r>
          </w:p>
        </w:tc>
        <w:tc>
          <w:tcPr>
            <w:tcW w:w="2822" w:type="dxa"/>
          </w:tcPr>
          <w:p w14:paraId="0BBC49AC" w14:textId="77777777" w:rsidR="00D94E50" w:rsidRPr="00D35743" w:rsidRDefault="00000000">
            <w:pPr>
              <w:rPr>
                <w:rFonts w:cs="Times New Roman"/>
                <w:color w:val="000000" w:themeColor="text1"/>
                <w:sz w:val="22"/>
              </w:rPr>
            </w:pPr>
            <w:r w:rsidRPr="00D35743">
              <w:rPr>
                <w:rFonts w:cs="Times New Roman"/>
                <w:color w:val="000000" w:themeColor="text1"/>
                <w:sz w:val="22"/>
              </w:rPr>
              <w:t>560</w:t>
            </w:r>
          </w:p>
        </w:tc>
        <w:tc>
          <w:tcPr>
            <w:tcW w:w="2822" w:type="dxa"/>
          </w:tcPr>
          <w:p w14:paraId="51630866" w14:textId="77777777" w:rsidR="00D94E50" w:rsidRPr="00D35743" w:rsidRDefault="00000000">
            <w:pPr>
              <w:rPr>
                <w:rFonts w:cs="Times New Roman"/>
                <w:color w:val="000000" w:themeColor="text1"/>
                <w:sz w:val="22"/>
              </w:rPr>
            </w:pPr>
            <w:r w:rsidRPr="00D35743">
              <w:rPr>
                <w:rFonts w:cs="Times New Roman"/>
                <w:color w:val="000000" w:themeColor="text1"/>
                <w:sz w:val="22"/>
              </w:rPr>
              <w:t>0.37 (0.34–0.41)</w:t>
            </w:r>
          </w:p>
        </w:tc>
        <w:tc>
          <w:tcPr>
            <w:tcW w:w="2822" w:type="dxa"/>
          </w:tcPr>
          <w:p w14:paraId="5F4624BE" w14:textId="77777777" w:rsidR="00D94E50" w:rsidRPr="00D35743" w:rsidRDefault="00000000">
            <w:pPr>
              <w:rPr>
                <w:rFonts w:cs="Times New Roman"/>
                <w:color w:val="000000" w:themeColor="text1"/>
                <w:sz w:val="22"/>
              </w:rPr>
            </w:pPr>
            <w:r w:rsidRPr="00D35743">
              <w:rPr>
                <w:rFonts w:cs="Times New Roman"/>
                <w:color w:val="000000" w:themeColor="text1"/>
                <w:sz w:val="22"/>
              </w:rPr>
              <w:t>907</w:t>
            </w:r>
          </w:p>
        </w:tc>
        <w:tc>
          <w:tcPr>
            <w:tcW w:w="2822" w:type="dxa"/>
          </w:tcPr>
          <w:p w14:paraId="20FC783F" w14:textId="77777777" w:rsidR="00D94E50" w:rsidRPr="00D35743" w:rsidRDefault="00000000">
            <w:pPr>
              <w:rPr>
                <w:rFonts w:cs="Times New Roman"/>
                <w:color w:val="000000" w:themeColor="text1"/>
                <w:sz w:val="22"/>
              </w:rPr>
            </w:pPr>
            <w:r w:rsidRPr="00D35743">
              <w:rPr>
                <w:rFonts w:cs="Times New Roman"/>
                <w:color w:val="000000" w:themeColor="text1"/>
                <w:sz w:val="22"/>
              </w:rPr>
              <w:t>0.73 (0.68–0.78)</w:t>
            </w:r>
          </w:p>
        </w:tc>
      </w:tr>
      <w:tr w:rsidR="00D94E50" w:rsidRPr="00D35743" w14:paraId="4C1786B2" w14:textId="77777777">
        <w:tc>
          <w:tcPr>
            <w:tcW w:w="2822" w:type="dxa"/>
          </w:tcPr>
          <w:p w14:paraId="13A57008" w14:textId="77777777" w:rsidR="00D94E50" w:rsidRPr="00D35743" w:rsidRDefault="00000000">
            <w:pPr>
              <w:rPr>
                <w:rFonts w:cs="Times New Roman"/>
                <w:color w:val="000000" w:themeColor="text1"/>
                <w:sz w:val="22"/>
              </w:rPr>
            </w:pPr>
            <w:r w:rsidRPr="00D35743">
              <w:rPr>
                <w:rFonts w:cs="Times New Roman"/>
                <w:color w:val="000000" w:themeColor="text1"/>
                <w:sz w:val="22"/>
              </w:rPr>
              <w:t>2024</w:t>
            </w:r>
          </w:p>
        </w:tc>
        <w:tc>
          <w:tcPr>
            <w:tcW w:w="2822" w:type="dxa"/>
          </w:tcPr>
          <w:p w14:paraId="4CC794F5" w14:textId="77777777" w:rsidR="00D94E50" w:rsidRPr="00D35743" w:rsidRDefault="00000000">
            <w:pPr>
              <w:rPr>
                <w:rFonts w:cs="Times New Roman"/>
                <w:color w:val="000000" w:themeColor="text1"/>
                <w:sz w:val="22"/>
              </w:rPr>
            </w:pPr>
            <w:r w:rsidRPr="00D35743">
              <w:rPr>
                <w:rFonts w:cs="Times New Roman"/>
                <w:color w:val="000000" w:themeColor="text1"/>
                <w:sz w:val="22"/>
              </w:rPr>
              <w:t>574</w:t>
            </w:r>
          </w:p>
        </w:tc>
        <w:tc>
          <w:tcPr>
            <w:tcW w:w="2822" w:type="dxa"/>
          </w:tcPr>
          <w:p w14:paraId="1FAA61BC" w14:textId="77777777" w:rsidR="00D94E50" w:rsidRPr="00D35743" w:rsidRDefault="00000000">
            <w:pPr>
              <w:rPr>
                <w:rFonts w:cs="Times New Roman"/>
                <w:color w:val="000000" w:themeColor="text1"/>
                <w:sz w:val="22"/>
              </w:rPr>
            </w:pPr>
            <w:r w:rsidRPr="00D35743">
              <w:rPr>
                <w:rFonts w:cs="Times New Roman"/>
                <w:color w:val="000000" w:themeColor="text1"/>
                <w:sz w:val="22"/>
              </w:rPr>
              <w:t>0.39 (0.36–0.42)</w:t>
            </w:r>
          </w:p>
        </w:tc>
        <w:tc>
          <w:tcPr>
            <w:tcW w:w="2822" w:type="dxa"/>
          </w:tcPr>
          <w:p w14:paraId="66741DE5" w14:textId="77777777" w:rsidR="00D94E50" w:rsidRPr="00D35743" w:rsidRDefault="00000000">
            <w:pPr>
              <w:rPr>
                <w:rFonts w:cs="Times New Roman"/>
                <w:color w:val="000000" w:themeColor="text1"/>
                <w:sz w:val="22"/>
              </w:rPr>
            </w:pPr>
            <w:r w:rsidRPr="00D35743">
              <w:rPr>
                <w:rFonts w:cs="Times New Roman"/>
                <w:color w:val="000000" w:themeColor="text1"/>
                <w:sz w:val="22"/>
              </w:rPr>
              <w:t>937</w:t>
            </w:r>
          </w:p>
        </w:tc>
        <w:tc>
          <w:tcPr>
            <w:tcW w:w="2822" w:type="dxa"/>
          </w:tcPr>
          <w:p w14:paraId="0FABC7AA" w14:textId="77777777" w:rsidR="00D94E50" w:rsidRPr="00D35743" w:rsidRDefault="00000000">
            <w:pPr>
              <w:rPr>
                <w:rFonts w:cs="Times New Roman"/>
                <w:color w:val="000000" w:themeColor="text1"/>
                <w:sz w:val="22"/>
              </w:rPr>
            </w:pPr>
            <w:r w:rsidRPr="00D35743">
              <w:rPr>
                <w:rFonts w:cs="Times New Roman"/>
                <w:color w:val="000000" w:themeColor="text1"/>
                <w:sz w:val="22"/>
              </w:rPr>
              <w:t>0.74 (0.69–0.79)</w:t>
            </w:r>
          </w:p>
        </w:tc>
      </w:tr>
    </w:tbl>
    <w:p w14:paraId="3D972E82" w14:textId="77777777" w:rsidR="00D94E50" w:rsidRPr="00D35743" w:rsidRDefault="00D94E50">
      <w:pPr>
        <w:rPr>
          <w:rFonts w:cs="Times New Roman"/>
          <w:color w:val="000000" w:themeColor="text1"/>
          <w:sz w:val="22"/>
        </w:rPr>
      </w:pPr>
    </w:p>
    <w:p w14:paraId="6BE014E1" w14:textId="77777777" w:rsidR="00D94E50" w:rsidRPr="00D35743" w:rsidRDefault="00000000">
      <w:pPr>
        <w:rPr>
          <w:rFonts w:cs="Times New Roman"/>
          <w:color w:val="000000" w:themeColor="text1"/>
          <w:sz w:val="22"/>
        </w:rPr>
      </w:pPr>
      <w:r w:rsidRPr="00D35743">
        <w:rPr>
          <w:rFonts w:cs="Times New Roman"/>
          <w:i/>
          <w:color w:val="000000" w:themeColor="text1"/>
          <w:sz w:val="22"/>
        </w:rPr>
        <w:t>AAMR, age-adjusted mortality rate per 100,000, 2000 US standard population. Female and male deaths sum exactly to the overall series in every year.</w:t>
      </w:r>
    </w:p>
    <w:p w14:paraId="0E8DEBE9"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759FF9F8"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S3. Deaths and crude mortality rates by age group, 1999–2024</w:t>
      </w:r>
    </w:p>
    <w:tbl>
      <w:tblPr>
        <w:tblStyle w:val="TableGrid"/>
        <w:tblW w:w="0" w:type="auto"/>
        <w:tblLook w:val="04A0" w:firstRow="1" w:lastRow="0" w:firstColumn="1" w:lastColumn="0" w:noHBand="0" w:noVBand="1"/>
      </w:tblPr>
      <w:tblGrid>
        <w:gridCol w:w="2013"/>
        <w:gridCol w:w="2014"/>
        <w:gridCol w:w="2015"/>
        <w:gridCol w:w="2015"/>
        <w:gridCol w:w="2015"/>
        <w:gridCol w:w="2015"/>
        <w:gridCol w:w="2015"/>
      </w:tblGrid>
      <w:tr w:rsidR="00D94E50" w:rsidRPr="00D35743" w14:paraId="26C4696A" w14:textId="77777777">
        <w:tc>
          <w:tcPr>
            <w:tcW w:w="2016" w:type="dxa"/>
          </w:tcPr>
          <w:p w14:paraId="1545A55E"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2016" w:type="dxa"/>
          </w:tcPr>
          <w:p w14:paraId="2BE5CDCF" w14:textId="77777777" w:rsidR="00D94E50" w:rsidRPr="00D35743" w:rsidRDefault="00000000">
            <w:pPr>
              <w:rPr>
                <w:rFonts w:cs="Times New Roman"/>
                <w:color w:val="000000" w:themeColor="text1"/>
                <w:sz w:val="22"/>
              </w:rPr>
            </w:pPr>
            <w:r w:rsidRPr="00D35743">
              <w:rPr>
                <w:rFonts w:cs="Times New Roman"/>
                <w:b/>
                <w:color w:val="000000" w:themeColor="text1"/>
                <w:sz w:val="22"/>
              </w:rPr>
              <w:t>25–44 deaths</w:t>
            </w:r>
          </w:p>
        </w:tc>
        <w:tc>
          <w:tcPr>
            <w:tcW w:w="2016" w:type="dxa"/>
          </w:tcPr>
          <w:p w14:paraId="2A153CB1" w14:textId="77777777" w:rsidR="00D94E50" w:rsidRPr="00D35743" w:rsidRDefault="00000000">
            <w:pPr>
              <w:rPr>
                <w:rFonts w:cs="Times New Roman"/>
                <w:color w:val="000000" w:themeColor="text1"/>
                <w:sz w:val="22"/>
              </w:rPr>
            </w:pPr>
            <w:r w:rsidRPr="00D35743">
              <w:rPr>
                <w:rFonts w:cs="Times New Roman"/>
                <w:b/>
                <w:color w:val="000000" w:themeColor="text1"/>
                <w:sz w:val="22"/>
              </w:rPr>
              <w:t>25–44 crude rate</w:t>
            </w:r>
          </w:p>
        </w:tc>
        <w:tc>
          <w:tcPr>
            <w:tcW w:w="2016" w:type="dxa"/>
          </w:tcPr>
          <w:p w14:paraId="0BC61883" w14:textId="77777777" w:rsidR="00D94E50" w:rsidRPr="00D35743" w:rsidRDefault="00000000">
            <w:pPr>
              <w:rPr>
                <w:rFonts w:cs="Times New Roman"/>
                <w:color w:val="000000" w:themeColor="text1"/>
                <w:sz w:val="22"/>
              </w:rPr>
            </w:pPr>
            <w:r w:rsidRPr="00D35743">
              <w:rPr>
                <w:rFonts w:cs="Times New Roman"/>
                <w:b/>
                <w:color w:val="000000" w:themeColor="text1"/>
                <w:sz w:val="22"/>
              </w:rPr>
              <w:t>45–64 deaths</w:t>
            </w:r>
          </w:p>
        </w:tc>
        <w:tc>
          <w:tcPr>
            <w:tcW w:w="2016" w:type="dxa"/>
          </w:tcPr>
          <w:p w14:paraId="49A714A2" w14:textId="77777777" w:rsidR="00D94E50" w:rsidRPr="00D35743" w:rsidRDefault="00000000">
            <w:pPr>
              <w:rPr>
                <w:rFonts w:cs="Times New Roman"/>
                <w:color w:val="000000" w:themeColor="text1"/>
                <w:sz w:val="22"/>
              </w:rPr>
            </w:pPr>
            <w:r w:rsidRPr="00D35743">
              <w:rPr>
                <w:rFonts w:cs="Times New Roman"/>
                <w:b/>
                <w:color w:val="000000" w:themeColor="text1"/>
                <w:sz w:val="22"/>
              </w:rPr>
              <w:t>45–64 crude rate</w:t>
            </w:r>
          </w:p>
        </w:tc>
        <w:tc>
          <w:tcPr>
            <w:tcW w:w="2016" w:type="dxa"/>
          </w:tcPr>
          <w:p w14:paraId="29CF69CA" w14:textId="77777777" w:rsidR="00D94E50" w:rsidRPr="00D35743" w:rsidRDefault="00000000">
            <w:pPr>
              <w:rPr>
                <w:rFonts w:cs="Times New Roman"/>
                <w:color w:val="000000" w:themeColor="text1"/>
                <w:sz w:val="22"/>
              </w:rPr>
            </w:pPr>
            <w:r w:rsidRPr="00D35743">
              <w:rPr>
                <w:rFonts w:cs="Times New Roman"/>
                <w:b/>
                <w:color w:val="000000" w:themeColor="text1"/>
                <w:sz w:val="22"/>
              </w:rPr>
              <w:t>≥65 deaths</w:t>
            </w:r>
          </w:p>
        </w:tc>
        <w:tc>
          <w:tcPr>
            <w:tcW w:w="2016" w:type="dxa"/>
          </w:tcPr>
          <w:p w14:paraId="151A232E" w14:textId="77777777" w:rsidR="00D94E50" w:rsidRPr="00D35743" w:rsidRDefault="00000000">
            <w:pPr>
              <w:rPr>
                <w:rFonts w:cs="Times New Roman"/>
                <w:color w:val="000000" w:themeColor="text1"/>
                <w:sz w:val="22"/>
              </w:rPr>
            </w:pPr>
            <w:r w:rsidRPr="00D35743">
              <w:rPr>
                <w:rFonts w:cs="Times New Roman"/>
                <w:b/>
                <w:color w:val="000000" w:themeColor="text1"/>
                <w:sz w:val="22"/>
              </w:rPr>
              <w:t>≥65 crude rate</w:t>
            </w:r>
          </w:p>
        </w:tc>
      </w:tr>
      <w:tr w:rsidR="00D94E50" w:rsidRPr="00D35743" w14:paraId="1C4F8F0F" w14:textId="77777777">
        <w:tc>
          <w:tcPr>
            <w:tcW w:w="2016" w:type="dxa"/>
          </w:tcPr>
          <w:p w14:paraId="580CC8D8" w14:textId="77777777" w:rsidR="00D94E50" w:rsidRPr="00D35743" w:rsidRDefault="00000000">
            <w:pPr>
              <w:rPr>
                <w:rFonts w:cs="Times New Roman"/>
                <w:color w:val="000000" w:themeColor="text1"/>
                <w:sz w:val="22"/>
              </w:rPr>
            </w:pPr>
            <w:r w:rsidRPr="00D35743">
              <w:rPr>
                <w:rFonts w:cs="Times New Roman"/>
                <w:color w:val="000000" w:themeColor="text1"/>
                <w:sz w:val="22"/>
              </w:rPr>
              <w:t>1999</w:t>
            </w:r>
          </w:p>
        </w:tc>
        <w:tc>
          <w:tcPr>
            <w:tcW w:w="2016" w:type="dxa"/>
          </w:tcPr>
          <w:p w14:paraId="7D81EF4A" w14:textId="77777777" w:rsidR="00D94E50" w:rsidRPr="00D35743" w:rsidRDefault="00000000">
            <w:pPr>
              <w:rPr>
                <w:rFonts w:cs="Times New Roman"/>
                <w:color w:val="000000" w:themeColor="text1"/>
                <w:sz w:val="22"/>
              </w:rPr>
            </w:pPr>
            <w:r w:rsidRPr="00D35743">
              <w:rPr>
                <w:rFonts w:cs="Times New Roman"/>
                <w:color w:val="000000" w:themeColor="text1"/>
                <w:sz w:val="22"/>
              </w:rPr>
              <w:t>27</w:t>
            </w:r>
          </w:p>
        </w:tc>
        <w:tc>
          <w:tcPr>
            <w:tcW w:w="2016" w:type="dxa"/>
          </w:tcPr>
          <w:p w14:paraId="7CC5EE81" w14:textId="77777777" w:rsidR="00D94E50" w:rsidRPr="00D35743" w:rsidRDefault="00000000">
            <w:pPr>
              <w:rPr>
                <w:rFonts w:cs="Times New Roman"/>
                <w:color w:val="000000" w:themeColor="text1"/>
                <w:sz w:val="22"/>
              </w:rPr>
            </w:pPr>
            <w:r w:rsidRPr="00D35743">
              <w:rPr>
                <w:rFonts w:cs="Times New Roman"/>
                <w:color w:val="000000" w:themeColor="text1"/>
                <w:sz w:val="22"/>
              </w:rPr>
              <w:t>0.0317</w:t>
            </w:r>
          </w:p>
        </w:tc>
        <w:tc>
          <w:tcPr>
            <w:tcW w:w="2016" w:type="dxa"/>
          </w:tcPr>
          <w:p w14:paraId="505BB808" w14:textId="77777777" w:rsidR="00D94E50" w:rsidRPr="00D35743" w:rsidRDefault="00000000">
            <w:pPr>
              <w:rPr>
                <w:rFonts w:cs="Times New Roman"/>
                <w:color w:val="000000" w:themeColor="text1"/>
                <w:sz w:val="22"/>
              </w:rPr>
            </w:pPr>
            <w:r w:rsidRPr="00D35743">
              <w:rPr>
                <w:rFonts w:cs="Times New Roman"/>
                <w:color w:val="000000" w:themeColor="text1"/>
                <w:sz w:val="22"/>
              </w:rPr>
              <w:t>105</w:t>
            </w:r>
          </w:p>
        </w:tc>
        <w:tc>
          <w:tcPr>
            <w:tcW w:w="2016" w:type="dxa"/>
          </w:tcPr>
          <w:p w14:paraId="69AFFDC5" w14:textId="77777777" w:rsidR="00D94E50" w:rsidRPr="00D35743" w:rsidRDefault="00000000">
            <w:pPr>
              <w:rPr>
                <w:rFonts w:cs="Times New Roman"/>
                <w:color w:val="000000" w:themeColor="text1"/>
                <w:sz w:val="22"/>
              </w:rPr>
            </w:pPr>
            <w:r w:rsidRPr="00D35743">
              <w:rPr>
                <w:rFonts w:cs="Times New Roman"/>
                <w:color w:val="000000" w:themeColor="text1"/>
                <w:sz w:val="22"/>
              </w:rPr>
              <w:t>0.1740</w:t>
            </w:r>
          </w:p>
        </w:tc>
        <w:tc>
          <w:tcPr>
            <w:tcW w:w="2016" w:type="dxa"/>
          </w:tcPr>
          <w:p w14:paraId="1FA759DE" w14:textId="77777777" w:rsidR="00D94E50" w:rsidRPr="00D35743" w:rsidRDefault="00000000">
            <w:pPr>
              <w:rPr>
                <w:rFonts w:cs="Times New Roman"/>
                <w:color w:val="000000" w:themeColor="text1"/>
                <w:sz w:val="22"/>
              </w:rPr>
            </w:pPr>
            <w:r w:rsidRPr="00D35743">
              <w:rPr>
                <w:rFonts w:cs="Times New Roman"/>
                <w:color w:val="000000" w:themeColor="text1"/>
                <w:sz w:val="22"/>
              </w:rPr>
              <w:t>655</w:t>
            </w:r>
          </w:p>
        </w:tc>
        <w:tc>
          <w:tcPr>
            <w:tcW w:w="2016" w:type="dxa"/>
          </w:tcPr>
          <w:p w14:paraId="722F5151" w14:textId="77777777" w:rsidR="00D94E50" w:rsidRPr="00D35743" w:rsidRDefault="00000000">
            <w:pPr>
              <w:rPr>
                <w:rFonts w:cs="Times New Roman"/>
                <w:color w:val="000000" w:themeColor="text1"/>
                <w:sz w:val="22"/>
              </w:rPr>
            </w:pPr>
            <w:r w:rsidRPr="00D35743">
              <w:rPr>
                <w:rFonts w:cs="Times New Roman"/>
                <w:color w:val="000000" w:themeColor="text1"/>
                <w:sz w:val="22"/>
              </w:rPr>
              <w:t>1.8823</w:t>
            </w:r>
          </w:p>
        </w:tc>
      </w:tr>
      <w:tr w:rsidR="00D94E50" w:rsidRPr="00D35743" w14:paraId="2576B800" w14:textId="77777777">
        <w:tc>
          <w:tcPr>
            <w:tcW w:w="2016" w:type="dxa"/>
          </w:tcPr>
          <w:p w14:paraId="332FE4E1" w14:textId="77777777" w:rsidR="00D94E50" w:rsidRPr="00D35743" w:rsidRDefault="00000000">
            <w:pPr>
              <w:rPr>
                <w:rFonts w:cs="Times New Roman"/>
                <w:color w:val="000000" w:themeColor="text1"/>
                <w:sz w:val="22"/>
              </w:rPr>
            </w:pPr>
            <w:r w:rsidRPr="00D35743">
              <w:rPr>
                <w:rFonts w:cs="Times New Roman"/>
                <w:color w:val="000000" w:themeColor="text1"/>
                <w:sz w:val="22"/>
              </w:rPr>
              <w:t>2000</w:t>
            </w:r>
          </w:p>
        </w:tc>
        <w:tc>
          <w:tcPr>
            <w:tcW w:w="2016" w:type="dxa"/>
          </w:tcPr>
          <w:p w14:paraId="4F6C4894" w14:textId="77777777" w:rsidR="00D94E50" w:rsidRPr="00D35743" w:rsidRDefault="00000000">
            <w:pPr>
              <w:rPr>
                <w:rFonts w:cs="Times New Roman"/>
                <w:color w:val="000000" w:themeColor="text1"/>
                <w:sz w:val="22"/>
              </w:rPr>
            </w:pPr>
            <w:r w:rsidRPr="00D35743">
              <w:rPr>
                <w:rFonts w:cs="Times New Roman"/>
                <w:color w:val="000000" w:themeColor="text1"/>
                <w:sz w:val="22"/>
              </w:rPr>
              <w:t>26</w:t>
            </w:r>
          </w:p>
        </w:tc>
        <w:tc>
          <w:tcPr>
            <w:tcW w:w="2016" w:type="dxa"/>
          </w:tcPr>
          <w:p w14:paraId="0829427E" w14:textId="77777777" w:rsidR="00D94E50" w:rsidRPr="00D35743" w:rsidRDefault="00000000">
            <w:pPr>
              <w:rPr>
                <w:rFonts w:cs="Times New Roman"/>
                <w:color w:val="000000" w:themeColor="text1"/>
                <w:sz w:val="22"/>
              </w:rPr>
            </w:pPr>
            <w:r w:rsidRPr="00D35743">
              <w:rPr>
                <w:rFonts w:cs="Times New Roman"/>
                <w:color w:val="000000" w:themeColor="text1"/>
                <w:sz w:val="22"/>
              </w:rPr>
              <w:t>0.0306</w:t>
            </w:r>
          </w:p>
        </w:tc>
        <w:tc>
          <w:tcPr>
            <w:tcW w:w="2016" w:type="dxa"/>
          </w:tcPr>
          <w:p w14:paraId="31E87E64" w14:textId="77777777" w:rsidR="00D94E50" w:rsidRPr="00D35743" w:rsidRDefault="00000000">
            <w:pPr>
              <w:rPr>
                <w:rFonts w:cs="Times New Roman"/>
                <w:color w:val="000000" w:themeColor="text1"/>
                <w:sz w:val="22"/>
              </w:rPr>
            </w:pPr>
            <w:r w:rsidRPr="00D35743">
              <w:rPr>
                <w:rFonts w:cs="Times New Roman"/>
                <w:color w:val="000000" w:themeColor="text1"/>
                <w:sz w:val="22"/>
              </w:rPr>
              <w:t>100</w:t>
            </w:r>
          </w:p>
        </w:tc>
        <w:tc>
          <w:tcPr>
            <w:tcW w:w="2016" w:type="dxa"/>
          </w:tcPr>
          <w:p w14:paraId="3F459905" w14:textId="77777777" w:rsidR="00D94E50" w:rsidRPr="00D35743" w:rsidRDefault="00000000">
            <w:pPr>
              <w:rPr>
                <w:rFonts w:cs="Times New Roman"/>
                <w:color w:val="000000" w:themeColor="text1"/>
                <w:sz w:val="22"/>
              </w:rPr>
            </w:pPr>
            <w:r w:rsidRPr="00D35743">
              <w:rPr>
                <w:rFonts w:cs="Times New Roman"/>
                <w:color w:val="000000" w:themeColor="text1"/>
                <w:sz w:val="22"/>
              </w:rPr>
              <w:t>0.1614</w:t>
            </w:r>
          </w:p>
        </w:tc>
        <w:tc>
          <w:tcPr>
            <w:tcW w:w="2016" w:type="dxa"/>
          </w:tcPr>
          <w:p w14:paraId="6C0C34B9" w14:textId="77777777" w:rsidR="00D94E50" w:rsidRPr="00D35743" w:rsidRDefault="00000000">
            <w:pPr>
              <w:rPr>
                <w:rFonts w:cs="Times New Roman"/>
                <w:color w:val="000000" w:themeColor="text1"/>
                <w:sz w:val="22"/>
              </w:rPr>
            </w:pPr>
            <w:r w:rsidRPr="00D35743">
              <w:rPr>
                <w:rFonts w:cs="Times New Roman"/>
                <w:color w:val="000000" w:themeColor="text1"/>
                <w:sz w:val="22"/>
              </w:rPr>
              <w:t>586</w:t>
            </w:r>
          </w:p>
        </w:tc>
        <w:tc>
          <w:tcPr>
            <w:tcW w:w="2016" w:type="dxa"/>
          </w:tcPr>
          <w:p w14:paraId="2B4F8A3B" w14:textId="77777777" w:rsidR="00D94E50" w:rsidRPr="00D35743" w:rsidRDefault="00000000">
            <w:pPr>
              <w:rPr>
                <w:rFonts w:cs="Times New Roman"/>
                <w:color w:val="000000" w:themeColor="text1"/>
                <w:sz w:val="22"/>
              </w:rPr>
            </w:pPr>
            <w:r w:rsidRPr="00D35743">
              <w:rPr>
                <w:rFonts w:cs="Times New Roman"/>
                <w:color w:val="000000" w:themeColor="text1"/>
                <w:sz w:val="22"/>
              </w:rPr>
              <w:t>1.6747</w:t>
            </w:r>
          </w:p>
        </w:tc>
      </w:tr>
      <w:tr w:rsidR="00D94E50" w:rsidRPr="00D35743" w14:paraId="0947F50B" w14:textId="77777777">
        <w:tc>
          <w:tcPr>
            <w:tcW w:w="2016" w:type="dxa"/>
          </w:tcPr>
          <w:p w14:paraId="567DA52D" w14:textId="77777777" w:rsidR="00D94E50" w:rsidRPr="00D35743" w:rsidRDefault="00000000">
            <w:pPr>
              <w:rPr>
                <w:rFonts w:cs="Times New Roman"/>
                <w:color w:val="000000" w:themeColor="text1"/>
                <w:sz w:val="22"/>
              </w:rPr>
            </w:pPr>
            <w:r w:rsidRPr="00D35743">
              <w:rPr>
                <w:rFonts w:cs="Times New Roman"/>
                <w:color w:val="000000" w:themeColor="text1"/>
                <w:sz w:val="22"/>
              </w:rPr>
              <w:t>2001</w:t>
            </w:r>
          </w:p>
        </w:tc>
        <w:tc>
          <w:tcPr>
            <w:tcW w:w="2016" w:type="dxa"/>
          </w:tcPr>
          <w:p w14:paraId="2D368CA3" w14:textId="77777777" w:rsidR="00D94E50" w:rsidRPr="00D35743" w:rsidRDefault="00000000">
            <w:pPr>
              <w:rPr>
                <w:rFonts w:cs="Times New Roman"/>
                <w:color w:val="000000" w:themeColor="text1"/>
                <w:sz w:val="22"/>
              </w:rPr>
            </w:pPr>
            <w:r w:rsidRPr="00D35743">
              <w:rPr>
                <w:rFonts w:cs="Times New Roman"/>
                <w:color w:val="000000" w:themeColor="text1"/>
                <w:sz w:val="22"/>
              </w:rPr>
              <w:t>28</w:t>
            </w:r>
          </w:p>
        </w:tc>
        <w:tc>
          <w:tcPr>
            <w:tcW w:w="2016" w:type="dxa"/>
          </w:tcPr>
          <w:p w14:paraId="20BE022A" w14:textId="77777777" w:rsidR="00D94E50" w:rsidRPr="00D35743" w:rsidRDefault="00000000">
            <w:pPr>
              <w:rPr>
                <w:rFonts w:cs="Times New Roman"/>
                <w:color w:val="000000" w:themeColor="text1"/>
                <w:sz w:val="22"/>
              </w:rPr>
            </w:pPr>
            <w:r w:rsidRPr="00D35743">
              <w:rPr>
                <w:rFonts w:cs="Times New Roman"/>
                <w:color w:val="000000" w:themeColor="text1"/>
                <w:sz w:val="22"/>
              </w:rPr>
              <w:t>0.0331</w:t>
            </w:r>
          </w:p>
        </w:tc>
        <w:tc>
          <w:tcPr>
            <w:tcW w:w="2016" w:type="dxa"/>
          </w:tcPr>
          <w:p w14:paraId="3465BA88" w14:textId="77777777" w:rsidR="00D94E50" w:rsidRPr="00D35743" w:rsidRDefault="00000000">
            <w:pPr>
              <w:rPr>
                <w:rFonts w:cs="Times New Roman"/>
                <w:color w:val="000000" w:themeColor="text1"/>
                <w:sz w:val="22"/>
              </w:rPr>
            </w:pPr>
            <w:r w:rsidRPr="00D35743">
              <w:rPr>
                <w:rFonts w:cs="Times New Roman"/>
                <w:color w:val="000000" w:themeColor="text1"/>
                <w:sz w:val="22"/>
              </w:rPr>
              <w:t>95</w:t>
            </w:r>
          </w:p>
        </w:tc>
        <w:tc>
          <w:tcPr>
            <w:tcW w:w="2016" w:type="dxa"/>
          </w:tcPr>
          <w:p w14:paraId="3DB1D2DE" w14:textId="77777777" w:rsidR="00D94E50" w:rsidRPr="00D35743" w:rsidRDefault="00000000">
            <w:pPr>
              <w:rPr>
                <w:rFonts w:cs="Times New Roman"/>
                <w:color w:val="000000" w:themeColor="text1"/>
                <w:sz w:val="22"/>
              </w:rPr>
            </w:pPr>
            <w:r w:rsidRPr="00D35743">
              <w:rPr>
                <w:rFonts w:cs="Times New Roman"/>
                <w:color w:val="000000" w:themeColor="text1"/>
                <w:sz w:val="22"/>
              </w:rPr>
              <w:t>0.1473</w:t>
            </w:r>
          </w:p>
        </w:tc>
        <w:tc>
          <w:tcPr>
            <w:tcW w:w="2016" w:type="dxa"/>
          </w:tcPr>
          <w:p w14:paraId="69F351DB" w14:textId="77777777" w:rsidR="00D94E50" w:rsidRPr="00D35743" w:rsidRDefault="00000000">
            <w:pPr>
              <w:rPr>
                <w:rFonts w:cs="Times New Roman"/>
                <w:color w:val="000000" w:themeColor="text1"/>
                <w:sz w:val="22"/>
              </w:rPr>
            </w:pPr>
            <w:r w:rsidRPr="00D35743">
              <w:rPr>
                <w:rFonts w:cs="Times New Roman"/>
                <w:color w:val="000000" w:themeColor="text1"/>
                <w:sz w:val="22"/>
              </w:rPr>
              <w:t>618</w:t>
            </w:r>
          </w:p>
        </w:tc>
        <w:tc>
          <w:tcPr>
            <w:tcW w:w="2016" w:type="dxa"/>
          </w:tcPr>
          <w:p w14:paraId="36983C24" w14:textId="77777777" w:rsidR="00D94E50" w:rsidRPr="00D35743" w:rsidRDefault="00000000">
            <w:pPr>
              <w:rPr>
                <w:rFonts w:cs="Times New Roman"/>
                <w:color w:val="000000" w:themeColor="text1"/>
                <w:sz w:val="22"/>
              </w:rPr>
            </w:pPr>
            <w:r w:rsidRPr="00D35743">
              <w:rPr>
                <w:rFonts w:cs="Times New Roman"/>
                <w:color w:val="000000" w:themeColor="text1"/>
                <w:sz w:val="22"/>
              </w:rPr>
              <w:t>1.7512</w:t>
            </w:r>
          </w:p>
        </w:tc>
      </w:tr>
      <w:tr w:rsidR="00D94E50" w:rsidRPr="00D35743" w14:paraId="044CCD41" w14:textId="77777777">
        <w:tc>
          <w:tcPr>
            <w:tcW w:w="2016" w:type="dxa"/>
          </w:tcPr>
          <w:p w14:paraId="289050CF" w14:textId="77777777" w:rsidR="00D94E50" w:rsidRPr="00D35743" w:rsidRDefault="00000000">
            <w:pPr>
              <w:rPr>
                <w:rFonts w:cs="Times New Roman"/>
                <w:color w:val="000000" w:themeColor="text1"/>
                <w:sz w:val="22"/>
              </w:rPr>
            </w:pPr>
            <w:r w:rsidRPr="00D35743">
              <w:rPr>
                <w:rFonts w:cs="Times New Roman"/>
                <w:color w:val="000000" w:themeColor="text1"/>
                <w:sz w:val="22"/>
              </w:rPr>
              <w:t>2002</w:t>
            </w:r>
          </w:p>
        </w:tc>
        <w:tc>
          <w:tcPr>
            <w:tcW w:w="2016" w:type="dxa"/>
          </w:tcPr>
          <w:p w14:paraId="4378D650" w14:textId="77777777" w:rsidR="00D94E50" w:rsidRPr="00D35743" w:rsidRDefault="00000000">
            <w:pPr>
              <w:rPr>
                <w:rFonts w:cs="Times New Roman"/>
                <w:color w:val="000000" w:themeColor="text1"/>
                <w:sz w:val="22"/>
              </w:rPr>
            </w:pPr>
            <w:r w:rsidRPr="00D35743">
              <w:rPr>
                <w:rFonts w:cs="Times New Roman"/>
                <w:color w:val="000000" w:themeColor="text1"/>
                <w:sz w:val="22"/>
              </w:rPr>
              <w:t>19</w:t>
            </w:r>
          </w:p>
        </w:tc>
        <w:tc>
          <w:tcPr>
            <w:tcW w:w="2016" w:type="dxa"/>
          </w:tcPr>
          <w:p w14:paraId="0DC28EFC" w14:textId="77777777" w:rsidR="00D94E50" w:rsidRPr="00D35743" w:rsidRDefault="00000000">
            <w:pPr>
              <w:rPr>
                <w:rFonts w:cs="Times New Roman"/>
                <w:color w:val="000000" w:themeColor="text1"/>
                <w:sz w:val="22"/>
              </w:rPr>
            </w:pPr>
            <w:r w:rsidRPr="00D35743">
              <w:rPr>
                <w:rFonts w:cs="Times New Roman"/>
                <w:color w:val="000000" w:themeColor="text1"/>
                <w:sz w:val="22"/>
              </w:rPr>
              <w:t>0.0226</w:t>
            </w:r>
          </w:p>
        </w:tc>
        <w:tc>
          <w:tcPr>
            <w:tcW w:w="2016" w:type="dxa"/>
          </w:tcPr>
          <w:p w14:paraId="7BF41DCE" w14:textId="77777777" w:rsidR="00D94E50" w:rsidRPr="00D35743" w:rsidRDefault="00000000">
            <w:pPr>
              <w:rPr>
                <w:rFonts w:cs="Times New Roman"/>
                <w:color w:val="000000" w:themeColor="text1"/>
                <w:sz w:val="22"/>
              </w:rPr>
            </w:pPr>
            <w:r w:rsidRPr="00D35743">
              <w:rPr>
                <w:rFonts w:cs="Times New Roman"/>
                <w:color w:val="000000" w:themeColor="text1"/>
                <w:sz w:val="22"/>
              </w:rPr>
              <w:t>97</w:t>
            </w:r>
          </w:p>
        </w:tc>
        <w:tc>
          <w:tcPr>
            <w:tcW w:w="2016" w:type="dxa"/>
          </w:tcPr>
          <w:p w14:paraId="5F2853E2" w14:textId="77777777" w:rsidR="00D94E50" w:rsidRPr="00D35743" w:rsidRDefault="00000000">
            <w:pPr>
              <w:rPr>
                <w:rFonts w:cs="Times New Roman"/>
                <w:color w:val="000000" w:themeColor="text1"/>
                <w:sz w:val="22"/>
              </w:rPr>
            </w:pPr>
            <w:r w:rsidRPr="00D35743">
              <w:rPr>
                <w:rFonts w:cs="Times New Roman"/>
                <w:color w:val="000000" w:themeColor="text1"/>
                <w:sz w:val="22"/>
              </w:rPr>
              <w:t>0.1454</w:t>
            </w:r>
          </w:p>
        </w:tc>
        <w:tc>
          <w:tcPr>
            <w:tcW w:w="2016" w:type="dxa"/>
          </w:tcPr>
          <w:p w14:paraId="2926DC18" w14:textId="77777777" w:rsidR="00D94E50" w:rsidRPr="00D35743" w:rsidRDefault="00000000">
            <w:pPr>
              <w:rPr>
                <w:rFonts w:cs="Times New Roman"/>
                <w:color w:val="000000" w:themeColor="text1"/>
                <w:sz w:val="22"/>
              </w:rPr>
            </w:pPr>
            <w:r w:rsidRPr="00D35743">
              <w:rPr>
                <w:rFonts w:cs="Times New Roman"/>
                <w:color w:val="000000" w:themeColor="text1"/>
                <w:sz w:val="22"/>
              </w:rPr>
              <w:t>597</w:t>
            </w:r>
          </w:p>
        </w:tc>
        <w:tc>
          <w:tcPr>
            <w:tcW w:w="2016" w:type="dxa"/>
          </w:tcPr>
          <w:p w14:paraId="52D65A23" w14:textId="77777777" w:rsidR="00D94E50" w:rsidRPr="00D35743" w:rsidRDefault="00000000">
            <w:pPr>
              <w:rPr>
                <w:rFonts w:cs="Times New Roman"/>
                <w:color w:val="000000" w:themeColor="text1"/>
                <w:sz w:val="22"/>
              </w:rPr>
            </w:pPr>
            <w:r w:rsidRPr="00D35743">
              <w:rPr>
                <w:rFonts w:cs="Times New Roman"/>
                <w:color w:val="000000" w:themeColor="text1"/>
                <w:sz w:val="22"/>
              </w:rPr>
              <w:t>1.6806</w:t>
            </w:r>
          </w:p>
        </w:tc>
      </w:tr>
      <w:tr w:rsidR="00D94E50" w:rsidRPr="00D35743" w14:paraId="7AF898A6" w14:textId="77777777">
        <w:tc>
          <w:tcPr>
            <w:tcW w:w="2016" w:type="dxa"/>
          </w:tcPr>
          <w:p w14:paraId="116AF69B" w14:textId="77777777" w:rsidR="00D94E50" w:rsidRPr="00D35743" w:rsidRDefault="00000000">
            <w:pPr>
              <w:rPr>
                <w:rFonts w:cs="Times New Roman"/>
                <w:color w:val="000000" w:themeColor="text1"/>
                <w:sz w:val="22"/>
              </w:rPr>
            </w:pPr>
            <w:r w:rsidRPr="00D35743">
              <w:rPr>
                <w:rFonts w:cs="Times New Roman"/>
                <w:color w:val="000000" w:themeColor="text1"/>
                <w:sz w:val="22"/>
              </w:rPr>
              <w:t>2003</w:t>
            </w:r>
          </w:p>
        </w:tc>
        <w:tc>
          <w:tcPr>
            <w:tcW w:w="2016" w:type="dxa"/>
          </w:tcPr>
          <w:p w14:paraId="4F83506E" w14:textId="77777777" w:rsidR="00D94E50" w:rsidRPr="00D35743" w:rsidRDefault="00000000">
            <w:pPr>
              <w:rPr>
                <w:rFonts w:cs="Times New Roman"/>
                <w:color w:val="000000" w:themeColor="text1"/>
                <w:sz w:val="22"/>
              </w:rPr>
            </w:pPr>
            <w:r w:rsidRPr="00D35743">
              <w:rPr>
                <w:rFonts w:cs="Times New Roman"/>
                <w:color w:val="000000" w:themeColor="text1"/>
                <w:sz w:val="22"/>
              </w:rPr>
              <w:t>33</w:t>
            </w:r>
          </w:p>
        </w:tc>
        <w:tc>
          <w:tcPr>
            <w:tcW w:w="2016" w:type="dxa"/>
          </w:tcPr>
          <w:p w14:paraId="7BB167AB" w14:textId="77777777" w:rsidR="00D94E50" w:rsidRPr="00D35743" w:rsidRDefault="00000000">
            <w:pPr>
              <w:rPr>
                <w:rFonts w:cs="Times New Roman"/>
                <w:color w:val="000000" w:themeColor="text1"/>
                <w:sz w:val="22"/>
              </w:rPr>
            </w:pPr>
            <w:r w:rsidRPr="00D35743">
              <w:rPr>
                <w:rFonts w:cs="Times New Roman"/>
                <w:color w:val="000000" w:themeColor="text1"/>
                <w:sz w:val="22"/>
              </w:rPr>
              <w:t>0.0396</w:t>
            </w:r>
          </w:p>
        </w:tc>
        <w:tc>
          <w:tcPr>
            <w:tcW w:w="2016" w:type="dxa"/>
          </w:tcPr>
          <w:p w14:paraId="5FE317E9" w14:textId="77777777" w:rsidR="00D94E50" w:rsidRPr="00D35743" w:rsidRDefault="00000000">
            <w:pPr>
              <w:rPr>
                <w:rFonts w:cs="Times New Roman"/>
                <w:color w:val="000000" w:themeColor="text1"/>
                <w:sz w:val="22"/>
              </w:rPr>
            </w:pPr>
            <w:r w:rsidRPr="00D35743">
              <w:rPr>
                <w:rFonts w:cs="Times New Roman"/>
                <w:color w:val="000000" w:themeColor="text1"/>
                <w:sz w:val="22"/>
              </w:rPr>
              <w:t>87</w:t>
            </w:r>
          </w:p>
        </w:tc>
        <w:tc>
          <w:tcPr>
            <w:tcW w:w="2016" w:type="dxa"/>
          </w:tcPr>
          <w:p w14:paraId="26192B2D" w14:textId="77777777" w:rsidR="00D94E50" w:rsidRPr="00D35743" w:rsidRDefault="00000000">
            <w:pPr>
              <w:rPr>
                <w:rFonts w:cs="Times New Roman"/>
                <w:color w:val="000000" w:themeColor="text1"/>
                <w:sz w:val="22"/>
              </w:rPr>
            </w:pPr>
            <w:r w:rsidRPr="00D35743">
              <w:rPr>
                <w:rFonts w:cs="Times New Roman"/>
                <w:color w:val="000000" w:themeColor="text1"/>
                <w:sz w:val="22"/>
              </w:rPr>
              <w:t>0.1264</w:t>
            </w:r>
          </w:p>
        </w:tc>
        <w:tc>
          <w:tcPr>
            <w:tcW w:w="2016" w:type="dxa"/>
          </w:tcPr>
          <w:p w14:paraId="2E9A158C" w14:textId="77777777" w:rsidR="00D94E50" w:rsidRPr="00D35743" w:rsidRDefault="00000000">
            <w:pPr>
              <w:rPr>
                <w:rFonts w:cs="Times New Roman"/>
                <w:color w:val="000000" w:themeColor="text1"/>
                <w:sz w:val="22"/>
              </w:rPr>
            </w:pPr>
            <w:r w:rsidRPr="00D35743">
              <w:rPr>
                <w:rFonts w:cs="Times New Roman"/>
                <w:color w:val="000000" w:themeColor="text1"/>
                <w:sz w:val="22"/>
              </w:rPr>
              <w:t>545</w:t>
            </w:r>
          </w:p>
        </w:tc>
        <w:tc>
          <w:tcPr>
            <w:tcW w:w="2016" w:type="dxa"/>
          </w:tcPr>
          <w:p w14:paraId="6839582D" w14:textId="77777777" w:rsidR="00D94E50" w:rsidRPr="00D35743" w:rsidRDefault="00000000">
            <w:pPr>
              <w:rPr>
                <w:rFonts w:cs="Times New Roman"/>
                <w:color w:val="000000" w:themeColor="text1"/>
                <w:sz w:val="22"/>
              </w:rPr>
            </w:pPr>
            <w:r w:rsidRPr="00D35743">
              <w:rPr>
                <w:rFonts w:cs="Times New Roman"/>
                <w:color w:val="000000" w:themeColor="text1"/>
                <w:sz w:val="22"/>
              </w:rPr>
              <w:t>1.5196</w:t>
            </w:r>
          </w:p>
        </w:tc>
      </w:tr>
      <w:tr w:rsidR="00D94E50" w:rsidRPr="00D35743" w14:paraId="2FD03E57" w14:textId="77777777">
        <w:tc>
          <w:tcPr>
            <w:tcW w:w="2016" w:type="dxa"/>
          </w:tcPr>
          <w:p w14:paraId="2E05247F" w14:textId="77777777" w:rsidR="00D94E50" w:rsidRPr="00D35743" w:rsidRDefault="00000000">
            <w:pPr>
              <w:rPr>
                <w:rFonts w:cs="Times New Roman"/>
                <w:color w:val="000000" w:themeColor="text1"/>
                <w:sz w:val="22"/>
              </w:rPr>
            </w:pPr>
            <w:r w:rsidRPr="00D35743">
              <w:rPr>
                <w:rFonts w:cs="Times New Roman"/>
                <w:color w:val="000000" w:themeColor="text1"/>
                <w:sz w:val="22"/>
              </w:rPr>
              <w:t>2004</w:t>
            </w:r>
          </w:p>
        </w:tc>
        <w:tc>
          <w:tcPr>
            <w:tcW w:w="2016" w:type="dxa"/>
          </w:tcPr>
          <w:p w14:paraId="1655F049" w14:textId="77777777" w:rsidR="00D94E50" w:rsidRPr="00D35743" w:rsidRDefault="00000000">
            <w:pPr>
              <w:rPr>
                <w:rFonts w:cs="Times New Roman"/>
                <w:color w:val="000000" w:themeColor="text1"/>
                <w:sz w:val="22"/>
              </w:rPr>
            </w:pPr>
            <w:r w:rsidRPr="00D35743">
              <w:rPr>
                <w:rFonts w:cs="Times New Roman"/>
                <w:color w:val="000000" w:themeColor="text1"/>
                <w:sz w:val="22"/>
              </w:rPr>
              <w:t>27</w:t>
            </w:r>
          </w:p>
        </w:tc>
        <w:tc>
          <w:tcPr>
            <w:tcW w:w="2016" w:type="dxa"/>
          </w:tcPr>
          <w:p w14:paraId="79EFD351" w14:textId="77777777" w:rsidR="00D94E50" w:rsidRPr="00D35743" w:rsidRDefault="00000000">
            <w:pPr>
              <w:rPr>
                <w:rFonts w:cs="Times New Roman"/>
                <w:color w:val="000000" w:themeColor="text1"/>
                <w:sz w:val="22"/>
              </w:rPr>
            </w:pPr>
            <w:r w:rsidRPr="00D35743">
              <w:rPr>
                <w:rFonts w:cs="Times New Roman"/>
                <w:color w:val="000000" w:themeColor="text1"/>
                <w:sz w:val="22"/>
              </w:rPr>
              <w:t>0.0325</w:t>
            </w:r>
          </w:p>
        </w:tc>
        <w:tc>
          <w:tcPr>
            <w:tcW w:w="2016" w:type="dxa"/>
          </w:tcPr>
          <w:p w14:paraId="008AD07A" w14:textId="77777777" w:rsidR="00D94E50" w:rsidRPr="00D35743" w:rsidRDefault="00000000">
            <w:pPr>
              <w:rPr>
                <w:rFonts w:cs="Times New Roman"/>
                <w:color w:val="000000" w:themeColor="text1"/>
                <w:sz w:val="22"/>
              </w:rPr>
            </w:pPr>
            <w:r w:rsidRPr="00D35743">
              <w:rPr>
                <w:rFonts w:cs="Times New Roman"/>
                <w:color w:val="000000" w:themeColor="text1"/>
                <w:sz w:val="22"/>
              </w:rPr>
              <w:t>109</w:t>
            </w:r>
          </w:p>
        </w:tc>
        <w:tc>
          <w:tcPr>
            <w:tcW w:w="2016" w:type="dxa"/>
          </w:tcPr>
          <w:p w14:paraId="686C8A25" w14:textId="77777777" w:rsidR="00D94E50" w:rsidRPr="00D35743" w:rsidRDefault="00000000">
            <w:pPr>
              <w:rPr>
                <w:rFonts w:cs="Times New Roman"/>
                <w:color w:val="000000" w:themeColor="text1"/>
                <w:sz w:val="22"/>
              </w:rPr>
            </w:pPr>
            <w:r w:rsidRPr="00D35743">
              <w:rPr>
                <w:rFonts w:cs="Times New Roman"/>
                <w:color w:val="000000" w:themeColor="text1"/>
                <w:sz w:val="22"/>
              </w:rPr>
              <w:t>0.1537</w:t>
            </w:r>
          </w:p>
        </w:tc>
        <w:tc>
          <w:tcPr>
            <w:tcW w:w="2016" w:type="dxa"/>
          </w:tcPr>
          <w:p w14:paraId="26FCA5A1" w14:textId="77777777" w:rsidR="00D94E50" w:rsidRPr="00D35743" w:rsidRDefault="00000000">
            <w:pPr>
              <w:rPr>
                <w:rFonts w:cs="Times New Roman"/>
                <w:color w:val="000000" w:themeColor="text1"/>
                <w:sz w:val="22"/>
              </w:rPr>
            </w:pPr>
            <w:r w:rsidRPr="00D35743">
              <w:rPr>
                <w:rFonts w:cs="Times New Roman"/>
                <w:color w:val="000000" w:themeColor="text1"/>
                <w:sz w:val="22"/>
              </w:rPr>
              <w:t>504</w:t>
            </w:r>
          </w:p>
        </w:tc>
        <w:tc>
          <w:tcPr>
            <w:tcW w:w="2016" w:type="dxa"/>
          </w:tcPr>
          <w:p w14:paraId="456ADDEA" w14:textId="77777777" w:rsidR="00D94E50" w:rsidRPr="00D35743" w:rsidRDefault="00000000">
            <w:pPr>
              <w:rPr>
                <w:rFonts w:cs="Times New Roman"/>
                <w:color w:val="000000" w:themeColor="text1"/>
                <w:sz w:val="22"/>
              </w:rPr>
            </w:pPr>
            <w:r w:rsidRPr="00D35743">
              <w:rPr>
                <w:rFonts w:cs="Times New Roman"/>
                <w:color w:val="000000" w:themeColor="text1"/>
                <w:sz w:val="22"/>
              </w:rPr>
              <w:t>1.3921</w:t>
            </w:r>
          </w:p>
        </w:tc>
      </w:tr>
      <w:tr w:rsidR="00D94E50" w:rsidRPr="00D35743" w14:paraId="4BFC0377" w14:textId="77777777">
        <w:tc>
          <w:tcPr>
            <w:tcW w:w="2016" w:type="dxa"/>
          </w:tcPr>
          <w:p w14:paraId="62F44B65" w14:textId="77777777" w:rsidR="00D94E50" w:rsidRPr="00D35743" w:rsidRDefault="00000000">
            <w:pPr>
              <w:rPr>
                <w:rFonts w:cs="Times New Roman"/>
                <w:color w:val="000000" w:themeColor="text1"/>
                <w:sz w:val="22"/>
              </w:rPr>
            </w:pPr>
            <w:r w:rsidRPr="00D35743">
              <w:rPr>
                <w:rFonts w:cs="Times New Roman"/>
                <w:color w:val="000000" w:themeColor="text1"/>
                <w:sz w:val="22"/>
              </w:rPr>
              <w:t>2005</w:t>
            </w:r>
          </w:p>
        </w:tc>
        <w:tc>
          <w:tcPr>
            <w:tcW w:w="2016" w:type="dxa"/>
          </w:tcPr>
          <w:p w14:paraId="50FD5FF2" w14:textId="77777777" w:rsidR="00D94E50" w:rsidRPr="00D35743" w:rsidRDefault="00000000">
            <w:pPr>
              <w:rPr>
                <w:rFonts w:cs="Times New Roman"/>
                <w:color w:val="000000" w:themeColor="text1"/>
                <w:sz w:val="22"/>
              </w:rPr>
            </w:pPr>
            <w:r w:rsidRPr="00D35743">
              <w:rPr>
                <w:rFonts w:cs="Times New Roman"/>
                <w:color w:val="000000" w:themeColor="text1"/>
                <w:sz w:val="22"/>
              </w:rPr>
              <w:t>28</w:t>
            </w:r>
          </w:p>
        </w:tc>
        <w:tc>
          <w:tcPr>
            <w:tcW w:w="2016" w:type="dxa"/>
          </w:tcPr>
          <w:p w14:paraId="2356A33A" w14:textId="77777777" w:rsidR="00D94E50" w:rsidRPr="00D35743" w:rsidRDefault="00000000">
            <w:pPr>
              <w:rPr>
                <w:rFonts w:cs="Times New Roman"/>
                <w:color w:val="000000" w:themeColor="text1"/>
                <w:sz w:val="22"/>
              </w:rPr>
            </w:pPr>
            <w:r w:rsidRPr="00D35743">
              <w:rPr>
                <w:rFonts w:cs="Times New Roman"/>
                <w:color w:val="000000" w:themeColor="text1"/>
                <w:sz w:val="22"/>
              </w:rPr>
              <w:t>0.0338</w:t>
            </w:r>
          </w:p>
        </w:tc>
        <w:tc>
          <w:tcPr>
            <w:tcW w:w="2016" w:type="dxa"/>
          </w:tcPr>
          <w:p w14:paraId="4DC0B984" w14:textId="77777777" w:rsidR="00D94E50" w:rsidRPr="00D35743" w:rsidRDefault="00000000">
            <w:pPr>
              <w:rPr>
                <w:rFonts w:cs="Times New Roman"/>
                <w:color w:val="000000" w:themeColor="text1"/>
                <w:sz w:val="22"/>
              </w:rPr>
            </w:pPr>
            <w:r w:rsidRPr="00D35743">
              <w:rPr>
                <w:rFonts w:cs="Times New Roman"/>
                <w:color w:val="000000" w:themeColor="text1"/>
                <w:sz w:val="22"/>
              </w:rPr>
              <w:t>106</w:t>
            </w:r>
          </w:p>
        </w:tc>
        <w:tc>
          <w:tcPr>
            <w:tcW w:w="2016" w:type="dxa"/>
          </w:tcPr>
          <w:p w14:paraId="7599E7CC" w14:textId="77777777" w:rsidR="00D94E50" w:rsidRPr="00D35743" w:rsidRDefault="00000000">
            <w:pPr>
              <w:rPr>
                <w:rFonts w:cs="Times New Roman"/>
                <w:color w:val="000000" w:themeColor="text1"/>
                <w:sz w:val="22"/>
              </w:rPr>
            </w:pPr>
            <w:r w:rsidRPr="00D35743">
              <w:rPr>
                <w:rFonts w:cs="Times New Roman"/>
                <w:color w:val="000000" w:themeColor="text1"/>
                <w:sz w:val="22"/>
              </w:rPr>
              <w:t>0.1449</w:t>
            </w:r>
          </w:p>
        </w:tc>
        <w:tc>
          <w:tcPr>
            <w:tcW w:w="2016" w:type="dxa"/>
          </w:tcPr>
          <w:p w14:paraId="2C5E7E10" w14:textId="77777777" w:rsidR="00D94E50" w:rsidRPr="00D35743" w:rsidRDefault="00000000">
            <w:pPr>
              <w:rPr>
                <w:rFonts w:cs="Times New Roman"/>
                <w:color w:val="000000" w:themeColor="text1"/>
                <w:sz w:val="22"/>
              </w:rPr>
            </w:pPr>
            <w:r w:rsidRPr="00D35743">
              <w:rPr>
                <w:rFonts w:cs="Times New Roman"/>
                <w:color w:val="000000" w:themeColor="text1"/>
                <w:sz w:val="22"/>
              </w:rPr>
              <w:t>566</w:t>
            </w:r>
          </w:p>
        </w:tc>
        <w:tc>
          <w:tcPr>
            <w:tcW w:w="2016" w:type="dxa"/>
          </w:tcPr>
          <w:p w14:paraId="4016F684" w14:textId="77777777" w:rsidR="00D94E50" w:rsidRPr="00D35743" w:rsidRDefault="00000000">
            <w:pPr>
              <w:rPr>
                <w:rFonts w:cs="Times New Roman"/>
                <w:color w:val="000000" w:themeColor="text1"/>
                <w:sz w:val="22"/>
              </w:rPr>
            </w:pPr>
            <w:r w:rsidRPr="00D35743">
              <w:rPr>
                <w:rFonts w:cs="Times New Roman"/>
                <w:color w:val="000000" w:themeColor="text1"/>
                <w:sz w:val="22"/>
              </w:rPr>
              <w:t>1.5443</w:t>
            </w:r>
          </w:p>
        </w:tc>
      </w:tr>
      <w:tr w:rsidR="00D94E50" w:rsidRPr="00D35743" w14:paraId="0A55BE8F" w14:textId="77777777">
        <w:tc>
          <w:tcPr>
            <w:tcW w:w="2016" w:type="dxa"/>
          </w:tcPr>
          <w:p w14:paraId="1E1DBA15"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2016" w:type="dxa"/>
          </w:tcPr>
          <w:p w14:paraId="757886E6" w14:textId="77777777" w:rsidR="00D94E50" w:rsidRPr="00D35743" w:rsidRDefault="00000000">
            <w:pPr>
              <w:rPr>
                <w:rFonts w:cs="Times New Roman"/>
                <w:color w:val="000000" w:themeColor="text1"/>
                <w:sz w:val="22"/>
              </w:rPr>
            </w:pPr>
            <w:r w:rsidRPr="00D35743">
              <w:rPr>
                <w:rFonts w:cs="Times New Roman"/>
                <w:color w:val="000000" w:themeColor="text1"/>
                <w:sz w:val="22"/>
              </w:rPr>
              <w:t>23</w:t>
            </w:r>
          </w:p>
        </w:tc>
        <w:tc>
          <w:tcPr>
            <w:tcW w:w="2016" w:type="dxa"/>
          </w:tcPr>
          <w:p w14:paraId="2BDC2C81" w14:textId="77777777" w:rsidR="00D94E50" w:rsidRPr="00D35743" w:rsidRDefault="00000000">
            <w:pPr>
              <w:rPr>
                <w:rFonts w:cs="Times New Roman"/>
                <w:color w:val="000000" w:themeColor="text1"/>
                <w:sz w:val="22"/>
              </w:rPr>
            </w:pPr>
            <w:r w:rsidRPr="00D35743">
              <w:rPr>
                <w:rFonts w:cs="Times New Roman"/>
                <w:color w:val="000000" w:themeColor="text1"/>
                <w:sz w:val="22"/>
              </w:rPr>
              <w:t>0.0278</w:t>
            </w:r>
          </w:p>
        </w:tc>
        <w:tc>
          <w:tcPr>
            <w:tcW w:w="2016" w:type="dxa"/>
          </w:tcPr>
          <w:p w14:paraId="38A40996" w14:textId="77777777" w:rsidR="00D94E50" w:rsidRPr="00D35743" w:rsidRDefault="00000000">
            <w:pPr>
              <w:rPr>
                <w:rFonts w:cs="Times New Roman"/>
                <w:color w:val="000000" w:themeColor="text1"/>
                <w:sz w:val="22"/>
              </w:rPr>
            </w:pPr>
            <w:r w:rsidRPr="00D35743">
              <w:rPr>
                <w:rFonts w:cs="Times New Roman"/>
                <w:color w:val="000000" w:themeColor="text1"/>
                <w:sz w:val="22"/>
              </w:rPr>
              <w:t>111</w:t>
            </w:r>
          </w:p>
        </w:tc>
        <w:tc>
          <w:tcPr>
            <w:tcW w:w="2016" w:type="dxa"/>
          </w:tcPr>
          <w:p w14:paraId="0810863A" w14:textId="77777777" w:rsidR="00D94E50" w:rsidRPr="00D35743" w:rsidRDefault="00000000">
            <w:pPr>
              <w:rPr>
                <w:rFonts w:cs="Times New Roman"/>
                <w:color w:val="000000" w:themeColor="text1"/>
                <w:sz w:val="22"/>
              </w:rPr>
            </w:pPr>
            <w:r w:rsidRPr="00D35743">
              <w:rPr>
                <w:rFonts w:cs="Times New Roman"/>
                <w:color w:val="000000" w:themeColor="text1"/>
                <w:sz w:val="22"/>
              </w:rPr>
              <w:t>0.1476</w:t>
            </w:r>
          </w:p>
        </w:tc>
        <w:tc>
          <w:tcPr>
            <w:tcW w:w="2016" w:type="dxa"/>
          </w:tcPr>
          <w:p w14:paraId="7CFA2487" w14:textId="77777777" w:rsidR="00D94E50" w:rsidRPr="00D35743" w:rsidRDefault="00000000">
            <w:pPr>
              <w:rPr>
                <w:rFonts w:cs="Times New Roman"/>
                <w:color w:val="000000" w:themeColor="text1"/>
                <w:sz w:val="22"/>
              </w:rPr>
            </w:pPr>
            <w:r w:rsidRPr="00D35743">
              <w:rPr>
                <w:rFonts w:cs="Times New Roman"/>
                <w:color w:val="000000" w:themeColor="text1"/>
                <w:sz w:val="22"/>
              </w:rPr>
              <w:t>491</w:t>
            </w:r>
          </w:p>
        </w:tc>
        <w:tc>
          <w:tcPr>
            <w:tcW w:w="2016" w:type="dxa"/>
          </w:tcPr>
          <w:p w14:paraId="2358377F" w14:textId="77777777" w:rsidR="00D94E50" w:rsidRPr="00D35743" w:rsidRDefault="00000000">
            <w:pPr>
              <w:rPr>
                <w:rFonts w:cs="Times New Roman"/>
                <w:color w:val="000000" w:themeColor="text1"/>
                <w:sz w:val="22"/>
              </w:rPr>
            </w:pPr>
            <w:r w:rsidRPr="00D35743">
              <w:rPr>
                <w:rFonts w:cs="Times New Roman"/>
                <w:color w:val="000000" w:themeColor="text1"/>
                <w:sz w:val="22"/>
              </w:rPr>
              <w:t>1.3212</w:t>
            </w:r>
          </w:p>
        </w:tc>
      </w:tr>
      <w:tr w:rsidR="00D94E50" w:rsidRPr="00D35743" w14:paraId="56133BBB" w14:textId="77777777">
        <w:tc>
          <w:tcPr>
            <w:tcW w:w="2016" w:type="dxa"/>
          </w:tcPr>
          <w:p w14:paraId="167C2900"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016" w:type="dxa"/>
          </w:tcPr>
          <w:p w14:paraId="343DAF8E" w14:textId="77777777" w:rsidR="00D94E50" w:rsidRPr="00D35743" w:rsidRDefault="00000000">
            <w:pPr>
              <w:rPr>
                <w:rFonts w:cs="Times New Roman"/>
                <w:color w:val="000000" w:themeColor="text1"/>
                <w:sz w:val="22"/>
              </w:rPr>
            </w:pPr>
            <w:r w:rsidRPr="00D35743">
              <w:rPr>
                <w:rFonts w:cs="Times New Roman"/>
                <w:color w:val="000000" w:themeColor="text1"/>
                <w:sz w:val="22"/>
              </w:rPr>
              <w:t>24</w:t>
            </w:r>
          </w:p>
        </w:tc>
        <w:tc>
          <w:tcPr>
            <w:tcW w:w="2016" w:type="dxa"/>
          </w:tcPr>
          <w:p w14:paraId="3D84AA29" w14:textId="77777777" w:rsidR="00D94E50" w:rsidRPr="00D35743" w:rsidRDefault="00000000">
            <w:pPr>
              <w:rPr>
                <w:rFonts w:cs="Times New Roman"/>
                <w:color w:val="000000" w:themeColor="text1"/>
                <w:sz w:val="22"/>
              </w:rPr>
            </w:pPr>
            <w:r w:rsidRPr="00D35743">
              <w:rPr>
                <w:rFonts w:cs="Times New Roman"/>
                <w:color w:val="000000" w:themeColor="text1"/>
                <w:sz w:val="22"/>
              </w:rPr>
              <w:t>0.0291</w:t>
            </w:r>
          </w:p>
        </w:tc>
        <w:tc>
          <w:tcPr>
            <w:tcW w:w="2016" w:type="dxa"/>
          </w:tcPr>
          <w:p w14:paraId="2580BCFD" w14:textId="77777777" w:rsidR="00D94E50" w:rsidRPr="00D35743" w:rsidRDefault="00000000">
            <w:pPr>
              <w:rPr>
                <w:rFonts w:cs="Times New Roman"/>
                <w:color w:val="000000" w:themeColor="text1"/>
                <w:sz w:val="22"/>
              </w:rPr>
            </w:pPr>
            <w:r w:rsidRPr="00D35743">
              <w:rPr>
                <w:rFonts w:cs="Times New Roman"/>
                <w:color w:val="000000" w:themeColor="text1"/>
                <w:sz w:val="22"/>
              </w:rPr>
              <w:t>101</w:t>
            </w:r>
          </w:p>
        </w:tc>
        <w:tc>
          <w:tcPr>
            <w:tcW w:w="2016" w:type="dxa"/>
          </w:tcPr>
          <w:p w14:paraId="56DF046F" w14:textId="77777777" w:rsidR="00D94E50" w:rsidRPr="00D35743" w:rsidRDefault="00000000">
            <w:pPr>
              <w:rPr>
                <w:rFonts w:cs="Times New Roman"/>
                <w:color w:val="000000" w:themeColor="text1"/>
                <w:sz w:val="22"/>
              </w:rPr>
            </w:pPr>
            <w:r w:rsidRPr="00D35743">
              <w:rPr>
                <w:rFonts w:cs="Times New Roman"/>
                <w:color w:val="000000" w:themeColor="text1"/>
                <w:sz w:val="22"/>
              </w:rPr>
              <w:t>0.1311</w:t>
            </w:r>
          </w:p>
        </w:tc>
        <w:tc>
          <w:tcPr>
            <w:tcW w:w="2016" w:type="dxa"/>
          </w:tcPr>
          <w:p w14:paraId="44B9FDF3" w14:textId="77777777" w:rsidR="00D94E50" w:rsidRPr="00D35743" w:rsidRDefault="00000000">
            <w:pPr>
              <w:rPr>
                <w:rFonts w:cs="Times New Roman"/>
                <w:color w:val="000000" w:themeColor="text1"/>
                <w:sz w:val="22"/>
              </w:rPr>
            </w:pPr>
            <w:r w:rsidRPr="00D35743">
              <w:rPr>
                <w:rFonts w:cs="Times New Roman"/>
                <w:color w:val="000000" w:themeColor="text1"/>
                <w:sz w:val="22"/>
              </w:rPr>
              <w:t>501</w:t>
            </w:r>
          </w:p>
        </w:tc>
        <w:tc>
          <w:tcPr>
            <w:tcW w:w="2016" w:type="dxa"/>
          </w:tcPr>
          <w:p w14:paraId="2E503523" w14:textId="77777777" w:rsidR="00D94E50" w:rsidRPr="00D35743" w:rsidRDefault="00000000">
            <w:pPr>
              <w:rPr>
                <w:rFonts w:cs="Times New Roman"/>
                <w:color w:val="000000" w:themeColor="text1"/>
                <w:sz w:val="22"/>
              </w:rPr>
            </w:pPr>
            <w:r w:rsidRPr="00D35743">
              <w:rPr>
                <w:rFonts w:cs="Times New Roman"/>
                <w:color w:val="000000" w:themeColor="text1"/>
                <w:sz w:val="22"/>
              </w:rPr>
              <w:t>1.3245</w:t>
            </w:r>
          </w:p>
        </w:tc>
      </w:tr>
      <w:tr w:rsidR="00D94E50" w:rsidRPr="00D35743" w14:paraId="5B02F365" w14:textId="77777777">
        <w:tc>
          <w:tcPr>
            <w:tcW w:w="2016" w:type="dxa"/>
          </w:tcPr>
          <w:p w14:paraId="3AE761BB"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016" w:type="dxa"/>
          </w:tcPr>
          <w:p w14:paraId="599D12E1" w14:textId="77777777" w:rsidR="00D94E50" w:rsidRPr="00D35743" w:rsidRDefault="00000000">
            <w:pPr>
              <w:rPr>
                <w:rFonts w:cs="Times New Roman"/>
                <w:color w:val="000000" w:themeColor="text1"/>
                <w:sz w:val="22"/>
              </w:rPr>
            </w:pPr>
            <w:r w:rsidRPr="00D35743">
              <w:rPr>
                <w:rFonts w:cs="Times New Roman"/>
                <w:color w:val="000000" w:themeColor="text1"/>
                <w:sz w:val="22"/>
              </w:rPr>
              <w:t>20</w:t>
            </w:r>
          </w:p>
        </w:tc>
        <w:tc>
          <w:tcPr>
            <w:tcW w:w="2016" w:type="dxa"/>
          </w:tcPr>
          <w:p w14:paraId="79EA3AAB" w14:textId="77777777" w:rsidR="00D94E50" w:rsidRPr="00D35743" w:rsidRDefault="00000000">
            <w:pPr>
              <w:rPr>
                <w:rFonts w:cs="Times New Roman"/>
                <w:color w:val="000000" w:themeColor="text1"/>
                <w:sz w:val="22"/>
              </w:rPr>
            </w:pPr>
            <w:r w:rsidRPr="00D35743">
              <w:rPr>
                <w:rFonts w:cs="Times New Roman"/>
                <w:color w:val="000000" w:themeColor="text1"/>
                <w:sz w:val="22"/>
              </w:rPr>
              <w:t>0.0243</w:t>
            </w:r>
          </w:p>
        </w:tc>
        <w:tc>
          <w:tcPr>
            <w:tcW w:w="2016" w:type="dxa"/>
          </w:tcPr>
          <w:p w14:paraId="29D9B8C5" w14:textId="77777777" w:rsidR="00D94E50" w:rsidRPr="00D35743" w:rsidRDefault="00000000">
            <w:pPr>
              <w:rPr>
                <w:rFonts w:cs="Times New Roman"/>
                <w:color w:val="000000" w:themeColor="text1"/>
                <w:sz w:val="22"/>
              </w:rPr>
            </w:pPr>
            <w:r w:rsidRPr="00D35743">
              <w:rPr>
                <w:rFonts w:cs="Times New Roman"/>
                <w:color w:val="000000" w:themeColor="text1"/>
                <w:sz w:val="22"/>
              </w:rPr>
              <w:t>107</w:t>
            </w:r>
          </w:p>
        </w:tc>
        <w:tc>
          <w:tcPr>
            <w:tcW w:w="2016" w:type="dxa"/>
          </w:tcPr>
          <w:p w14:paraId="209220C8" w14:textId="77777777" w:rsidR="00D94E50" w:rsidRPr="00D35743" w:rsidRDefault="00000000">
            <w:pPr>
              <w:rPr>
                <w:rFonts w:cs="Times New Roman"/>
                <w:color w:val="000000" w:themeColor="text1"/>
                <w:sz w:val="22"/>
              </w:rPr>
            </w:pPr>
            <w:r w:rsidRPr="00D35743">
              <w:rPr>
                <w:rFonts w:cs="Times New Roman"/>
                <w:color w:val="000000" w:themeColor="text1"/>
                <w:sz w:val="22"/>
              </w:rPr>
              <w:t>0.1361</w:t>
            </w:r>
          </w:p>
        </w:tc>
        <w:tc>
          <w:tcPr>
            <w:tcW w:w="2016" w:type="dxa"/>
          </w:tcPr>
          <w:p w14:paraId="21004983" w14:textId="77777777" w:rsidR="00D94E50" w:rsidRPr="00D35743" w:rsidRDefault="00000000">
            <w:pPr>
              <w:rPr>
                <w:rFonts w:cs="Times New Roman"/>
                <w:color w:val="000000" w:themeColor="text1"/>
                <w:sz w:val="22"/>
              </w:rPr>
            </w:pPr>
            <w:r w:rsidRPr="00D35743">
              <w:rPr>
                <w:rFonts w:cs="Times New Roman"/>
                <w:color w:val="000000" w:themeColor="text1"/>
                <w:sz w:val="22"/>
              </w:rPr>
              <w:t>496</w:t>
            </w:r>
          </w:p>
        </w:tc>
        <w:tc>
          <w:tcPr>
            <w:tcW w:w="2016" w:type="dxa"/>
          </w:tcPr>
          <w:p w14:paraId="2310EA8D" w14:textId="77777777" w:rsidR="00D94E50" w:rsidRPr="00D35743" w:rsidRDefault="00000000">
            <w:pPr>
              <w:rPr>
                <w:rFonts w:cs="Times New Roman"/>
                <w:color w:val="000000" w:themeColor="text1"/>
                <w:sz w:val="22"/>
              </w:rPr>
            </w:pPr>
            <w:r w:rsidRPr="00D35743">
              <w:rPr>
                <w:rFonts w:cs="Times New Roman"/>
                <w:color w:val="000000" w:themeColor="text1"/>
                <w:sz w:val="22"/>
              </w:rPr>
              <w:t>1.2791</w:t>
            </w:r>
          </w:p>
        </w:tc>
      </w:tr>
      <w:tr w:rsidR="00D94E50" w:rsidRPr="00D35743" w14:paraId="42780975" w14:textId="77777777">
        <w:tc>
          <w:tcPr>
            <w:tcW w:w="2016" w:type="dxa"/>
          </w:tcPr>
          <w:p w14:paraId="1B40512C" w14:textId="77777777" w:rsidR="00D94E50" w:rsidRPr="00D35743" w:rsidRDefault="00000000">
            <w:pPr>
              <w:rPr>
                <w:rFonts w:cs="Times New Roman"/>
                <w:color w:val="000000" w:themeColor="text1"/>
                <w:sz w:val="22"/>
              </w:rPr>
            </w:pPr>
            <w:r w:rsidRPr="00D35743">
              <w:rPr>
                <w:rFonts w:cs="Times New Roman"/>
                <w:color w:val="000000" w:themeColor="text1"/>
                <w:sz w:val="22"/>
              </w:rPr>
              <w:t>2009</w:t>
            </w:r>
          </w:p>
        </w:tc>
        <w:tc>
          <w:tcPr>
            <w:tcW w:w="2016" w:type="dxa"/>
          </w:tcPr>
          <w:p w14:paraId="0D76B28B" w14:textId="77777777" w:rsidR="00D94E50" w:rsidRPr="00D35743" w:rsidRDefault="00000000">
            <w:pPr>
              <w:rPr>
                <w:rFonts w:cs="Times New Roman"/>
                <w:color w:val="000000" w:themeColor="text1"/>
                <w:sz w:val="22"/>
              </w:rPr>
            </w:pPr>
            <w:r w:rsidRPr="00D35743">
              <w:rPr>
                <w:rFonts w:cs="Times New Roman"/>
                <w:color w:val="000000" w:themeColor="text1"/>
                <w:sz w:val="22"/>
              </w:rPr>
              <w:t>28</w:t>
            </w:r>
          </w:p>
        </w:tc>
        <w:tc>
          <w:tcPr>
            <w:tcW w:w="2016" w:type="dxa"/>
          </w:tcPr>
          <w:p w14:paraId="1DAC42C2" w14:textId="77777777" w:rsidR="00D94E50" w:rsidRPr="00D35743" w:rsidRDefault="00000000">
            <w:pPr>
              <w:rPr>
                <w:rFonts w:cs="Times New Roman"/>
                <w:color w:val="000000" w:themeColor="text1"/>
                <w:sz w:val="22"/>
              </w:rPr>
            </w:pPr>
            <w:r w:rsidRPr="00D35743">
              <w:rPr>
                <w:rFonts w:cs="Times New Roman"/>
                <w:color w:val="000000" w:themeColor="text1"/>
                <w:sz w:val="22"/>
              </w:rPr>
              <w:t>0.0341</w:t>
            </w:r>
          </w:p>
        </w:tc>
        <w:tc>
          <w:tcPr>
            <w:tcW w:w="2016" w:type="dxa"/>
          </w:tcPr>
          <w:p w14:paraId="7489D228" w14:textId="77777777" w:rsidR="00D94E50" w:rsidRPr="00D35743" w:rsidRDefault="00000000">
            <w:pPr>
              <w:rPr>
                <w:rFonts w:cs="Times New Roman"/>
                <w:color w:val="000000" w:themeColor="text1"/>
                <w:sz w:val="22"/>
              </w:rPr>
            </w:pPr>
            <w:r w:rsidRPr="00D35743">
              <w:rPr>
                <w:rFonts w:cs="Times New Roman"/>
                <w:color w:val="000000" w:themeColor="text1"/>
                <w:sz w:val="22"/>
              </w:rPr>
              <w:t>146</w:t>
            </w:r>
          </w:p>
        </w:tc>
        <w:tc>
          <w:tcPr>
            <w:tcW w:w="2016" w:type="dxa"/>
          </w:tcPr>
          <w:p w14:paraId="665045E2" w14:textId="77777777" w:rsidR="00D94E50" w:rsidRPr="00D35743" w:rsidRDefault="00000000">
            <w:pPr>
              <w:rPr>
                <w:rFonts w:cs="Times New Roman"/>
                <w:color w:val="000000" w:themeColor="text1"/>
                <w:sz w:val="22"/>
              </w:rPr>
            </w:pPr>
            <w:r w:rsidRPr="00D35743">
              <w:rPr>
                <w:rFonts w:cs="Times New Roman"/>
                <w:color w:val="000000" w:themeColor="text1"/>
                <w:sz w:val="22"/>
              </w:rPr>
              <w:t>0.1819</w:t>
            </w:r>
          </w:p>
        </w:tc>
        <w:tc>
          <w:tcPr>
            <w:tcW w:w="2016" w:type="dxa"/>
          </w:tcPr>
          <w:p w14:paraId="3095EAF6" w14:textId="77777777" w:rsidR="00D94E50" w:rsidRPr="00D35743" w:rsidRDefault="00000000">
            <w:pPr>
              <w:rPr>
                <w:rFonts w:cs="Times New Roman"/>
                <w:color w:val="000000" w:themeColor="text1"/>
                <w:sz w:val="22"/>
              </w:rPr>
            </w:pPr>
            <w:r w:rsidRPr="00D35743">
              <w:rPr>
                <w:rFonts w:cs="Times New Roman"/>
                <w:color w:val="000000" w:themeColor="text1"/>
                <w:sz w:val="22"/>
              </w:rPr>
              <w:t>591</w:t>
            </w:r>
          </w:p>
        </w:tc>
        <w:tc>
          <w:tcPr>
            <w:tcW w:w="2016" w:type="dxa"/>
          </w:tcPr>
          <w:p w14:paraId="02639C83" w14:textId="77777777" w:rsidR="00D94E50" w:rsidRPr="00D35743" w:rsidRDefault="00000000">
            <w:pPr>
              <w:rPr>
                <w:rFonts w:cs="Times New Roman"/>
                <w:color w:val="000000" w:themeColor="text1"/>
                <w:sz w:val="22"/>
              </w:rPr>
            </w:pPr>
            <w:r w:rsidRPr="00D35743">
              <w:rPr>
                <w:rFonts w:cs="Times New Roman"/>
                <w:color w:val="000000" w:themeColor="text1"/>
                <w:sz w:val="22"/>
              </w:rPr>
              <w:t>1.4916</w:t>
            </w:r>
          </w:p>
        </w:tc>
      </w:tr>
      <w:tr w:rsidR="00D94E50" w:rsidRPr="00D35743" w14:paraId="337A9843" w14:textId="77777777">
        <w:tc>
          <w:tcPr>
            <w:tcW w:w="2016" w:type="dxa"/>
          </w:tcPr>
          <w:p w14:paraId="120FAC5E"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2016" w:type="dxa"/>
          </w:tcPr>
          <w:p w14:paraId="7E545AFA" w14:textId="77777777" w:rsidR="00D94E50" w:rsidRPr="00D35743" w:rsidRDefault="00000000">
            <w:pPr>
              <w:rPr>
                <w:rFonts w:cs="Times New Roman"/>
                <w:color w:val="000000" w:themeColor="text1"/>
                <w:sz w:val="22"/>
              </w:rPr>
            </w:pPr>
            <w:r w:rsidRPr="00D35743">
              <w:rPr>
                <w:rFonts w:cs="Times New Roman"/>
                <w:color w:val="000000" w:themeColor="text1"/>
                <w:sz w:val="22"/>
              </w:rPr>
              <w:t>23</w:t>
            </w:r>
          </w:p>
        </w:tc>
        <w:tc>
          <w:tcPr>
            <w:tcW w:w="2016" w:type="dxa"/>
          </w:tcPr>
          <w:p w14:paraId="053317F1" w14:textId="77777777" w:rsidR="00D94E50" w:rsidRPr="00D35743" w:rsidRDefault="00000000">
            <w:pPr>
              <w:rPr>
                <w:rFonts w:cs="Times New Roman"/>
                <w:color w:val="000000" w:themeColor="text1"/>
                <w:sz w:val="22"/>
              </w:rPr>
            </w:pPr>
            <w:r w:rsidRPr="00D35743">
              <w:rPr>
                <w:rFonts w:cs="Times New Roman"/>
                <w:color w:val="000000" w:themeColor="text1"/>
                <w:sz w:val="22"/>
              </w:rPr>
              <w:t>0.0280</w:t>
            </w:r>
          </w:p>
        </w:tc>
        <w:tc>
          <w:tcPr>
            <w:tcW w:w="2016" w:type="dxa"/>
          </w:tcPr>
          <w:p w14:paraId="142A3A6A" w14:textId="77777777" w:rsidR="00D94E50" w:rsidRPr="00D35743" w:rsidRDefault="00000000">
            <w:pPr>
              <w:rPr>
                <w:rFonts w:cs="Times New Roman"/>
                <w:color w:val="000000" w:themeColor="text1"/>
                <w:sz w:val="22"/>
              </w:rPr>
            </w:pPr>
            <w:r w:rsidRPr="00D35743">
              <w:rPr>
                <w:rFonts w:cs="Times New Roman"/>
                <w:color w:val="000000" w:themeColor="text1"/>
                <w:sz w:val="22"/>
              </w:rPr>
              <w:t>133</w:t>
            </w:r>
          </w:p>
        </w:tc>
        <w:tc>
          <w:tcPr>
            <w:tcW w:w="2016" w:type="dxa"/>
          </w:tcPr>
          <w:p w14:paraId="330FC163" w14:textId="77777777" w:rsidR="00D94E50" w:rsidRPr="00D35743" w:rsidRDefault="00000000">
            <w:pPr>
              <w:rPr>
                <w:rFonts w:cs="Times New Roman"/>
                <w:color w:val="000000" w:themeColor="text1"/>
                <w:sz w:val="22"/>
              </w:rPr>
            </w:pPr>
            <w:r w:rsidRPr="00D35743">
              <w:rPr>
                <w:rFonts w:cs="Times New Roman"/>
                <w:color w:val="000000" w:themeColor="text1"/>
                <w:sz w:val="22"/>
              </w:rPr>
              <w:t>0.1632</w:t>
            </w:r>
          </w:p>
        </w:tc>
        <w:tc>
          <w:tcPr>
            <w:tcW w:w="2016" w:type="dxa"/>
          </w:tcPr>
          <w:p w14:paraId="7E7AB460" w14:textId="77777777" w:rsidR="00D94E50" w:rsidRPr="00D35743" w:rsidRDefault="00000000">
            <w:pPr>
              <w:rPr>
                <w:rFonts w:cs="Times New Roman"/>
                <w:color w:val="000000" w:themeColor="text1"/>
                <w:sz w:val="22"/>
              </w:rPr>
            </w:pPr>
            <w:r w:rsidRPr="00D35743">
              <w:rPr>
                <w:rFonts w:cs="Times New Roman"/>
                <w:color w:val="000000" w:themeColor="text1"/>
                <w:sz w:val="22"/>
              </w:rPr>
              <w:t>558</w:t>
            </w:r>
          </w:p>
        </w:tc>
        <w:tc>
          <w:tcPr>
            <w:tcW w:w="2016" w:type="dxa"/>
          </w:tcPr>
          <w:p w14:paraId="4466B6AB" w14:textId="77777777" w:rsidR="00D94E50" w:rsidRPr="00D35743" w:rsidRDefault="00000000">
            <w:pPr>
              <w:rPr>
                <w:rFonts w:cs="Times New Roman"/>
                <w:color w:val="000000" w:themeColor="text1"/>
                <w:sz w:val="22"/>
              </w:rPr>
            </w:pPr>
            <w:r w:rsidRPr="00D35743">
              <w:rPr>
                <w:rFonts w:cs="Times New Roman"/>
                <w:color w:val="000000" w:themeColor="text1"/>
                <w:sz w:val="22"/>
              </w:rPr>
              <w:t>1.3857</w:t>
            </w:r>
          </w:p>
        </w:tc>
      </w:tr>
      <w:tr w:rsidR="00D94E50" w:rsidRPr="00D35743" w14:paraId="7620785D" w14:textId="77777777">
        <w:tc>
          <w:tcPr>
            <w:tcW w:w="2016" w:type="dxa"/>
          </w:tcPr>
          <w:p w14:paraId="01300987" w14:textId="77777777" w:rsidR="00D94E50" w:rsidRPr="00D35743" w:rsidRDefault="00000000">
            <w:pPr>
              <w:rPr>
                <w:rFonts w:cs="Times New Roman"/>
                <w:color w:val="000000" w:themeColor="text1"/>
                <w:sz w:val="22"/>
              </w:rPr>
            </w:pPr>
            <w:r w:rsidRPr="00D35743">
              <w:rPr>
                <w:rFonts w:cs="Times New Roman"/>
                <w:color w:val="000000" w:themeColor="text1"/>
                <w:sz w:val="22"/>
              </w:rPr>
              <w:t>2011</w:t>
            </w:r>
          </w:p>
        </w:tc>
        <w:tc>
          <w:tcPr>
            <w:tcW w:w="2016" w:type="dxa"/>
          </w:tcPr>
          <w:p w14:paraId="2AEA2296" w14:textId="77777777" w:rsidR="00D94E50" w:rsidRPr="00D35743" w:rsidRDefault="00000000">
            <w:pPr>
              <w:rPr>
                <w:rFonts w:cs="Times New Roman"/>
                <w:color w:val="000000" w:themeColor="text1"/>
                <w:sz w:val="22"/>
              </w:rPr>
            </w:pPr>
            <w:r w:rsidRPr="00D35743">
              <w:rPr>
                <w:rFonts w:cs="Times New Roman"/>
                <w:color w:val="000000" w:themeColor="text1"/>
                <w:sz w:val="22"/>
              </w:rPr>
              <w:t>33</w:t>
            </w:r>
          </w:p>
        </w:tc>
        <w:tc>
          <w:tcPr>
            <w:tcW w:w="2016" w:type="dxa"/>
          </w:tcPr>
          <w:p w14:paraId="733DA437" w14:textId="77777777" w:rsidR="00D94E50" w:rsidRPr="00D35743" w:rsidRDefault="00000000">
            <w:pPr>
              <w:rPr>
                <w:rFonts w:cs="Times New Roman"/>
                <w:color w:val="000000" w:themeColor="text1"/>
                <w:sz w:val="22"/>
              </w:rPr>
            </w:pPr>
            <w:r w:rsidRPr="00D35743">
              <w:rPr>
                <w:rFonts w:cs="Times New Roman"/>
                <w:color w:val="000000" w:themeColor="text1"/>
                <w:sz w:val="22"/>
              </w:rPr>
              <w:t>0.0400</w:t>
            </w:r>
          </w:p>
        </w:tc>
        <w:tc>
          <w:tcPr>
            <w:tcW w:w="2016" w:type="dxa"/>
          </w:tcPr>
          <w:p w14:paraId="1ED1C183" w14:textId="77777777" w:rsidR="00D94E50" w:rsidRPr="00D35743" w:rsidRDefault="00000000">
            <w:pPr>
              <w:rPr>
                <w:rFonts w:cs="Times New Roman"/>
                <w:color w:val="000000" w:themeColor="text1"/>
                <w:sz w:val="22"/>
              </w:rPr>
            </w:pPr>
            <w:r w:rsidRPr="00D35743">
              <w:rPr>
                <w:rFonts w:cs="Times New Roman"/>
                <w:color w:val="000000" w:themeColor="text1"/>
                <w:sz w:val="22"/>
              </w:rPr>
              <w:t>163</w:t>
            </w:r>
          </w:p>
        </w:tc>
        <w:tc>
          <w:tcPr>
            <w:tcW w:w="2016" w:type="dxa"/>
          </w:tcPr>
          <w:p w14:paraId="6FF9937B" w14:textId="77777777" w:rsidR="00D94E50" w:rsidRPr="00D35743" w:rsidRDefault="00000000">
            <w:pPr>
              <w:rPr>
                <w:rFonts w:cs="Times New Roman"/>
                <w:color w:val="000000" w:themeColor="text1"/>
                <w:sz w:val="22"/>
              </w:rPr>
            </w:pPr>
            <w:r w:rsidRPr="00D35743">
              <w:rPr>
                <w:rFonts w:cs="Times New Roman"/>
                <w:color w:val="000000" w:themeColor="text1"/>
                <w:sz w:val="22"/>
              </w:rPr>
              <w:t>0.1969</w:t>
            </w:r>
          </w:p>
        </w:tc>
        <w:tc>
          <w:tcPr>
            <w:tcW w:w="2016" w:type="dxa"/>
          </w:tcPr>
          <w:p w14:paraId="549BCE2B" w14:textId="77777777" w:rsidR="00D94E50" w:rsidRPr="00D35743" w:rsidRDefault="00000000">
            <w:pPr>
              <w:rPr>
                <w:rFonts w:cs="Times New Roman"/>
                <w:color w:val="000000" w:themeColor="text1"/>
                <w:sz w:val="22"/>
              </w:rPr>
            </w:pPr>
            <w:r w:rsidRPr="00D35743">
              <w:rPr>
                <w:rFonts w:cs="Times New Roman"/>
                <w:color w:val="000000" w:themeColor="text1"/>
                <w:sz w:val="22"/>
              </w:rPr>
              <w:t>599</w:t>
            </w:r>
          </w:p>
        </w:tc>
        <w:tc>
          <w:tcPr>
            <w:tcW w:w="2016" w:type="dxa"/>
          </w:tcPr>
          <w:p w14:paraId="78412474" w14:textId="77777777" w:rsidR="00D94E50" w:rsidRPr="00D35743" w:rsidRDefault="00000000">
            <w:pPr>
              <w:rPr>
                <w:rFonts w:cs="Times New Roman"/>
                <w:color w:val="000000" w:themeColor="text1"/>
                <w:sz w:val="22"/>
              </w:rPr>
            </w:pPr>
            <w:r w:rsidRPr="00D35743">
              <w:rPr>
                <w:rFonts w:cs="Times New Roman"/>
                <w:color w:val="000000" w:themeColor="text1"/>
                <w:sz w:val="22"/>
              </w:rPr>
              <w:t>1.4471</w:t>
            </w:r>
          </w:p>
        </w:tc>
      </w:tr>
      <w:tr w:rsidR="00D94E50" w:rsidRPr="00D35743" w14:paraId="75CB4E55" w14:textId="77777777">
        <w:tc>
          <w:tcPr>
            <w:tcW w:w="2016" w:type="dxa"/>
          </w:tcPr>
          <w:p w14:paraId="56B67C26" w14:textId="77777777" w:rsidR="00D94E50" w:rsidRPr="00D35743" w:rsidRDefault="00000000">
            <w:pPr>
              <w:rPr>
                <w:rFonts w:cs="Times New Roman"/>
                <w:color w:val="000000" w:themeColor="text1"/>
                <w:sz w:val="22"/>
              </w:rPr>
            </w:pPr>
            <w:r w:rsidRPr="00D35743">
              <w:rPr>
                <w:rFonts w:cs="Times New Roman"/>
                <w:color w:val="000000" w:themeColor="text1"/>
                <w:sz w:val="22"/>
              </w:rPr>
              <w:t>2012</w:t>
            </w:r>
          </w:p>
        </w:tc>
        <w:tc>
          <w:tcPr>
            <w:tcW w:w="2016" w:type="dxa"/>
          </w:tcPr>
          <w:p w14:paraId="31C59B17" w14:textId="77777777" w:rsidR="00D94E50" w:rsidRPr="00D35743" w:rsidRDefault="00000000">
            <w:pPr>
              <w:rPr>
                <w:rFonts w:cs="Times New Roman"/>
                <w:color w:val="000000" w:themeColor="text1"/>
                <w:sz w:val="22"/>
              </w:rPr>
            </w:pPr>
            <w:r w:rsidRPr="00D35743">
              <w:rPr>
                <w:rFonts w:cs="Times New Roman"/>
                <w:color w:val="000000" w:themeColor="text1"/>
                <w:sz w:val="22"/>
              </w:rPr>
              <w:t>22</w:t>
            </w:r>
          </w:p>
        </w:tc>
        <w:tc>
          <w:tcPr>
            <w:tcW w:w="2016" w:type="dxa"/>
          </w:tcPr>
          <w:p w14:paraId="04DBA0AB" w14:textId="77777777" w:rsidR="00D94E50" w:rsidRPr="00D35743" w:rsidRDefault="00000000">
            <w:pPr>
              <w:rPr>
                <w:rFonts w:cs="Times New Roman"/>
                <w:color w:val="000000" w:themeColor="text1"/>
                <w:sz w:val="22"/>
              </w:rPr>
            </w:pPr>
            <w:r w:rsidRPr="00D35743">
              <w:rPr>
                <w:rFonts w:cs="Times New Roman"/>
                <w:color w:val="000000" w:themeColor="text1"/>
                <w:sz w:val="22"/>
              </w:rPr>
              <w:t>0.0266</w:t>
            </w:r>
          </w:p>
        </w:tc>
        <w:tc>
          <w:tcPr>
            <w:tcW w:w="2016" w:type="dxa"/>
          </w:tcPr>
          <w:p w14:paraId="78AF7564" w14:textId="77777777" w:rsidR="00D94E50" w:rsidRPr="00D35743" w:rsidRDefault="00000000">
            <w:pPr>
              <w:rPr>
                <w:rFonts w:cs="Times New Roman"/>
                <w:color w:val="000000" w:themeColor="text1"/>
                <w:sz w:val="22"/>
              </w:rPr>
            </w:pPr>
            <w:r w:rsidRPr="00D35743">
              <w:rPr>
                <w:rFonts w:cs="Times New Roman"/>
                <w:color w:val="000000" w:themeColor="text1"/>
                <w:sz w:val="22"/>
              </w:rPr>
              <w:t>162</w:t>
            </w:r>
          </w:p>
        </w:tc>
        <w:tc>
          <w:tcPr>
            <w:tcW w:w="2016" w:type="dxa"/>
          </w:tcPr>
          <w:p w14:paraId="7E378326" w14:textId="77777777" w:rsidR="00D94E50" w:rsidRPr="00D35743" w:rsidRDefault="00000000">
            <w:pPr>
              <w:rPr>
                <w:rFonts w:cs="Times New Roman"/>
                <w:color w:val="000000" w:themeColor="text1"/>
                <w:sz w:val="22"/>
              </w:rPr>
            </w:pPr>
            <w:r w:rsidRPr="00D35743">
              <w:rPr>
                <w:rFonts w:cs="Times New Roman"/>
                <w:color w:val="000000" w:themeColor="text1"/>
                <w:sz w:val="22"/>
              </w:rPr>
              <w:t>0.1955</w:t>
            </w:r>
          </w:p>
        </w:tc>
        <w:tc>
          <w:tcPr>
            <w:tcW w:w="2016" w:type="dxa"/>
          </w:tcPr>
          <w:p w14:paraId="32AF3261" w14:textId="77777777" w:rsidR="00D94E50" w:rsidRPr="00D35743" w:rsidRDefault="00000000">
            <w:pPr>
              <w:rPr>
                <w:rFonts w:cs="Times New Roman"/>
                <w:color w:val="000000" w:themeColor="text1"/>
                <w:sz w:val="22"/>
              </w:rPr>
            </w:pPr>
            <w:r w:rsidRPr="00D35743">
              <w:rPr>
                <w:rFonts w:cs="Times New Roman"/>
                <w:color w:val="000000" w:themeColor="text1"/>
                <w:sz w:val="22"/>
              </w:rPr>
              <w:t>636</w:t>
            </w:r>
          </w:p>
        </w:tc>
        <w:tc>
          <w:tcPr>
            <w:tcW w:w="2016" w:type="dxa"/>
          </w:tcPr>
          <w:p w14:paraId="062C8A89" w14:textId="77777777" w:rsidR="00D94E50" w:rsidRPr="00D35743" w:rsidRDefault="00000000">
            <w:pPr>
              <w:rPr>
                <w:rFonts w:cs="Times New Roman"/>
                <w:color w:val="000000" w:themeColor="text1"/>
                <w:sz w:val="22"/>
              </w:rPr>
            </w:pPr>
            <w:r w:rsidRPr="00D35743">
              <w:rPr>
                <w:rFonts w:cs="Times New Roman"/>
                <w:color w:val="000000" w:themeColor="text1"/>
                <w:sz w:val="22"/>
              </w:rPr>
              <w:t>1.4741</w:t>
            </w:r>
          </w:p>
        </w:tc>
      </w:tr>
      <w:tr w:rsidR="00D94E50" w:rsidRPr="00D35743" w14:paraId="3062AF6F" w14:textId="77777777">
        <w:tc>
          <w:tcPr>
            <w:tcW w:w="2016" w:type="dxa"/>
          </w:tcPr>
          <w:p w14:paraId="1389054C"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2016" w:type="dxa"/>
          </w:tcPr>
          <w:p w14:paraId="0A9CF62D" w14:textId="77777777" w:rsidR="00D94E50" w:rsidRPr="00D35743" w:rsidRDefault="00000000">
            <w:pPr>
              <w:rPr>
                <w:rFonts w:cs="Times New Roman"/>
                <w:color w:val="000000" w:themeColor="text1"/>
                <w:sz w:val="22"/>
              </w:rPr>
            </w:pPr>
            <w:r w:rsidRPr="00D35743">
              <w:rPr>
                <w:rFonts w:cs="Times New Roman"/>
                <w:color w:val="000000" w:themeColor="text1"/>
                <w:sz w:val="22"/>
              </w:rPr>
              <w:t>29</w:t>
            </w:r>
          </w:p>
        </w:tc>
        <w:tc>
          <w:tcPr>
            <w:tcW w:w="2016" w:type="dxa"/>
          </w:tcPr>
          <w:p w14:paraId="429CCD5A" w14:textId="77777777" w:rsidR="00D94E50" w:rsidRPr="00D35743" w:rsidRDefault="00000000">
            <w:pPr>
              <w:rPr>
                <w:rFonts w:cs="Times New Roman"/>
                <w:color w:val="000000" w:themeColor="text1"/>
                <w:sz w:val="22"/>
              </w:rPr>
            </w:pPr>
            <w:r w:rsidRPr="00D35743">
              <w:rPr>
                <w:rFonts w:cs="Times New Roman"/>
                <w:color w:val="000000" w:themeColor="text1"/>
                <w:sz w:val="22"/>
              </w:rPr>
              <w:t>0.0348</w:t>
            </w:r>
          </w:p>
        </w:tc>
        <w:tc>
          <w:tcPr>
            <w:tcW w:w="2016" w:type="dxa"/>
          </w:tcPr>
          <w:p w14:paraId="147EC798" w14:textId="77777777" w:rsidR="00D94E50" w:rsidRPr="00D35743" w:rsidRDefault="00000000">
            <w:pPr>
              <w:rPr>
                <w:rFonts w:cs="Times New Roman"/>
                <w:color w:val="000000" w:themeColor="text1"/>
                <w:sz w:val="22"/>
              </w:rPr>
            </w:pPr>
            <w:r w:rsidRPr="00D35743">
              <w:rPr>
                <w:rFonts w:cs="Times New Roman"/>
                <w:color w:val="000000" w:themeColor="text1"/>
                <w:sz w:val="22"/>
              </w:rPr>
              <w:t>159</w:t>
            </w:r>
          </w:p>
        </w:tc>
        <w:tc>
          <w:tcPr>
            <w:tcW w:w="2016" w:type="dxa"/>
          </w:tcPr>
          <w:p w14:paraId="5EBBDA26" w14:textId="77777777" w:rsidR="00D94E50" w:rsidRPr="00D35743" w:rsidRDefault="00000000">
            <w:pPr>
              <w:rPr>
                <w:rFonts w:cs="Times New Roman"/>
                <w:color w:val="000000" w:themeColor="text1"/>
                <w:sz w:val="22"/>
              </w:rPr>
            </w:pPr>
            <w:r w:rsidRPr="00D35743">
              <w:rPr>
                <w:rFonts w:cs="Times New Roman"/>
                <w:color w:val="000000" w:themeColor="text1"/>
                <w:sz w:val="22"/>
              </w:rPr>
              <w:t>0.1914</w:t>
            </w:r>
          </w:p>
        </w:tc>
        <w:tc>
          <w:tcPr>
            <w:tcW w:w="2016" w:type="dxa"/>
          </w:tcPr>
          <w:p w14:paraId="67ACCC07" w14:textId="77777777" w:rsidR="00D94E50" w:rsidRPr="00D35743" w:rsidRDefault="00000000">
            <w:pPr>
              <w:rPr>
                <w:rFonts w:cs="Times New Roman"/>
                <w:color w:val="000000" w:themeColor="text1"/>
                <w:sz w:val="22"/>
              </w:rPr>
            </w:pPr>
            <w:r w:rsidRPr="00D35743">
              <w:rPr>
                <w:rFonts w:cs="Times New Roman"/>
                <w:color w:val="000000" w:themeColor="text1"/>
                <w:sz w:val="22"/>
              </w:rPr>
              <w:t>705</w:t>
            </w:r>
          </w:p>
        </w:tc>
        <w:tc>
          <w:tcPr>
            <w:tcW w:w="2016" w:type="dxa"/>
          </w:tcPr>
          <w:p w14:paraId="6B1C1BC8" w14:textId="77777777" w:rsidR="00D94E50" w:rsidRPr="00D35743" w:rsidRDefault="00000000">
            <w:pPr>
              <w:rPr>
                <w:rFonts w:cs="Times New Roman"/>
                <w:color w:val="000000" w:themeColor="text1"/>
                <w:sz w:val="22"/>
              </w:rPr>
            </w:pPr>
            <w:r w:rsidRPr="00D35743">
              <w:rPr>
                <w:rFonts w:cs="Times New Roman"/>
                <w:color w:val="000000" w:themeColor="text1"/>
                <w:sz w:val="22"/>
              </w:rPr>
              <w:t>1.5770</w:t>
            </w:r>
          </w:p>
        </w:tc>
      </w:tr>
      <w:tr w:rsidR="00D94E50" w:rsidRPr="00D35743" w14:paraId="07518A82" w14:textId="77777777">
        <w:tc>
          <w:tcPr>
            <w:tcW w:w="2016" w:type="dxa"/>
          </w:tcPr>
          <w:p w14:paraId="54F0FED4"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2016" w:type="dxa"/>
          </w:tcPr>
          <w:p w14:paraId="3C6CEC20" w14:textId="77777777" w:rsidR="00D94E50" w:rsidRPr="00D35743" w:rsidRDefault="00000000">
            <w:pPr>
              <w:rPr>
                <w:rFonts w:cs="Times New Roman"/>
                <w:color w:val="000000" w:themeColor="text1"/>
                <w:sz w:val="22"/>
              </w:rPr>
            </w:pPr>
            <w:r w:rsidRPr="00D35743">
              <w:rPr>
                <w:rFonts w:cs="Times New Roman"/>
                <w:color w:val="000000" w:themeColor="text1"/>
                <w:sz w:val="22"/>
              </w:rPr>
              <w:t>16</w:t>
            </w:r>
          </w:p>
        </w:tc>
        <w:tc>
          <w:tcPr>
            <w:tcW w:w="2016" w:type="dxa"/>
          </w:tcPr>
          <w:p w14:paraId="39AB4AB0" w14:textId="77777777" w:rsidR="00D94E50" w:rsidRPr="00D35743" w:rsidRDefault="00000000">
            <w:pPr>
              <w:rPr>
                <w:rFonts w:cs="Times New Roman"/>
                <w:color w:val="000000" w:themeColor="text1"/>
                <w:sz w:val="22"/>
              </w:rPr>
            </w:pPr>
            <w:r w:rsidRPr="00D35743">
              <w:rPr>
                <w:rFonts w:cs="Times New Roman"/>
                <w:color w:val="000000" w:themeColor="text1"/>
                <w:sz w:val="22"/>
              </w:rPr>
              <w:t>0.0190</w:t>
            </w:r>
          </w:p>
        </w:tc>
        <w:tc>
          <w:tcPr>
            <w:tcW w:w="2016" w:type="dxa"/>
          </w:tcPr>
          <w:p w14:paraId="7B5D0B37" w14:textId="77777777" w:rsidR="00D94E50" w:rsidRPr="00D35743" w:rsidRDefault="00000000">
            <w:pPr>
              <w:rPr>
                <w:rFonts w:cs="Times New Roman"/>
                <w:color w:val="000000" w:themeColor="text1"/>
                <w:sz w:val="22"/>
              </w:rPr>
            </w:pPr>
            <w:r w:rsidRPr="00D35743">
              <w:rPr>
                <w:rFonts w:cs="Times New Roman"/>
                <w:color w:val="000000" w:themeColor="text1"/>
                <w:sz w:val="22"/>
              </w:rPr>
              <w:t>167</w:t>
            </w:r>
          </w:p>
        </w:tc>
        <w:tc>
          <w:tcPr>
            <w:tcW w:w="2016" w:type="dxa"/>
          </w:tcPr>
          <w:p w14:paraId="3B842F8C" w14:textId="77777777" w:rsidR="00D94E50" w:rsidRPr="00D35743" w:rsidRDefault="00000000">
            <w:pPr>
              <w:rPr>
                <w:rFonts w:cs="Times New Roman"/>
                <w:color w:val="000000" w:themeColor="text1"/>
                <w:sz w:val="22"/>
              </w:rPr>
            </w:pPr>
            <w:r w:rsidRPr="00D35743">
              <w:rPr>
                <w:rFonts w:cs="Times New Roman"/>
                <w:color w:val="000000" w:themeColor="text1"/>
                <w:sz w:val="22"/>
              </w:rPr>
              <w:t>0.1999</w:t>
            </w:r>
          </w:p>
        </w:tc>
        <w:tc>
          <w:tcPr>
            <w:tcW w:w="2016" w:type="dxa"/>
          </w:tcPr>
          <w:p w14:paraId="5920DD5B" w14:textId="77777777" w:rsidR="00D94E50" w:rsidRPr="00D35743" w:rsidRDefault="00000000">
            <w:pPr>
              <w:rPr>
                <w:rFonts w:cs="Times New Roman"/>
                <w:color w:val="000000" w:themeColor="text1"/>
                <w:sz w:val="22"/>
              </w:rPr>
            </w:pPr>
            <w:r w:rsidRPr="00D35743">
              <w:rPr>
                <w:rFonts w:cs="Times New Roman"/>
                <w:color w:val="000000" w:themeColor="text1"/>
                <w:sz w:val="22"/>
              </w:rPr>
              <w:t>718</w:t>
            </w:r>
          </w:p>
        </w:tc>
        <w:tc>
          <w:tcPr>
            <w:tcW w:w="2016" w:type="dxa"/>
          </w:tcPr>
          <w:p w14:paraId="5CD8E18B" w14:textId="77777777" w:rsidR="00D94E50" w:rsidRPr="00D35743" w:rsidRDefault="00000000">
            <w:pPr>
              <w:rPr>
                <w:rFonts w:cs="Times New Roman"/>
                <w:color w:val="000000" w:themeColor="text1"/>
                <w:sz w:val="22"/>
              </w:rPr>
            </w:pPr>
            <w:r w:rsidRPr="00D35743">
              <w:rPr>
                <w:rFonts w:cs="Times New Roman"/>
                <w:color w:val="000000" w:themeColor="text1"/>
                <w:sz w:val="22"/>
              </w:rPr>
              <w:t>1.5527</w:t>
            </w:r>
          </w:p>
        </w:tc>
      </w:tr>
      <w:tr w:rsidR="00D94E50" w:rsidRPr="00D35743" w14:paraId="0FF7919D" w14:textId="77777777">
        <w:tc>
          <w:tcPr>
            <w:tcW w:w="2016" w:type="dxa"/>
          </w:tcPr>
          <w:p w14:paraId="5E3B5E1D" w14:textId="77777777" w:rsidR="00D94E50" w:rsidRPr="00D35743" w:rsidRDefault="00000000">
            <w:pPr>
              <w:rPr>
                <w:rFonts w:cs="Times New Roman"/>
                <w:color w:val="000000" w:themeColor="text1"/>
                <w:sz w:val="22"/>
              </w:rPr>
            </w:pPr>
            <w:r w:rsidRPr="00D35743">
              <w:rPr>
                <w:rFonts w:cs="Times New Roman"/>
                <w:color w:val="000000" w:themeColor="text1"/>
                <w:sz w:val="22"/>
              </w:rPr>
              <w:t>2015</w:t>
            </w:r>
          </w:p>
        </w:tc>
        <w:tc>
          <w:tcPr>
            <w:tcW w:w="2016" w:type="dxa"/>
          </w:tcPr>
          <w:p w14:paraId="269663EA" w14:textId="77777777" w:rsidR="00D94E50" w:rsidRPr="00D35743" w:rsidRDefault="00000000">
            <w:pPr>
              <w:rPr>
                <w:rFonts w:cs="Times New Roman"/>
                <w:color w:val="000000" w:themeColor="text1"/>
                <w:sz w:val="22"/>
              </w:rPr>
            </w:pPr>
            <w:r w:rsidRPr="00D35743">
              <w:rPr>
                <w:rFonts w:cs="Times New Roman"/>
                <w:color w:val="000000" w:themeColor="text1"/>
                <w:sz w:val="22"/>
              </w:rPr>
              <w:t>21</w:t>
            </w:r>
          </w:p>
        </w:tc>
        <w:tc>
          <w:tcPr>
            <w:tcW w:w="2016" w:type="dxa"/>
          </w:tcPr>
          <w:p w14:paraId="7283D8A1" w14:textId="77777777" w:rsidR="00D94E50" w:rsidRPr="00D35743" w:rsidRDefault="00000000">
            <w:pPr>
              <w:rPr>
                <w:rFonts w:cs="Times New Roman"/>
                <w:color w:val="000000" w:themeColor="text1"/>
                <w:sz w:val="22"/>
              </w:rPr>
            </w:pPr>
            <w:r w:rsidRPr="00D35743">
              <w:rPr>
                <w:rFonts w:cs="Times New Roman"/>
                <w:color w:val="000000" w:themeColor="text1"/>
                <w:sz w:val="22"/>
              </w:rPr>
              <w:t>0.0248</w:t>
            </w:r>
          </w:p>
        </w:tc>
        <w:tc>
          <w:tcPr>
            <w:tcW w:w="2016" w:type="dxa"/>
          </w:tcPr>
          <w:p w14:paraId="471A8369" w14:textId="77777777" w:rsidR="00D94E50" w:rsidRPr="00D35743" w:rsidRDefault="00000000">
            <w:pPr>
              <w:rPr>
                <w:rFonts w:cs="Times New Roman"/>
                <w:color w:val="000000" w:themeColor="text1"/>
                <w:sz w:val="22"/>
              </w:rPr>
            </w:pPr>
            <w:r w:rsidRPr="00D35743">
              <w:rPr>
                <w:rFonts w:cs="Times New Roman"/>
                <w:color w:val="000000" w:themeColor="text1"/>
                <w:sz w:val="22"/>
              </w:rPr>
              <w:t>162</w:t>
            </w:r>
          </w:p>
        </w:tc>
        <w:tc>
          <w:tcPr>
            <w:tcW w:w="2016" w:type="dxa"/>
          </w:tcPr>
          <w:p w14:paraId="5F3034C6" w14:textId="77777777" w:rsidR="00D94E50" w:rsidRPr="00D35743" w:rsidRDefault="00000000">
            <w:pPr>
              <w:rPr>
                <w:rFonts w:cs="Times New Roman"/>
                <w:color w:val="000000" w:themeColor="text1"/>
                <w:sz w:val="22"/>
              </w:rPr>
            </w:pPr>
            <w:r w:rsidRPr="00D35743">
              <w:rPr>
                <w:rFonts w:cs="Times New Roman"/>
                <w:color w:val="000000" w:themeColor="text1"/>
                <w:sz w:val="22"/>
              </w:rPr>
              <w:t>0.1927</w:t>
            </w:r>
          </w:p>
        </w:tc>
        <w:tc>
          <w:tcPr>
            <w:tcW w:w="2016" w:type="dxa"/>
          </w:tcPr>
          <w:p w14:paraId="576583C5" w14:textId="77777777" w:rsidR="00D94E50" w:rsidRPr="00D35743" w:rsidRDefault="00000000">
            <w:pPr>
              <w:rPr>
                <w:rFonts w:cs="Times New Roman"/>
                <w:color w:val="000000" w:themeColor="text1"/>
                <w:sz w:val="22"/>
              </w:rPr>
            </w:pPr>
            <w:r w:rsidRPr="00D35743">
              <w:rPr>
                <w:rFonts w:cs="Times New Roman"/>
                <w:color w:val="000000" w:themeColor="text1"/>
                <w:sz w:val="22"/>
              </w:rPr>
              <w:t>737</w:t>
            </w:r>
          </w:p>
        </w:tc>
        <w:tc>
          <w:tcPr>
            <w:tcW w:w="2016" w:type="dxa"/>
          </w:tcPr>
          <w:p w14:paraId="6C7CEF5C" w14:textId="77777777" w:rsidR="00D94E50" w:rsidRPr="00D35743" w:rsidRDefault="00000000">
            <w:pPr>
              <w:rPr>
                <w:rFonts w:cs="Times New Roman"/>
                <w:color w:val="000000" w:themeColor="text1"/>
                <w:sz w:val="22"/>
              </w:rPr>
            </w:pPr>
            <w:r w:rsidRPr="00D35743">
              <w:rPr>
                <w:rFonts w:cs="Times New Roman"/>
                <w:color w:val="000000" w:themeColor="text1"/>
                <w:sz w:val="22"/>
              </w:rPr>
              <w:t>1.5431</w:t>
            </w:r>
          </w:p>
        </w:tc>
      </w:tr>
      <w:tr w:rsidR="00D94E50" w:rsidRPr="00D35743" w14:paraId="3B3350C5" w14:textId="77777777">
        <w:tc>
          <w:tcPr>
            <w:tcW w:w="2016" w:type="dxa"/>
          </w:tcPr>
          <w:p w14:paraId="2799EACF" w14:textId="77777777" w:rsidR="00D94E50" w:rsidRPr="00D35743" w:rsidRDefault="00000000">
            <w:pPr>
              <w:rPr>
                <w:rFonts w:cs="Times New Roman"/>
                <w:color w:val="000000" w:themeColor="text1"/>
                <w:sz w:val="22"/>
              </w:rPr>
            </w:pPr>
            <w:r w:rsidRPr="00D35743">
              <w:rPr>
                <w:rFonts w:cs="Times New Roman"/>
                <w:color w:val="000000" w:themeColor="text1"/>
                <w:sz w:val="22"/>
              </w:rPr>
              <w:t>2016</w:t>
            </w:r>
          </w:p>
        </w:tc>
        <w:tc>
          <w:tcPr>
            <w:tcW w:w="2016" w:type="dxa"/>
          </w:tcPr>
          <w:p w14:paraId="56D1D892" w14:textId="77777777" w:rsidR="00D94E50" w:rsidRPr="00D35743" w:rsidRDefault="00000000">
            <w:pPr>
              <w:rPr>
                <w:rFonts w:cs="Times New Roman"/>
                <w:color w:val="000000" w:themeColor="text1"/>
                <w:sz w:val="22"/>
              </w:rPr>
            </w:pPr>
            <w:r w:rsidRPr="00D35743">
              <w:rPr>
                <w:rFonts w:cs="Times New Roman"/>
                <w:color w:val="000000" w:themeColor="text1"/>
                <w:sz w:val="22"/>
              </w:rPr>
              <w:t>27</w:t>
            </w:r>
          </w:p>
        </w:tc>
        <w:tc>
          <w:tcPr>
            <w:tcW w:w="2016" w:type="dxa"/>
          </w:tcPr>
          <w:p w14:paraId="4B6E3CEB" w14:textId="77777777" w:rsidR="00D94E50" w:rsidRPr="00D35743" w:rsidRDefault="00000000">
            <w:pPr>
              <w:rPr>
                <w:rFonts w:cs="Times New Roman"/>
                <w:color w:val="000000" w:themeColor="text1"/>
                <w:sz w:val="22"/>
              </w:rPr>
            </w:pPr>
            <w:r w:rsidRPr="00D35743">
              <w:rPr>
                <w:rFonts w:cs="Times New Roman"/>
                <w:color w:val="000000" w:themeColor="text1"/>
                <w:sz w:val="22"/>
              </w:rPr>
              <w:t>0.0317</w:t>
            </w:r>
          </w:p>
        </w:tc>
        <w:tc>
          <w:tcPr>
            <w:tcW w:w="2016" w:type="dxa"/>
          </w:tcPr>
          <w:p w14:paraId="5F23E214" w14:textId="77777777" w:rsidR="00D94E50" w:rsidRPr="00D35743" w:rsidRDefault="00000000">
            <w:pPr>
              <w:rPr>
                <w:rFonts w:cs="Times New Roman"/>
                <w:color w:val="000000" w:themeColor="text1"/>
                <w:sz w:val="22"/>
              </w:rPr>
            </w:pPr>
            <w:r w:rsidRPr="00D35743">
              <w:rPr>
                <w:rFonts w:cs="Times New Roman"/>
                <w:color w:val="000000" w:themeColor="text1"/>
                <w:sz w:val="22"/>
              </w:rPr>
              <w:t>188</w:t>
            </w:r>
          </w:p>
        </w:tc>
        <w:tc>
          <w:tcPr>
            <w:tcW w:w="2016" w:type="dxa"/>
          </w:tcPr>
          <w:p w14:paraId="7EA509E1" w14:textId="77777777" w:rsidR="00D94E50" w:rsidRPr="00D35743" w:rsidRDefault="00000000">
            <w:pPr>
              <w:rPr>
                <w:rFonts w:cs="Times New Roman"/>
                <w:color w:val="000000" w:themeColor="text1"/>
                <w:sz w:val="22"/>
              </w:rPr>
            </w:pPr>
            <w:r w:rsidRPr="00D35743">
              <w:rPr>
                <w:rFonts w:cs="Times New Roman"/>
                <w:color w:val="000000" w:themeColor="text1"/>
                <w:sz w:val="22"/>
              </w:rPr>
              <w:t>0.2231</w:t>
            </w:r>
          </w:p>
        </w:tc>
        <w:tc>
          <w:tcPr>
            <w:tcW w:w="2016" w:type="dxa"/>
          </w:tcPr>
          <w:p w14:paraId="1C78FD2B" w14:textId="77777777" w:rsidR="00D94E50" w:rsidRPr="00D35743" w:rsidRDefault="00000000">
            <w:pPr>
              <w:rPr>
                <w:rFonts w:cs="Times New Roman"/>
                <w:color w:val="000000" w:themeColor="text1"/>
                <w:sz w:val="22"/>
              </w:rPr>
            </w:pPr>
            <w:r w:rsidRPr="00D35743">
              <w:rPr>
                <w:rFonts w:cs="Times New Roman"/>
                <w:color w:val="000000" w:themeColor="text1"/>
                <w:sz w:val="22"/>
              </w:rPr>
              <w:t>783</w:t>
            </w:r>
          </w:p>
        </w:tc>
        <w:tc>
          <w:tcPr>
            <w:tcW w:w="2016" w:type="dxa"/>
          </w:tcPr>
          <w:p w14:paraId="68951AD5" w14:textId="77777777" w:rsidR="00D94E50" w:rsidRPr="00D35743" w:rsidRDefault="00000000">
            <w:pPr>
              <w:rPr>
                <w:rFonts w:cs="Times New Roman"/>
                <w:color w:val="000000" w:themeColor="text1"/>
                <w:sz w:val="22"/>
              </w:rPr>
            </w:pPr>
            <w:r w:rsidRPr="00D35743">
              <w:rPr>
                <w:rFonts w:cs="Times New Roman"/>
                <w:color w:val="000000" w:themeColor="text1"/>
                <w:sz w:val="22"/>
              </w:rPr>
              <w:t>1.5900</w:t>
            </w:r>
          </w:p>
        </w:tc>
      </w:tr>
      <w:tr w:rsidR="00D94E50" w:rsidRPr="00D35743" w14:paraId="4E0DD7B4" w14:textId="77777777">
        <w:tc>
          <w:tcPr>
            <w:tcW w:w="2016" w:type="dxa"/>
          </w:tcPr>
          <w:p w14:paraId="3AAE64EB" w14:textId="77777777" w:rsidR="00D94E50" w:rsidRPr="00D35743" w:rsidRDefault="00000000">
            <w:pPr>
              <w:rPr>
                <w:rFonts w:cs="Times New Roman"/>
                <w:color w:val="000000" w:themeColor="text1"/>
                <w:sz w:val="22"/>
              </w:rPr>
            </w:pPr>
            <w:r w:rsidRPr="00D35743">
              <w:rPr>
                <w:rFonts w:cs="Times New Roman"/>
                <w:color w:val="000000" w:themeColor="text1"/>
                <w:sz w:val="22"/>
              </w:rPr>
              <w:t>2017</w:t>
            </w:r>
          </w:p>
        </w:tc>
        <w:tc>
          <w:tcPr>
            <w:tcW w:w="2016" w:type="dxa"/>
          </w:tcPr>
          <w:p w14:paraId="4F624C8F" w14:textId="77777777" w:rsidR="00D94E50" w:rsidRPr="00D35743" w:rsidRDefault="00000000">
            <w:pPr>
              <w:rPr>
                <w:rFonts w:cs="Times New Roman"/>
                <w:color w:val="000000" w:themeColor="text1"/>
                <w:sz w:val="22"/>
              </w:rPr>
            </w:pPr>
            <w:r w:rsidRPr="00D35743">
              <w:rPr>
                <w:rFonts w:cs="Times New Roman"/>
                <w:color w:val="000000" w:themeColor="text1"/>
                <w:sz w:val="22"/>
              </w:rPr>
              <w:t>44</w:t>
            </w:r>
          </w:p>
        </w:tc>
        <w:tc>
          <w:tcPr>
            <w:tcW w:w="2016" w:type="dxa"/>
          </w:tcPr>
          <w:p w14:paraId="091FE4D7" w14:textId="77777777" w:rsidR="00D94E50" w:rsidRPr="00D35743" w:rsidRDefault="00000000">
            <w:pPr>
              <w:rPr>
                <w:rFonts w:cs="Times New Roman"/>
                <w:color w:val="000000" w:themeColor="text1"/>
                <w:sz w:val="22"/>
              </w:rPr>
            </w:pPr>
            <w:r w:rsidRPr="00D35743">
              <w:rPr>
                <w:rFonts w:cs="Times New Roman"/>
                <w:color w:val="000000" w:themeColor="text1"/>
                <w:sz w:val="22"/>
              </w:rPr>
              <w:t>0.0510</w:t>
            </w:r>
          </w:p>
        </w:tc>
        <w:tc>
          <w:tcPr>
            <w:tcW w:w="2016" w:type="dxa"/>
          </w:tcPr>
          <w:p w14:paraId="279ACC3F" w14:textId="77777777" w:rsidR="00D94E50" w:rsidRPr="00D35743" w:rsidRDefault="00000000">
            <w:pPr>
              <w:rPr>
                <w:rFonts w:cs="Times New Roman"/>
                <w:color w:val="000000" w:themeColor="text1"/>
                <w:sz w:val="22"/>
              </w:rPr>
            </w:pPr>
            <w:r w:rsidRPr="00D35743">
              <w:rPr>
                <w:rFonts w:cs="Times New Roman"/>
                <w:color w:val="000000" w:themeColor="text1"/>
                <w:sz w:val="22"/>
              </w:rPr>
              <w:t>200</w:t>
            </w:r>
          </w:p>
        </w:tc>
        <w:tc>
          <w:tcPr>
            <w:tcW w:w="2016" w:type="dxa"/>
          </w:tcPr>
          <w:p w14:paraId="789A52F1" w14:textId="77777777" w:rsidR="00D94E50" w:rsidRPr="00D35743" w:rsidRDefault="00000000">
            <w:pPr>
              <w:rPr>
                <w:rFonts w:cs="Times New Roman"/>
                <w:color w:val="000000" w:themeColor="text1"/>
                <w:sz w:val="22"/>
              </w:rPr>
            </w:pPr>
            <w:r w:rsidRPr="00D35743">
              <w:rPr>
                <w:rFonts w:cs="Times New Roman"/>
                <w:color w:val="000000" w:themeColor="text1"/>
                <w:sz w:val="22"/>
              </w:rPr>
              <w:t>0.2370</w:t>
            </w:r>
          </w:p>
        </w:tc>
        <w:tc>
          <w:tcPr>
            <w:tcW w:w="2016" w:type="dxa"/>
          </w:tcPr>
          <w:p w14:paraId="536CE162" w14:textId="77777777" w:rsidR="00D94E50" w:rsidRPr="00D35743" w:rsidRDefault="00000000">
            <w:pPr>
              <w:rPr>
                <w:rFonts w:cs="Times New Roman"/>
                <w:color w:val="000000" w:themeColor="text1"/>
                <w:sz w:val="22"/>
              </w:rPr>
            </w:pPr>
            <w:r w:rsidRPr="00D35743">
              <w:rPr>
                <w:rFonts w:cs="Times New Roman"/>
                <w:color w:val="000000" w:themeColor="text1"/>
                <w:sz w:val="22"/>
              </w:rPr>
              <w:t>757</w:t>
            </w:r>
          </w:p>
        </w:tc>
        <w:tc>
          <w:tcPr>
            <w:tcW w:w="2016" w:type="dxa"/>
          </w:tcPr>
          <w:p w14:paraId="130F53C8" w14:textId="77777777" w:rsidR="00D94E50" w:rsidRPr="00D35743" w:rsidRDefault="00000000">
            <w:pPr>
              <w:rPr>
                <w:rFonts w:cs="Times New Roman"/>
                <w:color w:val="000000" w:themeColor="text1"/>
                <w:sz w:val="22"/>
              </w:rPr>
            </w:pPr>
            <w:r w:rsidRPr="00D35743">
              <w:rPr>
                <w:rFonts w:cs="Times New Roman"/>
                <w:color w:val="000000" w:themeColor="text1"/>
                <w:sz w:val="22"/>
              </w:rPr>
              <w:t>1.4884</w:t>
            </w:r>
          </w:p>
        </w:tc>
      </w:tr>
      <w:tr w:rsidR="00D94E50" w:rsidRPr="00D35743" w14:paraId="01D5FE7B" w14:textId="77777777">
        <w:tc>
          <w:tcPr>
            <w:tcW w:w="2016" w:type="dxa"/>
          </w:tcPr>
          <w:p w14:paraId="0418E923"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2016" w:type="dxa"/>
          </w:tcPr>
          <w:p w14:paraId="4AB4A7E6" w14:textId="77777777" w:rsidR="00D94E50" w:rsidRPr="00D35743" w:rsidRDefault="00000000">
            <w:pPr>
              <w:rPr>
                <w:rFonts w:cs="Times New Roman"/>
                <w:color w:val="000000" w:themeColor="text1"/>
                <w:sz w:val="22"/>
              </w:rPr>
            </w:pPr>
            <w:r w:rsidRPr="00D35743">
              <w:rPr>
                <w:rFonts w:cs="Times New Roman"/>
                <w:color w:val="000000" w:themeColor="text1"/>
                <w:sz w:val="22"/>
              </w:rPr>
              <w:t>31</w:t>
            </w:r>
          </w:p>
        </w:tc>
        <w:tc>
          <w:tcPr>
            <w:tcW w:w="2016" w:type="dxa"/>
          </w:tcPr>
          <w:p w14:paraId="0F9A07A3" w14:textId="77777777" w:rsidR="00D94E50" w:rsidRPr="00D35743" w:rsidRDefault="00000000">
            <w:pPr>
              <w:rPr>
                <w:rFonts w:cs="Times New Roman"/>
                <w:color w:val="000000" w:themeColor="text1"/>
                <w:sz w:val="22"/>
              </w:rPr>
            </w:pPr>
            <w:r w:rsidRPr="00D35743">
              <w:rPr>
                <w:rFonts w:cs="Times New Roman"/>
                <w:color w:val="000000" w:themeColor="text1"/>
                <w:sz w:val="22"/>
              </w:rPr>
              <w:t>0.0356</w:t>
            </w:r>
          </w:p>
        </w:tc>
        <w:tc>
          <w:tcPr>
            <w:tcW w:w="2016" w:type="dxa"/>
          </w:tcPr>
          <w:p w14:paraId="2323ACF7" w14:textId="77777777" w:rsidR="00D94E50" w:rsidRPr="00D35743" w:rsidRDefault="00000000">
            <w:pPr>
              <w:rPr>
                <w:rFonts w:cs="Times New Roman"/>
                <w:color w:val="000000" w:themeColor="text1"/>
                <w:sz w:val="22"/>
              </w:rPr>
            </w:pPr>
            <w:r w:rsidRPr="00D35743">
              <w:rPr>
                <w:rFonts w:cs="Times New Roman"/>
                <w:color w:val="000000" w:themeColor="text1"/>
                <w:sz w:val="22"/>
              </w:rPr>
              <w:t>196</w:t>
            </w:r>
          </w:p>
        </w:tc>
        <w:tc>
          <w:tcPr>
            <w:tcW w:w="2016" w:type="dxa"/>
          </w:tcPr>
          <w:p w14:paraId="2AAF54C7" w14:textId="77777777" w:rsidR="00D94E50" w:rsidRPr="00D35743" w:rsidRDefault="00000000">
            <w:pPr>
              <w:rPr>
                <w:rFonts w:cs="Times New Roman"/>
                <w:color w:val="000000" w:themeColor="text1"/>
                <w:sz w:val="22"/>
              </w:rPr>
            </w:pPr>
            <w:r w:rsidRPr="00D35743">
              <w:rPr>
                <w:rFonts w:cs="Times New Roman"/>
                <w:color w:val="000000" w:themeColor="text1"/>
                <w:sz w:val="22"/>
              </w:rPr>
              <w:t>0.2336</w:t>
            </w:r>
          </w:p>
        </w:tc>
        <w:tc>
          <w:tcPr>
            <w:tcW w:w="2016" w:type="dxa"/>
          </w:tcPr>
          <w:p w14:paraId="23540FFD" w14:textId="77777777" w:rsidR="00D94E50" w:rsidRPr="00D35743" w:rsidRDefault="00000000">
            <w:pPr>
              <w:rPr>
                <w:rFonts w:cs="Times New Roman"/>
                <w:color w:val="000000" w:themeColor="text1"/>
                <w:sz w:val="22"/>
              </w:rPr>
            </w:pPr>
            <w:r w:rsidRPr="00D35743">
              <w:rPr>
                <w:rFonts w:cs="Times New Roman"/>
                <w:color w:val="000000" w:themeColor="text1"/>
                <w:sz w:val="22"/>
              </w:rPr>
              <w:t>843</w:t>
            </w:r>
          </w:p>
        </w:tc>
        <w:tc>
          <w:tcPr>
            <w:tcW w:w="2016" w:type="dxa"/>
          </w:tcPr>
          <w:p w14:paraId="6AF63180" w14:textId="77777777" w:rsidR="00D94E50" w:rsidRPr="00D35743" w:rsidRDefault="00000000">
            <w:pPr>
              <w:rPr>
                <w:rFonts w:cs="Times New Roman"/>
                <w:color w:val="000000" w:themeColor="text1"/>
                <w:sz w:val="22"/>
              </w:rPr>
            </w:pPr>
            <w:r w:rsidRPr="00D35743">
              <w:rPr>
                <w:rFonts w:cs="Times New Roman"/>
                <w:color w:val="000000" w:themeColor="text1"/>
                <w:sz w:val="22"/>
              </w:rPr>
              <w:t>1.6078</w:t>
            </w:r>
          </w:p>
        </w:tc>
      </w:tr>
      <w:tr w:rsidR="00D94E50" w:rsidRPr="00D35743" w14:paraId="6AE6644F" w14:textId="77777777">
        <w:tc>
          <w:tcPr>
            <w:tcW w:w="2016" w:type="dxa"/>
          </w:tcPr>
          <w:p w14:paraId="09905548"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2016" w:type="dxa"/>
          </w:tcPr>
          <w:p w14:paraId="01245F2A" w14:textId="77777777" w:rsidR="00D94E50" w:rsidRPr="00D35743" w:rsidRDefault="00000000">
            <w:pPr>
              <w:rPr>
                <w:rFonts w:cs="Times New Roman"/>
                <w:color w:val="000000" w:themeColor="text1"/>
                <w:sz w:val="22"/>
              </w:rPr>
            </w:pPr>
            <w:r w:rsidRPr="00D35743">
              <w:rPr>
                <w:rFonts w:cs="Times New Roman"/>
                <w:color w:val="000000" w:themeColor="text1"/>
                <w:sz w:val="22"/>
              </w:rPr>
              <w:t>41</w:t>
            </w:r>
          </w:p>
        </w:tc>
        <w:tc>
          <w:tcPr>
            <w:tcW w:w="2016" w:type="dxa"/>
          </w:tcPr>
          <w:p w14:paraId="6B63749C" w14:textId="77777777" w:rsidR="00D94E50" w:rsidRPr="00D35743" w:rsidRDefault="00000000">
            <w:pPr>
              <w:rPr>
                <w:rFonts w:cs="Times New Roman"/>
                <w:color w:val="000000" w:themeColor="text1"/>
                <w:sz w:val="22"/>
              </w:rPr>
            </w:pPr>
            <w:r w:rsidRPr="00D35743">
              <w:rPr>
                <w:rFonts w:cs="Times New Roman"/>
                <w:color w:val="000000" w:themeColor="text1"/>
                <w:sz w:val="22"/>
              </w:rPr>
              <w:t>0.0468</w:t>
            </w:r>
          </w:p>
        </w:tc>
        <w:tc>
          <w:tcPr>
            <w:tcW w:w="2016" w:type="dxa"/>
          </w:tcPr>
          <w:p w14:paraId="617D759E" w14:textId="77777777" w:rsidR="00D94E50" w:rsidRPr="00D35743" w:rsidRDefault="00000000">
            <w:pPr>
              <w:rPr>
                <w:rFonts w:cs="Times New Roman"/>
                <w:color w:val="000000" w:themeColor="text1"/>
                <w:sz w:val="22"/>
              </w:rPr>
            </w:pPr>
            <w:r w:rsidRPr="00D35743">
              <w:rPr>
                <w:rFonts w:cs="Times New Roman"/>
                <w:color w:val="000000" w:themeColor="text1"/>
                <w:sz w:val="22"/>
              </w:rPr>
              <w:t>227</w:t>
            </w:r>
          </w:p>
        </w:tc>
        <w:tc>
          <w:tcPr>
            <w:tcW w:w="2016" w:type="dxa"/>
          </w:tcPr>
          <w:p w14:paraId="251610EE" w14:textId="77777777" w:rsidR="00D94E50" w:rsidRPr="00D35743" w:rsidRDefault="00000000">
            <w:pPr>
              <w:rPr>
                <w:rFonts w:cs="Times New Roman"/>
                <w:color w:val="000000" w:themeColor="text1"/>
                <w:sz w:val="22"/>
              </w:rPr>
            </w:pPr>
            <w:r w:rsidRPr="00D35743">
              <w:rPr>
                <w:rFonts w:cs="Times New Roman"/>
                <w:color w:val="000000" w:themeColor="text1"/>
                <w:sz w:val="22"/>
              </w:rPr>
              <w:t>0.2724</w:t>
            </w:r>
          </w:p>
        </w:tc>
        <w:tc>
          <w:tcPr>
            <w:tcW w:w="2016" w:type="dxa"/>
          </w:tcPr>
          <w:p w14:paraId="5A944ED4" w14:textId="77777777" w:rsidR="00D94E50" w:rsidRPr="00D35743" w:rsidRDefault="00000000">
            <w:pPr>
              <w:rPr>
                <w:rFonts w:cs="Times New Roman"/>
                <w:color w:val="000000" w:themeColor="text1"/>
                <w:sz w:val="22"/>
              </w:rPr>
            </w:pPr>
            <w:r w:rsidRPr="00D35743">
              <w:rPr>
                <w:rFonts w:cs="Times New Roman"/>
                <w:color w:val="000000" w:themeColor="text1"/>
                <w:sz w:val="22"/>
              </w:rPr>
              <w:t>889</w:t>
            </w:r>
          </w:p>
        </w:tc>
        <w:tc>
          <w:tcPr>
            <w:tcW w:w="2016" w:type="dxa"/>
          </w:tcPr>
          <w:p w14:paraId="06A10917" w14:textId="77777777" w:rsidR="00D94E50" w:rsidRPr="00D35743" w:rsidRDefault="00000000">
            <w:pPr>
              <w:rPr>
                <w:rFonts w:cs="Times New Roman"/>
                <w:color w:val="000000" w:themeColor="text1"/>
                <w:sz w:val="22"/>
              </w:rPr>
            </w:pPr>
            <w:r w:rsidRPr="00D35743">
              <w:rPr>
                <w:rFonts w:cs="Times New Roman"/>
                <w:color w:val="000000" w:themeColor="text1"/>
                <w:sz w:val="22"/>
              </w:rPr>
              <w:t>1.6445</w:t>
            </w:r>
          </w:p>
        </w:tc>
      </w:tr>
      <w:tr w:rsidR="00D94E50" w:rsidRPr="00D35743" w14:paraId="35A75420" w14:textId="77777777">
        <w:tc>
          <w:tcPr>
            <w:tcW w:w="2016" w:type="dxa"/>
          </w:tcPr>
          <w:p w14:paraId="23A32A4E"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2016" w:type="dxa"/>
          </w:tcPr>
          <w:p w14:paraId="459AB2B3" w14:textId="77777777" w:rsidR="00D94E50" w:rsidRPr="00D35743" w:rsidRDefault="00000000">
            <w:pPr>
              <w:rPr>
                <w:rFonts w:cs="Times New Roman"/>
                <w:color w:val="000000" w:themeColor="text1"/>
                <w:sz w:val="22"/>
              </w:rPr>
            </w:pPr>
            <w:r w:rsidRPr="00D35743">
              <w:rPr>
                <w:rFonts w:cs="Times New Roman"/>
                <w:color w:val="000000" w:themeColor="text1"/>
                <w:sz w:val="22"/>
              </w:rPr>
              <w:t>40</w:t>
            </w:r>
          </w:p>
        </w:tc>
        <w:tc>
          <w:tcPr>
            <w:tcW w:w="2016" w:type="dxa"/>
          </w:tcPr>
          <w:p w14:paraId="5AC657FD" w14:textId="77777777" w:rsidR="00D94E50" w:rsidRPr="00D35743" w:rsidRDefault="00000000">
            <w:pPr>
              <w:rPr>
                <w:rFonts w:cs="Times New Roman"/>
                <w:color w:val="000000" w:themeColor="text1"/>
                <w:sz w:val="22"/>
              </w:rPr>
            </w:pPr>
            <w:r w:rsidRPr="00D35743">
              <w:rPr>
                <w:rFonts w:cs="Times New Roman"/>
                <w:color w:val="000000" w:themeColor="text1"/>
                <w:sz w:val="22"/>
              </w:rPr>
              <w:t>0.0453</w:t>
            </w:r>
          </w:p>
        </w:tc>
        <w:tc>
          <w:tcPr>
            <w:tcW w:w="2016" w:type="dxa"/>
          </w:tcPr>
          <w:p w14:paraId="062A7262" w14:textId="77777777" w:rsidR="00D94E50" w:rsidRPr="00D35743" w:rsidRDefault="00000000">
            <w:pPr>
              <w:rPr>
                <w:rFonts w:cs="Times New Roman"/>
                <w:color w:val="000000" w:themeColor="text1"/>
                <w:sz w:val="22"/>
              </w:rPr>
            </w:pPr>
            <w:r w:rsidRPr="00D35743">
              <w:rPr>
                <w:rFonts w:cs="Times New Roman"/>
                <w:color w:val="000000" w:themeColor="text1"/>
                <w:sz w:val="22"/>
              </w:rPr>
              <w:t>258</w:t>
            </w:r>
          </w:p>
        </w:tc>
        <w:tc>
          <w:tcPr>
            <w:tcW w:w="2016" w:type="dxa"/>
          </w:tcPr>
          <w:p w14:paraId="2572DB8A" w14:textId="77777777" w:rsidR="00D94E50" w:rsidRPr="00D35743" w:rsidRDefault="00000000">
            <w:pPr>
              <w:rPr>
                <w:rFonts w:cs="Times New Roman"/>
                <w:color w:val="000000" w:themeColor="text1"/>
                <w:sz w:val="22"/>
              </w:rPr>
            </w:pPr>
            <w:r w:rsidRPr="00D35743">
              <w:rPr>
                <w:rFonts w:cs="Times New Roman"/>
                <w:color w:val="000000" w:themeColor="text1"/>
                <w:sz w:val="22"/>
              </w:rPr>
              <w:t>0.3117</w:t>
            </w:r>
          </w:p>
        </w:tc>
        <w:tc>
          <w:tcPr>
            <w:tcW w:w="2016" w:type="dxa"/>
          </w:tcPr>
          <w:p w14:paraId="425D10FA" w14:textId="77777777" w:rsidR="00D94E50" w:rsidRPr="00D35743" w:rsidRDefault="00000000">
            <w:pPr>
              <w:rPr>
                <w:rFonts w:cs="Times New Roman"/>
                <w:color w:val="000000" w:themeColor="text1"/>
                <w:sz w:val="22"/>
              </w:rPr>
            </w:pPr>
            <w:r w:rsidRPr="00D35743">
              <w:rPr>
                <w:rFonts w:cs="Times New Roman"/>
                <w:color w:val="000000" w:themeColor="text1"/>
                <w:sz w:val="22"/>
              </w:rPr>
              <w:t>1,018</w:t>
            </w:r>
          </w:p>
        </w:tc>
        <w:tc>
          <w:tcPr>
            <w:tcW w:w="2016" w:type="dxa"/>
          </w:tcPr>
          <w:p w14:paraId="07612A7B" w14:textId="77777777" w:rsidR="00D94E50" w:rsidRPr="00D35743" w:rsidRDefault="00000000">
            <w:pPr>
              <w:rPr>
                <w:rFonts w:cs="Times New Roman"/>
                <w:color w:val="000000" w:themeColor="text1"/>
                <w:sz w:val="22"/>
              </w:rPr>
            </w:pPr>
            <w:r w:rsidRPr="00D35743">
              <w:rPr>
                <w:rFonts w:cs="Times New Roman"/>
                <w:color w:val="000000" w:themeColor="text1"/>
                <w:sz w:val="22"/>
              </w:rPr>
              <w:t>1.8290</w:t>
            </w:r>
          </w:p>
        </w:tc>
      </w:tr>
      <w:tr w:rsidR="00D94E50" w:rsidRPr="00D35743" w14:paraId="1CD28462" w14:textId="77777777">
        <w:tc>
          <w:tcPr>
            <w:tcW w:w="2016" w:type="dxa"/>
          </w:tcPr>
          <w:p w14:paraId="6F53263D" w14:textId="77777777" w:rsidR="00D94E50" w:rsidRPr="00D35743" w:rsidRDefault="00000000">
            <w:pPr>
              <w:rPr>
                <w:rFonts w:cs="Times New Roman"/>
                <w:color w:val="000000" w:themeColor="text1"/>
                <w:sz w:val="22"/>
              </w:rPr>
            </w:pPr>
            <w:r w:rsidRPr="00D35743">
              <w:rPr>
                <w:rFonts w:cs="Times New Roman"/>
                <w:color w:val="000000" w:themeColor="text1"/>
                <w:sz w:val="22"/>
              </w:rPr>
              <w:t>2021</w:t>
            </w:r>
          </w:p>
        </w:tc>
        <w:tc>
          <w:tcPr>
            <w:tcW w:w="2016" w:type="dxa"/>
          </w:tcPr>
          <w:p w14:paraId="63EEF176" w14:textId="77777777" w:rsidR="00D94E50" w:rsidRPr="00D35743" w:rsidRDefault="00000000">
            <w:pPr>
              <w:rPr>
                <w:rFonts w:cs="Times New Roman"/>
                <w:color w:val="000000" w:themeColor="text1"/>
                <w:sz w:val="22"/>
              </w:rPr>
            </w:pPr>
            <w:r w:rsidRPr="00D35743">
              <w:rPr>
                <w:rFonts w:cs="Times New Roman"/>
                <w:color w:val="000000" w:themeColor="text1"/>
                <w:sz w:val="22"/>
              </w:rPr>
              <w:t>63</w:t>
            </w:r>
          </w:p>
        </w:tc>
        <w:tc>
          <w:tcPr>
            <w:tcW w:w="2016" w:type="dxa"/>
          </w:tcPr>
          <w:p w14:paraId="60B22D15" w14:textId="77777777" w:rsidR="00D94E50" w:rsidRPr="00D35743" w:rsidRDefault="00000000">
            <w:pPr>
              <w:rPr>
                <w:rFonts w:cs="Times New Roman"/>
                <w:color w:val="000000" w:themeColor="text1"/>
                <w:sz w:val="22"/>
              </w:rPr>
            </w:pPr>
            <w:r w:rsidRPr="00D35743">
              <w:rPr>
                <w:rFonts w:cs="Times New Roman"/>
                <w:color w:val="000000" w:themeColor="text1"/>
                <w:sz w:val="22"/>
              </w:rPr>
              <w:t>0.0709</w:t>
            </w:r>
          </w:p>
        </w:tc>
        <w:tc>
          <w:tcPr>
            <w:tcW w:w="2016" w:type="dxa"/>
          </w:tcPr>
          <w:p w14:paraId="2E786A14" w14:textId="77777777" w:rsidR="00D94E50" w:rsidRPr="00D35743" w:rsidRDefault="00000000">
            <w:pPr>
              <w:rPr>
                <w:rFonts w:cs="Times New Roman"/>
                <w:color w:val="000000" w:themeColor="text1"/>
                <w:sz w:val="22"/>
              </w:rPr>
            </w:pPr>
            <w:r w:rsidRPr="00D35743">
              <w:rPr>
                <w:rFonts w:cs="Times New Roman"/>
                <w:color w:val="000000" w:themeColor="text1"/>
                <w:sz w:val="22"/>
              </w:rPr>
              <w:t>242</w:t>
            </w:r>
          </w:p>
        </w:tc>
        <w:tc>
          <w:tcPr>
            <w:tcW w:w="2016" w:type="dxa"/>
          </w:tcPr>
          <w:p w14:paraId="5C8A46DF" w14:textId="77777777" w:rsidR="00D94E50" w:rsidRPr="00D35743" w:rsidRDefault="00000000">
            <w:pPr>
              <w:rPr>
                <w:rFonts w:cs="Times New Roman"/>
                <w:color w:val="000000" w:themeColor="text1"/>
                <w:sz w:val="22"/>
              </w:rPr>
            </w:pPr>
            <w:r w:rsidRPr="00D35743">
              <w:rPr>
                <w:rFonts w:cs="Times New Roman"/>
                <w:color w:val="000000" w:themeColor="text1"/>
                <w:sz w:val="22"/>
              </w:rPr>
              <w:t>0.2898</w:t>
            </w:r>
          </w:p>
        </w:tc>
        <w:tc>
          <w:tcPr>
            <w:tcW w:w="2016" w:type="dxa"/>
          </w:tcPr>
          <w:p w14:paraId="3FCDCF66" w14:textId="77777777" w:rsidR="00D94E50" w:rsidRPr="00D35743" w:rsidRDefault="00000000">
            <w:pPr>
              <w:rPr>
                <w:rFonts w:cs="Times New Roman"/>
                <w:color w:val="000000" w:themeColor="text1"/>
                <w:sz w:val="22"/>
              </w:rPr>
            </w:pPr>
            <w:r w:rsidRPr="00D35743">
              <w:rPr>
                <w:rFonts w:cs="Times New Roman"/>
                <w:color w:val="000000" w:themeColor="text1"/>
                <w:sz w:val="22"/>
              </w:rPr>
              <w:t>1,004</w:t>
            </w:r>
          </w:p>
        </w:tc>
        <w:tc>
          <w:tcPr>
            <w:tcW w:w="2016" w:type="dxa"/>
          </w:tcPr>
          <w:p w14:paraId="559A5598" w14:textId="77777777" w:rsidR="00D94E50" w:rsidRPr="00D35743" w:rsidRDefault="00000000">
            <w:pPr>
              <w:rPr>
                <w:rFonts w:cs="Times New Roman"/>
                <w:color w:val="000000" w:themeColor="text1"/>
                <w:sz w:val="22"/>
              </w:rPr>
            </w:pPr>
            <w:r w:rsidRPr="00D35743">
              <w:rPr>
                <w:rFonts w:cs="Times New Roman"/>
                <w:color w:val="000000" w:themeColor="text1"/>
                <w:sz w:val="22"/>
              </w:rPr>
              <w:t>1.7977</w:t>
            </w:r>
          </w:p>
        </w:tc>
      </w:tr>
      <w:tr w:rsidR="00D94E50" w:rsidRPr="00D35743" w14:paraId="27A20BAB" w14:textId="77777777">
        <w:tc>
          <w:tcPr>
            <w:tcW w:w="2016" w:type="dxa"/>
          </w:tcPr>
          <w:p w14:paraId="532D671C" w14:textId="77777777" w:rsidR="00D94E50" w:rsidRPr="00D35743" w:rsidRDefault="00000000">
            <w:pPr>
              <w:rPr>
                <w:rFonts w:cs="Times New Roman"/>
                <w:color w:val="000000" w:themeColor="text1"/>
                <w:sz w:val="22"/>
              </w:rPr>
            </w:pPr>
            <w:r w:rsidRPr="00D35743">
              <w:rPr>
                <w:rFonts w:cs="Times New Roman"/>
                <w:color w:val="000000" w:themeColor="text1"/>
                <w:sz w:val="22"/>
              </w:rPr>
              <w:t>2022</w:t>
            </w:r>
          </w:p>
        </w:tc>
        <w:tc>
          <w:tcPr>
            <w:tcW w:w="2016" w:type="dxa"/>
          </w:tcPr>
          <w:p w14:paraId="0FD99044" w14:textId="77777777" w:rsidR="00D94E50" w:rsidRPr="00D35743" w:rsidRDefault="00000000">
            <w:pPr>
              <w:rPr>
                <w:rFonts w:cs="Times New Roman"/>
                <w:color w:val="000000" w:themeColor="text1"/>
                <w:sz w:val="22"/>
              </w:rPr>
            </w:pPr>
            <w:r w:rsidRPr="00D35743">
              <w:rPr>
                <w:rFonts w:cs="Times New Roman"/>
                <w:color w:val="000000" w:themeColor="text1"/>
                <w:sz w:val="22"/>
              </w:rPr>
              <w:t>64</w:t>
            </w:r>
          </w:p>
        </w:tc>
        <w:tc>
          <w:tcPr>
            <w:tcW w:w="2016" w:type="dxa"/>
          </w:tcPr>
          <w:p w14:paraId="2880342E" w14:textId="77777777" w:rsidR="00D94E50" w:rsidRPr="00D35743" w:rsidRDefault="00000000">
            <w:pPr>
              <w:rPr>
                <w:rFonts w:cs="Times New Roman"/>
                <w:color w:val="000000" w:themeColor="text1"/>
                <w:sz w:val="22"/>
              </w:rPr>
            </w:pPr>
            <w:r w:rsidRPr="00D35743">
              <w:rPr>
                <w:rFonts w:cs="Times New Roman"/>
                <w:color w:val="000000" w:themeColor="text1"/>
                <w:sz w:val="22"/>
              </w:rPr>
              <w:t>0.0718</w:t>
            </w:r>
          </w:p>
        </w:tc>
        <w:tc>
          <w:tcPr>
            <w:tcW w:w="2016" w:type="dxa"/>
          </w:tcPr>
          <w:p w14:paraId="595E9A62" w14:textId="77777777" w:rsidR="00D94E50" w:rsidRPr="00D35743" w:rsidRDefault="00000000">
            <w:pPr>
              <w:rPr>
                <w:rFonts w:cs="Times New Roman"/>
                <w:color w:val="000000" w:themeColor="text1"/>
                <w:sz w:val="22"/>
              </w:rPr>
            </w:pPr>
            <w:r w:rsidRPr="00D35743">
              <w:rPr>
                <w:rFonts w:cs="Times New Roman"/>
                <w:color w:val="000000" w:themeColor="text1"/>
                <w:sz w:val="22"/>
              </w:rPr>
              <w:t>270</w:t>
            </w:r>
          </w:p>
        </w:tc>
        <w:tc>
          <w:tcPr>
            <w:tcW w:w="2016" w:type="dxa"/>
          </w:tcPr>
          <w:p w14:paraId="1D557AFE" w14:textId="77777777" w:rsidR="00D94E50" w:rsidRPr="00D35743" w:rsidRDefault="00000000">
            <w:pPr>
              <w:rPr>
                <w:rFonts w:cs="Times New Roman"/>
                <w:color w:val="000000" w:themeColor="text1"/>
                <w:sz w:val="22"/>
              </w:rPr>
            </w:pPr>
            <w:r w:rsidRPr="00D35743">
              <w:rPr>
                <w:rFonts w:cs="Times New Roman"/>
                <w:color w:val="000000" w:themeColor="text1"/>
                <w:sz w:val="22"/>
              </w:rPr>
              <w:t>0.3272</w:t>
            </w:r>
          </w:p>
        </w:tc>
        <w:tc>
          <w:tcPr>
            <w:tcW w:w="2016" w:type="dxa"/>
          </w:tcPr>
          <w:p w14:paraId="735C307F" w14:textId="77777777" w:rsidR="00D94E50" w:rsidRPr="00D35743" w:rsidRDefault="00000000">
            <w:pPr>
              <w:rPr>
                <w:rFonts w:cs="Times New Roman"/>
                <w:color w:val="000000" w:themeColor="text1"/>
                <w:sz w:val="22"/>
              </w:rPr>
            </w:pPr>
            <w:r w:rsidRPr="00D35743">
              <w:rPr>
                <w:rFonts w:cs="Times New Roman"/>
                <w:color w:val="000000" w:themeColor="text1"/>
                <w:sz w:val="22"/>
              </w:rPr>
              <w:t>1,179</w:t>
            </w:r>
          </w:p>
        </w:tc>
        <w:tc>
          <w:tcPr>
            <w:tcW w:w="2016" w:type="dxa"/>
          </w:tcPr>
          <w:p w14:paraId="32BD6A41" w14:textId="77777777" w:rsidR="00D94E50" w:rsidRPr="00D35743" w:rsidRDefault="00000000">
            <w:pPr>
              <w:rPr>
                <w:rFonts w:cs="Times New Roman"/>
                <w:color w:val="000000" w:themeColor="text1"/>
                <w:sz w:val="22"/>
              </w:rPr>
            </w:pPr>
            <w:r w:rsidRPr="00D35743">
              <w:rPr>
                <w:rFonts w:cs="Times New Roman"/>
                <w:color w:val="000000" w:themeColor="text1"/>
                <w:sz w:val="22"/>
              </w:rPr>
              <w:t>2.0400</w:t>
            </w:r>
          </w:p>
        </w:tc>
      </w:tr>
      <w:tr w:rsidR="00D94E50" w:rsidRPr="00D35743" w14:paraId="03057B95" w14:textId="77777777">
        <w:tc>
          <w:tcPr>
            <w:tcW w:w="2016" w:type="dxa"/>
          </w:tcPr>
          <w:p w14:paraId="0EA6609D" w14:textId="77777777" w:rsidR="00D94E50" w:rsidRPr="00D35743" w:rsidRDefault="00000000">
            <w:pPr>
              <w:rPr>
                <w:rFonts w:cs="Times New Roman"/>
                <w:color w:val="000000" w:themeColor="text1"/>
                <w:sz w:val="22"/>
              </w:rPr>
            </w:pPr>
            <w:r w:rsidRPr="00D35743">
              <w:rPr>
                <w:rFonts w:cs="Times New Roman"/>
                <w:color w:val="000000" w:themeColor="text1"/>
                <w:sz w:val="22"/>
              </w:rPr>
              <w:t>2023</w:t>
            </w:r>
          </w:p>
        </w:tc>
        <w:tc>
          <w:tcPr>
            <w:tcW w:w="2016" w:type="dxa"/>
          </w:tcPr>
          <w:p w14:paraId="1FD51112" w14:textId="77777777" w:rsidR="00D94E50" w:rsidRPr="00D35743" w:rsidRDefault="00000000">
            <w:pPr>
              <w:rPr>
                <w:rFonts w:cs="Times New Roman"/>
                <w:color w:val="000000" w:themeColor="text1"/>
                <w:sz w:val="22"/>
              </w:rPr>
            </w:pPr>
            <w:r w:rsidRPr="00D35743">
              <w:rPr>
                <w:rFonts w:cs="Times New Roman"/>
                <w:color w:val="000000" w:themeColor="text1"/>
                <w:sz w:val="22"/>
              </w:rPr>
              <w:t>66</w:t>
            </w:r>
          </w:p>
        </w:tc>
        <w:tc>
          <w:tcPr>
            <w:tcW w:w="2016" w:type="dxa"/>
          </w:tcPr>
          <w:p w14:paraId="4BFCB58E" w14:textId="77777777" w:rsidR="00D94E50" w:rsidRPr="00D35743" w:rsidRDefault="00000000">
            <w:pPr>
              <w:rPr>
                <w:rFonts w:cs="Times New Roman"/>
                <w:color w:val="000000" w:themeColor="text1"/>
                <w:sz w:val="22"/>
              </w:rPr>
            </w:pPr>
            <w:r w:rsidRPr="00D35743">
              <w:rPr>
                <w:rFonts w:cs="Times New Roman"/>
                <w:color w:val="000000" w:themeColor="text1"/>
                <w:sz w:val="22"/>
              </w:rPr>
              <w:t>0.0734</w:t>
            </w:r>
          </w:p>
        </w:tc>
        <w:tc>
          <w:tcPr>
            <w:tcW w:w="2016" w:type="dxa"/>
          </w:tcPr>
          <w:p w14:paraId="38CDF682" w14:textId="77777777" w:rsidR="00D94E50" w:rsidRPr="00D35743" w:rsidRDefault="00000000">
            <w:pPr>
              <w:rPr>
                <w:rFonts w:cs="Times New Roman"/>
                <w:color w:val="000000" w:themeColor="text1"/>
                <w:sz w:val="22"/>
              </w:rPr>
            </w:pPr>
            <w:r w:rsidRPr="00D35743">
              <w:rPr>
                <w:rFonts w:cs="Times New Roman"/>
                <w:color w:val="000000" w:themeColor="text1"/>
                <w:sz w:val="22"/>
              </w:rPr>
              <w:t>289</w:t>
            </w:r>
          </w:p>
        </w:tc>
        <w:tc>
          <w:tcPr>
            <w:tcW w:w="2016" w:type="dxa"/>
          </w:tcPr>
          <w:p w14:paraId="50769E9C" w14:textId="77777777" w:rsidR="00D94E50" w:rsidRPr="00D35743" w:rsidRDefault="00000000">
            <w:pPr>
              <w:rPr>
                <w:rFonts w:cs="Times New Roman"/>
                <w:color w:val="000000" w:themeColor="text1"/>
                <w:sz w:val="22"/>
              </w:rPr>
            </w:pPr>
            <w:r w:rsidRPr="00D35743">
              <w:rPr>
                <w:rFonts w:cs="Times New Roman"/>
                <w:color w:val="000000" w:themeColor="text1"/>
                <w:sz w:val="22"/>
              </w:rPr>
              <w:t>0.3509</w:t>
            </w:r>
          </w:p>
        </w:tc>
        <w:tc>
          <w:tcPr>
            <w:tcW w:w="2016" w:type="dxa"/>
          </w:tcPr>
          <w:p w14:paraId="71AFA827" w14:textId="77777777" w:rsidR="00D94E50" w:rsidRPr="00D35743" w:rsidRDefault="00000000">
            <w:pPr>
              <w:rPr>
                <w:rFonts w:cs="Times New Roman"/>
                <w:color w:val="000000" w:themeColor="text1"/>
                <w:sz w:val="22"/>
              </w:rPr>
            </w:pPr>
            <w:r w:rsidRPr="00D35743">
              <w:rPr>
                <w:rFonts w:cs="Times New Roman"/>
                <w:color w:val="000000" w:themeColor="text1"/>
                <w:sz w:val="22"/>
              </w:rPr>
              <w:t>1,112</w:t>
            </w:r>
          </w:p>
        </w:tc>
        <w:tc>
          <w:tcPr>
            <w:tcW w:w="2016" w:type="dxa"/>
          </w:tcPr>
          <w:p w14:paraId="7AD2C611" w14:textId="77777777" w:rsidR="00D94E50" w:rsidRPr="00D35743" w:rsidRDefault="00000000">
            <w:pPr>
              <w:rPr>
                <w:rFonts w:cs="Times New Roman"/>
                <w:color w:val="000000" w:themeColor="text1"/>
                <w:sz w:val="22"/>
              </w:rPr>
            </w:pPr>
            <w:r w:rsidRPr="00D35743">
              <w:rPr>
                <w:rFonts w:cs="Times New Roman"/>
                <w:color w:val="000000" w:themeColor="text1"/>
                <w:sz w:val="22"/>
              </w:rPr>
              <w:t>1.8768</w:t>
            </w:r>
          </w:p>
        </w:tc>
      </w:tr>
      <w:tr w:rsidR="00D94E50" w:rsidRPr="00D35743" w14:paraId="7C334CD4" w14:textId="77777777">
        <w:tc>
          <w:tcPr>
            <w:tcW w:w="2016" w:type="dxa"/>
          </w:tcPr>
          <w:p w14:paraId="0462AAEB" w14:textId="77777777" w:rsidR="00D94E50" w:rsidRPr="00D35743" w:rsidRDefault="00000000">
            <w:pPr>
              <w:rPr>
                <w:rFonts w:cs="Times New Roman"/>
                <w:color w:val="000000" w:themeColor="text1"/>
                <w:sz w:val="22"/>
              </w:rPr>
            </w:pPr>
            <w:r w:rsidRPr="00D35743">
              <w:rPr>
                <w:rFonts w:cs="Times New Roman"/>
                <w:color w:val="000000" w:themeColor="text1"/>
                <w:sz w:val="22"/>
              </w:rPr>
              <w:t>2024</w:t>
            </w:r>
          </w:p>
        </w:tc>
        <w:tc>
          <w:tcPr>
            <w:tcW w:w="2016" w:type="dxa"/>
          </w:tcPr>
          <w:p w14:paraId="5843BE28" w14:textId="77777777" w:rsidR="00D94E50" w:rsidRPr="00D35743" w:rsidRDefault="00000000">
            <w:pPr>
              <w:rPr>
                <w:rFonts w:cs="Times New Roman"/>
                <w:color w:val="000000" w:themeColor="text1"/>
                <w:sz w:val="22"/>
              </w:rPr>
            </w:pPr>
            <w:r w:rsidRPr="00D35743">
              <w:rPr>
                <w:rFonts w:cs="Times New Roman"/>
                <w:color w:val="000000" w:themeColor="text1"/>
                <w:sz w:val="22"/>
              </w:rPr>
              <w:t>83</w:t>
            </w:r>
          </w:p>
        </w:tc>
        <w:tc>
          <w:tcPr>
            <w:tcW w:w="2016" w:type="dxa"/>
          </w:tcPr>
          <w:p w14:paraId="39E2EBA1" w14:textId="77777777" w:rsidR="00D94E50" w:rsidRPr="00D35743" w:rsidRDefault="00000000">
            <w:pPr>
              <w:rPr>
                <w:rFonts w:cs="Times New Roman"/>
                <w:color w:val="000000" w:themeColor="text1"/>
                <w:sz w:val="22"/>
              </w:rPr>
            </w:pPr>
            <w:r w:rsidRPr="00D35743">
              <w:rPr>
                <w:rFonts w:cs="Times New Roman"/>
                <w:color w:val="000000" w:themeColor="text1"/>
                <w:sz w:val="22"/>
              </w:rPr>
              <w:t>0.0902</w:t>
            </w:r>
          </w:p>
        </w:tc>
        <w:tc>
          <w:tcPr>
            <w:tcW w:w="2016" w:type="dxa"/>
          </w:tcPr>
          <w:p w14:paraId="51764F49" w14:textId="77777777" w:rsidR="00D94E50" w:rsidRPr="00D35743" w:rsidRDefault="00000000">
            <w:pPr>
              <w:rPr>
                <w:rFonts w:cs="Times New Roman"/>
                <w:color w:val="000000" w:themeColor="text1"/>
                <w:sz w:val="22"/>
              </w:rPr>
            </w:pPr>
            <w:r w:rsidRPr="00D35743">
              <w:rPr>
                <w:rFonts w:cs="Times New Roman"/>
                <w:color w:val="000000" w:themeColor="text1"/>
                <w:sz w:val="22"/>
              </w:rPr>
              <w:t>269</w:t>
            </w:r>
          </w:p>
        </w:tc>
        <w:tc>
          <w:tcPr>
            <w:tcW w:w="2016" w:type="dxa"/>
          </w:tcPr>
          <w:p w14:paraId="42CC8E84" w14:textId="77777777" w:rsidR="00D94E50" w:rsidRPr="00D35743" w:rsidRDefault="00000000">
            <w:pPr>
              <w:rPr>
                <w:rFonts w:cs="Times New Roman"/>
                <w:color w:val="000000" w:themeColor="text1"/>
                <w:sz w:val="22"/>
              </w:rPr>
            </w:pPr>
            <w:r w:rsidRPr="00D35743">
              <w:rPr>
                <w:rFonts w:cs="Times New Roman"/>
                <w:color w:val="000000" w:themeColor="text1"/>
                <w:sz w:val="22"/>
              </w:rPr>
              <w:t>0.3263</w:t>
            </w:r>
          </w:p>
        </w:tc>
        <w:tc>
          <w:tcPr>
            <w:tcW w:w="2016" w:type="dxa"/>
          </w:tcPr>
          <w:p w14:paraId="3C84467B" w14:textId="77777777" w:rsidR="00D94E50" w:rsidRPr="00D35743" w:rsidRDefault="00000000">
            <w:pPr>
              <w:rPr>
                <w:rFonts w:cs="Times New Roman"/>
                <w:color w:val="000000" w:themeColor="text1"/>
                <w:sz w:val="22"/>
              </w:rPr>
            </w:pPr>
            <w:r w:rsidRPr="00D35743">
              <w:rPr>
                <w:rFonts w:cs="Times New Roman"/>
                <w:color w:val="000000" w:themeColor="text1"/>
                <w:sz w:val="22"/>
              </w:rPr>
              <w:t>1,159</w:t>
            </w:r>
          </w:p>
        </w:tc>
        <w:tc>
          <w:tcPr>
            <w:tcW w:w="2016" w:type="dxa"/>
          </w:tcPr>
          <w:p w14:paraId="39909F12" w14:textId="77777777" w:rsidR="00D94E50" w:rsidRPr="00D35743" w:rsidRDefault="00000000">
            <w:pPr>
              <w:rPr>
                <w:rFonts w:cs="Times New Roman"/>
                <w:color w:val="000000" w:themeColor="text1"/>
                <w:sz w:val="22"/>
              </w:rPr>
            </w:pPr>
            <w:r w:rsidRPr="00D35743">
              <w:rPr>
                <w:rFonts w:cs="Times New Roman"/>
                <w:color w:val="000000" w:themeColor="text1"/>
                <w:sz w:val="22"/>
              </w:rPr>
              <w:t>1.8944</w:t>
            </w:r>
          </w:p>
        </w:tc>
      </w:tr>
    </w:tbl>
    <w:p w14:paraId="5717524E" w14:textId="77777777" w:rsidR="00D94E50" w:rsidRPr="00D35743" w:rsidRDefault="00D94E50">
      <w:pPr>
        <w:rPr>
          <w:rFonts w:cs="Times New Roman"/>
          <w:color w:val="000000" w:themeColor="text1"/>
          <w:sz w:val="22"/>
        </w:rPr>
      </w:pPr>
    </w:p>
    <w:p w14:paraId="34BD6CC1" w14:textId="77777777" w:rsidR="00D94E50" w:rsidRPr="00D35743" w:rsidRDefault="00000000">
      <w:pPr>
        <w:rPr>
          <w:rFonts w:cs="Times New Roman"/>
          <w:color w:val="000000" w:themeColor="text1"/>
          <w:sz w:val="22"/>
        </w:rPr>
      </w:pPr>
      <w:r w:rsidRPr="00D35743">
        <w:rPr>
          <w:rFonts w:cs="Times New Roman"/>
          <w:i/>
          <w:color w:val="000000" w:themeColor="text1"/>
          <w:sz w:val="22"/>
        </w:rPr>
        <w:t>Crude rates per 100,000, computed from deaths and population at full precision. Crude rather than age-adjusted rates are reported for age strata: an age-adjusted rate computed over a subset of the 11 standard age groups and exported to two decimal places has insufficient resolution for trend estimation — the exported age-adjusted column takes only four distinct values across 22 years for the 25–44 stratum and three for 45–64. The three age strata sum exactly to the overall series in every year.</w:t>
      </w:r>
    </w:p>
    <w:p w14:paraId="6201E999"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7E6B8957"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S4. Deaths and age-adjusted mortality rates by census region, 1999–2024</w:t>
      </w:r>
    </w:p>
    <w:tbl>
      <w:tblPr>
        <w:tblStyle w:val="TableGrid"/>
        <w:tblW w:w="0" w:type="auto"/>
        <w:tblLook w:val="04A0" w:firstRow="1" w:lastRow="0" w:firstColumn="1" w:lastColumn="0" w:noHBand="0" w:noVBand="1"/>
      </w:tblPr>
      <w:tblGrid>
        <w:gridCol w:w="1566"/>
        <w:gridCol w:w="1567"/>
        <w:gridCol w:w="1567"/>
        <w:gridCol w:w="1567"/>
        <w:gridCol w:w="1567"/>
        <w:gridCol w:w="1567"/>
        <w:gridCol w:w="1567"/>
        <w:gridCol w:w="1567"/>
        <w:gridCol w:w="1567"/>
      </w:tblGrid>
      <w:tr w:rsidR="00D94E50" w:rsidRPr="00D35743" w14:paraId="64A96ACD" w14:textId="77777777">
        <w:tc>
          <w:tcPr>
            <w:tcW w:w="1568" w:type="dxa"/>
          </w:tcPr>
          <w:p w14:paraId="7E80CAFC"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1568" w:type="dxa"/>
          </w:tcPr>
          <w:p w14:paraId="2DF81378" w14:textId="77777777" w:rsidR="00D94E50" w:rsidRPr="00D35743" w:rsidRDefault="00000000">
            <w:pPr>
              <w:rPr>
                <w:rFonts w:cs="Times New Roman"/>
                <w:color w:val="000000" w:themeColor="text1"/>
                <w:sz w:val="22"/>
              </w:rPr>
            </w:pPr>
            <w:r w:rsidRPr="00D35743">
              <w:rPr>
                <w:rFonts w:cs="Times New Roman"/>
                <w:b/>
                <w:color w:val="000000" w:themeColor="text1"/>
                <w:sz w:val="22"/>
              </w:rPr>
              <w:t>Northeast deaths</w:t>
            </w:r>
          </w:p>
        </w:tc>
        <w:tc>
          <w:tcPr>
            <w:tcW w:w="1568" w:type="dxa"/>
          </w:tcPr>
          <w:p w14:paraId="210FA80E" w14:textId="77777777" w:rsidR="00D94E50" w:rsidRPr="00D35743" w:rsidRDefault="00000000">
            <w:pPr>
              <w:rPr>
                <w:rFonts w:cs="Times New Roman"/>
                <w:color w:val="000000" w:themeColor="text1"/>
                <w:sz w:val="22"/>
              </w:rPr>
            </w:pPr>
            <w:r w:rsidRPr="00D35743">
              <w:rPr>
                <w:rFonts w:cs="Times New Roman"/>
                <w:b/>
                <w:color w:val="000000" w:themeColor="text1"/>
                <w:sz w:val="22"/>
              </w:rPr>
              <w:t>Northeast AAMR (95% CI)</w:t>
            </w:r>
          </w:p>
        </w:tc>
        <w:tc>
          <w:tcPr>
            <w:tcW w:w="1568" w:type="dxa"/>
          </w:tcPr>
          <w:p w14:paraId="70AEE32C" w14:textId="77777777" w:rsidR="00D94E50" w:rsidRPr="00D35743" w:rsidRDefault="00000000">
            <w:pPr>
              <w:rPr>
                <w:rFonts w:cs="Times New Roman"/>
                <w:color w:val="000000" w:themeColor="text1"/>
                <w:sz w:val="22"/>
              </w:rPr>
            </w:pPr>
            <w:r w:rsidRPr="00D35743">
              <w:rPr>
                <w:rFonts w:cs="Times New Roman"/>
                <w:b/>
                <w:color w:val="000000" w:themeColor="text1"/>
                <w:sz w:val="22"/>
              </w:rPr>
              <w:t>Midwest deaths</w:t>
            </w:r>
          </w:p>
        </w:tc>
        <w:tc>
          <w:tcPr>
            <w:tcW w:w="1568" w:type="dxa"/>
          </w:tcPr>
          <w:p w14:paraId="004DF0C5" w14:textId="77777777" w:rsidR="00D94E50" w:rsidRPr="00D35743" w:rsidRDefault="00000000">
            <w:pPr>
              <w:rPr>
                <w:rFonts w:cs="Times New Roman"/>
                <w:color w:val="000000" w:themeColor="text1"/>
                <w:sz w:val="22"/>
              </w:rPr>
            </w:pPr>
            <w:r w:rsidRPr="00D35743">
              <w:rPr>
                <w:rFonts w:cs="Times New Roman"/>
                <w:b/>
                <w:color w:val="000000" w:themeColor="text1"/>
                <w:sz w:val="22"/>
              </w:rPr>
              <w:t>Midwest AAMR (95% CI)</w:t>
            </w:r>
          </w:p>
        </w:tc>
        <w:tc>
          <w:tcPr>
            <w:tcW w:w="1568" w:type="dxa"/>
          </w:tcPr>
          <w:p w14:paraId="491A6AB1" w14:textId="77777777" w:rsidR="00D94E50" w:rsidRPr="00D35743" w:rsidRDefault="00000000">
            <w:pPr>
              <w:rPr>
                <w:rFonts w:cs="Times New Roman"/>
                <w:color w:val="000000" w:themeColor="text1"/>
                <w:sz w:val="22"/>
              </w:rPr>
            </w:pPr>
            <w:r w:rsidRPr="00D35743">
              <w:rPr>
                <w:rFonts w:cs="Times New Roman"/>
                <w:b/>
                <w:color w:val="000000" w:themeColor="text1"/>
                <w:sz w:val="22"/>
              </w:rPr>
              <w:t>South deaths</w:t>
            </w:r>
          </w:p>
        </w:tc>
        <w:tc>
          <w:tcPr>
            <w:tcW w:w="1568" w:type="dxa"/>
          </w:tcPr>
          <w:p w14:paraId="157BD9D4" w14:textId="77777777" w:rsidR="00D94E50" w:rsidRPr="00D35743" w:rsidRDefault="00000000">
            <w:pPr>
              <w:rPr>
                <w:rFonts w:cs="Times New Roman"/>
                <w:color w:val="000000" w:themeColor="text1"/>
                <w:sz w:val="22"/>
              </w:rPr>
            </w:pPr>
            <w:r w:rsidRPr="00D35743">
              <w:rPr>
                <w:rFonts w:cs="Times New Roman"/>
                <w:b/>
                <w:color w:val="000000" w:themeColor="text1"/>
                <w:sz w:val="22"/>
              </w:rPr>
              <w:t>South AAMR (95% CI)</w:t>
            </w:r>
          </w:p>
        </w:tc>
        <w:tc>
          <w:tcPr>
            <w:tcW w:w="1568" w:type="dxa"/>
          </w:tcPr>
          <w:p w14:paraId="4B604D7E" w14:textId="77777777" w:rsidR="00D94E50" w:rsidRPr="00D35743" w:rsidRDefault="00000000">
            <w:pPr>
              <w:rPr>
                <w:rFonts w:cs="Times New Roman"/>
                <w:color w:val="000000" w:themeColor="text1"/>
                <w:sz w:val="22"/>
              </w:rPr>
            </w:pPr>
            <w:r w:rsidRPr="00D35743">
              <w:rPr>
                <w:rFonts w:cs="Times New Roman"/>
                <w:b/>
                <w:color w:val="000000" w:themeColor="text1"/>
                <w:sz w:val="22"/>
              </w:rPr>
              <w:t>West deaths</w:t>
            </w:r>
          </w:p>
        </w:tc>
        <w:tc>
          <w:tcPr>
            <w:tcW w:w="1568" w:type="dxa"/>
          </w:tcPr>
          <w:p w14:paraId="4889AC72" w14:textId="77777777" w:rsidR="00D94E50" w:rsidRPr="00D35743" w:rsidRDefault="00000000">
            <w:pPr>
              <w:rPr>
                <w:rFonts w:cs="Times New Roman"/>
                <w:color w:val="000000" w:themeColor="text1"/>
                <w:sz w:val="22"/>
              </w:rPr>
            </w:pPr>
            <w:r w:rsidRPr="00D35743">
              <w:rPr>
                <w:rFonts w:cs="Times New Roman"/>
                <w:b/>
                <w:color w:val="000000" w:themeColor="text1"/>
                <w:sz w:val="22"/>
              </w:rPr>
              <w:t>West AAMR (95% CI)</w:t>
            </w:r>
          </w:p>
        </w:tc>
      </w:tr>
      <w:tr w:rsidR="00D94E50" w:rsidRPr="00D35743" w14:paraId="3152E576" w14:textId="77777777">
        <w:tc>
          <w:tcPr>
            <w:tcW w:w="1568" w:type="dxa"/>
          </w:tcPr>
          <w:p w14:paraId="52732F0F" w14:textId="77777777" w:rsidR="00D94E50" w:rsidRPr="00D35743" w:rsidRDefault="00000000">
            <w:pPr>
              <w:rPr>
                <w:rFonts w:cs="Times New Roman"/>
                <w:color w:val="000000" w:themeColor="text1"/>
                <w:sz w:val="22"/>
              </w:rPr>
            </w:pPr>
            <w:r w:rsidRPr="00D35743">
              <w:rPr>
                <w:rFonts w:cs="Times New Roman"/>
                <w:color w:val="000000" w:themeColor="text1"/>
                <w:sz w:val="22"/>
              </w:rPr>
              <w:t>1999</w:t>
            </w:r>
          </w:p>
        </w:tc>
        <w:tc>
          <w:tcPr>
            <w:tcW w:w="1568" w:type="dxa"/>
          </w:tcPr>
          <w:p w14:paraId="27E14491" w14:textId="77777777" w:rsidR="00D94E50" w:rsidRPr="00D35743" w:rsidRDefault="00000000">
            <w:pPr>
              <w:rPr>
                <w:rFonts w:cs="Times New Roman"/>
                <w:color w:val="000000" w:themeColor="text1"/>
                <w:sz w:val="22"/>
              </w:rPr>
            </w:pPr>
            <w:r w:rsidRPr="00D35743">
              <w:rPr>
                <w:rFonts w:cs="Times New Roman"/>
                <w:color w:val="000000" w:themeColor="text1"/>
                <w:sz w:val="22"/>
              </w:rPr>
              <w:t>143</w:t>
            </w:r>
          </w:p>
        </w:tc>
        <w:tc>
          <w:tcPr>
            <w:tcW w:w="1568" w:type="dxa"/>
          </w:tcPr>
          <w:p w14:paraId="08103AA8" w14:textId="77777777" w:rsidR="00D94E50" w:rsidRPr="00D35743" w:rsidRDefault="00000000">
            <w:pPr>
              <w:rPr>
                <w:rFonts w:cs="Times New Roman"/>
                <w:color w:val="000000" w:themeColor="text1"/>
                <w:sz w:val="22"/>
              </w:rPr>
            </w:pPr>
            <w:r w:rsidRPr="00D35743">
              <w:rPr>
                <w:rFonts w:cs="Times New Roman"/>
                <w:color w:val="000000" w:themeColor="text1"/>
                <w:sz w:val="22"/>
              </w:rPr>
              <w:t>0.38 (0.32–0.44)</w:t>
            </w:r>
          </w:p>
        </w:tc>
        <w:tc>
          <w:tcPr>
            <w:tcW w:w="1568" w:type="dxa"/>
          </w:tcPr>
          <w:p w14:paraId="71A6F98C" w14:textId="77777777" w:rsidR="00D94E50" w:rsidRPr="00D35743" w:rsidRDefault="00000000">
            <w:pPr>
              <w:rPr>
                <w:rFonts w:cs="Times New Roman"/>
                <w:color w:val="000000" w:themeColor="text1"/>
                <w:sz w:val="22"/>
              </w:rPr>
            </w:pPr>
            <w:r w:rsidRPr="00D35743">
              <w:rPr>
                <w:rFonts w:cs="Times New Roman"/>
                <w:color w:val="000000" w:themeColor="text1"/>
                <w:sz w:val="22"/>
              </w:rPr>
              <w:t>253</w:t>
            </w:r>
          </w:p>
        </w:tc>
        <w:tc>
          <w:tcPr>
            <w:tcW w:w="1568" w:type="dxa"/>
          </w:tcPr>
          <w:p w14:paraId="2DC06ABE" w14:textId="77777777" w:rsidR="00D94E50" w:rsidRPr="00D35743" w:rsidRDefault="00000000">
            <w:pPr>
              <w:rPr>
                <w:rFonts w:cs="Times New Roman"/>
                <w:color w:val="000000" w:themeColor="text1"/>
                <w:sz w:val="22"/>
              </w:rPr>
            </w:pPr>
            <w:r w:rsidRPr="00D35743">
              <w:rPr>
                <w:rFonts w:cs="Times New Roman"/>
                <w:color w:val="000000" w:themeColor="text1"/>
                <w:sz w:val="22"/>
              </w:rPr>
              <w:t>0.58 (0.51–0.66)</w:t>
            </w:r>
          </w:p>
        </w:tc>
        <w:tc>
          <w:tcPr>
            <w:tcW w:w="1568" w:type="dxa"/>
          </w:tcPr>
          <w:p w14:paraId="49CBD0AB" w14:textId="77777777" w:rsidR="00D94E50" w:rsidRPr="00D35743" w:rsidRDefault="00000000">
            <w:pPr>
              <w:rPr>
                <w:rFonts w:cs="Times New Roman"/>
                <w:color w:val="000000" w:themeColor="text1"/>
                <w:sz w:val="22"/>
              </w:rPr>
            </w:pPr>
            <w:r w:rsidRPr="00D35743">
              <w:rPr>
                <w:rFonts w:cs="Times New Roman"/>
                <w:color w:val="000000" w:themeColor="text1"/>
                <w:sz w:val="22"/>
              </w:rPr>
              <w:t>248</w:t>
            </w:r>
          </w:p>
        </w:tc>
        <w:tc>
          <w:tcPr>
            <w:tcW w:w="1568" w:type="dxa"/>
          </w:tcPr>
          <w:p w14:paraId="2B10FB33" w14:textId="77777777" w:rsidR="00D94E50" w:rsidRPr="00D35743" w:rsidRDefault="00000000">
            <w:pPr>
              <w:rPr>
                <w:rFonts w:cs="Times New Roman"/>
                <w:color w:val="000000" w:themeColor="text1"/>
                <w:sz w:val="22"/>
              </w:rPr>
            </w:pPr>
            <w:r w:rsidRPr="00D35743">
              <w:rPr>
                <w:rFonts w:cs="Times New Roman"/>
                <w:color w:val="000000" w:themeColor="text1"/>
                <w:sz w:val="22"/>
              </w:rPr>
              <w:t>0.38 (0.33–0.43)</w:t>
            </w:r>
          </w:p>
        </w:tc>
        <w:tc>
          <w:tcPr>
            <w:tcW w:w="1568" w:type="dxa"/>
          </w:tcPr>
          <w:p w14:paraId="4581AD84" w14:textId="77777777" w:rsidR="00D94E50" w:rsidRPr="00D35743" w:rsidRDefault="00000000">
            <w:pPr>
              <w:rPr>
                <w:rFonts w:cs="Times New Roman"/>
                <w:color w:val="000000" w:themeColor="text1"/>
                <w:sz w:val="22"/>
              </w:rPr>
            </w:pPr>
            <w:r w:rsidRPr="00D35743">
              <w:rPr>
                <w:rFonts w:cs="Times New Roman"/>
                <w:color w:val="000000" w:themeColor="text1"/>
                <w:sz w:val="22"/>
              </w:rPr>
              <w:t>143</w:t>
            </w:r>
          </w:p>
        </w:tc>
        <w:tc>
          <w:tcPr>
            <w:tcW w:w="1568" w:type="dxa"/>
          </w:tcPr>
          <w:p w14:paraId="1AEA8090" w14:textId="77777777" w:rsidR="00D94E50" w:rsidRPr="00D35743" w:rsidRDefault="00000000">
            <w:pPr>
              <w:rPr>
                <w:rFonts w:cs="Times New Roman"/>
                <w:color w:val="000000" w:themeColor="text1"/>
                <w:sz w:val="22"/>
              </w:rPr>
            </w:pPr>
            <w:r w:rsidRPr="00D35743">
              <w:rPr>
                <w:rFonts w:cs="Times New Roman"/>
                <w:color w:val="000000" w:themeColor="text1"/>
                <w:sz w:val="22"/>
              </w:rPr>
              <w:t>0.39 (0.33–0.46)</w:t>
            </w:r>
          </w:p>
        </w:tc>
      </w:tr>
      <w:tr w:rsidR="00D94E50" w:rsidRPr="00D35743" w14:paraId="5499A91F" w14:textId="77777777">
        <w:tc>
          <w:tcPr>
            <w:tcW w:w="1568" w:type="dxa"/>
          </w:tcPr>
          <w:p w14:paraId="5439AED7" w14:textId="77777777" w:rsidR="00D94E50" w:rsidRPr="00D35743" w:rsidRDefault="00000000">
            <w:pPr>
              <w:rPr>
                <w:rFonts w:cs="Times New Roman"/>
                <w:color w:val="000000" w:themeColor="text1"/>
                <w:sz w:val="22"/>
              </w:rPr>
            </w:pPr>
            <w:r w:rsidRPr="00D35743">
              <w:rPr>
                <w:rFonts w:cs="Times New Roman"/>
                <w:color w:val="000000" w:themeColor="text1"/>
                <w:sz w:val="22"/>
              </w:rPr>
              <w:t>2000</w:t>
            </w:r>
          </w:p>
        </w:tc>
        <w:tc>
          <w:tcPr>
            <w:tcW w:w="1568" w:type="dxa"/>
          </w:tcPr>
          <w:p w14:paraId="43F5592E" w14:textId="77777777" w:rsidR="00D94E50" w:rsidRPr="00D35743" w:rsidRDefault="00000000">
            <w:pPr>
              <w:rPr>
                <w:rFonts w:cs="Times New Roman"/>
                <w:color w:val="000000" w:themeColor="text1"/>
                <w:sz w:val="22"/>
              </w:rPr>
            </w:pPr>
            <w:r w:rsidRPr="00D35743">
              <w:rPr>
                <w:rFonts w:cs="Times New Roman"/>
                <w:color w:val="000000" w:themeColor="text1"/>
                <w:sz w:val="22"/>
              </w:rPr>
              <w:t>123</w:t>
            </w:r>
          </w:p>
        </w:tc>
        <w:tc>
          <w:tcPr>
            <w:tcW w:w="1568" w:type="dxa"/>
          </w:tcPr>
          <w:p w14:paraId="366B02D8" w14:textId="77777777" w:rsidR="00D94E50" w:rsidRPr="00D35743" w:rsidRDefault="00000000">
            <w:pPr>
              <w:rPr>
                <w:rFonts w:cs="Times New Roman"/>
                <w:color w:val="000000" w:themeColor="text1"/>
                <w:sz w:val="22"/>
              </w:rPr>
            </w:pPr>
            <w:r w:rsidRPr="00D35743">
              <w:rPr>
                <w:rFonts w:cs="Times New Roman"/>
                <w:color w:val="000000" w:themeColor="text1"/>
                <w:sz w:val="22"/>
              </w:rPr>
              <w:t>0.33 (0.27–0.38)</w:t>
            </w:r>
          </w:p>
        </w:tc>
        <w:tc>
          <w:tcPr>
            <w:tcW w:w="1568" w:type="dxa"/>
          </w:tcPr>
          <w:p w14:paraId="4258D6BC" w14:textId="77777777" w:rsidR="00D94E50" w:rsidRPr="00D35743" w:rsidRDefault="00000000">
            <w:pPr>
              <w:rPr>
                <w:rFonts w:cs="Times New Roman"/>
                <w:color w:val="000000" w:themeColor="text1"/>
                <w:sz w:val="22"/>
              </w:rPr>
            </w:pPr>
            <w:r w:rsidRPr="00D35743">
              <w:rPr>
                <w:rFonts w:cs="Times New Roman"/>
                <w:color w:val="000000" w:themeColor="text1"/>
                <w:sz w:val="22"/>
              </w:rPr>
              <w:t>245</w:t>
            </w:r>
          </w:p>
        </w:tc>
        <w:tc>
          <w:tcPr>
            <w:tcW w:w="1568" w:type="dxa"/>
          </w:tcPr>
          <w:p w14:paraId="6532C1F6" w14:textId="77777777" w:rsidR="00D94E50" w:rsidRPr="00D35743" w:rsidRDefault="00000000">
            <w:pPr>
              <w:rPr>
                <w:rFonts w:cs="Times New Roman"/>
                <w:color w:val="000000" w:themeColor="text1"/>
                <w:sz w:val="22"/>
              </w:rPr>
            </w:pPr>
            <w:r w:rsidRPr="00D35743">
              <w:rPr>
                <w:rFonts w:cs="Times New Roman"/>
                <w:color w:val="000000" w:themeColor="text1"/>
                <w:sz w:val="22"/>
              </w:rPr>
              <w:t>0.54 (0.47–0.61)</w:t>
            </w:r>
          </w:p>
        </w:tc>
        <w:tc>
          <w:tcPr>
            <w:tcW w:w="1568" w:type="dxa"/>
          </w:tcPr>
          <w:p w14:paraId="6747E823" w14:textId="77777777" w:rsidR="00D94E50" w:rsidRPr="00D35743" w:rsidRDefault="00000000">
            <w:pPr>
              <w:rPr>
                <w:rFonts w:cs="Times New Roman"/>
                <w:color w:val="000000" w:themeColor="text1"/>
                <w:sz w:val="22"/>
              </w:rPr>
            </w:pPr>
            <w:r w:rsidRPr="00D35743">
              <w:rPr>
                <w:rFonts w:cs="Times New Roman"/>
                <w:color w:val="000000" w:themeColor="text1"/>
                <w:sz w:val="22"/>
              </w:rPr>
              <w:t>220</w:t>
            </w:r>
          </w:p>
        </w:tc>
        <w:tc>
          <w:tcPr>
            <w:tcW w:w="1568" w:type="dxa"/>
          </w:tcPr>
          <w:p w14:paraId="4CA16486" w14:textId="77777777" w:rsidR="00D94E50" w:rsidRPr="00D35743" w:rsidRDefault="00000000">
            <w:pPr>
              <w:rPr>
                <w:rFonts w:cs="Times New Roman"/>
                <w:color w:val="000000" w:themeColor="text1"/>
                <w:sz w:val="22"/>
              </w:rPr>
            </w:pPr>
            <w:r w:rsidRPr="00D35743">
              <w:rPr>
                <w:rFonts w:cs="Times New Roman"/>
                <w:color w:val="000000" w:themeColor="text1"/>
                <w:sz w:val="22"/>
              </w:rPr>
              <w:t>0.35 (0.30–0.40)</w:t>
            </w:r>
          </w:p>
        </w:tc>
        <w:tc>
          <w:tcPr>
            <w:tcW w:w="1568" w:type="dxa"/>
          </w:tcPr>
          <w:p w14:paraId="669A5267" w14:textId="77777777" w:rsidR="00D94E50" w:rsidRPr="00D35743" w:rsidRDefault="00000000">
            <w:pPr>
              <w:rPr>
                <w:rFonts w:cs="Times New Roman"/>
                <w:color w:val="000000" w:themeColor="text1"/>
                <w:sz w:val="22"/>
              </w:rPr>
            </w:pPr>
            <w:r w:rsidRPr="00D35743">
              <w:rPr>
                <w:rFonts w:cs="Times New Roman"/>
                <w:color w:val="000000" w:themeColor="text1"/>
                <w:sz w:val="22"/>
              </w:rPr>
              <w:t>124</w:t>
            </w:r>
          </w:p>
        </w:tc>
        <w:tc>
          <w:tcPr>
            <w:tcW w:w="1568" w:type="dxa"/>
          </w:tcPr>
          <w:p w14:paraId="49581E92" w14:textId="77777777" w:rsidR="00D94E50" w:rsidRPr="00D35743" w:rsidRDefault="00000000">
            <w:pPr>
              <w:rPr>
                <w:rFonts w:cs="Times New Roman"/>
                <w:color w:val="000000" w:themeColor="text1"/>
                <w:sz w:val="22"/>
              </w:rPr>
            </w:pPr>
            <w:r w:rsidRPr="00D35743">
              <w:rPr>
                <w:rFonts w:cs="Times New Roman"/>
                <w:color w:val="000000" w:themeColor="text1"/>
                <w:sz w:val="22"/>
              </w:rPr>
              <w:t>0.32 (0.27–0.38)</w:t>
            </w:r>
          </w:p>
        </w:tc>
      </w:tr>
      <w:tr w:rsidR="00D94E50" w:rsidRPr="00D35743" w14:paraId="1806F8AC" w14:textId="77777777">
        <w:tc>
          <w:tcPr>
            <w:tcW w:w="1568" w:type="dxa"/>
          </w:tcPr>
          <w:p w14:paraId="25F9DB30" w14:textId="77777777" w:rsidR="00D94E50" w:rsidRPr="00D35743" w:rsidRDefault="00000000">
            <w:pPr>
              <w:rPr>
                <w:rFonts w:cs="Times New Roman"/>
                <w:color w:val="000000" w:themeColor="text1"/>
                <w:sz w:val="22"/>
              </w:rPr>
            </w:pPr>
            <w:r w:rsidRPr="00D35743">
              <w:rPr>
                <w:rFonts w:cs="Times New Roman"/>
                <w:color w:val="000000" w:themeColor="text1"/>
                <w:sz w:val="22"/>
              </w:rPr>
              <w:t>2001</w:t>
            </w:r>
          </w:p>
        </w:tc>
        <w:tc>
          <w:tcPr>
            <w:tcW w:w="1568" w:type="dxa"/>
          </w:tcPr>
          <w:p w14:paraId="7D5A7A81" w14:textId="77777777" w:rsidR="00D94E50" w:rsidRPr="00D35743" w:rsidRDefault="00000000">
            <w:pPr>
              <w:rPr>
                <w:rFonts w:cs="Times New Roman"/>
                <w:color w:val="000000" w:themeColor="text1"/>
                <w:sz w:val="22"/>
              </w:rPr>
            </w:pPr>
            <w:r w:rsidRPr="00D35743">
              <w:rPr>
                <w:rFonts w:cs="Times New Roman"/>
                <w:color w:val="000000" w:themeColor="text1"/>
                <w:sz w:val="22"/>
              </w:rPr>
              <w:t>131</w:t>
            </w:r>
          </w:p>
        </w:tc>
        <w:tc>
          <w:tcPr>
            <w:tcW w:w="1568" w:type="dxa"/>
          </w:tcPr>
          <w:p w14:paraId="131A9E4D" w14:textId="77777777" w:rsidR="00D94E50" w:rsidRPr="00D35743" w:rsidRDefault="00000000">
            <w:pPr>
              <w:rPr>
                <w:rFonts w:cs="Times New Roman"/>
                <w:color w:val="000000" w:themeColor="text1"/>
                <w:sz w:val="22"/>
              </w:rPr>
            </w:pPr>
            <w:r w:rsidRPr="00D35743">
              <w:rPr>
                <w:rFonts w:cs="Times New Roman"/>
                <w:color w:val="000000" w:themeColor="text1"/>
                <w:sz w:val="22"/>
              </w:rPr>
              <w:t>0.36 (0.29–0.42)</w:t>
            </w:r>
          </w:p>
        </w:tc>
        <w:tc>
          <w:tcPr>
            <w:tcW w:w="1568" w:type="dxa"/>
          </w:tcPr>
          <w:p w14:paraId="7F37B7FA" w14:textId="77777777" w:rsidR="00D94E50" w:rsidRPr="00D35743" w:rsidRDefault="00000000">
            <w:pPr>
              <w:rPr>
                <w:rFonts w:cs="Times New Roman"/>
                <w:color w:val="000000" w:themeColor="text1"/>
                <w:sz w:val="22"/>
              </w:rPr>
            </w:pPr>
            <w:r w:rsidRPr="00D35743">
              <w:rPr>
                <w:rFonts w:cs="Times New Roman"/>
                <w:color w:val="000000" w:themeColor="text1"/>
                <w:sz w:val="22"/>
              </w:rPr>
              <w:t>240</w:t>
            </w:r>
          </w:p>
        </w:tc>
        <w:tc>
          <w:tcPr>
            <w:tcW w:w="1568" w:type="dxa"/>
          </w:tcPr>
          <w:p w14:paraId="1799E104" w14:textId="77777777" w:rsidR="00D94E50" w:rsidRPr="00D35743" w:rsidRDefault="00000000">
            <w:pPr>
              <w:rPr>
                <w:rFonts w:cs="Times New Roman"/>
                <w:color w:val="000000" w:themeColor="text1"/>
                <w:sz w:val="22"/>
              </w:rPr>
            </w:pPr>
            <w:r w:rsidRPr="00D35743">
              <w:rPr>
                <w:rFonts w:cs="Times New Roman"/>
                <w:color w:val="000000" w:themeColor="text1"/>
                <w:sz w:val="22"/>
              </w:rPr>
              <w:t>0.57 (0.50–0.64)</w:t>
            </w:r>
          </w:p>
        </w:tc>
        <w:tc>
          <w:tcPr>
            <w:tcW w:w="1568" w:type="dxa"/>
          </w:tcPr>
          <w:p w14:paraId="055A1F36" w14:textId="77777777" w:rsidR="00D94E50" w:rsidRPr="00D35743" w:rsidRDefault="00000000">
            <w:pPr>
              <w:rPr>
                <w:rFonts w:cs="Times New Roman"/>
                <w:color w:val="000000" w:themeColor="text1"/>
                <w:sz w:val="22"/>
              </w:rPr>
            </w:pPr>
            <w:r w:rsidRPr="00D35743">
              <w:rPr>
                <w:rFonts w:cs="Times New Roman"/>
                <w:color w:val="000000" w:themeColor="text1"/>
                <w:sz w:val="22"/>
              </w:rPr>
              <w:t>232</w:t>
            </w:r>
          </w:p>
        </w:tc>
        <w:tc>
          <w:tcPr>
            <w:tcW w:w="1568" w:type="dxa"/>
          </w:tcPr>
          <w:p w14:paraId="6D6C1C67" w14:textId="77777777" w:rsidR="00D94E50" w:rsidRPr="00D35743" w:rsidRDefault="00000000">
            <w:pPr>
              <w:rPr>
                <w:rFonts w:cs="Times New Roman"/>
                <w:color w:val="000000" w:themeColor="text1"/>
                <w:sz w:val="22"/>
              </w:rPr>
            </w:pPr>
            <w:r w:rsidRPr="00D35743">
              <w:rPr>
                <w:rFonts w:cs="Times New Roman"/>
                <w:color w:val="000000" w:themeColor="text1"/>
                <w:sz w:val="22"/>
              </w:rPr>
              <w:t>0.37 (0.32–0.42)</w:t>
            </w:r>
          </w:p>
        </w:tc>
        <w:tc>
          <w:tcPr>
            <w:tcW w:w="1568" w:type="dxa"/>
          </w:tcPr>
          <w:p w14:paraId="678A87B0" w14:textId="77777777" w:rsidR="00D94E50" w:rsidRPr="00D35743" w:rsidRDefault="00000000">
            <w:pPr>
              <w:rPr>
                <w:rFonts w:cs="Times New Roman"/>
                <w:color w:val="000000" w:themeColor="text1"/>
                <w:sz w:val="22"/>
              </w:rPr>
            </w:pPr>
            <w:r w:rsidRPr="00D35743">
              <w:rPr>
                <w:rFonts w:cs="Times New Roman"/>
                <w:color w:val="000000" w:themeColor="text1"/>
                <w:sz w:val="22"/>
              </w:rPr>
              <w:t>138</w:t>
            </w:r>
          </w:p>
        </w:tc>
        <w:tc>
          <w:tcPr>
            <w:tcW w:w="1568" w:type="dxa"/>
          </w:tcPr>
          <w:p w14:paraId="488456E9" w14:textId="77777777" w:rsidR="00D94E50" w:rsidRPr="00D35743" w:rsidRDefault="00000000">
            <w:pPr>
              <w:rPr>
                <w:rFonts w:cs="Times New Roman"/>
                <w:color w:val="000000" w:themeColor="text1"/>
                <w:sz w:val="22"/>
              </w:rPr>
            </w:pPr>
            <w:r w:rsidRPr="00D35743">
              <w:rPr>
                <w:rFonts w:cs="Times New Roman"/>
                <w:color w:val="000000" w:themeColor="text1"/>
                <w:sz w:val="22"/>
              </w:rPr>
              <w:t>0.36 (0.30–0.43)</w:t>
            </w:r>
          </w:p>
        </w:tc>
      </w:tr>
      <w:tr w:rsidR="00D94E50" w:rsidRPr="00D35743" w14:paraId="6D3877E4" w14:textId="77777777">
        <w:tc>
          <w:tcPr>
            <w:tcW w:w="1568" w:type="dxa"/>
          </w:tcPr>
          <w:p w14:paraId="5E7E91A9" w14:textId="77777777" w:rsidR="00D94E50" w:rsidRPr="00D35743" w:rsidRDefault="00000000">
            <w:pPr>
              <w:rPr>
                <w:rFonts w:cs="Times New Roman"/>
                <w:color w:val="000000" w:themeColor="text1"/>
                <w:sz w:val="22"/>
              </w:rPr>
            </w:pPr>
            <w:r w:rsidRPr="00D35743">
              <w:rPr>
                <w:rFonts w:cs="Times New Roman"/>
                <w:color w:val="000000" w:themeColor="text1"/>
                <w:sz w:val="22"/>
              </w:rPr>
              <w:t>2002</w:t>
            </w:r>
          </w:p>
        </w:tc>
        <w:tc>
          <w:tcPr>
            <w:tcW w:w="1568" w:type="dxa"/>
          </w:tcPr>
          <w:p w14:paraId="38A6DC8F" w14:textId="77777777" w:rsidR="00D94E50" w:rsidRPr="00D35743" w:rsidRDefault="00000000">
            <w:pPr>
              <w:rPr>
                <w:rFonts w:cs="Times New Roman"/>
                <w:color w:val="000000" w:themeColor="text1"/>
                <w:sz w:val="22"/>
              </w:rPr>
            </w:pPr>
            <w:r w:rsidRPr="00D35743">
              <w:rPr>
                <w:rFonts w:cs="Times New Roman"/>
                <w:color w:val="000000" w:themeColor="text1"/>
                <w:sz w:val="22"/>
              </w:rPr>
              <w:t>125</w:t>
            </w:r>
          </w:p>
        </w:tc>
        <w:tc>
          <w:tcPr>
            <w:tcW w:w="1568" w:type="dxa"/>
          </w:tcPr>
          <w:p w14:paraId="74681D75" w14:textId="77777777" w:rsidR="00D94E50" w:rsidRPr="00D35743" w:rsidRDefault="00000000">
            <w:pPr>
              <w:rPr>
                <w:rFonts w:cs="Times New Roman"/>
                <w:color w:val="000000" w:themeColor="text1"/>
                <w:sz w:val="22"/>
              </w:rPr>
            </w:pPr>
            <w:r w:rsidRPr="00D35743">
              <w:rPr>
                <w:rFonts w:cs="Times New Roman"/>
                <w:color w:val="000000" w:themeColor="text1"/>
                <w:sz w:val="22"/>
              </w:rPr>
              <w:t>0.31 (0.26–0.37)</w:t>
            </w:r>
          </w:p>
        </w:tc>
        <w:tc>
          <w:tcPr>
            <w:tcW w:w="1568" w:type="dxa"/>
          </w:tcPr>
          <w:p w14:paraId="593F0498" w14:textId="77777777" w:rsidR="00D94E50" w:rsidRPr="00D35743" w:rsidRDefault="00000000">
            <w:pPr>
              <w:rPr>
                <w:rFonts w:cs="Times New Roman"/>
                <w:color w:val="000000" w:themeColor="text1"/>
                <w:sz w:val="22"/>
              </w:rPr>
            </w:pPr>
            <w:r w:rsidRPr="00D35743">
              <w:rPr>
                <w:rFonts w:cs="Times New Roman"/>
                <w:color w:val="000000" w:themeColor="text1"/>
                <w:sz w:val="22"/>
              </w:rPr>
              <w:t>219</w:t>
            </w:r>
          </w:p>
        </w:tc>
        <w:tc>
          <w:tcPr>
            <w:tcW w:w="1568" w:type="dxa"/>
          </w:tcPr>
          <w:p w14:paraId="61A0150E" w14:textId="77777777" w:rsidR="00D94E50" w:rsidRPr="00D35743" w:rsidRDefault="00000000">
            <w:pPr>
              <w:rPr>
                <w:rFonts w:cs="Times New Roman"/>
                <w:color w:val="000000" w:themeColor="text1"/>
                <w:sz w:val="22"/>
              </w:rPr>
            </w:pPr>
            <w:r w:rsidRPr="00D35743">
              <w:rPr>
                <w:rFonts w:cs="Times New Roman"/>
                <w:color w:val="000000" w:themeColor="text1"/>
                <w:sz w:val="22"/>
              </w:rPr>
              <w:t>0.48 (0.42–0.55)</w:t>
            </w:r>
          </w:p>
        </w:tc>
        <w:tc>
          <w:tcPr>
            <w:tcW w:w="1568" w:type="dxa"/>
          </w:tcPr>
          <w:p w14:paraId="5554B21F" w14:textId="77777777" w:rsidR="00D94E50" w:rsidRPr="00D35743" w:rsidRDefault="00000000">
            <w:pPr>
              <w:rPr>
                <w:rFonts w:cs="Times New Roman"/>
                <w:color w:val="000000" w:themeColor="text1"/>
                <w:sz w:val="22"/>
              </w:rPr>
            </w:pPr>
            <w:r w:rsidRPr="00D35743">
              <w:rPr>
                <w:rFonts w:cs="Times New Roman"/>
                <w:color w:val="000000" w:themeColor="text1"/>
                <w:sz w:val="22"/>
              </w:rPr>
              <w:t>202</w:t>
            </w:r>
          </w:p>
        </w:tc>
        <w:tc>
          <w:tcPr>
            <w:tcW w:w="1568" w:type="dxa"/>
          </w:tcPr>
          <w:p w14:paraId="2D4228A7" w14:textId="77777777" w:rsidR="00D94E50" w:rsidRPr="00D35743" w:rsidRDefault="00000000">
            <w:pPr>
              <w:rPr>
                <w:rFonts w:cs="Times New Roman"/>
                <w:color w:val="000000" w:themeColor="text1"/>
                <w:sz w:val="22"/>
              </w:rPr>
            </w:pPr>
            <w:r w:rsidRPr="00D35743">
              <w:rPr>
                <w:rFonts w:cs="Times New Roman"/>
                <w:color w:val="000000" w:themeColor="text1"/>
                <w:sz w:val="22"/>
              </w:rPr>
              <w:t>0.31 (0.26–0.35)</w:t>
            </w:r>
          </w:p>
        </w:tc>
        <w:tc>
          <w:tcPr>
            <w:tcW w:w="1568" w:type="dxa"/>
          </w:tcPr>
          <w:p w14:paraId="5E1E5CE4" w14:textId="77777777" w:rsidR="00D94E50" w:rsidRPr="00D35743" w:rsidRDefault="00000000">
            <w:pPr>
              <w:rPr>
                <w:rFonts w:cs="Times New Roman"/>
                <w:color w:val="000000" w:themeColor="text1"/>
                <w:sz w:val="22"/>
              </w:rPr>
            </w:pPr>
            <w:r w:rsidRPr="00D35743">
              <w:rPr>
                <w:rFonts w:cs="Times New Roman"/>
                <w:color w:val="000000" w:themeColor="text1"/>
                <w:sz w:val="22"/>
              </w:rPr>
              <w:t>167</w:t>
            </w:r>
          </w:p>
        </w:tc>
        <w:tc>
          <w:tcPr>
            <w:tcW w:w="1568" w:type="dxa"/>
          </w:tcPr>
          <w:p w14:paraId="4DDE88F2" w14:textId="77777777" w:rsidR="00D94E50" w:rsidRPr="00D35743" w:rsidRDefault="00000000">
            <w:pPr>
              <w:rPr>
                <w:rFonts w:cs="Times New Roman"/>
                <w:color w:val="000000" w:themeColor="text1"/>
                <w:sz w:val="22"/>
              </w:rPr>
            </w:pPr>
            <w:r w:rsidRPr="00D35743">
              <w:rPr>
                <w:rFonts w:cs="Times New Roman"/>
                <w:color w:val="000000" w:themeColor="text1"/>
                <w:sz w:val="22"/>
              </w:rPr>
              <w:t>0.44 (0.37–0.51)</w:t>
            </w:r>
          </w:p>
        </w:tc>
      </w:tr>
      <w:tr w:rsidR="00D94E50" w:rsidRPr="00D35743" w14:paraId="75A1EDA8" w14:textId="77777777">
        <w:tc>
          <w:tcPr>
            <w:tcW w:w="1568" w:type="dxa"/>
          </w:tcPr>
          <w:p w14:paraId="2A5C46B6" w14:textId="77777777" w:rsidR="00D94E50" w:rsidRPr="00D35743" w:rsidRDefault="00000000">
            <w:pPr>
              <w:rPr>
                <w:rFonts w:cs="Times New Roman"/>
                <w:color w:val="000000" w:themeColor="text1"/>
                <w:sz w:val="22"/>
              </w:rPr>
            </w:pPr>
            <w:r w:rsidRPr="00D35743">
              <w:rPr>
                <w:rFonts w:cs="Times New Roman"/>
                <w:color w:val="000000" w:themeColor="text1"/>
                <w:sz w:val="22"/>
              </w:rPr>
              <w:t>2003</w:t>
            </w:r>
          </w:p>
        </w:tc>
        <w:tc>
          <w:tcPr>
            <w:tcW w:w="1568" w:type="dxa"/>
          </w:tcPr>
          <w:p w14:paraId="311188B6" w14:textId="77777777" w:rsidR="00D94E50" w:rsidRPr="00D35743" w:rsidRDefault="00000000">
            <w:pPr>
              <w:rPr>
                <w:rFonts w:cs="Times New Roman"/>
                <w:color w:val="000000" w:themeColor="text1"/>
                <w:sz w:val="22"/>
              </w:rPr>
            </w:pPr>
            <w:r w:rsidRPr="00D35743">
              <w:rPr>
                <w:rFonts w:cs="Times New Roman"/>
                <w:color w:val="000000" w:themeColor="text1"/>
                <w:sz w:val="22"/>
              </w:rPr>
              <w:t>114</w:t>
            </w:r>
          </w:p>
        </w:tc>
        <w:tc>
          <w:tcPr>
            <w:tcW w:w="1568" w:type="dxa"/>
          </w:tcPr>
          <w:p w14:paraId="08B68ABB" w14:textId="77777777" w:rsidR="00D94E50" w:rsidRPr="00D35743" w:rsidRDefault="00000000">
            <w:pPr>
              <w:rPr>
                <w:rFonts w:cs="Times New Roman"/>
                <w:color w:val="000000" w:themeColor="text1"/>
                <w:sz w:val="22"/>
              </w:rPr>
            </w:pPr>
            <w:r w:rsidRPr="00D35743">
              <w:rPr>
                <w:rFonts w:cs="Times New Roman"/>
                <w:color w:val="000000" w:themeColor="text1"/>
                <w:sz w:val="22"/>
              </w:rPr>
              <w:t>0.29 (0.23–0.34)</w:t>
            </w:r>
          </w:p>
        </w:tc>
        <w:tc>
          <w:tcPr>
            <w:tcW w:w="1568" w:type="dxa"/>
          </w:tcPr>
          <w:p w14:paraId="5DF4EEE4" w14:textId="77777777" w:rsidR="00D94E50" w:rsidRPr="00D35743" w:rsidRDefault="00000000">
            <w:pPr>
              <w:rPr>
                <w:rFonts w:cs="Times New Roman"/>
                <w:color w:val="000000" w:themeColor="text1"/>
                <w:sz w:val="22"/>
              </w:rPr>
            </w:pPr>
            <w:r w:rsidRPr="00D35743">
              <w:rPr>
                <w:rFonts w:cs="Times New Roman"/>
                <w:color w:val="000000" w:themeColor="text1"/>
                <w:sz w:val="22"/>
              </w:rPr>
              <w:t>230</w:t>
            </w:r>
          </w:p>
        </w:tc>
        <w:tc>
          <w:tcPr>
            <w:tcW w:w="1568" w:type="dxa"/>
          </w:tcPr>
          <w:p w14:paraId="187D7B32" w14:textId="77777777" w:rsidR="00D94E50" w:rsidRPr="00D35743" w:rsidRDefault="00000000">
            <w:pPr>
              <w:rPr>
                <w:rFonts w:cs="Times New Roman"/>
                <w:color w:val="000000" w:themeColor="text1"/>
                <w:sz w:val="22"/>
              </w:rPr>
            </w:pPr>
            <w:r w:rsidRPr="00D35743">
              <w:rPr>
                <w:rFonts w:cs="Times New Roman"/>
                <w:color w:val="000000" w:themeColor="text1"/>
                <w:sz w:val="22"/>
              </w:rPr>
              <w:t>0.52 (0.45–0.59)</w:t>
            </w:r>
          </w:p>
        </w:tc>
        <w:tc>
          <w:tcPr>
            <w:tcW w:w="1568" w:type="dxa"/>
          </w:tcPr>
          <w:p w14:paraId="20EBE2E4" w14:textId="77777777" w:rsidR="00D94E50" w:rsidRPr="00D35743" w:rsidRDefault="00000000">
            <w:pPr>
              <w:rPr>
                <w:rFonts w:cs="Times New Roman"/>
                <w:color w:val="000000" w:themeColor="text1"/>
                <w:sz w:val="22"/>
              </w:rPr>
            </w:pPr>
            <w:r w:rsidRPr="00D35743">
              <w:rPr>
                <w:rFonts w:cs="Times New Roman"/>
                <w:color w:val="000000" w:themeColor="text1"/>
                <w:sz w:val="22"/>
              </w:rPr>
              <w:t>178</w:t>
            </w:r>
          </w:p>
        </w:tc>
        <w:tc>
          <w:tcPr>
            <w:tcW w:w="1568" w:type="dxa"/>
          </w:tcPr>
          <w:p w14:paraId="146C0160" w14:textId="77777777" w:rsidR="00D94E50" w:rsidRPr="00D35743" w:rsidRDefault="00000000">
            <w:pPr>
              <w:rPr>
                <w:rFonts w:cs="Times New Roman"/>
                <w:color w:val="000000" w:themeColor="text1"/>
                <w:sz w:val="22"/>
              </w:rPr>
            </w:pPr>
            <w:r w:rsidRPr="00D35743">
              <w:rPr>
                <w:rFonts w:cs="Times New Roman"/>
                <w:color w:val="000000" w:themeColor="text1"/>
                <w:sz w:val="22"/>
              </w:rPr>
              <w:t>0.29 (0.24–0.33)</w:t>
            </w:r>
          </w:p>
        </w:tc>
        <w:tc>
          <w:tcPr>
            <w:tcW w:w="1568" w:type="dxa"/>
          </w:tcPr>
          <w:p w14:paraId="0E7D6A5D" w14:textId="77777777" w:rsidR="00D94E50" w:rsidRPr="00D35743" w:rsidRDefault="00000000">
            <w:pPr>
              <w:rPr>
                <w:rFonts w:cs="Times New Roman"/>
                <w:color w:val="000000" w:themeColor="text1"/>
                <w:sz w:val="22"/>
              </w:rPr>
            </w:pPr>
            <w:r w:rsidRPr="00D35743">
              <w:rPr>
                <w:rFonts w:cs="Times New Roman"/>
                <w:color w:val="000000" w:themeColor="text1"/>
                <w:sz w:val="22"/>
              </w:rPr>
              <w:t>143</w:t>
            </w:r>
          </w:p>
        </w:tc>
        <w:tc>
          <w:tcPr>
            <w:tcW w:w="1568" w:type="dxa"/>
          </w:tcPr>
          <w:p w14:paraId="7C6624E2" w14:textId="77777777" w:rsidR="00D94E50" w:rsidRPr="00D35743" w:rsidRDefault="00000000">
            <w:pPr>
              <w:rPr>
                <w:rFonts w:cs="Times New Roman"/>
                <w:color w:val="000000" w:themeColor="text1"/>
                <w:sz w:val="22"/>
              </w:rPr>
            </w:pPr>
            <w:r w:rsidRPr="00D35743">
              <w:rPr>
                <w:rFonts w:cs="Times New Roman"/>
                <w:color w:val="000000" w:themeColor="text1"/>
                <w:sz w:val="22"/>
              </w:rPr>
              <w:t>0.37 (0.31–0.43)</w:t>
            </w:r>
          </w:p>
        </w:tc>
      </w:tr>
      <w:tr w:rsidR="00D94E50" w:rsidRPr="00D35743" w14:paraId="3328DAB9" w14:textId="77777777">
        <w:tc>
          <w:tcPr>
            <w:tcW w:w="1568" w:type="dxa"/>
          </w:tcPr>
          <w:p w14:paraId="60273419" w14:textId="77777777" w:rsidR="00D94E50" w:rsidRPr="00D35743" w:rsidRDefault="00000000">
            <w:pPr>
              <w:rPr>
                <w:rFonts w:cs="Times New Roman"/>
                <w:color w:val="000000" w:themeColor="text1"/>
                <w:sz w:val="22"/>
              </w:rPr>
            </w:pPr>
            <w:r w:rsidRPr="00D35743">
              <w:rPr>
                <w:rFonts w:cs="Times New Roman"/>
                <w:color w:val="000000" w:themeColor="text1"/>
                <w:sz w:val="22"/>
              </w:rPr>
              <w:t>2004</w:t>
            </w:r>
          </w:p>
        </w:tc>
        <w:tc>
          <w:tcPr>
            <w:tcW w:w="1568" w:type="dxa"/>
          </w:tcPr>
          <w:p w14:paraId="5B069CD7" w14:textId="77777777" w:rsidR="00D94E50" w:rsidRPr="00D35743" w:rsidRDefault="00000000">
            <w:pPr>
              <w:rPr>
                <w:rFonts w:cs="Times New Roman"/>
                <w:color w:val="000000" w:themeColor="text1"/>
                <w:sz w:val="22"/>
              </w:rPr>
            </w:pPr>
            <w:r w:rsidRPr="00D35743">
              <w:rPr>
                <w:rFonts w:cs="Times New Roman"/>
                <w:color w:val="000000" w:themeColor="text1"/>
                <w:sz w:val="22"/>
              </w:rPr>
              <w:t>110</w:t>
            </w:r>
          </w:p>
        </w:tc>
        <w:tc>
          <w:tcPr>
            <w:tcW w:w="1568" w:type="dxa"/>
          </w:tcPr>
          <w:p w14:paraId="27BBC451" w14:textId="77777777" w:rsidR="00D94E50" w:rsidRPr="00D35743" w:rsidRDefault="00000000">
            <w:pPr>
              <w:rPr>
                <w:rFonts w:cs="Times New Roman"/>
                <w:color w:val="000000" w:themeColor="text1"/>
                <w:sz w:val="22"/>
              </w:rPr>
            </w:pPr>
            <w:r w:rsidRPr="00D35743">
              <w:rPr>
                <w:rFonts w:cs="Times New Roman"/>
                <w:color w:val="000000" w:themeColor="text1"/>
                <w:sz w:val="22"/>
              </w:rPr>
              <w:t>0.27 (0.21–0.32)</w:t>
            </w:r>
          </w:p>
        </w:tc>
        <w:tc>
          <w:tcPr>
            <w:tcW w:w="1568" w:type="dxa"/>
          </w:tcPr>
          <w:p w14:paraId="69671397" w14:textId="77777777" w:rsidR="00D94E50" w:rsidRPr="00D35743" w:rsidRDefault="00000000">
            <w:pPr>
              <w:rPr>
                <w:rFonts w:cs="Times New Roman"/>
                <w:color w:val="000000" w:themeColor="text1"/>
                <w:sz w:val="22"/>
              </w:rPr>
            </w:pPr>
            <w:r w:rsidRPr="00D35743">
              <w:rPr>
                <w:rFonts w:cs="Times New Roman"/>
                <w:color w:val="000000" w:themeColor="text1"/>
                <w:sz w:val="22"/>
              </w:rPr>
              <w:t>228</w:t>
            </w:r>
          </w:p>
        </w:tc>
        <w:tc>
          <w:tcPr>
            <w:tcW w:w="1568" w:type="dxa"/>
          </w:tcPr>
          <w:p w14:paraId="32678297" w14:textId="77777777" w:rsidR="00D94E50" w:rsidRPr="00D35743" w:rsidRDefault="00000000">
            <w:pPr>
              <w:rPr>
                <w:rFonts w:cs="Times New Roman"/>
                <w:color w:val="000000" w:themeColor="text1"/>
                <w:sz w:val="22"/>
              </w:rPr>
            </w:pPr>
            <w:r w:rsidRPr="00D35743">
              <w:rPr>
                <w:rFonts w:cs="Times New Roman"/>
                <w:color w:val="000000" w:themeColor="text1"/>
                <w:sz w:val="22"/>
              </w:rPr>
              <w:t>0.52 (0.45–0.58)</w:t>
            </w:r>
          </w:p>
        </w:tc>
        <w:tc>
          <w:tcPr>
            <w:tcW w:w="1568" w:type="dxa"/>
          </w:tcPr>
          <w:p w14:paraId="4809A290" w14:textId="77777777" w:rsidR="00D94E50" w:rsidRPr="00D35743" w:rsidRDefault="00000000">
            <w:pPr>
              <w:rPr>
                <w:rFonts w:cs="Times New Roman"/>
                <w:color w:val="000000" w:themeColor="text1"/>
                <w:sz w:val="22"/>
              </w:rPr>
            </w:pPr>
            <w:r w:rsidRPr="00D35743">
              <w:rPr>
                <w:rFonts w:cs="Times New Roman"/>
                <w:color w:val="000000" w:themeColor="text1"/>
                <w:sz w:val="22"/>
              </w:rPr>
              <w:t>176</w:t>
            </w:r>
          </w:p>
        </w:tc>
        <w:tc>
          <w:tcPr>
            <w:tcW w:w="1568" w:type="dxa"/>
          </w:tcPr>
          <w:p w14:paraId="34AE41A2" w14:textId="77777777" w:rsidR="00D94E50" w:rsidRPr="00D35743" w:rsidRDefault="00000000">
            <w:pPr>
              <w:rPr>
                <w:rFonts w:cs="Times New Roman"/>
                <w:color w:val="000000" w:themeColor="text1"/>
                <w:sz w:val="22"/>
              </w:rPr>
            </w:pPr>
            <w:r w:rsidRPr="00D35743">
              <w:rPr>
                <w:rFonts w:cs="Times New Roman"/>
                <w:color w:val="000000" w:themeColor="text1"/>
                <w:sz w:val="22"/>
              </w:rPr>
              <w:t>0.26 (0.22–0.30)</w:t>
            </w:r>
          </w:p>
        </w:tc>
        <w:tc>
          <w:tcPr>
            <w:tcW w:w="1568" w:type="dxa"/>
          </w:tcPr>
          <w:p w14:paraId="1C18BD18" w14:textId="77777777" w:rsidR="00D94E50" w:rsidRPr="00D35743" w:rsidRDefault="00000000">
            <w:pPr>
              <w:rPr>
                <w:rFonts w:cs="Times New Roman"/>
                <w:color w:val="000000" w:themeColor="text1"/>
                <w:sz w:val="22"/>
              </w:rPr>
            </w:pPr>
            <w:r w:rsidRPr="00D35743">
              <w:rPr>
                <w:rFonts w:cs="Times New Roman"/>
                <w:color w:val="000000" w:themeColor="text1"/>
                <w:sz w:val="22"/>
              </w:rPr>
              <w:t>126</w:t>
            </w:r>
          </w:p>
        </w:tc>
        <w:tc>
          <w:tcPr>
            <w:tcW w:w="1568" w:type="dxa"/>
          </w:tcPr>
          <w:p w14:paraId="7C1B0201" w14:textId="77777777" w:rsidR="00D94E50" w:rsidRPr="00D35743" w:rsidRDefault="00000000">
            <w:pPr>
              <w:rPr>
                <w:rFonts w:cs="Times New Roman"/>
                <w:color w:val="000000" w:themeColor="text1"/>
                <w:sz w:val="22"/>
              </w:rPr>
            </w:pPr>
            <w:r w:rsidRPr="00D35743">
              <w:rPr>
                <w:rFonts w:cs="Times New Roman"/>
                <w:color w:val="000000" w:themeColor="text1"/>
                <w:sz w:val="22"/>
              </w:rPr>
              <w:t>0.32 (0.26–0.37)</w:t>
            </w:r>
          </w:p>
        </w:tc>
      </w:tr>
      <w:tr w:rsidR="00D94E50" w:rsidRPr="00D35743" w14:paraId="4FF47776" w14:textId="77777777">
        <w:tc>
          <w:tcPr>
            <w:tcW w:w="1568" w:type="dxa"/>
          </w:tcPr>
          <w:p w14:paraId="415BB683" w14:textId="77777777" w:rsidR="00D94E50" w:rsidRPr="00D35743" w:rsidRDefault="00000000">
            <w:pPr>
              <w:rPr>
                <w:rFonts w:cs="Times New Roman"/>
                <w:color w:val="000000" w:themeColor="text1"/>
                <w:sz w:val="22"/>
              </w:rPr>
            </w:pPr>
            <w:r w:rsidRPr="00D35743">
              <w:rPr>
                <w:rFonts w:cs="Times New Roman"/>
                <w:color w:val="000000" w:themeColor="text1"/>
                <w:sz w:val="22"/>
              </w:rPr>
              <w:t>2005</w:t>
            </w:r>
          </w:p>
        </w:tc>
        <w:tc>
          <w:tcPr>
            <w:tcW w:w="1568" w:type="dxa"/>
          </w:tcPr>
          <w:p w14:paraId="7675881E" w14:textId="77777777" w:rsidR="00D94E50" w:rsidRPr="00D35743" w:rsidRDefault="00000000">
            <w:pPr>
              <w:rPr>
                <w:rFonts w:cs="Times New Roman"/>
                <w:color w:val="000000" w:themeColor="text1"/>
                <w:sz w:val="22"/>
              </w:rPr>
            </w:pPr>
            <w:r w:rsidRPr="00D35743">
              <w:rPr>
                <w:rFonts w:cs="Times New Roman"/>
                <w:color w:val="000000" w:themeColor="text1"/>
                <w:sz w:val="22"/>
              </w:rPr>
              <w:t>125</w:t>
            </w:r>
          </w:p>
        </w:tc>
        <w:tc>
          <w:tcPr>
            <w:tcW w:w="1568" w:type="dxa"/>
          </w:tcPr>
          <w:p w14:paraId="15F3E083" w14:textId="77777777" w:rsidR="00D94E50" w:rsidRPr="00D35743" w:rsidRDefault="00000000">
            <w:pPr>
              <w:rPr>
                <w:rFonts w:cs="Times New Roman"/>
                <w:color w:val="000000" w:themeColor="text1"/>
                <w:sz w:val="22"/>
              </w:rPr>
            </w:pPr>
            <w:r w:rsidRPr="00D35743">
              <w:rPr>
                <w:rFonts w:cs="Times New Roman"/>
                <w:color w:val="000000" w:themeColor="text1"/>
                <w:sz w:val="22"/>
              </w:rPr>
              <w:t>0.30 (0.25–0.36)</w:t>
            </w:r>
          </w:p>
        </w:tc>
        <w:tc>
          <w:tcPr>
            <w:tcW w:w="1568" w:type="dxa"/>
          </w:tcPr>
          <w:p w14:paraId="47F8AD93" w14:textId="77777777" w:rsidR="00D94E50" w:rsidRPr="00D35743" w:rsidRDefault="00000000">
            <w:pPr>
              <w:rPr>
                <w:rFonts w:cs="Times New Roman"/>
                <w:color w:val="000000" w:themeColor="text1"/>
                <w:sz w:val="22"/>
              </w:rPr>
            </w:pPr>
            <w:r w:rsidRPr="00D35743">
              <w:rPr>
                <w:rFonts w:cs="Times New Roman"/>
                <w:color w:val="000000" w:themeColor="text1"/>
                <w:sz w:val="22"/>
              </w:rPr>
              <w:t>213</w:t>
            </w:r>
          </w:p>
        </w:tc>
        <w:tc>
          <w:tcPr>
            <w:tcW w:w="1568" w:type="dxa"/>
          </w:tcPr>
          <w:p w14:paraId="2A27ABC8" w14:textId="77777777" w:rsidR="00D94E50" w:rsidRPr="00D35743" w:rsidRDefault="00000000">
            <w:pPr>
              <w:rPr>
                <w:rFonts w:cs="Times New Roman"/>
                <w:color w:val="000000" w:themeColor="text1"/>
                <w:sz w:val="22"/>
              </w:rPr>
            </w:pPr>
            <w:r w:rsidRPr="00D35743">
              <w:rPr>
                <w:rFonts w:cs="Times New Roman"/>
                <w:color w:val="000000" w:themeColor="text1"/>
                <w:sz w:val="22"/>
              </w:rPr>
              <w:t>0.49 (0.42–0.55)</w:t>
            </w:r>
          </w:p>
        </w:tc>
        <w:tc>
          <w:tcPr>
            <w:tcW w:w="1568" w:type="dxa"/>
          </w:tcPr>
          <w:p w14:paraId="4EF5E728" w14:textId="77777777" w:rsidR="00D94E50" w:rsidRPr="00D35743" w:rsidRDefault="00000000">
            <w:pPr>
              <w:rPr>
                <w:rFonts w:cs="Times New Roman"/>
                <w:color w:val="000000" w:themeColor="text1"/>
                <w:sz w:val="22"/>
              </w:rPr>
            </w:pPr>
            <w:r w:rsidRPr="00D35743">
              <w:rPr>
                <w:rFonts w:cs="Times New Roman"/>
                <w:color w:val="000000" w:themeColor="text1"/>
                <w:sz w:val="22"/>
              </w:rPr>
              <w:t>219</w:t>
            </w:r>
          </w:p>
        </w:tc>
        <w:tc>
          <w:tcPr>
            <w:tcW w:w="1568" w:type="dxa"/>
          </w:tcPr>
          <w:p w14:paraId="4AB1B8A8" w14:textId="77777777" w:rsidR="00D94E50" w:rsidRPr="00D35743" w:rsidRDefault="00000000">
            <w:pPr>
              <w:rPr>
                <w:rFonts w:cs="Times New Roman"/>
                <w:color w:val="000000" w:themeColor="text1"/>
                <w:sz w:val="22"/>
              </w:rPr>
            </w:pPr>
            <w:r w:rsidRPr="00D35743">
              <w:rPr>
                <w:rFonts w:cs="Times New Roman"/>
                <w:color w:val="000000" w:themeColor="text1"/>
                <w:sz w:val="22"/>
              </w:rPr>
              <w:t>0.33 (0.28–0.37)</w:t>
            </w:r>
          </w:p>
        </w:tc>
        <w:tc>
          <w:tcPr>
            <w:tcW w:w="1568" w:type="dxa"/>
          </w:tcPr>
          <w:p w14:paraId="1F05D7AE" w14:textId="77777777" w:rsidR="00D94E50" w:rsidRPr="00D35743" w:rsidRDefault="00000000">
            <w:pPr>
              <w:rPr>
                <w:rFonts w:cs="Times New Roman"/>
                <w:color w:val="000000" w:themeColor="text1"/>
                <w:sz w:val="22"/>
              </w:rPr>
            </w:pPr>
            <w:r w:rsidRPr="00D35743">
              <w:rPr>
                <w:rFonts w:cs="Times New Roman"/>
                <w:color w:val="000000" w:themeColor="text1"/>
                <w:sz w:val="22"/>
              </w:rPr>
              <w:t>143</w:t>
            </w:r>
          </w:p>
        </w:tc>
        <w:tc>
          <w:tcPr>
            <w:tcW w:w="1568" w:type="dxa"/>
          </w:tcPr>
          <w:p w14:paraId="3E2FEF19" w14:textId="77777777" w:rsidR="00D94E50" w:rsidRPr="00D35743" w:rsidRDefault="00000000">
            <w:pPr>
              <w:rPr>
                <w:rFonts w:cs="Times New Roman"/>
                <w:color w:val="000000" w:themeColor="text1"/>
                <w:sz w:val="22"/>
              </w:rPr>
            </w:pPr>
            <w:r w:rsidRPr="00D35743">
              <w:rPr>
                <w:rFonts w:cs="Times New Roman"/>
                <w:color w:val="000000" w:themeColor="text1"/>
                <w:sz w:val="22"/>
              </w:rPr>
              <w:t>0.34 (0.28–0.40)</w:t>
            </w:r>
          </w:p>
        </w:tc>
      </w:tr>
      <w:tr w:rsidR="00D94E50" w:rsidRPr="00D35743" w14:paraId="5267CA94" w14:textId="77777777">
        <w:tc>
          <w:tcPr>
            <w:tcW w:w="1568" w:type="dxa"/>
          </w:tcPr>
          <w:p w14:paraId="7097BA7D"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1568" w:type="dxa"/>
          </w:tcPr>
          <w:p w14:paraId="07DA3856" w14:textId="77777777" w:rsidR="00D94E50" w:rsidRPr="00D35743" w:rsidRDefault="00000000">
            <w:pPr>
              <w:rPr>
                <w:rFonts w:cs="Times New Roman"/>
                <w:color w:val="000000" w:themeColor="text1"/>
                <w:sz w:val="22"/>
              </w:rPr>
            </w:pPr>
            <w:r w:rsidRPr="00D35743">
              <w:rPr>
                <w:rFonts w:cs="Times New Roman"/>
                <w:color w:val="000000" w:themeColor="text1"/>
                <w:sz w:val="22"/>
              </w:rPr>
              <w:t>120</w:t>
            </w:r>
          </w:p>
        </w:tc>
        <w:tc>
          <w:tcPr>
            <w:tcW w:w="1568" w:type="dxa"/>
          </w:tcPr>
          <w:p w14:paraId="59AFF682" w14:textId="77777777" w:rsidR="00D94E50" w:rsidRPr="00D35743" w:rsidRDefault="00000000">
            <w:pPr>
              <w:rPr>
                <w:rFonts w:cs="Times New Roman"/>
                <w:color w:val="000000" w:themeColor="text1"/>
                <w:sz w:val="22"/>
              </w:rPr>
            </w:pPr>
            <w:r w:rsidRPr="00D35743">
              <w:rPr>
                <w:rFonts w:cs="Times New Roman"/>
                <w:color w:val="000000" w:themeColor="text1"/>
                <w:sz w:val="22"/>
              </w:rPr>
              <w:t>0.29 (0.24–0.34)</w:t>
            </w:r>
          </w:p>
        </w:tc>
        <w:tc>
          <w:tcPr>
            <w:tcW w:w="1568" w:type="dxa"/>
          </w:tcPr>
          <w:p w14:paraId="4E90CD11" w14:textId="77777777" w:rsidR="00D94E50" w:rsidRPr="00D35743" w:rsidRDefault="00000000">
            <w:pPr>
              <w:rPr>
                <w:rFonts w:cs="Times New Roman"/>
                <w:color w:val="000000" w:themeColor="text1"/>
                <w:sz w:val="22"/>
              </w:rPr>
            </w:pPr>
            <w:r w:rsidRPr="00D35743">
              <w:rPr>
                <w:rFonts w:cs="Times New Roman"/>
                <w:color w:val="000000" w:themeColor="text1"/>
                <w:sz w:val="22"/>
              </w:rPr>
              <w:t>181</w:t>
            </w:r>
          </w:p>
        </w:tc>
        <w:tc>
          <w:tcPr>
            <w:tcW w:w="1568" w:type="dxa"/>
          </w:tcPr>
          <w:p w14:paraId="2417D7F9" w14:textId="77777777" w:rsidR="00D94E50" w:rsidRPr="00D35743" w:rsidRDefault="00000000">
            <w:pPr>
              <w:rPr>
                <w:rFonts w:cs="Times New Roman"/>
                <w:color w:val="000000" w:themeColor="text1"/>
                <w:sz w:val="22"/>
              </w:rPr>
            </w:pPr>
            <w:r w:rsidRPr="00D35743">
              <w:rPr>
                <w:rFonts w:cs="Times New Roman"/>
                <w:color w:val="000000" w:themeColor="text1"/>
                <w:sz w:val="22"/>
              </w:rPr>
              <w:t>0.37 (0.32–0.43)</w:t>
            </w:r>
          </w:p>
        </w:tc>
        <w:tc>
          <w:tcPr>
            <w:tcW w:w="1568" w:type="dxa"/>
          </w:tcPr>
          <w:p w14:paraId="41C53A48" w14:textId="77777777" w:rsidR="00D94E50" w:rsidRPr="00D35743" w:rsidRDefault="00000000">
            <w:pPr>
              <w:rPr>
                <w:rFonts w:cs="Times New Roman"/>
                <w:color w:val="000000" w:themeColor="text1"/>
                <w:sz w:val="22"/>
              </w:rPr>
            </w:pPr>
            <w:r w:rsidRPr="00D35743">
              <w:rPr>
                <w:rFonts w:cs="Times New Roman"/>
                <w:color w:val="000000" w:themeColor="text1"/>
                <w:sz w:val="22"/>
              </w:rPr>
              <w:t>180</w:t>
            </w:r>
          </w:p>
        </w:tc>
        <w:tc>
          <w:tcPr>
            <w:tcW w:w="1568" w:type="dxa"/>
          </w:tcPr>
          <w:p w14:paraId="4659B94B" w14:textId="77777777" w:rsidR="00D94E50" w:rsidRPr="00D35743" w:rsidRDefault="00000000">
            <w:pPr>
              <w:rPr>
                <w:rFonts w:cs="Times New Roman"/>
                <w:color w:val="000000" w:themeColor="text1"/>
                <w:sz w:val="22"/>
              </w:rPr>
            </w:pPr>
            <w:r w:rsidRPr="00D35743">
              <w:rPr>
                <w:rFonts w:cs="Times New Roman"/>
                <w:color w:val="000000" w:themeColor="text1"/>
                <w:sz w:val="22"/>
              </w:rPr>
              <w:t>0.25 (0.22–0.29)</w:t>
            </w:r>
          </w:p>
        </w:tc>
        <w:tc>
          <w:tcPr>
            <w:tcW w:w="1568" w:type="dxa"/>
          </w:tcPr>
          <w:p w14:paraId="7B26439D" w14:textId="77777777" w:rsidR="00D94E50" w:rsidRPr="00D35743" w:rsidRDefault="00000000">
            <w:pPr>
              <w:rPr>
                <w:rFonts w:cs="Times New Roman"/>
                <w:color w:val="000000" w:themeColor="text1"/>
                <w:sz w:val="22"/>
              </w:rPr>
            </w:pPr>
            <w:r w:rsidRPr="00D35743">
              <w:rPr>
                <w:rFonts w:cs="Times New Roman"/>
                <w:color w:val="000000" w:themeColor="text1"/>
                <w:sz w:val="22"/>
              </w:rPr>
              <w:t>144</w:t>
            </w:r>
          </w:p>
        </w:tc>
        <w:tc>
          <w:tcPr>
            <w:tcW w:w="1568" w:type="dxa"/>
          </w:tcPr>
          <w:p w14:paraId="05FCE848" w14:textId="77777777" w:rsidR="00D94E50" w:rsidRPr="00D35743" w:rsidRDefault="00000000">
            <w:pPr>
              <w:rPr>
                <w:rFonts w:cs="Times New Roman"/>
                <w:color w:val="000000" w:themeColor="text1"/>
                <w:sz w:val="22"/>
              </w:rPr>
            </w:pPr>
            <w:r w:rsidRPr="00D35743">
              <w:rPr>
                <w:rFonts w:cs="Times New Roman"/>
                <w:color w:val="000000" w:themeColor="text1"/>
                <w:sz w:val="22"/>
              </w:rPr>
              <w:t>0.33 (0.28–0.39)</w:t>
            </w:r>
          </w:p>
        </w:tc>
      </w:tr>
      <w:tr w:rsidR="00D94E50" w:rsidRPr="00D35743" w14:paraId="3648BF9C" w14:textId="77777777">
        <w:tc>
          <w:tcPr>
            <w:tcW w:w="1568" w:type="dxa"/>
          </w:tcPr>
          <w:p w14:paraId="72D360FC"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1568" w:type="dxa"/>
          </w:tcPr>
          <w:p w14:paraId="323C9FDB" w14:textId="77777777" w:rsidR="00D94E50" w:rsidRPr="00D35743" w:rsidRDefault="00000000">
            <w:pPr>
              <w:rPr>
                <w:rFonts w:cs="Times New Roman"/>
                <w:color w:val="000000" w:themeColor="text1"/>
                <w:sz w:val="22"/>
              </w:rPr>
            </w:pPr>
            <w:r w:rsidRPr="00D35743">
              <w:rPr>
                <w:rFonts w:cs="Times New Roman"/>
                <w:color w:val="000000" w:themeColor="text1"/>
                <w:sz w:val="22"/>
              </w:rPr>
              <w:t>88</w:t>
            </w:r>
          </w:p>
        </w:tc>
        <w:tc>
          <w:tcPr>
            <w:tcW w:w="1568" w:type="dxa"/>
          </w:tcPr>
          <w:p w14:paraId="5ACD5538" w14:textId="77777777" w:rsidR="00D94E50" w:rsidRPr="00D35743" w:rsidRDefault="00000000">
            <w:pPr>
              <w:rPr>
                <w:rFonts w:cs="Times New Roman"/>
                <w:color w:val="000000" w:themeColor="text1"/>
                <w:sz w:val="22"/>
              </w:rPr>
            </w:pPr>
            <w:r w:rsidRPr="00D35743">
              <w:rPr>
                <w:rFonts w:cs="Times New Roman"/>
                <w:color w:val="000000" w:themeColor="text1"/>
                <w:sz w:val="22"/>
              </w:rPr>
              <w:t>0.22 (0.17–0.27)</w:t>
            </w:r>
          </w:p>
        </w:tc>
        <w:tc>
          <w:tcPr>
            <w:tcW w:w="1568" w:type="dxa"/>
          </w:tcPr>
          <w:p w14:paraId="124B3C2F" w14:textId="77777777" w:rsidR="00D94E50" w:rsidRPr="00D35743" w:rsidRDefault="00000000">
            <w:pPr>
              <w:rPr>
                <w:rFonts w:cs="Times New Roman"/>
                <w:color w:val="000000" w:themeColor="text1"/>
                <w:sz w:val="22"/>
              </w:rPr>
            </w:pPr>
            <w:r w:rsidRPr="00D35743">
              <w:rPr>
                <w:rFonts w:cs="Times New Roman"/>
                <w:color w:val="000000" w:themeColor="text1"/>
                <w:sz w:val="22"/>
              </w:rPr>
              <w:t>208</w:t>
            </w:r>
          </w:p>
        </w:tc>
        <w:tc>
          <w:tcPr>
            <w:tcW w:w="1568" w:type="dxa"/>
          </w:tcPr>
          <w:p w14:paraId="6B508DB2" w14:textId="77777777" w:rsidR="00D94E50" w:rsidRPr="00D35743" w:rsidRDefault="00000000">
            <w:pPr>
              <w:rPr>
                <w:rFonts w:cs="Times New Roman"/>
                <w:color w:val="000000" w:themeColor="text1"/>
                <w:sz w:val="22"/>
              </w:rPr>
            </w:pPr>
            <w:r w:rsidRPr="00D35743">
              <w:rPr>
                <w:rFonts w:cs="Times New Roman"/>
                <w:color w:val="000000" w:themeColor="text1"/>
                <w:sz w:val="22"/>
              </w:rPr>
              <w:t>0.44 (0.38–0.50)</w:t>
            </w:r>
          </w:p>
        </w:tc>
        <w:tc>
          <w:tcPr>
            <w:tcW w:w="1568" w:type="dxa"/>
          </w:tcPr>
          <w:p w14:paraId="0C58CF77" w14:textId="77777777" w:rsidR="00D94E50" w:rsidRPr="00D35743" w:rsidRDefault="00000000">
            <w:pPr>
              <w:rPr>
                <w:rFonts w:cs="Times New Roman"/>
                <w:color w:val="000000" w:themeColor="text1"/>
                <w:sz w:val="22"/>
              </w:rPr>
            </w:pPr>
            <w:r w:rsidRPr="00D35743">
              <w:rPr>
                <w:rFonts w:cs="Times New Roman"/>
                <w:color w:val="000000" w:themeColor="text1"/>
                <w:sz w:val="22"/>
              </w:rPr>
              <w:t>184</w:t>
            </w:r>
          </w:p>
        </w:tc>
        <w:tc>
          <w:tcPr>
            <w:tcW w:w="1568" w:type="dxa"/>
          </w:tcPr>
          <w:p w14:paraId="461BCDFD" w14:textId="77777777" w:rsidR="00D94E50" w:rsidRPr="00D35743" w:rsidRDefault="00000000">
            <w:pPr>
              <w:rPr>
                <w:rFonts w:cs="Times New Roman"/>
                <w:color w:val="000000" w:themeColor="text1"/>
                <w:sz w:val="22"/>
              </w:rPr>
            </w:pPr>
            <w:r w:rsidRPr="00D35743">
              <w:rPr>
                <w:rFonts w:cs="Times New Roman"/>
                <w:color w:val="000000" w:themeColor="text1"/>
                <w:sz w:val="22"/>
              </w:rPr>
              <w:t>0.25 (0.22–0.29)</w:t>
            </w:r>
          </w:p>
        </w:tc>
        <w:tc>
          <w:tcPr>
            <w:tcW w:w="1568" w:type="dxa"/>
          </w:tcPr>
          <w:p w14:paraId="33BA40DF" w14:textId="77777777" w:rsidR="00D94E50" w:rsidRPr="00D35743" w:rsidRDefault="00000000">
            <w:pPr>
              <w:rPr>
                <w:rFonts w:cs="Times New Roman"/>
                <w:color w:val="000000" w:themeColor="text1"/>
                <w:sz w:val="22"/>
              </w:rPr>
            </w:pPr>
            <w:r w:rsidRPr="00D35743">
              <w:rPr>
                <w:rFonts w:cs="Times New Roman"/>
                <w:color w:val="000000" w:themeColor="text1"/>
                <w:sz w:val="22"/>
              </w:rPr>
              <w:t>146</w:t>
            </w:r>
          </w:p>
        </w:tc>
        <w:tc>
          <w:tcPr>
            <w:tcW w:w="1568" w:type="dxa"/>
          </w:tcPr>
          <w:p w14:paraId="0B577C50" w14:textId="77777777" w:rsidR="00D94E50" w:rsidRPr="00D35743" w:rsidRDefault="00000000">
            <w:pPr>
              <w:rPr>
                <w:rFonts w:cs="Times New Roman"/>
                <w:color w:val="000000" w:themeColor="text1"/>
                <w:sz w:val="22"/>
              </w:rPr>
            </w:pPr>
            <w:r w:rsidRPr="00D35743">
              <w:rPr>
                <w:rFonts w:cs="Times New Roman"/>
                <w:color w:val="000000" w:themeColor="text1"/>
                <w:sz w:val="22"/>
              </w:rPr>
              <w:t>0.34 (0.28–0.39)</w:t>
            </w:r>
          </w:p>
        </w:tc>
      </w:tr>
      <w:tr w:rsidR="00D94E50" w:rsidRPr="00D35743" w14:paraId="0A98DEB2" w14:textId="77777777">
        <w:tc>
          <w:tcPr>
            <w:tcW w:w="1568" w:type="dxa"/>
          </w:tcPr>
          <w:p w14:paraId="1FEBA681"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1568" w:type="dxa"/>
          </w:tcPr>
          <w:p w14:paraId="2E5F6CBE" w14:textId="77777777" w:rsidR="00D94E50" w:rsidRPr="00D35743" w:rsidRDefault="00000000">
            <w:pPr>
              <w:rPr>
                <w:rFonts w:cs="Times New Roman"/>
                <w:color w:val="000000" w:themeColor="text1"/>
                <w:sz w:val="22"/>
              </w:rPr>
            </w:pPr>
            <w:r w:rsidRPr="00D35743">
              <w:rPr>
                <w:rFonts w:cs="Times New Roman"/>
                <w:color w:val="000000" w:themeColor="text1"/>
                <w:sz w:val="22"/>
              </w:rPr>
              <w:t>110</w:t>
            </w:r>
          </w:p>
        </w:tc>
        <w:tc>
          <w:tcPr>
            <w:tcW w:w="1568" w:type="dxa"/>
          </w:tcPr>
          <w:p w14:paraId="1DDB929C" w14:textId="77777777" w:rsidR="00D94E50" w:rsidRPr="00D35743" w:rsidRDefault="00000000">
            <w:pPr>
              <w:rPr>
                <w:rFonts w:cs="Times New Roman"/>
                <w:color w:val="000000" w:themeColor="text1"/>
                <w:sz w:val="22"/>
              </w:rPr>
            </w:pPr>
            <w:r w:rsidRPr="00D35743">
              <w:rPr>
                <w:rFonts w:cs="Times New Roman"/>
                <w:color w:val="000000" w:themeColor="text1"/>
                <w:sz w:val="22"/>
              </w:rPr>
              <w:t>0.24 (0.20–0.29)</w:t>
            </w:r>
          </w:p>
        </w:tc>
        <w:tc>
          <w:tcPr>
            <w:tcW w:w="1568" w:type="dxa"/>
          </w:tcPr>
          <w:p w14:paraId="0B943F7F" w14:textId="77777777" w:rsidR="00D94E50" w:rsidRPr="00D35743" w:rsidRDefault="00000000">
            <w:pPr>
              <w:rPr>
                <w:rFonts w:cs="Times New Roman"/>
                <w:color w:val="000000" w:themeColor="text1"/>
                <w:sz w:val="22"/>
              </w:rPr>
            </w:pPr>
            <w:r w:rsidRPr="00D35743">
              <w:rPr>
                <w:rFonts w:cs="Times New Roman"/>
                <w:color w:val="000000" w:themeColor="text1"/>
                <w:sz w:val="22"/>
              </w:rPr>
              <w:t>215</w:t>
            </w:r>
          </w:p>
        </w:tc>
        <w:tc>
          <w:tcPr>
            <w:tcW w:w="1568" w:type="dxa"/>
          </w:tcPr>
          <w:p w14:paraId="51548FED" w14:textId="77777777" w:rsidR="00D94E50" w:rsidRPr="00D35743" w:rsidRDefault="00000000">
            <w:pPr>
              <w:rPr>
                <w:rFonts w:cs="Times New Roman"/>
                <w:color w:val="000000" w:themeColor="text1"/>
                <w:sz w:val="22"/>
              </w:rPr>
            </w:pPr>
            <w:r w:rsidRPr="00D35743">
              <w:rPr>
                <w:rFonts w:cs="Times New Roman"/>
                <w:color w:val="000000" w:themeColor="text1"/>
                <w:sz w:val="22"/>
              </w:rPr>
              <w:t>0.45 (0.39–0.52)</w:t>
            </w:r>
          </w:p>
        </w:tc>
        <w:tc>
          <w:tcPr>
            <w:tcW w:w="1568" w:type="dxa"/>
          </w:tcPr>
          <w:p w14:paraId="3422580E" w14:textId="77777777" w:rsidR="00D94E50" w:rsidRPr="00D35743" w:rsidRDefault="00000000">
            <w:pPr>
              <w:rPr>
                <w:rFonts w:cs="Times New Roman"/>
                <w:color w:val="000000" w:themeColor="text1"/>
                <w:sz w:val="22"/>
              </w:rPr>
            </w:pPr>
            <w:r w:rsidRPr="00D35743">
              <w:rPr>
                <w:rFonts w:cs="Times New Roman"/>
                <w:color w:val="000000" w:themeColor="text1"/>
                <w:sz w:val="22"/>
              </w:rPr>
              <w:t>146</w:t>
            </w:r>
          </w:p>
        </w:tc>
        <w:tc>
          <w:tcPr>
            <w:tcW w:w="1568" w:type="dxa"/>
          </w:tcPr>
          <w:p w14:paraId="2498EC93" w14:textId="77777777" w:rsidR="00D94E50" w:rsidRPr="00D35743" w:rsidRDefault="00000000">
            <w:pPr>
              <w:rPr>
                <w:rFonts w:cs="Times New Roman"/>
                <w:color w:val="000000" w:themeColor="text1"/>
                <w:sz w:val="22"/>
              </w:rPr>
            </w:pPr>
            <w:r w:rsidRPr="00D35743">
              <w:rPr>
                <w:rFonts w:cs="Times New Roman"/>
                <w:color w:val="000000" w:themeColor="text1"/>
                <w:sz w:val="22"/>
              </w:rPr>
              <w:t>0.19 (0.16–0.22)</w:t>
            </w:r>
          </w:p>
        </w:tc>
        <w:tc>
          <w:tcPr>
            <w:tcW w:w="1568" w:type="dxa"/>
          </w:tcPr>
          <w:p w14:paraId="19B894ED" w14:textId="77777777" w:rsidR="00D94E50" w:rsidRPr="00D35743" w:rsidRDefault="00000000">
            <w:pPr>
              <w:rPr>
                <w:rFonts w:cs="Times New Roman"/>
                <w:color w:val="000000" w:themeColor="text1"/>
                <w:sz w:val="22"/>
              </w:rPr>
            </w:pPr>
            <w:r w:rsidRPr="00D35743">
              <w:rPr>
                <w:rFonts w:cs="Times New Roman"/>
                <w:color w:val="000000" w:themeColor="text1"/>
                <w:sz w:val="22"/>
              </w:rPr>
              <w:t>152</w:t>
            </w:r>
          </w:p>
        </w:tc>
        <w:tc>
          <w:tcPr>
            <w:tcW w:w="1568" w:type="dxa"/>
          </w:tcPr>
          <w:p w14:paraId="5936138D" w14:textId="77777777" w:rsidR="00D94E50" w:rsidRPr="00D35743" w:rsidRDefault="00000000">
            <w:pPr>
              <w:rPr>
                <w:rFonts w:cs="Times New Roman"/>
                <w:color w:val="000000" w:themeColor="text1"/>
                <w:sz w:val="22"/>
              </w:rPr>
            </w:pPr>
            <w:r w:rsidRPr="00D35743">
              <w:rPr>
                <w:rFonts w:cs="Times New Roman"/>
                <w:color w:val="000000" w:themeColor="text1"/>
                <w:sz w:val="22"/>
              </w:rPr>
              <w:t>0.34 (0.28–0.39)</w:t>
            </w:r>
          </w:p>
        </w:tc>
      </w:tr>
      <w:tr w:rsidR="00D94E50" w:rsidRPr="00D35743" w14:paraId="07ACF804" w14:textId="77777777">
        <w:tc>
          <w:tcPr>
            <w:tcW w:w="1568" w:type="dxa"/>
          </w:tcPr>
          <w:p w14:paraId="25A3F74E" w14:textId="77777777" w:rsidR="00D94E50" w:rsidRPr="00D35743" w:rsidRDefault="00000000">
            <w:pPr>
              <w:rPr>
                <w:rFonts w:cs="Times New Roman"/>
                <w:color w:val="000000" w:themeColor="text1"/>
                <w:sz w:val="22"/>
              </w:rPr>
            </w:pPr>
            <w:r w:rsidRPr="00D35743">
              <w:rPr>
                <w:rFonts w:cs="Times New Roman"/>
                <w:color w:val="000000" w:themeColor="text1"/>
                <w:sz w:val="22"/>
              </w:rPr>
              <w:t>2009</w:t>
            </w:r>
          </w:p>
        </w:tc>
        <w:tc>
          <w:tcPr>
            <w:tcW w:w="1568" w:type="dxa"/>
          </w:tcPr>
          <w:p w14:paraId="1E533E5C" w14:textId="77777777" w:rsidR="00D94E50" w:rsidRPr="00D35743" w:rsidRDefault="00000000">
            <w:pPr>
              <w:rPr>
                <w:rFonts w:cs="Times New Roman"/>
                <w:color w:val="000000" w:themeColor="text1"/>
                <w:sz w:val="22"/>
              </w:rPr>
            </w:pPr>
            <w:r w:rsidRPr="00D35743">
              <w:rPr>
                <w:rFonts w:cs="Times New Roman"/>
                <w:color w:val="000000" w:themeColor="text1"/>
                <w:sz w:val="22"/>
              </w:rPr>
              <w:t>142</w:t>
            </w:r>
          </w:p>
        </w:tc>
        <w:tc>
          <w:tcPr>
            <w:tcW w:w="1568" w:type="dxa"/>
          </w:tcPr>
          <w:p w14:paraId="7A8C0CC9" w14:textId="77777777" w:rsidR="00D94E50" w:rsidRPr="00D35743" w:rsidRDefault="00000000">
            <w:pPr>
              <w:rPr>
                <w:rFonts w:cs="Times New Roman"/>
                <w:color w:val="000000" w:themeColor="text1"/>
                <w:sz w:val="22"/>
              </w:rPr>
            </w:pPr>
            <w:r w:rsidRPr="00D35743">
              <w:rPr>
                <w:rFonts w:cs="Times New Roman"/>
                <w:color w:val="000000" w:themeColor="text1"/>
                <w:sz w:val="22"/>
              </w:rPr>
              <w:t>0.33 (0.28–0.39)</w:t>
            </w:r>
          </w:p>
        </w:tc>
        <w:tc>
          <w:tcPr>
            <w:tcW w:w="1568" w:type="dxa"/>
          </w:tcPr>
          <w:p w14:paraId="69D37227" w14:textId="77777777" w:rsidR="00D94E50" w:rsidRPr="00D35743" w:rsidRDefault="00000000">
            <w:pPr>
              <w:rPr>
                <w:rFonts w:cs="Times New Roman"/>
                <w:color w:val="000000" w:themeColor="text1"/>
                <w:sz w:val="22"/>
              </w:rPr>
            </w:pPr>
            <w:r w:rsidRPr="00D35743">
              <w:rPr>
                <w:rFonts w:cs="Times New Roman"/>
                <w:color w:val="000000" w:themeColor="text1"/>
                <w:sz w:val="22"/>
              </w:rPr>
              <w:t>259</w:t>
            </w:r>
          </w:p>
        </w:tc>
        <w:tc>
          <w:tcPr>
            <w:tcW w:w="1568" w:type="dxa"/>
          </w:tcPr>
          <w:p w14:paraId="6FCF3B06" w14:textId="77777777" w:rsidR="00D94E50" w:rsidRPr="00D35743" w:rsidRDefault="00000000">
            <w:pPr>
              <w:rPr>
                <w:rFonts w:cs="Times New Roman"/>
                <w:color w:val="000000" w:themeColor="text1"/>
                <w:sz w:val="22"/>
              </w:rPr>
            </w:pPr>
            <w:r w:rsidRPr="00D35743">
              <w:rPr>
                <w:rFonts w:cs="Times New Roman"/>
                <w:color w:val="000000" w:themeColor="text1"/>
                <w:sz w:val="22"/>
              </w:rPr>
              <w:t>0.54 (0.47–0.61)</w:t>
            </w:r>
          </w:p>
        </w:tc>
        <w:tc>
          <w:tcPr>
            <w:tcW w:w="1568" w:type="dxa"/>
          </w:tcPr>
          <w:p w14:paraId="7C1854DB" w14:textId="77777777" w:rsidR="00D94E50" w:rsidRPr="00D35743" w:rsidRDefault="00000000">
            <w:pPr>
              <w:rPr>
                <w:rFonts w:cs="Times New Roman"/>
                <w:color w:val="000000" w:themeColor="text1"/>
                <w:sz w:val="22"/>
              </w:rPr>
            </w:pPr>
            <w:r w:rsidRPr="00D35743">
              <w:rPr>
                <w:rFonts w:cs="Times New Roman"/>
                <w:color w:val="000000" w:themeColor="text1"/>
                <w:sz w:val="22"/>
              </w:rPr>
              <w:t>200</w:t>
            </w:r>
          </w:p>
        </w:tc>
        <w:tc>
          <w:tcPr>
            <w:tcW w:w="1568" w:type="dxa"/>
          </w:tcPr>
          <w:p w14:paraId="4C7C432E" w14:textId="77777777" w:rsidR="00D94E50" w:rsidRPr="00D35743" w:rsidRDefault="00000000">
            <w:pPr>
              <w:rPr>
                <w:rFonts w:cs="Times New Roman"/>
                <w:color w:val="000000" w:themeColor="text1"/>
                <w:sz w:val="22"/>
              </w:rPr>
            </w:pPr>
            <w:r w:rsidRPr="00D35743">
              <w:rPr>
                <w:rFonts w:cs="Times New Roman"/>
                <w:color w:val="000000" w:themeColor="text1"/>
                <w:sz w:val="22"/>
              </w:rPr>
              <w:t>0.25 (0.21–0.28)</w:t>
            </w:r>
          </w:p>
        </w:tc>
        <w:tc>
          <w:tcPr>
            <w:tcW w:w="1568" w:type="dxa"/>
          </w:tcPr>
          <w:p w14:paraId="562A0BA9" w14:textId="77777777" w:rsidR="00D94E50" w:rsidRPr="00D35743" w:rsidRDefault="00000000">
            <w:pPr>
              <w:rPr>
                <w:rFonts w:cs="Times New Roman"/>
                <w:color w:val="000000" w:themeColor="text1"/>
                <w:sz w:val="22"/>
              </w:rPr>
            </w:pPr>
            <w:r w:rsidRPr="00D35743">
              <w:rPr>
                <w:rFonts w:cs="Times New Roman"/>
                <w:color w:val="000000" w:themeColor="text1"/>
                <w:sz w:val="22"/>
              </w:rPr>
              <w:t>164</w:t>
            </w:r>
          </w:p>
        </w:tc>
        <w:tc>
          <w:tcPr>
            <w:tcW w:w="1568" w:type="dxa"/>
          </w:tcPr>
          <w:p w14:paraId="260E24F8" w14:textId="77777777" w:rsidR="00D94E50" w:rsidRPr="00D35743" w:rsidRDefault="00000000">
            <w:pPr>
              <w:rPr>
                <w:rFonts w:cs="Times New Roman"/>
                <w:color w:val="000000" w:themeColor="text1"/>
                <w:sz w:val="22"/>
              </w:rPr>
            </w:pPr>
            <w:r w:rsidRPr="00D35743">
              <w:rPr>
                <w:rFonts w:cs="Times New Roman"/>
                <w:color w:val="000000" w:themeColor="text1"/>
                <w:sz w:val="22"/>
              </w:rPr>
              <w:t>0.34 (0.28–0.39)</w:t>
            </w:r>
          </w:p>
        </w:tc>
      </w:tr>
      <w:tr w:rsidR="00D94E50" w:rsidRPr="00D35743" w14:paraId="23CFDC40" w14:textId="77777777">
        <w:tc>
          <w:tcPr>
            <w:tcW w:w="1568" w:type="dxa"/>
          </w:tcPr>
          <w:p w14:paraId="11B37498"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1568" w:type="dxa"/>
          </w:tcPr>
          <w:p w14:paraId="2C8C951B" w14:textId="77777777" w:rsidR="00D94E50" w:rsidRPr="00D35743" w:rsidRDefault="00000000">
            <w:pPr>
              <w:rPr>
                <w:rFonts w:cs="Times New Roman"/>
                <w:color w:val="000000" w:themeColor="text1"/>
                <w:sz w:val="22"/>
              </w:rPr>
            </w:pPr>
            <w:r w:rsidRPr="00D35743">
              <w:rPr>
                <w:rFonts w:cs="Times New Roman"/>
                <w:color w:val="000000" w:themeColor="text1"/>
                <w:sz w:val="22"/>
              </w:rPr>
              <w:t>131</w:t>
            </w:r>
          </w:p>
        </w:tc>
        <w:tc>
          <w:tcPr>
            <w:tcW w:w="1568" w:type="dxa"/>
          </w:tcPr>
          <w:p w14:paraId="2840F4E4" w14:textId="77777777" w:rsidR="00D94E50" w:rsidRPr="00D35743" w:rsidRDefault="00000000">
            <w:pPr>
              <w:rPr>
                <w:rFonts w:cs="Times New Roman"/>
                <w:color w:val="000000" w:themeColor="text1"/>
                <w:sz w:val="22"/>
              </w:rPr>
            </w:pPr>
            <w:r w:rsidRPr="00D35743">
              <w:rPr>
                <w:rFonts w:cs="Times New Roman"/>
                <w:color w:val="000000" w:themeColor="text1"/>
                <w:sz w:val="22"/>
              </w:rPr>
              <w:t>0.31 (0.25–0.36)</w:t>
            </w:r>
          </w:p>
        </w:tc>
        <w:tc>
          <w:tcPr>
            <w:tcW w:w="1568" w:type="dxa"/>
          </w:tcPr>
          <w:p w14:paraId="5EFF9EA0" w14:textId="77777777" w:rsidR="00D94E50" w:rsidRPr="00D35743" w:rsidRDefault="00000000">
            <w:pPr>
              <w:rPr>
                <w:rFonts w:cs="Times New Roman"/>
                <w:color w:val="000000" w:themeColor="text1"/>
                <w:sz w:val="22"/>
              </w:rPr>
            </w:pPr>
            <w:r w:rsidRPr="00D35743">
              <w:rPr>
                <w:rFonts w:cs="Times New Roman"/>
                <w:color w:val="000000" w:themeColor="text1"/>
                <w:sz w:val="22"/>
              </w:rPr>
              <w:t>211</w:t>
            </w:r>
          </w:p>
        </w:tc>
        <w:tc>
          <w:tcPr>
            <w:tcW w:w="1568" w:type="dxa"/>
          </w:tcPr>
          <w:p w14:paraId="0F754B20" w14:textId="77777777" w:rsidR="00D94E50" w:rsidRPr="00D35743" w:rsidRDefault="00000000">
            <w:pPr>
              <w:rPr>
                <w:rFonts w:cs="Times New Roman"/>
                <w:color w:val="000000" w:themeColor="text1"/>
                <w:sz w:val="22"/>
              </w:rPr>
            </w:pPr>
            <w:r w:rsidRPr="00D35743">
              <w:rPr>
                <w:rFonts w:cs="Times New Roman"/>
                <w:color w:val="000000" w:themeColor="text1"/>
                <w:sz w:val="22"/>
              </w:rPr>
              <w:t>0.42 (0.36–0.48)</w:t>
            </w:r>
          </w:p>
        </w:tc>
        <w:tc>
          <w:tcPr>
            <w:tcW w:w="1568" w:type="dxa"/>
          </w:tcPr>
          <w:p w14:paraId="21CFCCCA" w14:textId="77777777" w:rsidR="00D94E50" w:rsidRPr="00D35743" w:rsidRDefault="00000000">
            <w:pPr>
              <w:rPr>
                <w:rFonts w:cs="Times New Roman"/>
                <w:color w:val="000000" w:themeColor="text1"/>
                <w:sz w:val="22"/>
              </w:rPr>
            </w:pPr>
            <w:r w:rsidRPr="00D35743">
              <w:rPr>
                <w:rFonts w:cs="Times New Roman"/>
                <w:color w:val="000000" w:themeColor="text1"/>
                <w:sz w:val="22"/>
              </w:rPr>
              <w:t>188</w:t>
            </w:r>
          </w:p>
        </w:tc>
        <w:tc>
          <w:tcPr>
            <w:tcW w:w="1568" w:type="dxa"/>
          </w:tcPr>
          <w:p w14:paraId="3BF023C5" w14:textId="77777777" w:rsidR="00D94E50" w:rsidRPr="00D35743" w:rsidRDefault="00000000">
            <w:pPr>
              <w:rPr>
                <w:rFonts w:cs="Times New Roman"/>
                <w:color w:val="000000" w:themeColor="text1"/>
                <w:sz w:val="22"/>
              </w:rPr>
            </w:pPr>
            <w:r w:rsidRPr="00D35743">
              <w:rPr>
                <w:rFonts w:cs="Times New Roman"/>
                <w:color w:val="000000" w:themeColor="text1"/>
                <w:sz w:val="22"/>
              </w:rPr>
              <w:t>0.24 (0.20–0.27)</w:t>
            </w:r>
          </w:p>
        </w:tc>
        <w:tc>
          <w:tcPr>
            <w:tcW w:w="1568" w:type="dxa"/>
          </w:tcPr>
          <w:p w14:paraId="069913DD" w14:textId="77777777" w:rsidR="00D94E50" w:rsidRPr="00D35743" w:rsidRDefault="00000000">
            <w:pPr>
              <w:rPr>
                <w:rFonts w:cs="Times New Roman"/>
                <w:color w:val="000000" w:themeColor="text1"/>
                <w:sz w:val="22"/>
              </w:rPr>
            </w:pPr>
            <w:r w:rsidRPr="00D35743">
              <w:rPr>
                <w:rFonts w:cs="Times New Roman"/>
                <w:color w:val="000000" w:themeColor="text1"/>
                <w:sz w:val="22"/>
              </w:rPr>
              <w:t>184</w:t>
            </w:r>
          </w:p>
        </w:tc>
        <w:tc>
          <w:tcPr>
            <w:tcW w:w="1568" w:type="dxa"/>
          </w:tcPr>
          <w:p w14:paraId="399BA9DA" w14:textId="77777777" w:rsidR="00D94E50" w:rsidRPr="00D35743" w:rsidRDefault="00000000">
            <w:pPr>
              <w:rPr>
                <w:rFonts w:cs="Times New Roman"/>
                <w:color w:val="000000" w:themeColor="text1"/>
                <w:sz w:val="22"/>
              </w:rPr>
            </w:pPr>
            <w:r w:rsidRPr="00D35743">
              <w:rPr>
                <w:rFonts w:cs="Times New Roman"/>
                <w:color w:val="000000" w:themeColor="text1"/>
                <w:sz w:val="22"/>
              </w:rPr>
              <w:t>0.41 (0.35–0.47)</w:t>
            </w:r>
          </w:p>
        </w:tc>
      </w:tr>
      <w:tr w:rsidR="00D94E50" w:rsidRPr="00D35743" w14:paraId="68F197AD" w14:textId="77777777">
        <w:tc>
          <w:tcPr>
            <w:tcW w:w="1568" w:type="dxa"/>
          </w:tcPr>
          <w:p w14:paraId="784144BC" w14:textId="77777777" w:rsidR="00D94E50" w:rsidRPr="00D35743" w:rsidRDefault="00000000">
            <w:pPr>
              <w:rPr>
                <w:rFonts w:cs="Times New Roman"/>
                <w:color w:val="000000" w:themeColor="text1"/>
                <w:sz w:val="22"/>
              </w:rPr>
            </w:pPr>
            <w:r w:rsidRPr="00D35743">
              <w:rPr>
                <w:rFonts w:cs="Times New Roman"/>
                <w:color w:val="000000" w:themeColor="text1"/>
                <w:sz w:val="22"/>
              </w:rPr>
              <w:t>2011</w:t>
            </w:r>
          </w:p>
        </w:tc>
        <w:tc>
          <w:tcPr>
            <w:tcW w:w="1568" w:type="dxa"/>
          </w:tcPr>
          <w:p w14:paraId="7AF6D70E" w14:textId="77777777" w:rsidR="00D94E50" w:rsidRPr="00D35743" w:rsidRDefault="00000000">
            <w:pPr>
              <w:rPr>
                <w:rFonts w:cs="Times New Roman"/>
                <w:color w:val="000000" w:themeColor="text1"/>
                <w:sz w:val="22"/>
              </w:rPr>
            </w:pPr>
            <w:r w:rsidRPr="00D35743">
              <w:rPr>
                <w:rFonts w:cs="Times New Roman"/>
                <w:color w:val="000000" w:themeColor="text1"/>
                <w:sz w:val="22"/>
              </w:rPr>
              <w:t>148</w:t>
            </w:r>
          </w:p>
        </w:tc>
        <w:tc>
          <w:tcPr>
            <w:tcW w:w="1568" w:type="dxa"/>
          </w:tcPr>
          <w:p w14:paraId="6AA5308A" w14:textId="77777777" w:rsidR="00D94E50" w:rsidRPr="00D35743" w:rsidRDefault="00000000">
            <w:pPr>
              <w:rPr>
                <w:rFonts w:cs="Times New Roman"/>
                <w:color w:val="000000" w:themeColor="text1"/>
                <w:sz w:val="22"/>
              </w:rPr>
            </w:pPr>
            <w:r w:rsidRPr="00D35743">
              <w:rPr>
                <w:rFonts w:cs="Times New Roman"/>
                <w:color w:val="000000" w:themeColor="text1"/>
                <w:sz w:val="22"/>
              </w:rPr>
              <w:t>0.34 (0.29–0.40)</w:t>
            </w:r>
          </w:p>
        </w:tc>
        <w:tc>
          <w:tcPr>
            <w:tcW w:w="1568" w:type="dxa"/>
          </w:tcPr>
          <w:p w14:paraId="5E441318" w14:textId="77777777" w:rsidR="00D94E50" w:rsidRPr="00D35743" w:rsidRDefault="00000000">
            <w:pPr>
              <w:rPr>
                <w:rFonts w:cs="Times New Roman"/>
                <w:color w:val="000000" w:themeColor="text1"/>
                <w:sz w:val="22"/>
              </w:rPr>
            </w:pPr>
            <w:r w:rsidRPr="00D35743">
              <w:rPr>
                <w:rFonts w:cs="Times New Roman"/>
                <w:color w:val="000000" w:themeColor="text1"/>
                <w:sz w:val="22"/>
              </w:rPr>
              <w:t>244</w:t>
            </w:r>
          </w:p>
        </w:tc>
        <w:tc>
          <w:tcPr>
            <w:tcW w:w="1568" w:type="dxa"/>
          </w:tcPr>
          <w:p w14:paraId="749D6E4F" w14:textId="77777777" w:rsidR="00D94E50" w:rsidRPr="00D35743" w:rsidRDefault="00000000">
            <w:pPr>
              <w:rPr>
                <w:rFonts w:cs="Times New Roman"/>
                <w:color w:val="000000" w:themeColor="text1"/>
                <w:sz w:val="22"/>
              </w:rPr>
            </w:pPr>
            <w:r w:rsidRPr="00D35743">
              <w:rPr>
                <w:rFonts w:cs="Times New Roman"/>
                <w:color w:val="000000" w:themeColor="text1"/>
                <w:sz w:val="22"/>
              </w:rPr>
              <w:t>0.46 (0.41–0.52)</w:t>
            </w:r>
          </w:p>
        </w:tc>
        <w:tc>
          <w:tcPr>
            <w:tcW w:w="1568" w:type="dxa"/>
          </w:tcPr>
          <w:p w14:paraId="569DD0CC" w14:textId="77777777" w:rsidR="00D94E50" w:rsidRPr="00D35743" w:rsidRDefault="00000000">
            <w:pPr>
              <w:rPr>
                <w:rFonts w:cs="Times New Roman"/>
                <w:color w:val="000000" w:themeColor="text1"/>
                <w:sz w:val="22"/>
              </w:rPr>
            </w:pPr>
            <w:r w:rsidRPr="00D35743">
              <w:rPr>
                <w:rFonts w:cs="Times New Roman"/>
                <w:color w:val="000000" w:themeColor="text1"/>
                <w:sz w:val="22"/>
              </w:rPr>
              <w:t>210</w:t>
            </w:r>
          </w:p>
        </w:tc>
        <w:tc>
          <w:tcPr>
            <w:tcW w:w="1568" w:type="dxa"/>
          </w:tcPr>
          <w:p w14:paraId="7F6004F0" w14:textId="77777777" w:rsidR="00D94E50" w:rsidRPr="00D35743" w:rsidRDefault="00000000">
            <w:pPr>
              <w:rPr>
                <w:rFonts w:cs="Times New Roman"/>
                <w:color w:val="000000" w:themeColor="text1"/>
                <w:sz w:val="22"/>
              </w:rPr>
            </w:pPr>
            <w:r w:rsidRPr="00D35743">
              <w:rPr>
                <w:rFonts w:cs="Times New Roman"/>
                <w:color w:val="000000" w:themeColor="text1"/>
                <w:sz w:val="22"/>
              </w:rPr>
              <w:t>0.27 (0.23–0.31)</w:t>
            </w:r>
          </w:p>
        </w:tc>
        <w:tc>
          <w:tcPr>
            <w:tcW w:w="1568" w:type="dxa"/>
          </w:tcPr>
          <w:p w14:paraId="21AA5B6F" w14:textId="77777777" w:rsidR="00D94E50" w:rsidRPr="00D35743" w:rsidRDefault="00000000">
            <w:pPr>
              <w:rPr>
                <w:rFonts w:cs="Times New Roman"/>
                <w:color w:val="000000" w:themeColor="text1"/>
                <w:sz w:val="22"/>
              </w:rPr>
            </w:pPr>
            <w:r w:rsidRPr="00D35743">
              <w:rPr>
                <w:rFonts w:cs="Times New Roman"/>
                <w:color w:val="000000" w:themeColor="text1"/>
                <w:sz w:val="22"/>
              </w:rPr>
              <w:t>193</w:t>
            </w:r>
          </w:p>
        </w:tc>
        <w:tc>
          <w:tcPr>
            <w:tcW w:w="1568" w:type="dxa"/>
          </w:tcPr>
          <w:p w14:paraId="1F82688C" w14:textId="77777777" w:rsidR="00D94E50" w:rsidRPr="00D35743" w:rsidRDefault="00000000">
            <w:pPr>
              <w:rPr>
                <w:rFonts w:cs="Times New Roman"/>
                <w:color w:val="000000" w:themeColor="text1"/>
                <w:sz w:val="22"/>
              </w:rPr>
            </w:pPr>
            <w:r w:rsidRPr="00D35743">
              <w:rPr>
                <w:rFonts w:cs="Times New Roman"/>
                <w:color w:val="000000" w:themeColor="text1"/>
                <w:sz w:val="22"/>
              </w:rPr>
              <w:t>0.39 (0.33–0.45)</w:t>
            </w:r>
          </w:p>
        </w:tc>
      </w:tr>
      <w:tr w:rsidR="00D94E50" w:rsidRPr="00D35743" w14:paraId="063F557E" w14:textId="77777777">
        <w:tc>
          <w:tcPr>
            <w:tcW w:w="1568" w:type="dxa"/>
          </w:tcPr>
          <w:p w14:paraId="1754B95E" w14:textId="77777777" w:rsidR="00D94E50" w:rsidRPr="00D35743" w:rsidRDefault="00000000">
            <w:pPr>
              <w:rPr>
                <w:rFonts w:cs="Times New Roman"/>
                <w:color w:val="000000" w:themeColor="text1"/>
                <w:sz w:val="22"/>
              </w:rPr>
            </w:pPr>
            <w:r w:rsidRPr="00D35743">
              <w:rPr>
                <w:rFonts w:cs="Times New Roman"/>
                <w:color w:val="000000" w:themeColor="text1"/>
                <w:sz w:val="22"/>
              </w:rPr>
              <w:t>2012</w:t>
            </w:r>
          </w:p>
        </w:tc>
        <w:tc>
          <w:tcPr>
            <w:tcW w:w="1568" w:type="dxa"/>
          </w:tcPr>
          <w:p w14:paraId="285805BE" w14:textId="77777777" w:rsidR="00D94E50" w:rsidRPr="00D35743" w:rsidRDefault="00000000">
            <w:pPr>
              <w:rPr>
                <w:rFonts w:cs="Times New Roman"/>
                <w:color w:val="000000" w:themeColor="text1"/>
                <w:sz w:val="22"/>
              </w:rPr>
            </w:pPr>
            <w:r w:rsidRPr="00D35743">
              <w:rPr>
                <w:rFonts w:cs="Times New Roman"/>
                <w:color w:val="000000" w:themeColor="text1"/>
                <w:sz w:val="22"/>
              </w:rPr>
              <w:t>164</w:t>
            </w:r>
          </w:p>
        </w:tc>
        <w:tc>
          <w:tcPr>
            <w:tcW w:w="1568" w:type="dxa"/>
          </w:tcPr>
          <w:p w14:paraId="53E12583" w14:textId="77777777" w:rsidR="00D94E50" w:rsidRPr="00D35743" w:rsidRDefault="00000000">
            <w:pPr>
              <w:rPr>
                <w:rFonts w:cs="Times New Roman"/>
                <w:color w:val="000000" w:themeColor="text1"/>
                <w:sz w:val="22"/>
              </w:rPr>
            </w:pPr>
            <w:r w:rsidRPr="00D35743">
              <w:rPr>
                <w:rFonts w:cs="Times New Roman"/>
                <w:color w:val="000000" w:themeColor="text1"/>
                <w:sz w:val="22"/>
              </w:rPr>
              <w:t>0.34 (0.29–0.40)</w:t>
            </w:r>
          </w:p>
        </w:tc>
        <w:tc>
          <w:tcPr>
            <w:tcW w:w="1568" w:type="dxa"/>
          </w:tcPr>
          <w:p w14:paraId="7F68E41C" w14:textId="77777777" w:rsidR="00D94E50" w:rsidRPr="00D35743" w:rsidRDefault="00000000">
            <w:pPr>
              <w:rPr>
                <w:rFonts w:cs="Times New Roman"/>
                <w:color w:val="000000" w:themeColor="text1"/>
                <w:sz w:val="22"/>
              </w:rPr>
            </w:pPr>
            <w:r w:rsidRPr="00D35743">
              <w:rPr>
                <w:rFonts w:cs="Times New Roman"/>
                <w:color w:val="000000" w:themeColor="text1"/>
                <w:sz w:val="22"/>
              </w:rPr>
              <w:t>249</w:t>
            </w:r>
          </w:p>
        </w:tc>
        <w:tc>
          <w:tcPr>
            <w:tcW w:w="1568" w:type="dxa"/>
          </w:tcPr>
          <w:p w14:paraId="7603F7FC" w14:textId="77777777" w:rsidR="00D94E50" w:rsidRPr="00D35743" w:rsidRDefault="00000000">
            <w:pPr>
              <w:rPr>
                <w:rFonts w:cs="Times New Roman"/>
                <w:color w:val="000000" w:themeColor="text1"/>
                <w:sz w:val="22"/>
              </w:rPr>
            </w:pPr>
            <w:r w:rsidRPr="00D35743">
              <w:rPr>
                <w:rFonts w:cs="Times New Roman"/>
                <w:color w:val="000000" w:themeColor="text1"/>
                <w:sz w:val="22"/>
              </w:rPr>
              <w:t>0.48 (0.42–0.54)</w:t>
            </w:r>
          </w:p>
        </w:tc>
        <w:tc>
          <w:tcPr>
            <w:tcW w:w="1568" w:type="dxa"/>
          </w:tcPr>
          <w:p w14:paraId="114D7B75" w14:textId="77777777" w:rsidR="00D94E50" w:rsidRPr="00D35743" w:rsidRDefault="00000000">
            <w:pPr>
              <w:rPr>
                <w:rFonts w:cs="Times New Roman"/>
                <w:color w:val="000000" w:themeColor="text1"/>
                <w:sz w:val="22"/>
              </w:rPr>
            </w:pPr>
            <w:r w:rsidRPr="00D35743">
              <w:rPr>
                <w:rFonts w:cs="Times New Roman"/>
                <w:color w:val="000000" w:themeColor="text1"/>
                <w:sz w:val="22"/>
              </w:rPr>
              <w:t>223</w:t>
            </w:r>
          </w:p>
        </w:tc>
        <w:tc>
          <w:tcPr>
            <w:tcW w:w="1568" w:type="dxa"/>
          </w:tcPr>
          <w:p w14:paraId="6485E32F" w14:textId="77777777" w:rsidR="00D94E50" w:rsidRPr="00D35743" w:rsidRDefault="00000000">
            <w:pPr>
              <w:rPr>
                <w:rFonts w:cs="Times New Roman"/>
                <w:color w:val="000000" w:themeColor="text1"/>
                <w:sz w:val="22"/>
              </w:rPr>
            </w:pPr>
            <w:r w:rsidRPr="00D35743">
              <w:rPr>
                <w:rFonts w:cs="Times New Roman"/>
                <w:color w:val="000000" w:themeColor="text1"/>
                <w:sz w:val="22"/>
              </w:rPr>
              <w:t>0.26 (0.23–0.30)</w:t>
            </w:r>
          </w:p>
        </w:tc>
        <w:tc>
          <w:tcPr>
            <w:tcW w:w="1568" w:type="dxa"/>
          </w:tcPr>
          <w:p w14:paraId="7F697E4D" w14:textId="77777777" w:rsidR="00D94E50" w:rsidRPr="00D35743" w:rsidRDefault="00000000">
            <w:pPr>
              <w:rPr>
                <w:rFonts w:cs="Times New Roman"/>
                <w:color w:val="000000" w:themeColor="text1"/>
                <w:sz w:val="22"/>
              </w:rPr>
            </w:pPr>
            <w:r w:rsidRPr="00D35743">
              <w:rPr>
                <w:rFonts w:cs="Times New Roman"/>
                <w:color w:val="000000" w:themeColor="text1"/>
                <w:sz w:val="22"/>
              </w:rPr>
              <w:t>184</w:t>
            </w:r>
          </w:p>
        </w:tc>
        <w:tc>
          <w:tcPr>
            <w:tcW w:w="1568" w:type="dxa"/>
          </w:tcPr>
          <w:p w14:paraId="0D1F5653" w14:textId="77777777" w:rsidR="00D94E50" w:rsidRPr="00D35743" w:rsidRDefault="00000000">
            <w:pPr>
              <w:rPr>
                <w:rFonts w:cs="Times New Roman"/>
                <w:color w:val="000000" w:themeColor="text1"/>
                <w:sz w:val="22"/>
              </w:rPr>
            </w:pPr>
            <w:r w:rsidRPr="00D35743">
              <w:rPr>
                <w:rFonts w:cs="Times New Roman"/>
                <w:color w:val="000000" w:themeColor="text1"/>
                <w:sz w:val="22"/>
              </w:rPr>
              <w:t>0.36 (0.31–0.41)</w:t>
            </w:r>
          </w:p>
        </w:tc>
      </w:tr>
      <w:tr w:rsidR="00D94E50" w:rsidRPr="00D35743" w14:paraId="5667D5E0" w14:textId="77777777">
        <w:tc>
          <w:tcPr>
            <w:tcW w:w="1568" w:type="dxa"/>
          </w:tcPr>
          <w:p w14:paraId="46BF841C"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1568" w:type="dxa"/>
          </w:tcPr>
          <w:p w14:paraId="3C3C0EFF" w14:textId="77777777" w:rsidR="00D94E50" w:rsidRPr="00D35743" w:rsidRDefault="00000000">
            <w:pPr>
              <w:rPr>
                <w:rFonts w:cs="Times New Roman"/>
                <w:color w:val="000000" w:themeColor="text1"/>
                <w:sz w:val="22"/>
              </w:rPr>
            </w:pPr>
            <w:r w:rsidRPr="00D35743">
              <w:rPr>
                <w:rFonts w:cs="Times New Roman"/>
                <w:color w:val="000000" w:themeColor="text1"/>
                <w:sz w:val="22"/>
              </w:rPr>
              <w:t>157</w:t>
            </w:r>
          </w:p>
        </w:tc>
        <w:tc>
          <w:tcPr>
            <w:tcW w:w="1568" w:type="dxa"/>
          </w:tcPr>
          <w:p w14:paraId="67182AE5" w14:textId="77777777" w:rsidR="00D94E50" w:rsidRPr="00D35743" w:rsidRDefault="00000000">
            <w:pPr>
              <w:rPr>
                <w:rFonts w:cs="Times New Roman"/>
                <w:color w:val="000000" w:themeColor="text1"/>
                <w:sz w:val="22"/>
              </w:rPr>
            </w:pPr>
            <w:r w:rsidRPr="00D35743">
              <w:rPr>
                <w:rFonts w:cs="Times New Roman"/>
                <w:color w:val="000000" w:themeColor="text1"/>
                <w:sz w:val="22"/>
              </w:rPr>
              <w:t>0.35 (0.29–0.41)</w:t>
            </w:r>
          </w:p>
        </w:tc>
        <w:tc>
          <w:tcPr>
            <w:tcW w:w="1568" w:type="dxa"/>
          </w:tcPr>
          <w:p w14:paraId="2532805D" w14:textId="77777777" w:rsidR="00D94E50" w:rsidRPr="00D35743" w:rsidRDefault="00000000">
            <w:pPr>
              <w:rPr>
                <w:rFonts w:cs="Times New Roman"/>
                <w:color w:val="000000" w:themeColor="text1"/>
                <w:sz w:val="22"/>
              </w:rPr>
            </w:pPr>
            <w:r w:rsidRPr="00D35743">
              <w:rPr>
                <w:rFonts w:cs="Times New Roman"/>
                <w:color w:val="000000" w:themeColor="text1"/>
                <w:sz w:val="22"/>
              </w:rPr>
              <w:t>281</w:t>
            </w:r>
          </w:p>
        </w:tc>
        <w:tc>
          <w:tcPr>
            <w:tcW w:w="1568" w:type="dxa"/>
          </w:tcPr>
          <w:p w14:paraId="1D733C37" w14:textId="77777777" w:rsidR="00D94E50" w:rsidRPr="00D35743" w:rsidRDefault="00000000">
            <w:pPr>
              <w:rPr>
                <w:rFonts w:cs="Times New Roman"/>
                <w:color w:val="000000" w:themeColor="text1"/>
                <w:sz w:val="22"/>
              </w:rPr>
            </w:pPr>
            <w:r w:rsidRPr="00D35743">
              <w:rPr>
                <w:rFonts w:cs="Times New Roman"/>
                <w:color w:val="000000" w:themeColor="text1"/>
                <w:sz w:val="22"/>
              </w:rPr>
              <w:t>0.51 (0.45–0.57)</w:t>
            </w:r>
          </w:p>
        </w:tc>
        <w:tc>
          <w:tcPr>
            <w:tcW w:w="1568" w:type="dxa"/>
          </w:tcPr>
          <w:p w14:paraId="68D9C7F2" w14:textId="77777777" w:rsidR="00D94E50" w:rsidRPr="00D35743" w:rsidRDefault="00000000">
            <w:pPr>
              <w:rPr>
                <w:rFonts w:cs="Times New Roman"/>
                <w:color w:val="000000" w:themeColor="text1"/>
                <w:sz w:val="22"/>
              </w:rPr>
            </w:pPr>
            <w:r w:rsidRPr="00D35743">
              <w:rPr>
                <w:rFonts w:cs="Times New Roman"/>
                <w:color w:val="000000" w:themeColor="text1"/>
                <w:sz w:val="22"/>
              </w:rPr>
              <w:t>237</w:t>
            </w:r>
          </w:p>
        </w:tc>
        <w:tc>
          <w:tcPr>
            <w:tcW w:w="1568" w:type="dxa"/>
          </w:tcPr>
          <w:p w14:paraId="05D87113" w14:textId="77777777" w:rsidR="00D94E50" w:rsidRPr="00D35743" w:rsidRDefault="00000000">
            <w:pPr>
              <w:rPr>
                <w:rFonts w:cs="Times New Roman"/>
                <w:color w:val="000000" w:themeColor="text1"/>
                <w:sz w:val="22"/>
              </w:rPr>
            </w:pPr>
            <w:r w:rsidRPr="00D35743">
              <w:rPr>
                <w:rFonts w:cs="Times New Roman"/>
                <w:color w:val="000000" w:themeColor="text1"/>
                <w:sz w:val="22"/>
              </w:rPr>
              <w:t>0.26 (0.23–0.30)</w:t>
            </w:r>
          </w:p>
        </w:tc>
        <w:tc>
          <w:tcPr>
            <w:tcW w:w="1568" w:type="dxa"/>
          </w:tcPr>
          <w:p w14:paraId="5B76976E" w14:textId="77777777" w:rsidR="00D94E50" w:rsidRPr="00D35743" w:rsidRDefault="00000000">
            <w:pPr>
              <w:rPr>
                <w:rFonts w:cs="Times New Roman"/>
                <w:color w:val="000000" w:themeColor="text1"/>
                <w:sz w:val="22"/>
              </w:rPr>
            </w:pPr>
            <w:r w:rsidRPr="00D35743">
              <w:rPr>
                <w:rFonts w:cs="Times New Roman"/>
                <w:color w:val="000000" w:themeColor="text1"/>
                <w:sz w:val="22"/>
              </w:rPr>
              <w:t>218</w:t>
            </w:r>
          </w:p>
        </w:tc>
        <w:tc>
          <w:tcPr>
            <w:tcW w:w="1568" w:type="dxa"/>
          </w:tcPr>
          <w:p w14:paraId="6F9C3345" w14:textId="77777777" w:rsidR="00D94E50" w:rsidRPr="00D35743" w:rsidRDefault="00000000">
            <w:pPr>
              <w:rPr>
                <w:rFonts w:cs="Times New Roman"/>
                <w:color w:val="000000" w:themeColor="text1"/>
                <w:sz w:val="22"/>
              </w:rPr>
            </w:pPr>
            <w:r w:rsidRPr="00D35743">
              <w:rPr>
                <w:rFonts w:cs="Times New Roman"/>
                <w:color w:val="000000" w:themeColor="text1"/>
                <w:sz w:val="22"/>
              </w:rPr>
              <w:t>0.40 (0.34–0.45)</w:t>
            </w:r>
          </w:p>
        </w:tc>
      </w:tr>
      <w:tr w:rsidR="00D94E50" w:rsidRPr="00D35743" w14:paraId="3536A74B" w14:textId="77777777">
        <w:tc>
          <w:tcPr>
            <w:tcW w:w="1568" w:type="dxa"/>
          </w:tcPr>
          <w:p w14:paraId="6884DD4C"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1568" w:type="dxa"/>
          </w:tcPr>
          <w:p w14:paraId="4C2A8E2A" w14:textId="77777777" w:rsidR="00D94E50" w:rsidRPr="00D35743" w:rsidRDefault="00000000">
            <w:pPr>
              <w:rPr>
                <w:rFonts w:cs="Times New Roman"/>
                <w:color w:val="000000" w:themeColor="text1"/>
                <w:sz w:val="22"/>
              </w:rPr>
            </w:pPr>
            <w:r w:rsidRPr="00D35743">
              <w:rPr>
                <w:rFonts w:cs="Times New Roman"/>
                <w:color w:val="000000" w:themeColor="text1"/>
                <w:sz w:val="22"/>
              </w:rPr>
              <w:t>165</w:t>
            </w:r>
          </w:p>
        </w:tc>
        <w:tc>
          <w:tcPr>
            <w:tcW w:w="1568" w:type="dxa"/>
          </w:tcPr>
          <w:p w14:paraId="179CCE22" w14:textId="77777777" w:rsidR="00D94E50" w:rsidRPr="00D35743" w:rsidRDefault="00000000">
            <w:pPr>
              <w:rPr>
                <w:rFonts w:cs="Times New Roman"/>
                <w:color w:val="000000" w:themeColor="text1"/>
                <w:sz w:val="22"/>
              </w:rPr>
            </w:pPr>
            <w:r w:rsidRPr="00D35743">
              <w:rPr>
                <w:rFonts w:cs="Times New Roman"/>
                <w:color w:val="000000" w:themeColor="text1"/>
                <w:sz w:val="22"/>
              </w:rPr>
              <w:t>0.36 (0.31–0.42)</w:t>
            </w:r>
          </w:p>
        </w:tc>
        <w:tc>
          <w:tcPr>
            <w:tcW w:w="1568" w:type="dxa"/>
          </w:tcPr>
          <w:p w14:paraId="759C9EE7" w14:textId="77777777" w:rsidR="00D94E50" w:rsidRPr="00D35743" w:rsidRDefault="00000000">
            <w:pPr>
              <w:rPr>
                <w:rFonts w:cs="Times New Roman"/>
                <w:color w:val="000000" w:themeColor="text1"/>
                <w:sz w:val="22"/>
              </w:rPr>
            </w:pPr>
            <w:r w:rsidRPr="00D35743">
              <w:rPr>
                <w:rFonts w:cs="Times New Roman"/>
                <w:color w:val="000000" w:themeColor="text1"/>
                <w:sz w:val="22"/>
              </w:rPr>
              <w:t>249</w:t>
            </w:r>
          </w:p>
        </w:tc>
        <w:tc>
          <w:tcPr>
            <w:tcW w:w="1568" w:type="dxa"/>
          </w:tcPr>
          <w:p w14:paraId="1488F8BC" w14:textId="77777777" w:rsidR="00D94E50" w:rsidRPr="00D35743" w:rsidRDefault="00000000">
            <w:pPr>
              <w:rPr>
                <w:rFonts w:cs="Times New Roman"/>
                <w:color w:val="000000" w:themeColor="text1"/>
                <w:sz w:val="22"/>
              </w:rPr>
            </w:pPr>
            <w:r w:rsidRPr="00D35743">
              <w:rPr>
                <w:rFonts w:cs="Times New Roman"/>
                <w:color w:val="000000" w:themeColor="text1"/>
                <w:sz w:val="22"/>
              </w:rPr>
              <w:t>0.47 (0.41–0.52)</w:t>
            </w:r>
          </w:p>
        </w:tc>
        <w:tc>
          <w:tcPr>
            <w:tcW w:w="1568" w:type="dxa"/>
          </w:tcPr>
          <w:p w14:paraId="65BAFEAA" w14:textId="77777777" w:rsidR="00D94E50" w:rsidRPr="00D35743" w:rsidRDefault="00000000">
            <w:pPr>
              <w:rPr>
                <w:rFonts w:cs="Times New Roman"/>
                <w:color w:val="000000" w:themeColor="text1"/>
                <w:sz w:val="22"/>
              </w:rPr>
            </w:pPr>
            <w:r w:rsidRPr="00D35743">
              <w:rPr>
                <w:rFonts w:cs="Times New Roman"/>
                <w:color w:val="000000" w:themeColor="text1"/>
                <w:sz w:val="22"/>
              </w:rPr>
              <w:t>243</w:t>
            </w:r>
          </w:p>
        </w:tc>
        <w:tc>
          <w:tcPr>
            <w:tcW w:w="1568" w:type="dxa"/>
          </w:tcPr>
          <w:p w14:paraId="51C8ACB4" w14:textId="77777777" w:rsidR="00D94E50" w:rsidRPr="00D35743" w:rsidRDefault="00000000">
            <w:pPr>
              <w:rPr>
                <w:rFonts w:cs="Times New Roman"/>
                <w:color w:val="000000" w:themeColor="text1"/>
                <w:sz w:val="22"/>
              </w:rPr>
            </w:pPr>
            <w:r w:rsidRPr="00D35743">
              <w:rPr>
                <w:rFonts w:cs="Times New Roman"/>
                <w:color w:val="000000" w:themeColor="text1"/>
                <w:sz w:val="22"/>
              </w:rPr>
              <w:t>0.28 (0.24–0.31)</w:t>
            </w:r>
          </w:p>
        </w:tc>
        <w:tc>
          <w:tcPr>
            <w:tcW w:w="1568" w:type="dxa"/>
          </w:tcPr>
          <w:p w14:paraId="1A965347" w14:textId="77777777" w:rsidR="00D94E50" w:rsidRPr="00D35743" w:rsidRDefault="00000000">
            <w:pPr>
              <w:rPr>
                <w:rFonts w:cs="Times New Roman"/>
                <w:color w:val="000000" w:themeColor="text1"/>
                <w:sz w:val="22"/>
              </w:rPr>
            </w:pPr>
            <w:r w:rsidRPr="00D35743">
              <w:rPr>
                <w:rFonts w:cs="Times New Roman"/>
                <w:color w:val="000000" w:themeColor="text1"/>
                <w:sz w:val="22"/>
              </w:rPr>
              <w:t>244</w:t>
            </w:r>
          </w:p>
        </w:tc>
        <w:tc>
          <w:tcPr>
            <w:tcW w:w="1568" w:type="dxa"/>
          </w:tcPr>
          <w:p w14:paraId="14059520" w14:textId="77777777" w:rsidR="00D94E50" w:rsidRPr="00D35743" w:rsidRDefault="00000000">
            <w:pPr>
              <w:rPr>
                <w:rFonts w:cs="Times New Roman"/>
                <w:color w:val="000000" w:themeColor="text1"/>
                <w:sz w:val="22"/>
              </w:rPr>
            </w:pPr>
            <w:r w:rsidRPr="00D35743">
              <w:rPr>
                <w:rFonts w:cs="Times New Roman"/>
                <w:color w:val="000000" w:themeColor="text1"/>
                <w:sz w:val="22"/>
              </w:rPr>
              <w:t>0.46 (0.40–0.52)</w:t>
            </w:r>
          </w:p>
        </w:tc>
      </w:tr>
      <w:tr w:rsidR="00D94E50" w:rsidRPr="00D35743" w14:paraId="2B1B4713" w14:textId="77777777">
        <w:tc>
          <w:tcPr>
            <w:tcW w:w="1568" w:type="dxa"/>
          </w:tcPr>
          <w:p w14:paraId="0CBCCAB5" w14:textId="77777777" w:rsidR="00D94E50" w:rsidRPr="00D35743" w:rsidRDefault="00000000">
            <w:pPr>
              <w:rPr>
                <w:rFonts w:cs="Times New Roman"/>
                <w:color w:val="000000" w:themeColor="text1"/>
                <w:sz w:val="22"/>
              </w:rPr>
            </w:pPr>
            <w:r w:rsidRPr="00D35743">
              <w:rPr>
                <w:rFonts w:cs="Times New Roman"/>
                <w:color w:val="000000" w:themeColor="text1"/>
                <w:sz w:val="22"/>
              </w:rPr>
              <w:t>2015</w:t>
            </w:r>
          </w:p>
        </w:tc>
        <w:tc>
          <w:tcPr>
            <w:tcW w:w="1568" w:type="dxa"/>
          </w:tcPr>
          <w:p w14:paraId="41B928CB" w14:textId="77777777" w:rsidR="00D94E50" w:rsidRPr="00D35743" w:rsidRDefault="00000000">
            <w:pPr>
              <w:rPr>
                <w:rFonts w:cs="Times New Roman"/>
                <w:color w:val="000000" w:themeColor="text1"/>
                <w:sz w:val="22"/>
              </w:rPr>
            </w:pPr>
            <w:r w:rsidRPr="00D35743">
              <w:rPr>
                <w:rFonts w:cs="Times New Roman"/>
                <w:color w:val="000000" w:themeColor="text1"/>
                <w:sz w:val="22"/>
              </w:rPr>
              <w:t>168</w:t>
            </w:r>
          </w:p>
        </w:tc>
        <w:tc>
          <w:tcPr>
            <w:tcW w:w="1568" w:type="dxa"/>
          </w:tcPr>
          <w:p w14:paraId="775EBF92" w14:textId="77777777" w:rsidR="00D94E50" w:rsidRPr="00D35743" w:rsidRDefault="00000000">
            <w:pPr>
              <w:rPr>
                <w:rFonts w:cs="Times New Roman"/>
                <w:color w:val="000000" w:themeColor="text1"/>
                <w:sz w:val="22"/>
              </w:rPr>
            </w:pPr>
            <w:r w:rsidRPr="00D35743">
              <w:rPr>
                <w:rFonts w:cs="Times New Roman"/>
                <w:color w:val="000000" w:themeColor="text1"/>
                <w:sz w:val="22"/>
              </w:rPr>
              <w:t>0.37 (0.31–0.43)</w:t>
            </w:r>
          </w:p>
        </w:tc>
        <w:tc>
          <w:tcPr>
            <w:tcW w:w="1568" w:type="dxa"/>
          </w:tcPr>
          <w:p w14:paraId="08E83D5A" w14:textId="77777777" w:rsidR="00D94E50" w:rsidRPr="00D35743" w:rsidRDefault="00000000">
            <w:pPr>
              <w:rPr>
                <w:rFonts w:cs="Times New Roman"/>
                <w:color w:val="000000" w:themeColor="text1"/>
                <w:sz w:val="22"/>
              </w:rPr>
            </w:pPr>
            <w:r w:rsidRPr="00D35743">
              <w:rPr>
                <w:rFonts w:cs="Times New Roman"/>
                <w:color w:val="000000" w:themeColor="text1"/>
                <w:sz w:val="22"/>
              </w:rPr>
              <w:t>266</w:t>
            </w:r>
          </w:p>
        </w:tc>
        <w:tc>
          <w:tcPr>
            <w:tcW w:w="1568" w:type="dxa"/>
          </w:tcPr>
          <w:p w14:paraId="50865C2B" w14:textId="77777777" w:rsidR="00D94E50" w:rsidRPr="00D35743" w:rsidRDefault="00000000">
            <w:pPr>
              <w:rPr>
                <w:rFonts w:cs="Times New Roman"/>
                <w:color w:val="000000" w:themeColor="text1"/>
                <w:sz w:val="22"/>
              </w:rPr>
            </w:pPr>
            <w:r w:rsidRPr="00D35743">
              <w:rPr>
                <w:rFonts w:cs="Times New Roman"/>
                <w:color w:val="000000" w:themeColor="text1"/>
                <w:sz w:val="22"/>
              </w:rPr>
              <w:t>0.48 (0.42–0.54)</w:t>
            </w:r>
          </w:p>
        </w:tc>
        <w:tc>
          <w:tcPr>
            <w:tcW w:w="1568" w:type="dxa"/>
          </w:tcPr>
          <w:p w14:paraId="4D8AB97C" w14:textId="77777777" w:rsidR="00D94E50" w:rsidRPr="00D35743" w:rsidRDefault="00000000">
            <w:pPr>
              <w:rPr>
                <w:rFonts w:cs="Times New Roman"/>
                <w:color w:val="000000" w:themeColor="text1"/>
                <w:sz w:val="22"/>
              </w:rPr>
            </w:pPr>
            <w:r w:rsidRPr="00D35743">
              <w:rPr>
                <w:rFonts w:cs="Times New Roman"/>
                <w:color w:val="000000" w:themeColor="text1"/>
                <w:sz w:val="22"/>
              </w:rPr>
              <w:t>247</w:t>
            </w:r>
          </w:p>
        </w:tc>
        <w:tc>
          <w:tcPr>
            <w:tcW w:w="1568" w:type="dxa"/>
          </w:tcPr>
          <w:p w14:paraId="5DFA980C" w14:textId="77777777" w:rsidR="00D94E50" w:rsidRPr="00D35743" w:rsidRDefault="00000000">
            <w:pPr>
              <w:rPr>
                <w:rFonts w:cs="Times New Roman"/>
                <w:color w:val="000000" w:themeColor="text1"/>
                <w:sz w:val="22"/>
              </w:rPr>
            </w:pPr>
            <w:r w:rsidRPr="00D35743">
              <w:rPr>
                <w:rFonts w:cs="Times New Roman"/>
                <w:color w:val="000000" w:themeColor="text1"/>
                <w:sz w:val="22"/>
              </w:rPr>
              <w:t>0.26 (0.23–0.29)</w:t>
            </w:r>
          </w:p>
        </w:tc>
        <w:tc>
          <w:tcPr>
            <w:tcW w:w="1568" w:type="dxa"/>
          </w:tcPr>
          <w:p w14:paraId="71A7E191" w14:textId="77777777" w:rsidR="00D94E50" w:rsidRPr="00D35743" w:rsidRDefault="00000000">
            <w:pPr>
              <w:rPr>
                <w:rFonts w:cs="Times New Roman"/>
                <w:color w:val="000000" w:themeColor="text1"/>
                <w:sz w:val="22"/>
              </w:rPr>
            </w:pPr>
            <w:r w:rsidRPr="00D35743">
              <w:rPr>
                <w:rFonts w:cs="Times New Roman"/>
                <w:color w:val="000000" w:themeColor="text1"/>
                <w:sz w:val="22"/>
              </w:rPr>
              <w:t>239</w:t>
            </w:r>
          </w:p>
        </w:tc>
        <w:tc>
          <w:tcPr>
            <w:tcW w:w="1568" w:type="dxa"/>
          </w:tcPr>
          <w:p w14:paraId="50857661" w14:textId="77777777" w:rsidR="00D94E50" w:rsidRPr="00D35743" w:rsidRDefault="00000000">
            <w:pPr>
              <w:rPr>
                <w:rFonts w:cs="Times New Roman"/>
                <w:color w:val="000000" w:themeColor="text1"/>
                <w:sz w:val="22"/>
              </w:rPr>
            </w:pPr>
            <w:r w:rsidRPr="00D35743">
              <w:rPr>
                <w:rFonts w:cs="Times New Roman"/>
                <w:color w:val="000000" w:themeColor="text1"/>
                <w:sz w:val="22"/>
              </w:rPr>
              <w:t>0.44 (0.38–0.50)</w:t>
            </w:r>
          </w:p>
        </w:tc>
      </w:tr>
      <w:tr w:rsidR="00D94E50" w:rsidRPr="00D35743" w14:paraId="1985A868" w14:textId="77777777">
        <w:tc>
          <w:tcPr>
            <w:tcW w:w="1568" w:type="dxa"/>
          </w:tcPr>
          <w:p w14:paraId="50826397" w14:textId="77777777" w:rsidR="00D94E50" w:rsidRPr="00D35743" w:rsidRDefault="00000000">
            <w:pPr>
              <w:rPr>
                <w:rFonts w:cs="Times New Roman"/>
                <w:color w:val="000000" w:themeColor="text1"/>
                <w:sz w:val="22"/>
              </w:rPr>
            </w:pPr>
            <w:r w:rsidRPr="00D35743">
              <w:rPr>
                <w:rFonts w:cs="Times New Roman"/>
                <w:color w:val="000000" w:themeColor="text1"/>
                <w:sz w:val="22"/>
              </w:rPr>
              <w:t>2016</w:t>
            </w:r>
          </w:p>
        </w:tc>
        <w:tc>
          <w:tcPr>
            <w:tcW w:w="1568" w:type="dxa"/>
          </w:tcPr>
          <w:p w14:paraId="353380D5" w14:textId="77777777" w:rsidR="00D94E50" w:rsidRPr="00D35743" w:rsidRDefault="00000000">
            <w:pPr>
              <w:rPr>
                <w:rFonts w:cs="Times New Roman"/>
                <w:color w:val="000000" w:themeColor="text1"/>
                <w:sz w:val="22"/>
              </w:rPr>
            </w:pPr>
            <w:r w:rsidRPr="00D35743">
              <w:rPr>
                <w:rFonts w:cs="Times New Roman"/>
                <w:color w:val="000000" w:themeColor="text1"/>
                <w:sz w:val="22"/>
              </w:rPr>
              <w:t>168</w:t>
            </w:r>
          </w:p>
        </w:tc>
        <w:tc>
          <w:tcPr>
            <w:tcW w:w="1568" w:type="dxa"/>
          </w:tcPr>
          <w:p w14:paraId="13E23137" w14:textId="77777777" w:rsidR="00D94E50" w:rsidRPr="00D35743" w:rsidRDefault="00000000">
            <w:pPr>
              <w:rPr>
                <w:rFonts w:cs="Times New Roman"/>
                <w:color w:val="000000" w:themeColor="text1"/>
                <w:sz w:val="22"/>
              </w:rPr>
            </w:pPr>
            <w:r w:rsidRPr="00D35743">
              <w:rPr>
                <w:rFonts w:cs="Times New Roman"/>
                <w:color w:val="000000" w:themeColor="text1"/>
                <w:sz w:val="22"/>
              </w:rPr>
              <w:t>0.34 (0.28–0.39)</w:t>
            </w:r>
          </w:p>
        </w:tc>
        <w:tc>
          <w:tcPr>
            <w:tcW w:w="1568" w:type="dxa"/>
          </w:tcPr>
          <w:p w14:paraId="6786C98B" w14:textId="77777777" w:rsidR="00D94E50" w:rsidRPr="00D35743" w:rsidRDefault="00000000">
            <w:pPr>
              <w:rPr>
                <w:rFonts w:cs="Times New Roman"/>
                <w:color w:val="000000" w:themeColor="text1"/>
                <w:sz w:val="22"/>
              </w:rPr>
            </w:pPr>
            <w:r w:rsidRPr="00D35743">
              <w:rPr>
                <w:rFonts w:cs="Times New Roman"/>
                <w:color w:val="000000" w:themeColor="text1"/>
                <w:sz w:val="22"/>
              </w:rPr>
              <w:t>297</w:t>
            </w:r>
          </w:p>
        </w:tc>
        <w:tc>
          <w:tcPr>
            <w:tcW w:w="1568" w:type="dxa"/>
          </w:tcPr>
          <w:p w14:paraId="38EECD09" w14:textId="77777777" w:rsidR="00D94E50" w:rsidRPr="00D35743" w:rsidRDefault="00000000">
            <w:pPr>
              <w:rPr>
                <w:rFonts w:cs="Times New Roman"/>
                <w:color w:val="000000" w:themeColor="text1"/>
                <w:sz w:val="22"/>
              </w:rPr>
            </w:pPr>
            <w:r w:rsidRPr="00D35743">
              <w:rPr>
                <w:rFonts w:cs="Times New Roman"/>
                <w:color w:val="000000" w:themeColor="text1"/>
                <w:sz w:val="22"/>
              </w:rPr>
              <w:t>0.56 (0.49–0.62)</w:t>
            </w:r>
          </w:p>
        </w:tc>
        <w:tc>
          <w:tcPr>
            <w:tcW w:w="1568" w:type="dxa"/>
          </w:tcPr>
          <w:p w14:paraId="3C3CAF8E" w14:textId="77777777" w:rsidR="00D94E50" w:rsidRPr="00D35743" w:rsidRDefault="00000000">
            <w:pPr>
              <w:rPr>
                <w:rFonts w:cs="Times New Roman"/>
                <w:color w:val="000000" w:themeColor="text1"/>
                <w:sz w:val="22"/>
              </w:rPr>
            </w:pPr>
            <w:r w:rsidRPr="00D35743">
              <w:rPr>
                <w:rFonts w:cs="Times New Roman"/>
                <w:color w:val="000000" w:themeColor="text1"/>
                <w:sz w:val="22"/>
              </w:rPr>
              <w:t>273</w:t>
            </w:r>
          </w:p>
        </w:tc>
        <w:tc>
          <w:tcPr>
            <w:tcW w:w="1568" w:type="dxa"/>
          </w:tcPr>
          <w:p w14:paraId="7F27B9E4" w14:textId="77777777" w:rsidR="00D94E50" w:rsidRPr="00D35743" w:rsidRDefault="00000000">
            <w:pPr>
              <w:rPr>
                <w:rFonts w:cs="Times New Roman"/>
                <w:color w:val="000000" w:themeColor="text1"/>
                <w:sz w:val="22"/>
              </w:rPr>
            </w:pPr>
            <w:r w:rsidRPr="00D35743">
              <w:rPr>
                <w:rFonts w:cs="Times New Roman"/>
                <w:color w:val="000000" w:themeColor="text1"/>
                <w:sz w:val="22"/>
              </w:rPr>
              <w:t>0.28 (0.24–0.31)</w:t>
            </w:r>
          </w:p>
        </w:tc>
        <w:tc>
          <w:tcPr>
            <w:tcW w:w="1568" w:type="dxa"/>
          </w:tcPr>
          <w:p w14:paraId="321361D4" w14:textId="77777777" w:rsidR="00D94E50" w:rsidRPr="00D35743" w:rsidRDefault="00000000">
            <w:pPr>
              <w:rPr>
                <w:rFonts w:cs="Times New Roman"/>
                <w:color w:val="000000" w:themeColor="text1"/>
                <w:sz w:val="22"/>
              </w:rPr>
            </w:pPr>
            <w:r w:rsidRPr="00D35743">
              <w:rPr>
                <w:rFonts w:cs="Times New Roman"/>
                <w:color w:val="000000" w:themeColor="text1"/>
                <w:sz w:val="22"/>
              </w:rPr>
              <w:t>260</w:t>
            </w:r>
          </w:p>
        </w:tc>
        <w:tc>
          <w:tcPr>
            <w:tcW w:w="1568" w:type="dxa"/>
          </w:tcPr>
          <w:p w14:paraId="2C9CE18D" w14:textId="77777777" w:rsidR="00D94E50" w:rsidRPr="00D35743" w:rsidRDefault="00000000">
            <w:pPr>
              <w:rPr>
                <w:rFonts w:cs="Times New Roman"/>
                <w:color w:val="000000" w:themeColor="text1"/>
                <w:sz w:val="22"/>
              </w:rPr>
            </w:pPr>
            <w:r w:rsidRPr="00D35743">
              <w:rPr>
                <w:rFonts w:cs="Times New Roman"/>
                <w:color w:val="000000" w:themeColor="text1"/>
                <w:sz w:val="22"/>
              </w:rPr>
              <w:t>0.48 (0.42–0.54)</w:t>
            </w:r>
          </w:p>
        </w:tc>
      </w:tr>
      <w:tr w:rsidR="00D94E50" w:rsidRPr="00D35743" w14:paraId="7AC74F1D" w14:textId="77777777">
        <w:tc>
          <w:tcPr>
            <w:tcW w:w="1568" w:type="dxa"/>
          </w:tcPr>
          <w:p w14:paraId="379A4A84" w14:textId="77777777" w:rsidR="00D94E50" w:rsidRPr="00D35743" w:rsidRDefault="00000000">
            <w:pPr>
              <w:rPr>
                <w:rFonts w:cs="Times New Roman"/>
                <w:color w:val="000000" w:themeColor="text1"/>
                <w:sz w:val="22"/>
              </w:rPr>
            </w:pPr>
            <w:r w:rsidRPr="00D35743">
              <w:rPr>
                <w:rFonts w:cs="Times New Roman"/>
                <w:color w:val="000000" w:themeColor="text1"/>
                <w:sz w:val="22"/>
              </w:rPr>
              <w:lastRenderedPageBreak/>
              <w:t>2017</w:t>
            </w:r>
          </w:p>
        </w:tc>
        <w:tc>
          <w:tcPr>
            <w:tcW w:w="1568" w:type="dxa"/>
          </w:tcPr>
          <w:p w14:paraId="35296E4A" w14:textId="77777777" w:rsidR="00D94E50" w:rsidRPr="00D35743" w:rsidRDefault="00000000">
            <w:pPr>
              <w:rPr>
                <w:rFonts w:cs="Times New Roman"/>
                <w:color w:val="000000" w:themeColor="text1"/>
                <w:sz w:val="22"/>
              </w:rPr>
            </w:pPr>
            <w:r w:rsidRPr="00D35743">
              <w:rPr>
                <w:rFonts w:cs="Times New Roman"/>
                <w:color w:val="000000" w:themeColor="text1"/>
                <w:sz w:val="22"/>
              </w:rPr>
              <w:t>183</w:t>
            </w:r>
          </w:p>
        </w:tc>
        <w:tc>
          <w:tcPr>
            <w:tcW w:w="1568" w:type="dxa"/>
          </w:tcPr>
          <w:p w14:paraId="1178D98A" w14:textId="77777777" w:rsidR="00D94E50" w:rsidRPr="00D35743" w:rsidRDefault="00000000">
            <w:pPr>
              <w:rPr>
                <w:rFonts w:cs="Times New Roman"/>
                <w:color w:val="000000" w:themeColor="text1"/>
                <w:sz w:val="22"/>
              </w:rPr>
            </w:pPr>
            <w:r w:rsidRPr="00D35743">
              <w:rPr>
                <w:rFonts w:cs="Times New Roman"/>
                <w:color w:val="000000" w:themeColor="text1"/>
                <w:sz w:val="22"/>
              </w:rPr>
              <w:t>0.38 (0.33–0.44)</w:t>
            </w:r>
          </w:p>
        </w:tc>
        <w:tc>
          <w:tcPr>
            <w:tcW w:w="1568" w:type="dxa"/>
          </w:tcPr>
          <w:p w14:paraId="643E2FA3" w14:textId="77777777" w:rsidR="00D94E50" w:rsidRPr="00D35743" w:rsidRDefault="00000000">
            <w:pPr>
              <w:rPr>
                <w:rFonts w:cs="Times New Roman"/>
                <w:color w:val="000000" w:themeColor="text1"/>
                <w:sz w:val="22"/>
              </w:rPr>
            </w:pPr>
            <w:r w:rsidRPr="00D35743">
              <w:rPr>
                <w:rFonts w:cs="Times New Roman"/>
                <w:color w:val="000000" w:themeColor="text1"/>
                <w:sz w:val="22"/>
              </w:rPr>
              <w:t>281</w:t>
            </w:r>
          </w:p>
        </w:tc>
        <w:tc>
          <w:tcPr>
            <w:tcW w:w="1568" w:type="dxa"/>
          </w:tcPr>
          <w:p w14:paraId="40B67C5F" w14:textId="77777777" w:rsidR="00D94E50" w:rsidRPr="00D35743" w:rsidRDefault="00000000">
            <w:pPr>
              <w:rPr>
                <w:rFonts w:cs="Times New Roman"/>
                <w:color w:val="000000" w:themeColor="text1"/>
                <w:sz w:val="22"/>
              </w:rPr>
            </w:pPr>
            <w:r w:rsidRPr="00D35743">
              <w:rPr>
                <w:rFonts w:cs="Times New Roman"/>
                <w:color w:val="000000" w:themeColor="text1"/>
                <w:sz w:val="22"/>
              </w:rPr>
              <w:t>0.48 (0.42–0.54)</w:t>
            </w:r>
          </w:p>
        </w:tc>
        <w:tc>
          <w:tcPr>
            <w:tcW w:w="1568" w:type="dxa"/>
          </w:tcPr>
          <w:p w14:paraId="33CE2187" w14:textId="77777777" w:rsidR="00D94E50" w:rsidRPr="00D35743" w:rsidRDefault="00000000">
            <w:pPr>
              <w:rPr>
                <w:rFonts w:cs="Times New Roman"/>
                <w:color w:val="000000" w:themeColor="text1"/>
                <w:sz w:val="22"/>
              </w:rPr>
            </w:pPr>
            <w:r w:rsidRPr="00D35743">
              <w:rPr>
                <w:rFonts w:cs="Times New Roman"/>
                <w:color w:val="000000" w:themeColor="text1"/>
                <w:sz w:val="22"/>
              </w:rPr>
              <w:t>308</w:t>
            </w:r>
          </w:p>
        </w:tc>
        <w:tc>
          <w:tcPr>
            <w:tcW w:w="1568" w:type="dxa"/>
          </w:tcPr>
          <w:p w14:paraId="05E909CB" w14:textId="77777777" w:rsidR="00D94E50" w:rsidRPr="00D35743" w:rsidRDefault="00000000">
            <w:pPr>
              <w:rPr>
                <w:rFonts w:cs="Times New Roman"/>
                <w:color w:val="000000" w:themeColor="text1"/>
                <w:sz w:val="22"/>
              </w:rPr>
            </w:pPr>
            <w:r w:rsidRPr="00D35743">
              <w:rPr>
                <w:rFonts w:cs="Times New Roman"/>
                <w:color w:val="000000" w:themeColor="text1"/>
                <w:sz w:val="22"/>
              </w:rPr>
              <w:t>0.33 (0.30–0.37)</w:t>
            </w:r>
          </w:p>
        </w:tc>
        <w:tc>
          <w:tcPr>
            <w:tcW w:w="1568" w:type="dxa"/>
          </w:tcPr>
          <w:p w14:paraId="58296ABD" w14:textId="77777777" w:rsidR="00D94E50" w:rsidRPr="00D35743" w:rsidRDefault="00000000">
            <w:pPr>
              <w:rPr>
                <w:rFonts w:cs="Times New Roman"/>
                <w:color w:val="000000" w:themeColor="text1"/>
                <w:sz w:val="22"/>
              </w:rPr>
            </w:pPr>
            <w:r w:rsidRPr="00D35743">
              <w:rPr>
                <w:rFonts w:cs="Times New Roman"/>
                <w:color w:val="000000" w:themeColor="text1"/>
                <w:sz w:val="22"/>
              </w:rPr>
              <w:t>229</w:t>
            </w:r>
          </w:p>
        </w:tc>
        <w:tc>
          <w:tcPr>
            <w:tcW w:w="1568" w:type="dxa"/>
          </w:tcPr>
          <w:p w14:paraId="47F0C521" w14:textId="77777777" w:rsidR="00D94E50" w:rsidRPr="00D35743" w:rsidRDefault="00000000">
            <w:pPr>
              <w:rPr>
                <w:rFonts w:cs="Times New Roman"/>
                <w:color w:val="000000" w:themeColor="text1"/>
                <w:sz w:val="22"/>
              </w:rPr>
            </w:pPr>
            <w:r w:rsidRPr="00D35743">
              <w:rPr>
                <w:rFonts w:cs="Times New Roman"/>
                <w:color w:val="000000" w:themeColor="text1"/>
                <w:sz w:val="22"/>
              </w:rPr>
              <w:t>0.40 (0.35–0.46)</w:t>
            </w:r>
          </w:p>
        </w:tc>
      </w:tr>
      <w:tr w:rsidR="00D94E50" w:rsidRPr="00D35743" w14:paraId="3210BF56" w14:textId="77777777">
        <w:tc>
          <w:tcPr>
            <w:tcW w:w="1568" w:type="dxa"/>
          </w:tcPr>
          <w:p w14:paraId="4B32FA5B"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1568" w:type="dxa"/>
          </w:tcPr>
          <w:p w14:paraId="7DBB4168" w14:textId="77777777" w:rsidR="00D94E50" w:rsidRPr="00D35743" w:rsidRDefault="00000000">
            <w:pPr>
              <w:rPr>
                <w:rFonts w:cs="Times New Roman"/>
                <w:color w:val="000000" w:themeColor="text1"/>
                <w:sz w:val="22"/>
              </w:rPr>
            </w:pPr>
            <w:r w:rsidRPr="00D35743">
              <w:rPr>
                <w:rFonts w:cs="Times New Roman"/>
                <w:color w:val="000000" w:themeColor="text1"/>
                <w:sz w:val="22"/>
              </w:rPr>
              <w:t>201</w:t>
            </w:r>
          </w:p>
        </w:tc>
        <w:tc>
          <w:tcPr>
            <w:tcW w:w="1568" w:type="dxa"/>
          </w:tcPr>
          <w:p w14:paraId="13C93682" w14:textId="77777777" w:rsidR="00D94E50" w:rsidRPr="00D35743" w:rsidRDefault="00000000">
            <w:pPr>
              <w:rPr>
                <w:rFonts w:cs="Times New Roman"/>
                <w:color w:val="000000" w:themeColor="text1"/>
                <w:sz w:val="22"/>
              </w:rPr>
            </w:pPr>
            <w:r w:rsidRPr="00D35743">
              <w:rPr>
                <w:rFonts w:cs="Times New Roman"/>
                <w:color w:val="000000" w:themeColor="text1"/>
                <w:sz w:val="22"/>
              </w:rPr>
              <w:t>0.40 (0.34–0.45)</w:t>
            </w:r>
          </w:p>
        </w:tc>
        <w:tc>
          <w:tcPr>
            <w:tcW w:w="1568" w:type="dxa"/>
          </w:tcPr>
          <w:p w14:paraId="293CD924" w14:textId="77777777" w:rsidR="00D94E50" w:rsidRPr="00D35743" w:rsidRDefault="00000000">
            <w:pPr>
              <w:rPr>
                <w:rFonts w:cs="Times New Roman"/>
                <w:color w:val="000000" w:themeColor="text1"/>
                <w:sz w:val="22"/>
              </w:rPr>
            </w:pPr>
            <w:r w:rsidRPr="00D35743">
              <w:rPr>
                <w:rFonts w:cs="Times New Roman"/>
                <w:color w:val="000000" w:themeColor="text1"/>
                <w:sz w:val="22"/>
              </w:rPr>
              <w:t>288</w:t>
            </w:r>
          </w:p>
        </w:tc>
        <w:tc>
          <w:tcPr>
            <w:tcW w:w="1568" w:type="dxa"/>
          </w:tcPr>
          <w:p w14:paraId="1E631199" w14:textId="77777777" w:rsidR="00D94E50" w:rsidRPr="00D35743" w:rsidRDefault="00000000">
            <w:pPr>
              <w:rPr>
                <w:rFonts w:cs="Times New Roman"/>
                <w:color w:val="000000" w:themeColor="text1"/>
                <w:sz w:val="22"/>
              </w:rPr>
            </w:pPr>
            <w:r w:rsidRPr="00D35743">
              <w:rPr>
                <w:rFonts w:cs="Times New Roman"/>
                <w:color w:val="000000" w:themeColor="text1"/>
                <w:sz w:val="22"/>
              </w:rPr>
              <w:t>0.51 (0.45–0.57)</w:t>
            </w:r>
          </w:p>
        </w:tc>
        <w:tc>
          <w:tcPr>
            <w:tcW w:w="1568" w:type="dxa"/>
          </w:tcPr>
          <w:p w14:paraId="59A6D40D" w14:textId="77777777" w:rsidR="00D94E50" w:rsidRPr="00D35743" w:rsidRDefault="00000000">
            <w:pPr>
              <w:rPr>
                <w:rFonts w:cs="Times New Roman"/>
                <w:color w:val="000000" w:themeColor="text1"/>
                <w:sz w:val="22"/>
              </w:rPr>
            </w:pPr>
            <w:r w:rsidRPr="00D35743">
              <w:rPr>
                <w:rFonts w:cs="Times New Roman"/>
                <w:color w:val="000000" w:themeColor="text1"/>
                <w:sz w:val="22"/>
              </w:rPr>
              <w:t>299</w:t>
            </w:r>
          </w:p>
        </w:tc>
        <w:tc>
          <w:tcPr>
            <w:tcW w:w="1568" w:type="dxa"/>
          </w:tcPr>
          <w:p w14:paraId="7021DCC6" w14:textId="77777777" w:rsidR="00D94E50" w:rsidRPr="00D35743" w:rsidRDefault="00000000">
            <w:pPr>
              <w:rPr>
                <w:rFonts w:cs="Times New Roman"/>
                <w:color w:val="000000" w:themeColor="text1"/>
                <w:sz w:val="22"/>
              </w:rPr>
            </w:pPr>
            <w:r w:rsidRPr="00D35743">
              <w:rPr>
                <w:rFonts w:cs="Times New Roman"/>
                <w:color w:val="000000" w:themeColor="text1"/>
                <w:sz w:val="22"/>
              </w:rPr>
              <w:t>0.30 (0.26–0.33)</w:t>
            </w:r>
          </w:p>
        </w:tc>
        <w:tc>
          <w:tcPr>
            <w:tcW w:w="1568" w:type="dxa"/>
          </w:tcPr>
          <w:p w14:paraId="5E1F80E7" w14:textId="77777777" w:rsidR="00D94E50" w:rsidRPr="00D35743" w:rsidRDefault="00000000">
            <w:pPr>
              <w:rPr>
                <w:rFonts w:cs="Times New Roman"/>
                <w:color w:val="000000" w:themeColor="text1"/>
                <w:sz w:val="22"/>
              </w:rPr>
            </w:pPr>
            <w:r w:rsidRPr="00D35743">
              <w:rPr>
                <w:rFonts w:cs="Times New Roman"/>
                <w:color w:val="000000" w:themeColor="text1"/>
                <w:sz w:val="22"/>
              </w:rPr>
              <w:t>282</w:t>
            </w:r>
          </w:p>
        </w:tc>
        <w:tc>
          <w:tcPr>
            <w:tcW w:w="1568" w:type="dxa"/>
          </w:tcPr>
          <w:p w14:paraId="79A10A30" w14:textId="77777777" w:rsidR="00D94E50" w:rsidRPr="00D35743" w:rsidRDefault="00000000">
            <w:pPr>
              <w:rPr>
                <w:rFonts w:cs="Times New Roman"/>
                <w:color w:val="000000" w:themeColor="text1"/>
                <w:sz w:val="22"/>
              </w:rPr>
            </w:pPr>
            <w:r w:rsidRPr="00D35743">
              <w:rPr>
                <w:rFonts w:cs="Times New Roman"/>
                <w:color w:val="000000" w:themeColor="text1"/>
                <w:sz w:val="22"/>
              </w:rPr>
              <w:t>0.48 (0.42–0.54)</w:t>
            </w:r>
          </w:p>
        </w:tc>
      </w:tr>
      <w:tr w:rsidR="00D94E50" w:rsidRPr="00D35743" w14:paraId="46471518" w14:textId="77777777">
        <w:tc>
          <w:tcPr>
            <w:tcW w:w="1568" w:type="dxa"/>
          </w:tcPr>
          <w:p w14:paraId="47890F4C"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1568" w:type="dxa"/>
          </w:tcPr>
          <w:p w14:paraId="701CB444" w14:textId="77777777" w:rsidR="00D94E50" w:rsidRPr="00D35743" w:rsidRDefault="00000000">
            <w:pPr>
              <w:rPr>
                <w:rFonts w:cs="Times New Roman"/>
                <w:color w:val="000000" w:themeColor="text1"/>
                <w:sz w:val="22"/>
              </w:rPr>
            </w:pPr>
            <w:r w:rsidRPr="00D35743">
              <w:rPr>
                <w:rFonts w:cs="Times New Roman"/>
                <w:color w:val="000000" w:themeColor="text1"/>
                <w:sz w:val="22"/>
              </w:rPr>
              <w:t>241</w:t>
            </w:r>
          </w:p>
        </w:tc>
        <w:tc>
          <w:tcPr>
            <w:tcW w:w="1568" w:type="dxa"/>
          </w:tcPr>
          <w:p w14:paraId="183C96DB" w14:textId="77777777" w:rsidR="00D94E50" w:rsidRPr="00D35743" w:rsidRDefault="00000000">
            <w:pPr>
              <w:rPr>
                <w:rFonts w:cs="Times New Roman"/>
                <w:color w:val="000000" w:themeColor="text1"/>
                <w:sz w:val="22"/>
              </w:rPr>
            </w:pPr>
            <w:r w:rsidRPr="00D35743">
              <w:rPr>
                <w:rFonts w:cs="Times New Roman"/>
                <w:color w:val="000000" w:themeColor="text1"/>
                <w:sz w:val="22"/>
              </w:rPr>
              <w:t>0.50 (0.43–0.56)</w:t>
            </w:r>
          </w:p>
        </w:tc>
        <w:tc>
          <w:tcPr>
            <w:tcW w:w="1568" w:type="dxa"/>
          </w:tcPr>
          <w:p w14:paraId="677416AA" w14:textId="77777777" w:rsidR="00D94E50" w:rsidRPr="00D35743" w:rsidRDefault="00000000">
            <w:pPr>
              <w:rPr>
                <w:rFonts w:cs="Times New Roman"/>
                <w:color w:val="000000" w:themeColor="text1"/>
                <w:sz w:val="22"/>
              </w:rPr>
            </w:pPr>
            <w:r w:rsidRPr="00D35743">
              <w:rPr>
                <w:rFonts w:cs="Times New Roman"/>
                <w:color w:val="000000" w:themeColor="text1"/>
                <w:sz w:val="22"/>
              </w:rPr>
              <w:t>313</w:t>
            </w:r>
          </w:p>
        </w:tc>
        <w:tc>
          <w:tcPr>
            <w:tcW w:w="1568" w:type="dxa"/>
          </w:tcPr>
          <w:p w14:paraId="6B96600E" w14:textId="77777777" w:rsidR="00D94E50" w:rsidRPr="00D35743" w:rsidRDefault="00000000">
            <w:pPr>
              <w:rPr>
                <w:rFonts w:cs="Times New Roman"/>
                <w:color w:val="000000" w:themeColor="text1"/>
                <w:sz w:val="22"/>
              </w:rPr>
            </w:pPr>
            <w:r w:rsidRPr="00D35743">
              <w:rPr>
                <w:rFonts w:cs="Times New Roman"/>
                <w:color w:val="000000" w:themeColor="text1"/>
                <w:sz w:val="22"/>
              </w:rPr>
              <w:t>0.54 (0.48–0.60)</w:t>
            </w:r>
          </w:p>
        </w:tc>
        <w:tc>
          <w:tcPr>
            <w:tcW w:w="1568" w:type="dxa"/>
          </w:tcPr>
          <w:p w14:paraId="02EFF34C" w14:textId="77777777" w:rsidR="00D94E50" w:rsidRPr="00D35743" w:rsidRDefault="00000000">
            <w:pPr>
              <w:rPr>
                <w:rFonts w:cs="Times New Roman"/>
                <w:color w:val="000000" w:themeColor="text1"/>
                <w:sz w:val="22"/>
              </w:rPr>
            </w:pPr>
            <w:r w:rsidRPr="00D35743">
              <w:rPr>
                <w:rFonts w:cs="Times New Roman"/>
                <w:color w:val="000000" w:themeColor="text1"/>
                <w:sz w:val="22"/>
              </w:rPr>
              <w:t>330</w:t>
            </w:r>
          </w:p>
        </w:tc>
        <w:tc>
          <w:tcPr>
            <w:tcW w:w="1568" w:type="dxa"/>
          </w:tcPr>
          <w:p w14:paraId="4A5567FA" w14:textId="77777777" w:rsidR="00D94E50" w:rsidRPr="00D35743" w:rsidRDefault="00000000">
            <w:pPr>
              <w:rPr>
                <w:rFonts w:cs="Times New Roman"/>
                <w:color w:val="000000" w:themeColor="text1"/>
                <w:sz w:val="22"/>
              </w:rPr>
            </w:pPr>
            <w:r w:rsidRPr="00D35743">
              <w:rPr>
                <w:rFonts w:cs="Times New Roman"/>
                <w:color w:val="000000" w:themeColor="text1"/>
                <w:sz w:val="22"/>
              </w:rPr>
              <w:t>0.33 (0.30–0.37)</w:t>
            </w:r>
          </w:p>
        </w:tc>
        <w:tc>
          <w:tcPr>
            <w:tcW w:w="1568" w:type="dxa"/>
          </w:tcPr>
          <w:p w14:paraId="4982B298" w14:textId="77777777" w:rsidR="00D94E50" w:rsidRPr="00D35743" w:rsidRDefault="00000000">
            <w:pPr>
              <w:rPr>
                <w:rFonts w:cs="Times New Roman"/>
                <w:color w:val="000000" w:themeColor="text1"/>
                <w:sz w:val="22"/>
              </w:rPr>
            </w:pPr>
            <w:r w:rsidRPr="00D35743">
              <w:rPr>
                <w:rFonts w:cs="Times New Roman"/>
                <w:color w:val="000000" w:themeColor="text1"/>
                <w:sz w:val="22"/>
              </w:rPr>
              <w:t>273</w:t>
            </w:r>
          </w:p>
        </w:tc>
        <w:tc>
          <w:tcPr>
            <w:tcW w:w="1568" w:type="dxa"/>
          </w:tcPr>
          <w:p w14:paraId="360A5AB8" w14:textId="77777777" w:rsidR="00D94E50" w:rsidRPr="00D35743" w:rsidRDefault="00000000">
            <w:pPr>
              <w:rPr>
                <w:rFonts w:cs="Times New Roman"/>
                <w:color w:val="000000" w:themeColor="text1"/>
                <w:sz w:val="22"/>
              </w:rPr>
            </w:pPr>
            <w:r w:rsidRPr="00D35743">
              <w:rPr>
                <w:rFonts w:cs="Times New Roman"/>
                <w:color w:val="000000" w:themeColor="text1"/>
                <w:sz w:val="22"/>
              </w:rPr>
              <w:t>0.47 (0.41–0.53)</w:t>
            </w:r>
          </w:p>
        </w:tc>
      </w:tr>
      <w:tr w:rsidR="00D94E50" w:rsidRPr="00D35743" w14:paraId="692A7CD3" w14:textId="77777777">
        <w:tc>
          <w:tcPr>
            <w:tcW w:w="1568" w:type="dxa"/>
          </w:tcPr>
          <w:p w14:paraId="300101CD"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1568" w:type="dxa"/>
          </w:tcPr>
          <w:p w14:paraId="31AEE546" w14:textId="77777777" w:rsidR="00D94E50" w:rsidRPr="00D35743" w:rsidRDefault="00000000">
            <w:pPr>
              <w:rPr>
                <w:rFonts w:cs="Times New Roman"/>
                <w:color w:val="000000" w:themeColor="text1"/>
                <w:sz w:val="22"/>
              </w:rPr>
            </w:pPr>
            <w:r w:rsidRPr="00D35743">
              <w:rPr>
                <w:rFonts w:cs="Times New Roman"/>
                <w:color w:val="000000" w:themeColor="text1"/>
                <w:sz w:val="22"/>
              </w:rPr>
              <w:t>250</w:t>
            </w:r>
          </w:p>
        </w:tc>
        <w:tc>
          <w:tcPr>
            <w:tcW w:w="1568" w:type="dxa"/>
          </w:tcPr>
          <w:p w14:paraId="1D9E7311" w14:textId="77777777" w:rsidR="00D94E50" w:rsidRPr="00D35743" w:rsidRDefault="00000000">
            <w:pPr>
              <w:rPr>
                <w:rFonts w:cs="Times New Roman"/>
                <w:color w:val="000000" w:themeColor="text1"/>
                <w:sz w:val="22"/>
              </w:rPr>
            </w:pPr>
            <w:r w:rsidRPr="00D35743">
              <w:rPr>
                <w:rFonts w:cs="Times New Roman"/>
                <w:color w:val="000000" w:themeColor="text1"/>
                <w:sz w:val="22"/>
              </w:rPr>
              <w:t>0.48 (0.42–0.54)</w:t>
            </w:r>
          </w:p>
        </w:tc>
        <w:tc>
          <w:tcPr>
            <w:tcW w:w="1568" w:type="dxa"/>
          </w:tcPr>
          <w:p w14:paraId="62B11556" w14:textId="77777777" w:rsidR="00D94E50" w:rsidRPr="00D35743" w:rsidRDefault="00000000">
            <w:pPr>
              <w:rPr>
                <w:rFonts w:cs="Times New Roman"/>
                <w:color w:val="000000" w:themeColor="text1"/>
                <w:sz w:val="22"/>
              </w:rPr>
            </w:pPr>
            <w:r w:rsidRPr="00D35743">
              <w:rPr>
                <w:rFonts w:cs="Times New Roman"/>
                <w:color w:val="000000" w:themeColor="text1"/>
                <w:sz w:val="22"/>
              </w:rPr>
              <w:t>380</w:t>
            </w:r>
          </w:p>
        </w:tc>
        <w:tc>
          <w:tcPr>
            <w:tcW w:w="1568" w:type="dxa"/>
          </w:tcPr>
          <w:p w14:paraId="3E8C6CFE" w14:textId="77777777" w:rsidR="00D94E50" w:rsidRPr="00D35743" w:rsidRDefault="00000000">
            <w:pPr>
              <w:rPr>
                <w:rFonts w:cs="Times New Roman"/>
                <w:color w:val="000000" w:themeColor="text1"/>
                <w:sz w:val="22"/>
              </w:rPr>
            </w:pPr>
            <w:r w:rsidRPr="00D35743">
              <w:rPr>
                <w:rFonts w:cs="Times New Roman"/>
                <w:color w:val="000000" w:themeColor="text1"/>
                <w:sz w:val="22"/>
              </w:rPr>
              <w:t>0.67 (0.60–0.73)</w:t>
            </w:r>
          </w:p>
        </w:tc>
        <w:tc>
          <w:tcPr>
            <w:tcW w:w="1568" w:type="dxa"/>
          </w:tcPr>
          <w:p w14:paraId="2C3E2391" w14:textId="77777777" w:rsidR="00D94E50" w:rsidRPr="00D35743" w:rsidRDefault="00000000">
            <w:pPr>
              <w:rPr>
                <w:rFonts w:cs="Times New Roman"/>
                <w:color w:val="000000" w:themeColor="text1"/>
                <w:sz w:val="22"/>
              </w:rPr>
            </w:pPr>
            <w:r w:rsidRPr="00D35743">
              <w:rPr>
                <w:rFonts w:cs="Times New Roman"/>
                <w:color w:val="000000" w:themeColor="text1"/>
                <w:sz w:val="22"/>
              </w:rPr>
              <w:t>381</w:t>
            </w:r>
          </w:p>
        </w:tc>
        <w:tc>
          <w:tcPr>
            <w:tcW w:w="1568" w:type="dxa"/>
          </w:tcPr>
          <w:p w14:paraId="66E73C9A" w14:textId="77777777" w:rsidR="00D94E50" w:rsidRPr="00D35743" w:rsidRDefault="00000000">
            <w:pPr>
              <w:rPr>
                <w:rFonts w:cs="Times New Roman"/>
                <w:color w:val="000000" w:themeColor="text1"/>
                <w:sz w:val="22"/>
              </w:rPr>
            </w:pPr>
            <w:r w:rsidRPr="00D35743">
              <w:rPr>
                <w:rFonts w:cs="Times New Roman"/>
                <w:color w:val="000000" w:themeColor="text1"/>
                <w:sz w:val="22"/>
              </w:rPr>
              <w:t>0.39 (0.35–0.43)</w:t>
            </w:r>
          </w:p>
        </w:tc>
        <w:tc>
          <w:tcPr>
            <w:tcW w:w="1568" w:type="dxa"/>
          </w:tcPr>
          <w:p w14:paraId="500CD25C" w14:textId="77777777" w:rsidR="00D94E50" w:rsidRPr="00D35743" w:rsidRDefault="00000000">
            <w:pPr>
              <w:rPr>
                <w:rFonts w:cs="Times New Roman"/>
                <w:color w:val="000000" w:themeColor="text1"/>
                <w:sz w:val="22"/>
              </w:rPr>
            </w:pPr>
            <w:r w:rsidRPr="00D35743">
              <w:rPr>
                <w:rFonts w:cs="Times New Roman"/>
                <w:color w:val="000000" w:themeColor="text1"/>
                <w:sz w:val="22"/>
              </w:rPr>
              <w:t>305</w:t>
            </w:r>
          </w:p>
        </w:tc>
        <w:tc>
          <w:tcPr>
            <w:tcW w:w="1568" w:type="dxa"/>
          </w:tcPr>
          <w:p w14:paraId="16EEFB46" w14:textId="77777777" w:rsidR="00D94E50" w:rsidRPr="00D35743" w:rsidRDefault="00000000">
            <w:pPr>
              <w:rPr>
                <w:rFonts w:cs="Times New Roman"/>
                <w:color w:val="000000" w:themeColor="text1"/>
                <w:sz w:val="22"/>
              </w:rPr>
            </w:pPr>
            <w:r w:rsidRPr="00D35743">
              <w:rPr>
                <w:rFonts w:cs="Times New Roman"/>
                <w:color w:val="000000" w:themeColor="text1"/>
                <w:sz w:val="22"/>
              </w:rPr>
              <w:t>0.49 (0.44–0.55)</w:t>
            </w:r>
          </w:p>
        </w:tc>
      </w:tr>
      <w:tr w:rsidR="00D94E50" w:rsidRPr="00D35743" w14:paraId="1D3A0D5E" w14:textId="77777777">
        <w:tc>
          <w:tcPr>
            <w:tcW w:w="1568" w:type="dxa"/>
          </w:tcPr>
          <w:p w14:paraId="1E03A709" w14:textId="77777777" w:rsidR="00D94E50" w:rsidRPr="00D35743" w:rsidRDefault="00000000">
            <w:pPr>
              <w:rPr>
                <w:rFonts w:cs="Times New Roman"/>
                <w:color w:val="000000" w:themeColor="text1"/>
                <w:sz w:val="22"/>
              </w:rPr>
            </w:pPr>
            <w:r w:rsidRPr="00D35743">
              <w:rPr>
                <w:rFonts w:cs="Times New Roman"/>
                <w:color w:val="000000" w:themeColor="text1"/>
                <w:sz w:val="22"/>
              </w:rPr>
              <w:t>2021</w:t>
            </w:r>
          </w:p>
        </w:tc>
        <w:tc>
          <w:tcPr>
            <w:tcW w:w="1568" w:type="dxa"/>
          </w:tcPr>
          <w:p w14:paraId="0D2BCBD4" w14:textId="77777777" w:rsidR="00D94E50" w:rsidRPr="00D35743" w:rsidRDefault="00000000">
            <w:pPr>
              <w:rPr>
                <w:rFonts w:cs="Times New Roman"/>
                <w:color w:val="000000" w:themeColor="text1"/>
                <w:sz w:val="22"/>
              </w:rPr>
            </w:pPr>
            <w:r w:rsidRPr="00D35743">
              <w:rPr>
                <w:rFonts w:cs="Times New Roman"/>
                <w:color w:val="000000" w:themeColor="text1"/>
                <w:sz w:val="22"/>
              </w:rPr>
              <w:t>217</w:t>
            </w:r>
          </w:p>
        </w:tc>
        <w:tc>
          <w:tcPr>
            <w:tcW w:w="1568" w:type="dxa"/>
          </w:tcPr>
          <w:p w14:paraId="64374966" w14:textId="77777777" w:rsidR="00D94E50" w:rsidRPr="00D35743" w:rsidRDefault="00000000">
            <w:pPr>
              <w:rPr>
                <w:rFonts w:cs="Times New Roman"/>
                <w:color w:val="000000" w:themeColor="text1"/>
                <w:sz w:val="22"/>
              </w:rPr>
            </w:pPr>
            <w:r w:rsidRPr="00D35743">
              <w:rPr>
                <w:rFonts w:cs="Times New Roman"/>
                <w:color w:val="000000" w:themeColor="text1"/>
                <w:sz w:val="22"/>
              </w:rPr>
              <w:t>0.44 (0.38–0.51)</w:t>
            </w:r>
          </w:p>
        </w:tc>
        <w:tc>
          <w:tcPr>
            <w:tcW w:w="1568" w:type="dxa"/>
          </w:tcPr>
          <w:p w14:paraId="3807AF8A" w14:textId="77777777" w:rsidR="00D94E50" w:rsidRPr="00D35743" w:rsidRDefault="00000000">
            <w:pPr>
              <w:rPr>
                <w:rFonts w:cs="Times New Roman"/>
                <w:color w:val="000000" w:themeColor="text1"/>
                <w:sz w:val="22"/>
              </w:rPr>
            </w:pPr>
            <w:r w:rsidRPr="00D35743">
              <w:rPr>
                <w:rFonts w:cs="Times New Roman"/>
                <w:color w:val="000000" w:themeColor="text1"/>
                <w:sz w:val="22"/>
              </w:rPr>
              <w:t>335</w:t>
            </w:r>
          </w:p>
        </w:tc>
        <w:tc>
          <w:tcPr>
            <w:tcW w:w="1568" w:type="dxa"/>
          </w:tcPr>
          <w:p w14:paraId="19E600AD" w14:textId="77777777" w:rsidR="00D94E50" w:rsidRPr="00D35743" w:rsidRDefault="00000000">
            <w:pPr>
              <w:rPr>
                <w:rFonts w:cs="Times New Roman"/>
                <w:color w:val="000000" w:themeColor="text1"/>
                <w:sz w:val="22"/>
              </w:rPr>
            </w:pPr>
            <w:r w:rsidRPr="00D35743">
              <w:rPr>
                <w:rFonts w:cs="Times New Roman"/>
                <w:color w:val="000000" w:themeColor="text1"/>
                <w:sz w:val="22"/>
              </w:rPr>
              <w:t>0.61 (0.55–0.69)</w:t>
            </w:r>
          </w:p>
        </w:tc>
        <w:tc>
          <w:tcPr>
            <w:tcW w:w="1568" w:type="dxa"/>
          </w:tcPr>
          <w:p w14:paraId="27B4A186" w14:textId="77777777" w:rsidR="00D94E50" w:rsidRPr="00D35743" w:rsidRDefault="00000000">
            <w:pPr>
              <w:rPr>
                <w:rFonts w:cs="Times New Roman"/>
                <w:color w:val="000000" w:themeColor="text1"/>
                <w:sz w:val="22"/>
              </w:rPr>
            </w:pPr>
            <w:r w:rsidRPr="00D35743">
              <w:rPr>
                <w:rFonts w:cs="Times New Roman"/>
                <w:color w:val="000000" w:themeColor="text1"/>
                <w:sz w:val="22"/>
              </w:rPr>
              <w:t>405</w:t>
            </w:r>
          </w:p>
        </w:tc>
        <w:tc>
          <w:tcPr>
            <w:tcW w:w="1568" w:type="dxa"/>
          </w:tcPr>
          <w:p w14:paraId="57A55FC1" w14:textId="77777777" w:rsidR="00D94E50" w:rsidRPr="00D35743" w:rsidRDefault="00000000">
            <w:pPr>
              <w:rPr>
                <w:rFonts w:cs="Times New Roman"/>
                <w:color w:val="000000" w:themeColor="text1"/>
                <w:sz w:val="22"/>
              </w:rPr>
            </w:pPr>
            <w:r w:rsidRPr="00D35743">
              <w:rPr>
                <w:rFonts w:cs="Times New Roman"/>
                <w:color w:val="000000" w:themeColor="text1"/>
                <w:sz w:val="22"/>
              </w:rPr>
              <w:t>0.44 (0.40–0.48)</w:t>
            </w:r>
          </w:p>
        </w:tc>
        <w:tc>
          <w:tcPr>
            <w:tcW w:w="1568" w:type="dxa"/>
          </w:tcPr>
          <w:p w14:paraId="7E57534A" w14:textId="77777777" w:rsidR="00D94E50" w:rsidRPr="00D35743" w:rsidRDefault="00000000">
            <w:pPr>
              <w:rPr>
                <w:rFonts w:cs="Times New Roman"/>
                <w:color w:val="000000" w:themeColor="text1"/>
                <w:sz w:val="22"/>
              </w:rPr>
            </w:pPr>
            <w:r w:rsidRPr="00D35743">
              <w:rPr>
                <w:rFonts w:cs="Times New Roman"/>
                <w:color w:val="000000" w:themeColor="text1"/>
                <w:sz w:val="22"/>
              </w:rPr>
              <w:t>352</w:t>
            </w:r>
          </w:p>
        </w:tc>
        <w:tc>
          <w:tcPr>
            <w:tcW w:w="1568" w:type="dxa"/>
          </w:tcPr>
          <w:p w14:paraId="77233876" w14:textId="77777777" w:rsidR="00D94E50" w:rsidRPr="00D35743" w:rsidRDefault="00000000">
            <w:pPr>
              <w:rPr>
                <w:rFonts w:cs="Times New Roman"/>
                <w:color w:val="000000" w:themeColor="text1"/>
                <w:sz w:val="22"/>
              </w:rPr>
            </w:pPr>
            <w:r w:rsidRPr="00D35743">
              <w:rPr>
                <w:rFonts w:cs="Times New Roman"/>
                <w:color w:val="000000" w:themeColor="text1"/>
                <w:sz w:val="22"/>
              </w:rPr>
              <w:t>0.62 (0.56–0.69)</w:t>
            </w:r>
          </w:p>
        </w:tc>
      </w:tr>
      <w:tr w:rsidR="00D94E50" w:rsidRPr="00D35743" w14:paraId="43064B46" w14:textId="77777777">
        <w:tc>
          <w:tcPr>
            <w:tcW w:w="1568" w:type="dxa"/>
          </w:tcPr>
          <w:p w14:paraId="571F846C" w14:textId="77777777" w:rsidR="00D94E50" w:rsidRPr="00D35743" w:rsidRDefault="00000000">
            <w:pPr>
              <w:rPr>
                <w:rFonts w:cs="Times New Roman"/>
                <w:color w:val="000000" w:themeColor="text1"/>
                <w:sz w:val="22"/>
              </w:rPr>
            </w:pPr>
            <w:r w:rsidRPr="00D35743">
              <w:rPr>
                <w:rFonts w:cs="Times New Roman"/>
                <w:color w:val="000000" w:themeColor="text1"/>
                <w:sz w:val="22"/>
              </w:rPr>
              <w:t>2022</w:t>
            </w:r>
          </w:p>
        </w:tc>
        <w:tc>
          <w:tcPr>
            <w:tcW w:w="1568" w:type="dxa"/>
          </w:tcPr>
          <w:p w14:paraId="6F2802B1" w14:textId="77777777" w:rsidR="00D94E50" w:rsidRPr="00D35743" w:rsidRDefault="00000000">
            <w:pPr>
              <w:rPr>
                <w:rFonts w:cs="Times New Roman"/>
                <w:color w:val="000000" w:themeColor="text1"/>
                <w:sz w:val="22"/>
              </w:rPr>
            </w:pPr>
            <w:r w:rsidRPr="00D35743">
              <w:rPr>
                <w:rFonts w:cs="Times New Roman"/>
                <w:color w:val="000000" w:themeColor="text1"/>
                <w:sz w:val="22"/>
              </w:rPr>
              <w:t>251</w:t>
            </w:r>
          </w:p>
        </w:tc>
        <w:tc>
          <w:tcPr>
            <w:tcW w:w="1568" w:type="dxa"/>
          </w:tcPr>
          <w:p w14:paraId="6CFC29DF" w14:textId="77777777" w:rsidR="00D94E50" w:rsidRPr="00D35743" w:rsidRDefault="00000000">
            <w:pPr>
              <w:rPr>
                <w:rFonts w:cs="Times New Roman"/>
                <w:color w:val="000000" w:themeColor="text1"/>
                <w:sz w:val="22"/>
              </w:rPr>
            </w:pPr>
            <w:r w:rsidRPr="00D35743">
              <w:rPr>
                <w:rFonts w:cs="Times New Roman"/>
                <w:color w:val="000000" w:themeColor="text1"/>
                <w:sz w:val="22"/>
              </w:rPr>
              <w:t>0.48 (0.42–0.55)</w:t>
            </w:r>
          </w:p>
        </w:tc>
        <w:tc>
          <w:tcPr>
            <w:tcW w:w="1568" w:type="dxa"/>
          </w:tcPr>
          <w:p w14:paraId="20DF4DAB" w14:textId="77777777" w:rsidR="00D94E50" w:rsidRPr="00D35743" w:rsidRDefault="00000000">
            <w:pPr>
              <w:rPr>
                <w:rFonts w:cs="Times New Roman"/>
                <w:color w:val="000000" w:themeColor="text1"/>
                <w:sz w:val="22"/>
              </w:rPr>
            </w:pPr>
            <w:r w:rsidRPr="00D35743">
              <w:rPr>
                <w:rFonts w:cs="Times New Roman"/>
                <w:color w:val="000000" w:themeColor="text1"/>
                <w:sz w:val="22"/>
              </w:rPr>
              <w:t>369</w:t>
            </w:r>
          </w:p>
        </w:tc>
        <w:tc>
          <w:tcPr>
            <w:tcW w:w="1568" w:type="dxa"/>
          </w:tcPr>
          <w:p w14:paraId="31B36420" w14:textId="77777777" w:rsidR="00D94E50" w:rsidRPr="00D35743" w:rsidRDefault="00000000">
            <w:pPr>
              <w:rPr>
                <w:rFonts w:cs="Times New Roman"/>
                <w:color w:val="000000" w:themeColor="text1"/>
                <w:sz w:val="22"/>
              </w:rPr>
            </w:pPr>
            <w:r w:rsidRPr="00D35743">
              <w:rPr>
                <w:rFonts w:cs="Times New Roman"/>
                <w:color w:val="000000" w:themeColor="text1"/>
                <w:sz w:val="22"/>
              </w:rPr>
              <w:t>0.61 (0.55–0.68)</w:t>
            </w:r>
          </w:p>
        </w:tc>
        <w:tc>
          <w:tcPr>
            <w:tcW w:w="1568" w:type="dxa"/>
          </w:tcPr>
          <w:p w14:paraId="4A14F2A5" w14:textId="77777777" w:rsidR="00D94E50" w:rsidRPr="00D35743" w:rsidRDefault="00000000">
            <w:pPr>
              <w:rPr>
                <w:rFonts w:cs="Times New Roman"/>
                <w:color w:val="000000" w:themeColor="text1"/>
                <w:sz w:val="22"/>
              </w:rPr>
            </w:pPr>
            <w:r w:rsidRPr="00D35743">
              <w:rPr>
                <w:rFonts w:cs="Times New Roman"/>
                <w:color w:val="000000" w:themeColor="text1"/>
                <w:sz w:val="22"/>
              </w:rPr>
              <w:t>492</w:t>
            </w:r>
          </w:p>
        </w:tc>
        <w:tc>
          <w:tcPr>
            <w:tcW w:w="1568" w:type="dxa"/>
          </w:tcPr>
          <w:p w14:paraId="20AD87AC" w14:textId="77777777" w:rsidR="00D94E50" w:rsidRPr="00D35743" w:rsidRDefault="00000000">
            <w:pPr>
              <w:rPr>
                <w:rFonts w:cs="Times New Roman"/>
                <w:color w:val="000000" w:themeColor="text1"/>
                <w:sz w:val="22"/>
              </w:rPr>
            </w:pPr>
            <w:r w:rsidRPr="00D35743">
              <w:rPr>
                <w:rFonts w:cs="Times New Roman"/>
                <w:color w:val="000000" w:themeColor="text1"/>
                <w:sz w:val="22"/>
              </w:rPr>
              <w:t>0.48 (0.44–0.53)</w:t>
            </w:r>
          </w:p>
        </w:tc>
        <w:tc>
          <w:tcPr>
            <w:tcW w:w="1568" w:type="dxa"/>
          </w:tcPr>
          <w:p w14:paraId="3C3AA242" w14:textId="77777777" w:rsidR="00D94E50" w:rsidRPr="00D35743" w:rsidRDefault="00000000">
            <w:pPr>
              <w:rPr>
                <w:rFonts w:cs="Times New Roman"/>
                <w:color w:val="000000" w:themeColor="text1"/>
                <w:sz w:val="22"/>
              </w:rPr>
            </w:pPr>
            <w:r w:rsidRPr="00D35743">
              <w:rPr>
                <w:rFonts w:cs="Times New Roman"/>
                <w:color w:val="000000" w:themeColor="text1"/>
                <w:sz w:val="22"/>
              </w:rPr>
              <w:t>401</w:t>
            </w:r>
          </w:p>
        </w:tc>
        <w:tc>
          <w:tcPr>
            <w:tcW w:w="1568" w:type="dxa"/>
          </w:tcPr>
          <w:p w14:paraId="306F9079" w14:textId="77777777" w:rsidR="00D94E50" w:rsidRPr="00D35743" w:rsidRDefault="00000000">
            <w:pPr>
              <w:rPr>
                <w:rFonts w:cs="Times New Roman"/>
                <w:color w:val="000000" w:themeColor="text1"/>
                <w:sz w:val="22"/>
              </w:rPr>
            </w:pPr>
            <w:r w:rsidRPr="00D35743">
              <w:rPr>
                <w:rFonts w:cs="Times New Roman"/>
                <w:color w:val="000000" w:themeColor="text1"/>
                <w:sz w:val="22"/>
              </w:rPr>
              <w:t>0.65 (0.59–0.72)</w:t>
            </w:r>
          </w:p>
        </w:tc>
      </w:tr>
      <w:tr w:rsidR="00D94E50" w:rsidRPr="00D35743" w14:paraId="09C5DCC0" w14:textId="77777777">
        <w:tc>
          <w:tcPr>
            <w:tcW w:w="1568" w:type="dxa"/>
          </w:tcPr>
          <w:p w14:paraId="638283AF" w14:textId="77777777" w:rsidR="00D94E50" w:rsidRPr="00D35743" w:rsidRDefault="00000000">
            <w:pPr>
              <w:rPr>
                <w:rFonts w:cs="Times New Roman"/>
                <w:color w:val="000000" w:themeColor="text1"/>
                <w:sz w:val="22"/>
              </w:rPr>
            </w:pPr>
            <w:r w:rsidRPr="00D35743">
              <w:rPr>
                <w:rFonts w:cs="Times New Roman"/>
                <w:color w:val="000000" w:themeColor="text1"/>
                <w:sz w:val="22"/>
              </w:rPr>
              <w:t>2023</w:t>
            </w:r>
          </w:p>
        </w:tc>
        <w:tc>
          <w:tcPr>
            <w:tcW w:w="1568" w:type="dxa"/>
          </w:tcPr>
          <w:p w14:paraId="2102C6D0" w14:textId="77777777" w:rsidR="00D94E50" w:rsidRPr="00D35743" w:rsidRDefault="00000000">
            <w:pPr>
              <w:rPr>
                <w:rFonts w:cs="Times New Roman"/>
                <w:color w:val="000000" w:themeColor="text1"/>
                <w:sz w:val="22"/>
              </w:rPr>
            </w:pPr>
            <w:r w:rsidRPr="00D35743">
              <w:rPr>
                <w:rFonts w:cs="Times New Roman"/>
                <w:color w:val="000000" w:themeColor="text1"/>
                <w:sz w:val="22"/>
              </w:rPr>
              <w:t>222</w:t>
            </w:r>
          </w:p>
        </w:tc>
        <w:tc>
          <w:tcPr>
            <w:tcW w:w="1568" w:type="dxa"/>
          </w:tcPr>
          <w:p w14:paraId="0291E52B" w14:textId="77777777" w:rsidR="00D94E50" w:rsidRPr="00D35743" w:rsidRDefault="00000000">
            <w:pPr>
              <w:rPr>
                <w:rFonts w:cs="Times New Roman"/>
                <w:color w:val="000000" w:themeColor="text1"/>
                <w:sz w:val="22"/>
              </w:rPr>
            </w:pPr>
            <w:r w:rsidRPr="00D35743">
              <w:rPr>
                <w:rFonts w:cs="Times New Roman"/>
                <w:color w:val="000000" w:themeColor="text1"/>
                <w:sz w:val="22"/>
              </w:rPr>
              <w:t>0.43 (0.37–0.49)</w:t>
            </w:r>
          </w:p>
        </w:tc>
        <w:tc>
          <w:tcPr>
            <w:tcW w:w="1568" w:type="dxa"/>
          </w:tcPr>
          <w:p w14:paraId="321160AA" w14:textId="77777777" w:rsidR="00D94E50" w:rsidRPr="00D35743" w:rsidRDefault="00000000">
            <w:pPr>
              <w:rPr>
                <w:rFonts w:cs="Times New Roman"/>
                <w:color w:val="000000" w:themeColor="text1"/>
                <w:sz w:val="22"/>
              </w:rPr>
            </w:pPr>
            <w:r w:rsidRPr="00D35743">
              <w:rPr>
                <w:rFonts w:cs="Times New Roman"/>
                <w:color w:val="000000" w:themeColor="text1"/>
                <w:sz w:val="22"/>
              </w:rPr>
              <w:t>399</w:t>
            </w:r>
          </w:p>
        </w:tc>
        <w:tc>
          <w:tcPr>
            <w:tcW w:w="1568" w:type="dxa"/>
          </w:tcPr>
          <w:p w14:paraId="5FB61C85" w14:textId="77777777" w:rsidR="00D94E50" w:rsidRPr="00D35743" w:rsidRDefault="00000000">
            <w:pPr>
              <w:rPr>
                <w:rFonts w:cs="Times New Roman"/>
                <w:color w:val="000000" w:themeColor="text1"/>
                <w:sz w:val="22"/>
              </w:rPr>
            </w:pPr>
            <w:r w:rsidRPr="00D35743">
              <w:rPr>
                <w:rFonts w:cs="Times New Roman"/>
                <w:color w:val="000000" w:themeColor="text1"/>
                <w:sz w:val="22"/>
              </w:rPr>
              <w:t>0.68 (0.61–0.75)</w:t>
            </w:r>
          </w:p>
        </w:tc>
        <w:tc>
          <w:tcPr>
            <w:tcW w:w="1568" w:type="dxa"/>
          </w:tcPr>
          <w:p w14:paraId="68710516" w14:textId="77777777" w:rsidR="00D94E50" w:rsidRPr="00D35743" w:rsidRDefault="00000000">
            <w:pPr>
              <w:rPr>
                <w:rFonts w:cs="Times New Roman"/>
                <w:color w:val="000000" w:themeColor="text1"/>
                <w:sz w:val="22"/>
              </w:rPr>
            </w:pPr>
            <w:r w:rsidRPr="00D35743">
              <w:rPr>
                <w:rFonts w:cs="Times New Roman"/>
                <w:color w:val="000000" w:themeColor="text1"/>
                <w:sz w:val="22"/>
              </w:rPr>
              <w:t>469</w:t>
            </w:r>
          </w:p>
        </w:tc>
        <w:tc>
          <w:tcPr>
            <w:tcW w:w="1568" w:type="dxa"/>
          </w:tcPr>
          <w:p w14:paraId="52DD16FA" w14:textId="77777777" w:rsidR="00D94E50" w:rsidRPr="00D35743" w:rsidRDefault="00000000">
            <w:pPr>
              <w:rPr>
                <w:rFonts w:cs="Times New Roman"/>
                <w:color w:val="000000" w:themeColor="text1"/>
                <w:sz w:val="22"/>
              </w:rPr>
            </w:pPr>
            <w:r w:rsidRPr="00D35743">
              <w:rPr>
                <w:rFonts w:cs="Times New Roman"/>
                <w:color w:val="000000" w:themeColor="text1"/>
                <w:sz w:val="22"/>
              </w:rPr>
              <w:t>0.47 (0.43–0.52)</w:t>
            </w:r>
          </w:p>
        </w:tc>
        <w:tc>
          <w:tcPr>
            <w:tcW w:w="1568" w:type="dxa"/>
          </w:tcPr>
          <w:p w14:paraId="06C74393" w14:textId="77777777" w:rsidR="00D94E50" w:rsidRPr="00D35743" w:rsidRDefault="00000000">
            <w:pPr>
              <w:rPr>
                <w:rFonts w:cs="Times New Roman"/>
                <w:color w:val="000000" w:themeColor="text1"/>
                <w:sz w:val="22"/>
              </w:rPr>
            </w:pPr>
            <w:r w:rsidRPr="00D35743">
              <w:rPr>
                <w:rFonts w:cs="Times New Roman"/>
                <w:color w:val="000000" w:themeColor="text1"/>
                <w:sz w:val="22"/>
              </w:rPr>
              <w:t>377</w:t>
            </w:r>
          </w:p>
        </w:tc>
        <w:tc>
          <w:tcPr>
            <w:tcW w:w="1568" w:type="dxa"/>
          </w:tcPr>
          <w:p w14:paraId="25780E35" w14:textId="77777777" w:rsidR="00D94E50" w:rsidRPr="00D35743" w:rsidRDefault="00000000">
            <w:pPr>
              <w:rPr>
                <w:rFonts w:cs="Times New Roman"/>
                <w:color w:val="000000" w:themeColor="text1"/>
                <w:sz w:val="22"/>
              </w:rPr>
            </w:pPr>
            <w:r w:rsidRPr="00D35743">
              <w:rPr>
                <w:rFonts w:cs="Times New Roman"/>
                <w:color w:val="000000" w:themeColor="text1"/>
                <w:sz w:val="22"/>
              </w:rPr>
              <w:t>0.59 (0.53–0.66)</w:t>
            </w:r>
          </w:p>
        </w:tc>
      </w:tr>
      <w:tr w:rsidR="00D94E50" w:rsidRPr="00D35743" w14:paraId="20143B54" w14:textId="77777777">
        <w:tc>
          <w:tcPr>
            <w:tcW w:w="1568" w:type="dxa"/>
          </w:tcPr>
          <w:p w14:paraId="06B26EE5" w14:textId="77777777" w:rsidR="00D94E50" w:rsidRPr="00D35743" w:rsidRDefault="00000000">
            <w:pPr>
              <w:rPr>
                <w:rFonts w:cs="Times New Roman"/>
                <w:color w:val="000000" w:themeColor="text1"/>
                <w:sz w:val="22"/>
              </w:rPr>
            </w:pPr>
            <w:r w:rsidRPr="00D35743">
              <w:rPr>
                <w:rFonts w:cs="Times New Roman"/>
                <w:color w:val="000000" w:themeColor="text1"/>
                <w:sz w:val="22"/>
              </w:rPr>
              <w:t>2024</w:t>
            </w:r>
          </w:p>
        </w:tc>
        <w:tc>
          <w:tcPr>
            <w:tcW w:w="1568" w:type="dxa"/>
          </w:tcPr>
          <w:p w14:paraId="06550310" w14:textId="77777777" w:rsidR="00D94E50" w:rsidRPr="00D35743" w:rsidRDefault="00000000">
            <w:pPr>
              <w:rPr>
                <w:rFonts w:cs="Times New Roman"/>
                <w:color w:val="000000" w:themeColor="text1"/>
                <w:sz w:val="22"/>
              </w:rPr>
            </w:pPr>
            <w:r w:rsidRPr="00D35743">
              <w:rPr>
                <w:rFonts w:cs="Times New Roman"/>
                <w:color w:val="000000" w:themeColor="text1"/>
                <w:sz w:val="22"/>
              </w:rPr>
              <w:t>273</w:t>
            </w:r>
          </w:p>
        </w:tc>
        <w:tc>
          <w:tcPr>
            <w:tcW w:w="1568" w:type="dxa"/>
          </w:tcPr>
          <w:p w14:paraId="06633550" w14:textId="77777777" w:rsidR="00D94E50" w:rsidRPr="00D35743" w:rsidRDefault="00000000">
            <w:pPr>
              <w:rPr>
                <w:rFonts w:cs="Times New Roman"/>
                <w:color w:val="000000" w:themeColor="text1"/>
                <w:sz w:val="22"/>
              </w:rPr>
            </w:pPr>
            <w:r w:rsidRPr="00D35743">
              <w:rPr>
                <w:rFonts w:cs="Times New Roman"/>
                <w:color w:val="000000" w:themeColor="text1"/>
                <w:sz w:val="22"/>
              </w:rPr>
              <w:t>0.55 (0.48–0.61)</w:t>
            </w:r>
          </w:p>
        </w:tc>
        <w:tc>
          <w:tcPr>
            <w:tcW w:w="1568" w:type="dxa"/>
          </w:tcPr>
          <w:p w14:paraId="2700EFE4" w14:textId="77777777" w:rsidR="00D94E50" w:rsidRPr="00D35743" w:rsidRDefault="00000000">
            <w:pPr>
              <w:rPr>
                <w:rFonts w:cs="Times New Roman"/>
                <w:color w:val="000000" w:themeColor="text1"/>
                <w:sz w:val="22"/>
              </w:rPr>
            </w:pPr>
            <w:r w:rsidRPr="00D35743">
              <w:rPr>
                <w:rFonts w:cs="Times New Roman"/>
                <w:color w:val="000000" w:themeColor="text1"/>
                <w:sz w:val="22"/>
              </w:rPr>
              <w:t>372</w:t>
            </w:r>
          </w:p>
        </w:tc>
        <w:tc>
          <w:tcPr>
            <w:tcW w:w="1568" w:type="dxa"/>
          </w:tcPr>
          <w:p w14:paraId="69FFCFA6" w14:textId="77777777" w:rsidR="00D94E50" w:rsidRPr="00D35743" w:rsidRDefault="00000000">
            <w:pPr>
              <w:rPr>
                <w:rFonts w:cs="Times New Roman"/>
                <w:color w:val="000000" w:themeColor="text1"/>
                <w:sz w:val="22"/>
              </w:rPr>
            </w:pPr>
            <w:r w:rsidRPr="00D35743">
              <w:rPr>
                <w:rFonts w:cs="Times New Roman"/>
                <w:color w:val="000000" w:themeColor="text1"/>
                <w:sz w:val="22"/>
              </w:rPr>
              <w:t>0.62 (0.56–0.69)</w:t>
            </w:r>
          </w:p>
        </w:tc>
        <w:tc>
          <w:tcPr>
            <w:tcW w:w="1568" w:type="dxa"/>
          </w:tcPr>
          <w:p w14:paraId="15CDFAA2" w14:textId="77777777" w:rsidR="00D94E50" w:rsidRPr="00D35743" w:rsidRDefault="00000000">
            <w:pPr>
              <w:rPr>
                <w:rFonts w:cs="Times New Roman"/>
                <w:color w:val="000000" w:themeColor="text1"/>
                <w:sz w:val="22"/>
              </w:rPr>
            </w:pPr>
            <w:r w:rsidRPr="00D35743">
              <w:rPr>
                <w:rFonts w:cs="Times New Roman"/>
                <w:color w:val="000000" w:themeColor="text1"/>
                <w:sz w:val="22"/>
              </w:rPr>
              <w:t>491</w:t>
            </w:r>
          </w:p>
        </w:tc>
        <w:tc>
          <w:tcPr>
            <w:tcW w:w="1568" w:type="dxa"/>
          </w:tcPr>
          <w:p w14:paraId="1A14DED6" w14:textId="77777777" w:rsidR="00D94E50" w:rsidRPr="00D35743" w:rsidRDefault="00000000">
            <w:pPr>
              <w:rPr>
                <w:rFonts w:cs="Times New Roman"/>
                <w:color w:val="000000" w:themeColor="text1"/>
                <w:sz w:val="22"/>
              </w:rPr>
            </w:pPr>
            <w:r w:rsidRPr="00D35743">
              <w:rPr>
                <w:rFonts w:cs="Times New Roman"/>
                <w:color w:val="000000" w:themeColor="text1"/>
                <w:sz w:val="22"/>
              </w:rPr>
              <w:t>0.48 (0.44–0.53)</w:t>
            </w:r>
          </w:p>
        </w:tc>
        <w:tc>
          <w:tcPr>
            <w:tcW w:w="1568" w:type="dxa"/>
          </w:tcPr>
          <w:p w14:paraId="2DB5843F" w14:textId="77777777" w:rsidR="00D94E50" w:rsidRPr="00D35743" w:rsidRDefault="00000000">
            <w:pPr>
              <w:rPr>
                <w:rFonts w:cs="Times New Roman"/>
                <w:color w:val="000000" w:themeColor="text1"/>
                <w:sz w:val="22"/>
              </w:rPr>
            </w:pPr>
            <w:r w:rsidRPr="00D35743">
              <w:rPr>
                <w:rFonts w:cs="Times New Roman"/>
                <w:color w:val="000000" w:themeColor="text1"/>
                <w:sz w:val="22"/>
              </w:rPr>
              <w:t>375</w:t>
            </w:r>
          </w:p>
        </w:tc>
        <w:tc>
          <w:tcPr>
            <w:tcW w:w="1568" w:type="dxa"/>
          </w:tcPr>
          <w:p w14:paraId="279F29D3" w14:textId="77777777" w:rsidR="00D94E50" w:rsidRPr="00D35743" w:rsidRDefault="00000000">
            <w:pPr>
              <w:rPr>
                <w:rFonts w:cs="Times New Roman"/>
                <w:color w:val="000000" w:themeColor="text1"/>
                <w:sz w:val="22"/>
              </w:rPr>
            </w:pPr>
            <w:r w:rsidRPr="00D35743">
              <w:rPr>
                <w:rFonts w:cs="Times New Roman"/>
                <w:color w:val="000000" w:themeColor="text1"/>
                <w:sz w:val="22"/>
              </w:rPr>
              <w:t>0.61 (0.55–0.67)</w:t>
            </w:r>
          </w:p>
        </w:tc>
      </w:tr>
    </w:tbl>
    <w:p w14:paraId="4334B76B" w14:textId="77777777" w:rsidR="00D94E50" w:rsidRPr="00D35743" w:rsidRDefault="00D94E50">
      <w:pPr>
        <w:rPr>
          <w:rFonts w:cs="Times New Roman"/>
          <w:color w:val="000000" w:themeColor="text1"/>
          <w:sz w:val="22"/>
        </w:rPr>
      </w:pPr>
    </w:p>
    <w:p w14:paraId="586D5CA9" w14:textId="77777777" w:rsidR="00D94E50" w:rsidRPr="00D35743" w:rsidRDefault="00000000">
      <w:pPr>
        <w:rPr>
          <w:rFonts w:cs="Times New Roman"/>
          <w:color w:val="000000" w:themeColor="text1"/>
          <w:sz w:val="22"/>
        </w:rPr>
      </w:pPr>
      <w:r w:rsidRPr="00D35743">
        <w:rPr>
          <w:rFonts w:cs="Times New Roman"/>
          <w:i/>
          <w:color w:val="000000" w:themeColor="text1"/>
          <w:sz w:val="22"/>
        </w:rPr>
        <w:t>Regions sum exactly to the overall series in every year.</w:t>
      </w:r>
    </w:p>
    <w:p w14:paraId="7688A299"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72D2B44D"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S5. Deaths by race and Hispanic origin, 1999–2024</w:t>
      </w:r>
    </w:p>
    <w:tbl>
      <w:tblPr>
        <w:tblStyle w:val="TableGrid"/>
        <w:tblW w:w="0" w:type="auto"/>
        <w:tblLook w:val="04A0" w:firstRow="1" w:lastRow="0" w:firstColumn="1" w:lastColumn="0" w:noHBand="0" w:noVBand="1"/>
      </w:tblPr>
      <w:tblGrid>
        <w:gridCol w:w="681"/>
        <w:gridCol w:w="893"/>
        <w:gridCol w:w="1843"/>
        <w:gridCol w:w="835"/>
        <w:gridCol w:w="1843"/>
        <w:gridCol w:w="1036"/>
        <w:gridCol w:w="754"/>
        <w:gridCol w:w="938"/>
        <w:gridCol w:w="840"/>
        <w:gridCol w:w="1048"/>
        <w:gridCol w:w="1843"/>
      </w:tblGrid>
      <w:tr w:rsidR="00D94E50" w:rsidRPr="00D35743" w14:paraId="523CA5B7" w14:textId="77777777">
        <w:tc>
          <w:tcPr>
            <w:tcW w:w="605" w:type="dxa"/>
          </w:tcPr>
          <w:p w14:paraId="185BDD65"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893" w:type="dxa"/>
          </w:tcPr>
          <w:p w14:paraId="17492311" w14:textId="77777777" w:rsidR="00D94E50" w:rsidRPr="00D35743" w:rsidRDefault="00000000">
            <w:pPr>
              <w:rPr>
                <w:rFonts w:cs="Times New Roman"/>
                <w:color w:val="000000" w:themeColor="text1"/>
                <w:sz w:val="22"/>
              </w:rPr>
            </w:pPr>
            <w:r w:rsidRPr="00D35743">
              <w:rPr>
                <w:rFonts w:cs="Times New Roman"/>
                <w:b/>
                <w:color w:val="000000" w:themeColor="text1"/>
                <w:sz w:val="22"/>
              </w:rPr>
              <w:t>NH White deaths</w:t>
            </w:r>
          </w:p>
        </w:tc>
        <w:tc>
          <w:tcPr>
            <w:tcW w:w="1843" w:type="dxa"/>
          </w:tcPr>
          <w:p w14:paraId="6BD2FF91" w14:textId="77777777" w:rsidR="00D94E50" w:rsidRPr="00D35743" w:rsidRDefault="00000000">
            <w:pPr>
              <w:rPr>
                <w:rFonts w:cs="Times New Roman"/>
                <w:color w:val="000000" w:themeColor="text1"/>
                <w:sz w:val="22"/>
              </w:rPr>
            </w:pPr>
            <w:r w:rsidRPr="00D35743">
              <w:rPr>
                <w:rFonts w:cs="Times New Roman"/>
                <w:b/>
                <w:color w:val="000000" w:themeColor="text1"/>
                <w:sz w:val="22"/>
              </w:rPr>
              <w:t>NH White AAMR (95% CI)</w:t>
            </w:r>
          </w:p>
        </w:tc>
        <w:tc>
          <w:tcPr>
            <w:tcW w:w="835" w:type="dxa"/>
          </w:tcPr>
          <w:p w14:paraId="18A346F4" w14:textId="77777777" w:rsidR="00D94E50" w:rsidRPr="00D35743" w:rsidRDefault="00000000">
            <w:pPr>
              <w:rPr>
                <w:rFonts w:cs="Times New Roman"/>
                <w:color w:val="000000" w:themeColor="text1"/>
                <w:sz w:val="22"/>
              </w:rPr>
            </w:pPr>
            <w:r w:rsidRPr="00D35743">
              <w:rPr>
                <w:rFonts w:cs="Times New Roman"/>
                <w:b/>
                <w:color w:val="000000" w:themeColor="text1"/>
                <w:sz w:val="22"/>
              </w:rPr>
              <w:t>NH Black deaths</w:t>
            </w:r>
          </w:p>
        </w:tc>
        <w:tc>
          <w:tcPr>
            <w:tcW w:w="1843" w:type="dxa"/>
          </w:tcPr>
          <w:p w14:paraId="4AE5BA0F" w14:textId="77777777" w:rsidR="00D94E50" w:rsidRPr="00D35743" w:rsidRDefault="00000000">
            <w:pPr>
              <w:rPr>
                <w:rFonts w:cs="Times New Roman"/>
                <w:color w:val="000000" w:themeColor="text1"/>
                <w:sz w:val="22"/>
              </w:rPr>
            </w:pPr>
            <w:r w:rsidRPr="00D35743">
              <w:rPr>
                <w:rFonts w:cs="Times New Roman"/>
                <w:b/>
                <w:color w:val="000000" w:themeColor="text1"/>
                <w:sz w:val="22"/>
              </w:rPr>
              <w:t>NH Black AAMR (95% CI)</w:t>
            </w:r>
          </w:p>
        </w:tc>
        <w:tc>
          <w:tcPr>
            <w:tcW w:w="893" w:type="dxa"/>
          </w:tcPr>
          <w:p w14:paraId="6A1FACDC" w14:textId="77777777" w:rsidR="00D94E50" w:rsidRPr="00D35743" w:rsidRDefault="00000000">
            <w:pPr>
              <w:rPr>
                <w:rFonts w:cs="Times New Roman"/>
                <w:color w:val="000000" w:themeColor="text1"/>
                <w:sz w:val="22"/>
              </w:rPr>
            </w:pPr>
            <w:r w:rsidRPr="00D35743">
              <w:rPr>
                <w:rFonts w:cs="Times New Roman"/>
                <w:b/>
                <w:color w:val="000000" w:themeColor="text1"/>
                <w:sz w:val="22"/>
              </w:rPr>
              <w:t>NH Asian/PI</w:t>
            </w:r>
          </w:p>
        </w:tc>
        <w:tc>
          <w:tcPr>
            <w:tcW w:w="720" w:type="dxa"/>
          </w:tcPr>
          <w:p w14:paraId="5C3764D6" w14:textId="77777777" w:rsidR="00D94E50" w:rsidRPr="00D35743" w:rsidRDefault="00000000">
            <w:pPr>
              <w:rPr>
                <w:rFonts w:cs="Times New Roman"/>
                <w:color w:val="000000" w:themeColor="text1"/>
                <w:sz w:val="22"/>
              </w:rPr>
            </w:pPr>
            <w:r w:rsidRPr="00D35743">
              <w:rPr>
                <w:rFonts w:cs="Times New Roman"/>
                <w:b/>
                <w:color w:val="000000" w:themeColor="text1"/>
                <w:sz w:val="22"/>
              </w:rPr>
              <w:t>NH Asian</w:t>
            </w:r>
          </w:p>
        </w:tc>
        <w:tc>
          <w:tcPr>
            <w:tcW w:w="792" w:type="dxa"/>
          </w:tcPr>
          <w:p w14:paraId="54245BAE" w14:textId="77777777" w:rsidR="00D94E50" w:rsidRPr="00D35743" w:rsidRDefault="00000000">
            <w:pPr>
              <w:rPr>
                <w:rFonts w:cs="Times New Roman"/>
                <w:color w:val="000000" w:themeColor="text1"/>
                <w:sz w:val="22"/>
              </w:rPr>
            </w:pPr>
            <w:r w:rsidRPr="00D35743">
              <w:rPr>
                <w:rFonts w:cs="Times New Roman"/>
                <w:b/>
                <w:color w:val="000000" w:themeColor="text1"/>
                <w:sz w:val="22"/>
              </w:rPr>
              <w:t>NH NHOPI</w:t>
            </w:r>
          </w:p>
        </w:tc>
        <w:tc>
          <w:tcPr>
            <w:tcW w:w="792" w:type="dxa"/>
          </w:tcPr>
          <w:p w14:paraId="11DDF84F" w14:textId="77777777" w:rsidR="00D94E50" w:rsidRPr="00D35743" w:rsidRDefault="00000000">
            <w:pPr>
              <w:rPr>
                <w:rFonts w:cs="Times New Roman"/>
                <w:color w:val="000000" w:themeColor="text1"/>
                <w:sz w:val="22"/>
              </w:rPr>
            </w:pPr>
            <w:r w:rsidRPr="00D35743">
              <w:rPr>
                <w:rFonts w:cs="Times New Roman"/>
                <w:b/>
                <w:color w:val="000000" w:themeColor="text1"/>
                <w:sz w:val="22"/>
              </w:rPr>
              <w:t>NH AI/AN</w:t>
            </w:r>
          </w:p>
        </w:tc>
        <w:tc>
          <w:tcPr>
            <w:tcW w:w="893" w:type="dxa"/>
          </w:tcPr>
          <w:p w14:paraId="0B8B96DD" w14:textId="77777777" w:rsidR="00D94E50" w:rsidRPr="00D35743" w:rsidRDefault="00000000">
            <w:pPr>
              <w:rPr>
                <w:rFonts w:cs="Times New Roman"/>
                <w:color w:val="000000" w:themeColor="text1"/>
                <w:sz w:val="22"/>
              </w:rPr>
            </w:pPr>
            <w:r w:rsidRPr="00D35743">
              <w:rPr>
                <w:rFonts w:cs="Times New Roman"/>
                <w:b/>
                <w:color w:val="000000" w:themeColor="text1"/>
                <w:sz w:val="22"/>
              </w:rPr>
              <w:t>Hispanic deaths</w:t>
            </w:r>
          </w:p>
        </w:tc>
        <w:tc>
          <w:tcPr>
            <w:tcW w:w="1843" w:type="dxa"/>
          </w:tcPr>
          <w:p w14:paraId="05275D8D" w14:textId="77777777" w:rsidR="00D94E50" w:rsidRPr="00D35743" w:rsidRDefault="00000000">
            <w:pPr>
              <w:rPr>
                <w:rFonts w:cs="Times New Roman"/>
                <w:color w:val="000000" w:themeColor="text1"/>
                <w:sz w:val="22"/>
              </w:rPr>
            </w:pPr>
            <w:r w:rsidRPr="00D35743">
              <w:rPr>
                <w:rFonts w:cs="Times New Roman"/>
                <w:b/>
                <w:color w:val="000000" w:themeColor="text1"/>
                <w:sz w:val="22"/>
              </w:rPr>
              <w:t>Hispanic AAMR (95% CI)</w:t>
            </w:r>
          </w:p>
        </w:tc>
      </w:tr>
      <w:tr w:rsidR="00D94E50" w:rsidRPr="00D35743" w14:paraId="6E9E55BD" w14:textId="77777777">
        <w:tc>
          <w:tcPr>
            <w:tcW w:w="605" w:type="dxa"/>
          </w:tcPr>
          <w:p w14:paraId="7BAE3FDC" w14:textId="77777777" w:rsidR="00D94E50" w:rsidRPr="00D35743" w:rsidRDefault="00000000">
            <w:pPr>
              <w:rPr>
                <w:rFonts w:cs="Times New Roman"/>
                <w:color w:val="000000" w:themeColor="text1"/>
                <w:sz w:val="22"/>
              </w:rPr>
            </w:pPr>
            <w:r w:rsidRPr="00D35743">
              <w:rPr>
                <w:rFonts w:cs="Times New Roman"/>
                <w:color w:val="000000" w:themeColor="text1"/>
                <w:sz w:val="22"/>
              </w:rPr>
              <w:t>1999</w:t>
            </w:r>
          </w:p>
        </w:tc>
        <w:tc>
          <w:tcPr>
            <w:tcW w:w="893" w:type="dxa"/>
          </w:tcPr>
          <w:p w14:paraId="66D4C7B7" w14:textId="77777777" w:rsidR="00D94E50" w:rsidRPr="00D35743" w:rsidRDefault="00000000">
            <w:pPr>
              <w:rPr>
                <w:rFonts w:cs="Times New Roman"/>
                <w:color w:val="000000" w:themeColor="text1"/>
                <w:sz w:val="22"/>
              </w:rPr>
            </w:pPr>
            <w:r w:rsidRPr="00D35743">
              <w:rPr>
                <w:rFonts w:cs="Times New Roman"/>
                <w:color w:val="000000" w:themeColor="text1"/>
                <w:sz w:val="22"/>
              </w:rPr>
              <w:t>688</w:t>
            </w:r>
          </w:p>
        </w:tc>
        <w:tc>
          <w:tcPr>
            <w:tcW w:w="1843" w:type="dxa"/>
          </w:tcPr>
          <w:p w14:paraId="0BFEADCC" w14:textId="77777777" w:rsidR="00D94E50" w:rsidRPr="00D35743" w:rsidRDefault="00000000">
            <w:pPr>
              <w:rPr>
                <w:rFonts w:cs="Times New Roman"/>
                <w:color w:val="000000" w:themeColor="text1"/>
                <w:sz w:val="22"/>
              </w:rPr>
            </w:pPr>
            <w:r w:rsidRPr="00D35743">
              <w:rPr>
                <w:rFonts w:cs="Times New Roman"/>
                <w:color w:val="000000" w:themeColor="text1"/>
                <w:sz w:val="22"/>
              </w:rPr>
              <w:t>0.43 (0.40–0.46)</w:t>
            </w:r>
          </w:p>
        </w:tc>
        <w:tc>
          <w:tcPr>
            <w:tcW w:w="835" w:type="dxa"/>
          </w:tcPr>
          <w:p w14:paraId="445E1751" w14:textId="77777777" w:rsidR="00D94E50" w:rsidRPr="00D35743" w:rsidRDefault="00000000">
            <w:pPr>
              <w:rPr>
                <w:rFonts w:cs="Times New Roman"/>
                <w:color w:val="000000" w:themeColor="text1"/>
                <w:sz w:val="22"/>
              </w:rPr>
            </w:pPr>
            <w:r w:rsidRPr="00D35743">
              <w:rPr>
                <w:rFonts w:cs="Times New Roman"/>
                <w:color w:val="000000" w:themeColor="text1"/>
                <w:sz w:val="22"/>
              </w:rPr>
              <w:t>63</w:t>
            </w:r>
          </w:p>
        </w:tc>
        <w:tc>
          <w:tcPr>
            <w:tcW w:w="1843" w:type="dxa"/>
          </w:tcPr>
          <w:p w14:paraId="68B15EB5" w14:textId="77777777" w:rsidR="00D94E50" w:rsidRPr="00D35743" w:rsidRDefault="00000000">
            <w:pPr>
              <w:rPr>
                <w:rFonts w:cs="Times New Roman"/>
                <w:color w:val="000000" w:themeColor="text1"/>
                <w:sz w:val="22"/>
              </w:rPr>
            </w:pPr>
            <w:r w:rsidRPr="00D35743">
              <w:rPr>
                <w:rFonts w:cs="Times New Roman"/>
                <w:color w:val="000000" w:themeColor="text1"/>
                <w:sz w:val="22"/>
              </w:rPr>
              <w:t>0.41 (0.31–0.53)</w:t>
            </w:r>
          </w:p>
        </w:tc>
        <w:tc>
          <w:tcPr>
            <w:tcW w:w="893" w:type="dxa"/>
          </w:tcPr>
          <w:p w14:paraId="778B2F40" w14:textId="77777777" w:rsidR="00D94E50" w:rsidRPr="00D35743" w:rsidRDefault="00000000">
            <w:pPr>
              <w:rPr>
                <w:rFonts w:cs="Times New Roman"/>
                <w:color w:val="000000" w:themeColor="text1"/>
                <w:sz w:val="22"/>
              </w:rPr>
            </w:pPr>
            <w:r w:rsidRPr="00D35743">
              <w:rPr>
                <w:rFonts w:cs="Times New Roman"/>
                <w:color w:val="000000" w:themeColor="text1"/>
                <w:sz w:val="22"/>
              </w:rPr>
              <w:t>10</w:t>
            </w:r>
          </w:p>
        </w:tc>
        <w:tc>
          <w:tcPr>
            <w:tcW w:w="720" w:type="dxa"/>
          </w:tcPr>
          <w:p w14:paraId="31A0A0D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A480670"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82BF3D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09357FCE" w14:textId="77777777" w:rsidR="00D94E50" w:rsidRPr="00D35743" w:rsidRDefault="00000000">
            <w:pPr>
              <w:rPr>
                <w:rFonts w:cs="Times New Roman"/>
                <w:color w:val="000000" w:themeColor="text1"/>
                <w:sz w:val="22"/>
              </w:rPr>
            </w:pPr>
            <w:r w:rsidRPr="00D35743">
              <w:rPr>
                <w:rFonts w:cs="Times New Roman"/>
                <w:color w:val="000000" w:themeColor="text1"/>
                <w:sz w:val="22"/>
              </w:rPr>
              <w:t>25</w:t>
            </w:r>
          </w:p>
        </w:tc>
        <w:tc>
          <w:tcPr>
            <w:tcW w:w="1843" w:type="dxa"/>
          </w:tcPr>
          <w:p w14:paraId="6474C45F" w14:textId="77777777" w:rsidR="00D94E50" w:rsidRPr="00D35743" w:rsidRDefault="00000000">
            <w:pPr>
              <w:rPr>
                <w:rFonts w:cs="Times New Roman"/>
                <w:color w:val="000000" w:themeColor="text1"/>
                <w:sz w:val="22"/>
              </w:rPr>
            </w:pPr>
            <w:r w:rsidRPr="00D35743">
              <w:rPr>
                <w:rFonts w:cs="Times New Roman"/>
                <w:color w:val="000000" w:themeColor="text1"/>
                <w:sz w:val="22"/>
              </w:rPr>
              <w:t>0.31 (0.20–0.47)</w:t>
            </w:r>
          </w:p>
        </w:tc>
      </w:tr>
      <w:tr w:rsidR="00D94E50" w:rsidRPr="00D35743" w14:paraId="40D7B081" w14:textId="77777777">
        <w:tc>
          <w:tcPr>
            <w:tcW w:w="605" w:type="dxa"/>
          </w:tcPr>
          <w:p w14:paraId="4B4C1CB6" w14:textId="77777777" w:rsidR="00D94E50" w:rsidRPr="00D35743" w:rsidRDefault="00000000">
            <w:pPr>
              <w:rPr>
                <w:rFonts w:cs="Times New Roman"/>
                <w:color w:val="000000" w:themeColor="text1"/>
                <w:sz w:val="22"/>
              </w:rPr>
            </w:pPr>
            <w:r w:rsidRPr="00D35743">
              <w:rPr>
                <w:rFonts w:cs="Times New Roman"/>
                <w:color w:val="000000" w:themeColor="text1"/>
                <w:sz w:val="22"/>
              </w:rPr>
              <w:t>2000</w:t>
            </w:r>
          </w:p>
        </w:tc>
        <w:tc>
          <w:tcPr>
            <w:tcW w:w="893" w:type="dxa"/>
          </w:tcPr>
          <w:p w14:paraId="41F63EEB" w14:textId="77777777" w:rsidR="00D94E50" w:rsidRPr="00D35743" w:rsidRDefault="00000000">
            <w:pPr>
              <w:rPr>
                <w:rFonts w:cs="Times New Roman"/>
                <w:color w:val="000000" w:themeColor="text1"/>
                <w:sz w:val="22"/>
              </w:rPr>
            </w:pPr>
            <w:r w:rsidRPr="00D35743">
              <w:rPr>
                <w:rFonts w:cs="Times New Roman"/>
                <w:color w:val="000000" w:themeColor="text1"/>
                <w:sz w:val="22"/>
              </w:rPr>
              <w:t>619</w:t>
            </w:r>
          </w:p>
        </w:tc>
        <w:tc>
          <w:tcPr>
            <w:tcW w:w="1843" w:type="dxa"/>
          </w:tcPr>
          <w:p w14:paraId="1ED89E2E" w14:textId="77777777" w:rsidR="00D94E50" w:rsidRPr="00D35743" w:rsidRDefault="00000000">
            <w:pPr>
              <w:rPr>
                <w:rFonts w:cs="Times New Roman"/>
                <w:color w:val="000000" w:themeColor="text1"/>
                <w:sz w:val="22"/>
              </w:rPr>
            </w:pPr>
            <w:r w:rsidRPr="00D35743">
              <w:rPr>
                <w:rFonts w:cs="Times New Roman"/>
                <w:color w:val="000000" w:themeColor="text1"/>
                <w:sz w:val="22"/>
              </w:rPr>
              <w:t>0.39 (0.36–0.42)</w:t>
            </w:r>
          </w:p>
        </w:tc>
        <w:tc>
          <w:tcPr>
            <w:tcW w:w="835" w:type="dxa"/>
          </w:tcPr>
          <w:p w14:paraId="77391842" w14:textId="77777777" w:rsidR="00D94E50" w:rsidRPr="00D35743" w:rsidRDefault="00000000">
            <w:pPr>
              <w:rPr>
                <w:rFonts w:cs="Times New Roman"/>
                <w:color w:val="000000" w:themeColor="text1"/>
                <w:sz w:val="22"/>
              </w:rPr>
            </w:pPr>
            <w:r w:rsidRPr="00D35743">
              <w:rPr>
                <w:rFonts w:cs="Times New Roman"/>
                <w:color w:val="000000" w:themeColor="text1"/>
                <w:sz w:val="22"/>
              </w:rPr>
              <w:t>58</w:t>
            </w:r>
          </w:p>
        </w:tc>
        <w:tc>
          <w:tcPr>
            <w:tcW w:w="1843" w:type="dxa"/>
          </w:tcPr>
          <w:p w14:paraId="64649C1A" w14:textId="77777777" w:rsidR="00D94E50" w:rsidRPr="00D35743" w:rsidRDefault="00000000">
            <w:pPr>
              <w:rPr>
                <w:rFonts w:cs="Times New Roman"/>
                <w:color w:val="000000" w:themeColor="text1"/>
                <w:sz w:val="22"/>
              </w:rPr>
            </w:pPr>
            <w:r w:rsidRPr="00D35743">
              <w:rPr>
                <w:rFonts w:cs="Times New Roman"/>
                <w:color w:val="000000" w:themeColor="text1"/>
                <w:sz w:val="22"/>
              </w:rPr>
              <w:t>0.40 (0.30–0.52)</w:t>
            </w:r>
          </w:p>
        </w:tc>
        <w:tc>
          <w:tcPr>
            <w:tcW w:w="893" w:type="dxa"/>
          </w:tcPr>
          <w:p w14:paraId="02C58284" w14:textId="77777777" w:rsidR="00D94E50" w:rsidRPr="00D35743" w:rsidRDefault="00000000">
            <w:pPr>
              <w:rPr>
                <w:rFonts w:cs="Times New Roman"/>
                <w:color w:val="000000" w:themeColor="text1"/>
                <w:sz w:val="22"/>
              </w:rPr>
            </w:pPr>
            <w:r w:rsidRPr="00D35743">
              <w:rPr>
                <w:rFonts w:cs="Times New Roman"/>
                <w:color w:val="000000" w:themeColor="text1"/>
                <w:sz w:val="22"/>
              </w:rPr>
              <w:t>10</w:t>
            </w:r>
          </w:p>
        </w:tc>
        <w:tc>
          <w:tcPr>
            <w:tcW w:w="720" w:type="dxa"/>
          </w:tcPr>
          <w:p w14:paraId="6E2CB919"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44C5E84C"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76D91E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418288FB" w14:textId="77777777" w:rsidR="00D94E50" w:rsidRPr="00D35743" w:rsidRDefault="00000000">
            <w:pPr>
              <w:rPr>
                <w:rFonts w:cs="Times New Roman"/>
                <w:color w:val="000000" w:themeColor="text1"/>
                <w:sz w:val="22"/>
              </w:rPr>
            </w:pPr>
            <w:r w:rsidRPr="00D35743">
              <w:rPr>
                <w:rFonts w:cs="Times New Roman"/>
                <w:color w:val="000000" w:themeColor="text1"/>
                <w:sz w:val="22"/>
              </w:rPr>
              <w:t>19</w:t>
            </w:r>
          </w:p>
        </w:tc>
        <w:tc>
          <w:tcPr>
            <w:tcW w:w="1843" w:type="dxa"/>
          </w:tcPr>
          <w:p w14:paraId="47CDE504"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r>
      <w:tr w:rsidR="00D94E50" w:rsidRPr="00D35743" w14:paraId="403F0974" w14:textId="77777777">
        <w:tc>
          <w:tcPr>
            <w:tcW w:w="605" w:type="dxa"/>
          </w:tcPr>
          <w:p w14:paraId="2D9B2DD7" w14:textId="77777777" w:rsidR="00D94E50" w:rsidRPr="00D35743" w:rsidRDefault="00000000">
            <w:pPr>
              <w:rPr>
                <w:rFonts w:cs="Times New Roman"/>
                <w:color w:val="000000" w:themeColor="text1"/>
                <w:sz w:val="22"/>
              </w:rPr>
            </w:pPr>
            <w:r w:rsidRPr="00D35743">
              <w:rPr>
                <w:rFonts w:cs="Times New Roman"/>
                <w:color w:val="000000" w:themeColor="text1"/>
                <w:sz w:val="22"/>
              </w:rPr>
              <w:t>2001</w:t>
            </w:r>
          </w:p>
        </w:tc>
        <w:tc>
          <w:tcPr>
            <w:tcW w:w="893" w:type="dxa"/>
          </w:tcPr>
          <w:p w14:paraId="353A56F1" w14:textId="77777777" w:rsidR="00D94E50" w:rsidRPr="00D35743" w:rsidRDefault="00000000">
            <w:pPr>
              <w:rPr>
                <w:rFonts w:cs="Times New Roman"/>
                <w:color w:val="000000" w:themeColor="text1"/>
                <w:sz w:val="22"/>
              </w:rPr>
            </w:pPr>
            <w:r w:rsidRPr="00D35743">
              <w:rPr>
                <w:rFonts w:cs="Times New Roman"/>
                <w:color w:val="000000" w:themeColor="text1"/>
                <w:sz w:val="22"/>
              </w:rPr>
              <w:t>653</w:t>
            </w:r>
          </w:p>
        </w:tc>
        <w:tc>
          <w:tcPr>
            <w:tcW w:w="1843" w:type="dxa"/>
          </w:tcPr>
          <w:p w14:paraId="1A261A1E" w14:textId="77777777" w:rsidR="00D94E50" w:rsidRPr="00D35743" w:rsidRDefault="00000000">
            <w:pPr>
              <w:rPr>
                <w:rFonts w:cs="Times New Roman"/>
                <w:color w:val="000000" w:themeColor="text1"/>
                <w:sz w:val="22"/>
              </w:rPr>
            </w:pPr>
            <w:r w:rsidRPr="00D35743">
              <w:rPr>
                <w:rFonts w:cs="Times New Roman"/>
                <w:color w:val="000000" w:themeColor="text1"/>
                <w:sz w:val="22"/>
              </w:rPr>
              <w:t>0.44 (0.40–0.47)</w:t>
            </w:r>
          </w:p>
        </w:tc>
        <w:tc>
          <w:tcPr>
            <w:tcW w:w="835" w:type="dxa"/>
          </w:tcPr>
          <w:p w14:paraId="42C4BE13" w14:textId="77777777" w:rsidR="00D94E50" w:rsidRPr="00D35743" w:rsidRDefault="00000000">
            <w:pPr>
              <w:rPr>
                <w:rFonts w:cs="Times New Roman"/>
                <w:color w:val="000000" w:themeColor="text1"/>
                <w:sz w:val="22"/>
              </w:rPr>
            </w:pPr>
            <w:r w:rsidRPr="00D35743">
              <w:rPr>
                <w:rFonts w:cs="Times New Roman"/>
                <w:color w:val="000000" w:themeColor="text1"/>
                <w:sz w:val="22"/>
              </w:rPr>
              <w:t>51</w:t>
            </w:r>
          </w:p>
        </w:tc>
        <w:tc>
          <w:tcPr>
            <w:tcW w:w="1843" w:type="dxa"/>
          </w:tcPr>
          <w:p w14:paraId="10BCBC31" w14:textId="77777777" w:rsidR="00D94E50" w:rsidRPr="00D35743" w:rsidRDefault="00000000">
            <w:pPr>
              <w:rPr>
                <w:rFonts w:cs="Times New Roman"/>
                <w:color w:val="000000" w:themeColor="text1"/>
                <w:sz w:val="22"/>
              </w:rPr>
            </w:pPr>
            <w:r w:rsidRPr="00D35743">
              <w:rPr>
                <w:rFonts w:cs="Times New Roman"/>
                <w:color w:val="000000" w:themeColor="text1"/>
                <w:sz w:val="22"/>
              </w:rPr>
              <w:t>0.32 (0.23–0.42)</w:t>
            </w:r>
          </w:p>
        </w:tc>
        <w:tc>
          <w:tcPr>
            <w:tcW w:w="893" w:type="dxa"/>
          </w:tcPr>
          <w:p w14:paraId="338C5CBF"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2ACEE707"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5E81B0A3"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06246CA"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45428A99" w14:textId="77777777" w:rsidR="00D94E50" w:rsidRPr="00D35743" w:rsidRDefault="00000000">
            <w:pPr>
              <w:rPr>
                <w:rFonts w:cs="Times New Roman"/>
                <w:color w:val="000000" w:themeColor="text1"/>
                <w:sz w:val="22"/>
              </w:rPr>
            </w:pPr>
            <w:r w:rsidRPr="00D35743">
              <w:rPr>
                <w:rFonts w:cs="Times New Roman"/>
                <w:color w:val="000000" w:themeColor="text1"/>
                <w:sz w:val="22"/>
              </w:rPr>
              <w:t>26</w:t>
            </w:r>
          </w:p>
        </w:tc>
        <w:tc>
          <w:tcPr>
            <w:tcW w:w="1843" w:type="dxa"/>
          </w:tcPr>
          <w:p w14:paraId="24CBF9E8" w14:textId="77777777" w:rsidR="00D94E50" w:rsidRPr="00D35743" w:rsidRDefault="00000000">
            <w:pPr>
              <w:rPr>
                <w:rFonts w:cs="Times New Roman"/>
                <w:color w:val="000000" w:themeColor="text1"/>
                <w:sz w:val="22"/>
              </w:rPr>
            </w:pPr>
            <w:r w:rsidRPr="00D35743">
              <w:rPr>
                <w:rFonts w:cs="Times New Roman"/>
                <w:color w:val="000000" w:themeColor="text1"/>
                <w:sz w:val="22"/>
              </w:rPr>
              <w:t>0.27 (0.17–0.41)</w:t>
            </w:r>
          </w:p>
        </w:tc>
      </w:tr>
      <w:tr w:rsidR="00D94E50" w:rsidRPr="00D35743" w14:paraId="6E328F87" w14:textId="77777777">
        <w:tc>
          <w:tcPr>
            <w:tcW w:w="605" w:type="dxa"/>
          </w:tcPr>
          <w:p w14:paraId="4D5A8E9E" w14:textId="77777777" w:rsidR="00D94E50" w:rsidRPr="00D35743" w:rsidRDefault="00000000">
            <w:pPr>
              <w:rPr>
                <w:rFonts w:cs="Times New Roman"/>
                <w:color w:val="000000" w:themeColor="text1"/>
                <w:sz w:val="22"/>
              </w:rPr>
            </w:pPr>
            <w:r w:rsidRPr="00D35743">
              <w:rPr>
                <w:rFonts w:cs="Times New Roman"/>
                <w:color w:val="000000" w:themeColor="text1"/>
                <w:sz w:val="22"/>
              </w:rPr>
              <w:t>2002</w:t>
            </w:r>
          </w:p>
        </w:tc>
        <w:tc>
          <w:tcPr>
            <w:tcW w:w="893" w:type="dxa"/>
          </w:tcPr>
          <w:p w14:paraId="261E1752" w14:textId="77777777" w:rsidR="00D94E50" w:rsidRPr="00D35743" w:rsidRDefault="00000000">
            <w:pPr>
              <w:rPr>
                <w:rFonts w:cs="Times New Roman"/>
                <w:color w:val="000000" w:themeColor="text1"/>
                <w:sz w:val="22"/>
              </w:rPr>
            </w:pPr>
            <w:r w:rsidRPr="00D35743">
              <w:rPr>
                <w:rFonts w:cs="Times New Roman"/>
                <w:color w:val="000000" w:themeColor="text1"/>
                <w:sz w:val="22"/>
              </w:rPr>
              <w:t>631</w:t>
            </w:r>
          </w:p>
        </w:tc>
        <w:tc>
          <w:tcPr>
            <w:tcW w:w="1843" w:type="dxa"/>
          </w:tcPr>
          <w:p w14:paraId="6B71690C" w14:textId="77777777" w:rsidR="00D94E50" w:rsidRPr="00D35743" w:rsidRDefault="00000000">
            <w:pPr>
              <w:rPr>
                <w:rFonts w:cs="Times New Roman"/>
                <w:color w:val="000000" w:themeColor="text1"/>
                <w:sz w:val="22"/>
              </w:rPr>
            </w:pPr>
            <w:r w:rsidRPr="00D35743">
              <w:rPr>
                <w:rFonts w:cs="Times New Roman"/>
                <w:color w:val="000000" w:themeColor="text1"/>
                <w:sz w:val="22"/>
              </w:rPr>
              <w:t>0.40 (0.37–0.43)</w:t>
            </w:r>
          </w:p>
        </w:tc>
        <w:tc>
          <w:tcPr>
            <w:tcW w:w="835" w:type="dxa"/>
          </w:tcPr>
          <w:p w14:paraId="78D7DD67" w14:textId="77777777" w:rsidR="00D94E50" w:rsidRPr="00D35743" w:rsidRDefault="00000000">
            <w:pPr>
              <w:rPr>
                <w:rFonts w:cs="Times New Roman"/>
                <w:color w:val="000000" w:themeColor="text1"/>
                <w:sz w:val="22"/>
              </w:rPr>
            </w:pPr>
            <w:r w:rsidRPr="00D35743">
              <w:rPr>
                <w:rFonts w:cs="Times New Roman"/>
                <w:color w:val="000000" w:themeColor="text1"/>
                <w:sz w:val="22"/>
              </w:rPr>
              <w:t>57</w:t>
            </w:r>
          </w:p>
        </w:tc>
        <w:tc>
          <w:tcPr>
            <w:tcW w:w="1843" w:type="dxa"/>
          </w:tcPr>
          <w:p w14:paraId="0C55B5C7" w14:textId="77777777" w:rsidR="00D94E50" w:rsidRPr="00D35743" w:rsidRDefault="00000000">
            <w:pPr>
              <w:rPr>
                <w:rFonts w:cs="Times New Roman"/>
                <w:color w:val="000000" w:themeColor="text1"/>
                <w:sz w:val="22"/>
              </w:rPr>
            </w:pPr>
            <w:r w:rsidRPr="00D35743">
              <w:rPr>
                <w:rFonts w:cs="Times New Roman"/>
                <w:color w:val="000000" w:themeColor="text1"/>
                <w:sz w:val="22"/>
              </w:rPr>
              <w:t>0.36 (0.27–0.47)</w:t>
            </w:r>
          </w:p>
        </w:tc>
        <w:tc>
          <w:tcPr>
            <w:tcW w:w="893" w:type="dxa"/>
          </w:tcPr>
          <w:p w14:paraId="4F2B426C"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49A00CB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1C1590E5"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026459B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5ED18D20" w14:textId="77777777" w:rsidR="00D94E50" w:rsidRPr="00D35743" w:rsidRDefault="00000000">
            <w:pPr>
              <w:rPr>
                <w:rFonts w:cs="Times New Roman"/>
                <w:color w:val="000000" w:themeColor="text1"/>
                <w:sz w:val="22"/>
              </w:rPr>
            </w:pPr>
            <w:r w:rsidRPr="00D35743">
              <w:rPr>
                <w:rFonts w:cs="Times New Roman"/>
                <w:color w:val="000000" w:themeColor="text1"/>
                <w:sz w:val="22"/>
              </w:rPr>
              <w:t>17</w:t>
            </w:r>
          </w:p>
        </w:tc>
        <w:tc>
          <w:tcPr>
            <w:tcW w:w="1843" w:type="dxa"/>
          </w:tcPr>
          <w:p w14:paraId="281FFCD0"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r>
      <w:tr w:rsidR="00D94E50" w:rsidRPr="00D35743" w14:paraId="251BBEE8" w14:textId="77777777">
        <w:tc>
          <w:tcPr>
            <w:tcW w:w="605" w:type="dxa"/>
          </w:tcPr>
          <w:p w14:paraId="24B91153" w14:textId="77777777" w:rsidR="00D94E50" w:rsidRPr="00D35743" w:rsidRDefault="00000000">
            <w:pPr>
              <w:rPr>
                <w:rFonts w:cs="Times New Roman"/>
                <w:color w:val="000000" w:themeColor="text1"/>
                <w:sz w:val="22"/>
              </w:rPr>
            </w:pPr>
            <w:r w:rsidRPr="00D35743">
              <w:rPr>
                <w:rFonts w:cs="Times New Roman"/>
                <w:color w:val="000000" w:themeColor="text1"/>
                <w:sz w:val="22"/>
              </w:rPr>
              <w:t>2003</w:t>
            </w:r>
          </w:p>
        </w:tc>
        <w:tc>
          <w:tcPr>
            <w:tcW w:w="893" w:type="dxa"/>
          </w:tcPr>
          <w:p w14:paraId="6ADA6A8D" w14:textId="77777777" w:rsidR="00D94E50" w:rsidRPr="00D35743" w:rsidRDefault="00000000">
            <w:pPr>
              <w:rPr>
                <w:rFonts w:cs="Times New Roman"/>
                <w:color w:val="000000" w:themeColor="text1"/>
                <w:sz w:val="22"/>
              </w:rPr>
            </w:pPr>
            <w:r w:rsidRPr="00D35743">
              <w:rPr>
                <w:rFonts w:cs="Times New Roman"/>
                <w:color w:val="000000" w:themeColor="text1"/>
                <w:sz w:val="22"/>
              </w:rPr>
              <w:t>605</w:t>
            </w:r>
          </w:p>
        </w:tc>
        <w:tc>
          <w:tcPr>
            <w:tcW w:w="1843" w:type="dxa"/>
          </w:tcPr>
          <w:p w14:paraId="5836956A" w14:textId="77777777" w:rsidR="00D94E50" w:rsidRPr="00D35743" w:rsidRDefault="00000000">
            <w:pPr>
              <w:rPr>
                <w:rFonts w:cs="Times New Roman"/>
                <w:color w:val="000000" w:themeColor="text1"/>
                <w:sz w:val="22"/>
              </w:rPr>
            </w:pPr>
            <w:r w:rsidRPr="00D35743">
              <w:rPr>
                <w:rFonts w:cs="Times New Roman"/>
                <w:color w:val="000000" w:themeColor="text1"/>
                <w:sz w:val="22"/>
              </w:rPr>
              <w:t>0.40 (0.37–0.43)</w:t>
            </w:r>
          </w:p>
        </w:tc>
        <w:tc>
          <w:tcPr>
            <w:tcW w:w="835" w:type="dxa"/>
          </w:tcPr>
          <w:p w14:paraId="410ED674" w14:textId="77777777" w:rsidR="00D94E50" w:rsidRPr="00D35743" w:rsidRDefault="00000000">
            <w:pPr>
              <w:rPr>
                <w:rFonts w:cs="Times New Roman"/>
                <w:color w:val="000000" w:themeColor="text1"/>
                <w:sz w:val="22"/>
              </w:rPr>
            </w:pPr>
            <w:r w:rsidRPr="00D35743">
              <w:rPr>
                <w:rFonts w:cs="Times New Roman"/>
                <w:color w:val="000000" w:themeColor="text1"/>
                <w:sz w:val="22"/>
              </w:rPr>
              <w:t>41</w:t>
            </w:r>
          </w:p>
        </w:tc>
        <w:tc>
          <w:tcPr>
            <w:tcW w:w="1843" w:type="dxa"/>
          </w:tcPr>
          <w:p w14:paraId="7145FCE6" w14:textId="77777777" w:rsidR="00D94E50" w:rsidRPr="00D35743" w:rsidRDefault="00000000">
            <w:pPr>
              <w:rPr>
                <w:rFonts w:cs="Times New Roman"/>
                <w:color w:val="000000" w:themeColor="text1"/>
                <w:sz w:val="22"/>
              </w:rPr>
            </w:pPr>
            <w:r w:rsidRPr="00D35743">
              <w:rPr>
                <w:rFonts w:cs="Times New Roman"/>
                <w:color w:val="000000" w:themeColor="text1"/>
                <w:sz w:val="22"/>
              </w:rPr>
              <w:t>0.21 (0.15–0.30)</w:t>
            </w:r>
          </w:p>
        </w:tc>
        <w:tc>
          <w:tcPr>
            <w:tcW w:w="893" w:type="dxa"/>
          </w:tcPr>
          <w:p w14:paraId="2503FED0"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255343C3"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065B4D49"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7B09AE5"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4D3337EE" w14:textId="77777777" w:rsidR="00D94E50" w:rsidRPr="00D35743" w:rsidRDefault="00000000">
            <w:pPr>
              <w:rPr>
                <w:rFonts w:cs="Times New Roman"/>
                <w:color w:val="000000" w:themeColor="text1"/>
                <w:sz w:val="22"/>
              </w:rPr>
            </w:pPr>
            <w:r w:rsidRPr="00D35743">
              <w:rPr>
                <w:rFonts w:cs="Times New Roman"/>
                <w:color w:val="000000" w:themeColor="text1"/>
                <w:sz w:val="22"/>
              </w:rPr>
              <w:t>13</w:t>
            </w:r>
          </w:p>
        </w:tc>
        <w:tc>
          <w:tcPr>
            <w:tcW w:w="1843" w:type="dxa"/>
          </w:tcPr>
          <w:p w14:paraId="40F57F26"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r>
      <w:tr w:rsidR="00D94E50" w:rsidRPr="00D35743" w14:paraId="6066B946" w14:textId="77777777">
        <w:tc>
          <w:tcPr>
            <w:tcW w:w="605" w:type="dxa"/>
          </w:tcPr>
          <w:p w14:paraId="3477858D" w14:textId="77777777" w:rsidR="00D94E50" w:rsidRPr="00D35743" w:rsidRDefault="00000000">
            <w:pPr>
              <w:rPr>
                <w:rFonts w:cs="Times New Roman"/>
                <w:color w:val="000000" w:themeColor="text1"/>
                <w:sz w:val="22"/>
              </w:rPr>
            </w:pPr>
            <w:r w:rsidRPr="00D35743">
              <w:rPr>
                <w:rFonts w:cs="Times New Roman"/>
                <w:color w:val="000000" w:themeColor="text1"/>
                <w:sz w:val="22"/>
              </w:rPr>
              <w:t>2004</w:t>
            </w:r>
          </w:p>
        </w:tc>
        <w:tc>
          <w:tcPr>
            <w:tcW w:w="893" w:type="dxa"/>
          </w:tcPr>
          <w:p w14:paraId="684B3FB2" w14:textId="77777777" w:rsidR="00D94E50" w:rsidRPr="00D35743" w:rsidRDefault="00000000">
            <w:pPr>
              <w:rPr>
                <w:rFonts w:cs="Times New Roman"/>
                <w:color w:val="000000" w:themeColor="text1"/>
                <w:sz w:val="22"/>
              </w:rPr>
            </w:pPr>
            <w:r w:rsidRPr="00D35743">
              <w:rPr>
                <w:rFonts w:cs="Times New Roman"/>
                <w:color w:val="000000" w:themeColor="text1"/>
                <w:sz w:val="22"/>
              </w:rPr>
              <w:t>556</w:t>
            </w:r>
          </w:p>
        </w:tc>
        <w:tc>
          <w:tcPr>
            <w:tcW w:w="1843" w:type="dxa"/>
          </w:tcPr>
          <w:p w14:paraId="29D788D3" w14:textId="77777777" w:rsidR="00D94E50" w:rsidRPr="00D35743" w:rsidRDefault="00000000">
            <w:pPr>
              <w:rPr>
                <w:rFonts w:cs="Times New Roman"/>
                <w:color w:val="000000" w:themeColor="text1"/>
                <w:sz w:val="22"/>
              </w:rPr>
            </w:pPr>
            <w:r w:rsidRPr="00D35743">
              <w:rPr>
                <w:rFonts w:cs="Times New Roman"/>
                <w:color w:val="000000" w:themeColor="text1"/>
                <w:sz w:val="22"/>
              </w:rPr>
              <w:t>0.36 (0.32–0.39)</w:t>
            </w:r>
          </w:p>
        </w:tc>
        <w:tc>
          <w:tcPr>
            <w:tcW w:w="835" w:type="dxa"/>
          </w:tcPr>
          <w:p w14:paraId="4CA8D57A" w14:textId="77777777" w:rsidR="00D94E50" w:rsidRPr="00D35743" w:rsidRDefault="00000000">
            <w:pPr>
              <w:rPr>
                <w:rFonts w:cs="Times New Roman"/>
                <w:color w:val="000000" w:themeColor="text1"/>
                <w:sz w:val="22"/>
              </w:rPr>
            </w:pPr>
            <w:r w:rsidRPr="00D35743">
              <w:rPr>
                <w:rFonts w:cs="Times New Roman"/>
                <w:color w:val="000000" w:themeColor="text1"/>
                <w:sz w:val="22"/>
              </w:rPr>
              <w:t>53</w:t>
            </w:r>
          </w:p>
        </w:tc>
        <w:tc>
          <w:tcPr>
            <w:tcW w:w="1843" w:type="dxa"/>
          </w:tcPr>
          <w:p w14:paraId="04128676" w14:textId="77777777" w:rsidR="00D94E50" w:rsidRPr="00D35743" w:rsidRDefault="00000000">
            <w:pPr>
              <w:rPr>
                <w:rFonts w:cs="Times New Roman"/>
                <w:color w:val="000000" w:themeColor="text1"/>
                <w:sz w:val="22"/>
              </w:rPr>
            </w:pPr>
            <w:r w:rsidRPr="00D35743">
              <w:rPr>
                <w:rFonts w:cs="Times New Roman"/>
                <w:color w:val="000000" w:themeColor="text1"/>
                <w:sz w:val="22"/>
              </w:rPr>
              <w:t>0.35 (0.26–0.46)</w:t>
            </w:r>
          </w:p>
        </w:tc>
        <w:tc>
          <w:tcPr>
            <w:tcW w:w="893" w:type="dxa"/>
          </w:tcPr>
          <w:p w14:paraId="55BD07E0" w14:textId="77777777" w:rsidR="00D94E50" w:rsidRPr="00D35743" w:rsidRDefault="00000000">
            <w:pPr>
              <w:rPr>
                <w:rFonts w:cs="Times New Roman"/>
                <w:color w:val="000000" w:themeColor="text1"/>
                <w:sz w:val="22"/>
              </w:rPr>
            </w:pPr>
            <w:r w:rsidRPr="00D35743">
              <w:rPr>
                <w:rFonts w:cs="Times New Roman"/>
                <w:color w:val="000000" w:themeColor="text1"/>
                <w:sz w:val="22"/>
              </w:rPr>
              <w:t>11</w:t>
            </w:r>
          </w:p>
        </w:tc>
        <w:tc>
          <w:tcPr>
            <w:tcW w:w="720" w:type="dxa"/>
          </w:tcPr>
          <w:p w14:paraId="4FE4004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8EA9C5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5B7BE668"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3B42FDEC" w14:textId="77777777" w:rsidR="00D94E50" w:rsidRPr="00D35743" w:rsidRDefault="00000000">
            <w:pPr>
              <w:rPr>
                <w:rFonts w:cs="Times New Roman"/>
                <w:color w:val="000000" w:themeColor="text1"/>
                <w:sz w:val="22"/>
              </w:rPr>
            </w:pPr>
            <w:r w:rsidRPr="00D35743">
              <w:rPr>
                <w:rFonts w:cs="Times New Roman"/>
                <w:color w:val="000000" w:themeColor="text1"/>
                <w:sz w:val="22"/>
              </w:rPr>
              <w:t>19</w:t>
            </w:r>
          </w:p>
        </w:tc>
        <w:tc>
          <w:tcPr>
            <w:tcW w:w="1843" w:type="dxa"/>
          </w:tcPr>
          <w:p w14:paraId="14140DEB"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r>
      <w:tr w:rsidR="00D94E50" w:rsidRPr="00D35743" w14:paraId="41DB3923" w14:textId="77777777">
        <w:tc>
          <w:tcPr>
            <w:tcW w:w="605" w:type="dxa"/>
          </w:tcPr>
          <w:p w14:paraId="5FDEA884" w14:textId="77777777" w:rsidR="00D94E50" w:rsidRPr="00D35743" w:rsidRDefault="00000000">
            <w:pPr>
              <w:rPr>
                <w:rFonts w:cs="Times New Roman"/>
                <w:color w:val="000000" w:themeColor="text1"/>
                <w:sz w:val="22"/>
              </w:rPr>
            </w:pPr>
            <w:r w:rsidRPr="00D35743">
              <w:rPr>
                <w:rFonts w:cs="Times New Roman"/>
                <w:color w:val="000000" w:themeColor="text1"/>
                <w:sz w:val="22"/>
              </w:rPr>
              <w:t>2005</w:t>
            </w:r>
          </w:p>
        </w:tc>
        <w:tc>
          <w:tcPr>
            <w:tcW w:w="893" w:type="dxa"/>
          </w:tcPr>
          <w:p w14:paraId="7BF3B3FB" w14:textId="77777777" w:rsidR="00D94E50" w:rsidRPr="00D35743" w:rsidRDefault="00000000">
            <w:pPr>
              <w:rPr>
                <w:rFonts w:cs="Times New Roman"/>
                <w:color w:val="000000" w:themeColor="text1"/>
                <w:sz w:val="22"/>
              </w:rPr>
            </w:pPr>
            <w:r w:rsidRPr="00D35743">
              <w:rPr>
                <w:rFonts w:cs="Times New Roman"/>
                <w:color w:val="000000" w:themeColor="text1"/>
                <w:sz w:val="22"/>
              </w:rPr>
              <w:t>614</w:t>
            </w:r>
          </w:p>
        </w:tc>
        <w:tc>
          <w:tcPr>
            <w:tcW w:w="1843" w:type="dxa"/>
          </w:tcPr>
          <w:p w14:paraId="4F4C90D4" w14:textId="77777777" w:rsidR="00D94E50" w:rsidRPr="00D35743" w:rsidRDefault="00000000">
            <w:pPr>
              <w:rPr>
                <w:rFonts w:cs="Times New Roman"/>
                <w:color w:val="000000" w:themeColor="text1"/>
                <w:sz w:val="22"/>
              </w:rPr>
            </w:pPr>
            <w:r w:rsidRPr="00D35743">
              <w:rPr>
                <w:rFonts w:cs="Times New Roman"/>
                <w:color w:val="000000" w:themeColor="text1"/>
                <w:sz w:val="22"/>
              </w:rPr>
              <w:t>0.39 (0.36–0.42)</w:t>
            </w:r>
          </w:p>
        </w:tc>
        <w:tc>
          <w:tcPr>
            <w:tcW w:w="835" w:type="dxa"/>
          </w:tcPr>
          <w:p w14:paraId="475CFD64" w14:textId="77777777" w:rsidR="00D94E50" w:rsidRPr="00D35743" w:rsidRDefault="00000000">
            <w:pPr>
              <w:rPr>
                <w:rFonts w:cs="Times New Roman"/>
                <w:color w:val="000000" w:themeColor="text1"/>
                <w:sz w:val="22"/>
              </w:rPr>
            </w:pPr>
            <w:r w:rsidRPr="00D35743">
              <w:rPr>
                <w:rFonts w:cs="Times New Roman"/>
                <w:color w:val="000000" w:themeColor="text1"/>
                <w:sz w:val="22"/>
              </w:rPr>
              <w:t>48</w:t>
            </w:r>
          </w:p>
        </w:tc>
        <w:tc>
          <w:tcPr>
            <w:tcW w:w="1843" w:type="dxa"/>
          </w:tcPr>
          <w:p w14:paraId="5571C024" w14:textId="77777777" w:rsidR="00D94E50" w:rsidRPr="00D35743" w:rsidRDefault="00000000">
            <w:pPr>
              <w:rPr>
                <w:rFonts w:cs="Times New Roman"/>
                <w:color w:val="000000" w:themeColor="text1"/>
                <w:sz w:val="22"/>
              </w:rPr>
            </w:pPr>
            <w:r w:rsidRPr="00D35743">
              <w:rPr>
                <w:rFonts w:cs="Times New Roman"/>
                <w:color w:val="000000" w:themeColor="text1"/>
                <w:sz w:val="22"/>
              </w:rPr>
              <w:t>0.31 (0.23–0.42)</w:t>
            </w:r>
          </w:p>
        </w:tc>
        <w:tc>
          <w:tcPr>
            <w:tcW w:w="893" w:type="dxa"/>
          </w:tcPr>
          <w:p w14:paraId="07E5049E"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77EEC536"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1E10A214"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F269DAC"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077BC979" w14:textId="77777777" w:rsidR="00D94E50" w:rsidRPr="00D35743" w:rsidRDefault="00000000">
            <w:pPr>
              <w:rPr>
                <w:rFonts w:cs="Times New Roman"/>
                <w:color w:val="000000" w:themeColor="text1"/>
                <w:sz w:val="22"/>
              </w:rPr>
            </w:pPr>
            <w:r w:rsidRPr="00D35743">
              <w:rPr>
                <w:rFonts w:cs="Times New Roman"/>
                <w:color w:val="000000" w:themeColor="text1"/>
                <w:sz w:val="22"/>
              </w:rPr>
              <w:t>30</w:t>
            </w:r>
          </w:p>
        </w:tc>
        <w:tc>
          <w:tcPr>
            <w:tcW w:w="1843" w:type="dxa"/>
          </w:tcPr>
          <w:p w14:paraId="32ECCF58" w14:textId="77777777" w:rsidR="00D94E50" w:rsidRPr="00D35743" w:rsidRDefault="00000000">
            <w:pPr>
              <w:rPr>
                <w:rFonts w:cs="Times New Roman"/>
                <w:color w:val="000000" w:themeColor="text1"/>
                <w:sz w:val="22"/>
              </w:rPr>
            </w:pPr>
            <w:r w:rsidRPr="00D35743">
              <w:rPr>
                <w:rFonts w:cs="Times New Roman"/>
                <w:color w:val="000000" w:themeColor="text1"/>
                <w:sz w:val="22"/>
              </w:rPr>
              <w:t>0.23 (0.15–0.34)</w:t>
            </w:r>
          </w:p>
        </w:tc>
      </w:tr>
      <w:tr w:rsidR="00D94E50" w:rsidRPr="00D35743" w14:paraId="19C1467A" w14:textId="77777777">
        <w:tc>
          <w:tcPr>
            <w:tcW w:w="605" w:type="dxa"/>
          </w:tcPr>
          <w:p w14:paraId="122BC936"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893" w:type="dxa"/>
          </w:tcPr>
          <w:p w14:paraId="34D2D9C2" w14:textId="77777777" w:rsidR="00D94E50" w:rsidRPr="00D35743" w:rsidRDefault="00000000">
            <w:pPr>
              <w:rPr>
                <w:rFonts w:cs="Times New Roman"/>
                <w:color w:val="000000" w:themeColor="text1"/>
                <w:sz w:val="22"/>
              </w:rPr>
            </w:pPr>
            <w:r w:rsidRPr="00D35743">
              <w:rPr>
                <w:rFonts w:cs="Times New Roman"/>
                <w:color w:val="000000" w:themeColor="text1"/>
                <w:sz w:val="22"/>
              </w:rPr>
              <w:t>545</w:t>
            </w:r>
          </w:p>
        </w:tc>
        <w:tc>
          <w:tcPr>
            <w:tcW w:w="1843" w:type="dxa"/>
          </w:tcPr>
          <w:p w14:paraId="17F8C9B6" w14:textId="77777777" w:rsidR="00D94E50" w:rsidRPr="00D35743" w:rsidRDefault="00000000">
            <w:pPr>
              <w:rPr>
                <w:rFonts w:cs="Times New Roman"/>
                <w:color w:val="000000" w:themeColor="text1"/>
                <w:sz w:val="22"/>
              </w:rPr>
            </w:pPr>
            <w:r w:rsidRPr="00D35743">
              <w:rPr>
                <w:rFonts w:cs="Times New Roman"/>
                <w:color w:val="000000" w:themeColor="text1"/>
                <w:sz w:val="22"/>
              </w:rPr>
              <w:t>0.33 (0.30–0.35)</w:t>
            </w:r>
          </w:p>
        </w:tc>
        <w:tc>
          <w:tcPr>
            <w:tcW w:w="835" w:type="dxa"/>
          </w:tcPr>
          <w:p w14:paraId="3E5F039D" w14:textId="77777777" w:rsidR="00D94E50" w:rsidRPr="00D35743" w:rsidRDefault="00000000">
            <w:pPr>
              <w:rPr>
                <w:rFonts w:cs="Times New Roman"/>
                <w:color w:val="000000" w:themeColor="text1"/>
                <w:sz w:val="22"/>
              </w:rPr>
            </w:pPr>
            <w:r w:rsidRPr="00D35743">
              <w:rPr>
                <w:rFonts w:cs="Times New Roman"/>
                <w:color w:val="000000" w:themeColor="text1"/>
                <w:sz w:val="22"/>
              </w:rPr>
              <w:t>45</w:t>
            </w:r>
          </w:p>
        </w:tc>
        <w:tc>
          <w:tcPr>
            <w:tcW w:w="1843" w:type="dxa"/>
          </w:tcPr>
          <w:p w14:paraId="5E1A7639" w14:textId="77777777" w:rsidR="00D94E50" w:rsidRPr="00D35743" w:rsidRDefault="00000000">
            <w:pPr>
              <w:rPr>
                <w:rFonts w:cs="Times New Roman"/>
                <w:color w:val="000000" w:themeColor="text1"/>
                <w:sz w:val="22"/>
              </w:rPr>
            </w:pPr>
            <w:r w:rsidRPr="00D35743">
              <w:rPr>
                <w:rFonts w:cs="Times New Roman"/>
                <w:color w:val="000000" w:themeColor="text1"/>
                <w:sz w:val="22"/>
              </w:rPr>
              <w:t>0.25 (0.18–0.34)</w:t>
            </w:r>
          </w:p>
        </w:tc>
        <w:tc>
          <w:tcPr>
            <w:tcW w:w="893" w:type="dxa"/>
          </w:tcPr>
          <w:p w14:paraId="383660E5"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192FF228"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5F69AE83"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458CA74"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0D5BAF71" w14:textId="77777777" w:rsidR="00D94E50" w:rsidRPr="00D35743" w:rsidRDefault="00000000">
            <w:pPr>
              <w:rPr>
                <w:rFonts w:cs="Times New Roman"/>
                <w:color w:val="000000" w:themeColor="text1"/>
                <w:sz w:val="22"/>
              </w:rPr>
            </w:pPr>
            <w:r w:rsidRPr="00D35743">
              <w:rPr>
                <w:rFonts w:cs="Times New Roman"/>
                <w:color w:val="000000" w:themeColor="text1"/>
                <w:sz w:val="22"/>
              </w:rPr>
              <w:t>24</w:t>
            </w:r>
          </w:p>
        </w:tc>
        <w:tc>
          <w:tcPr>
            <w:tcW w:w="1843" w:type="dxa"/>
          </w:tcPr>
          <w:p w14:paraId="116639BA" w14:textId="77777777" w:rsidR="00D94E50" w:rsidRPr="00D35743" w:rsidRDefault="00000000">
            <w:pPr>
              <w:rPr>
                <w:rFonts w:cs="Times New Roman"/>
                <w:color w:val="000000" w:themeColor="text1"/>
                <w:sz w:val="22"/>
              </w:rPr>
            </w:pPr>
            <w:r w:rsidRPr="00D35743">
              <w:rPr>
                <w:rFonts w:cs="Times New Roman"/>
                <w:color w:val="000000" w:themeColor="text1"/>
                <w:sz w:val="22"/>
              </w:rPr>
              <w:t>0.18 (0.11–0.27)</w:t>
            </w:r>
          </w:p>
        </w:tc>
      </w:tr>
      <w:tr w:rsidR="00D94E50" w:rsidRPr="00D35743" w14:paraId="083E8F66" w14:textId="77777777">
        <w:tc>
          <w:tcPr>
            <w:tcW w:w="605" w:type="dxa"/>
          </w:tcPr>
          <w:p w14:paraId="26B968C0"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893" w:type="dxa"/>
          </w:tcPr>
          <w:p w14:paraId="31F44A98" w14:textId="77777777" w:rsidR="00D94E50" w:rsidRPr="00D35743" w:rsidRDefault="00000000">
            <w:pPr>
              <w:rPr>
                <w:rFonts w:cs="Times New Roman"/>
                <w:color w:val="000000" w:themeColor="text1"/>
                <w:sz w:val="22"/>
              </w:rPr>
            </w:pPr>
            <w:r w:rsidRPr="00D35743">
              <w:rPr>
                <w:rFonts w:cs="Times New Roman"/>
                <w:color w:val="000000" w:themeColor="text1"/>
                <w:sz w:val="22"/>
              </w:rPr>
              <w:t>544</w:t>
            </w:r>
          </w:p>
        </w:tc>
        <w:tc>
          <w:tcPr>
            <w:tcW w:w="1843" w:type="dxa"/>
          </w:tcPr>
          <w:p w14:paraId="03DE6F95" w14:textId="77777777" w:rsidR="00D94E50" w:rsidRPr="00D35743" w:rsidRDefault="00000000">
            <w:pPr>
              <w:rPr>
                <w:rFonts w:cs="Times New Roman"/>
                <w:color w:val="000000" w:themeColor="text1"/>
                <w:sz w:val="22"/>
              </w:rPr>
            </w:pPr>
            <w:r w:rsidRPr="00D35743">
              <w:rPr>
                <w:rFonts w:cs="Times New Roman"/>
                <w:color w:val="000000" w:themeColor="text1"/>
                <w:sz w:val="22"/>
              </w:rPr>
              <w:t>0.33 (0.30–0.35)</w:t>
            </w:r>
          </w:p>
        </w:tc>
        <w:tc>
          <w:tcPr>
            <w:tcW w:w="835" w:type="dxa"/>
          </w:tcPr>
          <w:p w14:paraId="076B49C0" w14:textId="77777777" w:rsidR="00D94E50" w:rsidRPr="00D35743" w:rsidRDefault="00000000">
            <w:pPr>
              <w:rPr>
                <w:rFonts w:cs="Times New Roman"/>
                <w:color w:val="000000" w:themeColor="text1"/>
                <w:sz w:val="22"/>
              </w:rPr>
            </w:pPr>
            <w:r w:rsidRPr="00D35743">
              <w:rPr>
                <w:rFonts w:cs="Times New Roman"/>
                <w:color w:val="000000" w:themeColor="text1"/>
                <w:sz w:val="22"/>
              </w:rPr>
              <w:t>50</w:t>
            </w:r>
          </w:p>
        </w:tc>
        <w:tc>
          <w:tcPr>
            <w:tcW w:w="1843" w:type="dxa"/>
          </w:tcPr>
          <w:p w14:paraId="39F8FB14" w14:textId="77777777" w:rsidR="00D94E50" w:rsidRPr="00D35743" w:rsidRDefault="00000000">
            <w:pPr>
              <w:rPr>
                <w:rFonts w:cs="Times New Roman"/>
                <w:color w:val="000000" w:themeColor="text1"/>
                <w:sz w:val="22"/>
              </w:rPr>
            </w:pPr>
            <w:r w:rsidRPr="00D35743">
              <w:rPr>
                <w:rFonts w:cs="Times New Roman"/>
                <w:color w:val="000000" w:themeColor="text1"/>
                <w:sz w:val="22"/>
              </w:rPr>
              <w:t>0.28 (0.20–0.37)</w:t>
            </w:r>
          </w:p>
        </w:tc>
        <w:tc>
          <w:tcPr>
            <w:tcW w:w="893" w:type="dxa"/>
          </w:tcPr>
          <w:p w14:paraId="1FC50E2D" w14:textId="77777777" w:rsidR="00D94E50" w:rsidRPr="00D35743" w:rsidRDefault="00000000">
            <w:pPr>
              <w:rPr>
                <w:rFonts w:cs="Times New Roman"/>
                <w:color w:val="000000" w:themeColor="text1"/>
                <w:sz w:val="22"/>
              </w:rPr>
            </w:pPr>
            <w:r w:rsidRPr="00D35743">
              <w:rPr>
                <w:rFonts w:cs="Times New Roman"/>
                <w:color w:val="000000" w:themeColor="text1"/>
                <w:sz w:val="22"/>
              </w:rPr>
              <w:t>10</w:t>
            </w:r>
          </w:p>
        </w:tc>
        <w:tc>
          <w:tcPr>
            <w:tcW w:w="720" w:type="dxa"/>
          </w:tcPr>
          <w:p w14:paraId="65BD9B0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5F05A38"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60C1DC8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0836EEA2" w14:textId="77777777" w:rsidR="00D94E50" w:rsidRPr="00D35743" w:rsidRDefault="00000000">
            <w:pPr>
              <w:rPr>
                <w:rFonts w:cs="Times New Roman"/>
                <w:color w:val="000000" w:themeColor="text1"/>
                <w:sz w:val="22"/>
              </w:rPr>
            </w:pPr>
            <w:r w:rsidRPr="00D35743">
              <w:rPr>
                <w:rFonts w:cs="Times New Roman"/>
                <w:color w:val="000000" w:themeColor="text1"/>
                <w:sz w:val="22"/>
              </w:rPr>
              <w:t>18</w:t>
            </w:r>
          </w:p>
        </w:tc>
        <w:tc>
          <w:tcPr>
            <w:tcW w:w="1843" w:type="dxa"/>
          </w:tcPr>
          <w:p w14:paraId="3E6D756C"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r>
      <w:tr w:rsidR="00D94E50" w:rsidRPr="00D35743" w14:paraId="5772677C" w14:textId="77777777">
        <w:tc>
          <w:tcPr>
            <w:tcW w:w="605" w:type="dxa"/>
          </w:tcPr>
          <w:p w14:paraId="630FE364"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893" w:type="dxa"/>
          </w:tcPr>
          <w:p w14:paraId="73935B07" w14:textId="77777777" w:rsidR="00D94E50" w:rsidRPr="00D35743" w:rsidRDefault="00000000">
            <w:pPr>
              <w:rPr>
                <w:rFonts w:cs="Times New Roman"/>
                <w:color w:val="000000" w:themeColor="text1"/>
                <w:sz w:val="22"/>
              </w:rPr>
            </w:pPr>
            <w:r w:rsidRPr="00D35743">
              <w:rPr>
                <w:rFonts w:cs="Times New Roman"/>
                <w:color w:val="000000" w:themeColor="text1"/>
                <w:sz w:val="22"/>
              </w:rPr>
              <w:t>543</w:t>
            </w:r>
          </w:p>
        </w:tc>
        <w:tc>
          <w:tcPr>
            <w:tcW w:w="1843" w:type="dxa"/>
          </w:tcPr>
          <w:p w14:paraId="7718045D" w14:textId="77777777" w:rsidR="00D94E50" w:rsidRPr="00D35743" w:rsidRDefault="00000000">
            <w:pPr>
              <w:rPr>
                <w:rFonts w:cs="Times New Roman"/>
                <w:color w:val="000000" w:themeColor="text1"/>
                <w:sz w:val="22"/>
              </w:rPr>
            </w:pPr>
            <w:r w:rsidRPr="00D35743">
              <w:rPr>
                <w:rFonts w:cs="Times New Roman"/>
                <w:color w:val="000000" w:themeColor="text1"/>
                <w:sz w:val="22"/>
              </w:rPr>
              <w:t>0.32 (0.29–0.34)</w:t>
            </w:r>
          </w:p>
        </w:tc>
        <w:tc>
          <w:tcPr>
            <w:tcW w:w="835" w:type="dxa"/>
          </w:tcPr>
          <w:p w14:paraId="6F6C687B" w14:textId="77777777" w:rsidR="00D94E50" w:rsidRPr="00D35743" w:rsidRDefault="00000000">
            <w:pPr>
              <w:rPr>
                <w:rFonts w:cs="Times New Roman"/>
                <w:color w:val="000000" w:themeColor="text1"/>
                <w:sz w:val="22"/>
              </w:rPr>
            </w:pPr>
            <w:r w:rsidRPr="00D35743">
              <w:rPr>
                <w:rFonts w:cs="Times New Roman"/>
                <w:color w:val="000000" w:themeColor="text1"/>
                <w:sz w:val="22"/>
              </w:rPr>
              <w:t>44</w:t>
            </w:r>
          </w:p>
        </w:tc>
        <w:tc>
          <w:tcPr>
            <w:tcW w:w="1843" w:type="dxa"/>
          </w:tcPr>
          <w:p w14:paraId="2CF12AE6" w14:textId="77777777" w:rsidR="00D94E50" w:rsidRPr="00D35743" w:rsidRDefault="00000000">
            <w:pPr>
              <w:rPr>
                <w:rFonts w:cs="Times New Roman"/>
                <w:color w:val="000000" w:themeColor="text1"/>
                <w:sz w:val="22"/>
              </w:rPr>
            </w:pPr>
            <w:r w:rsidRPr="00D35743">
              <w:rPr>
                <w:rFonts w:cs="Times New Roman"/>
                <w:color w:val="000000" w:themeColor="text1"/>
                <w:sz w:val="22"/>
              </w:rPr>
              <w:t>0.26 (0.19–0.35)</w:t>
            </w:r>
          </w:p>
        </w:tc>
        <w:tc>
          <w:tcPr>
            <w:tcW w:w="893" w:type="dxa"/>
          </w:tcPr>
          <w:p w14:paraId="3B0788E8" w14:textId="77777777" w:rsidR="00D94E50" w:rsidRPr="00D35743" w:rsidRDefault="00000000">
            <w:pPr>
              <w:rPr>
                <w:rFonts w:cs="Times New Roman"/>
                <w:color w:val="000000" w:themeColor="text1"/>
                <w:sz w:val="22"/>
              </w:rPr>
            </w:pPr>
            <w:r w:rsidRPr="00D35743">
              <w:rPr>
                <w:rFonts w:cs="Times New Roman"/>
                <w:color w:val="000000" w:themeColor="text1"/>
                <w:sz w:val="22"/>
              </w:rPr>
              <w:t>13</w:t>
            </w:r>
          </w:p>
        </w:tc>
        <w:tc>
          <w:tcPr>
            <w:tcW w:w="720" w:type="dxa"/>
          </w:tcPr>
          <w:p w14:paraId="2B1BED78"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6971EF7B"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52FD282F"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54FB7F7F" w14:textId="77777777" w:rsidR="00D94E50" w:rsidRPr="00D35743" w:rsidRDefault="00000000">
            <w:pPr>
              <w:rPr>
                <w:rFonts w:cs="Times New Roman"/>
                <w:color w:val="000000" w:themeColor="text1"/>
                <w:sz w:val="22"/>
              </w:rPr>
            </w:pPr>
            <w:r w:rsidRPr="00D35743">
              <w:rPr>
                <w:rFonts w:cs="Times New Roman"/>
                <w:color w:val="000000" w:themeColor="text1"/>
                <w:sz w:val="22"/>
              </w:rPr>
              <w:t>21</w:t>
            </w:r>
          </w:p>
        </w:tc>
        <w:tc>
          <w:tcPr>
            <w:tcW w:w="1843" w:type="dxa"/>
          </w:tcPr>
          <w:p w14:paraId="4F56FE9B" w14:textId="77777777" w:rsidR="00D94E50" w:rsidRPr="00D35743" w:rsidRDefault="00000000">
            <w:pPr>
              <w:rPr>
                <w:rFonts w:cs="Times New Roman"/>
                <w:color w:val="000000" w:themeColor="text1"/>
                <w:sz w:val="22"/>
              </w:rPr>
            </w:pPr>
            <w:r w:rsidRPr="00D35743">
              <w:rPr>
                <w:rFonts w:cs="Times New Roman"/>
                <w:color w:val="000000" w:themeColor="text1"/>
                <w:sz w:val="22"/>
              </w:rPr>
              <w:t>0.16 (0.10–0.26)</w:t>
            </w:r>
          </w:p>
        </w:tc>
      </w:tr>
      <w:tr w:rsidR="00D94E50" w:rsidRPr="00D35743" w14:paraId="22A19A84" w14:textId="77777777">
        <w:tc>
          <w:tcPr>
            <w:tcW w:w="605" w:type="dxa"/>
          </w:tcPr>
          <w:p w14:paraId="5AF8DE75" w14:textId="77777777" w:rsidR="00D94E50" w:rsidRPr="00D35743" w:rsidRDefault="00000000">
            <w:pPr>
              <w:rPr>
                <w:rFonts w:cs="Times New Roman"/>
                <w:color w:val="000000" w:themeColor="text1"/>
                <w:sz w:val="22"/>
              </w:rPr>
            </w:pPr>
            <w:r w:rsidRPr="00D35743">
              <w:rPr>
                <w:rFonts w:cs="Times New Roman"/>
                <w:color w:val="000000" w:themeColor="text1"/>
                <w:sz w:val="22"/>
              </w:rPr>
              <w:t>2009</w:t>
            </w:r>
          </w:p>
        </w:tc>
        <w:tc>
          <w:tcPr>
            <w:tcW w:w="893" w:type="dxa"/>
          </w:tcPr>
          <w:p w14:paraId="187B0340" w14:textId="77777777" w:rsidR="00D94E50" w:rsidRPr="00D35743" w:rsidRDefault="00000000">
            <w:pPr>
              <w:rPr>
                <w:rFonts w:cs="Times New Roman"/>
                <w:color w:val="000000" w:themeColor="text1"/>
                <w:sz w:val="22"/>
              </w:rPr>
            </w:pPr>
            <w:r w:rsidRPr="00D35743">
              <w:rPr>
                <w:rFonts w:cs="Times New Roman"/>
                <w:color w:val="000000" w:themeColor="text1"/>
                <w:sz w:val="22"/>
              </w:rPr>
              <w:t>675</w:t>
            </w:r>
          </w:p>
        </w:tc>
        <w:tc>
          <w:tcPr>
            <w:tcW w:w="1843" w:type="dxa"/>
          </w:tcPr>
          <w:p w14:paraId="4238726F" w14:textId="77777777" w:rsidR="00D94E50" w:rsidRPr="00D35743" w:rsidRDefault="00000000">
            <w:pPr>
              <w:rPr>
                <w:rFonts w:cs="Times New Roman"/>
                <w:color w:val="000000" w:themeColor="text1"/>
                <w:sz w:val="22"/>
              </w:rPr>
            </w:pPr>
            <w:r w:rsidRPr="00D35743">
              <w:rPr>
                <w:rFonts w:cs="Times New Roman"/>
                <w:color w:val="000000" w:themeColor="text1"/>
                <w:sz w:val="22"/>
              </w:rPr>
              <w:t>0.39 (0.36–0.43)</w:t>
            </w:r>
          </w:p>
        </w:tc>
        <w:tc>
          <w:tcPr>
            <w:tcW w:w="835" w:type="dxa"/>
          </w:tcPr>
          <w:p w14:paraId="0A8AF168" w14:textId="77777777" w:rsidR="00D94E50" w:rsidRPr="00D35743" w:rsidRDefault="00000000">
            <w:pPr>
              <w:rPr>
                <w:rFonts w:cs="Times New Roman"/>
                <w:color w:val="000000" w:themeColor="text1"/>
                <w:sz w:val="22"/>
              </w:rPr>
            </w:pPr>
            <w:r w:rsidRPr="00D35743">
              <w:rPr>
                <w:rFonts w:cs="Times New Roman"/>
                <w:color w:val="000000" w:themeColor="text1"/>
                <w:sz w:val="22"/>
              </w:rPr>
              <w:t>44</w:t>
            </w:r>
          </w:p>
        </w:tc>
        <w:tc>
          <w:tcPr>
            <w:tcW w:w="1843" w:type="dxa"/>
          </w:tcPr>
          <w:p w14:paraId="0F5BD789" w14:textId="77777777" w:rsidR="00D94E50" w:rsidRPr="00D35743" w:rsidRDefault="00000000">
            <w:pPr>
              <w:rPr>
                <w:rFonts w:cs="Times New Roman"/>
                <w:color w:val="000000" w:themeColor="text1"/>
                <w:sz w:val="22"/>
              </w:rPr>
            </w:pPr>
            <w:r w:rsidRPr="00D35743">
              <w:rPr>
                <w:rFonts w:cs="Times New Roman"/>
                <w:color w:val="000000" w:themeColor="text1"/>
                <w:sz w:val="22"/>
              </w:rPr>
              <w:t>0.24 (0.17–0.32)</w:t>
            </w:r>
          </w:p>
        </w:tc>
        <w:tc>
          <w:tcPr>
            <w:tcW w:w="893" w:type="dxa"/>
          </w:tcPr>
          <w:p w14:paraId="51685173" w14:textId="77777777" w:rsidR="00D94E50" w:rsidRPr="00D35743" w:rsidRDefault="00000000">
            <w:pPr>
              <w:rPr>
                <w:rFonts w:cs="Times New Roman"/>
                <w:color w:val="000000" w:themeColor="text1"/>
                <w:sz w:val="22"/>
              </w:rPr>
            </w:pPr>
            <w:r w:rsidRPr="00D35743">
              <w:rPr>
                <w:rFonts w:cs="Times New Roman"/>
                <w:color w:val="000000" w:themeColor="text1"/>
                <w:sz w:val="22"/>
              </w:rPr>
              <w:t>13</w:t>
            </w:r>
          </w:p>
        </w:tc>
        <w:tc>
          <w:tcPr>
            <w:tcW w:w="720" w:type="dxa"/>
          </w:tcPr>
          <w:p w14:paraId="2A0988D6"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4AD34E56"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277115DB"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38603984" w14:textId="77777777" w:rsidR="00D94E50" w:rsidRPr="00D35743" w:rsidRDefault="00000000">
            <w:pPr>
              <w:rPr>
                <w:rFonts w:cs="Times New Roman"/>
                <w:color w:val="000000" w:themeColor="text1"/>
                <w:sz w:val="22"/>
              </w:rPr>
            </w:pPr>
            <w:r w:rsidRPr="00D35743">
              <w:rPr>
                <w:rFonts w:cs="Times New Roman"/>
                <w:color w:val="000000" w:themeColor="text1"/>
                <w:sz w:val="22"/>
              </w:rPr>
              <w:t>31</w:t>
            </w:r>
          </w:p>
        </w:tc>
        <w:tc>
          <w:tcPr>
            <w:tcW w:w="1843" w:type="dxa"/>
          </w:tcPr>
          <w:p w14:paraId="5E8B5751" w14:textId="77777777" w:rsidR="00D94E50" w:rsidRPr="00D35743" w:rsidRDefault="00000000">
            <w:pPr>
              <w:rPr>
                <w:rFonts w:cs="Times New Roman"/>
                <w:color w:val="000000" w:themeColor="text1"/>
                <w:sz w:val="22"/>
              </w:rPr>
            </w:pPr>
            <w:r w:rsidRPr="00D35743">
              <w:rPr>
                <w:rFonts w:cs="Times New Roman"/>
                <w:color w:val="000000" w:themeColor="text1"/>
                <w:sz w:val="22"/>
              </w:rPr>
              <w:t>0.18 (0.12–0.26)</w:t>
            </w:r>
          </w:p>
        </w:tc>
      </w:tr>
      <w:tr w:rsidR="00D94E50" w:rsidRPr="00D35743" w14:paraId="589D9DA3" w14:textId="77777777">
        <w:tc>
          <w:tcPr>
            <w:tcW w:w="605" w:type="dxa"/>
          </w:tcPr>
          <w:p w14:paraId="2CB1767F"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893" w:type="dxa"/>
          </w:tcPr>
          <w:p w14:paraId="2F1BB6FC" w14:textId="77777777" w:rsidR="00D94E50" w:rsidRPr="00D35743" w:rsidRDefault="00000000">
            <w:pPr>
              <w:rPr>
                <w:rFonts w:cs="Times New Roman"/>
                <w:color w:val="000000" w:themeColor="text1"/>
                <w:sz w:val="22"/>
              </w:rPr>
            </w:pPr>
            <w:r w:rsidRPr="00D35743">
              <w:rPr>
                <w:rFonts w:cs="Times New Roman"/>
                <w:color w:val="000000" w:themeColor="text1"/>
                <w:sz w:val="22"/>
              </w:rPr>
              <w:t>628</w:t>
            </w:r>
          </w:p>
        </w:tc>
        <w:tc>
          <w:tcPr>
            <w:tcW w:w="1843" w:type="dxa"/>
          </w:tcPr>
          <w:p w14:paraId="5547BB03" w14:textId="77777777" w:rsidR="00D94E50" w:rsidRPr="00D35743" w:rsidRDefault="00000000">
            <w:pPr>
              <w:rPr>
                <w:rFonts w:cs="Times New Roman"/>
                <w:color w:val="000000" w:themeColor="text1"/>
                <w:sz w:val="22"/>
              </w:rPr>
            </w:pPr>
            <w:r w:rsidRPr="00D35743">
              <w:rPr>
                <w:rFonts w:cs="Times New Roman"/>
                <w:color w:val="000000" w:themeColor="text1"/>
                <w:sz w:val="22"/>
              </w:rPr>
              <w:t>0.37 (0.34–0.40)</w:t>
            </w:r>
          </w:p>
        </w:tc>
        <w:tc>
          <w:tcPr>
            <w:tcW w:w="835" w:type="dxa"/>
          </w:tcPr>
          <w:p w14:paraId="3BDE3749" w14:textId="77777777" w:rsidR="00D94E50" w:rsidRPr="00D35743" w:rsidRDefault="00000000">
            <w:pPr>
              <w:rPr>
                <w:rFonts w:cs="Times New Roman"/>
                <w:color w:val="000000" w:themeColor="text1"/>
                <w:sz w:val="22"/>
              </w:rPr>
            </w:pPr>
            <w:r w:rsidRPr="00D35743">
              <w:rPr>
                <w:rFonts w:cs="Times New Roman"/>
                <w:color w:val="000000" w:themeColor="text1"/>
                <w:sz w:val="22"/>
              </w:rPr>
              <w:t>51</w:t>
            </w:r>
          </w:p>
        </w:tc>
        <w:tc>
          <w:tcPr>
            <w:tcW w:w="1843" w:type="dxa"/>
          </w:tcPr>
          <w:p w14:paraId="56FBB326" w14:textId="77777777" w:rsidR="00D94E50" w:rsidRPr="00D35743" w:rsidRDefault="00000000">
            <w:pPr>
              <w:rPr>
                <w:rFonts w:cs="Times New Roman"/>
                <w:color w:val="000000" w:themeColor="text1"/>
                <w:sz w:val="22"/>
              </w:rPr>
            </w:pPr>
            <w:r w:rsidRPr="00D35743">
              <w:rPr>
                <w:rFonts w:cs="Times New Roman"/>
                <w:color w:val="000000" w:themeColor="text1"/>
                <w:sz w:val="22"/>
              </w:rPr>
              <w:t>0.27 (0.20–0.36)</w:t>
            </w:r>
          </w:p>
        </w:tc>
        <w:tc>
          <w:tcPr>
            <w:tcW w:w="893" w:type="dxa"/>
          </w:tcPr>
          <w:p w14:paraId="1114AB86" w14:textId="77777777" w:rsidR="00D94E50" w:rsidRPr="00D35743" w:rsidRDefault="00000000">
            <w:pPr>
              <w:rPr>
                <w:rFonts w:cs="Times New Roman"/>
                <w:color w:val="000000" w:themeColor="text1"/>
                <w:sz w:val="22"/>
              </w:rPr>
            </w:pPr>
            <w:r w:rsidRPr="00D35743">
              <w:rPr>
                <w:rFonts w:cs="Times New Roman"/>
                <w:color w:val="000000" w:themeColor="text1"/>
                <w:sz w:val="22"/>
              </w:rPr>
              <w:t>11</w:t>
            </w:r>
          </w:p>
        </w:tc>
        <w:tc>
          <w:tcPr>
            <w:tcW w:w="720" w:type="dxa"/>
          </w:tcPr>
          <w:p w14:paraId="6104EAA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14ABD52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1F1C0425"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10D7B8EA" w14:textId="77777777" w:rsidR="00D94E50" w:rsidRPr="00D35743" w:rsidRDefault="00000000">
            <w:pPr>
              <w:rPr>
                <w:rFonts w:cs="Times New Roman"/>
                <w:color w:val="000000" w:themeColor="text1"/>
                <w:sz w:val="22"/>
              </w:rPr>
            </w:pPr>
            <w:r w:rsidRPr="00D35743">
              <w:rPr>
                <w:rFonts w:cs="Times New Roman"/>
                <w:color w:val="000000" w:themeColor="text1"/>
                <w:sz w:val="22"/>
              </w:rPr>
              <w:t>20</w:t>
            </w:r>
          </w:p>
        </w:tc>
        <w:tc>
          <w:tcPr>
            <w:tcW w:w="1843" w:type="dxa"/>
          </w:tcPr>
          <w:p w14:paraId="3EDDA8B2" w14:textId="77777777" w:rsidR="00D94E50" w:rsidRPr="00D35743" w:rsidRDefault="00000000">
            <w:pPr>
              <w:rPr>
                <w:rFonts w:cs="Times New Roman"/>
                <w:color w:val="000000" w:themeColor="text1"/>
                <w:sz w:val="22"/>
              </w:rPr>
            </w:pPr>
            <w:r w:rsidRPr="00D35743">
              <w:rPr>
                <w:rFonts w:cs="Times New Roman"/>
                <w:color w:val="000000" w:themeColor="text1"/>
                <w:sz w:val="22"/>
              </w:rPr>
              <w:t>0.12 (0.07–0.19)</w:t>
            </w:r>
          </w:p>
        </w:tc>
      </w:tr>
      <w:tr w:rsidR="00D94E50" w:rsidRPr="00D35743" w14:paraId="6C67A21A" w14:textId="77777777">
        <w:tc>
          <w:tcPr>
            <w:tcW w:w="605" w:type="dxa"/>
          </w:tcPr>
          <w:p w14:paraId="31B5626A" w14:textId="77777777" w:rsidR="00D94E50" w:rsidRPr="00D35743" w:rsidRDefault="00000000">
            <w:pPr>
              <w:rPr>
                <w:rFonts w:cs="Times New Roman"/>
                <w:color w:val="000000" w:themeColor="text1"/>
                <w:sz w:val="22"/>
              </w:rPr>
            </w:pPr>
            <w:r w:rsidRPr="00D35743">
              <w:rPr>
                <w:rFonts w:cs="Times New Roman"/>
                <w:color w:val="000000" w:themeColor="text1"/>
                <w:sz w:val="22"/>
              </w:rPr>
              <w:t>2011</w:t>
            </w:r>
          </w:p>
        </w:tc>
        <w:tc>
          <w:tcPr>
            <w:tcW w:w="893" w:type="dxa"/>
          </w:tcPr>
          <w:p w14:paraId="168D3B13" w14:textId="77777777" w:rsidR="00D94E50" w:rsidRPr="00D35743" w:rsidRDefault="00000000">
            <w:pPr>
              <w:rPr>
                <w:rFonts w:cs="Times New Roman"/>
                <w:color w:val="000000" w:themeColor="text1"/>
                <w:sz w:val="22"/>
              </w:rPr>
            </w:pPr>
            <w:r w:rsidRPr="00D35743">
              <w:rPr>
                <w:rFonts w:cs="Times New Roman"/>
                <w:color w:val="000000" w:themeColor="text1"/>
                <w:sz w:val="22"/>
              </w:rPr>
              <w:t>694</w:t>
            </w:r>
          </w:p>
        </w:tc>
        <w:tc>
          <w:tcPr>
            <w:tcW w:w="1843" w:type="dxa"/>
          </w:tcPr>
          <w:p w14:paraId="43201514" w14:textId="77777777" w:rsidR="00D94E50" w:rsidRPr="00D35743" w:rsidRDefault="00000000">
            <w:pPr>
              <w:rPr>
                <w:rFonts w:cs="Times New Roman"/>
                <w:color w:val="000000" w:themeColor="text1"/>
                <w:sz w:val="22"/>
              </w:rPr>
            </w:pPr>
            <w:r w:rsidRPr="00D35743">
              <w:rPr>
                <w:rFonts w:cs="Times New Roman"/>
                <w:color w:val="000000" w:themeColor="text1"/>
                <w:sz w:val="22"/>
              </w:rPr>
              <w:t>0.40 (0.36–0.43)</w:t>
            </w:r>
          </w:p>
        </w:tc>
        <w:tc>
          <w:tcPr>
            <w:tcW w:w="835" w:type="dxa"/>
          </w:tcPr>
          <w:p w14:paraId="40D57D8D" w14:textId="77777777" w:rsidR="00D94E50" w:rsidRPr="00D35743" w:rsidRDefault="00000000">
            <w:pPr>
              <w:rPr>
                <w:rFonts w:cs="Times New Roman"/>
                <w:color w:val="000000" w:themeColor="text1"/>
                <w:sz w:val="22"/>
              </w:rPr>
            </w:pPr>
            <w:r w:rsidRPr="00D35743">
              <w:rPr>
                <w:rFonts w:cs="Times New Roman"/>
                <w:color w:val="000000" w:themeColor="text1"/>
                <w:sz w:val="22"/>
              </w:rPr>
              <w:t>66</w:t>
            </w:r>
          </w:p>
        </w:tc>
        <w:tc>
          <w:tcPr>
            <w:tcW w:w="1843" w:type="dxa"/>
          </w:tcPr>
          <w:p w14:paraId="593E6988" w14:textId="77777777" w:rsidR="00D94E50" w:rsidRPr="00D35743" w:rsidRDefault="00000000">
            <w:pPr>
              <w:rPr>
                <w:rFonts w:cs="Times New Roman"/>
                <w:color w:val="000000" w:themeColor="text1"/>
                <w:sz w:val="22"/>
              </w:rPr>
            </w:pPr>
            <w:r w:rsidRPr="00D35743">
              <w:rPr>
                <w:rFonts w:cs="Times New Roman"/>
                <w:color w:val="000000" w:themeColor="text1"/>
                <w:sz w:val="22"/>
              </w:rPr>
              <w:t>0.31 (0.23–0.40)</w:t>
            </w:r>
          </w:p>
        </w:tc>
        <w:tc>
          <w:tcPr>
            <w:tcW w:w="893" w:type="dxa"/>
          </w:tcPr>
          <w:p w14:paraId="4A63620B"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61B51F74"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C848EB6"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0463D9B3"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05A36BFE" w14:textId="77777777" w:rsidR="00D94E50" w:rsidRPr="00D35743" w:rsidRDefault="00000000">
            <w:pPr>
              <w:rPr>
                <w:rFonts w:cs="Times New Roman"/>
                <w:color w:val="000000" w:themeColor="text1"/>
                <w:sz w:val="22"/>
              </w:rPr>
            </w:pPr>
            <w:r w:rsidRPr="00D35743">
              <w:rPr>
                <w:rFonts w:cs="Times New Roman"/>
                <w:color w:val="000000" w:themeColor="text1"/>
                <w:sz w:val="22"/>
              </w:rPr>
              <w:t>25</w:t>
            </w:r>
          </w:p>
        </w:tc>
        <w:tc>
          <w:tcPr>
            <w:tcW w:w="1843" w:type="dxa"/>
          </w:tcPr>
          <w:p w14:paraId="69729915" w14:textId="77777777" w:rsidR="00D94E50" w:rsidRPr="00D35743" w:rsidRDefault="00000000">
            <w:pPr>
              <w:rPr>
                <w:rFonts w:cs="Times New Roman"/>
                <w:color w:val="000000" w:themeColor="text1"/>
                <w:sz w:val="22"/>
              </w:rPr>
            </w:pPr>
            <w:r w:rsidRPr="00D35743">
              <w:rPr>
                <w:rFonts w:cs="Times New Roman"/>
                <w:color w:val="000000" w:themeColor="text1"/>
                <w:sz w:val="22"/>
              </w:rPr>
              <w:t>0.12 (0.07–0.19)</w:t>
            </w:r>
          </w:p>
        </w:tc>
      </w:tr>
      <w:tr w:rsidR="00D94E50" w:rsidRPr="00D35743" w14:paraId="36EBA048" w14:textId="77777777">
        <w:tc>
          <w:tcPr>
            <w:tcW w:w="605" w:type="dxa"/>
          </w:tcPr>
          <w:p w14:paraId="5EC2B9BA" w14:textId="77777777" w:rsidR="00D94E50" w:rsidRPr="00D35743" w:rsidRDefault="00000000">
            <w:pPr>
              <w:rPr>
                <w:rFonts w:cs="Times New Roman"/>
                <w:color w:val="000000" w:themeColor="text1"/>
                <w:sz w:val="22"/>
              </w:rPr>
            </w:pPr>
            <w:r w:rsidRPr="00D35743">
              <w:rPr>
                <w:rFonts w:cs="Times New Roman"/>
                <w:color w:val="000000" w:themeColor="text1"/>
                <w:sz w:val="22"/>
              </w:rPr>
              <w:t>2012</w:t>
            </w:r>
          </w:p>
        </w:tc>
        <w:tc>
          <w:tcPr>
            <w:tcW w:w="893" w:type="dxa"/>
          </w:tcPr>
          <w:p w14:paraId="6F5BFF31" w14:textId="77777777" w:rsidR="00D94E50" w:rsidRPr="00D35743" w:rsidRDefault="00000000">
            <w:pPr>
              <w:rPr>
                <w:rFonts w:cs="Times New Roman"/>
                <w:color w:val="000000" w:themeColor="text1"/>
                <w:sz w:val="22"/>
              </w:rPr>
            </w:pPr>
            <w:r w:rsidRPr="00D35743">
              <w:rPr>
                <w:rFonts w:cs="Times New Roman"/>
                <w:color w:val="000000" w:themeColor="text1"/>
                <w:sz w:val="22"/>
              </w:rPr>
              <w:t>712</w:t>
            </w:r>
          </w:p>
        </w:tc>
        <w:tc>
          <w:tcPr>
            <w:tcW w:w="1843" w:type="dxa"/>
          </w:tcPr>
          <w:p w14:paraId="3759E6D9" w14:textId="77777777" w:rsidR="00D94E50" w:rsidRPr="00D35743" w:rsidRDefault="00000000">
            <w:pPr>
              <w:rPr>
                <w:rFonts w:cs="Times New Roman"/>
                <w:color w:val="000000" w:themeColor="text1"/>
                <w:sz w:val="22"/>
              </w:rPr>
            </w:pPr>
            <w:r w:rsidRPr="00D35743">
              <w:rPr>
                <w:rFonts w:cs="Times New Roman"/>
                <w:color w:val="000000" w:themeColor="text1"/>
                <w:sz w:val="22"/>
              </w:rPr>
              <w:t>0.38 (0.35–0.41)</w:t>
            </w:r>
          </w:p>
        </w:tc>
        <w:tc>
          <w:tcPr>
            <w:tcW w:w="835" w:type="dxa"/>
          </w:tcPr>
          <w:p w14:paraId="0EF9E9D4" w14:textId="77777777" w:rsidR="00D94E50" w:rsidRPr="00D35743" w:rsidRDefault="00000000">
            <w:pPr>
              <w:rPr>
                <w:rFonts w:cs="Times New Roman"/>
                <w:color w:val="000000" w:themeColor="text1"/>
                <w:sz w:val="22"/>
              </w:rPr>
            </w:pPr>
            <w:r w:rsidRPr="00D35743">
              <w:rPr>
                <w:rFonts w:cs="Times New Roman"/>
                <w:color w:val="000000" w:themeColor="text1"/>
                <w:sz w:val="22"/>
              </w:rPr>
              <w:t>59</w:t>
            </w:r>
          </w:p>
        </w:tc>
        <w:tc>
          <w:tcPr>
            <w:tcW w:w="1843" w:type="dxa"/>
          </w:tcPr>
          <w:p w14:paraId="248C1913" w14:textId="77777777" w:rsidR="00D94E50" w:rsidRPr="00D35743" w:rsidRDefault="00000000">
            <w:pPr>
              <w:rPr>
                <w:rFonts w:cs="Times New Roman"/>
                <w:color w:val="000000" w:themeColor="text1"/>
                <w:sz w:val="22"/>
              </w:rPr>
            </w:pPr>
            <w:r w:rsidRPr="00D35743">
              <w:rPr>
                <w:rFonts w:cs="Times New Roman"/>
                <w:color w:val="000000" w:themeColor="text1"/>
                <w:sz w:val="22"/>
              </w:rPr>
              <w:t>0.29 (0.22–0.38)</w:t>
            </w:r>
          </w:p>
        </w:tc>
        <w:tc>
          <w:tcPr>
            <w:tcW w:w="893" w:type="dxa"/>
          </w:tcPr>
          <w:p w14:paraId="2DAAA414"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0665534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837C318"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0E4471CC"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72CE5F2C" w14:textId="77777777" w:rsidR="00D94E50" w:rsidRPr="00D35743" w:rsidRDefault="00000000">
            <w:pPr>
              <w:rPr>
                <w:rFonts w:cs="Times New Roman"/>
                <w:color w:val="000000" w:themeColor="text1"/>
                <w:sz w:val="22"/>
              </w:rPr>
            </w:pPr>
            <w:r w:rsidRPr="00D35743">
              <w:rPr>
                <w:rFonts w:cs="Times New Roman"/>
                <w:color w:val="000000" w:themeColor="text1"/>
                <w:sz w:val="22"/>
              </w:rPr>
              <w:t>34</w:t>
            </w:r>
          </w:p>
        </w:tc>
        <w:tc>
          <w:tcPr>
            <w:tcW w:w="1843" w:type="dxa"/>
          </w:tcPr>
          <w:p w14:paraId="7226006F" w14:textId="77777777" w:rsidR="00D94E50" w:rsidRPr="00D35743" w:rsidRDefault="00000000">
            <w:pPr>
              <w:rPr>
                <w:rFonts w:cs="Times New Roman"/>
                <w:color w:val="000000" w:themeColor="text1"/>
                <w:sz w:val="22"/>
              </w:rPr>
            </w:pPr>
            <w:r w:rsidRPr="00D35743">
              <w:rPr>
                <w:rFonts w:cs="Times New Roman"/>
                <w:color w:val="000000" w:themeColor="text1"/>
                <w:sz w:val="22"/>
              </w:rPr>
              <w:t>0.18 (0.12–0.26)</w:t>
            </w:r>
          </w:p>
        </w:tc>
      </w:tr>
      <w:tr w:rsidR="00D94E50" w:rsidRPr="00D35743" w14:paraId="4ED746F8" w14:textId="77777777">
        <w:tc>
          <w:tcPr>
            <w:tcW w:w="605" w:type="dxa"/>
          </w:tcPr>
          <w:p w14:paraId="0870AAAC"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893" w:type="dxa"/>
          </w:tcPr>
          <w:p w14:paraId="65504B05" w14:textId="77777777" w:rsidR="00D94E50" w:rsidRPr="00D35743" w:rsidRDefault="00000000">
            <w:pPr>
              <w:rPr>
                <w:rFonts w:cs="Times New Roman"/>
                <w:color w:val="000000" w:themeColor="text1"/>
                <w:sz w:val="22"/>
              </w:rPr>
            </w:pPr>
            <w:r w:rsidRPr="00D35743">
              <w:rPr>
                <w:rFonts w:cs="Times New Roman"/>
                <w:color w:val="000000" w:themeColor="text1"/>
                <w:sz w:val="22"/>
              </w:rPr>
              <w:t>786</w:t>
            </w:r>
          </w:p>
        </w:tc>
        <w:tc>
          <w:tcPr>
            <w:tcW w:w="1843" w:type="dxa"/>
          </w:tcPr>
          <w:p w14:paraId="545AE40B" w14:textId="77777777" w:rsidR="00D94E50" w:rsidRPr="00D35743" w:rsidRDefault="00000000">
            <w:pPr>
              <w:rPr>
                <w:rFonts w:cs="Times New Roman"/>
                <w:color w:val="000000" w:themeColor="text1"/>
                <w:sz w:val="22"/>
              </w:rPr>
            </w:pPr>
            <w:r w:rsidRPr="00D35743">
              <w:rPr>
                <w:rFonts w:cs="Times New Roman"/>
                <w:color w:val="000000" w:themeColor="text1"/>
                <w:sz w:val="22"/>
              </w:rPr>
              <w:t>0.43 (0.40–0.46)</w:t>
            </w:r>
          </w:p>
        </w:tc>
        <w:tc>
          <w:tcPr>
            <w:tcW w:w="835" w:type="dxa"/>
          </w:tcPr>
          <w:p w14:paraId="3DEB630C" w14:textId="77777777" w:rsidR="00D94E50" w:rsidRPr="00D35743" w:rsidRDefault="00000000">
            <w:pPr>
              <w:rPr>
                <w:rFonts w:cs="Times New Roman"/>
                <w:color w:val="000000" w:themeColor="text1"/>
                <w:sz w:val="22"/>
              </w:rPr>
            </w:pPr>
            <w:r w:rsidRPr="00D35743">
              <w:rPr>
                <w:rFonts w:cs="Times New Roman"/>
                <w:color w:val="000000" w:themeColor="text1"/>
                <w:sz w:val="22"/>
              </w:rPr>
              <w:t>53</w:t>
            </w:r>
          </w:p>
        </w:tc>
        <w:tc>
          <w:tcPr>
            <w:tcW w:w="1843" w:type="dxa"/>
          </w:tcPr>
          <w:p w14:paraId="0A43902A" w14:textId="77777777" w:rsidR="00D94E50" w:rsidRPr="00D35743" w:rsidRDefault="00000000">
            <w:pPr>
              <w:rPr>
                <w:rFonts w:cs="Times New Roman"/>
                <w:color w:val="000000" w:themeColor="text1"/>
                <w:sz w:val="22"/>
              </w:rPr>
            </w:pPr>
            <w:r w:rsidRPr="00D35743">
              <w:rPr>
                <w:rFonts w:cs="Times New Roman"/>
                <w:color w:val="000000" w:themeColor="text1"/>
                <w:sz w:val="22"/>
              </w:rPr>
              <w:t>0.24 (0.18–0.32)</w:t>
            </w:r>
          </w:p>
        </w:tc>
        <w:tc>
          <w:tcPr>
            <w:tcW w:w="893" w:type="dxa"/>
          </w:tcPr>
          <w:p w14:paraId="5CFE55B3" w14:textId="77777777" w:rsidR="00D94E50" w:rsidRPr="00D35743" w:rsidRDefault="00000000">
            <w:pPr>
              <w:rPr>
                <w:rFonts w:cs="Times New Roman"/>
                <w:color w:val="000000" w:themeColor="text1"/>
                <w:sz w:val="22"/>
              </w:rPr>
            </w:pPr>
            <w:r w:rsidRPr="00D35743">
              <w:rPr>
                <w:rFonts w:cs="Times New Roman"/>
                <w:color w:val="000000" w:themeColor="text1"/>
                <w:sz w:val="22"/>
              </w:rPr>
              <w:t>15</w:t>
            </w:r>
          </w:p>
        </w:tc>
        <w:tc>
          <w:tcPr>
            <w:tcW w:w="720" w:type="dxa"/>
          </w:tcPr>
          <w:p w14:paraId="242AA7F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1379A25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C54C82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1B8E7780" w14:textId="77777777" w:rsidR="00D94E50" w:rsidRPr="00D35743" w:rsidRDefault="00000000">
            <w:pPr>
              <w:rPr>
                <w:rFonts w:cs="Times New Roman"/>
                <w:color w:val="000000" w:themeColor="text1"/>
                <w:sz w:val="22"/>
              </w:rPr>
            </w:pPr>
            <w:r w:rsidRPr="00D35743">
              <w:rPr>
                <w:rFonts w:cs="Times New Roman"/>
                <w:color w:val="000000" w:themeColor="text1"/>
                <w:sz w:val="22"/>
              </w:rPr>
              <w:t>31</w:t>
            </w:r>
          </w:p>
        </w:tc>
        <w:tc>
          <w:tcPr>
            <w:tcW w:w="1843" w:type="dxa"/>
          </w:tcPr>
          <w:p w14:paraId="438B375A" w14:textId="77777777" w:rsidR="00D94E50" w:rsidRPr="00D35743" w:rsidRDefault="00000000">
            <w:pPr>
              <w:rPr>
                <w:rFonts w:cs="Times New Roman"/>
                <w:color w:val="000000" w:themeColor="text1"/>
                <w:sz w:val="22"/>
              </w:rPr>
            </w:pPr>
            <w:r w:rsidRPr="00D35743">
              <w:rPr>
                <w:rFonts w:cs="Times New Roman"/>
                <w:color w:val="000000" w:themeColor="text1"/>
                <w:sz w:val="22"/>
              </w:rPr>
              <w:t>0.18 (0.12–0.26)</w:t>
            </w:r>
          </w:p>
        </w:tc>
      </w:tr>
      <w:tr w:rsidR="00D94E50" w:rsidRPr="00D35743" w14:paraId="0B831440" w14:textId="77777777">
        <w:tc>
          <w:tcPr>
            <w:tcW w:w="605" w:type="dxa"/>
          </w:tcPr>
          <w:p w14:paraId="33CA78AD"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893" w:type="dxa"/>
          </w:tcPr>
          <w:p w14:paraId="798463DB" w14:textId="77777777" w:rsidR="00D94E50" w:rsidRPr="00D35743" w:rsidRDefault="00000000">
            <w:pPr>
              <w:rPr>
                <w:rFonts w:cs="Times New Roman"/>
                <w:color w:val="000000" w:themeColor="text1"/>
                <w:sz w:val="22"/>
              </w:rPr>
            </w:pPr>
            <w:r w:rsidRPr="00D35743">
              <w:rPr>
                <w:rFonts w:cs="Times New Roman"/>
                <w:color w:val="000000" w:themeColor="text1"/>
                <w:sz w:val="22"/>
              </w:rPr>
              <w:t>763</w:t>
            </w:r>
          </w:p>
        </w:tc>
        <w:tc>
          <w:tcPr>
            <w:tcW w:w="1843" w:type="dxa"/>
          </w:tcPr>
          <w:p w14:paraId="66F7AEAF" w14:textId="77777777" w:rsidR="00D94E50" w:rsidRPr="00D35743" w:rsidRDefault="00000000">
            <w:pPr>
              <w:rPr>
                <w:rFonts w:cs="Times New Roman"/>
                <w:color w:val="000000" w:themeColor="text1"/>
                <w:sz w:val="22"/>
              </w:rPr>
            </w:pPr>
            <w:r w:rsidRPr="00D35743">
              <w:rPr>
                <w:rFonts w:cs="Times New Roman"/>
                <w:color w:val="000000" w:themeColor="text1"/>
                <w:sz w:val="22"/>
              </w:rPr>
              <w:t>0.40 (0.37–0.43)</w:t>
            </w:r>
          </w:p>
        </w:tc>
        <w:tc>
          <w:tcPr>
            <w:tcW w:w="835" w:type="dxa"/>
          </w:tcPr>
          <w:p w14:paraId="46F55F98" w14:textId="77777777" w:rsidR="00D94E50" w:rsidRPr="00D35743" w:rsidRDefault="00000000">
            <w:pPr>
              <w:rPr>
                <w:rFonts w:cs="Times New Roman"/>
                <w:color w:val="000000" w:themeColor="text1"/>
                <w:sz w:val="22"/>
              </w:rPr>
            </w:pPr>
            <w:r w:rsidRPr="00D35743">
              <w:rPr>
                <w:rFonts w:cs="Times New Roman"/>
                <w:color w:val="000000" w:themeColor="text1"/>
                <w:sz w:val="22"/>
              </w:rPr>
              <w:t>72</w:t>
            </w:r>
          </w:p>
        </w:tc>
        <w:tc>
          <w:tcPr>
            <w:tcW w:w="1843" w:type="dxa"/>
          </w:tcPr>
          <w:p w14:paraId="4E6112E6" w14:textId="77777777" w:rsidR="00D94E50" w:rsidRPr="00D35743" w:rsidRDefault="00000000">
            <w:pPr>
              <w:rPr>
                <w:rFonts w:cs="Times New Roman"/>
                <w:color w:val="000000" w:themeColor="text1"/>
                <w:sz w:val="22"/>
              </w:rPr>
            </w:pPr>
            <w:r w:rsidRPr="00D35743">
              <w:rPr>
                <w:rFonts w:cs="Times New Roman"/>
                <w:color w:val="000000" w:themeColor="text1"/>
                <w:sz w:val="22"/>
              </w:rPr>
              <w:t>0.32 (0.25–0.41)</w:t>
            </w:r>
          </w:p>
        </w:tc>
        <w:tc>
          <w:tcPr>
            <w:tcW w:w="893" w:type="dxa"/>
          </w:tcPr>
          <w:p w14:paraId="7D1EE2BC" w14:textId="77777777" w:rsidR="00D94E50" w:rsidRPr="00D35743" w:rsidRDefault="00000000">
            <w:pPr>
              <w:rPr>
                <w:rFonts w:cs="Times New Roman"/>
                <w:color w:val="000000" w:themeColor="text1"/>
                <w:sz w:val="22"/>
              </w:rPr>
            </w:pPr>
            <w:r w:rsidRPr="00D35743">
              <w:rPr>
                <w:rFonts w:cs="Times New Roman"/>
                <w:color w:val="000000" w:themeColor="text1"/>
                <w:sz w:val="22"/>
              </w:rPr>
              <w:t>13</w:t>
            </w:r>
          </w:p>
        </w:tc>
        <w:tc>
          <w:tcPr>
            <w:tcW w:w="720" w:type="dxa"/>
          </w:tcPr>
          <w:p w14:paraId="24ED36B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B57E976"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6A42072" w14:textId="77777777" w:rsidR="00D94E50" w:rsidRPr="00D35743" w:rsidRDefault="00000000">
            <w:pPr>
              <w:rPr>
                <w:rFonts w:cs="Times New Roman"/>
                <w:color w:val="000000" w:themeColor="text1"/>
                <w:sz w:val="22"/>
              </w:rPr>
            </w:pPr>
            <w:r w:rsidRPr="00D35743">
              <w:rPr>
                <w:rFonts w:cs="Times New Roman"/>
                <w:color w:val="000000" w:themeColor="text1"/>
                <w:sz w:val="22"/>
              </w:rPr>
              <w:t>12</w:t>
            </w:r>
          </w:p>
        </w:tc>
        <w:tc>
          <w:tcPr>
            <w:tcW w:w="893" w:type="dxa"/>
          </w:tcPr>
          <w:p w14:paraId="517D8151" w14:textId="77777777" w:rsidR="00D94E50" w:rsidRPr="00D35743" w:rsidRDefault="00000000">
            <w:pPr>
              <w:rPr>
                <w:rFonts w:cs="Times New Roman"/>
                <w:color w:val="000000" w:themeColor="text1"/>
                <w:sz w:val="22"/>
              </w:rPr>
            </w:pPr>
            <w:r w:rsidRPr="00D35743">
              <w:rPr>
                <w:rFonts w:cs="Times New Roman"/>
                <w:color w:val="000000" w:themeColor="text1"/>
                <w:sz w:val="22"/>
              </w:rPr>
              <w:t>41</w:t>
            </w:r>
          </w:p>
        </w:tc>
        <w:tc>
          <w:tcPr>
            <w:tcW w:w="1843" w:type="dxa"/>
          </w:tcPr>
          <w:p w14:paraId="56D6DA57" w14:textId="77777777" w:rsidR="00D94E50" w:rsidRPr="00D35743" w:rsidRDefault="00000000">
            <w:pPr>
              <w:rPr>
                <w:rFonts w:cs="Times New Roman"/>
                <w:color w:val="000000" w:themeColor="text1"/>
                <w:sz w:val="22"/>
              </w:rPr>
            </w:pPr>
            <w:r w:rsidRPr="00D35743">
              <w:rPr>
                <w:rFonts w:cs="Times New Roman"/>
                <w:color w:val="000000" w:themeColor="text1"/>
                <w:sz w:val="22"/>
              </w:rPr>
              <w:t>0.22 (0.16–0.30)</w:t>
            </w:r>
          </w:p>
        </w:tc>
      </w:tr>
      <w:tr w:rsidR="00D94E50" w:rsidRPr="00D35743" w14:paraId="50127A2D" w14:textId="77777777">
        <w:tc>
          <w:tcPr>
            <w:tcW w:w="605" w:type="dxa"/>
          </w:tcPr>
          <w:p w14:paraId="3EAC8A28" w14:textId="77777777" w:rsidR="00D94E50" w:rsidRPr="00D35743" w:rsidRDefault="00000000">
            <w:pPr>
              <w:rPr>
                <w:rFonts w:cs="Times New Roman"/>
                <w:color w:val="000000" w:themeColor="text1"/>
                <w:sz w:val="22"/>
              </w:rPr>
            </w:pPr>
            <w:r w:rsidRPr="00D35743">
              <w:rPr>
                <w:rFonts w:cs="Times New Roman"/>
                <w:color w:val="000000" w:themeColor="text1"/>
                <w:sz w:val="22"/>
              </w:rPr>
              <w:t>2015</w:t>
            </w:r>
          </w:p>
        </w:tc>
        <w:tc>
          <w:tcPr>
            <w:tcW w:w="893" w:type="dxa"/>
          </w:tcPr>
          <w:p w14:paraId="7C3CEF21" w14:textId="77777777" w:rsidR="00D94E50" w:rsidRPr="00D35743" w:rsidRDefault="00000000">
            <w:pPr>
              <w:rPr>
                <w:rFonts w:cs="Times New Roman"/>
                <w:color w:val="000000" w:themeColor="text1"/>
                <w:sz w:val="22"/>
              </w:rPr>
            </w:pPr>
            <w:r w:rsidRPr="00D35743">
              <w:rPr>
                <w:rFonts w:cs="Times New Roman"/>
                <w:color w:val="000000" w:themeColor="text1"/>
                <w:sz w:val="22"/>
              </w:rPr>
              <w:t>796</w:t>
            </w:r>
          </w:p>
        </w:tc>
        <w:tc>
          <w:tcPr>
            <w:tcW w:w="1843" w:type="dxa"/>
          </w:tcPr>
          <w:p w14:paraId="48AEB395" w14:textId="77777777" w:rsidR="00D94E50" w:rsidRPr="00D35743" w:rsidRDefault="00000000">
            <w:pPr>
              <w:rPr>
                <w:rFonts w:cs="Times New Roman"/>
                <w:color w:val="000000" w:themeColor="text1"/>
                <w:sz w:val="22"/>
              </w:rPr>
            </w:pPr>
            <w:r w:rsidRPr="00D35743">
              <w:rPr>
                <w:rFonts w:cs="Times New Roman"/>
                <w:color w:val="000000" w:themeColor="text1"/>
                <w:sz w:val="22"/>
              </w:rPr>
              <w:t>0.41 (0.38–0.43)</w:t>
            </w:r>
          </w:p>
        </w:tc>
        <w:tc>
          <w:tcPr>
            <w:tcW w:w="835" w:type="dxa"/>
          </w:tcPr>
          <w:p w14:paraId="712C38DD" w14:textId="77777777" w:rsidR="00D94E50" w:rsidRPr="00D35743" w:rsidRDefault="00000000">
            <w:pPr>
              <w:rPr>
                <w:rFonts w:cs="Times New Roman"/>
                <w:color w:val="000000" w:themeColor="text1"/>
                <w:sz w:val="22"/>
              </w:rPr>
            </w:pPr>
            <w:r w:rsidRPr="00D35743">
              <w:rPr>
                <w:rFonts w:cs="Times New Roman"/>
                <w:color w:val="000000" w:themeColor="text1"/>
                <w:sz w:val="22"/>
              </w:rPr>
              <w:t>76</w:t>
            </w:r>
          </w:p>
        </w:tc>
        <w:tc>
          <w:tcPr>
            <w:tcW w:w="1843" w:type="dxa"/>
          </w:tcPr>
          <w:p w14:paraId="488E590A" w14:textId="77777777" w:rsidR="00D94E50" w:rsidRPr="00D35743" w:rsidRDefault="00000000">
            <w:pPr>
              <w:rPr>
                <w:rFonts w:cs="Times New Roman"/>
                <w:color w:val="000000" w:themeColor="text1"/>
                <w:sz w:val="22"/>
              </w:rPr>
            </w:pPr>
            <w:r w:rsidRPr="00D35743">
              <w:rPr>
                <w:rFonts w:cs="Times New Roman"/>
                <w:color w:val="000000" w:themeColor="text1"/>
                <w:sz w:val="22"/>
              </w:rPr>
              <w:t>0.35 (0.27–0.44)</w:t>
            </w:r>
          </w:p>
        </w:tc>
        <w:tc>
          <w:tcPr>
            <w:tcW w:w="893" w:type="dxa"/>
          </w:tcPr>
          <w:p w14:paraId="17FABDE9"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09544EFE"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0267145C"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4784B5BC"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493CBC80" w14:textId="77777777" w:rsidR="00D94E50" w:rsidRPr="00D35743" w:rsidRDefault="00000000">
            <w:pPr>
              <w:rPr>
                <w:rFonts w:cs="Times New Roman"/>
                <w:color w:val="000000" w:themeColor="text1"/>
                <w:sz w:val="22"/>
              </w:rPr>
            </w:pPr>
            <w:r w:rsidRPr="00D35743">
              <w:rPr>
                <w:rFonts w:cs="Times New Roman"/>
                <w:color w:val="000000" w:themeColor="text1"/>
                <w:sz w:val="22"/>
              </w:rPr>
              <w:t>37</w:t>
            </w:r>
          </w:p>
        </w:tc>
        <w:tc>
          <w:tcPr>
            <w:tcW w:w="1843" w:type="dxa"/>
          </w:tcPr>
          <w:p w14:paraId="3A1844C1" w14:textId="77777777" w:rsidR="00D94E50" w:rsidRPr="00D35743" w:rsidRDefault="00000000">
            <w:pPr>
              <w:rPr>
                <w:rFonts w:cs="Times New Roman"/>
                <w:color w:val="000000" w:themeColor="text1"/>
                <w:sz w:val="22"/>
              </w:rPr>
            </w:pPr>
            <w:r w:rsidRPr="00D35743">
              <w:rPr>
                <w:rFonts w:cs="Times New Roman"/>
                <w:color w:val="000000" w:themeColor="text1"/>
                <w:sz w:val="22"/>
              </w:rPr>
              <w:t>0.17 (0.12–0.24)</w:t>
            </w:r>
          </w:p>
        </w:tc>
      </w:tr>
      <w:tr w:rsidR="00D94E50" w:rsidRPr="00D35743" w14:paraId="7DF6BC38" w14:textId="77777777">
        <w:tc>
          <w:tcPr>
            <w:tcW w:w="605" w:type="dxa"/>
          </w:tcPr>
          <w:p w14:paraId="6FE5F6EC" w14:textId="77777777" w:rsidR="00D94E50" w:rsidRPr="00D35743" w:rsidRDefault="00000000">
            <w:pPr>
              <w:rPr>
                <w:rFonts w:cs="Times New Roman"/>
                <w:color w:val="000000" w:themeColor="text1"/>
                <w:sz w:val="22"/>
              </w:rPr>
            </w:pPr>
            <w:r w:rsidRPr="00D35743">
              <w:rPr>
                <w:rFonts w:cs="Times New Roman"/>
                <w:color w:val="000000" w:themeColor="text1"/>
                <w:sz w:val="22"/>
              </w:rPr>
              <w:t>2016</w:t>
            </w:r>
          </w:p>
        </w:tc>
        <w:tc>
          <w:tcPr>
            <w:tcW w:w="893" w:type="dxa"/>
          </w:tcPr>
          <w:p w14:paraId="643EAF1F" w14:textId="77777777" w:rsidR="00D94E50" w:rsidRPr="00D35743" w:rsidRDefault="00000000">
            <w:pPr>
              <w:rPr>
                <w:rFonts w:cs="Times New Roman"/>
                <w:color w:val="000000" w:themeColor="text1"/>
                <w:sz w:val="22"/>
              </w:rPr>
            </w:pPr>
            <w:r w:rsidRPr="00D35743">
              <w:rPr>
                <w:rFonts w:cs="Times New Roman"/>
                <w:color w:val="000000" w:themeColor="text1"/>
                <w:sz w:val="22"/>
              </w:rPr>
              <w:t>868</w:t>
            </w:r>
          </w:p>
        </w:tc>
        <w:tc>
          <w:tcPr>
            <w:tcW w:w="1843" w:type="dxa"/>
          </w:tcPr>
          <w:p w14:paraId="53D12DF9" w14:textId="77777777" w:rsidR="00D94E50" w:rsidRPr="00D35743" w:rsidRDefault="00000000">
            <w:pPr>
              <w:rPr>
                <w:rFonts w:cs="Times New Roman"/>
                <w:color w:val="000000" w:themeColor="text1"/>
                <w:sz w:val="22"/>
              </w:rPr>
            </w:pPr>
            <w:r w:rsidRPr="00D35743">
              <w:rPr>
                <w:rFonts w:cs="Times New Roman"/>
                <w:color w:val="000000" w:themeColor="text1"/>
                <w:sz w:val="22"/>
              </w:rPr>
              <w:t>0.46 (0.43–0.50)</w:t>
            </w:r>
          </w:p>
        </w:tc>
        <w:tc>
          <w:tcPr>
            <w:tcW w:w="835" w:type="dxa"/>
          </w:tcPr>
          <w:p w14:paraId="1ADD9103" w14:textId="77777777" w:rsidR="00D94E50" w:rsidRPr="00D35743" w:rsidRDefault="00000000">
            <w:pPr>
              <w:rPr>
                <w:rFonts w:cs="Times New Roman"/>
                <w:color w:val="000000" w:themeColor="text1"/>
                <w:sz w:val="22"/>
              </w:rPr>
            </w:pPr>
            <w:r w:rsidRPr="00D35743">
              <w:rPr>
                <w:rFonts w:cs="Times New Roman"/>
                <w:color w:val="000000" w:themeColor="text1"/>
                <w:sz w:val="22"/>
              </w:rPr>
              <w:t>72</w:t>
            </w:r>
          </w:p>
        </w:tc>
        <w:tc>
          <w:tcPr>
            <w:tcW w:w="1843" w:type="dxa"/>
          </w:tcPr>
          <w:p w14:paraId="4110D49D" w14:textId="77777777" w:rsidR="00D94E50" w:rsidRPr="00D35743" w:rsidRDefault="00000000">
            <w:pPr>
              <w:rPr>
                <w:rFonts w:cs="Times New Roman"/>
                <w:color w:val="000000" w:themeColor="text1"/>
                <w:sz w:val="22"/>
              </w:rPr>
            </w:pPr>
            <w:r w:rsidRPr="00D35743">
              <w:rPr>
                <w:rFonts w:cs="Times New Roman"/>
                <w:color w:val="000000" w:themeColor="text1"/>
                <w:sz w:val="22"/>
              </w:rPr>
              <w:t>0.27 (0.20–0.34)</w:t>
            </w:r>
          </w:p>
        </w:tc>
        <w:tc>
          <w:tcPr>
            <w:tcW w:w="893" w:type="dxa"/>
          </w:tcPr>
          <w:p w14:paraId="3DB9718A" w14:textId="77777777" w:rsidR="00D94E50" w:rsidRPr="00D35743" w:rsidRDefault="00000000">
            <w:pPr>
              <w:rPr>
                <w:rFonts w:cs="Times New Roman"/>
                <w:color w:val="000000" w:themeColor="text1"/>
                <w:sz w:val="22"/>
              </w:rPr>
            </w:pPr>
            <w:r w:rsidRPr="00D35743">
              <w:rPr>
                <w:rFonts w:cs="Times New Roman"/>
                <w:color w:val="000000" w:themeColor="text1"/>
                <w:sz w:val="22"/>
              </w:rPr>
              <w:t>11</w:t>
            </w:r>
          </w:p>
        </w:tc>
        <w:tc>
          <w:tcPr>
            <w:tcW w:w="720" w:type="dxa"/>
          </w:tcPr>
          <w:p w14:paraId="0E45813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1B7A0846"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39C263E"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0873F6F0" w14:textId="77777777" w:rsidR="00D94E50" w:rsidRPr="00D35743" w:rsidRDefault="00000000">
            <w:pPr>
              <w:rPr>
                <w:rFonts w:cs="Times New Roman"/>
                <w:color w:val="000000" w:themeColor="text1"/>
                <w:sz w:val="22"/>
              </w:rPr>
            </w:pPr>
            <w:r w:rsidRPr="00D35743">
              <w:rPr>
                <w:rFonts w:cs="Times New Roman"/>
                <w:color w:val="000000" w:themeColor="text1"/>
                <w:sz w:val="22"/>
              </w:rPr>
              <w:t>39</w:t>
            </w:r>
          </w:p>
        </w:tc>
        <w:tc>
          <w:tcPr>
            <w:tcW w:w="1843" w:type="dxa"/>
          </w:tcPr>
          <w:p w14:paraId="63D50391" w14:textId="77777777" w:rsidR="00D94E50" w:rsidRPr="00D35743" w:rsidRDefault="00000000">
            <w:pPr>
              <w:rPr>
                <w:rFonts w:cs="Times New Roman"/>
                <w:color w:val="000000" w:themeColor="text1"/>
                <w:sz w:val="22"/>
              </w:rPr>
            </w:pPr>
            <w:r w:rsidRPr="00D35743">
              <w:rPr>
                <w:rFonts w:cs="Times New Roman"/>
                <w:color w:val="000000" w:themeColor="text1"/>
                <w:sz w:val="22"/>
              </w:rPr>
              <w:t>0.17 (0.12–0.23)</w:t>
            </w:r>
          </w:p>
        </w:tc>
      </w:tr>
      <w:tr w:rsidR="00D94E50" w:rsidRPr="00D35743" w14:paraId="235C9989" w14:textId="77777777">
        <w:tc>
          <w:tcPr>
            <w:tcW w:w="605" w:type="dxa"/>
          </w:tcPr>
          <w:p w14:paraId="7D9FBBC8" w14:textId="77777777" w:rsidR="00D94E50" w:rsidRPr="00D35743" w:rsidRDefault="00000000">
            <w:pPr>
              <w:rPr>
                <w:rFonts w:cs="Times New Roman"/>
                <w:color w:val="000000" w:themeColor="text1"/>
                <w:sz w:val="22"/>
              </w:rPr>
            </w:pPr>
            <w:r w:rsidRPr="00D35743">
              <w:rPr>
                <w:rFonts w:cs="Times New Roman"/>
                <w:color w:val="000000" w:themeColor="text1"/>
                <w:sz w:val="22"/>
              </w:rPr>
              <w:t>2017</w:t>
            </w:r>
          </w:p>
        </w:tc>
        <w:tc>
          <w:tcPr>
            <w:tcW w:w="893" w:type="dxa"/>
          </w:tcPr>
          <w:p w14:paraId="73F3E934" w14:textId="77777777" w:rsidR="00D94E50" w:rsidRPr="00D35743" w:rsidRDefault="00000000">
            <w:pPr>
              <w:rPr>
                <w:rFonts w:cs="Times New Roman"/>
                <w:color w:val="000000" w:themeColor="text1"/>
                <w:sz w:val="22"/>
              </w:rPr>
            </w:pPr>
            <w:r w:rsidRPr="00D35743">
              <w:rPr>
                <w:rFonts w:cs="Times New Roman"/>
                <w:color w:val="000000" w:themeColor="text1"/>
                <w:sz w:val="22"/>
              </w:rPr>
              <w:t>849</w:t>
            </w:r>
          </w:p>
        </w:tc>
        <w:tc>
          <w:tcPr>
            <w:tcW w:w="1843" w:type="dxa"/>
          </w:tcPr>
          <w:p w14:paraId="6F467257" w14:textId="77777777" w:rsidR="00D94E50" w:rsidRPr="00D35743" w:rsidRDefault="00000000">
            <w:pPr>
              <w:rPr>
                <w:rFonts w:cs="Times New Roman"/>
                <w:color w:val="000000" w:themeColor="text1"/>
                <w:sz w:val="22"/>
              </w:rPr>
            </w:pPr>
            <w:r w:rsidRPr="00D35743">
              <w:rPr>
                <w:rFonts w:cs="Times New Roman"/>
                <w:color w:val="000000" w:themeColor="text1"/>
                <w:sz w:val="22"/>
              </w:rPr>
              <w:t>0.46 (0.43–0.49)</w:t>
            </w:r>
          </w:p>
        </w:tc>
        <w:tc>
          <w:tcPr>
            <w:tcW w:w="835" w:type="dxa"/>
          </w:tcPr>
          <w:p w14:paraId="7C9D5695" w14:textId="77777777" w:rsidR="00D94E50" w:rsidRPr="00D35743" w:rsidRDefault="00000000">
            <w:pPr>
              <w:rPr>
                <w:rFonts w:cs="Times New Roman"/>
                <w:color w:val="000000" w:themeColor="text1"/>
                <w:sz w:val="22"/>
              </w:rPr>
            </w:pPr>
            <w:r w:rsidRPr="00D35743">
              <w:rPr>
                <w:rFonts w:cs="Times New Roman"/>
                <w:color w:val="000000" w:themeColor="text1"/>
                <w:sz w:val="22"/>
              </w:rPr>
              <w:t>88</w:t>
            </w:r>
          </w:p>
        </w:tc>
        <w:tc>
          <w:tcPr>
            <w:tcW w:w="1843" w:type="dxa"/>
          </w:tcPr>
          <w:p w14:paraId="3B0F9062" w14:textId="77777777" w:rsidR="00D94E50" w:rsidRPr="00D35743" w:rsidRDefault="00000000">
            <w:pPr>
              <w:rPr>
                <w:rFonts w:cs="Times New Roman"/>
                <w:color w:val="000000" w:themeColor="text1"/>
                <w:sz w:val="22"/>
              </w:rPr>
            </w:pPr>
            <w:r w:rsidRPr="00D35743">
              <w:rPr>
                <w:rFonts w:cs="Times New Roman"/>
                <w:color w:val="000000" w:themeColor="text1"/>
                <w:sz w:val="22"/>
              </w:rPr>
              <w:t>0.33 (0.26–0.41)</w:t>
            </w:r>
          </w:p>
        </w:tc>
        <w:tc>
          <w:tcPr>
            <w:tcW w:w="893" w:type="dxa"/>
          </w:tcPr>
          <w:p w14:paraId="5F22DBF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575E5153"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5862C3E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600169B3"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3140E580" w14:textId="77777777" w:rsidR="00D94E50" w:rsidRPr="00D35743" w:rsidRDefault="00000000">
            <w:pPr>
              <w:rPr>
                <w:rFonts w:cs="Times New Roman"/>
                <w:color w:val="000000" w:themeColor="text1"/>
                <w:sz w:val="22"/>
              </w:rPr>
            </w:pPr>
            <w:r w:rsidRPr="00D35743">
              <w:rPr>
                <w:rFonts w:cs="Times New Roman"/>
                <w:color w:val="000000" w:themeColor="text1"/>
                <w:sz w:val="22"/>
              </w:rPr>
              <w:t>51</w:t>
            </w:r>
          </w:p>
        </w:tc>
        <w:tc>
          <w:tcPr>
            <w:tcW w:w="1843" w:type="dxa"/>
          </w:tcPr>
          <w:p w14:paraId="21B12170" w14:textId="77777777" w:rsidR="00D94E50" w:rsidRPr="00D35743" w:rsidRDefault="00000000">
            <w:pPr>
              <w:rPr>
                <w:rFonts w:cs="Times New Roman"/>
                <w:color w:val="000000" w:themeColor="text1"/>
                <w:sz w:val="22"/>
              </w:rPr>
            </w:pPr>
            <w:r w:rsidRPr="00D35743">
              <w:rPr>
                <w:rFonts w:cs="Times New Roman"/>
                <w:color w:val="000000" w:themeColor="text1"/>
                <w:sz w:val="22"/>
              </w:rPr>
              <w:t>0.22 (0.16–0.30)</w:t>
            </w:r>
          </w:p>
        </w:tc>
      </w:tr>
      <w:tr w:rsidR="00D94E50" w:rsidRPr="00D35743" w14:paraId="26DB0605" w14:textId="77777777">
        <w:tc>
          <w:tcPr>
            <w:tcW w:w="605" w:type="dxa"/>
          </w:tcPr>
          <w:p w14:paraId="327ADA10"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893" w:type="dxa"/>
          </w:tcPr>
          <w:p w14:paraId="2E0C619E" w14:textId="77777777" w:rsidR="00D94E50" w:rsidRPr="00D35743" w:rsidRDefault="00000000">
            <w:pPr>
              <w:rPr>
                <w:rFonts w:cs="Times New Roman"/>
                <w:color w:val="000000" w:themeColor="text1"/>
                <w:sz w:val="22"/>
              </w:rPr>
            </w:pPr>
            <w:r w:rsidRPr="00D35743">
              <w:rPr>
                <w:rFonts w:cs="Times New Roman"/>
                <w:color w:val="000000" w:themeColor="text1"/>
                <w:sz w:val="22"/>
              </w:rPr>
              <w:t>929</w:t>
            </w:r>
          </w:p>
        </w:tc>
        <w:tc>
          <w:tcPr>
            <w:tcW w:w="1843" w:type="dxa"/>
          </w:tcPr>
          <w:p w14:paraId="2C09C104" w14:textId="77777777" w:rsidR="00D94E50" w:rsidRPr="00D35743" w:rsidRDefault="00000000">
            <w:pPr>
              <w:rPr>
                <w:rFonts w:cs="Times New Roman"/>
                <w:color w:val="000000" w:themeColor="text1"/>
                <w:sz w:val="22"/>
              </w:rPr>
            </w:pPr>
            <w:r w:rsidRPr="00D35743">
              <w:rPr>
                <w:rFonts w:cs="Times New Roman"/>
                <w:color w:val="000000" w:themeColor="text1"/>
                <w:sz w:val="22"/>
              </w:rPr>
              <w:t>0.49 (0.46–0.52)</w:t>
            </w:r>
          </w:p>
        </w:tc>
        <w:tc>
          <w:tcPr>
            <w:tcW w:w="835" w:type="dxa"/>
          </w:tcPr>
          <w:p w14:paraId="0D3E8F65" w14:textId="77777777" w:rsidR="00D94E50" w:rsidRPr="00D35743" w:rsidRDefault="00000000">
            <w:pPr>
              <w:rPr>
                <w:rFonts w:cs="Times New Roman"/>
                <w:color w:val="000000" w:themeColor="text1"/>
                <w:sz w:val="22"/>
              </w:rPr>
            </w:pPr>
            <w:r w:rsidRPr="00D35743">
              <w:rPr>
                <w:rFonts w:cs="Times New Roman"/>
                <w:color w:val="000000" w:themeColor="text1"/>
                <w:sz w:val="22"/>
              </w:rPr>
              <w:t>68</w:t>
            </w:r>
          </w:p>
        </w:tc>
        <w:tc>
          <w:tcPr>
            <w:tcW w:w="1843" w:type="dxa"/>
          </w:tcPr>
          <w:p w14:paraId="340FE079" w14:textId="77777777" w:rsidR="00D94E50" w:rsidRPr="00D35743" w:rsidRDefault="00000000">
            <w:pPr>
              <w:rPr>
                <w:rFonts w:cs="Times New Roman"/>
                <w:color w:val="000000" w:themeColor="text1"/>
                <w:sz w:val="22"/>
              </w:rPr>
            </w:pPr>
            <w:r w:rsidRPr="00D35743">
              <w:rPr>
                <w:rFonts w:cs="Times New Roman"/>
                <w:color w:val="000000" w:themeColor="text1"/>
                <w:sz w:val="22"/>
              </w:rPr>
              <w:t>0.29 (0.22–0.37)</w:t>
            </w:r>
          </w:p>
        </w:tc>
        <w:tc>
          <w:tcPr>
            <w:tcW w:w="893" w:type="dxa"/>
          </w:tcPr>
          <w:p w14:paraId="60234012" w14:textId="77777777" w:rsidR="00D94E50" w:rsidRPr="00D35743" w:rsidRDefault="00000000">
            <w:pPr>
              <w:rPr>
                <w:rFonts w:cs="Times New Roman"/>
                <w:color w:val="000000" w:themeColor="text1"/>
                <w:sz w:val="22"/>
              </w:rPr>
            </w:pPr>
            <w:r w:rsidRPr="00D35743">
              <w:rPr>
                <w:rFonts w:cs="Times New Roman"/>
                <w:color w:val="000000" w:themeColor="text1"/>
                <w:sz w:val="22"/>
              </w:rPr>
              <w:t>12</w:t>
            </w:r>
          </w:p>
        </w:tc>
        <w:tc>
          <w:tcPr>
            <w:tcW w:w="720" w:type="dxa"/>
          </w:tcPr>
          <w:p w14:paraId="435DE2A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03CC308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4B6D7B90"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422A0DB7" w14:textId="77777777" w:rsidR="00D94E50" w:rsidRPr="00D35743" w:rsidRDefault="00000000">
            <w:pPr>
              <w:rPr>
                <w:rFonts w:cs="Times New Roman"/>
                <w:color w:val="000000" w:themeColor="text1"/>
                <w:sz w:val="22"/>
              </w:rPr>
            </w:pPr>
            <w:r w:rsidRPr="00D35743">
              <w:rPr>
                <w:rFonts w:cs="Times New Roman"/>
                <w:color w:val="000000" w:themeColor="text1"/>
                <w:sz w:val="22"/>
              </w:rPr>
              <w:t>52</w:t>
            </w:r>
          </w:p>
        </w:tc>
        <w:tc>
          <w:tcPr>
            <w:tcW w:w="1843" w:type="dxa"/>
          </w:tcPr>
          <w:p w14:paraId="625D0D7B" w14:textId="77777777" w:rsidR="00D94E50" w:rsidRPr="00D35743" w:rsidRDefault="00000000">
            <w:pPr>
              <w:rPr>
                <w:rFonts w:cs="Times New Roman"/>
                <w:color w:val="000000" w:themeColor="text1"/>
                <w:sz w:val="22"/>
              </w:rPr>
            </w:pPr>
            <w:r w:rsidRPr="00D35743">
              <w:rPr>
                <w:rFonts w:cs="Times New Roman"/>
                <w:color w:val="000000" w:themeColor="text1"/>
                <w:sz w:val="22"/>
              </w:rPr>
              <w:t>0.21 (0.15–0.28)</w:t>
            </w:r>
          </w:p>
        </w:tc>
      </w:tr>
      <w:tr w:rsidR="00D94E50" w:rsidRPr="00D35743" w14:paraId="50BE3626" w14:textId="77777777">
        <w:tc>
          <w:tcPr>
            <w:tcW w:w="605" w:type="dxa"/>
          </w:tcPr>
          <w:p w14:paraId="3B82BB98"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893" w:type="dxa"/>
          </w:tcPr>
          <w:p w14:paraId="21637E87" w14:textId="77777777" w:rsidR="00D94E50" w:rsidRPr="00D35743" w:rsidRDefault="00000000">
            <w:pPr>
              <w:rPr>
                <w:rFonts w:cs="Times New Roman"/>
                <w:color w:val="000000" w:themeColor="text1"/>
                <w:sz w:val="22"/>
              </w:rPr>
            </w:pPr>
            <w:r w:rsidRPr="00D35743">
              <w:rPr>
                <w:rFonts w:cs="Times New Roman"/>
                <w:color w:val="000000" w:themeColor="text1"/>
                <w:sz w:val="22"/>
              </w:rPr>
              <w:t>978</w:t>
            </w:r>
          </w:p>
        </w:tc>
        <w:tc>
          <w:tcPr>
            <w:tcW w:w="1843" w:type="dxa"/>
          </w:tcPr>
          <w:p w14:paraId="00F9BF63" w14:textId="77777777" w:rsidR="00D94E50" w:rsidRPr="00D35743" w:rsidRDefault="00000000">
            <w:pPr>
              <w:rPr>
                <w:rFonts w:cs="Times New Roman"/>
                <w:color w:val="000000" w:themeColor="text1"/>
                <w:sz w:val="22"/>
              </w:rPr>
            </w:pPr>
            <w:r w:rsidRPr="00D35743">
              <w:rPr>
                <w:rFonts w:cs="Times New Roman"/>
                <w:color w:val="000000" w:themeColor="text1"/>
                <w:sz w:val="22"/>
              </w:rPr>
              <w:t>0.47 (0.44–0.50)</w:t>
            </w:r>
          </w:p>
        </w:tc>
        <w:tc>
          <w:tcPr>
            <w:tcW w:w="835" w:type="dxa"/>
          </w:tcPr>
          <w:p w14:paraId="082FF13D" w14:textId="77777777" w:rsidR="00D94E50" w:rsidRPr="00D35743" w:rsidRDefault="00000000">
            <w:pPr>
              <w:rPr>
                <w:rFonts w:cs="Times New Roman"/>
                <w:color w:val="000000" w:themeColor="text1"/>
                <w:sz w:val="22"/>
              </w:rPr>
            </w:pPr>
            <w:r w:rsidRPr="00D35743">
              <w:rPr>
                <w:rFonts w:cs="Times New Roman"/>
                <w:color w:val="000000" w:themeColor="text1"/>
                <w:sz w:val="22"/>
              </w:rPr>
              <w:t>97</w:t>
            </w:r>
          </w:p>
        </w:tc>
        <w:tc>
          <w:tcPr>
            <w:tcW w:w="1843" w:type="dxa"/>
          </w:tcPr>
          <w:p w14:paraId="32467473" w14:textId="77777777" w:rsidR="00D94E50" w:rsidRPr="00D35743" w:rsidRDefault="00000000">
            <w:pPr>
              <w:rPr>
                <w:rFonts w:cs="Times New Roman"/>
                <w:color w:val="000000" w:themeColor="text1"/>
                <w:sz w:val="22"/>
              </w:rPr>
            </w:pPr>
            <w:r w:rsidRPr="00D35743">
              <w:rPr>
                <w:rFonts w:cs="Times New Roman"/>
                <w:color w:val="000000" w:themeColor="text1"/>
                <w:sz w:val="22"/>
              </w:rPr>
              <w:t>0.36 (0.29–0.44)</w:t>
            </w:r>
          </w:p>
        </w:tc>
        <w:tc>
          <w:tcPr>
            <w:tcW w:w="893" w:type="dxa"/>
          </w:tcPr>
          <w:p w14:paraId="53EE2319" w14:textId="77777777" w:rsidR="00D94E50" w:rsidRPr="00D35743" w:rsidRDefault="00000000">
            <w:pPr>
              <w:rPr>
                <w:rFonts w:cs="Times New Roman"/>
                <w:color w:val="000000" w:themeColor="text1"/>
                <w:sz w:val="22"/>
              </w:rPr>
            </w:pPr>
            <w:r w:rsidRPr="00D35743">
              <w:rPr>
                <w:rFonts w:cs="Times New Roman"/>
                <w:color w:val="000000" w:themeColor="text1"/>
                <w:sz w:val="22"/>
              </w:rPr>
              <w:t>18</w:t>
            </w:r>
          </w:p>
        </w:tc>
        <w:tc>
          <w:tcPr>
            <w:tcW w:w="720" w:type="dxa"/>
          </w:tcPr>
          <w:p w14:paraId="71C56AEE"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DA423D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5CFF16C3"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41193120" w14:textId="77777777" w:rsidR="00D94E50" w:rsidRPr="00D35743" w:rsidRDefault="00000000">
            <w:pPr>
              <w:rPr>
                <w:rFonts w:cs="Times New Roman"/>
                <w:color w:val="000000" w:themeColor="text1"/>
                <w:sz w:val="22"/>
              </w:rPr>
            </w:pPr>
            <w:r w:rsidRPr="00D35743">
              <w:rPr>
                <w:rFonts w:cs="Times New Roman"/>
                <w:color w:val="000000" w:themeColor="text1"/>
                <w:sz w:val="22"/>
              </w:rPr>
              <w:t>60</w:t>
            </w:r>
          </w:p>
        </w:tc>
        <w:tc>
          <w:tcPr>
            <w:tcW w:w="1843" w:type="dxa"/>
          </w:tcPr>
          <w:p w14:paraId="7E7E5CE2" w14:textId="77777777" w:rsidR="00D94E50" w:rsidRPr="00D35743" w:rsidRDefault="00000000">
            <w:pPr>
              <w:rPr>
                <w:rFonts w:cs="Times New Roman"/>
                <w:color w:val="000000" w:themeColor="text1"/>
                <w:sz w:val="22"/>
              </w:rPr>
            </w:pPr>
            <w:r w:rsidRPr="00D35743">
              <w:rPr>
                <w:rFonts w:cs="Times New Roman"/>
                <w:color w:val="000000" w:themeColor="text1"/>
                <w:sz w:val="22"/>
              </w:rPr>
              <w:t>0.25 (0.18–0.32)</w:t>
            </w:r>
          </w:p>
        </w:tc>
      </w:tr>
      <w:tr w:rsidR="00D94E50" w:rsidRPr="00D35743" w14:paraId="79F2F4C3" w14:textId="77777777">
        <w:tc>
          <w:tcPr>
            <w:tcW w:w="605" w:type="dxa"/>
          </w:tcPr>
          <w:p w14:paraId="2C3026CC"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893" w:type="dxa"/>
          </w:tcPr>
          <w:p w14:paraId="4E4D3587" w14:textId="77777777" w:rsidR="00D94E50" w:rsidRPr="00D35743" w:rsidRDefault="00000000">
            <w:pPr>
              <w:rPr>
                <w:rFonts w:cs="Times New Roman"/>
                <w:color w:val="000000" w:themeColor="text1"/>
                <w:sz w:val="22"/>
              </w:rPr>
            </w:pPr>
            <w:r w:rsidRPr="00D35743">
              <w:rPr>
                <w:rFonts w:cs="Times New Roman"/>
                <w:color w:val="000000" w:themeColor="text1"/>
                <w:sz w:val="22"/>
              </w:rPr>
              <w:t>1,079</w:t>
            </w:r>
          </w:p>
        </w:tc>
        <w:tc>
          <w:tcPr>
            <w:tcW w:w="1843" w:type="dxa"/>
          </w:tcPr>
          <w:p w14:paraId="030B5895" w14:textId="77777777" w:rsidR="00D94E50" w:rsidRPr="00D35743" w:rsidRDefault="00000000">
            <w:pPr>
              <w:rPr>
                <w:rFonts w:cs="Times New Roman"/>
                <w:color w:val="000000" w:themeColor="text1"/>
                <w:sz w:val="22"/>
              </w:rPr>
            </w:pPr>
            <w:r w:rsidRPr="00D35743">
              <w:rPr>
                <w:rFonts w:cs="Times New Roman"/>
                <w:color w:val="000000" w:themeColor="text1"/>
                <w:sz w:val="22"/>
              </w:rPr>
              <w:t>0.53 (0.50–0.57)</w:t>
            </w:r>
          </w:p>
        </w:tc>
        <w:tc>
          <w:tcPr>
            <w:tcW w:w="835" w:type="dxa"/>
          </w:tcPr>
          <w:p w14:paraId="65520C1E" w14:textId="77777777" w:rsidR="00D94E50" w:rsidRPr="00D35743" w:rsidRDefault="00000000">
            <w:pPr>
              <w:rPr>
                <w:rFonts w:cs="Times New Roman"/>
                <w:color w:val="000000" w:themeColor="text1"/>
                <w:sz w:val="22"/>
              </w:rPr>
            </w:pPr>
            <w:r w:rsidRPr="00D35743">
              <w:rPr>
                <w:rFonts w:cs="Times New Roman"/>
                <w:color w:val="000000" w:themeColor="text1"/>
                <w:sz w:val="22"/>
              </w:rPr>
              <w:t>111</w:t>
            </w:r>
          </w:p>
        </w:tc>
        <w:tc>
          <w:tcPr>
            <w:tcW w:w="1843" w:type="dxa"/>
          </w:tcPr>
          <w:p w14:paraId="17A7B963" w14:textId="77777777" w:rsidR="00D94E50" w:rsidRPr="00D35743" w:rsidRDefault="00000000">
            <w:pPr>
              <w:rPr>
                <w:rFonts w:cs="Times New Roman"/>
                <w:color w:val="000000" w:themeColor="text1"/>
                <w:sz w:val="22"/>
              </w:rPr>
            </w:pPr>
            <w:r w:rsidRPr="00D35743">
              <w:rPr>
                <w:rFonts w:cs="Times New Roman"/>
                <w:color w:val="000000" w:themeColor="text1"/>
                <w:sz w:val="22"/>
              </w:rPr>
              <w:t>0.42 (0.34–0.50)</w:t>
            </w:r>
          </w:p>
        </w:tc>
        <w:tc>
          <w:tcPr>
            <w:tcW w:w="893" w:type="dxa"/>
          </w:tcPr>
          <w:p w14:paraId="187FD752" w14:textId="77777777" w:rsidR="00D94E50" w:rsidRPr="00D35743" w:rsidRDefault="00000000">
            <w:pPr>
              <w:rPr>
                <w:rFonts w:cs="Times New Roman"/>
                <w:color w:val="000000" w:themeColor="text1"/>
                <w:sz w:val="22"/>
              </w:rPr>
            </w:pPr>
            <w:r w:rsidRPr="00D35743">
              <w:rPr>
                <w:rFonts w:cs="Times New Roman"/>
                <w:color w:val="000000" w:themeColor="text1"/>
                <w:sz w:val="22"/>
              </w:rPr>
              <w:t>29</w:t>
            </w:r>
          </w:p>
        </w:tc>
        <w:tc>
          <w:tcPr>
            <w:tcW w:w="720" w:type="dxa"/>
          </w:tcPr>
          <w:p w14:paraId="7B741BC8"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305AD44C"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278F3F34" w14:textId="77777777" w:rsidR="00D94E50" w:rsidRPr="00D35743" w:rsidRDefault="00000000">
            <w:pPr>
              <w:rPr>
                <w:rFonts w:cs="Times New Roman"/>
                <w:color w:val="000000" w:themeColor="text1"/>
                <w:sz w:val="22"/>
              </w:rPr>
            </w:pPr>
            <w:r w:rsidRPr="00D35743">
              <w:rPr>
                <w:rFonts w:cs="Times New Roman"/>
                <w:color w:val="000000" w:themeColor="text1"/>
                <w:sz w:val="22"/>
              </w:rPr>
              <w:t>17</w:t>
            </w:r>
          </w:p>
        </w:tc>
        <w:tc>
          <w:tcPr>
            <w:tcW w:w="893" w:type="dxa"/>
          </w:tcPr>
          <w:p w14:paraId="3D786E54" w14:textId="77777777" w:rsidR="00D94E50" w:rsidRPr="00D35743" w:rsidRDefault="00000000">
            <w:pPr>
              <w:rPr>
                <w:rFonts w:cs="Times New Roman"/>
                <w:color w:val="000000" w:themeColor="text1"/>
                <w:sz w:val="22"/>
              </w:rPr>
            </w:pPr>
            <w:r w:rsidRPr="00D35743">
              <w:rPr>
                <w:rFonts w:cs="Times New Roman"/>
                <w:color w:val="000000" w:themeColor="text1"/>
                <w:sz w:val="22"/>
              </w:rPr>
              <w:t>80</w:t>
            </w:r>
          </w:p>
        </w:tc>
        <w:tc>
          <w:tcPr>
            <w:tcW w:w="1843" w:type="dxa"/>
          </w:tcPr>
          <w:p w14:paraId="502D6E72" w14:textId="77777777" w:rsidR="00D94E50" w:rsidRPr="00D35743" w:rsidRDefault="00000000">
            <w:pPr>
              <w:rPr>
                <w:rFonts w:cs="Times New Roman"/>
                <w:color w:val="000000" w:themeColor="text1"/>
                <w:sz w:val="22"/>
              </w:rPr>
            </w:pPr>
            <w:r w:rsidRPr="00D35743">
              <w:rPr>
                <w:rFonts w:cs="Times New Roman"/>
                <w:color w:val="000000" w:themeColor="text1"/>
                <w:sz w:val="22"/>
              </w:rPr>
              <w:t>0.30 (0.23–0.38)</w:t>
            </w:r>
          </w:p>
        </w:tc>
      </w:tr>
      <w:tr w:rsidR="00D94E50" w:rsidRPr="00D35743" w14:paraId="54D6CECD" w14:textId="77777777">
        <w:tc>
          <w:tcPr>
            <w:tcW w:w="605" w:type="dxa"/>
          </w:tcPr>
          <w:p w14:paraId="78A4C583" w14:textId="77777777" w:rsidR="00D94E50" w:rsidRPr="00D35743" w:rsidRDefault="00000000">
            <w:pPr>
              <w:rPr>
                <w:rFonts w:cs="Times New Roman"/>
                <w:color w:val="000000" w:themeColor="text1"/>
                <w:sz w:val="22"/>
              </w:rPr>
            </w:pPr>
            <w:r w:rsidRPr="00D35743">
              <w:rPr>
                <w:rFonts w:cs="Times New Roman"/>
                <w:color w:val="000000" w:themeColor="text1"/>
                <w:sz w:val="22"/>
              </w:rPr>
              <w:t>2021</w:t>
            </w:r>
          </w:p>
        </w:tc>
        <w:tc>
          <w:tcPr>
            <w:tcW w:w="893" w:type="dxa"/>
          </w:tcPr>
          <w:p w14:paraId="643A2959" w14:textId="77777777" w:rsidR="00D94E50" w:rsidRPr="00D35743" w:rsidRDefault="00000000">
            <w:pPr>
              <w:rPr>
                <w:rFonts w:cs="Times New Roman"/>
                <w:color w:val="000000" w:themeColor="text1"/>
                <w:sz w:val="22"/>
              </w:rPr>
            </w:pPr>
            <w:r w:rsidRPr="00D35743">
              <w:rPr>
                <w:rFonts w:cs="Times New Roman"/>
                <w:color w:val="000000" w:themeColor="text1"/>
                <w:sz w:val="22"/>
              </w:rPr>
              <w:t>1,062</w:t>
            </w:r>
          </w:p>
        </w:tc>
        <w:tc>
          <w:tcPr>
            <w:tcW w:w="1843" w:type="dxa"/>
          </w:tcPr>
          <w:p w14:paraId="265137CA" w14:textId="77777777" w:rsidR="00D94E50" w:rsidRPr="00D35743" w:rsidRDefault="00000000">
            <w:pPr>
              <w:rPr>
                <w:rFonts w:cs="Times New Roman"/>
                <w:color w:val="000000" w:themeColor="text1"/>
                <w:sz w:val="22"/>
              </w:rPr>
            </w:pPr>
            <w:r w:rsidRPr="00D35743">
              <w:rPr>
                <w:rFonts w:cs="Times New Roman"/>
                <w:color w:val="000000" w:themeColor="text1"/>
                <w:sz w:val="22"/>
              </w:rPr>
              <w:t>0.56 (0.52–0.59)</w:t>
            </w:r>
          </w:p>
        </w:tc>
        <w:tc>
          <w:tcPr>
            <w:tcW w:w="835" w:type="dxa"/>
          </w:tcPr>
          <w:p w14:paraId="14D60EE9" w14:textId="77777777" w:rsidR="00D94E50" w:rsidRPr="00D35743" w:rsidRDefault="00000000">
            <w:pPr>
              <w:rPr>
                <w:rFonts w:cs="Times New Roman"/>
                <w:color w:val="000000" w:themeColor="text1"/>
                <w:sz w:val="22"/>
              </w:rPr>
            </w:pPr>
            <w:r w:rsidRPr="00D35743">
              <w:rPr>
                <w:rFonts w:cs="Times New Roman"/>
                <w:color w:val="000000" w:themeColor="text1"/>
                <w:sz w:val="22"/>
              </w:rPr>
              <w:t>127</w:t>
            </w:r>
          </w:p>
        </w:tc>
        <w:tc>
          <w:tcPr>
            <w:tcW w:w="1843" w:type="dxa"/>
          </w:tcPr>
          <w:p w14:paraId="7306C1E7" w14:textId="77777777" w:rsidR="00D94E50" w:rsidRPr="00D35743" w:rsidRDefault="00000000">
            <w:pPr>
              <w:rPr>
                <w:rFonts w:cs="Times New Roman"/>
                <w:color w:val="000000" w:themeColor="text1"/>
                <w:sz w:val="22"/>
              </w:rPr>
            </w:pPr>
            <w:r w:rsidRPr="00D35743">
              <w:rPr>
                <w:rFonts w:cs="Times New Roman"/>
                <w:color w:val="000000" w:themeColor="text1"/>
                <w:sz w:val="22"/>
              </w:rPr>
              <w:t>0.45 (0.37–0.54)</w:t>
            </w:r>
          </w:p>
        </w:tc>
        <w:tc>
          <w:tcPr>
            <w:tcW w:w="893" w:type="dxa"/>
          </w:tcPr>
          <w:p w14:paraId="6549C323"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59CFF818" w14:textId="77777777" w:rsidR="00D94E50" w:rsidRPr="00D35743" w:rsidRDefault="00000000">
            <w:pPr>
              <w:rPr>
                <w:rFonts w:cs="Times New Roman"/>
                <w:color w:val="000000" w:themeColor="text1"/>
                <w:sz w:val="22"/>
              </w:rPr>
            </w:pPr>
            <w:r w:rsidRPr="00D35743">
              <w:rPr>
                <w:rFonts w:cs="Times New Roman"/>
                <w:color w:val="000000" w:themeColor="text1"/>
                <w:sz w:val="22"/>
              </w:rPr>
              <w:t>28</w:t>
            </w:r>
          </w:p>
        </w:tc>
        <w:tc>
          <w:tcPr>
            <w:tcW w:w="792" w:type="dxa"/>
          </w:tcPr>
          <w:p w14:paraId="1A6D9D84"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A40A0E6" w14:textId="77777777" w:rsidR="00D94E50" w:rsidRPr="00D35743" w:rsidRDefault="00000000">
            <w:pPr>
              <w:rPr>
                <w:rFonts w:cs="Times New Roman"/>
                <w:color w:val="000000" w:themeColor="text1"/>
                <w:sz w:val="22"/>
              </w:rPr>
            </w:pPr>
            <w:r w:rsidRPr="00D35743">
              <w:rPr>
                <w:rFonts w:cs="Times New Roman"/>
                <w:color w:val="000000" w:themeColor="text1"/>
                <w:sz w:val="22"/>
              </w:rPr>
              <w:t>10</w:t>
            </w:r>
          </w:p>
        </w:tc>
        <w:tc>
          <w:tcPr>
            <w:tcW w:w="893" w:type="dxa"/>
          </w:tcPr>
          <w:p w14:paraId="1C69907E" w14:textId="77777777" w:rsidR="00D94E50" w:rsidRPr="00D35743" w:rsidRDefault="00000000">
            <w:pPr>
              <w:rPr>
                <w:rFonts w:cs="Times New Roman"/>
                <w:color w:val="000000" w:themeColor="text1"/>
                <w:sz w:val="22"/>
              </w:rPr>
            </w:pPr>
            <w:r w:rsidRPr="00D35743">
              <w:rPr>
                <w:rFonts w:cs="Times New Roman"/>
                <w:color w:val="000000" w:themeColor="text1"/>
                <w:sz w:val="22"/>
              </w:rPr>
              <w:t>69</w:t>
            </w:r>
          </w:p>
        </w:tc>
        <w:tc>
          <w:tcPr>
            <w:tcW w:w="1843" w:type="dxa"/>
          </w:tcPr>
          <w:p w14:paraId="18D8EBB2" w14:textId="77777777" w:rsidR="00D94E50" w:rsidRPr="00D35743" w:rsidRDefault="00000000">
            <w:pPr>
              <w:rPr>
                <w:rFonts w:cs="Times New Roman"/>
                <w:color w:val="000000" w:themeColor="text1"/>
                <w:sz w:val="22"/>
              </w:rPr>
            </w:pPr>
            <w:r w:rsidRPr="00D35743">
              <w:rPr>
                <w:rFonts w:cs="Times New Roman"/>
                <w:color w:val="000000" w:themeColor="text1"/>
                <w:sz w:val="22"/>
              </w:rPr>
              <w:t>0.24 (0.18–0.32)</w:t>
            </w:r>
          </w:p>
        </w:tc>
      </w:tr>
      <w:tr w:rsidR="00D94E50" w:rsidRPr="00D35743" w14:paraId="59822E4D" w14:textId="77777777">
        <w:tc>
          <w:tcPr>
            <w:tcW w:w="605" w:type="dxa"/>
          </w:tcPr>
          <w:p w14:paraId="4FC85EB8" w14:textId="77777777" w:rsidR="00D94E50" w:rsidRPr="00D35743" w:rsidRDefault="00000000">
            <w:pPr>
              <w:rPr>
                <w:rFonts w:cs="Times New Roman"/>
                <w:color w:val="000000" w:themeColor="text1"/>
                <w:sz w:val="22"/>
              </w:rPr>
            </w:pPr>
            <w:r w:rsidRPr="00D35743">
              <w:rPr>
                <w:rFonts w:cs="Times New Roman"/>
                <w:color w:val="000000" w:themeColor="text1"/>
                <w:sz w:val="22"/>
              </w:rPr>
              <w:t>2022</w:t>
            </w:r>
          </w:p>
        </w:tc>
        <w:tc>
          <w:tcPr>
            <w:tcW w:w="893" w:type="dxa"/>
          </w:tcPr>
          <w:p w14:paraId="54E6A749" w14:textId="77777777" w:rsidR="00D94E50" w:rsidRPr="00D35743" w:rsidRDefault="00000000">
            <w:pPr>
              <w:rPr>
                <w:rFonts w:cs="Times New Roman"/>
                <w:color w:val="000000" w:themeColor="text1"/>
                <w:sz w:val="22"/>
              </w:rPr>
            </w:pPr>
            <w:r w:rsidRPr="00D35743">
              <w:rPr>
                <w:rFonts w:cs="Times New Roman"/>
                <w:color w:val="000000" w:themeColor="text1"/>
                <w:sz w:val="22"/>
              </w:rPr>
              <w:t>1,226</w:t>
            </w:r>
          </w:p>
        </w:tc>
        <w:tc>
          <w:tcPr>
            <w:tcW w:w="1843" w:type="dxa"/>
          </w:tcPr>
          <w:p w14:paraId="2FAC91AF" w14:textId="77777777" w:rsidR="00D94E50" w:rsidRPr="00D35743" w:rsidRDefault="00000000">
            <w:pPr>
              <w:rPr>
                <w:rFonts w:cs="Times New Roman"/>
                <w:color w:val="000000" w:themeColor="text1"/>
                <w:sz w:val="22"/>
              </w:rPr>
            </w:pPr>
            <w:r w:rsidRPr="00D35743">
              <w:rPr>
                <w:rFonts w:cs="Times New Roman"/>
                <w:color w:val="000000" w:themeColor="text1"/>
                <w:sz w:val="22"/>
              </w:rPr>
              <w:t>0.60 (0.57–0.64)</w:t>
            </w:r>
          </w:p>
        </w:tc>
        <w:tc>
          <w:tcPr>
            <w:tcW w:w="835" w:type="dxa"/>
          </w:tcPr>
          <w:p w14:paraId="0A5DAB36" w14:textId="77777777" w:rsidR="00D94E50" w:rsidRPr="00D35743" w:rsidRDefault="00000000">
            <w:pPr>
              <w:rPr>
                <w:rFonts w:cs="Times New Roman"/>
                <w:color w:val="000000" w:themeColor="text1"/>
                <w:sz w:val="22"/>
              </w:rPr>
            </w:pPr>
            <w:r w:rsidRPr="00D35743">
              <w:rPr>
                <w:rFonts w:cs="Times New Roman"/>
                <w:color w:val="000000" w:themeColor="text1"/>
                <w:sz w:val="22"/>
              </w:rPr>
              <w:t>150</w:t>
            </w:r>
          </w:p>
        </w:tc>
        <w:tc>
          <w:tcPr>
            <w:tcW w:w="1843" w:type="dxa"/>
          </w:tcPr>
          <w:p w14:paraId="467DF8C7" w14:textId="77777777" w:rsidR="00D94E50" w:rsidRPr="00D35743" w:rsidRDefault="00000000">
            <w:pPr>
              <w:rPr>
                <w:rFonts w:cs="Times New Roman"/>
                <w:color w:val="000000" w:themeColor="text1"/>
                <w:sz w:val="22"/>
              </w:rPr>
            </w:pPr>
            <w:r w:rsidRPr="00D35743">
              <w:rPr>
                <w:rFonts w:cs="Times New Roman"/>
                <w:color w:val="000000" w:themeColor="text1"/>
                <w:sz w:val="22"/>
              </w:rPr>
              <w:t>0.57 (0.48–0.66)</w:t>
            </w:r>
          </w:p>
        </w:tc>
        <w:tc>
          <w:tcPr>
            <w:tcW w:w="893" w:type="dxa"/>
          </w:tcPr>
          <w:p w14:paraId="69BDD30A"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3256244A" w14:textId="77777777" w:rsidR="00D94E50" w:rsidRPr="00D35743" w:rsidRDefault="00000000">
            <w:pPr>
              <w:rPr>
                <w:rFonts w:cs="Times New Roman"/>
                <w:color w:val="000000" w:themeColor="text1"/>
                <w:sz w:val="22"/>
              </w:rPr>
            </w:pPr>
            <w:r w:rsidRPr="00D35743">
              <w:rPr>
                <w:rFonts w:cs="Times New Roman"/>
                <w:color w:val="000000" w:themeColor="text1"/>
                <w:sz w:val="22"/>
              </w:rPr>
              <w:t>26</w:t>
            </w:r>
          </w:p>
        </w:tc>
        <w:tc>
          <w:tcPr>
            <w:tcW w:w="792" w:type="dxa"/>
          </w:tcPr>
          <w:p w14:paraId="2DBAF5D0"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7874F89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3A7286E3" w14:textId="77777777" w:rsidR="00D94E50" w:rsidRPr="00D35743" w:rsidRDefault="00000000">
            <w:pPr>
              <w:rPr>
                <w:rFonts w:cs="Times New Roman"/>
                <w:color w:val="000000" w:themeColor="text1"/>
                <w:sz w:val="22"/>
              </w:rPr>
            </w:pPr>
            <w:r w:rsidRPr="00D35743">
              <w:rPr>
                <w:rFonts w:cs="Times New Roman"/>
                <w:color w:val="000000" w:themeColor="text1"/>
                <w:sz w:val="22"/>
              </w:rPr>
              <w:t>89</w:t>
            </w:r>
          </w:p>
        </w:tc>
        <w:tc>
          <w:tcPr>
            <w:tcW w:w="1843" w:type="dxa"/>
          </w:tcPr>
          <w:p w14:paraId="56AD82DD" w14:textId="77777777" w:rsidR="00D94E50" w:rsidRPr="00D35743" w:rsidRDefault="00000000">
            <w:pPr>
              <w:rPr>
                <w:rFonts w:cs="Times New Roman"/>
                <w:color w:val="000000" w:themeColor="text1"/>
                <w:sz w:val="22"/>
              </w:rPr>
            </w:pPr>
            <w:r w:rsidRPr="00D35743">
              <w:rPr>
                <w:rFonts w:cs="Times New Roman"/>
                <w:color w:val="000000" w:themeColor="text1"/>
                <w:sz w:val="22"/>
              </w:rPr>
              <w:t>0.30 (0.24–0.38)</w:t>
            </w:r>
          </w:p>
        </w:tc>
      </w:tr>
      <w:tr w:rsidR="00D94E50" w:rsidRPr="00D35743" w14:paraId="31531F84" w14:textId="77777777">
        <w:tc>
          <w:tcPr>
            <w:tcW w:w="605" w:type="dxa"/>
          </w:tcPr>
          <w:p w14:paraId="72372DE4" w14:textId="77777777" w:rsidR="00D94E50" w:rsidRPr="00D35743" w:rsidRDefault="00000000">
            <w:pPr>
              <w:rPr>
                <w:rFonts w:cs="Times New Roman"/>
                <w:color w:val="000000" w:themeColor="text1"/>
                <w:sz w:val="22"/>
              </w:rPr>
            </w:pPr>
            <w:r w:rsidRPr="00D35743">
              <w:rPr>
                <w:rFonts w:cs="Times New Roman"/>
                <w:color w:val="000000" w:themeColor="text1"/>
                <w:sz w:val="22"/>
              </w:rPr>
              <w:t>2023</w:t>
            </w:r>
          </w:p>
        </w:tc>
        <w:tc>
          <w:tcPr>
            <w:tcW w:w="893" w:type="dxa"/>
          </w:tcPr>
          <w:p w14:paraId="49E86F93" w14:textId="77777777" w:rsidR="00D94E50" w:rsidRPr="00D35743" w:rsidRDefault="00000000">
            <w:pPr>
              <w:rPr>
                <w:rFonts w:cs="Times New Roman"/>
                <w:color w:val="000000" w:themeColor="text1"/>
                <w:sz w:val="22"/>
              </w:rPr>
            </w:pPr>
            <w:r w:rsidRPr="00D35743">
              <w:rPr>
                <w:rFonts w:cs="Times New Roman"/>
                <w:color w:val="000000" w:themeColor="text1"/>
                <w:sz w:val="22"/>
              </w:rPr>
              <w:t>1,207</w:t>
            </w:r>
          </w:p>
        </w:tc>
        <w:tc>
          <w:tcPr>
            <w:tcW w:w="1843" w:type="dxa"/>
          </w:tcPr>
          <w:p w14:paraId="750D3BE2" w14:textId="77777777" w:rsidR="00D94E50" w:rsidRPr="00D35743" w:rsidRDefault="00000000">
            <w:pPr>
              <w:rPr>
                <w:rFonts w:cs="Times New Roman"/>
                <w:color w:val="000000" w:themeColor="text1"/>
                <w:sz w:val="22"/>
              </w:rPr>
            </w:pPr>
            <w:r w:rsidRPr="00D35743">
              <w:rPr>
                <w:rFonts w:cs="Times New Roman"/>
                <w:color w:val="000000" w:themeColor="text1"/>
                <w:sz w:val="22"/>
              </w:rPr>
              <w:t>0.58 (0.55–0.62)</w:t>
            </w:r>
          </w:p>
        </w:tc>
        <w:tc>
          <w:tcPr>
            <w:tcW w:w="835" w:type="dxa"/>
          </w:tcPr>
          <w:p w14:paraId="17BF3302" w14:textId="77777777" w:rsidR="00D94E50" w:rsidRPr="00D35743" w:rsidRDefault="00000000">
            <w:pPr>
              <w:rPr>
                <w:rFonts w:cs="Times New Roman"/>
                <w:color w:val="000000" w:themeColor="text1"/>
                <w:sz w:val="22"/>
              </w:rPr>
            </w:pPr>
            <w:r w:rsidRPr="00D35743">
              <w:rPr>
                <w:rFonts w:cs="Times New Roman"/>
                <w:color w:val="000000" w:themeColor="text1"/>
                <w:sz w:val="22"/>
              </w:rPr>
              <w:t>137</w:t>
            </w:r>
          </w:p>
        </w:tc>
        <w:tc>
          <w:tcPr>
            <w:tcW w:w="1843" w:type="dxa"/>
          </w:tcPr>
          <w:p w14:paraId="1D148867" w14:textId="77777777" w:rsidR="00D94E50" w:rsidRPr="00D35743" w:rsidRDefault="00000000">
            <w:pPr>
              <w:rPr>
                <w:rFonts w:cs="Times New Roman"/>
                <w:color w:val="000000" w:themeColor="text1"/>
                <w:sz w:val="22"/>
              </w:rPr>
            </w:pPr>
            <w:r w:rsidRPr="00D35743">
              <w:rPr>
                <w:rFonts w:cs="Times New Roman"/>
                <w:color w:val="000000" w:themeColor="text1"/>
                <w:sz w:val="22"/>
              </w:rPr>
              <w:t>0.53 (0.45–0.63)</w:t>
            </w:r>
          </w:p>
        </w:tc>
        <w:tc>
          <w:tcPr>
            <w:tcW w:w="893" w:type="dxa"/>
          </w:tcPr>
          <w:p w14:paraId="37C1A57E"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1AF6B6F5" w14:textId="77777777" w:rsidR="00D94E50" w:rsidRPr="00D35743" w:rsidRDefault="00000000">
            <w:pPr>
              <w:rPr>
                <w:rFonts w:cs="Times New Roman"/>
                <w:color w:val="000000" w:themeColor="text1"/>
                <w:sz w:val="22"/>
              </w:rPr>
            </w:pPr>
            <w:r w:rsidRPr="00D35743">
              <w:rPr>
                <w:rFonts w:cs="Times New Roman"/>
                <w:color w:val="000000" w:themeColor="text1"/>
                <w:sz w:val="22"/>
              </w:rPr>
              <w:t>22</w:t>
            </w:r>
          </w:p>
        </w:tc>
        <w:tc>
          <w:tcPr>
            <w:tcW w:w="792" w:type="dxa"/>
          </w:tcPr>
          <w:p w14:paraId="05D582D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6B0A120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893" w:type="dxa"/>
          </w:tcPr>
          <w:p w14:paraId="7C637EA5" w14:textId="77777777" w:rsidR="00D94E50" w:rsidRPr="00D35743" w:rsidRDefault="00000000">
            <w:pPr>
              <w:rPr>
                <w:rFonts w:cs="Times New Roman"/>
                <w:color w:val="000000" w:themeColor="text1"/>
                <w:sz w:val="22"/>
              </w:rPr>
            </w:pPr>
            <w:r w:rsidRPr="00D35743">
              <w:rPr>
                <w:rFonts w:cs="Times New Roman"/>
                <w:color w:val="000000" w:themeColor="text1"/>
                <w:sz w:val="22"/>
              </w:rPr>
              <w:t>81</w:t>
            </w:r>
          </w:p>
        </w:tc>
        <w:tc>
          <w:tcPr>
            <w:tcW w:w="1843" w:type="dxa"/>
          </w:tcPr>
          <w:p w14:paraId="0FFE7ECC" w14:textId="77777777" w:rsidR="00D94E50" w:rsidRPr="00D35743" w:rsidRDefault="00000000">
            <w:pPr>
              <w:rPr>
                <w:rFonts w:cs="Times New Roman"/>
                <w:color w:val="000000" w:themeColor="text1"/>
                <w:sz w:val="22"/>
              </w:rPr>
            </w:pPr>
            <w:r w:rsidRPr="00D35743">
              <w:rPr>
                <w:rFonts w:cs="Times New Roman"/>
                <w:color w:val="000000" w:themeColor="text1"/>
                <w:sz w:val="22"/>
              </w:rPr>
              <w:t>0.31 (0.24–0.38)</w:t>
            </w:r>
          </w:p>
        </w:tc>
      </w:tr>
      <w:tr w:rsidR="00D94E50" w:rsidRPr="00D35743" w14:paraId="656E3B60" w14:textId="77777777">
        <w:tc>
          <w:tcPr>
            <w:tcW w:w="605" w:type="dxa"/>
          </w:tcPr>
          <w:p w14:paraId="5CECE8C3" w14:textId="77777777" w:rsidR="00D94E50" w:rsidRPr="00D35743" w:rsidRDefault="00000000">
            <w:pPr>
              <w:rPr>
                <w:rFonts w:cs="Times New Roman"/>
                <w:color w:val="000000" w:themeColor="text1"/>
                <w:sz w:val="22"/>
              </w:rPr>
            </w:pPr>
            <w:r w:rsidRPr="00D35743">
              <w:rPr>
                <w:rFonts w:cs="Times New Roman"/>
                <w:color w:val="000000" w:themeColor="text1"/>
                <w:sz w:val="22"/>
              </w:rPr>
              <w:t>2024</w:t>
            </w:r>
          </w:p>
        </w:tc>
        <w:tc>
          <w:tcPr>
            <w:tcW w:w="893" w:type="dxa"/>
          </w:tcPr>
          <w:p w14:paraId="07AA6A91" w14:textId="77777777" w:rsidR="00D94E50" w:rsidRPr="00D35743" w:rsidRDefault="00000000">
            <w:pPr>
              <w:rPr>
                <w:rFonts w:cs="Times New Roman"/>
                <w:color w:val="000000" w:themeColor="text1"/>
                <w:sz w:val="22"/>
              </w:rPr>
            </w:pPr>
            <w:r w:rsidRPr="00D35743">
              <w:rPr>
                <w:rFonts w:cs="Times New Roman"/>
                <w:color w:val="000000" w:themeColor="text1"/>
                <w:sz w:val="22"/>
              </w:rPr>
              <w:t>1,214</w:t>
            </w:r>
          </w:p>
        </w:tc>
        <w:tc>
          <w:tcPr>
            <w:tcW w:w="1843" w:type="dxa"/>
          </w:tcPr>
          <w:p w14:paraId="2FC6FB78" w14:textId="77777777" w:rsidR="00D94E50" w:rsidRPr="00D35743" w:rsidRDefault="00000000">
            <w:pPr>
              <w:rPr>
                <w:rFonts w:cs="Times New Roman"/>
                <w:color w:val="000000" w:themeColor="text1"/>
                <w:sz w:val="22"/>
              </w:rPr>
            </w:pPr>
            <w:r w:rsidRPr="00D35743">
              <w:rPr>
                <w:rFonts w:cs="Times New Roman"/>
                <w:color w:val="000000" w:themeColor="text1"/>
                <w:sz w:val="22"/>
              </w:rPr>
              <w:t>0.60 (0.56–0.63)</w:t>
            </w:r>
          </w:p>
        </w:tc>
        <w:tc>
          <w:tcPr>
            <w:tcW w:w="835" w:type="dxa"/>
          </w:tcPr>
          <w:p w14:paraId="7FA9E64F" w14:textId="77777777" w:rsidR="00D94E50" w:rsidRPr="00D35743" w:rsidRDefault="00000000">
            <w:pPr>
              <w:rPr>
                <w:rFonts w:cs="Times New Roman"/>
                <w:color w:val="000000" w:themeColor="text1"/>
                <w:sz w:val="22"/>
              </w:rPr>
            </w:pPr>
            <w:r w:rsidRPr="00D35743">
              <w:rPr>
                <w:rFonts w:cs="Times New Roman"/>
                <w:color w:val="000000" w:themeColor="text1"/>
                <w:sz w:val="22"/>
              </w:rPr>
              <w:t>150</w:t>
            </w:r>
          </w:p>
        </w:tc>
        <w:tc>
          <w:tcPr>
            <w:tcW w:w="1843" w:type="dxa"/>
          </w:tcPr>
          <w:p w14:paraId="33F55BFC" w14:textId="77777777" w:rsidR="00D94E50" w:rsidRPr="00D35743" w:rsidRDefault="00000000">
            <w:pPr>
              <w:rPr>
                <w:rFonts w:cs="Times New Roman"/>
                <w:color w:val="000000" w:themeColor="text1"/>
                <w:sz w:val="22"/>
              </w:rPr>
            </w:pPr>
            <w:r w:rsidRPr="00D35743">
              <w:rPr>
                <w:rFonts w:cs="Times New Roman"/>
                <w:color w:val="000000" w:themeColor="text1"/>
                <w:sz w:val="22"/>
              </w:rPr>
              <w:t>0.52 (0.44–0.61)</w:t>
            </w:r>
          </w:p>
        </w:tc>
        <w:tc>
          <w:tcPr>
            <w:tcW w:w="893" w:type="dxa"/>
          </w:tcPr>
          <w:p w14:paraId="66D6B2FA"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20" w:type="dxa"/>
          </w:tcPr>
          <w:p w14:paraId="559D1841" w14:textId="77777777" w:rsidR="00D94E50" w:rsidRPr="00D35743" w:rsidRDefault="00000000">
            <w:pPr>
              <w:rPr>
                <w:rFonts w:cs="Times New Roman"/>
                <w:color w:val="000000" w:themeColor="text1"/>
                <w:sz w:val="22"/>
              </w:rPr>
            </w:pPr>
            <w:r w:rsidRPr="00D35743">
              <w:rPr>
                <w:rFonts w:cs="Times New Roman"/>
                <w:color w:val="000000" w:themeColor="text1"/>
                <w:sz w:val="22"/>
              </w:rPr>
              <w:t>27</w:t>
            </w:r>
          </w:p>
        </w:tc>
        <w:tc>
          <w:tcPr>
            <w:tcW w:w="792" w:type="dxa"/>
          </w:tcPr>
          <w:p w14:paraId="06B863FD"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792" w:type="dxa"/>
          </w:tcPr>
          <w:p w14:paraId="6AE08360" w14:textId="77777777" w:rsidR="00D94E50" w:rsidRPr="00D35743" w:rsidRDefault="00000000">
            <w:pPr>
              <w:rPr>
                <w:rFonts w:cs="Times New Roman"/>
                <w:color w:val="000000" w:themeColor="text1"/>
                <w:sz w:val="22"/>
              </w:rPr>
            </w:pPr>
            <w:r w:rsidRPr="00D35743">
              <w:rPr>
                <w:rFonts w:cs="Times New Roman"/>
                <w:color w:val="000000" w:themeColor="text1"/>
                <w:sz w:val="22"/>
              </w:rPr>
              <w:t>19</w:t>
            </w:r>
          </w:p>
        </w:tc>
        <w:tc>
          <w:tcPr>
            <w:tcW w:w="893" w:type="dxa"/>
          </w:tcPr>
          <w:p w14:paraId="421CE8FE" w14:textId="77777777" w:rsidR="00D94E50" w:rsidRPr="00D35743" w:rsidRDefault="00000000">
            <w:pPr>
              <w:rPr>
                <w:rFonts w:cs="Times New Roman"/>
                <w:color w:val="000000" w:themeColor="text1"/>
                <w:sz w:val="22"/>
              </w:rPr>
            </w:pPr>
            <w:r w:rsidRPr="00D35743">
              <w:rPr>
                <w:rFonts w:cs="Times New Roman"/>
                <w:color w:val="000000" w:themeColor="text1"/>
                <w:sz w:val="22"/>
              </w:rPr>
              <w:t>88</w:t>
            </w:r>
          </w:p>
        </w:tc>
        <w:tc>
          <w:tcPr>
            <w:tcW w:w="1843" w:type="dxa"/>
          </w:tcPr>
          <w:p w14:paraId="6A23407F" w14:textId="77777777" w:rsidR="00D94E50" w:rsidRPr="00D35743" w:rsidRDefault="00000000">
            <w:pPr>
              <w:rPr>
                <w:rFonts w:cs="Times New Roman"/>
                <w:color w:val="000000" w:themeColor="text1"/>
                <w:sz w:val="22"/>
              </w:rPr>
            </w:pPr>
            <w:r w:rsidRPr="00D35743">
              <w:rPr>
                <w:rFonts w:cs="Times New Roman"/>
                <w:color w:val="000000" w:themeColor="text1"/>
                <w:sz w:val="22"/>
              </w:rPr>
              <w:t>0.27 (0.21–0.33)</w:t>
            </w:r>
          </w:p>
        </w:tc>
      </w:tr>
    </w:tbl>
    <w:p w14:paraId="50E8B9A6" w14:textId="77777777" w:rsidR="00D94E50" w:rsidRPr="00D35743" w:rsidRDefault="00D94E50">
      <w:pPr>
        <w:rPr>
          <w:rFonts w:cs="Times New Roman"/>
          <w:color w:val="000000" w:themeColor="text1"/>
          <w:sz w:val="22"/>
        </w:rPr>
      </w:pPr>
    </w:p>
    <w:p w14:paraId="0B27051A" w14:textId="77777777" w:rsidR="00D94E50" w:rsidRPr="00D35743" w:rsidRDefault="00000000">
      <w:pPr>
        <w:rPr>
          <w:rFonts w:cs="Times New Roman"/>
          <w:color w:val="000000" w:themeColor="text1"/>
          <w:sz w:val="22"/>
        </w:rPr>
      </w:pPr>
      <w:r w:rsidRPr="00D35743">
        <w:rPr>
          <w:rFonts w:cs="Times New Roman"/>
          <w:i/>
          <w:color w:val="000000" w:themeColor="text1"/>
          <w:sz w:val="22"/>
        </w:rPr>
        <w:t xml:space="preserve">NH, non-Hispanic. Race and Hispanic origin were requested as crossed groupings: race categories are restricted to non-Hispanic </w:t>
      </w:r>
      <w:proofErr w:type="gramStart"/>
      <w:r w:rsidRPr="00D35743">
        <w:rPr>
          <w:rFonts w:cs="Times New Roman"/>
          <w:i/>
          <w:color w:val="000000" w:themeColor="text1"/>
          <w:sz w:val="22"/>
        </w:rPr>
        <w:t>decedents</w:t>
      </w:r>
      <w:proofErr w:type="gramEnd"/>
      <w:r w:rsidRPr="00D35743">
        <w:rPr>
          <w:rFonts w:cs="Times New Roman"/>
          <w:i/>
          <w:color w:val="000000" w:themeColor="text1"/>
          <w:sz w:val="22"/>
        </w:rPr>
        <w:t xml:space="preserve"> and Hispanic decedents were obtained from a separate query spanning all races. An em dash carries one of three meanings, distinguished by column and period: in a death-count cell it marks a count below 10, which CDC WONDER suppresses; in the Hispanic rate column it marks a rate NCHS flags as unreliable because it rests on fewer than 20 deaths (2000, 2002, 2003, 2004 and 2007 — the death counts for those years are shown and are not suppressed); and in a race column outside that category’s period it marks a category that does not exist in the corresponding file. Bridged race is reported through 2020 and single race from 2021, so the Asian or Pacific Islander category is replaced by separate Asian and Native Hawaiian or Other Pacific Islander categories in the later period; Native Hawaiian or Other Pacific Islander counts were below 10 in every year of 2021–2024 and are therefore suppressed throughout, although the pooled </w:t>
      </w:r>
      <w:r w:rsidRPr="00D35743">
        <w:rPr>
          <w:rFonts w:cs="Times New Roman"/>
          <w:i/>
          <w:color w:val="000000" w:themeColor="text1"/>
          <w:sz w:val="22"/>
        </w:rPr>
        <w:lastRenderedPageBreak/>
        <w:t>count is disclosable and is given in Table S6. Pooled totals across the whole period, which are not subject to suppression, are given in Table S6. Age-adjusted rates are given for the three groups whose annual series are plotted in Fig. 4; rates for the remaining groups are not shown because their counts fall below the disclosure threshold in most years.</w:t>
      </w:r>
    </w:p>
    <w:p w14:paraId="72FB6A38"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3226D3E4"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S6. Pooled deaths by race and Hispanic origin, 1999–2020 and 2021–2024</w:t>
      </w:r>
    </w:p>
    <w:tbl>
      <w:tblPr>
        <w:tblStyle w:val="TableGrid"/>
        <w:tblW w:w="0" w:type="auto"/>
        <w:tblLook w:val="04A0" w:firstRow="1" w:lastRow="0" w:firstColumn="1" w:lastColumn="0" w:noHBand="0" w:noVBand="1"/>
      </w:tblPr>
      <w:tblGrid>
        <w:gridCol w:w="4608"/>
        <w:gridCol w:w="2304"/>
        <w:gridCol w:w="2304"/>
      </w:tblGrid>
      <w:tr w:rsidR="00D94E50" w:rsidRPr="00D35743" w14:paraId="7DE7601C" w14:textId="77777777">
        <w:tc>
          <w:tcPr>
            <w:tcW w:w="4608" w:type="dxa"/>
          </w:tcPr>
          <w:p w14:paraId="169B9ABC" w14:textId="77777777" w:rsidR="00D94E50" w:rsidRPr="00D35743" w:rsidRDefault="00000000">
            <w:pPr>
              <w:rPr>
                <w:rFonts w:cs="Times New Roman"/>
                <w:color w:val="000000" w:themeColor="text1"/>
                <w:sz w:val="22"/>
              </w:rPr>
            </w:pPr>
            <w:r w:rsidRPr="00D35743">
              <w:rPr>
                <w:rFonts w:cs="Times New Roman"/>
                <w:b/>
                <w:color w:val="000000" w:themeColor="text1"/>
                <w:sz w:val="22"/>
              </w:rPr>
              <w:t>Race and Hispanic origin</w:t>
            </w:r>
          </w:p>
        </w:tc>
        <w:tc>
          <w:tcPr>
            <w:tcW w:w="2304" w:type="dxa"/>
          </w:tcPr>
          <w:p w14:paraId="6A8BEE05" w14:textId="77777777" w:rsidR="00D94E50" w:rsidRPr="00D35743" w:rsidRDefault="00000000">
            <w:pPr>
              <w:rPr>
                <w:rFonts w:cs="Times New Roman"/>
                <w:color w:val="000000" w:themeColor="text1"/>
                <w:sz w:val="22"/>
              </w:rPr>
            </w:pPr>
            <w:r w:rsidRPr="00D35743">
              <w:rPr>
                <w:rFonts w:cs="Times New Roman"/>
                <w:b/>
                <w:color w:val="000000" w:themeColor="text1"/>
                <w:sz w:val="22"/>
              </w:rPr>
              <w:t>1999–2020</w:t>
            </w:r>
          </w:p>
        </w:tc>
        <w:tc>
          <w:tcPr>
            <w:tcW w:w="2304" w:type="dxa"/>
          </w:tcPr>
          <w:p w14:paraId="153719D9" w14:textId="77777777" w:rsidR="00D94E50" w:rsidRPr="00D35743" w:rsidRDefault="00000000">
            <w:pPr>
              <w:rPr>
                <w:rFonts w:cs="Times New Roman"/>
                <w:color w:val="000000" w:themeColor="text1"/>
                <w:sz w:val="22"/>
              </w:rPr>
            </w:pPr>
            <w:r w:rsidRPr="00D35743">
              <w:rPr>
                <w:rFonts w:cs="Times New Roman"/>
                <w:b/>
                <w:color w:val="000000" w:themeColor="text1"/>
                <w:sz w:val="22"/>
              </w:rPr>
              <w:t>2021–2024</w:t>
            </w:r>
          </w:p>
        </w:tc>
      </w:tr>
      <w:tr w:rsidR="00D94E50" w:rsidRPr="00D35743" w14:paraId="219EC8B4" w14:textId="77777777">
        <w:tc>
          <w:tcPr>
            <w:tcW w:w="4608" w:type="dxa"/>
          </w:tcPr>
          <w:p w14:paraId="305F20E9" w14:textId="77777777" w:rsidR="00D94E50" w:rsidRPr="00D35743" w:rsidRDefault="00000000">
            <w:pPr>
              <w:rPr>
                <w:rFonts w:cs="Times New Roman"/>
                <w:color w:val="000000" w:themeColor="text1"/>
                <w:sz w:val="22"/>
              </w:rPr>
            </w:pPr>
            <w:r w:rsidRPr="00D35743">
              <w:rPr>
                <w:rFonts w:cs="Times New Roman"/>
                <w:color w:val="000000" w:themeColor="text1"/>
                <w:sz w:val="22"/>
              </w:rPr>
              <w:t>NH White</w:t>
            </w:r>
          </w:p>
        </w:tc>
        <w:tc>
          <w:tcPr>
            <w:tcW w:w="2304" w:type="dxa"/>
          </w:tcPr>
          <w:p w14:paraId="4C7E6588" w14:textId="77777777" w:rsidR="00D94E50" w:rsidRPr="00D35743" w:rsidRDefault="00000000">
            <w:pPr>
              <w:rPr>
                <w:rFonts w:cs="Times New Roman"/>
                <w:color w:val="000000" w:themeColor="text1"/>
                <w:sz w:val="22"/>
              </w:rPr>
            </w:pPr>
            <w:r w:rsidRPr="00D35743">
              <w:rPr>
                <w:rFonts w:cs="Times New Roman"/>
                <w:color w:val="000000" w:themeColor="text1"/>
                <w:sz w:val="22"/>
              </w:rPr>
              <w:t>15,755</w:t>
            </w:r>
          </w:p>
        </w:tc>
        <w:tc>
          <w:tcPr>
            <w:tcW w:w="2304" w:type="dxa"/>
          </w:tcPr>
          <w:p w14:paraId="2809F8E9" w14:textId="77777777" w:rsidR="00D94E50" w:rsidRPr="00D35743" w:rsidRDefault="00000000">
            <w:pPr>
              <w:rPr>
                <w:rFonts w:cs="Times New Roman"/>
                <w:color w:val="000000" w:themeColor="text1"/>
                <w:sz w:val="22"/>
              </w:rPr>
            </w:pPr>
            <w:r w:rsidRPr="00D35743">
              <w:rPr>
                <w:rFonts w:cs="Times New Roman"/>
                <w:color w:val="000000" w:themeColor="text1"/>
                <w:sz w:val="22"/>
              </w:rPr>
              <w:t>4,709</w:t>
            </w:r>
          </w:p>
        </w:tc>
      </w:tr>
      <w:tr w:rsidR="00D94E50" w:rsidRPr="00D35743" w14:paraId="155E1A85" w14:textId="77777777">
        <w:tc>
          <w:tcPr>
            <w:tcW w:w="4608" w:type="dxa"/>
          </w:tcPr>
          <w:p w14:paraId="638674DC" w14:textId="77777777" w:rsidR="00D94E50" w:rsidRPr="00D35743" w:rsidRDefault="00000000">
            <w:pPr>
              <w:rPr>
                <w:rFonts w:cs="Times New Roman"/>
                <w:color w:val="000000" w:themeColor="text1"/>
                <w:sz w:val="22"/>
              </w:rPr>
            </w:pPr>
            <w:r w:rsidRPr="00D35743">
              <w:rPr>
                <w:rFonts w:cs="Times New Roman"/>
                <w:color w:val="000000" w:themeColor="text1"/>
                <w:sz w:val="22"/>
              </w:rPr>
              <w:t>NH Black</w:t>
            </w:r>
          </w:p>
        </w:tc>
        <w:tc>
          <w:tcPr>
            <w:tcW w:w="2304" w:type="dxa"/>
          </w:tcPr>
          <w:p w14:paraId="383E0319" w14:textId="77777777" w:rsidR="00D94E50" w:rsidRPr="00D35743" w:rsidRDefault="00000000">
            <w:pPr>
              <w:rPr>
                <w:rFonts w:cs="Times New Roman"/>
                <w:color w:val="000000" w:themeColor="text1"/>
                <w:sz w:val="22"/>
              </w:rPr>
            </w:pPr>
            <w:r w:rsidRPr="00D35743">
              <w:rPr>
                <w:rFonts w:cs="Times New Roman"/>
                <w:color w:val="000000" w:themeColor="text1"/>
                <w:sz w:val="22"/>
              </w:rPr>
              <w:t>1,367</w:t>
            </w:r>
          </w:p>
        </w:tc>
        <w:tc>
          <w:tcPr>
            <w:tcW w:w="2304" w:type="dxa"/>
          </w:tcPr>
          <w:p w14:paraId="3E09B47E" w14:textId="77777777" w:rsidR="00D94E50" w:rsidRPr="00D35743" w:rsidRDefault="00000000">
            <w:pPr>
              <w:rPr>
                <w:rFonts w:cs="Times New Roman"/>
                <w:color w:val="000000" w:themeColor="text1"/>
                <w:sz w:val="22"/>
              </w:rPr>
            </w:pPr>
            <w:r w:rsidRPr="00D35743">
              <w:rPr>
                <w:rFonts w:cs="Times New Roman"/>
                <w:color w:val="000000" w:themeColor="text1"/>
                <w:sz w:val="22"/>
              </w:rPr>
              <w:t>564</w:t>
            </w:r>
          </w:p>
        </w:tc>
      </w:tr>
      <w:tr w:rsidR="00D94E50" w:rsidRPr="00D35743" w14:paraId="284B13C9" w14:textId="77777777">
        <w:tc>
          <w:tcPr>
            <w:tcW w:w="4608" w:type="dxa"/>
          </w:tcPr>
          <w:p w14:paraId="562C2480" w14:textId="77777777" w:rsidR="00D94E50" w:rsidRPr="00D35743" w:rsidRDefault="00000000">
            <w:pPr>
              <w:rPr>
                <w:rFonts w:cs="Times New Roman"/>
                <w:color w:val="000000" w:themeColor="text1"/>
                <w:sz w:val="22"/>
              </w:rPr>
            </w:pPr>
            <w:r w:rsidRPr="00D35743">
              <w:rPr>
                <w:rFonts w:cs="Times New Roman"/>
                <w:color w:val="000000" w:themeColor="text1"/>
                <w:sz w:val="22"/>
              </w:rPr>
              <w:t>NH Asian/PI</w:t>
            </w:r>
          </w:p>
        </w:tc>
        <w:tc>
          <w:tcPr>
            <w:tcW w:w="2304" w:type="dxa"/>
          </w:tcPr>
          <w:p w14:paraId="76812793" w14:textId="77777777" w:rsidR="00D94E50" w:rsidRPr="00D35743" w:rsidRDefault="00000000">
            <w:pPr>
              <w:rPr>
                <w:rFonts w:cs="Times New Roman"/>
                <w:color w:val="000000" w:themeColor="text1"/>
                <w:sz w:val="22"/>
              </w:rPr>
            </w:pPr>
            <w:r w:rsidRPr="00D35743">
              <w:rPr>
                <w:rFonts w:cs="Times New Roman"/>
                <w:color w:val="000000" w:themeColor="text1"/>
                <w:sz w:val="22"/>
              </w:rPr>
              <w:t>236</w:t>
            </w:r>
          </w:p>
        </w:tc>
        <w:tc>
          <w:tcPr>
            <w:tcW w:w="2304" w:type="dxa"/>
          </w:tcPr>
          <w:p w14:paraId="53D833E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r>
      <w:tr w:rsidR="00D94E50" w:rsidRPr="00D35743" w14:paraId="50D113E9" w14:textId="77777777">
        <w:tc>
          <w:tcPr>
            <w:tcW w:w="4608" w:type="dxa"/>
          </w:tcPr>
          <w:p w14:paraId="6342BFB6" w14:textId="77777777" w:rsidR="00D94E50" w:rsidRPr="00D35743" w:rsidRDefault="00000000">
            <w:pPr>
              <w:rPr>
                <w:rFonts w:cs="Times New Roman"/>
                <w:color w:val="000000" w:themeColor="text1"/>
                <w:sz w:val="22"/>
              </w:rPr>
            </w:pPr>
            <w:r w:rsidRPr="00D35743">
              <w:rPr>
                <w:rFonts w:cs="Times New Roman"/>
                <w:color w:val="000000" w:themeColor="text1"/>
                <w:sz w:val="22"/>
              </w:rPr>
              <w:t>NH Asian</w:t>
            </w:r>
          </w:p>
        </w:tc>
        <w:tc>
          <w:tcPr>
            <w:tcW w:w="2304" w:type="dxa"/>
          </w:tcPr>
          <w:p w14:paraId="12C1A414"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2304" w:type="dxa"/>
          </w:tcPr>
          <w:p w14:paraId="29C04984" w14:textId="77777777" w:rsidR="00D94E50" w:rsidRPr="00D35743" w:rsidRDefault="00000000">
            <w:pPr>
              <w:rPr>
                <w:rFonts w:cs="Times New Roman"/>
                <w:color w:val="000000" w:themeColor="text1"/>
                <w:sz w:val="22"/>
              </w:rPr>
            </w:pPr>
            <w:r w:rsidRPr="00D35743">
              <w:rPr>
                <w:rFonts w:cs="Times New Roman"/>
                <w:color w:val="000000" w:themeColor="text1"/>
                <w:sz w:val="22"/>
              </w:rPr>
              <w:t>103</w:t>
            </w:r>
          </w:p>
        </w:tc>
      </w:tr>
      <w:tr w:rsidR="00D94E50" w:rsidRPr="00D35743" w14:paraId="023F8651" w14:textId="77777777">
        <w:tc>
          <w:tcPr>
            <w:tcW w:w="4608" w:type="dxa"/>
          </w:tcPr>
          <w:p w14:paraId="7FF5AC01" w14:textId="77777777" w:rsidR="00D94E50" w:rsidRPr="00D35743" w:rsidRDefault="00000000">
            <w:pPr>
              <w:rPr>
                <w:rFonts w:cs="Times New Roman"/>
                <w:color w:val="000000" w:themeColor="text1"/>
                <w:sz w:val="22"/>
              </w:rPr>
            </w:pPr>
            <w:r w:rsidRPr="00D35743">
              <w:rPr>
                <w:rFonts w:cs="Times New Roman"/>
                <w:color w:val="000000" w:themeColor="text1"/>
                <w:sz w:val="22"/>
              </w:rPr>
              <w:t>NH NHOPI</w:t>
            </w:r>
          </w:p>
        </w:tc>
        <w:tc>
          <w:tcPr>
            <w:tcW w:w="2304" w:type="dxa"/>
          </w:tcPr>
          <w:p w14:paraId="0ED4A4D1"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2304" w:type="dxa"/>
          </w:tcPr>
          <w:p w14:paraId="0EC3A28C" w14:textId="77777777" w:rsidR="00D94E50" w:rsidRPr="00D35743" w:rsidRDefault="00000000">
            <w:pPr>
              <w:rPr>
                <w:rFonts w:cs="Times New Roman"/>
                <w:color w:val="000000" w:themeColor="text1"/>
                <w:sz w:val="22"/>
              </w:rPr>
            </w:pPr>
            <w:r w:rsidRPr="00D35743">
              <w:rPr>
                <w:rFonts w:cs="Times New Roman"/>
                <w:color w:val="000000" w:themeColor="text1"/>
                <w:sz w:val="22"/>
              </w:rPr>
              <w:t>10</w:t>
            </w:r>
          </w:p>
        </w:tc>
      </w:tr>
      <w:tr w:rsidR="00D94E50" w:rsidRPr="00D35743" w14:paraId="1C48F83F" w14:textId="77777777">
        <w:tc>
          <w:tcPr>
            <w:tcW w:w="4608" w:type="dxa"/>
          </w:tcPr>
          <w:p w14:paraId="5A108068" w14:textId="77777777" w:rsidR="00D94E50" w:rsidRPr="00D35743" w:rsidRDefault="00000000">
            <w:pPr>
              <w:rPr>
                <w:rFonts w:cs="Times New Roman"/>
                <w:color w:val="000000" w:themeColor="text1"/>
                <w:sz w:val="22"/>
              </w:rPr>
            </w:pPr>
            <w:r w:rsidRPr="00D35743">
              <w:rPr>
                <w:rFonts w:cs="Times New Roman"/>
                <w:color w:val="000000" w:themeColor="text1"/>
                <w:sz w:val="22"/>
              </w:rPr>
              <w:t>NH AI/AN</w:t>
            </w:r>
          </w:p>
        </w:tc>
        <w:tc>
          <w:tcPr>
            <w:tcW w:w="2304" w:type="dxa"/>
          </w:tcPr>
          <w:p w14:paraId="461AEB5A" w14:textId="77777777" w:rsidR="00D94E50" w:rsidRPr="00D35743" w:rsidRDefault="00000000">
            <w:pPr>
              <w:rPr>
                <w:rFonts w:cs="Times New Roman"/>
                <w:color w:val="000000" w:themeColor="text1"/>
                <w:sz w:val="22"/>
              </w:rPr>
            </w:pPr>
            <w:r w:rsidRPr="00D35743">
              <w:rPr>
                <w:rFonts w:cs="Times New Roman"/>
                <w:color w:val="000000" w:themeColor="text1"/>
                <w:sz w:val="22"/>
              </w:rPr>
              <w:t>111</w:t>
            </w:r>
          </w:p>
        </w:tc>
        <w:tc>
          <w:tcPr>
            <w:tcW w:w="2304" w:type="dxa"/>
          </w:tcPr>
          <w:p w14:paraId="11C3B6D0" w14:textId="77777777" w:rsidR="00D94E50" w:rsidRPr="00D35743" w:rsidRDefault="00000000">
            <w:pPr>
              <w:rPr>
                <w:rFonts w:cs="Times New Roman"/>
                <w:color w:val="000000" w:themeColor="text1"/>
                <w:sz w:val="22"/>
              </w:rPr>
            </w:pPr>
            <w:r w:rsidRPr="00D35743">
              <w:rPr>
                <w:rFonts w:cs="Times New Roman"/>
                <w:color w:val="000000" w:themeColor="text1"/>
                <w:sz w:val="22"/>
              </w:rPr>
              <w:t>47</w:t>
            </w:r>
          </w:p>
        </w:tc>
      </w:tr>
      <w:tr w:rsidR="00D94E50" w:rsidRPr="00D35743" w14:paraId="03C41240" w14:textId="77777777">
        <w:tc>
          <w:tcPr>
            <w:tcW w:w="4608" w:type="dxa"/>
          </w:tcPr>
          <w:p w14:paraId="36684295" w14:textId="77777777" w:rsidR="00D94E50" w:rsidRPr="00D35743" w:rsidRDefault="00000000">
            <w:pPr>
              <w:rPr>
                <w:rFonts w:cs="Times New Roman"/>
                <w:color w:val="000000" w:themeColor="text1"/>
                <w:sz w:val="22"/>
              </w:rPr>
            </w:pPr>
            <w:r w:rsidRPr="00D35743">
              <w:rPr>
                <w:rFonts w:cs="Times New Roman"/>
                <w:color w:val="000000" w:themeColor="text1"/>
                <w:sz w:val="22"/>
              </w:rPr>
              <w:t xml:space="preserve">   Asian + NHOPI combined (matched to bridged)</w:t>
            </w:r>
          </w:p>
        </w:tc>
        <w:tc>
          <w:tcPr>
            <w:tcW w:w="2304" w:type="dxa"/>
          </w:tcPr>
          <w:p w14:paraId="58CF22B9" w14:textId="77777777" w:rsidR="00D94E50" w:rsidRPr="00D35743" w:rsidRDefault="00000000">
            <w:pPr>
              <w:rPr>
                <w:rFonts w:cs="Times New Roman"/>
                <w:color w:val="000000" w:themeColor="text1"/>
                <w:sz w:val="22"/>
              </w:rPr>
            </w:pPr>
            <w:r w:rsidRPr="00D35743">
              <w:rPr>
                <w:rFonts w:cs="Times New Roman"/>
                <w:color w:val="000000" w:themeColor="text1"/>
                <w:sz w:val="22"/>
              </w:rPr>
              <w:t>236</w:t>
            </w:r>
          </w:p>
        </w:tc>
        <w:tc>
          <w:tcPr>
            <w:tcW w:w="2304" w:type="dxa"/>
          </w:tcPr>
          <w:p w14:paraId="1D73EFD2" w14:textId="77777777" w:rsidR="00D94E50" w:rsidRPr="00D35743" w:rsidRDefault="00000000">
            <w:pPr>
              <w:rPr>
                <w:rFonts w:cs="Times New Roman"/>
                <w:color w:val="000000" w:themeColor="text1"/>
                <w:sz w:val="22"/>
              </w:rPr>
            </w:pPr>
            <w:r w:rsidRPr="00D35743">
              <w:rPr>
                <w:rFonts w:cs="Times New Roman"/>
                <w:color w:val="000000" w:themeColor="text1"/>
                <w:sz w:val="22"/>
              </w:rPr>
              <w:t>113</w:t>
            </w:r>
          </w:p>
        </w:tc>
      </w:tr>
      <w:tr w:rsidR="00D94E50" w:rsidRPr="00D35743" w14:paraId="64B2E4A7" w14:textId="77777777">
        <w:tc>
          <w:tcPr>
            <w:tcW w:w="4608" w:type="dxa"/>
          </w:tcPr>
          <w:p w14:paraId="13FCD541" w14:textId="77777777" w:rsidR="00D94E50" w:rsidRPr="00D35743" w:rsidRDefault="00000000">
            <w:pPr>
              <w:rPr>
                <w:rFonts w:cs="Times New Roman"/>
                <w:color w:val="000000" w:themeColor="text1"/>
                <w:sz w:val="22"/>
              </w:rPr>
            </w:pPr>
            <w:r w:rsidRPr="00D35743">
              <w:rPr>
                <w:rFonts w:cs="Times New Roman"/>
                <w:color w:val="000000" w:themeColor="text1"/>
                <w:sz w:val="22"/>
              </w:rPr>
              <w:t>Hispanic or Latino (all races)</w:t>
            </w:r>
          </w:p>
        </w:tc>
        <w:tc>
          <w:tcPr>
            <w:tcW w:w="2304" w:type="dxa"/>
          </w:tcPr>
          <w:p w14:paraId="658DD456" w14:textId="77777777" w:rsidR="00D94E50" w:rsidRPr="00D35743" w:rsidRDefault="00000000">
            <w:pPr>
              <w:rPr>
                <w:rFonts w:cs="Times New Roman"/>
                <w:color w:val="000000" w:themeColor="text1"/>
                <w:sz w:val="22"/>
              </w:rPr>
            </w:pPr>
            <w:r w:rsidRPr="00D35743">
              <w:rPr>
                <w:rFonts w:cs="Times New Roman"/>
                <w:color w:val="000000" w:themeColor="text1"/>
                <w:sz w:val="22"/>
              </w:rPr>
              <w:t>713</w:t>
            </w:r>
          </w:p>
        </w:tc>
        <w:tc>
          <w:tcPr>
            <w:tcW w:w="2304" w:type="dxa"/>
          </w:tcPr>
          <w:p w14:paraId="0D17CA27" w14:textId="77777777" w:rsidR="00D94E50" w:rsidRPr="00D35743" w:rsidRDefault="00000000">
            <w:pPr>
              <w:rPr>
                <w:rFonts w:cs="Times New Roman"/>
                <w:color w:val="000000" w:themeColor="text1"/>
                <w:sz w:val="22"/>
              </w:rPr>
            </w:pPr>
            <w:r w:rsidRPr="00D35743">
              <w:rPr>
                <w:rFonts w:cs="Times New Roman"/>
                <w:color w:val="000000" w:themeColor="text1"/>
                <w:sz w:val="22"/>
              </w:rPr>
              <w:t>327</w:t>
            </w:r>
          </w:p>
        </w:tc>
      </w:tr>
      <w:tr w:rsidR="00D94E50" w:rsidRPr="00D35743" w14:paraId="37C0C120" w14:textId="77777777">
        <w:tc>
          <w:tcPr>
            <w:tcW w:w="4608" w:type="dxa"/>
          </w:tcPr>
          <w:p w14:paraId="3DFAB422" w14:textId="77777777" w:rsidR="00D94E50" w:rsidRPr="00D35743" w:rsidRDefault="00000000">
            <w:pPr>
              <w:rPr>
                <w:rFonts w:cs="Times New Roman"/>
                <w:color w:val="000000" w:themeColor="text1"/>
                <w:sz w:val="22"/>
              </w:rPr>
            </w:pPr>
            <w:r w:rsidRPr="00D35743">
              <w:rPr>
                <w:rFonts w:cs="Times New Roman"/>
                <w:color w:val="000000" w:themeColor="text1"/>
                <w:sz w:val="22"/>
              </w:rPr>
              <w:t>Total</w:t>
            </w:r>
          </w:p>
        </w:tc>
        <w:tc>
          <w:tcPr>
            <w:tcW w:w="2304" w:type="dxa"/>
          </w:tcPr>
          <w:p w14:paraId="55DD518B" w14:textId="77777777" w:rsidR="00D94E50" w:rsidRPr="00D35743" w:rsidRDefault="00000000">
            <w:pPr>
              <w:rPr>
                <w:rFonts w:cs="Times New Roman"/>
                <w:color w:val="000000" w:themeColor="text1"/>
                <w:sz w:val="22"/>
              </w:rPr>
            </w:pPr>
            <w:r w:rsidRPr="00D35743">
              <w:rPr>
                <w:rFonts w:cs="Times New Roman"/>
                <w:color w:val="000000" w:themeColor="text1"/>
                <w:sz w:val="22"/>
              </w:rPr>
              <w:t>18,182</w:t>
            </w:r>
          </w:p>
        </w:tc>
        <w:tc>
          <w:tcPr>
            <w:tcW w:w="2304" w:type="dxa"/>
          </w:tcPr>
          <w:p w14:paraId="268E2F7E" w14:textId="77777777" w:rsidR="00D94E50" w:rsidRPr="00D35743" w:rsidRDefault="00000000">
            <w:pPr>
              <w:rPr>
                <w:rFonts w:cs="Times New Roman"/>
                <w:color w:val="000000" w:themeColor="text1"/>
                <w:sz w:val="22"/>
              </w:rPr>
            </w:pPr>
            <w:r w:rsidRPr="00D35743">
              <w:rPr>
                <w:rFonts w:cs="Times New Roman"/>
                <w:color w:val="000000" w:themeColor="text1"/>
                <w:sz w:val="22"/>
              </w:rPr>
              <w:t>5,800</w:t>
            </w:r>
          </w:p>
        </w:tc>
      </w:tr>
    </w:tbl>
    <w:p w14:paraId="78BDC5FC" w14:textId="77777777" w:rsidR="00D94E50" w:rsidRPr="00D35743" w:rsidRDefault="00D94E50">
      <w:pPr>
        <w:rPr>
          <w:rFonts w:cs="Times New Roman"/>
          <w:color w:val="000000" w:themeColor="text1"/>
          <w:sz w:val="22"/>
        </w:rPr>
      </w:pPr>
    </w:p>
    <w:p w14:paraId="23613AD3" w14:textId="77777777" w:rsidR="00D94E50" w:rsidRPr="00D35743" w:rsidRDefault="00000000">
      <w:pPr>
        <w:rPr>
          <w:rFonts w:cs="Times New Roman"/>
          <w:color w:val="000000" w:themeColor="text1"/>
          <w:sz w:val="22"/>
        </w:rPr>
      </w:pPr>
      <w:r w:rsidRPr="00D35743">
        <w:rPr>
          <w:rFonts w:cs="Times New Roman"/>
          <w:i/>
          <w:color w:val="000000" w:themeColor="text1"/>
          <w:sz w:val="22"/>
        </w:rPr>
        <w:t>Pooled counts are not subject to the annual suppression threshold and are therefore complete. Race categories and the Hispanic category are mutually exclusive. They sum exactly to the overall series for 1999–2020 (18,182). For 2021–2024 they sum to 5,760 against an overall 5,800: the 40-death difference is non-Hispanic decedents recorded as being of more than one race, a category that exists only in the single-race file and is not one of the five race categories analyzed. Those 40 deaths (0.7% of 2021–2024 and 0.17% of the full series) are included in the overall and sex, age, region and urbanization strata and excluded only from the race strata. Asian or Pacific Islander for 2021–2024 is the sum of the Asian and Native Hawaiian or Other Pacific Islander single-race categories, reported here to match the bridged category used through 2020.</w:t>
      </w:r>
    </w:p>
    <w:p w14:paraId="641A883E"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68E99953"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S7. Deaths and age-adjusted mortality rates by county urbanization, 1999–2020</w:t>
      </w:r>
    </w:p>
    <w:tbl>
      <w:tblPr>
        <w:tblStyle w:val="TableGrid"/>
        <w:tblW w:w="0" w:type="auto"/>
        <w:tblLook w:val="04A0" w:firstRow="1" w:lastRow="0" w:firstColumn="1" w:lastColumn="0" w:noHBand="0" w:noVBand="1"/>
      </w:tblPr>
      <w:tblGrid>
        <w:gridCol w:w="2820"/>
        <w:gridCol w:w="2820"/>
        <w:gridCol w:w="2820"/>
        <w:gridCol w:w="2821"/>
        <w:gridCol w:w="2821"/>
      </w:tblGrid>
      <w:tr w:rsidR="00D94E50" w:rsidRPr="00D35743" w14:paraId="6204280C" w14:textId="77777777">
        <w:tc>
          <w:tcPr>
            <w:tcW w:w="2822" w:type="dxa"/>
          </w:tcPr>
          <w:p w14:paraId="64ABE715"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2822" w:type="dxa"/>
          </w:tcPr>
          <w:p w14:paraId="31CCF9FB" w14:textId="77777777" w:rsidR="00D94E50" w:rsidRPr="00D35743" w:rsidRDefault="00000000">
            <w:pPr>
              <w:rPr>
                <w:rFonts w:cs="Times New Roman"/>
                <w:color w:val="000000" w:themeColor="text1"/>
                <w:sz w:val="22"/>
              </w:rPr>
            </w:pPr>
            <w:r w:rsidRPr="00D35743">
              <w:rPr>
                <w:rFonts w:cs="Times New Roman"/>
                <w:b/>
                <w:color w:val="000000" w:themeColor="text1"/>
                <w:sz w:val="22"/>
              </w:rPr>
              <w:t>Metropolitan deaths</w:t>
            </w:r>
          </w:p>
        </w:tc>
        <w:tc>
          <w:tcPr>
            <w:tcW w:w="2822" w:type="dxa"/>
          </w:tcPr>
          <w:p w14:paraId="1F9ED47F" w14:textId="77777777" w:rsidR="00D94E50" w:rsidRPr="00D35743" w:rsidRDefault="00000000">
            <w:pPr>
              <w:rPr>
                <w:rFonts w:cs="Times New Roman"/>
                <w:color w:val="000000" w:themeColor="text1"/>
                <w:sz w:val="22"/>
              </w:rPr>
            </w:pPr>
            <w:r w:rsidRPr="00D35743">
              <w:rPr>
                <w:rFonts w:cs="Times New Roman"/>
                <w:b/>
                <w:color w:val="000000" w:themeColor="text1"/>
                <w:sz w:val="22"/>
              </w:rPr>
              <w:t>Metropolitan AAMR (95% CI)</w:t>
            </w:r>
          </w:p>
        </w:tc>
        <w:tc>
          <w:tcPr>
            <w:tcW w:w="2822" w:type="dxa"/>
          </w:tcPr>
          <w:p w14:paraId="2B4ADC76" w14:textId="77777777" w:rsidR="00D94E50" w:rsidRPr="00D35743" w:rsidRDefault="00000000">
            <w:pPr>
              <w:rPr>
                <w:rFonts w:cs="Times New Roman"/>
                <w:color w:val="000000" w:themeColor="text1"/>
                <w:sz w:val="22"/>
              </w:rPr>
            </w:pPr>
            <w:r w:rsidRPr="00D35743">
              <w:rPr>
                <w:rFonts w:cs="Times New Roman"/>
                <w:b/>
                <w:color w:val="000000" w:themeColor="text1"/>
                <w:sz w:val="22"/>
              </w:rPr>
              <w:t>Nonmetropolitan deaths</w:t>
            </w:r>
          </w:p>
        </w:tc>
        <w:tc>
          <w:tcPr>
            <w:tcW w:w="2822" w:type="dxa"/>
          </w:tcPr>
          <w:p w14:paraId="71F869EA" w14:textId="77777777" w:rsidR="00D94E50" w:rsidRPr="00D35743" w:rsidRDefault="00000000">
            <w:pPr>
              <w:rPr>
                <w:rFonts w:cs="Times New Roman"/>
                <w:color w:val="000000" w:themeColor="text1"/>
                <w:sz w:val="22"/>
              </w:rPr>
            </w:pPr>
            <w:r w:rsidRPr="00D35743">
              <w:rPr>
                <w:rFonts w:cs="Times New Roman"/>
                <w:b/>
                <w:color w:val="000000" w:themeColor="text1"/>
                <w:sz w:val="22"/>
              </w:rPr>
              <w:t>Nonmetropolitan AAMR (95% CI)</w:t>
            </w:r>
          </w:p>
        </w:tc>
      </w:tr>
      <w:tr w:rsidR="00D94E50" w:rsidRPr="00D35743" w14:paraId="6C4AC037" w14:textId="77777777">
        <w:tc>
          <w:tcPr>
            <w:tcW w:w="2822" w:type="dxa"/>
          </w:tcPr>
          <w:p w14:paraId="54813FBB" w14:textId="77777777" w:rsidR="00D94E50" w:rsidRPr="00D35743" w:rsidRDefault="00000000">
            <w:pPr>
              <w:rPr>
                <w:rFonts w:cs="Times New Roman"/>
                <w:color w:val="000000" w:themeColor="text1"/>
                <w:sz w:val="22"/>
              </w:rPr>
            </w:pPr>
            <w:r w:rsidRPr="00D35743">
              <w:rPr>
                <w:rFonts w:cs="Times New Roman"/>
                <w:color w:val="000000" w:themeColor="text1"/>
                <w:sz w:val="22"/>
              </w:rPr>
              <w:t>1999</w:t>
            </w:r>
          </w:p>
        </w:tc>
        <w:tc>
          <w:tcPr>
            <w:tcW w:w="2822" w:type="dxa"/>
          </w:tcPr>
          <w:p w14:paraId="7D76CDEF" w14:textId="77777777" w:rsidR="00D94E50" w:rsidRPr="00D35743" w:rsidRDefault="00000000">
            <w:pPr>
              <w:rPr>
                <w:rFonts w:cs="Times New Roman"/>
                <w:color w:val="000000" w:themeColor="text1"/>
                <w:sz w:val="22"/>
              </w:rPr>
            </w:pPr>
            <w:r w:rsidRPr="00D35743">
              <w:rPr>
                <w:rFonts w:cs="Times New Roman"/>
                <w:color w:val="000000" w:themeColor="text1"/>
                <w:sz w:val="22"/>
              </w:rPr>
              <w:t>620</w:t>
            </w:r>
          </w:p>
        </w:tc>
        <w:tc>
          <w:tcPr>
            <w:tcW w:w="2822" w:type="dxa"/>
          </w:tcPr>
          <w:p w14:paraId="51C74455" w14:textId="77777777" w:rsidR="00D94E50" w:rsidRPr="00D35743" w:rsidRDefault="00000000">
            <w:pPr>
              <w:rPr>
                <w:rFonts w:cs="Times New Roman"/>
                <w:color w:val="000000" w:themeColor="text1"/>
                <w:sz w:val="22"/>
              </w:rPr>
            </w:pPr>
            <w:r w:rsidRPr="00D35743">
              <w:rPr>
                <w:rFonts w:cs="Times New Roman"/>
                <w:color w:val="000000" w:themeColor="text1"/>
                <w:sz w:val="22"/>
              </w:rPr>
              <w:t>0.41 (0.37–0.44)</w:t>
            </w:r>
          </w:p>
        </w:tc>
        <w:tc>
          <w:tcPr>
            <w:tcW w:w="2822" w:type="dxa"/>
          </w:tcPr>
          <w:p w14:paraId="64954A1E" w14:textId="77777777" w:rsidR="00D94E50" w:rsidRPr="00D35743" w:rsidRDefault="00000000">
            <w:pPr>
              <w:rPr>
                <w:rFonts w:cs="Times New Roman"/>
                <w:color w:val="000000" w:themeColor="text1"/>
                <w:sz w:val="22"/>
              </w:rPr>
            </w:pPr>
            <w:r w:rsidRPr="00D35743">
              <w:rPr>
                <w:rFonts w:cs="Times New Roman"/>
                <w:color w:val="000000" w:themeColor="text1"/>
                <w:sz w:val="22"/>
              </w:rPr>
              <w:t>167</w:t>
            </w:r>
          </w:p>
        </w:tc>
        <w:tc>
          <w:tcPr>
            <w:tcW w:w="2822" w:type="dxa"/>
          </w:tcPr>
          <w:p w14:paraId="4E49478D" w14:textId="77777777" w:rsidR="00D94E50" w:rsidRPr="00D35743" w:rsidRDefault="00000000">
            <w:pPr>
              <w:rPr>
                <w:rFonts w:cs="Times New Roman"/>
                <w:color w:val="000000" w:themeColor="text1"/>
                <w:sz w:val="22"/>
              </w:rPr>
            </w:pPr>
            <w:r w:rsidRPr="00D35743">
              <w:rPr>
                <w:rFonts w:cs="Times New Roman"/>
                <w:color w:val="000000" w:themeColor="text1"/>
                <w:sz w:val="22"/>
              </w:rPr>
              <w:t>0.49 (0.42–0.57)</w:t>
            </w:r>
          </w:p>
        </w:tc>
      </w:tr>
      <w:tr w:rsidR="00D94E50" w:rsidRPr="00D35743" w14:paraId="260AD3C3" w14:textId="77777777">
        <w:tc>
          <w:tcPr>
            <w:tcW w:w="2822" w:type="dxa"/>
          </w:tcPr>
          <w:p w14:paraId="0ABCEF93" w14:textId="77777777" w:rsidR="00D94E50" w:rsidRPr="00D35743" w:rsidRDefault="00000000">
            <w:pPr>
              <w:rPr>
                <w:rFonts w:cs="Times New Roman"/>
                <w:color w:val="000000" w:themeColor="text1"/>
                <w:sz w:val="22"/>
              </w:rPr>
            </w:pPr>
            <w:r w:rsidRPr="00D35743">
              <w:rPr>
                <w:rFonts w:cs="Times New Roman"/>
                <w:color w:val="000000" w:themeColor="text1"/>
                <w:sz w:val="22"/>
              </w:rPr>
              <w:t>2000</w:t>
            </w:r>
          </w:p>
        </w:tc>
        <w:tc>
          <w:tcPr>
            <w:tcW w:w="2822" w:type="dxa"/>
          </w:tcPr>
          <w:p w14:paraId="0D3F9BF8" w14:textId="77777777" w:rsidR="00D94E50" w:rsidRPr="00D35743" w:rsidRDefault="00000000">
            <w:pPr>
              <w:rPr>
                <w:rFonts w:cs="Times New Roman"/>
                <w:color w:val="000000" w:themeColor="text1"/>
                <w:sz w:val="22"/>
              </w:rPr>
            </w:pPr>
            <w:r w:rsidRPr="00D35743">
              <w:rPr>
                <w:rFonts w:cs="Times New Roman"/>
                <w:color w:val="000000" w:themeColor="text1"/>
                <w:sz w:val="22"/>
              </w:rPr>
              <w:t>558</w:t>
            </w:r>
          </w:p>
        </w:tc>
        <w:tc>
          <w:tcPr>
            <w:tcW w:w="2822" w:type="dxa"/>
          </w:tcPr>
          <w:p w14:paraId="5C4F2A18" w14:textId="77777777" w:rsidR="00D94E50" w:rsidRPr="00D35743" w:rsidRDefault="00000000">
            <w:pPr>
              <w:rPr>
                <w:rFonts w:cs="Times New Roman"/>
                <w:color w:val="000000" w:themeColor="text1"/>
                <w:sz w:val="22"/>
              </w:rPr>
            </w:pPr>
            <w:r w:rsidRPr="00D35743">
              <w:rPr>
                <w:rFonts w:cs="Times New Roman"/>
                <w:color w:val="000000" w:themeColor="text1"/>
                <w:sz w:val="22"/>
              </w:rPr>
              <w:t>0.36 (0.33–0.39)</w:t>
            </w:r>
          </w:p>
        </w:tc>
        <w:tc>
          <w:tcPr>
            <w:tcW w:w="2822" w:type="dxa"/>
          </w:tcPr>
          <w:p w14:paraId="640ED2FA" w14:textId="77777777" w:rsidR="00D94E50" w:rsidRPr="00D35743" w:rsidRDefault="00000000">
            <w:pPr>
              <w:rPr>
                <w:rFonts w:cs="Times New Roman"/>
                <w:color w:val="000000" w:themeColor="text1"/>
                <w:sz w:val="22"/>
              </w:rPr>
            </w:pPr>
            <w:r w:rsidRPr="00D35743">
              <w:rPr>
                <w:rFonts w:cs="Times New Roman"/>
                <w:color w:val="000000" w:themeColor="text1"/>
                <w:sz w:val="22"/>
              </w:rPr>
              <w:t>154</w:t>
            </w:r>
          </w:p>
        </w:tc>
        <w:tc>
          <w:tcPr>
            <w:tcW w:w="2822" w:type="dxa"/>
          </w:tcPr>
          <w:p w14:paraId="27C0AF1E" w14:textId="77777777" w:rsidR="00D94E50" w:rsidRPr="00D35743" w:rsidRDefault="00000000">
            <w:pPr>
              <w:rPr>
                <w:rFonts w:cs="Times New Roman"/>
                <w:color w:val="000000" w:themeColor="text1"/>
                <w:sz w:val="22"/>
              </w:rPr>
            </w:pPr>
            <w:r w:rsidRPr="00D35743">
              <w:rPr>
                <w:rFonts w:cs="Times New Roman"/>
                <w:color w:val="000000" w:themeColor="text1"/>
                <w:sz w:val="22"/>
              </w:rPr>
              <w:t>0.44 (0.37–0.51)</w:t>
            </w:r>
          </w:p>
        </w:tc>
      </w:tr>
      <w:tr w:rsidR="00D94E50" w:rsidRPr="00D35743" w14:paraId="7DAE6C46" w14:textId="77777777">
        <w:tc>
          <w:tcPr>
            <w:tcW w:w="2822" w:type="dxa"/>
          </w:tcPr>
          <w:p w14:paraId="086AACB8" w14:textId="77777777" w:rsidR="00D94E50" w:rsidRPr="00D35743" w:rsidRDefault="00000000">
            <w:pPr>
              <w:rPr>
                <w:rFonts w:cs="Times New Roman"/>
                <w:color w:val="000000" w:themeColor="text1"/>
                <w:sz w:val="22"/>
              </w:rPr>
            </w:pPr>
            <w:r w:rsidRPr="00D35743">
              <w:rPr>
                <w:rFonts w:cs="Times New Roman"/>
                <w:color w:val="000000" w:themeColor="text1"/>
                <w:sz w:val="22"/>
              </w:rPr>
              <w:t>2001</w:t>
            </w:r>
          </w:p>
        </w:tc>
        <w:tc>
          <w:tcPr>
            <w:tcW w:w="2822" w:type="dxa"/>
          </w:tcPr>
          <w:p w14:paraId="7F70D041" w14:textId="77777777" w:rsidR="00D94E50" w:rsidRPr="00D35743" w:rsidRDefault="00000000">
            <w:pPr>
              <w:rPr>
                <w:rFonts w:cs="Times New Roman"/>
                <w:color w:val="000000" w:themeColor="text1"/>
                <w:sz w:val="22"/>
              </w:rPr>
            </w:pPr>
            <w:r w:rsidRPr="00D35743">
              <w:rPr>
                <w:rFonts w:cs="Times New Roman"/>
                <w:color w:val="000000" w:themeColor="text1"/>
                <w:sz w:val="22"/>
              </w:rPr>
              <w:t>564</w:t>
            </w:r>
          </w:p>
        </w:tc>
        <w:tc>
          <w:tcPr>
            <w:tcW w:w="2822" w:type="dxa"/>
          </w:tcPr>
          <w:p w14:paraId="25F23D69" w14:textId="77777777" w:rsidR="00D94E50" w:rsidRPr="00D35743" w:rsidRDefault="00000000">
            <w:pPr>
              <w:rPr>
                <w:rFonts w:cs="Times New Roman"/>
                <w:color w:val="000000" w:themeColor="text1"/>
                <w:sz w:val="22"/>
              </w:rPr>
            </w:pPr>
            <w:r w:rsidRPr="00D35743">
              <w:rPr>
                <w:rFonts w:cs="Times New Roman"/>
                <w:color w:val="000000" w:themeColor="text1"/>
                <w:sz w:val="22"/>
              </w:rPr>
              <w:t>0.37 (0.33–0.40)</w:t>
            </w:r>
          </w:p>
        </w:tc>
        <w:tc>
          <w:tcPr>
            <w:tcW w:w="2822" w:type="dxa"/>
          </w:tcPr>
          <w:p w14:paraId="592A98EB" w14:textId="77777777" w:rsidR="00D94E50" w:rsidRPr="00D35743" w:rsidRDefault="00000000">
            <w:pPr>
              <w:rPr>
                <w:rFonts w:cs="Times New Roman"/>
                <w:color w:val="000000" w:themeColor="text1"/>
                <w:sz w:val="22"/>
              </w:rPr>
            </w:pPr>
            <w:r w:rsidRPr="00D35743">
              <w:rPr>
                <w:rFonts w:cs="Times New Roman"/>
                <w:color w:val="000000" w:themeColor="text1"/>
                <w:sz w:val="22"/>
              </w:rPr>
              <w:t>177</w:t>
            </w:r>
          </w:p>
        </w:tc>
        <w:tc>
          <w:tcPr>
            <w:tcW w:w="2822" w:type="dxa"/>
          </w:tcPr>
          <w:p w14:paraId="52395CEA" w14:textId="77777777" w:rsidR="00D94E50" w:rsidRPr="00D35743" w:rsidRDefault="00000000">
            <w:pPr>
              <w:rPr>
                <w:rFonts w:cs="Times New Roman"/>
                <w:color w:val="000000" w:themeColor="text1"/>
                <w:sz w:val="22"/>
              </w:rPr>
            </w:pPr>
            <w:r w:rsidRPr="00D35743">
              <w:rPr>
                <w:rFonts w:cs="Times New Roman"/>
                <w:color w:val="000000" w:themeColor="text1"/>
                <w:sz w:val="22"/>
              </w:rPr>
              <w:t>0.50 (0.43–0.58)</w:t>
            </w:r>
          </w:p>
        </w:tc>
      </w:tr>
      <w:tr w:rsidR="00D94E50" w:rsidRPr="00D35743" w14:paraId="24585F7C" w14:textId="77777777">
        <w:tc>
          <w:tcPr>
            <w:tcW w:w="2822" w:type="dxa"/>
          </w:tcPr>
          <w:p w14:paraId="277CAF85" w14:textId="77777777" w:rsidR="00D94E50" w:rsidRPr="00D35743" w:rsidRDefault="00000000">
            <w:pPr>
              <w:rPr>
                <w:rFonts w:cs="Times New Roman"/>
                <w:color w:val="000000" w:themeColor="text1"/>
                <w:sz w:val="22"/>
              </w:rPr>
            </w:pPr>
            <w:r w:rsidRPr="00D35743">
              <w:rPr>
                <w:rFonts w:cs="Times New Roman"/>
                <w:color w:val="000000" w:themeColor="text1"/>
                <w:sz w:val="22"/>
              </w:rPr>
              <w:t>2002</w:t>
            </w:r>
          </w:p>
        </w:tc>
        <w:tc>
          <w:tcPr>
            <w:tcW w:w="2822" w:type="dxa"/>
          </w:tcPr>
          <w:p w14:paraId="75663EFB" w14:textId="77777777" w:rsidR="00D94E50" w:rsidRPr="00D35743" w:rsidRDefault="00000000">
            <w:pPr>
              <w:rPr>
                <w:rFonts w:cs="Times New Roman"/>
                <w:color w:val="000000" w:themeColor="text1"/>
                <w:sz w:val="22"/>
              </w:rPr>
            </w:pPr>
            <w:r w:rsidRPr="00D35743">
              <w:rPr>
                <w:rFonts w:cs="Times New Roman"/>
                <w:color w:val="000000" w:themeColor="text1"/>
                <w:sz w:val="22"/>
              </w:rPr>
              <w:t>549</w:t>
            </w:r>
          </w:p>
        </w:tc>
        <w:tc>
          <w:tcPr>
            <w:tcW w:w="2822" w:type="dxa"/>
          </w:tcPr>
          <w:p w14:paraId="6E8B0FD4" w14:textId="77777777" w:rsidR="00D94E50" w:rsidRPr="00D35743" w:rsidRDefault="00000000">
            <w:pPr>
              <w:rPr>
                <w:rFonts w:cs="Times New Roman"/>
                <w:color w:val="000000" w:themeColor="text1"/>
                <w:sz w:val="22"/>
              </w:rPr>
            </w:pPr>
            <w:r w:rsidRPr="00D35743">
              <w:rPr>
                <w:rFonts w:cs="Times New Roman"/>
                <w:color w:val="000000" w:themeColor="text1"/>
                <w:sz w:val="22"/>
              </w:rPr>
              <w:t>0.36 (0.33–0.39)</w:t>
            </w:r>
          </w:p>
        </w:tc>
        <w:tc>
          <w:tcPr>
            <w:tcW w:w="2822" w:type="dxa"/>
          </w:tcPr>
          <w:p w14:paraId="67EB2063" w14:textId="77777777" w:rsidR="00D94E50" w:rsidRPr="00D35743" w:rsidRDefault="00000000">
            <w:pPr>
              <w:rPr>
                <w:rFonts w:cs="Times New Roman"/>
                <w:color w:val="000000" w:themeColor="text1"/>
                <w:sz w:val="22"/>
              </w:rPr>
            </w:pPr>
            <w:r w:rsidRPr="00D35743">
              <w:rPr>
                <w:rFonts w:cs="Times New Roman"/>
                <w:color w:val="000000" w:themeColor="text1"/>
                <w:sz w:val="22"/>
              </w:rPr>
              <w:t>164</w:t>
            </w:r>
          </w:p>
        </w:tc>
        <w:tc>
          <w:tcPr>
            <w:tcW w:w="2822" w:type="dxa"/>
          </w:tcPr>
          <w:p w14:paraId="42467737" w14:textId="77777777" w:rsidR="00D94E50" w:rsidRPr="00D35743" w:rsidRDefault="00000000">
            <w:pPr>
              <w:rPr>
                <w:rFonts w:cs="Times New Roman"/>
                <w:color w:val="000000" w:themeColor="text1"/>
                <w:sz w:val="22"/>
              </w:rPr>
            </w:pPr>
            <w:r w:rsidRPr="00D35743">
              <w:rPr>
                <w:rFonts w:cs="Times New Roman"/>
                <w:color w:val="000000" w:themeColor="text1"/>
                <w:sz w:val="22"/>
              </w:rPr>
              <w:t>0.45 (0.38–0.52)</w:t>
            </w:r>
          </w:p>
        </w:tc>
      </w:tr>
      <w:tr w:rsidR="00D94E50" w:rsidRPr="00D35743" w14:paraId="1B8A98DC" w14:textId="77777777">
        <w:tc>
          <w:tcPr>
            <w:tcW w:w="2822" w:type="dxa"/>
          </w:tcPr>
          <w:p w14:paraId="6D53DE1A" w14:textId="77777777" w:rsidR="00D94E50" w:rsidRPr="00D35743" w:rsidRDefault="00000000">
            <w:pPr>
              <w:rPr>
                <w:rFonts w:cs="Times New Roman"/>
                <w:color w:val="000000" w:themeColor="text1"/>
                <w:sz w:val="22"/>
              </w:rPr>
            </w:pPr>
            <w:r w:rsidRPr="00D35743">
              <w:rPr>
                <w:rFonts w:cs="Times New Roman"/>
                <w:color w:val="000000" w:themeColor="text1"/>
                <w:sz w:val="22"/>
              </w:rPr>
              <w:t>2003</w:t>
            </w:r>
          </w:p>
        </w:tc>
        <w:tc>
          <w:tcPr>
            <w:tcW w:w="2822" w:type="dxa"/>
          </w:tcPr>
          <w:p w14:paraId="457C8547" w14:textId="77777777" w:rsidR="00D94E50" w:rsidRPr="00D35743" w:rsidRDefault="00000000">
            <w:pPr>
              <w:rPr>
                <w:rFonts w:cs="Times New Roman"/>
                <w:color w:val="000000" w:themeColor="text1"/>
                <w:sz w:val="22"/>
              </w:rPr>
            </w:pPr>
            <w:r w:rsidRPr="00D35743">
              <w:rPr>
                <w:rFonts w:cs="Times New Roman"/>
                <w:color w:val="000000" w:themeColor="text1"/>
                <w:sz w:val="22"/>
              </w:rPr>
              <w:t>487</w:t>
            </w:r>
          </w:p>
        </w:tc>
        <w:tc>
          <w:tcPr>
            <w:tcW w:w="2822" w:type="dxa"/>
          </w:tcPr>
          <w:p w14:paraId="5511DBF8" w14:textId="77777777" w:rsidR="00D94E50" w:rsidRPr="00D35743" w:rsidRDefault="00000000">
            <w:pPr>
              <w:rPr>
                <w:rFonts w:cs="Times New Roman"/>
                <w:color w:val="000000" w:themeColor="text1"/>
                <w:sz w:val="22"/>
              </w:rPr>
            </w:pPr>
            <w:r w:rsidRPr="00D35743">
              <w:rPr>
                <w:rFonts w:cs="Times New Roman"/>
                <w:color w:val="000000" w:themeColor="text1"/>
                <w:sz w:val="22"/>
              </w:rPr>
              <w:t>0.33 (0.30–0.36)</w:t>
            </w:r>
          </w:p>
        </w:tc>
        <w:tc>
          <w:tcPr>
            <w:tcW w:w="2822" w:type="dxa"/>
          </w:tcPr>
          <w:p w14:paraId="29309781" w14:textId="77777777" w:rsidR="00D94E50" w:rsidRPr="00D35743" w:rsidRDefault="00000000">
            <w:pPr>
              <w:rPr>
                <w:rFonts w:cs="Times New Roman"/>
                <w:color w:val="000000" w:themeColor="text1"/>
                <w:sz w:val="22"/>
              </w:rPr>
            </w:pPr>
            <w:r w:rsidRPr="00D35743">
              <w:rPr>
                <w:rFonts w:cs="Times New Roman"/>
                <w:color w:val="000000" w:themeColor="text1"/>
                <w:sz w:val="22"/>
              </w:rPr>
              <w:t>178</w:t>
            </w:r>
          </w:p>
        </w:tc>
        <w:tc>
          <w:tcPr>
            <w:tcW w:w="2822" w:type="dxa"/>
          </w:tcPr>
          <w:p w14:paraId="4831049B" w14:textId="77777777" w:rsidR="00D94E50" w:rsidRPr="00D35743" w:rsidRDefault="00000000">
            <w:pPr>
              <w:rPr>
                <w:rFonts w:cs="Times New Roman"/>
                <w:color w:val="000000" w:themeColor="text1"/>
                <w:sz w:val="22"/>
              </w:rPr>
            </w:pPr>
            <w:r w:rsidRPr="00D35743">
              <w:rPr>
                <w:rFonts w:cs="Times New Roman"/>
                <w:color w:val="000000" w:themeColor="text1"/>
                <w:sz w:val="22"/>
              </w:rPr>
              <w:t>0.50 (0.43–0.58)</w:t>
            </w:r>
          </w:p>
        </w:tc>
      </w:tr>
      <w:tr w:rsidR="00D94E50" w:rsidRPr="00D35743" w14:paraId="25CA9667" w14:textId="77777777">
        <w:tc>
          <w:tcPr>
            <w:tcW w:w="2822" w:type="dxa"/>
          </w:tcPr>
          <w:p w14:paraId="2F16EEA3" w14:textId="77777777" w:rsidR="00D94E50" w:rsidRPr="00D35743" w:rsidRDefault="00000000">
            <w:pPr>
              <w:rPr>
                <w:rFonts w:cs="Times New Roman"/>
                <w:color w:val="000000" w:themeColor="text1"/>
                <w:sz w:val="22"/>
              </w:rPr>
            </w:pPr>
            <w:r w:rsidRPr="00D35743">
              <w:rPr>
                <w:rFonts w:cs="Times New Roman"/>
                <w:color w:val="000000" w:themeColor="text1"/>
                <w:sz w:val="22"/>
              </w:rPr>
              <w:t>2004</w:t>
            </w:r>
          </w:p>
        </w:tc>
        <w:tc>
          <w:tcPr>
            <w:tcW w:w="2822" w:type="dxa"/>
          </w:tcPr>
          <w:p w14:paraId="1DCDBE54" w14:textId="77777777" w:rsidR="00D94E50" w:rsidRPr="00D35743" w:rsidRDefault="00000000">
            <w:pPr>
              <w:rPr>
                <w:rFonts w:cs="Times New Roman"/>
                <w:color w:val="000000" w:themeColor="text1"/>
                <w:sz w:val="22"/>
              </w:rPr>
            </w:pPr>
            <w:r w:rsidRPr="00D35743">
              <w:rPr>
                <w:rFonts w:cs="Times New Roman"/>
                <w:color w:val="000000" w:themeColor="text1"/>
                <w:sz w:val="22"/>
              </w:rPr>
              <w:t>494</w:t>
            </w:r>
          </w:p>
        </w:tc>
        <w:tc>
          <w:tcPr>
            <w:tcW w:w="2822" w:type="dxa"/>
          </w:tcPr>
          <w:p w14:paraId="790B718E" w14:textId="77777777" w:rsidR="00D94E50" w:rsidRPr="00D35743" w:rsidRDefault="00000000">
            <w:pPr>
              <w:rPr>
                <w:rFonts w:cs="Times New Roman"/>
                <w:color w:val="000000" w:themeColor="text1"/>
                <w:sz w:val="22"/>
              </w:rPr>
            </w:pPr>
            <w:r w:rsidRPr="00D35743">
              <w:rPr>
                <w:rFonts w:cs="Times New Roman"/>
                <w:color w:val="000000" w:themeColor="text1"/>
                <w:sz w:val="22"/>
              </w:rPr>
              <w:t>0.29 (0.27–0.32)</w:t>
            </w:r>
          </w:p>
        </w:tc>
        <w:tc>
          <w:tcPr>
            <w:tcW w:w="2822" w:type="dxa"/>
          </w:tcPr>
          <w:p w14:paraId="47105B02" w14:textId="77777777" w:rsidR="00D94E50" w:rsidRPr="00D35743" w:rsidRDefault="00000000">
            <w:pPr>
              <w:rPr>
                <w:rFonts w:cs="Times New Roman"/>
                <w:color w:val="000000" w:themeColor="text1"/>
                <w:sz w:val="22"/>
              </w:rPr>
            </w:pPr>
            <w:r w:rsidRPr="00D35743">
              <w:rPr>
                <w:rFonts w:cs="Times New Roman"/>
                <w:color w:val="000000" w:themeColor="text1"/>
                <w:sz w:val="22"/>
              </w:rPr>
              <w:t>146</w:t>
            </w:r>
          </w:p>
        </w:tc>
        <w:tc>
          <w:tcPr>
            <w:tcW w:w="2822" w:type="dxa"/>
          </w:tcPr>
          <w:p w14:paraId="59803052" w14:textId="77777777" w:rsidR="00D94E50" w:rsidRPr="00D35743" w:rsidRDefault="00000000">
            <w:pPr>
              <w:rPr>
                <w:rFonts w:cs="Times New Roman"/>
                <w:color w:val="000000" w:themeColor="text1"/>
                <w:sz w:val="22"/>
              </w:rPr>
            </w:pPr>
            <w:r w:rsidRPr="00D35743">
              <w:rPr>
                <w:rFonts w:cs="Times New Roman"/>
                <w:color w:val="000000" w:themeColor="text1"/>
                <w:sz w:val="22"/>
              </w:rPr>
              <w:t>0.42 (0.35–0.49)</w:t>
            </w:r>
          </w:p>
        </w:tc>
      </w:tr>
      <w:tr w:rsidR="00D94E50" w:rsidRPr="00D35743" w14:paraId="3D3308AF" w14:textId="77777777">
        <w:tc>
          <w:tcPr>
            <w:tcW w:w="2822" w:type="dxa"/>
          </w:tcPr>
          <w:p w14:paraId="67F8B45F" w14:textId="77777777" w:rsidR="00D94E50" w:rsidRPr="00D35743" w:rsidRDefault="00000000">
            <w:pPr>
              <w:rPr>
                <w:rFonts w:cs="Times New Roman"/>
                <w:color w:val="000000" w:themeColor="text1"/>
                <w:sz w:val="22"/>
              </w:rPr>
            </w:pPr>
            <w:r w:rsidRPr="00D35743">
              <w:rPr>
                <w:rFonts w:cs="Times New Roman"/>
                <w:color w:val="000000" w:themeColor="text1"/>
                <w:sz w:val="22"/>
              </w:rPr>
              <w:t>2005</w:t>
            </w:r>
          </w:p>
        </w:tc>
        <w:tc>
          <w:tcPr>
            <w:tcW w:w="2822" w:type="dxa"/>
          </w:tcPr>
          <w:p w14:paraId="4B2CA13D" w14:textId="77777777" w:rsidR="00D94E50" w:rsidRPr="00D35743" w:rsidRDefault="00000000">
            <w:pPr>
              <w:rPr>
                <w:rFonts w:cs="Times New Roman"/>
                <w:color w:val="000000" w:themeColor="text1"/>
                <w:sz w:val="22"/>
              </w:rPr>
            </w:pPr>
            <w:r w:rsidRPr="00D35743">
              <w:rPr>
                <w:rFonts w:cs="Times New Roman"/>
                <w:color w:val="000000" w:themeColor="text1"/>
                <w:sz w:val="22"/>
              </w:rPr>
              <w:t>505</w:t>
            </w:r>
          </w:p>
        </w:tc>
        <w:tc>
          <w:tcPr>
            <w:tcW w:w="2822" w:type="dxa"/>
          </w:tcPr>
          <w:p w14:paraId="0A327D40" w14:textId="77777777" w:rsidR="00D94E50" w:rsidRPr="00D35743" w:rsidRDefault="00000000">
            <w:pPr>
              <w:rPr>
                <w:rFonts w:cs="Times New Roman"/>
                <w:color w:val="000000" w:themeColor="text1"/>
                <w:sz w:val="22"/>
              </w:rPr>
            </w:pPr>
            <w:r w:rsidRPr="00D35743">
              <w:rPr>
                <w:rFonts w:cs="Times New Roman"/>
                <w:color w:val="000000" w:themeColor="text1"/>
                <w:sz w:val="22"/>
              </w:rPr>
              <w:t>0.34 (0.31–0.37)</w:t>
            </w:r>
          </w:p>
        </w:tc>
        <w:tc>
          <w:tcPr>
            <w:tcW w:w="2822" w:type="dxa"/>
          </w:tcPr>
          <w:p w14:paraId="4DFBBCCB" w14:textId="77777777" w:rsidR="00D94E50" w:rsidRPr="00D35743" w:rsidRDefault="00000000">
            <w:pPr>
              <w:rPr>
                <w:rFonts w:cs="Times New Roman"/>
                <w:color w:val="000000" w:themeColor="text1"/>
                <w:sz w:val="22"/>
              </w:rPr>
            </w:pPr>
            <w:r w:rsidRPr="00D35743">
              <w:rPr>
                <w:rFonts w:cs="Times New Roman"/>
                <w:color w:val="000000" w:themeColor="text1"/>
                <w:sz w:val="22"/>
              </w:rPr>
              <w:t>195</w:t>
            </w:r>
          </w:p>
        </w:tc>
        <w:tc>
          <w:tcPr>
            <w:tcW w:w="2822" w:type="dxa"/>
          </w:tcPr>
          <w:p w14:paraId="4D868898" w14:textId="77777777" w:rsidR="00D94E50" w:rsidRPr="00D35743" w:rsidRDefault="00000000">
            <w:pPr>
              <w:rPr>
                <w:rFonts w:cs="Times New Roman"/>
                <w:color w:val="000000" w:themeColor="text1"/>
                <w:sz w:val="22"/>
              </w:rPr>
            </w:pPr>
            <w:r w:rsidRPr="00D35743">
              <w:rPr>
                <w:rFonts w:cs="Times New Roman"/>
                <w:color w:val="000000" w:themeColor="text1"/>
                <w:sz w:val="22"/>
              </w:rPr>
              <w:t>0.56 (0.48–0.64)</w:t>
            </w:r>
          </w:p>
        </w:tc>
      </w:tr>
      <w:tr w:rsidR="00D94E50" w:rsidRPr="00D35743" w14:paraId="4CD4DAD5" w14:textId="77777777">
        <w:tc>
          <w:tcPr>
            <w:tcW w:w="2822" w:type="dxa"/>
          </w:tcPr>
          <w:p w14:paraId="69E0F6C4"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2822" w:type="dxa"/>
          </w:tcPr>
          <w:p w14:paraId="7667AB32" w14:textId="77777777" w:rsidR="00D94E50" w:rsidRPr="00D35743" w:rsidRDefault="00000000">
            <w:pPr>
              <w:rPr>
                <w:rFonts w:cs="Times New Roman"/>
                <w:color w:val="000000" w:themeColor="text1"/>
                <w:sz w:val="22"/>
              </w:rPr>
            </w:pPr>
            <w:r w:rsidRPr="00D35743">
              <w:rPr>
                <w:rFonts w:cs="Times New Roman"/>
                <w:color w:val="000000" w:themeColor="text1"/>
                <w:sz w:val="22"/>
              </w:rPr>
              <w:t>479</w:t>
            </w:r>
          </w:p>
        </w:tc>
        <w:tc>
          <w:tcPr>
            <w:tcW w:w="2822" w:type="dxa"/>
          </w:tcPr>
          <w:p w14:paraId="021F8FE2" w14:textId="77777777" w:rsidR="00D94E50" w:rsidRPr="00D35743" w:rsidRDefault="00000000">
            <w:pPr>
              <w:rPr>
                <w:rFonts w:cs="Times New Roman"/>
                <w:color w:val="000000" w:themeColor="text1"/>
                <w:sz w:val="22"/>
              </w:rPr>
            </w:pPr>
            <w:r w:rsidRPr="00D35743">
              <w:rPr>
                <w:rFonts w:cs="Times New Roman"/>
                <w:color w:val="000000" w:themeColor="text1"/>
                <w:sz w:val="22"/>
              </w:rPr>
              <w:t>0.28 (0.26–0.31)</w:t>
            </w:r>
          </w:p>
        </w:tc>
        <w:tc>
          <w:tcPr>
            <w:tcW w:w="2822" w:type="dxa"/>
          </w:tcPr>
          <w:p w14:paraId="0FDF882D" w14:textId="77777777" w:rsidR="00D94E50" w:rsidRPr="00D35743" w:rsidRDefault="00000000">
            <w:pPr>
              <w:rPr>
                <w:rFonts w:cs="Times New Roman"/>
                <w:color w:val="000000" w:themeColor="text1"/>
                <w:sz w:val="22"/>
              </w:rPr>
            </w:pPr>
            <w:r w:rsidRPr="00D35743">
              <w:rPr>
                <w:rFonts w:cs="Times New Roman"/>
                <w:color w:val="000000" w:themeColor="text1"/>
                <w:sz w:val="22"/>
              </w:rPr>
              <w:t>146</w:t>
            </w:r>
          </w:p>
        </w:tc>
        <w:tc>
          <w:tcPr>
            <w:tcW w:w="2822" w:type="dxa"/>
          </w:tcPr>
          <w:p w14:paraId="0D77ED3C" w14:textId="77777777" w:rsidR="00D94E50" w:rsidRPr="00D35743" w:rsidRDefault="00000000">
            <w:pPr>
              <w:rPr>
                <w:rFonts w:cs="Times New Roman"/>
                <w:color w:val="000000" w:themeColor="text1"/>
                <w:sz w:val="22"/>
              </w:rPr>
            </w:pPr>
            <w:r w:rsidRPr="00D35743">
              <w:rPr>
                <w:rFonts w:cs="Times New Roman"/>
                <w:color w:val="000000" w:themeColor="text1"/>
                <w:sz w:val="22"/>
              </w:rPr>
              <w:t>0.40 (0.34–0.47)</w:t>
            </w:r>
          </w:p>
        </w:tc>
      </w:tr>
      <w:tr w:rsidR="00D94E50" w:rsidRPr="00D35743" w14:paraId="303B8B38" w14:textId="77777777">
        <w:tc>
          <w:tcPr>
            <w:tcW w:w="2822" w:type="dxa"/>
          </w:tcPr>
          <w:p w14:paraId="1CDBF486"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822" w:type="dxa"/>
          </w:tcPr>
          <w:p w14:paraId="3D4075AC" w14:textId="77777777" w:rsidR="00D94E50" w:rsidRPr="00D35743" w:rsidRDefault="00000000">
            <w:pPr>
              <w:rPr>
                <w:rFonts w:cs="Times New Roman"/>
                <w:color w:val="000000" w:themeColor="text1"/>
                <w:sz w:val="22"/>
              </w:rPr>
            </w:pPr>
            <w:r w:rsidRPr="00D35743">
              <w:rPr>
                <w:rFonts w:cs="Times New Roman"/>
                <w:color w:val="000000" w:themeColor="text1"/>
                <w:sz w:val="22"/>
              </w:rPr>
              <w:t>477</w:t>
            </w:r>
          </w:p>
        </w:tc>
        <w:tc>
          <w:tcPr>
            <w:tcW w:w="2822" w:type="dxa"/>
          </w:tcPr>
          <w:p w14:paraId="6CEF1BC7" w14:textId="77777777" w:rsidR="00D94E50" w:rsidRPr="00D35743" w:rsidRDefault="00000000">
            <w:pPr>
              <w:rPr>
                <w:rFonts w:cs="Times New Roman"/>
                <w:color w:val="000000" w:themeColor="text1"/>
                <w:sz w:val="22"/>
              </w:rPr>
            </w:pPr>
            <w:r w:rsidRPr="00D35743">
              <w:rPr>
                <w:rFonts w:cs="Times New Roman"/>
                <w:color w:val="000000" w:themeColor="text1"/>
                <w:sz w:val="22"/>
              </w:rPr>
              <w:t>0.28 (0.26–0.31)</w:t>
            </w:r>
          </w:p>
        </w:tc>
        <w:tc>
          <w:tcPr>
            <w:tcW w:w="2822" w:type="dxa"/>
          </w:tcPr>
          <w:p w14:paraId="2C098865" w14:textId="77777777" w:rsidR="00D94E50" w:rsidRPr="00D35743" w:rsidRDefault="00000000">
            <w:pPr>
              <w:rPr>
                <w:rFonts w:cs="Times New Roman"/>
                <w:color w:val="000000" w:themeColor="text1"/>
                <w:sz w:val="22"/>
              </w:rPr>
            </w:pPr>
            <w:r w:rsidRPr="00D35743">
              <w:rPr>
                <w:rFonts w:cs="Times New Roman"/>
                <w:color w:val="000000" w:themeColor="text1"/>
                <w:sz w:val="22"/>
              </w:rPr>
              <w:t>149</w:t>
            </w:r>
          </w:p>
        </w:tc>
        <w:tc>
          <w:tcPr>
            <w:tcW w:w="2822" w:type="dxa"/>
          </w:tcPr>
          <w:p w14:paraId="04C26223" w14:textId="77777777" w:rsidR="00D94E50" w:rsidRPr="00D35743" w:rsidRDefault="00000000">
            <w:pPr>
              <w:rPr>
                <w:rFonts w:cs="Times New Roman"/>
                <w:color w:val="000000" w:themeColor="text1"/>
                <w:sz w:val="22"/>
              </w:rPr>
            </w:pPr>
            <w:r w:rsidRPr="00D35743">
              <w:rPr>
                <w:rFonts w:cs="Times New Roman"/>
                <w:color w:val="000000" w:themeColor="text1"/>
                <w:sz w:val="22"/>
              </w:rPr>
              <w:t>0.41 (0.34–0.47)</w:t>
            </w:r>
          </w:p>
        </w:tc>
      </w:tr>
      <w:tr w:rsidR="00D94E50" w:rsidRPr="00D35743" w14:paraId="64F2C705" w14:textId="77777777">
        <w:tc>
          <w:tcPr>
            <w:tcW w:w="2822" w:type="dxa"/>
          </w:tcPr>
          <w:p w14:paraId="7758A727"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822" w:type="dxa"/>
          </w:tcPr>
          <w:p w14:paraId="1F116BC5" w14:textId="77777777" w:rsidR="00D94E50" w:rsidRPr="00D35743" w:rsidRDefault="00000000">
            <w:pPr>
              <w:rPr>
                <w:rFonts w:cs="Times New Roman"/>
                <w:color w:val="000000" w:themeColor="text1"/>
                <w:sz w:val="22"/>
              </w:rPr>
            </w:pPr>
            <w:r w:rsidRPr="00D35743">
              <w:rPr>
                <w:rFonts w:cs="Times New Roman"/>
                <w:color w:val="000000" w:themeColor="text1"/>
                <w:sz w:val="22"/>
              </w:rPr>
              <w:t>462</w:t>
            </w:r>
          </w:p>
        </w:tc>
        <w:tc>
          <w:tcPr>
            <w:tcW w:w="2822" w:type="dxa"/>
          </w:tcPr>
          <w:p w14:paraId="7A602DEB" w14:textId="77777777" w:rsidR="00D94E50" w:rsidRPr="00D35743" w:rsidRDefault="00000000">
            <w:pPr>
              <w:rPr>
                <w:rFonts w:cs="Times New Roman"/>
                <w:color w:val="000000" w:themeColor="text1"/>
                <w:sz w:val="22"/>
              </w:rPr>
            </w:pPr>
            <w:r w:rsidRPr="00D35743">
              <w:rPr>
                <w:rFonts w:cs="Times New Roman"/>
                <w:color w:val="000000" w:themeColor="text1"/>
                <w:sz w:val="22"/>
              </w:rPr>
              <w:t>0.27 (0.24–0.29)</w:t>
            </w:r>
          </w:p>
        </w:tc>
        <w:tc>
          <w:tcPr>
            <w:tcW w:w="2822" w:type="dxa"/>
          </w:tcPr>
          <w:p w14:paraId="56CE89E7" w14:textId="77777777" w:rsidR="00D94E50" w:rsidRPr="00D35743" w:rsidRDefault="00000000">
            <w:pPr>
              <w:rPr>
                <w:rFonts w:cs="Times New Roman"/>
                <w:color w:val="000000" w:themeColor="text1"/>
                <w:sz w:val="22"/>
              </w:rPr>
            </w:pPr>
            <w:r w:rsidRPr="00D35743">
              <w:rPr>
                <w:rFonts w:cs="Times New Roman"/>
                <w:color w:val="000000" w:themeColor="text1"/>
                <w:sz w:val="22"/>
              </w:rPr>
              <w:t>161</w:t>
            </w:r>
          </w:p>
        </w:tc>
        <w:tc>
          <w:tcPr>
            <w:tcW w:w="2822" w:type="dxa"/>
          </w:tcPr>
          <w:p w14:paraId="4C8D5495" w14:textId="77777777" w:rsidR="00D94E50" w:rsidRPr="00D35743" w:rsidRDefault="00000000">
            <w:pPr>
              <w:rPr>
                <w:rFonts w:cs="Times New Roman"/>
                <w:color w:val="000000" w:themeColor="text1"/>
                <w:sz w:val="22"/>
              </w:rPr>
            </w:pPr>
            <w:r w:rsidRPr="00D35743">
              <w:rPr>
                <w:rFonts w:cs="Times New Roman"/>
                <w:color w:val="000000" w:themeColor="text1"/>
                <w:sz w:val="22"/>
              </w:rPr>
              <w:t>0.45 (0.37–0.52)</w:t>
            </w:r>
          </w:p>
        </w:tc>
      </w:tr>
      <w:tr w:rsidR="00D94E50" w:rsidRPr="00D35743" w14:paraId="56053EC2" w14:textId="77777777">
        <w:tc>
          <w:tcPr>
            <w:tcW w:w="2822" w:type="dxa"/>
          </w:tcPr>
          <w:p w14:paraId="50CA046D" w14:textId="77777777" w:rsidR="00D94E50" w:rsidRPr="00D35743" w:rsidRDefault="00000000">
            <w:pPr>
              <w:rPr>
                <w:rFonts w:cs="Times New Roman"/>
                <w:color w:val="000000" w:themeColor="text1"/>
                <w:sz w:val="22"/>
              </w:rPr>
            </w:pPr>
            <w:r w:rsidRPr="00D35743">
              <w:rPr>
                <w:rFonts w:cs="Times New Roman"/>
                <w:color w:val="000000" w:themeColor="text1"/>
                <w:sz w:val="22"/>
              </w:rPr>
              <w:t>2009</w:t>
            </w:r>
          </w:p>
        </w:tc>
        <w:tc>
          <w:tcPr>
            <w:tcW w:w="2822" w:type="dxa"/>
          </w:tcPr>
          <w:p w14:paraId="71189BDE" w14:textId="77777777" w:rsidR="00D94E50" w:rsidRPr="00D35743" w:rsidRDefault="00000000">
            <w:pPr>
              <w:rPr>
                <w:rFonts w:cs="Times New Roman"/>
                <w:color w:val="000000" w:themeColor="text1"/>
                <w:sz w:val="22"/>
              </w:rPr>
            </w:pPr>
            <w:r w:rsidRPr="00D35743">
              <w:rPr>
                <w:rFonts w:cs="Times New Roman"/>
                <w:color w:val="000000" w:themeColor="text1"/>
                <w:sz w:val="22"/>
              </w:rPr>
              <w:t>591</w:t>
            </w:r>
          </w:p>
        </w:tc>
        <w:tc>
          <w:tcPr>
            <w:tcW w:w="2822" w:type="dxa"/>
          </w:tcPr>
          <w:p w14:paraId="58207E6C" w14:textId="77777777" w:rsidR="00D94E50" w:rsidRPr="00D35743" w:rsidRDefault="00000000">
            <w:pPr>
              <w:rPr>
                <w:rFonts w:cs="Times New Roman"/>
                <w:color w:val="000000" w:themeColor="text1"/>
                <w:sz w:val="22"/>
              </w:rPr>
            </w:pPr>
            <w:r w:rsidRPr="00D35743">
              <w:rPr>
                <w:rFonts w:cs="Times New Roman"/>
                <w:color w:val="000000" w:themeColor="text1"/>
                <w:sz w:val="22"/>
              </w:rPr>
              <w:t>0.31 (0.29–0.34)</w:t>
            </w:r>
          </w:p>
        </w:tc>
        <w:tc>
          <w:tcPr>
            <w:tcW w:w="2822" w:type="dxa"/>
          </w:tcPr>
          <w:p w14:paraId="719EC8ED" w14:textId="77777777" w:rsidR="00D94E50" w:rsidRPr="00D35743" w:rsidRDefault="00000000">
            <w:pPr>
              <w:rPr>
                <w:rFonts w:cs="Times New Roman"/>
                <w:color w:val="000000" w:themeColor="text1"/>
                <w:sz w:val="22"/>
              </w:rPr>
            </w:pPr>
            <w:r w:rsidRPr="00D35743">
              <w:rPr>
                <w:rFonts w:cs="Times New Roman"/>
                <w:color w:val="000000" w:themeColor="text1"/>
                <w:sz w:val="22"/>
              </w:rPr>
              <w:t>174</w:t>
            </w:r>
          </w:p>
        </w:tc>
        <w:tc>
          <w:tcPr>
            <w:tcW w:w="2822" w:type="dxa"/>
          </w:tcPr>
          <w:p w14:paraId="738F282D" w14:textId="77777777" w:rsidR="00D94E50" w:rsidRPr="00D35743" w:rsidRDefault="00000000">
            <w:pPr>
              <w:rPr>
                <w:rFonts w:cs="Times New Roman"/>
                <w:color w:val="000000" w:themeColor="text1"/>
                <w:sz w:val="22"/>
              </w:rPr>
            </w:pPr>
            <w:r w:rsidRPr="00D35743">
              <w:rPr>
                <w:rFonts w:cs="Times New Roman"/>
                <w:color w:val="000000" w:themeColor="text1"/>
                <w:sz w:val="22"/>
              </w:rPr>
              <w:t>0.46 (0.39–0.53)</w:t>
            </w:r>
          </w:p>
        </w:tc>
      </w:tr>
      <w:tr w:rsidR="00D94E50" w:rsidRPr="00D35743" w14:paraId="26E2AEDC" w14:textId="77777777">
        <w:tc>
          <w:tcPr>
            <w:tcW w:w="2822" w:type="dxa"/>
          </w:tcPr>
          <w:p w14:paraId="22456E6C"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2822" w:type="dxa"/>
          </w:tcPr>
          <w:p w14:paraId="5CA9E5D2" w14:textId="77777777" w:rsidR="00D94E50" w:rsidRPr="00D35743" w:rsidRDefault="00000000">
            <w:pPr>
              <w:rPr>
                <w:rFonts w:cs="Times New Roman"/>
                <w:color w:val="000000" w:themeColor="text1"/>
                <w:sz w:val="22"/>
              </w:rPr>
            </w:pPr>
            <w:r w:rsidRPr="00D35743">
              <w:rPr>
                <w:rFonts w:cs="Times New Roman"/>
                <w:color w:val="000000" w:themeColor="text1"/>
                <w:sz w:val="22"/>
              </w:rPr>
              <w:t>551</w:t>
            </w:r>
          </w:p>
        </w:tc>
        <w:tc>
          <w:tcPr>
            <w:tcW w:w="2822" w:type="dxa"/>
          </w:tcPr>
          <w:p w14:paraId="7CE29927" w14:textId="77777777" w:rsidR="00D94E50" w:rsidRPr="00D35743" w:rsidRDefault="00000000">
            <w:pPr>
              <w:rPr>
                <w:rFonts w:cs="Times New Roman"/>
                <w:color w:val="000000" w:themeColor="text1"/>
                <w:sz w:val="22"/>
              </w:rPr>
            </w:pPr>
            <w:r w:rsidRPr="00D35743">
              <w:rPr>
                <w:rFonts w:cs="Times New Roman"/>
                <w:color w:val="000000" w:themeColor="text1"/>
                <w:sz w:val="22"/>
              </w:rPr>
              <w:t>0.29 (0.26–0.31)</w:t>
            </w:r>
          </w:p>
        </w:tc>
        <w:tc>
          <w:tcPr>
            <w:tcW w:w="2822" w:type="dxa"/>
          </w:tcPr>
          <w:p w14:paraId="1C1A74A4" w14:textId="77777777" w:rsidR="00D94E50" w:rsidRPr="00D35743" w:rsidRDefault="00000000">
            <w:pPr>
              <w:rPr>
                <w:rFonts w:cs="Times New Roman"/>
                <w:color w:val="000000" w:themeColor="text1"/>
                <w:sz w:val="22"/>
              </w:rPr>
            </w:pPr>
            <w:r w:rsidRPr="00D35743">
              <w:rPr>
                <w:rFonts w:cs="Times New Roman"/>
                <w:color w:val="000000" w:themeColor="text1"/>
                <w:sz w:val="22"/>
              </w:rPr>
              <w:t>163</w:t>
            </w:r>
          </w:p>
        </w:tc>
        <w:tc>
          <w:tcPr>
            <w:tcW w:w="2822" w:type="dxa"/>
          </w:tcPr>
          <w:p w14:paraId="3DF97AA4" w14:textId="77777777" w:rsidR="00D94E50" w:rsidRPr="00D35743" w:rsidRDefault="00000000">
            <w:pPr>
              <w:rPr>
                <w:rFonts w:cs="Times New Roman"/>
                <w:color w:val="000000" w:themeColor="text1"/>
                <w:sz w:val="22"/>
              </w:rPr>
            </w:pPr>
            <w:r w:rsidRPr="00D35743">
              <w:rPr>
                <w:rFonts w:cs="Times New Roman"/>
                <w:color w:val="000000" w:themeColor="text1"/>
                <w:sz w:val="22"/>
              </w:rPr>
              <w:t>0.41 (0.35–0.48)</w:t>
            </w:r>
          </w:p>
        </w:tc>
      </w:tr>
      <w:tr w:rsidR="00D94E50" w:rsidRPr="00D35743" w14:paraId="17723174" w14:textId="77777777">
        <w:tc>
          <w:tcPr>
            <w:tcW w:w="2822" w:type="dxa"/>
          </w:tcPr>
          <w:p w14:paraId="615AFA1F" w14:textId="77777777" w:rsidR="00D94E50" w:rsidRPr="00D35743" w:rsidRDefault="00000000">
            <w:pPr>
              <w:rPr>
                <w:rFonts w:cs="Times New Roman"/>
                <w:color w:val="000000" w:themeColor="text1"/>
                <w:sz w:val="22"/>
              </w:rPr>
            </w:pPr>
            <w:r w:rsidRPr="00D35743">
              <w:rPr>
                <w:rFonts w:cs="Times New Roman"/>
                <w:color w:val="000000" w:themeColor="text1"/>
                <w:sz w:val="22"/>
              </w:rPr>
              <w:t>2011</w:t>
            </w:r>
          </w:p>
        </w:tc>
        <w:tc>
          <w:tcPr>
            <w:tcW w:w="2822" w:type="dxa"/>
          </w:tcPr>
          <w:p w14:paraId="7A3A6D0C" w14:textId="77777777" w:rsidR="00D94E50" w:rsidRPr="00D35743" w:rsidRDefault="00000000">
            <w:pPr>
              <w:rPr>
                <w:rFonts w:cs="Times New Roman"/>
                <w:color w:val="000000" w:themeColor="text1"/>
                <w:sz w:val="22"/>
              </w:rPr>
            </w:pPr>
            <w:r w:rsidRPr="00D35743">
              <w:rPr>
                <w:rFonts w:cs="Times New Roman"/>
                <w:color w:val="000000" w:themeColor="text1"/>
                <w:sz w:val="22"/>
              </w:rPr>
              <w:t>621</w:t>
            </w:r>
          </w:p>
        </w:tc>
        <w:tc>
          <w:tcPr>
            <w:tcW w:w="2822" w:type="dxa"/>
          </w:tcPr>
          <w:p w14:paraId="2E7653E1" w14:textId="77777777" w:rsidR="00D94E50" w:rsidRPr="00D35743" w:rsidRDefault="00000000">
            <w:pPr>
              <w:rPr>
                <w:rFonts w:cs="Times New Roman"/>
                <w:color w:val="000000" w:themeColor="text1"/>
                <w:sz w:val="22"/>
              </w:rPr>
            </w:pPr>
            <w:r w:rsidRPr="00D35743">
              <w:rPr>
                <w:rFonts w:cs="Times New Roman"/>
                <w:color w:val="000000" w:themeColor="text1"/>
                <w:sz w:val="22"/>
              </w:rPr>
              <w:t>0.32 (0.29–0.35)</w:t>
            </w:r>
          </w:p>
        </w:tc>
        <w:tc>
          <w:tcPr>
            <w:tcW w:w="2822" w:type="dxa"/>
          </w:tcPr>
          <w:p w14:paraId="0C7CB595" w14:textId="77777777" w:rsidR="00D94E50" w:rsidRPr="00D35743" w:rsidRDefault="00000000">
            <w:pPr>
              <w:rPr>
                <w:rFonts w:cs="Times New Roman"/>
                <w:color w:val="000000" w:themeColor="text1"/>
                <w:sz w:val="22"/>
              </w:rPr>
            </w:pPr>
            <w:r w:rsidRPr="00D35743">
              <w:rPr>
                <w:rFonts w:cs="Times New Roman"/>
                <w:color w:val="000000" w:themeColor="text1"/>
                <w:sz w:val="22"/>
              </w:rPr>
              <w:t>174</w:t>
            </w:r>
          </w:p>
        </w:tc>
        <w:tc>
          <w:tcPr>
            <w:tcW w:w="2822" w:type="dxa"/>
          </w:tcPr>
          <w:p w14:paraId="274EDC9D" w14:textId="77777777" w:rsidR="00D94E50" w:rsidRPr="00D35743" w:rsidRDefault="00000000">
            <w:pPr>
              <w:rPr>
                <w:rFonts w:cs="Times New Roman"/>
                <w:color w:val="000000" w:themeColor="text1"/>
                <w:sz w:val="22"/>
              </w:rPr>
            </w:pPr>
            <w:r w:rsidRPr="00D35743">
              <w:rPr>
                <w:rFonts w:cs="Times New Roman"/>
                <w:color w:val="000000" w:themeColor="text1"/>
                <w:sz w:val="22"/>
              </w:rPr>
              <w:t>0.47 (0.39–0.54)</w:t>
            </w:r>
          </w:p>
        </w:tc>
      </w:tr>
      <w:tr w:rsidR="00D94E50" w:rsidRPr="00D35743" w14:paraId="4D27D197" w14:textId="77777777">
        <w:tc>
          <w:tcPr>
            <w:tcW w:w="2822" w:type="dxa"/>
          </w:tcPr>
          <w:p w14:paraId="12DFEE62" w14:textId="77777777" w:rsidR="00D94E50" w:rsidRPr="00D35743" w:rsidRDefault="00000000">
            <w:pPr>
              <w:rPr>
                <w:rFonts w:cs="Times New Roman"/>
                <w:color w:val="000000" w:themeColor="text1"/>
                <w:sz w:val="22"/>
              </w:rPr>
            </w:pPr>
            <w:r w:rsidRPr="00D35743">
              <w:rPr>
                <w:rFonts w:cs="Times New Roman"/>
                <w:color w:val="000000" w:themeColor="text1"/>
                <w:sz w:val="22"/>
              </w:rPr>
              <w:t>2012</w:t>
            </w:r>
          </w:p>
        </w:tc>
        <w:tc>
          <w:tcPr>
            <w:tcW w:w="2822" w:type="dxa"/>
          </w:tcPr>
          <w:p w14:paraId="33C8E4C4" w14:textId="77777777" w:rsidR="00D94E50" w:rsidRPr="00D35743" w:rsidRDefault="00000000">
            <w:pPr>
              <w:rPr>
                <w:rFonts w:cs="Times New Roman"/>
                <w:color w:val="000000" w:themeColor="text1"/>
                <w:sz w:val="22"/>
              </w:rPr>
            </w:pPr>
            <w:r w:rsidRPr="00D35743">
              <w:rPr>
                <w:rFonts w:cs="Times New Roman"/>
                <w:color w:val="000000" w:themeColor="text1"/>
                <w:sz w:val="22"/>
              </w:rPr>
              <w:t>641</w:t>
            </w:r>
          </w:p>
        </w:tc>
        <w:tc>
          <w:tcPr>
            <w:tcW w:w="2822" w:type="dxa"/>
          </w:tcPr>
          <w:p w14:paraId="3CFD11C3" w14:textId="77777777" w:rsidR="00D94E50" w:rsidRPr="00D35743" w:rsidRDefault="00000000">
            <w:pPr>
              <w:rPr>
                <w:rFonts w:cs="Times New Roman"/>
                <w:color w:val="000000" w:themeColor="text1"/>
                <w:sz w:val="22"/>
              </w:rPr>
            </w:pPr>
            <w:r w:rsidRPr="00D35743">
              <w:rPr>
                <w:rFonts w:cs="Times New Roman"/>
                <w:color w:val="000000" w:themeColor="text1"/>
                <w:sz w:val="22"/>
              </w:rPr>
              <w:t>0.33 (0.31–0.36)</w:t>
            </w:r>
          </w:p>
        </w:tc>
        <w:tc>
          <w:tcPr>
            <w:tcW w:w="2822" w:type="dxa"/>
          </w:tcPr>
          <w:p w14:paraId="539F4885" w14:textId="77777777" w:rsidR="00D94E50" w:rsidRPr="00D35743" w:rsidRDefault="00000000">
            <w:pPr>
              <w:rPr>
                <w:rFonts w:cs="Times New Roman"/>
                <w:color w:val="000000" w:themeColor="text1"/>
                <w:sz w:val="22"/>
              </w:rPr>
            </w:pPr>
            <w:r w:rsidRPr="00D35743">
              <w:rPr>
                <w:rFonts w:cs="Times New Roman"/>
                <w:color w:val="000000" w:themeColor="text1"/>
                <w:sz w:val="22"/>
              </w:rPr>
              <w:t>179</w:t>
            </w:r>
          </w:p>
        </w:tc>
        <w:tc>
          <w:tcPr>
            <w:tcW w:w="2822" w:type="dxa"/>
          </w:tcPr>
          <w:p w14:paraId="20ADF8A0" w14:textId="77777777" w:rsidR="00D94E50" w:rsidRPr="00D35743" w:rsidRDefault="00000000">
            <w:pPr>
              <w:rPr>
                <w:rFonts w:cs="Times New Roman"/>
                <w:color w:val="000000" w:themeColor="text1"/>
                <w:sz w:val="22"/>
              </w:rPr>
            </w:pPr>
            <w:r w:rsidRPr="00D35743">
              <w:rPr>
                <w:rFonts w:cs="Times New Roman"/>
                <w:color w:val="000000" w:themeColor="text1"/>
                <w:sz w:val="22"/>
              </w:rPr>
              <w:t>0.46 (0.39–0.54)</w:t>
            </w:r>
          </w:p>
        </w:tc>
      </w:tr>
      <w:tr w:rsidR="00D94E50" w:rsidRPr="00D35743" w14:paraId="533C8CFF" w14:textId="77777777">
        <w:tc>
          <w:tcPr>
            <w:tcW w:w="2822" w:type="dxa"/>
          </w:tcPr>
          <w:p w14:paraId="0BA061EE"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2822" w:type="dxa"/>
          </w:tcPr>
          <w:p w14:paraId="22D9934C" w14:textId="77777777" w:rsidR="00D94E50" w:rsidRPr="00D35743" w:rsidRDefault="00000000">
            <w:pPr>
              <w:rPr>
                <w:rFonts w:cs="Times New Roman"/>
                <w:color w:val="000000" w:themeColor="text1"/>
                <w:sz w:val="22"/>
              </w:rPr>
            </w:pPr>
            <w:r w:rsidRPr="00D35743">
              <w:rPr>
                <w:rFonts w:cs="Times New Roman"/>
                <w:color w:val="000000" w:themeColor="text1"/>
                <w:sz w:val="22"/>
              </w:rPr>
              <w:t>692</w:t>
            </w:r>
          </w:p>
        </w:tc>
        <w:tc>
          <w:tcPr>
            <w:tcW w:w="2822" w:type="dxa"/>
          </w:tcPr>
          <w:p w14:paraId="0FF4880E" w14:textId="77777777" w:rsidR="00D94E50" w:rsidRPr="00D35743" w:rsidRDefault="00000000">
            <w:pPr>
              <w:rPr>
                <w:rFonts w:cs="Times New Roman"/>
                <w:color w:val="000000" w:themeColor="text1"/>
                <w:sz w:val="22"/>
              </w:rPr>
            </w:pPr>
            <w:r w:rsidRPr="00D35743">
              <w:rPr>
                <w:rFonts w:cs="Times New Roman"/>
                <w:color w:val="000000" w:themeColor="text1"/>
                <w:sz w:val="22"/>
              </w:rPr>
              <w:t>0.34 (0.31–0.36)</w:t>
            </w:r>
          </w:p>
        </w:tc>
        <w:tc>
          <w:tcPr>
            <w:tcW w:w="2822" w:type="dxa"/>
          </w:tcPr>
          <w:p w14:paraId="33143277" w14:textId="77777777" w:rsidR="00D94E50" w:rsidRPr="00D35743" w:rsidRDefault="00000000">
            <w:pPr>
              <w:rPr>
                <w:rFonts w:cs="Times New Roman"/>
                <w:color w:val="000000" w:themeColor="text1"/>
                <w:sz w:val="22"/>
              </w:rPr>
            </w:pPr>
            <w:r w:rsidRPr="00D35743">
              <w:rPr>
                <w:rFonts w:cs="Times New Roman"/>
                <w:color w:val="000000" w:themeColor="text1"/>
                <w:sz w:val="22"/>
              </w:rPr>
              <w:t>201</w:t>
            </w:r>
          </w:p>
        </w:tc>
        <w:tc>
          <w:tcPr>
            <w:tcW w:w="2822" w:type="dxa"/>
          </w:tcPr>
          <w:p w14:paraId="28E0CD9B" w14:textId="77777777" w:rsidR="00D94E50" w:rsidRPr="00D35743" w:rsidRDefault="00000000">
            <w:pPr>
              <w:rPr>
                <w:rFonts w:cs="Times New Roman"/>
                <w:color w:val="000000" w:themeColor="text1"/>
                <w:sz w:val="22"/>
              </w:rPr>
            </w:pPr>
            <w:r w:rsidRPr="00D35743">
              <w:rPr>
                <w:rFonts w:cs="Times New Roman"/>
                <w:color w:val="000000" w:themeColor="text1"/>
                <w:sz w:val="22"/>
              </w:rPr>
              <w:t>0.50 (0.43–0.57)</w:t>
            </w:r>
          </w:p>
        </w:tc>
      </w:tr>
      <w:tr w:rsidR="00D94E50" w:rsidRPr="00D35743" w14:paraId="260030A6" w14:textId="77777777">
        <w:tc>
          <w:tcPr>
            <w:tcW w:w="2822" w:type="dxa"/>
          </w:tcPr>
          <w:p w14:paraId="54F9FCBC"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2822" w:type="dxa"/>
          </w:tcPr>
          <w:p w14:paraId="156199EE" w14:textId="77777777" w:rsidR="00D94E50" w:rsidRPr="00D35743" w:rsidRDefault="00000000">
            <w:pPr>
              <w:rPr>
                <w:rFonts w:cs="Times New Roman"/>
                <w:color w:val="000000" w:themeColor="text1"/>
                <w:sz w:val="22"/>
              </w:rPr>
            </w:pPr>
            <w:r w:rsidRPr="00D35743">
              <w:rPr>
                <w:rFonts w:cs="Times New Roman"/>
                <w:color w:val="000000" w:themeColor="text1"/>
                <w:sz w:val="22"/>
              </w:rPr>
              <w:t>705</w:t>
            </w:r>
          </w:p>
        </w:tc>
        <w:tc>
          <w:tcPr>
            <w:tcW w:w="2822" w:type="dxa"/>
          </w:tcPr>
          <w:p w14:paraId="5C5B0CEF" w14:textId="77777777" w:rsidR="00D94E50" w:rsidRPr="00D35743" w:rsidRDefault="00000000">
            <w:pPr>
              <w:rPr>
                <w:rFonts w:cs="Times New Roman"/>
                <w:color w:val="000000" w:themeColor="text1"/>
                <w:sz w:val="22"/>
              </w:rPr>
            </w:pPr>
            <w:r w:rsidRPr="00D35743">
              <w:rPr>
                <w:rFonts w:cs="Times New Roman"/>
                <w:color w:val="000000" w:themeColor="text1"/>
                <w:sz w:val="22"/>
              </w:rPr>
              <w:t>0.35 (0.32–0.37)</w:t>
            </w:r>
          </w:p>
        </w:tc>
        <w:tc>
          <w:tcPr>
            <w:tcW w:w="2822" w:type="dxa"/>
          </w:tcPr>
          <w:p w14:paraId="2C0C25FC" w14:textId="77777777" w:rsidR="00D94E50" w:rsidRPr="00D35743" w:rsidRDefault="00000000">
            <w:pPr>
              <w:rPr>
                <w:rFonts w:cs="Times New Roman"/>
                <w:color w:val="000000" w:themeColor="text1"/>
                <w:sz w:val="22"/>
              </w:rPr>
            </w:pPr>
            <w:r w:rsidRPr="00D35743">
              <w:rPr>
                <w:rFonts w:cs="Times New Roman"/>
                <w:color w:val="000000" w:themeColor="text1"/>
                <w:sz w:val="22"/>
              </w:rPr>
              <w:t>196</w:t>
            </w:r>
          </w:p>
        </w:tc>
        <w:tc>
          <w:tcPr>
            <w:tcW w:w="2822" w:type="dxa"/>
          </w:tcPr>
          <w:p w14:paraId="691A035F" w14:textId="77777777" w:rsidR="00D94E50" w:rsidRPr="00D35743" w:rsidRDefault="00000000">
            <w:pPr>
              <w:rPr>
                <w:rFonts w:cs="Times New Roman"/>
                <w:color w:val="000000" w:themeColor="text1"/>
                <w:sz w:val="22"/>
              </w:rPr>
            </w:pPr>
            <w:r w:rsidRPr="00D35743">
              <w:rPr>
                <w:rFonts w:cs="Times New Roman"/>
                <w:color w:val="000000" w:themeColor="text1"/>
                <w:sz w:val="22"/>
              </w:rPr>
              <w:t>0.47 (0.40–0.54)</w:t>
            </w:r>
          </w:p>
        </w:tc>
      </w:tr>
      <w:tr w:rsidR="00D94E50" w:rsidRPr="00D35743" w14:paraId="794FED08" w14:textId="77777777">
        <w:tc>
          <w:tcPr>
            <w:tcW w:w="2822" w:type="dxa"/>
          </w:tcPr>
          <w:p w14:paraId="705721AD" w14:textId="77777777" w:rsidR="00D94E50" w:rsidRPr="00D35743" w:rsidRDefault="00000000">
            <w:pPr>
              <w:rPr>
                <w:rFonts w:cs="Times New Roman"/>
                <w:color w:val="000000" w:themeColor="text1"/>
                <w:sz w:val="22"/>
              </w:rPr>
            </w:pPr>
            <w:r w:rsidRPr="00D35743">
              <w:rPr>
                <w:rFonts w:cs="Times New Roman"/>
                <w:color w:val="000000" w:themeColor="text1"/>
                <w:sz w:val="22"/>
              </w:rPr>
              <w:t>2015</w:t>
            </w:r>
          </w:p>
        </w:tc>
        <w:tc>
          <w:tcPr>
            <w:tcW w:w="2822" w:type="dxa"/>
          </w:tcPr>
          <w:p w14:paraId="59B3CDBA" w14:textId="77777777" w:rsidR="00D94E50" w:rsidRPr="00D35743" w:rsidRDefault="00000000">
            <w:pPr>
              <w:rPr>
                <w:rFonts w:cs="Times New Roman"/>
                <w:color w:val="000000" w:themeColor="text1"/>
                <w:sz w:val="22"/>
              </w:rPr>
            </w:pPr>
            <w:r w:rsidRPr="00D35743">
              <w:rPr>
                <w:rFonts w:cs="Times New Roman"/>
                <w:color w:val="000000" w:themeColor="text1"/>
                <w:sz w:val="22"/>
              </w:rPr>
              <w:t>697</w:t>
            </w:r>
          </w:p>
        </w:tc>
        <w:tc>
          <w:tcPr>
            <w:tcW w:w="2822" w:type="dxa"/>
          </w:tcPr>
          <w:p w14:paraId="61E8375A" w14:textId="77777777" w:rsidR="00D94E50" w:rsidRPr="00D35743" w:rsidRDefault="00000000">
            <w:pPr>
              <w:rPr>
                <w:rFonts w:cs="Times New Roman"/>
                <w:color w:val="000000" w:themeColor="text1"/>
                <w:sz w:val="22"/>
              </w:rPr>
            </w:pPr>
            <w:r w:rsidRPr="00D35743">
              <w:rPr>
                <w:rFonts w:cs="Times New Roman"/>
                <w:color w:val="000000" w:themeColor="text1"/>
                <w:sz w:val="22"/>
              </w:rPr>
              <w:t>0.33 (0.31–0.36)</w:t>
            </w:r>
          </w:p>
        </w:tc>
        <w:tc>
          <w:tcPr>
            <w:tcW w:w="2822" w:type="dxa"/>
          </w:tcPr>
          <w:p w14:paraId="24A06F48" w14:textId="77777777" w:rsidR="00D94E50" w:rsidRPr="00D35743" w:rsidRDefault="00000000">
            <w:pPr>
              <w:rPr>
                <w:rFonts w:cs="Times New Roman"/>
                <w:color w:val="000000" w:themeColor="text1"/>
                <w:sz w:val="22"/>
              </w:rPr>
            </w:pPr>
            <w:r w:rsidRPr="00D35743">
              <w:rPr>
                <w:rFonts w:cs="Times New Roman"/>
                <w:color w:val="000000" w:themeColor="text1"/>
                <w:sz w:val="22"/>
              </w:rPr>
              <w:t>223</w:t>
            </w:r>
          </w:p>
        </w:tc>
        <w:tc>
          <w:tcPr>
            <w:tcW w:w="2822" w:type="dxa"/>
          </w:tcPr>
          <w:p w14:paraId="39D9F31A" w14:textId="77777777" w:rsidR="00D94E50" w:rsidRPr="00D35743" w:rsidRDefault="00000000">
            <w:pPr>
              <w:rPr>
                <w:rFonts w:cs="Times New Roman"/>
                <w:color w:val="000000" w:themeColor="text1"/>
                <w:sz w:val="22"/>
              </w:rPr>
            </w:pPr>
            <w:r w:rsidRPr="00D35743">
              <w:rPr>
                <w:rFonts w:cs="Times New Roman"/>
                <w:color w:val="000000" w:themeColor="text1"/>
                <w:sz w:val="22"/>
              </w:rPr>
              <w:t>0.56 (0.48–0.63)</w:t>
            </w:r>
          </w:p>
        </w:tc>
      </w:tr>
      <w:tr w:rsidR="00D94E50" w:rsidRPr="00D35743" w14:paraId="79FEB88F" w14:textId="77777777">
        <w:tc>
          <w:tcPr>
            <w:tcW w:w="2822" w:type="dxa"/>
          </w:tcPr>
          <w:p w14:paraId="0A453BC7" w14:textId="77777777" w:rsidR="00D94E50" w:rsidRPr="00D35743" w:rsidRDefault="00000000">
            <w:pPr>
              <w:rPr>
                <w:rFonts w:cs="Times New Roman"/>
                <w:color w:val="000000" w:themeColor="text1"/>
                <w:sz w:val="22"/>
              </w:rPr>
            </w:pPr>
            <w:r w:rsidRPr="00D35743">
              <w:rPr>
                <w:rFonts w:cs="Times New Roman"/>
                <w:color w:val="000000" w:themeColor="text1"/>
                <w:sz w:val="22"/>
              </w:rPr>
              <w:t>2016</w:t>
            </w:r>
          </w:p>
        </w:tc>
        <w:tc>
          <w:tcPr>
            <w:tcW w:w="2822" w:type="dxa"/>
          </w:tcPr>
          <w:p w14:paraId="1D12FC1D" w14:textId="77777777" w:rsidR="00D94E50" w:rsidRPr="00D35743" w:rsidRDefault="00000000">
            <w:pPr>
              <w:rPr>
                <w:rFonts w:cs="Times New Roman"/>
                <w:color w:val="000000" w:themeColor="text1"/>
                <w:sz w:val="22"/>
              </w:rPr>
            </w:pPr>
            <w:r w:rsidRPr="00D35743">
              <w:rPr>
                <w:rFonts w:cs="Times New Roman"/>
                <w:color w:val="000000" w:themeColor="text1"/>
                <w:sz w:val="22"/>
              </w:rPr>
              <w:t>776</w:t>
            </w:r>
          </w:p>
        </w:tc>
        <w:tc>
          <w:tcPr>
            <w:tcW w:w="2822" w:type="dxa"/>
          </w:tcPr>
          <w:p w14:paraId="7C5EAE90" w14:textId="77777777" w:rsidR="00D94E50" w:rsidRPr="00D35743" w:rsidRDefault="00000000">
            <w:pPr>
              <w:rPr>
                <w:rFonts w:cs="Times New Roman"/>
                <w:color w:val="000000" w:themeColor="text1"/>
                <w:sz w:val="22"/>
              </w:rPr>
            </w:pPr>
            <w:r w:rsidRPr="00D35743">
              <w:rPr>
                <w:rFonts w:cs="Times New Roman"/>
                <w:color w:val="000000" w:themeColor="text1"/>
                <w:sz w:val="22"/>
              </w:rPr>
              <w:t>0.35 (0.33–0.38)</w:t>
            </w:r>
          </w:p>
        </w:tc>
        <w:tc>
          <w:tcPr>
            <w:tcW w:w="2822" w:type="dxa"/>
          </w:tcPr>
          <w:p w14:paraId="575BB5D5" w14:textId="77777777" w:rsidR="00D94E50" w:rsidRPr="00D35743" w:rsidRDefault="00000000">
            <w:pPr>
              <w:rPr>
                <w:rFonts w:cs="Times New Roman"/>
                <w:color w:val="000000" w:themeColor="text1"/>
                <w:sz w:val="22"/>
              </w:rPr>
            </w:pPr>
            <w:r w:rsidRPr="00D35743">
              <w:rPr>
                <w:rFonts w:cs="Times New Roman"/>
                <w:color w:val="000000" w:themeColor="text1"/>
                <w:sz w:val="22"/>
              </w:rPr>
              <w:t>222</w:t>
            </w:r>
          </w:p>
        </w:tc>
        <w:tc>
          <w:tcPr>
            <w:tcW w:w="2822" w:type="dxa"/>
          </w:tcPr>
          <w:p w14:paraId="745B9F64" w14:textId="77777777" w:rsidR="00D94E50" w:rsidRPr="00D35743" w:rsidRDefault="00000000">
            <w:pPr>
              <w:rPr>
                <w:rFonts w:cs="Times New Roman"/>
                <w:color w:val="000000" w:themeColor="text1"/>
                <w:sz w:val="22"/>
              </w:rPr>
            </w:pPr>
            <w:r w:rsidRPr="00D35743">
              <w:rPr>
                <w:rFonts w:cs="Times New Roman"/>
                <w:color w:val="000000" w:themeColor="text1"/>
                <w:sz w:val="22"/>
              </w:rPr>
              <w:t>0.55 (0.47–0.62)</w:t>
            </w:r>
          </w:p>
        </w:tc>
      </w:tr>
      <w:tr w:rsidR="00D94E50" w:rsidRPr="00D35743" w14:paraId="43114588" w14:textId="77777777">
        <w:tc>
          <w:tcPr>
            <w:tcW w:w="2822" w:type="dxa"/>
          </w:tcPr>
          <w:p w14:paraId="3BFB421B" w14:textId="77777777" w:rsidR="00D94E50" w:rsidRPr="00D35743" w:rsidRDefault="00000000">
            <w:pPr>
              <w:rPr>
                <w:rFonts w:cs="Times New Roman"/>
                <w:color w:val="000000" w:themeColor="text1"/>
                <w:sz w:val="22"/>
              </w:rPr>
            </w:pPr>
            <w:r w:rsidRPr="00D35743">
              <w:rPr>
                <w:rFonts w:cs="Times New Roman"/>
                <w:color w:val="000000" w:themeColor="text1"/>
                <w:sz w:val="22"/>
              </w:rPr>
              <w:t>2017</w:t>
            </w:r>
          </w:p>
        </w:tc>
        <w:tc>
          <w:tcPr>
            <w:tcW w:w="2822" w:type="dxa"/>
          </w:tcPr>
          <w:p w14:paraId="3123DEE6" w14:textId="77777777" w:rsidR="00D94E50" w:rsidRPr="00D35743" w:rsidRDefault="00000000">
            <w:pPr>
              <w:rPr>
                <w:rFonts w:cs="Times New Roman"/>
                <w:color w:val="000000" w:themeColor="text1"/>
                <w:sz w:val="22"/>
              </w:rPr>
            </w:pPr>
            <w:r w:rsidRPr="00D35743">
              <w:rPr>
                <w:rFonts w:cs="Times New Roman"/>
                <w:color w:val="000000" w:themeColor="text1"/>
                <w:sz w:val="22"/>
              </w:rPr>
              <w:t>801</w:t>
            </w:r>
          </w:p>
        </w:tc>
        <w:tc>
          <w:tcPr>
            <w:tcW w:w="2822" w:type="dxa"/>
          </w:tcPr>
          <w:p w14:paraId="482AF645" w14:textId="77777777" w:rsidR="00D94E50" w:rsidRPr="00D35743" w:rsidRDefault="00000000">
            <w:pPr>
              <w:rPr>
                <w:rFonts w:cs="Times New Roman"/>
                <w:color w:val="000000" w:themeColor="text1"/>
                <w:sz w:val="22"/>
              </w:rPr>
            </w:pPr>
            <w:r w:rsidRPr="00D35743">
              <w:rPr>
                <w:rFonts w:cs="Times New Roman"/>
                <w:color w:val="000000" w:themeColor="text1"/>
                <w:sz w:val="22"/>
              </w:rPr>
              <w:t>0.37 (0.35–0.40)</w:t>
            </w:r>
          </w:p>
        </w:tc>
        <w:tc>
          <w:tcPr>
            <w:tcW w:w="2822" w:type="dxa"/>
          </w:tcPr>
          <w:p w14:paraId="3336914E" w14:textId="77777777" w:rsidR="00D94E50" w:rsidRPr="00D35743" w:rsidRDefault="00000000">
            <w:pPr>
              <w:rPr>
                <w:rFonts w:cs="Times New Roman"/>
                <w:color w:val="000000" w:themeColor="text1"/>
                <w:sz w:val="22"/>
              </w:rPr>
            </w:pPr>
            <w:r w:rsidRPr="00D35743">
              <w:rPr>
                <w:rFonts w:cs="Times New Roman"/>
                <w:color w:val="000000" w:themeColor="text1"/>
                <w:sz w:val="22"/>
              </w:rPr>
              <w:t>200</w:t>
            </w:r>
          </w:p>
        </w:tc>
        <w:tc>
          <w:tcPr>
            <w:tcW w:w="2822" w:type="dxa"/>
          </w:tcPr>
          <w:p w14:paraId="4F7127D0" w14:textId="77777777" w:rsidR="00D94E50" w:rsidRPr="00D35743" w:rsidRDefault="00000000">
            <w:pPr>
              <w:rPr>
                <w:rFonts w:cs="Times New Roman"/>
                <w:color w:val="000000" w:themeColor="text1"/>
                <w:sz w:val="22"/>
              </w:rPr>
            </w:pPr>
            <w:r w:rsidRPr="00D35743">
              <w:rPr>
                <w:rFonts w:cs="Times New Roman"/>
                <w:color w:val="000000" w:themeColor="text1"/>
                <w:sz w:val="22"/>
              </w:rPr>
              <w:t>0.50 (0.43–0.57)</w:t>
            </w:r>
          </w:p>
        </w:tc>
      </w:tr>
      <w:tr w:rsidR="00D94E50" w:rsidRPr="00D35743" w14:paraId="7E35FDBB" w14:textId="77777777">
        <w:tc>
          <w:tcPr>
            <w:tcW w:w="2822" w:type="dxa"/>
          </w:tcPr>
          <w:p w14:paraId="08A54CA0"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2822" w:type="dxa"/>
          </w:tcPr>
          <w:p w14:paraId="48793DE9" w14:textId="77777777" w:rsidR="00D94E50" w:rsidRPr="00D35743" w:rsidRDefault="00000000">
            <w:pPr>
              <w:rPr>
                <w:rFonts w:cs="Times New Roman"/>
                <w:color w:val="000000" w:themeColor="text1"/>
                <w:sz w:val="22"/>
              </w:rPr>
            </w:pPr>
            <w:r w:rsidRPr="00D35743">
              <w:rPr>
                <w:rFonts w:cs="Times New Roman"/>
                <w:color w:val="000000" w:themeColor="text1"/>
                <w:sz w:val="22"/>
              </w:rPr>
              <w:t>847</w:t>
            </w:r>
          </w:p>
        </w:tc>
        <w:tc>
          <w:tcPr>
            <w:tcW w:w="2822" w:type="dxa"/>
          </w:tcPr>
          <w:p w14:paraId="6E48FECA" w14:textId="77777777" w:rsidR="00D94E50" w:rsidRPr="00D35743" w:rsidRDefault="00000000">
            <w:pPr>
              <w:rPr>
                <w:rFonts w:cs="Times New Roman"/>
                <w:color w:val="000000" w:themeColor="text1"/>
                <w:sz w:val="22"/>
              </w:rPr>
            </w:pPr>
            <w:r w:rsidRPr="00D35743">
              <w:rPr>
                <w:rFonts w:cs="Times New Roman"/>
                <w:color w:val="000000" w:themeColor="text1"/>
                <w:sz w:val="22"/>
              </w:rPr>
              <w:t>0.36 (0.34–0.39)</w:t>
            </w:r>
          </w:p>
        </w:tc>
        <w:tc>
          <w:tcPr>
            <w:tcW w:w="2822" w:type="dxa"/>
          </w:tcPr>
          <w:p w14:paraId="016381D9" w14:textId="77777777" w:rsidR="00D94E50" w:rsidRPr="00D35743" w:rsidRDefault="00000000">
            <w:pPr>
              <w:rPr>
                <w:rFonts w:cs="Times New Roman"/>
                <w:color w:val="000000" w:themeColor="text1"/>
                <w:sz w:val="22"/>
              </w:rPr>
            </w:pPr>
            <w:r w:rsidRPr="00D35743">
              <w:rPr>
                <w:rFonts w:cs="Times New Roman"/>
                <w:color w:val="000000" w:themeColor="text1"/>
                <w:sz w:val="22"/>
              </w:rPr>
              <w:t>223</w:t>
            </w:r>
          </w:p>
        </w:tc>
        <w:tc>
          <w:tcPr>
            <w:tcW w:w="2822" w:type="dxa"/>
          </w:tcPr>
          <w:p w14:paraId="61791C0D" w14:textId="77777777" w:rsidR="00D94E50" w:rsidRPr="00D35743" w:rsidRDefault="00000000">
            <w:pPr>
              <w:rPr>
                <w:rFonts w:cs="Times New Roman"/>
                <w:color w:val="000000" w:themeColor="text1"/>
                <w:sz w:val="22"/>
              </w:rPr>
            </w:pPr>
            <w:r w:rsidRPr="00D35743">
              <w:rPr>
                <w:rFonts w:cs="Times New Roman"/>
                <w:color w:val="000000" w:themeColor="text1"/>
                <w:sz w:val="22"/>
              </w:rPr>
              <w:t>0.56 (0.48–0.64)</w:t>
            </w:r>
          </w:p>
        </w:tc>
      </w:tr>
      <w:tr w:rsidR="00D94E50" w:rsidRPr="00D35743" w14:paraId="30DF65EE" w14:textId="77777777">
        <w:tc>
          <w:tcPr>
            <w:tcW w:w="2822" w:type="dxa"/>
          </w:tcPr>
          <w:p w14:paraId="7853E086"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2822" w:type="dxa"/>
          </w:tcPr>
          <w:p w14:paraId="44D95C9B" w14:textId="77777777" w:rsidR="00D94E50" w:rsidRPr="00D35743" w:rsidRDefault="00000000">
            <w:pPr>
              <w:rPr>
                <w:rFonts w:cs="Times New Roman"/>
                <w:color w:val="000000" w:themeColor="text1"/>
                <w:sz w:val="22"/>
              </w:rPr>
            </w:pPr>
            <w:r w:rsidRPr="00D35743">
              <w:rPr>
                <w:rFonts w:cs="Times New Roman"/>
                <w:color w:val="000000" w:themeColor="text1"/>
                <w:sz w:val="22"/>
              </w:rPr>
              <w:t>911</w:t>
            </w:r>
          </w:p>
        </w:tc>
        <w:tc>
          <w:tcPr>
            <w:tcW w:w="2822" w:type="dxa"/>
          </w:tcPr>
          <w:p w14:paraId="61C27DC0" w14:textId="77777777" w:rsidR="00D94E50" w:rsidRPr="00D35743" w:rsidRDefault="00000000">
            <w:pPr>
              <w:rPr>
                <w:rFonts w:cs="Times New Roman"/>
                <w:color w:val="000000" w:themeColor="text1"/>
                <w:sz w:val="22"/>
              </w:rPr>
            </w:pPr>
            <w:r w:rsidRPr="00D35743">
              <w:rPr>
                <w:rFonts w:cs="Times New Roman"/>
                <w:color w:val="000000" w:themeColor="text1"/>
                <w:sz w:val="22"/>
              </w:rPr>
              <w:t>0.41 (0.38–0.44)</w:t>
            </w:r>
          </w:p>
        </w:tc>
        <w:tc>
          <w:tcPr>
            <w:tcW w:w="2822" w:type="dxa"/>
          </w:tcPr>
          <w:p w14:paraId="7D5F079D" w14:textId="77777777" w:rsidR="00D94E50" w:rsidRPr="00D35743" w:rsidRDefault="00000000">
            <w:pPr>
              <w:rPr>
                <w:rFonts w:cs="Times New Roman"/>
                <w:color w:val="000000" w:themeColor="text1"/>
                <w:sz w:val="22"/>
              </w:rPr>
            </w:pPr>
            <w:r w:rsidRPr="00D35743">
              <w:rPr>
                <w:rFonts w:cs="Times New Roman"/>
                <w:color w:val="000000" w:themeColor="text1"/>
                <w:sz w:val="22"/>
              </w:rPr>
              <w:t>246</w:t>
            </w:r>
          </w:p>
        </w:tc>
        <w:tc>
          <w:tcPr>
            <w:tcW w:w="2822" w:type="dxa"/>
          </w:tcPr>
          <w:p w14:paraId="41B3FC35" w14:textId="77777777" w:rsidR="00D94E50" w:rsidRPr="00D35743" w:rsidRDefault="00000000">
            <w:pPr>
              <w:rPr>
                <w:rFonts w:cs="Times New Roman"/>
                <w:color w:val="000000" w:themeColor="text1"/>
                <w:sz w:val="22"/>
              </w:rPr>
            </w:pPr>
            <w:r w:rsidRPr="00D35743">
              <w:rPr>
                <w:rFonts w:cs="Times New Roman"/>
                <w:color w:val="000000" w:themeColor="text1"/>
                <w:sz w:val="22"/>
              </w:rPr>
              <w:t>0.58 (0.50–0.65)</w:t>
            </w:r>
          </w:p>
        </w:tc>
      </w:tr>
      <w:tr w:rsidR="00D94E50" w:rsidRPr="00D35743" w14:paraId="79EAA82B" w14:textId="77777777">
        <w:tc>
          <w:tcPr>
            <w:tcW w:w="2822" w:type="dxa"/>
          </w:tcPr>
          <w:p w14:paraId="05562BCA"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2822" w:type="dxa"/>
          </w:tcPr>
          <w:p w14:paraId="55DA8D11" w14:textId="77777777" w:rsidR="00D94E50" w:rsidRPr="00D35743" w:rsidRDefault="00000000">
            <w:pPr>
              <w:rPr>
                <w:rFonts w:cs="Times New Roman"/>
                <w:color w:val="000000" w:themeColor="text1"/>
                <w:sz w:val="22"/>
              </w:rPr>
            </w:pPr>
            <w:r w:rsidRPr="00D35743">
              <w:rPr>
                <w:rFonts w:cs="Times New Roman"/>
                <w:color w:val="000000" w:themeColor="text1"/>
                <w:sz w:val="22"/>
              </w:rPr>
              <w:t>1,039</w:t>
            </w:r>
          </w:p>
        </w:tc>
        <w:tc>
          <w:tcPr>
            <w:tcW w:w="2822" w:type="dxa"/>
          </w:tcPr>
          <w:p w14:paraId="3C62B738" w14:textId="77777777" w:rsidR="00D94E50" w:rsidRPr="00D35743" w:rsidRDefault="00000000">
            <w:pPr>
              <w:rPr>
                <w:rFonts w:cs="Times New Roman"/>
                <w:color w:val="000000" w:themeColor="text1"/>
                <w:sz w:val="22"/>
              </w:rPr>
            </w:pPr>
            <w:r w:rsidRPr="00D35743">
              <w:rPr>
                <w:rFonts w:cs="Times New Roman"/>
                <w:color w:val="000000" w:themeColor="text1"/>
                <w:sz w:val="22"/>
              </w:rPr>
              <w:t>0.47 (0.44–0.50)</w:t>
            </w:r>
          </w:p>
        </w:tc>
        <w:tc>
          <w:tcPr>
            <w:tcW w:w="2822" w:type="dxa"/>
          </w:tcPr>
          <w:p w14:paraId="321BA45B" w14:textId="77777777" w:rsidR="00D94E50" w:rsidRPr="00D35743" w:rsidRDefault="00000000">
            <w:pPr>
              <w:rPr>
                <w:rFonts w:cs="Times New Roman"/>
                <w:color w:val="000000" w:themeColor="text1"/>
                <w:sz w:val="22"/>
              </w:rPr>
            </w:pPr>
            <w:r w:rsidRPr="00D35743">
              <w:rPr>
                <w:rFonts w:cs="Times New Roman"/>
                <w:color w:val="000000" w:themeColor="text1"/>
                <w:sz w:val="22"/>
              </w:rPr>
              <w:t>277</w:t>
            </w:r>
          </w:p>
        </w:tc>
        <w:tc>
          <w:tcPr>
            <w:tcW w:w="2822" w:type="dxa"/>
          </w:tcPr>
          <w:p w14:paraId="697CF5B2" w14:textId="77777777" w:rsidR="00D94E50" w:rsidRPr="00D35743" w:rsidRDefault="00000000">
            <w:pPr>
              <w:rPr>
                <w:rFonts w:cs="Times New Roman"/>
                <w:color w:val="000000" w:themeColor="text1"/>
                <w:sz w:val="22"/>
              </w:rPr>
            </w:pPr>
            <w:r w:rsidRPr="00D35743">
              <w:rPr>
                <w:rFonts w:cs="Times New Roman"/>
                <w:color w:val="000000" w:themeColor="text1"/>
                <w:sz w:val="22"/>
              </w:rPr>
              <w:t>0.64 (0.56–0.72)</w:t>
            </w:r>
          </w:p>
        </w:tc>
      </w:tr>
    </w:tbl>
    <w:p w14:paraId="3A427926" w14:textId="77777777" w:rsidR="00D94E50" w:rsidRPr="00D35743" w:rsidRDefault="00D94E50">
      <w:pPr>
        <w:rPr>
          <w:rFonts w:cs="Times New Roman"/>
          <w:color w:val="000000" w:themeColor="text1"/>
          <w:sz w:val="22"/>
        </w:rPr>
      </w:pPr>
    </w:p>
    <w:p w14:paraId="232E867D" w14:textId="77777777" w:rsidR="00D94E50" w:rsidRPr="00D35743" w:rsidRDefault="00000000">
      <w:pPr>
        <w:rPr>
          <w:rFonts w:cs="Times New Roman"/>
          <w:color w:val="000000" w:themeColor="text1"/>
          <w:sz w:val="22"/>
        </w:rPr>
      </w:pPr>
      <w:r w:rsidRPr="00D35743">
        <w:rPr>
          <w:rFonts w:cs="Times New Roman"/>
          <w:i/>
          <w:color w:val="000000" w:themeColor="text1"/>
          <w:sz w:val="22"/>
        </w:rPr>
        <w:t>Classified by the 2013 NCHS Urban–Rural Classification Scheme for Counties; the four metropolitan levels are combined as metropolitan and the micropolitan and noncore levels as nonmetropolitan. This variable is not available in the Multiple Cause of Death, 2018–2024 file, so this table covers 1999–2020 only. Metropolitan and nonmetropolitan deaths sum exactly to the overall series in every year of this period.</w:t>
      </w:r>
    </w:p>
    <w:p w14:paraId="4AEA4187"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17E0A2E6"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S8. Deaths by place of death, 1999–2020 and 2021–2024</w:t>
      </w:r>
    </w:p>
    <w:tbl>
      <w:tblPr>
        <w:tblStyle w:val="TableGrid"/>
        <w:tblW w:w="0" w:type="auto"/>
        <w:tblLook w:val="04A0" w:firstRow="1" w:lastRow="0" w:firstColumn="1" w:lastColumn="0" w:noHBand="0" w:noVBand="1"/>
      </w:tblPr>
      <w:tblGrid>
        <w:gridCol w:w="4320"/>
        <w:gridCol w:w="2160"/>
        <w:gridCol w:w="1296"/>
        <w:gridCol w:w="2160"/>
        <w:gridCol w:w="1296"/>
      </w:tblGrid>
      <w:tr w:rsidR="00D94E50" w:rsidRPr="00D35743" w14:paraId="6B82C84B" w14:textId="77777777">
        <w:tc>
          <w:tcPr>
            <w:tcW w:w="4320" w:type="dxa"/>
          </w:tcPr>
          <w:p w14:paraId="1FD616A4" w14:textId="77777777" w:rsidR="00D94E50" w:rsidRPr="00D35743" w:rsidRDefault="00000000">
            <w:pPr>
              <w:rPr>
                <w:rFonts w:cs="Times New Roman"/>
                <w:color w:val="000000" w:themeColor="text1"/>
                <w:sz w:val="22"/>
              </w:rPr>
            </w:pPr>
            <w:r w:rsidRPr="00D35743">
              <w:rPr>
                <w:rFonts w:cs="Times New Roman"/>
                <w:b/>
                <w:color w:val="000000" w:themeColor="text1"/>
                <w:sz w:val="22"/>
              </w:rPr>
              <w:t>Place of death</w:t>
            </w:r>
          </w:p>
        </w:tc>
        <w:tc>
          <w:tcPr>
            <w:tcW w:w="2160" w:type="dxa"/>
          </w:tcPr>
          <w:p w14:paraId="732F572F" w14:textId="77777777" w:rsidR="00D94E50" w:rsidRPr="00D35743" w:rsidRDefault="00000000">
            <w:pPr>
              <w:rPr>
                <w:rFonts w:cs="Times New Roman"/>
                <w:color w:val="000000" w:themeColor="text1"/>
                <w:sz w:val="22"/>
              </w:rPr>
            </w:pPr>
            <w:r w:rsidRPr="00D35743">
              <w:rPr>
                <w:rFonts w:cs="Times New Roman"/>
                <w:b/>
                <w:color w:val="000000" w:themeColor="text1"/>
                <w:sz w:val="22"/>
              </w:rPr>
              <w:t>1999–2020 deaths</w:t>
            </w:r>
          </w:p>
        </w:tc>
        <w:tc>
          <w:tcPr>
            <w:tcW w:w="1296" w:type="dxa"/>
          </w:tcPr>
          <w:p w14:paraId="7A309C75" w14:textId="77777777" w:rsidR="00D94E50" w:rsidRPr="00D35743" w:rsidRDefault="00000000">
            <w:pPr>
              <w:rPr>
                <w:rFonts w:cs="Times New Roman"/>
                <w:color w:val="000000" w:themeColor="text1"/>
                <w:sz w:val="22"/>
              </w:rPr>
            </w:pPr>
            <w:r w:rsidRPr="00D35743">
              <w:rPr>
                <w:rFonts w:cs="Times New Roman"/>
                <w:b/>
                <w:color w:val="000000" w:themeColor="text1"/>
                <w:sz w:val="22"/>
              </w:rPr>
              <w:t>%</w:t>
            </w:r>
          </w:p>
        </w:tc>
        <w:tc>
          <w:tcPr>
            <w:tcW w:w="2160" w:type="dxa"/>
          </w:tcPr>
          <w:p w14:paraId="35EF3468" w14:textId="77777777" w:rsidR="00D94E50" w:rsidRPr="00D35743" w:rsidRDefault="00000000">
            <w:pPr>
              <w:rPr>
                <w:rFonts w:cs="Times New Roman"/>
                <w:color w:val="000000" w:themeColor="text1"/>
                <w:sz w:val="22"/>
              </w:rPr>
            </w:pPr>
            <w:r w:rsidRPr="00D35743">
              <w:rPr>
                <w:rFonts w:cs="Times New Roman"/>
                <w:b/>
                <w:color w:val="000000" w:themeColor="text1"/>
                <w:sz w:val="22"/>
              </w:rPr>
              <w:t>2021–2024 deaths</w:t>
            </w:r>
          </w:p>
        </w:tc>
        <w:tc>
          <w:tcPr>
            <w:tcW w:w="1296" w:type="dxa"/>
          </w:tcPr>
          <w:p w14:paraId="34BA5605" w14:textId="77777777" w:rsidR="00D94E50" w:rsidRPr="00D35743" w:rsidRDefault="00000000">
            <w:pPr>
              <w:rPr>
                <w:rFonts w:cs="Times New Roman"/>
                <w:color w:val="000000" w:themeColor="text1"/>
                <w:sz w:val="22"/>
              </w:rPr>
            </w:pPr>
            <w:r w:rsidRPr="00D35743">
              <w:rPr>
                <w:rFonts w:cs="Times New Roman"/>
                <w:b/>
                <w:color w:val="000000" w:themeColor="text1"/>
                <w:sz w:val="22"/>
              </w:rPr>
              <w:t>%</w:t>
            </w:r>
          </w:p>
        </w:tc>
      </w:tr>
      <w:tr w:rsidR="00D94E50" w:rsidRPr="00D35743" w14:paraId="5C1D8F5B" w14:textId="77777777">
        <w:tc>
          <w:tcPr>
            <w:tcW w:w="4320" w:type="dxa"/>
          </w:tcPr>
          <w:p w14:paraId="134AD438" w14:textId="77777777" w:rsidR="00D94E50" w:rsidRPr="00D35743" w:rsidRDefault="00000000">
            <w:pPr>
              <w:rPr>
                <w:rFonts w:cs="Times New Roman"/>
                <w:color w:val="000000" w:themeColor="text1"/>
                <w:sz w:val="22"/>
              </w:rPr>
            </w:pPr>
            <w:r w:rsidRPr="00D35743">
              <w:rPr>
                <w:rFonts w:cs="Times New Roman"/>
                <w:color w:val="000000" w:themeColor="text1"/>
                <w:sz w:val="22"/>
              </w:rPr>
              <w:t>Medical Facility - Inpatient</w:t>
            </w:r>
          </w:p>
        </w:tc>
        <w:tc>
          <w:tcPr>
            <w:tcW w:w="2160" w:type="dxa"/>
          </w:tcPr>
          <w:p w14:paraId="38BC1C45" w14:textId="77777777" w:rsidR="00D94E50" w:rsidRPr="00D35743" w:rsidRDefault="00000000">
            <w:pPr>
              <w:rPr>
                <w:rFonts w:cs="Times New Roman"/>
                <w:color w:val="000000" w:themeColor="text1"/>
                <w:sz w:val="22"/>
              </w:rPr>
            </w:pPr>
            <w:r w:rsidRPr="00D35743">
              <w:rPr>
                <w:rFonts w:cs="Times New Roman"/>
                <w:color w:val="000000" w:themeColor="text1"/>
                <w:sz w:val="22"/>
              </w:rPr>
              <w:t>5,608</w:t>
            </w:r>
          </w:p>
        </w:tc>
        <w:tc>
          <w:tcPr>
            <w:tcW w:w="1296" w:type="dxa"/>
          </w:tcPr>
          <w:p w14:paraId="23955830" w14:textId="77777777" w:rsidR="00D94E50" w:rsidRPr="00D35743" w:rsidRDefault="00000000">
            <w:pPr>
              <w:rPr>
                <w:rFonts w:cs="Times New Roman"/>
                <w:color w:val="000000" w:themeColor="text1"/>
                <w:sz w:val="22"/>
              </w:rPr>
            </w:pPr>
            <w:r w:rsidRPr="00D35743">
              <w:rPr>
                <w:rFonts w:cs="Times New Roman"/>
                <w:color w:val="000000" w:themeColor="text1"/>
                <w:sz w:val="22"/>
              </w:rPr>
              <w:t>30.8</w:t>
            </w:r>
          </w:p>
        </w:tc>
        <w:tc>
          <w:tcPr>
            <w:tcW w:w="2160" w:type="dxa"/>
          </w:tcPr>
          <w:p w14:paraId="3364EA1A" w14:textId="77777777" w:rsidR="00D94E50" w:rsidRPr="00D35743" w:rsidRDefault="00000000">
            <w:pPr>
              <w:rPr>
                <w:rFonts w:cs="Times New Roman"/>
                <w:color w:val="000000" w:themeColor="text1"/>
                <w:sz w:val="22"/>
              </w:rPr>
            </w:pPr>
            <w:r w:rsidRPr="00D35743">
              <w:rPr>
                <w:rFonts w:cs="Times New Roman"/>
                <w:color w:val="000000" w:themeColor="text1"/>
                <w:sz w:val="22"/>
              </w:rPr>
              <w:t>1,843</w:t>
            </w:r>
          </w:p>
        </w:tc>
        <w:tc>
          <w:tcPr>
            <w:tcW w:w="1296" w:type="dxa"/>
          </w:tcPr>
          <w:p w14:paraId="4175B7EB" w14:textId="77777777" w:rsidR="00D94E50" w:rsidRPr="00D35743" w:rsidRDefault="00000000">
            <w:pPr>
              <w:rPr>
                <w:rFonts w:cs="Times New Roman"/>
                <w:color w:val="000000" w:themeColor="text1"/>
                <w:sz w:val="22"/>
              </w:rPr>
            </w:pPr>
            <w:r w:rsidRPr="00D35743">
              <w:rPr>
                <w:rFonts w:cs="Times New Roman"/>
                <w:color w:val="000000" w:themeColor="text1"/>
                <w:sz w:val="22"/>
              </w:rPr>
              <w:t>31.8</w:t>
            </w:r>
          </w:p>
        </w:tc>
      </w:tr>
      <w:tr w:rsidR="00D94E50" w:rsidRPr="00D35743" w14:paraId="41637036" w14:textId="77777777">
        <w:tc>
          <w:tcPr>
            <w:tcW w:w="4320" w:type="dxa"/>
          </w:tcPr>
          <w:p w14:paraId="75117FDB" w14:textId="77777777" w:rsidR="00D94E50" w:rsidRPr="00D35743" w:rsidRDefault="00000000">
            <w:pPr>
              <w:rPr>
                <w:rFonts w:cs="Times New Roman"/>
                <w:color w:val="000000" w:themeColor="text1"/>
                <w:sz w:val="22"/>
              </w:rPr>
            </w:pPr>
            <w:r w:rsidRPr="00D35743">
              <w:rPr>
                <w:rFonts w:cs="Times New Roman"/>
                <w:color w:val="000000" w:themeColor="text1"/>
                <w:sz w:val="22"/>
              </w:rPr>
              <w:t>Medical Facility - Outpatient or ER</w:t>
            </w:r>
          </w:p>
        </w:tc>
        <w:tc>
          <w:tcPr>
            <w:tcW w:w="2160" w:type="dxa"/>
          </w:tcPr>
          <w:p w14:paraId="3B62E0AE" w14:textId="77777777" w:rsidR="00D94E50" w:rsidRPr="00D35743" w:rsidRDefault="00000000">
            <w:pPr>
              <w:rPr>
                <w:rFonts w:cs="Times New Roman"/>
                <w:color w:val="000000" w:themeColor="text1"/>
                <w:sz w:val="22"/>
              </w:rPr>
            </w:pPr>
            <w:r w:rsidRPr="00D35743">
              <w:rPr>
                <w:rFonts w:cs="Times New Roman"/>
                <w:color w:val="000000" w:themeColor="text1"/>
                <w:sz w:val="22"/>
              </w:rPr>
              <w:t>617</w:t>
            </w:r>
          </w:p>
        </w:tc>
        <w:tc>
          <w:tcPr>
            <w:tcW w:w="1296" w:type="dxa"/>
          </w:tcPr>
          <w:p w14:paraId="5B52513F" w14:textId="77777777" w:rsidR="00D94E50" w:rsidRPr="00D35743" w:rsidRDefault="00000000">
            <w:pPr>
              <w:rPr>
                <w:rFonts w:cs="Times New Roman"/>
                <w:color w:val="000000" w:themeColor="text1"/>
                <w:sz w:val="22"/>
              </w:rPr>
            </w:pPr>
            <w:r w:rsidRPr="00D35743">
              <w:rPr>
                <w:rFonts w:cs="Times New Roman"/>
                <w:color w:val="000000" w:themeColor="text1"/>
                <w:sz w:val="22"/>
              </w:rPr>
              <w:t>3.4</w:t>
            </w:r>
          </w:p>
        </w:tc>
        <w:tc>
          <w:tcPr>
            <w:tcW w:w="2160" w:type="dxa"/>
          </w:tcPr>
          <w:p w14:paraId="0003B628" w14:textId="77777777" w:rsidR="00D94E50" w:rsidRPr="00D35743" w:rsidRDefault="00000000">
            <w:pPr>
              <w:rPr>
                <w:rFonts w:cs="Times New Roman"/>
                <w:color w:val="000000" w:themeColor="text1"/>
                <w:sz w:val="22"/>
              </w:rPr>
            </w:pPr>
            <w:r w:rsidRPr="00D35743">
              <w:rPr>
                <w:rFonts w:cs="Times New Roman"/>
                <w:color w:val="000000" w:themeColor="text1"/>
                <w:sz w:val="22"/>
              </w:rPr>
              <w:t>204</w:t>
            </w:r>
          </w:p>
        </w:tc>
        <w:tc>
          <w:tcPr>
            <w:tcW w:w="1296" w:type="dxa"/>
          </w:tcPr>
          <w:p w14:paraId="296FCEF6" w14:textId="77777777" w:rsidR="00D94E50" w:rsidRPr="00D35743" w:rsidRDefault="00000000">
            <w:pPr>
              <w:rPr>
                <w:rFonts w:cs="Times New Roman"/>
                <w:color w:val="000000" w:themeColor="text1"/>
                <w:sz w:val="22"/>
              </w:rPr>
            </w:pPr>
            <w:r w:rsidRPr="00D35743">
              <w:rPr>
                <w:rFonts w:cs="Times New Roman"/>
                <w:color w:val="000000" w:themeColor="text1"/>
                <w:sz w:val="22"/>
              </w:rPr>
              <w:t>3.5</w:t>
            </w:r>
          </w:p>
        </w:tc>
      </w:tr>
      <w:tr w:rsidR="00D94E50" w:rsidRPr="00D35743" w14:paraId="2A750A92" w14:textId="77777777">
        <w:tc>
          <w:tcPr>
            <w:tcW w:w="4320" w:type="dxa"/>
          </w:tcPr>
          <w:p w14:paraId="1ED49BCD" w14:textId="77777777" w:rsidR="00D94E50" w:rsidRPr="00D35743" w:rsidRDefault="00000000">
            <w:pPr>
              <w:rPr>
                <w:rFonts w:cs="Times New Roman"/>
                <w:color w:val="000000" w:themeColor="text1"/>
                <w:sz w:val="22"/>
              </w:rPr>
            </w:pPr>
            <w:r w:rsidRPr="00D35743">
              <w:rPr>
                <w:rFonts w:cs="Times New Roman"/>
                <w:color w:val="000000" w:themeColor="text1"/>
                <w:sz w:val="22"/>
              </w:rPr>
              <w:t>Medical Facility - Dead on Arrival</w:t>
            </w:r>
          </w:p>
        </w:tc>
        <w:tc>
          <w:tcPr>
            <w:tcW w:w="2160" w:type="dxa"/>
          </w:tcPr>
          <w:p w14:paraId="5D69D0FA" w14:textId="77777777" w:rsidR="00D94E50" w:rsidRPr="00D35743" w:rsidRDefault="00000000">
            <w:pPr>
              <w:rPr>
                <w:rFonts w:cs="Times New Roman"/>
                <w:color w:val="000000" w:themeColor="text1"/>
                <w:sz w:val="22"/>
              </w:rPr>
            </w:pPr>
            <w:r w:rsidRPr="00D35743">
              <w:rPr>
                <w:rFonts w:cs="Times New Roman"/>
                <w:color w:val="000000" w:themeColor="text1"/>
                <w:sz w:val="22"/>
              </w:rPr>
              <w:t>44</w:t>
            </w:r>
          </w:p>
        </w:tc>
        <w:tc>
          <w:tcPr>
            <w:tcW w:w="1296" w:type="dxa"/>
          </w:tcPr>
          <w:p w14:paraId="3F82E7ED" w14:textId="77777777" w:rsidR="00D94E50" w:rsidRPr="00D35743" w:rsidRDefault="00000000">
            <w:pPr>
              <w:rPr>
                <w:rFonts w:cs="Times New Roman"/>
                <w:color w:val="000000" w:themeColor="text1"/>
                <w:sz w:val="22"/>
              </w:rPr>
            </w:pPr>
            <w:r w:rsidRPr="00D35743">
              <w:rPr>
                <w:rFonts w:cs="Times New Roman"/>
                <w:color w:val="000000" w:themeColor="text1"/>
                <w:sz w:val="22"/>
              </w:rPr>
              <w:t>0.2</w:t>
            </w:r>
          </w:p>
        </w:tc>
        <w:tc>
          <w:tcPr>
            <w:tcW w:w="2160" w:type="dxa"/>
          </w:tcPr>
          <w:p w14:paraId="1C085886"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1296" w:type="dxa"/>
          </w:tcPr>
          <w:p w14:paraId="0738D5F7"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r>
      <w:tr w:rsidR="00D94E50" w:rsidRPr="00D35743" w14:paraId="43B5D94F" w14:textId="77777777">
        <w:tc>
          <w:tcPr>
            <w:tcW w:w="4320" w:type="dxa"/>
          </w:tcPr>
          <w:p w14:paraId="67235276" w14:textId="77777777" w:rsidR="00D94E50" w:rsidRPr="00D35743" w:rsidRDefault="00000000">
            <w:pPr>
              <w:rPr>
                <w:rFonts w:cs="Times New Roman"/>
                <w:color w:val="000000" w:themeColor="text1"/>
                <w:sz w:val="22"/>
              </w:rPr>
            </w:pPr>
            <w:r w:rsidRPr="00D35743">
              <w:rPr>
                <w:rFonts w:cs="Times New Roman"/>
                <w:color w:val="000000" w:themeColor="text1"/>
                <w:sz w:val="22"/>
              </w:rPr>
              <w:t>Medical Facility - Status unknown</w:t>
            </w:r>
          </w:p>
        </w:tc>
        <w:tc>
          <w:tcPr>
            <w:tcW w:w="2160" w:type="dxa"/>
          </w:tcPr>
          <w:p w14:paraId="511F6763" w14:textId="77777777" w:rsidR="00D94E50" w:rsidRPr="00D35743" w:rsidRDefault="00000000">
            <w:pPr>
              <w:rPr>
                <w:rFonts w:cs="Times New Roman"/>
                <w:color w:val="000000" w:themeColor="text1"/>
                <w:sz w:val="22"/>
              </w:rPr>
            </w:pPr>
            <w:r w:rsidRPr="00D35743">
              <w:rPr>
                <w:rFonts w:cs="Times New Roman"/>
                <w:color w:val="000000" w:themeColor="text1"/>
                <w:sz w:val="22"/>
              </w:rPr>
              <w:t>14</w:t>
            </w:r>
          </w:p>
        </w:tc>
        <w:tc>
          <w:tcPr>
            <w:tcW w:w="1296" w:type="dxa"/>
          </w:tcPr>
          <w:p w14:paraId="3CCE17BB" w14:textId="77777777" w:rsidR="00D94E50" w:rsidRPr="00D35743" w:rsidRDefault="00000000">
            <w:pPr>
              <w:rPr>
                <w:rFonts w:cs="Times New Roman"/>
                <w:color w:val="000000" w:themeColor="text1"/>
                <w:sz w:val="22"/>
              </w:rPr>
            </w:pPr>
            <w:r w:rsidRPr="00D35743">
              <w:rPr>
                <w:rFonts w:cs="Times New Roman"/>
                <w:color w:val="000000" w:themeColor="text1"/>
                <w:sz w:val="22"/>
              </w:rPr>
              <w:t>0.1</w:t>
            </w:r>
          </w:p>
        </w:tc>
        <w:tc>
          <w:tcPr>
            <w:tcW w:w="2160" w:type="dxa"/>
          </w:tcPr>
          <w:p w14:paraId="497147CF" w14:textId="77777777" w:rsidR="00D94E50" w:rsidRPr="00D35743" w:rsidRDefault="00000000">
            <w:pPr>
              <w:rPr>
                <w:rFonts w:cs="Times New Roman"/>
                <w:color w:val="000000" w:themeColor="text1"/>
                <w:sz w:val="22"/>
              </w:rPr>
            </w:pPr>
            <w:r w:rsidRPr="00D35743">
              <w:rPr>
                <w:rFonts w:cs="Times New Roman"/>
                <w:color w:val="000000" w:themeColor="text1"/>
                <w:sz w:val="22"/>
              </w:rPr>
              <w:t>0</w:t>
            </w:r>
          </w:p>
        </w:tc>
        <w:tc>
          <w:tcPr>
            <w:tcW w:w="1296" w:type="dxa"/>
          </w:tcPr>
          <w:p w14:paraId="19DCB91A" w14:textId="77777777" w:rsidR="00D94E50" w:rsidRPr="00D35743" w:rsidRDefault="00000000">
            <w:pPr>
              <w:rPr>
                <w:rFonts w:cs="Times New Roman"/>
                <w:color w:val="000000" w:themeColor="text1"/>
                <w:sz w:val="22"/>
              </w:rPr>
            </w:pPr>
            <w:r w:rsidRPr="00D35743">
              <w:rPr>
                <w:rFonts w:cs="Times New Roman"/>
                <w:color w:val="000000" w:themeColor="text1"/>
                <w:sz w:val="22"/>
              </w:rPr>
              <w:t>0.0</w:t>
            </w:r>
          </w:p>
        </w:tc>
      </w:tr>
      <w:tr w:rsidR="00D94E50" w:rsidRPr="00D35743" w14:paraId="1FD4DBA5" w14:textId="77777777">
        <w:tc>
          <w:tcPr>
            <w:tcW w:w="4320" w:type="dxa"/>
          </w:tcPr>
          <w:p w14:paraId="325E94C0" w14:textId="77777777" w:rsidR="00D94E50" w:rsidRPr="00D35743" w:rsidRDefault="00000000">
            <w:pPr>
              <w:rPr>
                <w:rFonts w:cs="Times New Roman"/>
                <w:color w:val="000000" w:themeColor="text1"/>
                <w:sz w:val="22"/>
              </w:rPr>
            </w:pPr>
            <w:r w:rsidRPr="00D35743">
              <w:rPr>
                <w:rFonts w:cs="Times New Roman"/>
                <w:color w:val="000000" w:themeColor="text1"/>
                <w:sz w:val="22"/>
              </w:rPr>
              <w:t>Decedent's home</w:t>
            </w:r>
          </w:p>
        </w:tc>
        <w:tc>
          <w:tcPr>
            <w:tcW w:w="2160" w:type="dxa"/>
          </w:tcPr>
          <w:p w14:paraId="717D568C" w14:textId="77777777" w:rsidR="00D94E50" w:rsidRPr="00D35743" w:rsidRDefault="00000000">
            <w:pPr>
              <w:rPr>
                <w:rFonts w:cs="Times New Roman"/>
                <w:color w:val="000000" w:themeColor="text1"/>
                <w:sz w:val="22"/>
              </w:rPr>
            </w:pPr>
            <w:r w:rsidRPr="00D35743">
              <w:rPr>
                <w:rFonts w:cs="Times New Roman"/>
                <w:color w:val="000000" w:themeColor="text1"/>
                <w:sz w:val="22"/>
              </w:rPr>
              <w:t>3,712</w:t>
            </w:r>
          </w:p>
        </w:tc>
        <w:tc>
          <w:tcPr>
            <w:tcW w:w="1296" w:type="dxa"/>
          </w:tcPr>
          <w:p w14:paraId="706E4007" w14:textId="77777777" w:rsidR="00D94E50" w:rsidRPr="00D35743" w:rsidRDefault="00000000">
            <w:pPr>
              <w:rPr>
                <w:rFonts w:cs="Times New Roman"/>
                <w:color w:val="000000" w:themeColor="text1"/>
                <w:sz w:val="22"/>
              </w:rPr>
            </w:pPr>
            <w:r w:rsidRPr="00D35743">
              <w:rPr>
                <w:rFonts w:cs="Times New Roman"/>
                <w:color w:val="000000" w:themeColor="text1"/>
                <w:sz w:val="22"/>
              </w:rPr>
              <w:t>20.4</w:t>
            </w:r>
          </w:p>
        </w:tc>
        <w:tc>
          <w:tcPr>
            <w:tcW w:w="2160" w:type="dxa"/>
          </w:tcPr>
          <w:p w14:paraId="509B4075" w14:textId="77777777" w:rsidR="00D94E50" w:rsidRPr="00D35743" w:rsidRDefault="00000000">
            <w:pPr>
              <w:rPr>
                <w:rFonts w:cs="Times New Roman"/>
                <w:color w:val="000000" w:themeColor="text1"/>
                <w:sz w:val="22"/>
              </w:rPr>
            </w:pPr>
            <w:r w:rsidRPr="00D35743">
              <w:rPr>
                <w:rFonts w:cs="Times New Roman"/>
                <w:color w:val="000000" w:themeColor="text1"/>
                <w:sz w:val="22"/>
              </w:rPr>
              <w:t>1,568</w:t>
            </w:r>
          </w:p>
        </w:tc>
        <w:tc>
          <w:tcPr>
            <w:tcW w:w="1296" w:type="dxa"/>
          </w:tcPr>
          <w:p w14:paraId="6F04A257" w14:textId="77777777" w:rsidR="00D94E50" w:rsidRPr="00D35743" w:rsidRDefault="00000000">
            <w:pPr>
              <w:rPr>
                <w:rFonts w:cs="Times New Roman"/>
                <w:color w:val="000000" w:themeColor="text1"/>
                <w:sz w:val="22"/>
              </w:rPr>
            </w:pPr>
            <w:r w:rsidRPr="00D35743">
              <w:rPr>
                <w:rFonts w:cs="Times New Roman"/>
                <w:color w:val="000000" w:themeColor="text1"/>
                <w:sz w:val="22"/>
              </w:rPr>
              <w:t>27.1</w:t>
            </w:r>
          </w:p>
        </w:tc>
      </w:tr>
      <w:tr w:rsidR="00D94E50" w:rsidRPr="00D35743" w14:paraId="276AA6A0" w14:textId="77777777">
        <w:tc>
          <w:tcPr>
            <w:tcW w:w="4320" w:type="dxa"/>
          </w:tcPr>
          <w:p w14:paraId="43FAFBF8" w14:textId="77777777" w:rsidR="00D94E50" w:rsidRPr="00D35743" w:rsidRDefault="00000000">
            <w:pPr>
              <w:rPr>
                <w:rFonts w:cs="Times New Roman"/>
                <w:color w:val="000000" w:themeColor="text1"/>
                <w:sz w:val="22"/>
              </w:rPr>
            </w:pPr>
            <w:r w:rsidRPr="00D35743">
              <w:rPr>
                <w:rFonts w:cs="Times New Roman"/>
                <w:color w:val="000000" w:themeColor="text1"/>
                <w:sz w:val="22"/>
              </w:rPr>
              <w:t>Hospice facility</w:t>
            </w:r>
          </w:p>
        </w:tc>
        <w:tc>
          <w:tcPr>
            <w:tcW w:w="2160" w:type="dxa"/>
          </w:tcPr>
          <w:p w14:paraId="0EA12752" w14:textId="77777777" w:rsidR="00D94E50" w:rsidRPr="00D35743" w:rsidRDefault="00000000">
            <w:pPr>
              <w:rPr>
                <w:rFonts w:cs="Times New Roman"/>
                <w:color w:val="000000" w:themeColor="text1"/>
                <w:sz w:val="22"/>
              </w:rPr>
            </w:pPr>
            <w:r w:rsidRPr="00D35743">
              <w:rPr>
                <w:rFonts w:cs="Times New Roman"/>
                <w:color w:val="000000" w:themeColor="text1"/>
                <w:sz w:val="22"/>
              </w:rPr>
              <w:t>543</w:t>
            </w:r>
          </w:p>
        </w:tc>
        <w:tc>
          <w:tcPr>
            <w:tcW w:w="1296" w:type="dxa"/>
          </w:tcPr>
          <w:p w14:paraId="576E408A" w14:textId="77777777" w:rsidR="00D94E50" w:rsidRPr="00D35743" w:rsidRDefault="00000000">
            <w:pPr>
              <w:rPr>
                <w:rFonts w:cs="Times New Roman"/>
                <w:color w:val="000000" w:themeColor="text1"/>
                <w:sz w:val="22"/>
              </w:rPr>
            </w:pPr>
            <w:r w:rsidRPr="00D35743">
              <w:rPr>
                <w:rFonts w:cs="Times New Roman"/>
                <w:color w:val="000000" w:themeColor="text1"/>
                <w:sz w:val="22"/>
              </w:rPr>
              <w:t>3.0</w:t>
            </w:r>
          </w:p>
        </w:tc>
        <w:tc>
          <w:tcPr>
            <w:tcW w:w="2160" w:type="dxa"/>
          </w:tcPr>
          <w:p w14:paraId="3BAEE079" w14:textId="77777777" w:rsidR="00D94E50" w:rsidRPr="00D35743" w:rsidRDefault="00000000">
            <w:pPr>
              <w:rPr>
                <w:rFonts w:cs="Times New Roman"/>
                <w:color w:val="000000" w:themeColor="text1"/>
                <w:sz w:val="22"/>
              </w:rPr>
            </w:pPr>
            <w:r w:rsidRPr="00D35743">
              <w:rPr>
                <w:rFonts w:cs="Times New Roman"/>
                <w:color w:val="000000" w:themeColor="text1"/>
                <w:sz w:val="22"/>
              </w:rPr>
              <w:t>379</w:t>
            </w:r>
          </w:p>
        </w:tc>
        <w:tc>
          <w:tcPr>
            <w:tcW w:w="1296" w:type="dxa"/>
          </w:tcPr>
          <w:p w14:paraId="3EE662D7" w14:textId="77777777" w:rsidR="00D94E50" w:rsidRPr="00D35743" w:rsidRDefault="00000000">
            <w:pPr>
              <w:rPr>
                <w:rFonts w:cs="Times New Roman"/>
                <w:color w:val="000000" w:themeColor="text1"/>
                <w:sz w:val="22"/>
              </w:rPr>
            </w:pPr>
            <w:r w:rsidRPr="00D35743">
              <w:rPr>
                <w:rFonts w:cs="Times New Roman"/>
                <w:color w:val="000000" w:themeColor="text1"/>
                <w:sz w:val="22"/>
              </w:rPr>
              <w:t>6.5</w:t>
            </w:r>
          </w:p>
        </w:tc>
      </w:tr>
      <w:tr w:rsidR="00D94E50" w:rsidRPr="00D35743" w14:paraId="293191CE" w14:textId="77777777">
        <w:tc>
          <w:tcPr>
            <w:tcW w:w="4320" w:type="dxa"/>
          </w:tcPr>
          <w:p w14:paraId="41871DC5" w14:textId="77777777" w:rsidR="00D94E50" w:rsidRPr="00D35743" w:rsidRDefault="00000000">
            <w:pPr>
              <w:rPr>
                <w:rFonts w:cs="Times New Roman"/>
                <w:color w:val="000000" w:themeColor="text1"/>
                <w:sz w:val="22"/>
              </w:rPr>
            </w:pPr>
            <w:r w:rsidRPr="00D35743">
              <w:rPr>
                <w:rFonts w:cs="Times New Roman"/>
                <w:color w:val="000000" w:themeColor="text1"/>
                <w:sz w:val="22"/>
              </w:rPr>
              <w:t>Nursing home/long term care</w:t>
            </w:r>
          </w:p>
        </w:tc>
        <w:tc>
          <w:tcPr>
            <w:tcW w:w="2160" w:type="dxa"/>
          </w:tcPr>
          <w:p w14:paraId="778DD9A4" w14:textId="77777777" w:rsidR="00D94E50" w:rsidRPr="00D35743" w:rsidRDefault="00000000">
            <w:pPr>
              <w:rPr>
                <w:rFonts w:cs="Times New Roman"/>
                <w:color w:val="000000" w:themeColor="text1"/>
                <w:sz w:val="22"/>
              </w:rPr>
            </w:pPr>
            <w:r w:rsidRPr="00D35743">
              <w:rPr>
                <w:rFonts w:cs="Times New Roman"/>
                <w:color w:val="000000" w:themeColor="text1"/>
                <w:sz w:val="22"/>
              </w:rPr>
              <w:t>7,038</w:t>
            </w:r>
          </w:p>
        </w:tc>
        <w:tc>
          <w:tcPr>
            <w:tcW w:w="1296" w:type="dxa"/>
          </w:tcPr>
          <w:p w14:paraId="17E368EF" w14:textId="77777777" w:rsidR="00D94E50" w:rsidRPr="00D35743" w:rsidRDefault="00000000">
            <w:pPr>
              <w:rPr>
                <w:rFonts w:cs="Times New Roman"/>
                <w:color w:val="000000" w:themeColor="text1"/>
                <w:sz w:val="22"/>
              </w:rPr>
            </w:pPr>
            <w:r w:rsidRPr="00D35743">
              <w:rPr>
                <w:rFonts w:cs="Times New Roman"/>
                <w:color w:val="000000" w:themeColor="text1"/>
                <w:sz w:val="22"/>
              </w:rPr>
              <w:t>38.7</w:t>
            </w:r>
          </w:p>
        </w:tc>
        <w:tc>
          <w:tcPr>
            <w:tcW w:w="2160" w:type="dxa"/>
          </w:tcPr>
          <w:p w14:paraId="0A3D5226" w14:textId="77777777" w:rsidR="00D94E50" w:rsidRPr="00D35743" w:rsidRDefault="00000000">
            <w:pPr>
              <w:rPr>
                <w:rFonts w:cs="Times New Roman"/>
                <w:color w:val="000000" w:themeColor="text1"/>
                <w:sz w:val="22"/>
              </w:rPr>
            </w:pPr>
            <w:r w:rsidRPr="00D35743">
              <w:rPr>
                <w:rFonts w:cs="Times New Roman"/>
                <w:color w:val="000000" w:themeColor="text1"/>
                <w:sz w:val="22"/>
              </w:rPr>
              <w:t>1,592</w:t>
            </w:r>
          </w:p>
        </w:tc>
        <w:tc>
          <w:tcPr>
            <w:tcW w:w="1296" w:type="dxa"/>
          </w:tcPr>
          <w:p w14:paraId="6D852D8E" w14:textId="77777777" w:rsidR="00D94E50" w:rsidRPr="00D35743" w:rsidRDefault="00000000">
            <w:pPr>
              <w:rPr>
                <w:rFonts w:cs="Times New Roman"/>
                <w:color w:val="000000" w:themeColor="text1"/>
                <w:sz w:val="22"/>
              </w:rPr>
            </w:pPr>
            <w:r w:rsidRPr="00D35743">
              <w:rPr>
                <w:rFonts w:cs="Times New Roman"/>
                <w:color w:val="000000" w:themeColor="text1"/>
                <w:sz w:val="22"/>
              </w:rPr>
              <w:t>27.5</w:t>
            </w:r>
          </w:p>
        </w:tc>
      </w:tr>
      <w:tr w:rsidR="00D94E50" w:rsidRPr="00D35743" w14:paraId="25720010" w14:textId="77777777">
        <w:tc>
          <w:tcPr>
            <w:tcW w:w="4320" w:type="dxa"/>
          </w:tcPr>
          <w:p w14:paraId="6DB350FE" w14:textId="77777777" w:rsidR="00D94E50" w:rsidRPr="00D35743" w:rsidRDefault="00000000">
            <w:pPr>
              <w:rPr>
                <w:rFonts w:cs="Times New Roman"/>
                <w:color w:val="000000" w:themeColor="text1"/>
                <w:sz w:val="22"/>
              </w:rPr>
            </w:pPr>
            <w:r w:rsidRPr="00D35743">
              <w:rPr>
                <w:rFonts w:cs="Times New Roman"/>
                <w:color w:val="000000" w:themeColor="text1"/>
                <w:sz w:val="22"/>
              </w:rPr>
              <w:t>Other</w:t>
            </w:r>
          </w:p>
        </w:tc>
        <w:tc>
          <w:tcPr>
            <w:tcW w:w="2160" w:type="dxa"/>
          </w:tcPr>
          <w:p w14:paraId="13371337" w14:textId="77777777" w:rsidR="00D94E50" w:rsidRPr="00D35743" w:rsidRDefault="00000000">
            <w:pPr>
              <w:rPr>
                <w:rFonts w:cs="Times New Roman"/>
                <w:color w:val="000000" w:themeColor="text1"/>
                <w:sz w:val="22"/>
              </w:rPr>
            </w:pPr>
            <w:r w:rsidRPr="00D35743">
              <w:rPr>
                <w:rFonts w:cs="Times New Roman"/>
                <w:color w:val="000000" w:themeColor="text1"/>
                <w:sz w:val="22"/>
              </w:rPr>
              <w:t>575</w:t>
            </w:r>
          </w:p>
        </w:tc>
        <w:tc>
          <w:tcPr>
            <w:tcW w:w="1296" w:type="dxa"/>
          </w:tcPr>
          <w:p w14:paraId="42E8F0E2" w14:textId="77777777" w:rsidR="00D94E50" w:rsidRPr="00D35743" w:rsidRDefault="00000000">
            <w:pPr>
              <w:rPr>
                <w:rFonts w:cs="Times New Roman"/>
                <w:color w:val="000000" w:themeColor="text1"/>
                <w:sz w:val="22"/>
              </w:rPr>
            </w:pPr>
            <w:r w:rsidRPr="00D35743">
              <w:rPr>
                <w:rFonts w:cs="Times New Roman"/>
                <w:color w:val="000000" w:themeColor="text1"/>
                <w:sz w:val="22"/>
              </w:rPr>
              <w:t>3.2</w:t>
            </w:r>
          </w:p>
        </w:tc>
        <w:tc>
          <w:tcPr>
            <w:tcW w:w="2160" w:type="dxa"/>
          </w:tcPr>
          <w:p w14:paraId="7D6DE803" w14:textId="77777777" w:rsidR="00D94E50" w:rsidRPr="00D35743" w:rsidRDefault="00000000">
            <w:pPr>
              <w:rPr>
                <w:rFonts w:cs="Times New Roman"/>
                <w:color w:val="000000" w:themeColor="text1"/>
                <w:sz w:val="22"/>
              </w:rPr>
            </w:pPr>
            <w:r w:rsidRPr="00D35743">
              <w:rPr>
                <w:rFonts w:cs="Times New Roman"/>
                <w:color w:val="000000" w:themeColor="text1"/>
                <w:sz w:val="22"/>
              </w:rPr>
              <w:t>208</w:t>
            </w:r>
          </w:p>
        </w:tc>
        <w:tc>
          <w:tcPr>
            <w:tcW w:w="1296" w:type="dxa"/>
          </w:tcPr>
          <w:p w14:paraId="7C6ABA17" w14:textId="77777777" w:rsidR="00D94E50" w:rsidRPr="00D35743" w:rsidRDefault="00000000">
            <w:pPr>
              <w:rPr>
                <w:rFonts w:cs="Times New Roman"/>
                <w:color w:val="000000" w:themeColor="text1"/>
                <w:sz w:val="22"/>
              </w:rPr>
            </w:pPr>
            <w:r w:rsidRPr="00D35743">
              <w:rPr>
                <w:rFonts w:cs="Times New Roman"/>
                <w:color w:val="000000" w:themeColor="text1"/>
                <w:sz w:val="22"/>
              </w:rPr>
              <w:t>3.6</w:t>
            </w:r>
          </w:p>
        </w:tc>
      </w:tr>
      <w:tr w:rsidR="00D94E50" w:rsidRPr="00D35743" w14:paraId="397DE3DA" w14:textId="77777777">
        <w:tc>
          <w:tcPr>
            <w:tcW w:w="4320" w:type="dxa"/>
          </w:tcPr>
          <w:p w14:paraId="21793B75" w14:textId="77777777" w:rsidR="00D94E50" w:rsidRPr="00D35743" w:rsidRDefault="00000000">
            <w:pPr>
              <w:rPr>
                <w:rFonts w:cs="Times New Roman"/>
                <w:color w:val="000000" w:themeColor="text1"/>
                <w:sz w:val="22"/>
              </w:rPr>
            </w:pPr>
            <w:r w:rsidRPr="00D35743">
              <w:rPr>
                <w:rFonts w:cs="Times New Roman"/>
                <w:color w:val="000000" w:themeColor="text1"/>
                <w:sz w:val="22"/>
              </w:rPr>
              <w:t>Place of death unknown</w:t>
            </w:r>
          </w:p>
        </w:tc>
        <w:tc>
          <w:tcPr>
            <w:tcW w:w="2160" w:type="dxa"/>
          </w:tcPr>
          <w:p w14:paraId="42EAC295" w14:textId="77777777" w:rsidR="00D94E50" w:rsidRPr="00D35743" w:rsidRDefault="00000000">
            <w:pPr>
              <w:rPr>
                <w:rFonts w:cs="Times New Roman"/>
                <w:color w:val="000000" w:themeColor="text1"/>
                <w:sz w:val="22"/>
              </w:rPr>
            </w:pPr>
            <w:r w:rsidRPr="00D35743">
              <w:rPr>
                <w:rFonts w:cs="Times New Roman"/>
                <w:color w:val="000000" w:themeColor="text1"/>
                <w:sz w:val="22"/>
              </w:rPr>
              <w:t>31</w:t>
            </w:r>
          </w:p>
        </w:tc>
        <w:tc>
          <w:tcPr>
            <w:tcW w:w="1296" w:type="dxa"/>
          </w:tcPr>
          <w:p w14:paraId="4337A81E" w14:textId="77777777" w:rsidR="00D94E50" w:rsidRPr="00D35743" w:rsidRDefault="00000000">
            <w:pPr>
              <w:rPr>
                <w:rFonts w:cs="Times New Roman"/>
                <w:color w:val="000000" w:themeColor="text1"/>
                <w:sz w:val="22"/>
              </w:rPr>
            </w:pPr>
            <w:r w:rsidRPr="00D35743">
              <w:rPr>
                <w:rFonts w:cs="Times New Roman"/>
                <w:color w:val="000000" w:themeColor="text1"/>
                <w:sz w:val="22"/>
              </w:rPr>
              <w:t>0.2</w:t>
            </w:r>
          </w:p>
        </w:tc>
        <w:tc>
          <w:tcPr>
            <w:tcW w:w="2160" w:type="dxa"/>
          </w:tcPr>
          <w:p w14:paraId="49396682" w14:textId="77777777" w:rsidR="00D94E50" w:rsidRPr="00D35743" w:rsidRDefault="00000000">
            <w:pPr>
              <w:rPr>
                <w:rFonts w:cs="Times New Roman"/>
                <w:color w:val="000000" w:themeColor="text1"/>
                <w:sz w:val="22"/>
              </w:rPr>
            </w:pPr>
            <w:r w:rsidRPr="00D35743">
              <w:rPr>
                <w:rFonts w:cs="Times New Roman"/>
                <w:color w:val="000000" w:themeColor="text1"/>
                <w:sz w:val="22"/>
              </w:rPr>
              <w:t>0</w:t>
            </w:r>
          </w:p>
        </w:tc>
        <w:tc>
          <w:tcPr>
            <w:tcW w:w="1296" w:type="dxa"/>
          </w:tcPr>
          <w:p w14:paraId="3A1E5A60" w14:textId="77777777" w:rsidR="00D94E50" w:rsidRPr="00D35743" w:rsidRDefault="00000000">
            <w:pPr>
              <w:rPr>
                <w:rFonts w:cs="Times New Roman"/>
                <w:color w:val="000000" w:themeColor="text1"/>
                <w:sz w:val="22"/>
              </w:rPr>
            </w:pPr>
            <w:r w:rsidRPr="00D35743">
              <w:rPr>
                <w:rFonts w:cs="Times New Roman"/>
                <w:color w:val="000000" w:themeColor="text1"/>
                <w:sz w:val="22"/>
              </w:rPr>
              <w:t>0.0</w:t>
            </w:r>
          </w:p>
        </w:tc>
      </w:tr>
      <w:tr w:rsidR="00D94E50" w:rsidRPr="00D35743" w14:paraId="3D6631B9" w14:textId="77777777">
        <w:tc>
          <w:tcPr>
            <w:tcW w:w="4320" w:type="dxa"/>
          </w:tcPr>
          <w:p w14:paraId="2D9AE6E8" w14:textId="77777777" w:rsidR="00D94E50" w:rsidRPr="00D35743" w:rsidRDefault="00000000">
            <w:pPr>
              <w:rPr>
                <w:rFonts w:cs="Times New Roman"/>
                <w:color w:val="000000" w:themeColor="text1"/>
                <w:sz w:val="22"/>
              </w:rPr>
            </w:pPr>
            <w:r w:rsidRPr="00D35743">
              <w:rPr>
                <w:rFonts w:cs="Times New Roman"/>
                <w:color w:val="000000" w:themeColor="text1"/>
                <w:sz w:val="22"/>
              </w:rPr>
              <w:t>Total</w:t>
            </w:r>
          </w:p>
        </w:tc>
        <w:tc>
          <w:tcPr>
            <w:tcW w:w="2160" w:type="dxa"/>
          </w:tcPr>
          <w:p w14:paraId="2A991B6A" w14:textId="77777777" w:rsidR="00D94E50" w:rsidRPr="00D35743" w:rsidRDefault="00000000">
            <w:pPr>
              <w:rPr>
                <w:rFonts w:cs="Times New Roman"/>
                <w:color w:val="000000" w:themeColor="text1"/>
                <w:sz w:val="22"/>
              </w:rPr>
            </w:pPr>
            <w:r w:rsidRPr="00D35743">
              <w:rPr>
                <w:rFonts w:cs="Times New Roman"/>
                <w:color w:val="000000" w:themeColor="text1"/>
                <w:sz w:val="22"/>
              </w:rPr>
              <w:t>18,182</w:t>
            </w:r>
          </w:p>
        </w:tc>
        <w:tc>
          <w:tcPr>
            <w:tcW w:w="1296" w:type="dxa"/>
          </w:tcPr>
          <w:p w14:paraId="4EBD6FC6" w14:textId="77777777" w:rsidR="00D94E50" w:rsidRPr="00D35743" w:rsidRDefault="00000000">
            <w:pPr>
              <w:rPr>
                <w:rFonts w:cs="Times New Roman"/>
                <w:color w:val="000000" w:themeColor="text1"/>
                <w:sz w:val="22"/>
              </w:rPr>
            </w:pPr>
            <w:r w:rsidRPr="00D35743">
              <w:rPr>
                <w:rFonts w:cs="Times New Roman"/>
                <w:color w:val="000000" w:themeColor="text1"/>
                <w:sz w:val="22"/>
              </w:rPr>
              <w:t>100.0</w:t>
            </w:r>
          </w:p>
        </w:tc>
        <w:tc>
          <w:tcPr>
            <w:tcW w:w="2160" w:type="dxa"/>
          </w:tcPr>
          <w:p w14:paraId="5475D698" w14:textId="77777777" w:rsidR="00D94E50" w:rsidRPr="00D35743" w:rsidRDefault="00000000">
            <w:pPr>
              <w:rPr>
                <w:rFonts w:cs="Times New Roman"/>
                <w:color w:val="000000" w:themeColor="text1"/>
                <w:sz w:val="22"/>
              </w:rPr>
            </w:pPr>
            <w:r w:rsidRPr="00D35743">
              <w:rPr>
                <w:rFonts w:cs="Times New Roman"/>
                <w:color w:val="000000" w:themeColor="text1"/>
                <w:sz w:val="22"/>
              </w:rPr>
              <w:t>5,794</w:t>
            </w:r>
          </w:p>
        </w:tc>
        <w:tc>
          <w:tcPr>
            <w:tcW w:w="1296" w:type="dxa"/>
          </w:tcPr>
          <w:p w14:paraId="47B672FD" w14:textId="77777777" w:rsidR="00D94E50" w:rsidRPr="00D35743" w:rsidRDefault="00000000">
            <w:pPr>
              <w:rPr>
                <w:rFonts w:cs="Times New Roman"/>
                <w:color w:val="000000" w:themeColor="text1"/>
                <w:sz w:val="22"/>
              </w:rPr>
            </w:pPr>
            <w:r w:rsidRPr="00D35743">
              <w:rPr>
                <w:rFonts w:cs="Times New Roman"/>
                <w:color w:val="000000" w:themeColor="text1"/>
                <w:sz w:val="22"/>
              </w:rPr>
              <w:t>100.0</w:t>
            </w:r>
          </w:p>
        </w:tc>
      </w:tr>
    </w:tbl>
    <w:p w14:paraId="148E4992" w14:textId="77777777" w:rsidR="00D94E50" w:rsidRPr="00D35743" w:rsidRDefault="00D94E50">
      <w:pPr>
        <w:rPr>
          <w:rFonts w:cs="Times New Roman"/>
          <w:color w:val="000000" w:themeColor="text1"/>
          <w:sz w:val="22"/>
        </w:rPr>
      </w:pPr>
    </w:p>
    <w:p w14:paraId="31A924D5" w14:textId="77777777" w:rsidR="00D94E50" w:rsidRPr="00D35743" w:rsidRDefault="00000000">
      <w:pPr>
        <w:rPr>
          <w:rFonts w:cs="Times New Roman"/>
          <w:color w:val="000000" w:themeColor="text1"/>
          <w:sz w:val="22"/>
        </w:rPr>
      </w:pPr>
      <w:r w:rsidRPr="00D35743">
        <w:rPr>
          <w:rFonts w:cs="Times New Roman"/>
          <w:i/>
          <w:color w:val="000000" w:themeColor="text1"/>
          <w:sz w:val="22"/>
        </w:rPr>
        <w:t xml:space="preserve">Percentages are computed on the sum of the categories shown (18,182 and 5,794). One category in 2021–2024 falls below the disclosure threshold and is suppressed, so that column sums to fewer deaths than the overall series for the same period. Zero entries are values returned as zero by CDC WONDER, not suppressed cells. The two periods differ in </w:t>
      </w:r>
      <w:proofErr w:type="gramStart"/>
      <w:r w:rsidRPr="00D35743">
        <w:rPr>
          <w:rFonts w:cs="Times New Roman"/>
          <w:i/>
          <w:color w:val="000000" w:themeColor="text1"/>
          <w:sz w:val="22"/>
        </w:rPr>
        <w:t>length</w:t>
      </w:r>
      <w:proofErr w:type="gramEnd"/>
      <w:r w:rsidRPr="00D35743">
        <w:rPr>
          <w:rFonts w:cs="Times New Roman"/>
          <w:i/>
          <w:color w:val="000000" w:themeColor="text1"/>
          <w:sz w:val="22"/>
        </w:rPr>
        <w:t xml:space="preserve"> and the later period spans the COVID-19 pandemic, which shifted place of death across all causes.</w:t>
      </w:r>
    </w:p>
    <w:p w14:paraId="40F6BB19"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54747F01"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S9. Deaths and age-adjusted mortality rates by state, 1999–2020 and 2021–2024</w:t>
      </w:r>
    </w:p>
    <w:tbl>
      <w:tblPr>
        <w:tblStyle w:val="TableGrid"/>
        <w:tblW w:w="0" w:type="auto"/>
        <w:tblLook w:val="04A0" w:firstRow="1" w:lastRow="0" w:firstColumn="1" w:lastColumn="0" w:noHBand="0" w:noVBand="1"/>
      </w:tblPr>
      <w:tblGrid>
        <w:gridCol w:w="3168"/>
        <w:gridCol w:w="2160"/>
        <w:gridCol w:w="2880"/>
        <w:gridCol w:w="2160"/>
        <w:gridCol w:w="2880"/>
      </w:tblGrid>
      <w:tr w:rsidR="00D94E50" w:rsidRPr="00D35743" w14:paraId="7EE125CD" w14:textId="77777777">
        <w:tc>
          <w:tcPr>
            <w:tcW w:w="3168" w:type="dxa"/>
          </w:tcPr>
          <w:p w14:paraId="143929CD" w14:textId="77777777" w:rsidR="00D94E50" w:rsidRPr="00D35743" w:rsidRDefault="00000000">
            <w:pPr>
              <w:rPr>
                <w:rFonts w:cs="Times New Roman"/>
                <w:color w:val="000000" w:themeColor="text1"/>
                <w:sz w:val="22"/>
              </w:rPr>
            </w:pPr>
            <w:r w:rsidRPr="00D35743">
              <w:rPr>
                <w:rFonts w:cs="Times New Roman"/>
                <w:b/>
                <w:color w:val="000000" w:themeColor="text1"/>
                <w:sz w:val="22"/>
              </w:rPr>
              <w:t>State</w:t>
            </w:r>
          </w:p>
        </w:tc>
        <w:tc>
          <w:tcPr>
            <w:tcW w:w="2160" w:type="dxa"/>
          </w:tcPr>
          <w:p w14:paraId="7005482E" w14:textId="77777777" w:rsidR="00D94E50" w:rsidRPr="00D35743" w:rsidRDefault="00000000">
            <w:pPr>
              <w:rPr>
                <w:rFonts w:cs="Times New Roman"/>
                <w:color w:val="000000" w:themeColor="text1"/>
                <w:sz w:val="22"/>
              </w:rPr>
            </w:pPr>
            <w:r w:rsidRPr="00D35743">
              <w:rPr>
                <w:rFonts w:cs="Times New Roman"/>
                <w:b/>
                <w:color w:val="000000" w:themeColor="text1"/>
                <w:sz w:val="22"/>
              </w:rPr>
              <w:t>1999–2020 deaths</w:t>
            </w:r>
          </w:p>
        </w:tc>
        <w:tc>
          <w:tcPr>
            <w:tcW w:w="2880" w:type="dxa"/>
          </w:tcPr>
          <w:p w14:paraId="15AEFB15" w14:textId="77777777" w:rsidR="00D94E50" w:rsidRPr="00D35743" w:rsidRDefault="00000000">
            <w:pPr>
              <w:rPr>
                <w:rFonts w:cs="Times New Roman"/>
                <w:color w:val="000000" w:themeColor="text1"/>
                <w:sz w:val="22"/>
              </w:rPr>
            </w:pPr>
            <w:r w:rsidRPr="00D35743">
              <w:rPr>
                <w:rFonts w:cs="Times New Roman"/>
                <w:b/>
                <w:color w:val="000000" w:themeColor="text1"/>
                <w:sz w:val="22"/>
              </w:rPr>
              <w:t>1999–2020 AAMR (95% CI)</w:t>
            </w:r>
          </w:p>
        </w:tc>
        <w:tc>
          <w:tcPr>
            <w:tcW w:w="2160" w:type="dxa"/>
          </w:tcPr>
          <w:p w14:paraId="74E31D88" w14:textId="77777777" w:rsidR="00D94E50" w:rsidRPr="00D35743" w:rsidRDefault="00000000">
            <w:pPr>
              <w:rPr>
                <w:rFonts w:cs="Times New Roman"/>
                <w:color w:val="000000" w:themeColor="text1"/>
                <w:sz w:val="22"/>
              </w:rPr>
            </w:pPr>
            <w:r w:rsidRPr="00D35743">
              <w:rPr>
                <w:rFonts w:cs="Times New Roman"/>
                <w:b/>
                <w:color w:val="000000" w:themeColor="text1"/>
                <w:sz w:val="22"/>
              </w:rPr>
              <w:t>2021–2024 deaths</w:t>
            </w:r>
          </w:p>
        </w:tc>
        <w:tc>
          <w:tcPr>
            <w:tcW w:w="2880" w:type="dxa"/>
          </w:tcPr>
          <w:p w14:paraId="47F0E07E" w14:textId="77777777" w:rsidR="00D94E50" w:rsidRPr="00D35743" w:rsidRDefault="00000000">
            <w:pPr>
              <w:rPr>
                <w:rFonts w:cs="Times New Roman"/>
                <w:color w:val="000000" w:themeColor="text1"/>
                <w:sz w:val="22"/>
              </w:rPr>
            </w:pPr>
            <w:r w:rsidRPr="00D35743">
              <w:rPr>
                <w:rFonts w:cs="Times New Roman"/>
                <w:b/>
                <w:color w:val="000000" w:themeColor="text1"/>
                <w:sz w:val="22"/>
              </w:rPr>
              <w:t>2021–2024 AAMR (95% CI)</w:t>
            </w:r>
          </w:p>
        </w:tc>
      </w:tr>
      <w:tr w:rsidR="00D94E50" w:rsidRPr="00D35743" w14:paraId="4DD55F95" w14:textId="77777777">
        <w:tc>
          <w:tcPr>
            <w:tcW w:w="3168" w:type="dxa"/>
          </w:tcPr>
          <w:p w14:paraId="1E74161F" w14:textId="77777777" w:rsidR="00D94E50" w:rsidRPr="00D35743" w:rsidRDefault="00000000">
            <w:pPr>
              <w:rPr>
                <w:rFonts w:cs="Times New Roman"/>
                <w:color w:val="000000" w:themeColor="text1"/>
                <w:sz w:val="22"/>
              </w:rPr>
            </w:pPr>
            <w:r w:rsidRPr="00D35743">
              <w:rPr>
                <w:rFonts w:cs="Times New Roman"/>
                <w:color w:val="000000" w:themeColor="text1"/>
                <w:sz w:val="22"/>
              </w:rPr>
              <w:t>Alabama</w:t>
            </w:r>
          </w:p>
        </w:tc>
        <w:tc>
          <w:tcPr>
            <w:tcW w:w="2160" w:type="dxa"/>
          </w:tcPr>
          <w:p w14:paraId="66816546" w14:textId="77777777" w:rsidR="00D94E50" w:rsidRPr="00D35743" w:rsidRDefault="00000000">
            <w:pPr>
              <w:rPr>
                <w:rFonts w:cs="Times New Roman"/>
                <w:color w:val="000000" w:themeColor="text1"/>
                <w:sz w:val="22"/>
              </w:rPr>
            </w:pPr>
            <w:r w:rsidRPr="00D35743">
              <w:rPr>
                <w:rFonts w:cs="Times New Roman"/>
                <w:color w:val="000000" w:themeColor="text1"/>
                <w:sz w:val="22"/>
              </w:rPr>
              <w:t>213</w:t>
            </w:r>
          </w:p>
        </w:tc>
        <w:tc>
          <w:tcPr>
            <w:tcW w:w="2880" w:type="dxa"/>
          </w:tcPr>
          <w:p w14:paraId="0D17093F" w14:textId="77777777" w:rsidR="00D94E50" w:rsidRPr="00D35743" w:rsidRDefault="00000000">
            <w:pPr>
              <w:rPr>
                <w:rFonts w:cs="Times New Roman"/>
                <w:color w:val="000000" w:themeColor="text1"/>
                <w:sz w:val="22"/>
              </w:rPr>
            </w:pPr>
            <w:r w:rsidRPr="00D35743">
              <w:rPr>
                <w:rFonts w:cs="Times New Roman"/>
                <w:color w:val="000000" w:themeColor="text1"/>
                <w:sz w:val="22"/>
              </w:rPr>
              <w:t>0.29 (0.25–0.33)</w:t>
            </w:r>
          </w:p>
        </w:tc>
        <w:tc>
          <w:tcPr>
            <w:tcW w:w="2160" w:type="dxa"/>
          </w:tcPr>
          <w:p w14:paraId="47CA6F0F" w14:textId="77777777" w:rsidR="00D94E50" w:rsidRPr="00D35743" w:rsidRDefault="00000000">
            <w:pPr>
              <w:rPr>
                <w:rFonts w:cs="Times New Roman"/>
                <w:color w:val="000000" w:themeColor="text1"/>
                <w:sz w:val="22"/>
              </w:rPr>
            </w:pPr>
            <w:r w:rsidRPr="00D35743">
              <w:rPr>
                <w:rFonts w:cs="Times New Roman"/>
                <w:color w:val="000000" w:themeColor="text1"/>
                <w:sz w:val="22"/>
              </w:rPr>
              <w:t>46</w:t>
            </w:r>
          </w:p>
        </w:tc>
        <w:tc>
          <w:tcPr>
            <w:tcW w:w="2880" w:type="dxa"/>
          </w:tcPr>
          <w:p w14:paraId="3C135CA1" w14:textId="77777777" w:rsidR="00D94E50" w:rsidRPr="00D35743" w:rsidRDefault="00000000">
            <w:pPr>
              <w:rPr>
                <w:rFonts w:cs="Times New Roman"/>
                <w:color w:val="000000" w:themeColor="text1"/>
                <w:sz w:val="22"/>
              </w:rPr>
            </w:pPr>
            <w:r w:rsidRPr="00D35743">
              <w:rPr>
                <w:rFonts w:cs="Times New Roman"/>
                <w:color w:val="000000" w:themeColor="text1"/>
                <w:sz w:val="22"/>
              </w:rPr>
              <w:t>0.29 (0.21–0.39)</w:t>
            </w:r>
          </w:p>
        </w:tc>
      </w:tr>
      <w:tr w:rsidR="00D94E50" w:rsidRPr="00D35743" w14:paraId="7D26B88B" w14:textId="77777777">
        <w:tc>
          <w:tcPr>
            <w:tcW w:w="3168" w:type="dxa"/>
          </w:tcPr>
          <w:p w14:paraId="0DC0C1D5" w14:textId="77777777" w:rsidR="00D94E50" w:rsidRPr="00D35743" w:rsidRDefault="00000000">
            <w:pPr>
              <w:rPr>
                <w:rFonts w:cs="Times New Roman"/>
                <w:color w:val="000000" w:themeColor="text1"/>
                <w:sz w:val="22"/>
              </w:rPr>
            </w:pPr>
            <w:r w:rsidRPr="00D35743">
              <w:rPr>
                <w:rFonts w:cs="Times New Roman"/>
                <w:color w:val="000000" w:themeColor="text1"/>
                <w:sz w:val="22"/>
              </w:rPr>
              <w:t>Alaska</w:t>
            </w:r>
          </w:p>
        </w:tc>
        <w:tc>
          <w:tcPr>
            <w:tcW w:w="2160" w:type="dxa"/>
          </w:tcPr>
          <w:p w14:paraId="36D8AEAB" w14:textId="77777777" w:rsidR="00D94E50" w:rsidRPr="00D35743" w:rsidRDefault="00000000">
            <w:pPr>
              <w:rPr>
                <w:rFonts w:cs="Times New Roman"/>
                <w:color w:val="000000" w:themeColor="text1"/>
                <w:sz w:val="22"/>
              </w:rPr>
            </w:pPr>
            <w:r w:rsidRPr="00D35743">
              <w:rPr>
                <w:rFonts w:cs="Times New Roman"/>
                <w:color w:val="000000" w:themeColor="text1"/>
                <w:sz w:val="22"/>
              </w:rPr>
              <w:t>39</w:t>
            </w:r>
          </w:p>
        </w:tc>
        <w:tc>
          <w:tcPr>
            <w:tcW w:w="2880" w:type="dxa"/>
          </w:tcPr>
          <w:p w14:paraId="31B1A8FE" w14:textId="77777777" w:rsidR="00D94E50" w:rsidRPr="00D35743" w:rsidRDefault="00000000">
            <w:pPr>
              <w:rPr>
                <w:rFonts w:cs="Times New Roman"/>
                <w:color w:val="000000" w:themeColor="text1"/>
                <w:sz w:val="22"/>
              </w:rPr>
            </w:pPr>
            <w:r w:rsidRPr="00D35743">
              <w:rPr>
                <w:rFonts w:cs="Times New Roman"/>
                <w:color w:val="000000" w:themeColor="text1"/>
                <w:sz w:val="22"/>
              </w:rPr>
              <w:t>0.56 (0.39–0.78)</w:t>
            </w:r>
          </w:p>
        </w:tc>
        <w:tc>
          <w:tcPr>
            <w:tcW w:w="2160" w:type="dxa"/>
          </w:tcPr>
          <w:p w14:paraId="07ACEE1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c>
          <w:tcPr>
            <w:tcW w:w="2880" w:type="dxa"/>
          </w:tcPr>
          <w:p w14:paraId="1035DB32" w14:textId="77777777" w:rsidR="00D94E50" w:rsidRPr="00D35743" w:rsidRDefault="00000000">
            <w:pPr>
              <w:rPr>
                <w:rFonts w:cs="Times New Roman"/>
                <w:color w:val="000000" w:themeColor="text1"/>
                <w:sz w:val="22"/>
              </w:rPr>
            </w:pPr>
            <w:r w:rsidRPr="00D35743">
              <w:rPr>
                <w:rFonts w:cs="Times New Roman"/>
                <w:color w:val="000000" w:themeColor="text1"/>
                <w:sz w:val="22"/>
              </w:rPr>
              <w:t>—</w:t>
            </w:r>
          </w:p>
        </w:tc>
      </w:tr>
      <w:tr w:rsidR="00D94E50" w:rsidRPr="00D35743" w14:paraId="39940795" w14:textId="77777777">
        <w:tc>
          <w:tcPr>
            <w:tcW w:w="3168" w:type="dxa"/>
          </w:tcPr>
          <w:p w14:paraId="5182B337" w14:textId="77777777" w:rsidR="00D94E50" w:rsidRPr="00D35743" w:rsidRDefault="00000000">
            <w:pPr>
              <w:rPr>
                <w:rFonts w:cs="Times New Roman"/>
                <w:color w:val="000000" w:themeColor="text1"/>
                <w:sz w:val="22"/>
              </w:rPr>
            </w:pPr>
            <w:r w:rsidRPr="00D35743">
              <w:rPr>
                <w:rFonts w:cs="Times New Roman"/>
                <w:color w:val="000000" w:themeColor="text1"/>
                <w:sz w:val="22"/>
              </w:rPr>
              <w:t>Arizona</w:t>
            </w:r>
          </w:p>
        </w:tc>
        <w:tc>
          <w:tcPr>
            <w:tcW w:w="2160" w:type="dxa"/>
          </w:tcPr>
          <w:p w14:paraId="1E223573" w14:textId="77777777" w:rsidR="00D94E50" w:rsidRPr="00D35743" w:rsidRDefault="00000000">
            <w:pPr>
              <w:rPr>
                <w:rFonts w:cs="Times New Roman"/>
                <w:color w:val="000000" w:themeColor="text1"/>
                <w:sz w:val="22"/>
              </w:rPr>
            </w:pPr>
            <w:r w:rsidRPr="00D35743">
              <w:rPr>
                <w:rFonts w:cs="Times New Roman"/>
                <w:color w:val="000000" w:themeColor="text1"/>
                <w:sz w:val="22"/>
              </w:rPr>
              <w:t>203</w:t>
            </w:r>
          </w:p>
        </w:tc>
        <w:tc>
          <w:tcPr>
            <w:tcW w:w="2880" w:type="dxa"/>
          </w:tcPr>
          <w:p w14:paraId="216948E8" w14:textId="77777777" w:rsidR="00D94E50" w:rsidRPr="00D35743" w:rsidRDefault="00000000">
            <w:pPr>
              <w:rPr>
                <w:rFonts w:cs="Times New Roman"/>
                <w:color w:val="000000" w:themeColor="text1"/>
                <w:sz w:val="22"/>
              </w:rPr>
            </w:pPr>
            <w:r w:rsidRPr="00D35743">
              <w:rPr>
                <w:rFonts w:cs="Times New Roman"/>
                <w:color w:val="000000" w:themeColor="text1"/>
                <w:sz w:val="22"/>
              </w:rPr>
              <w:t>0.19 (0.17–0.22)</w:t>
            </w:r>
          </w:p>
        </w:tc>
        <w:tc>
          <w:tcPr>
            <w:tcW w:w="2160" w:type="dxa"/>
          </w:tcPr>
          <w:p w14:paraId="5F1EB4BC" w14:textId="77777777" w:rsidR="00D94E50" w:rsidRPr="00D35743" w:rsidRDefault="00000000">
            <w:pPr>
              <w:rPr>
                <w:rFonts w:cs="Times New Roman"/>
                <w:color w:val="000000" w:themeColor="text1"/>
                <w:sz w:val="22"/>
              </w:rPr>
            </w:pPr>
            <w:r w:rsidRPr="00D35743">
              <w:rPr>
                <w:rFonts w:cs="Times New Roman"/>
                <w:color w:val="000000" w:themeColor="text1"/>
                <w:sz w:val="22"/>
              </w:rPr>
              <w:t>87</w:t>
            </w:r>
          </w:p>
        </w:tc>
        <w:tc>
          <w:tcPr>
            <w:tcW w:w="2880" w:type="dxa"/>
          </w:tcPr>
          <w:p w14:paraId="380882F0" w14:textId="77777777" w:rsidR="00D94E50" w:rsidRPr="00D35743" w:rsidRDefault="00000000">
            <w:pPr>
              <w:rPr>
                <w:rFonts w:cs="Times New Roman"/>
                <w:color w:val="000000" w:themeColor="text1"/>
                <w:sz w:val="22"/>
              </w:rPr>
            </w:pPr>
            <w:r w:rsidRPr="00D35743">
              <w:rPr>
                <w:rFonts w:cs="Times New Roman"/>
                <w:color w:val="000000" w:themeColor="text1"/>
                <w:sz w:val="22"/>
              </w:rPr>
              <w:t>0.35 (0.28–0.43)</w:t>
            </w:r>
          </w:p>
        </w:tc>
      </w:tr>
      <w:tr w:rsidR="00D94E50" w:rsidRPr="00D35743" w14:paraId="48729507" w14:textId="77777777">
        <w:tc>
          <w:tcPr>
            <w:tcW w:w="3168" w:type="dxa"/>
          </w:tcPr>
          <w:p w14:paraId="7EF3A329" w14:textId="77777777" w:rsidR="00D94E50" w:rsidRPr="00D35743" w:rsidRDefault="00000000">
            <w:pPr>
              <w:rPr>
                <w:rFonts w:cs="Times New Roman"/>
                <w:color w:val="000000" w:themeColor="text1"/>
                <w:sz w:val="22"/>
              </w:rPr>
            </w:pPr>
            <w:r w:rsidRPr="00D35743">
              <w:rPr>
                <w:rFonts w:cs="Times New Roman"/>
                <w:color w:val="000000" w:themeColor="text1"/>
                <w:sz w:val="22"/>
              </w:rPr>
              <w:t>Arkansas</w:t>
            </w:r>
          </w:p>
        </w:tc>
        <w:tc>
          <w:tcPr>
            <w:tcW w:w="2160" w:type="dxa"/>
          </w:tcPr>
          <w:p w14:paraId="63C75966" w14:textId="77777777" w:rsidR="00D94E50" w:rsidRPr="00D35743" w:rsidRDefault="00000000">
            <w:pPr>
              <w:rPr>
                <w:rFonts w:cs="Times New Roman"/>
                <w:color w:val="000000" w:themeColor="text1"/>
                <w:sz w:val="22"/>
              </w:rPr>
            </w:pPr>
            <w:r w:rsidRPr="00D35743">
              <w:rPr>
                <w:rFonts w:cs="Times New Roman"/>
                <w:color w:val="000000" w:themeColor="text1"/>
                <w:sz w:val="22"/>
              </w:rPr>
              <w:t>109</w:t>
            </w:r>
          </w:p>
        </w:tc>
        <w:tc>
          <w:tcPr>
            <w:tcW w:w="2880" w:type="dxa"/>
          </w:tcPr>
          <w:p w14:paraId="71BD817B" w14:textId="77777777" w:rsidR="00D94E50" w:rsidRPr="00D35743" w:rsidRDefault="00000000">
            <w:pPr>
              <w:rPr>
                <w:rFonts w:cs="Times New Roman"/>
                <w:color w:val="000000" w:themeColor="text1"/>
                <w:sz w:val="22"/>
              </w:rPr>
            </w:pPr>
            <w:r w:rsidRPr="00D35743">
              <w:rPr>
                <w:rFonts w:cs="Times New Roman"/>
                <w:color w:val="000000" w:themeColor="text1"/>
                <w:sz w:val="22"/>
              </w:rPr>
              <w:t>0.24 (0.19–0.28)</w:t>
            </w:r>
          </w:p>
        </w:tc>
        <w:tc>
          <w:tcPr>
            <w:tcW w:w="2160" w:type="dxa"/>
          </w:tcPr>
          <w:p w14:paraId="0E1D4D50" w14:textId="77777777" w:rsidR="00D94E50" w:rsidRPr="00D35743" w:rsidRDefault="00000000">
            <w:pPr>
              <w:rPr>
                <w:rFonts w:cs="Times New Roman"/>
                <w:color w:val="000000" w:themeColor="text1"/>
                <w:sz w:val="22"/>
              </w:rPr>
            </w:pPr>
            <w:r w:rsidRPr="00D35743">
              <w:rPr>
                <w:rFonts w:cs="Times New Roman"/>
                <w:color w:val="000000" w:themeColor="text1"/>
                <w:sz w:val="22"/>
              </w:rPr>
              <w:t>25</w:t>
            </w:r>
          </w:p>
        </w:tc>
        <w:tc>
          <w:tcPr>
            <w:tcW w:w="2880" w:type="dxa"/>
          </w:tcPr>
          <w:p w14:paraId="152BB2AF" w14:textId="77777777" w:rsidR="00D94E50" w:rsidRPr="00D35743" w:rsidRDefault="00000000">
            <w:pPr>
              <w:rPr>
                <w:rFonts w:cs="Times New Roman"/>
                <w:color w:val="000000" w:themeColor="text1"/>
                <w:sz w:val="22"/>
              </w:rPr>
            </w:pPr>
            <w:r w:rsidRPr="00D35743">
              <w:rPr>
                <w:rFonts w:cs="Times New Roman"/>
                <w:color w:val="000000" w:themeColor="text1"/>
                <w:sz w:val="22"/>
              </w:rPr>
              <w:t>0.27 (0.17–0.40)</w:t>
            </w:r>
          </w:p>
        </w:tc>
      </w:tr>
      <w:tr w:rsidR="00D94E50" w:rsidRPr="00D35743" w14:paraId="344F1459" w14:textId="77777777">
        <w:tc>
          <w:tcPr>
            <w:tcW w:w="3168" w:type="dxa"/>
          </w:tcPr>
          <w:p w14:paraId="6ECC02E2" w14:textId="77777777" w:rsidR="00D94E50" w:rsidRPr="00D35743" w:rsidRDefault="00000000">
            <w:pPr>
              <w:rPr>
                <w:rFonts w:cs="Times New Roman"/>
                <w:color w:val="000000" w:themeColor="text1"/>
                <w:sz w:val="22"/>
              </w:rPr>
            </w:pPr>
            <w:r w:rsidRPr="00D35743">
              <w:rPr>
                <w:rFonts w:cs="Times New Roman"/>
                <w:color w:val="000000" w:themeColor="text1"/>
                <w:sz w:val="22"/>
              </w:rPr>
              <w:t>California</w:t>
            </w:r>
          </w:p>
        </w:tc>
        <w:tc>
          <w:tcPr>
            <w:tcW w:w="2160" w:type="dxa"/>
          </w:tcPr>
          <w:p w14:paraId="23979409" w14:textId="77777777" w:rsidR="00D94E50" w:rsidRPr="00D35743" w:rsidRDefault="00000000">
            <w:pPr>
              <w:rPr>
                <w:rFonts w:cs="Times New Roman"/>
                <w:color w:val="000000" w:themeColor="text1"/>
                <w:sz w:val="22"/>
              </w:rPr>
            </w:pPr>
            <w:r w:rsidRPr="00D35743">
              <w:rPr>
                <w:rFonts w:cs="Times New Roman"/>
                <w:color w:val="000000" w:themeColor="text1"/>
                <w:sz w:val="22"/>
              </w:rPr>
              <w:t>1,914</w:t>
            </w:r>
          </w:p>
        </w:tc>
        <w:tc>
          <w:tcPr>
            <w:tcW w:w="2880" w:type="dxa"/>
          </w:tcPr>
          <w:p w14:paraId="0916E162" w14:textId="77777777" w:rsidR="00D94E50" w:rsidRPr="00D35743" w:rsidRDefault="00000000">
            <w:pPr>
              <w:rPr>
                <w:rFonts w:cs="Times New Roman"/>
                <w:color w:val="000000" w:themeColor="text1"/>
                <w:sz w:val="22"/>
              </w:rPr>
            </w:pPr>
            <w:r w:rsidRPr="00D35743">
              <w:rPr>
                <w:rFonts w:cs="Times New Roman"/>
                <w:color w:val="000000" w:themeColor="text1"/>
                <w:sz w:val="22"/>
              </w:rPr>
              <w:t>0.36 (0.35–0.38)</w:t>
            </w:r>
          </w:p>
        </w:tc>
        <w:tc>
          <w:tcPr>
            <w:tcW w:w="2160" w:type="dxa"/>
          </w:tcPr>
          <w:p w14:paraId="4DD12459" w14:textId="77777777" w:rsidR="00D94E50" w:rsidRPr="00D35743" w:rsidRDefault="00000000">
            <w:pPr>
              <w:rPr>
                <w:rFonts w:cs="Times New Roman"/>
                <w:color w:val="000000" w:themeColor="text1"/>
                <w:sz w:val="22"/>
              </w:rPr>
            </w:pPr>
            <w:r w:rsidRPr="00D35743">
              <w:rPr>
                <w:rFonts w:cs="Times New Roman"/>
                <w:color w:val="000000" w:themeColor="text1"/>
                <w:sz w:val="22"/>
              </w:rPr>
              <w:t>485</w:t>
            </w:r>
          </w:p>
        </w:tc>
        <w:tc>
          <w:tcPr>
            <w:tcW w:w="2880" w:type="dxa"/>
          </w:tcPr>
          <w:p w14:paraId="6B6C4990" w14:textId="77777777" w:rsidR="00D94E50" w:rsidRPr="00D35743" w:rsidRDefault="00000000">
            <w:pPr>
              <w:rPr>
                <w:rFonts w:cs="Times New Roman"/>
                <w:color w:val="000000" w:themeColor="text1"/>
                <w:sz w:val="22"/>
              </w:rPr>
            </w:pPr>
            <w:r w:rsidRPr="00D35743">
              <w:rPr>
                <w:rFonts w:cs="Times New Roman"/>
                <w:color w:val="000000" w:themeColor="text1"/>
                <w:sz w:val="22"/>
              </w:rPr>
              <w:t>0.40 (0.37–0.44)</w:t>
            </w:r>
          </w:p>
        </w:tc>
      </w:tr>
      <w:tr w:rsidR="00D94E50" w:rsidRPr="00D35743" w14:paraId="5143FB7A" w14:textId="77777777">
        <w:tc>
          <w:tcPr>
            <w:tcW w:w="3168" w:type="dxa"/>
          </w:tcPr>
          <w:p w14:paraId="58CC578C" w14:textId="77777777" w:rsidR="00D94E50" w:rsidRPr="00D35743" w:rsidRDefault="00000000">
            <w:pPr>
              <w:rPr>
                <w:rFonts w:cs="Times New Roman"/>
                <w:color w:val="000000" w:themeColor="text1"/>
                <w:sz w:val="22"/>
              </w:rPr>
            </w:pPr>
            <w:r w:rsidRPr="00D35743">
              <w:rPr>
                <w:rFonts w:cs="Times New Roman"/>
                <w:color w:val="000000" w:themeColor="text1"/>
                <w:sz w:val="22"/>
              </w:rPr>
              <w:t>Colorado</w:t>
            </w:r>
          </w:p>
        </w:tc>
        <w:tc>
          <w:tcPr>
            <w:tcW w:w="2160" w:type="dxa"/>
          </w:tcPr>
          <w:p w14:paraId="32477F0F" w14:textId="77777777" w:rsidR="00D94E50" w:rsidRPr="00D35743" w:rsidRDefault="00000000">
            <w:pPr>
              <w:rPr>
                <w:rFonts w:cs="Times New Roman"/>
                <w:color w:val="000000" w:themeColor="text1"/>
                <w:sz w:val="22"/>
              </w:rPr>
            </w:pPr>
            <w:r w:rsidRPr="00D35743">
              <w:rPr>
                <w:rFonts w:cs="Times New Roman"/>
                <w:color w:val="000000" w:themeColor="text1"/>
                <w:sz w:val="22"/>
              </w:rPr>
              <w:t>391</w:t>
            </w:r>
          </w:p>
        </w:tc>
        <w:tc>
          <w:tcPr>
            <w:tcW w:w="2880" w:type="dxa"/>
          </w:tcPr>
          <w:p w14:paraId="7BE23D2F" w14:textId="77777777" w:rsidR="00D94E50" w:rsidRPr="00D35743" w:rsidRDefault="00000000">
            <w:pPr>
              <w:rPr>
                <w:rFonts w:cs="Times New Roman"/>
                <w:color w:val="000000" w:themeColor="text1"/>
                <w:sz w:val="22"/>
              </w:rPr>
            </w:pPr>
            <w:r w:rsidRPr="00D35743">
              <w:rPr>
                <w:rFonts w:cs="Times New Roman"/>
                <w:color w:val="000000" w:themeColor="text1"/>
                <w:sz w:val="22"/>
              </w:rPr>
              <w:t>0.56 (0.50–0.61)</w:t>
            </w:r>
          </w:p>
        </w:tc>
        <w:tc>
          <w:tcPr>
            <w:tcW w:w="2160" w:type="dxa"/>
          </w:tcPr>
          <w:p w14:paraId="31523301" w14:textId="77777777" w:rsidR="00D94E50" w:rsidRPr="00D35743" w:rsidRDefault="00000000">
            <w:pPr>
              <w:rPr>
                <w:rFonts w:cs="Times New Roman"/>
                <w:color w:val="000000" w:themeColor="text1"/>
                <w:sz w:val="22"/>
              </w:rPr>
            </w:pPr>
            <w:r w:rsidRPr="00D35743">
              <w:rPr>
                <w:rFonts w:cs="Times New Roman"/>
                <w:color w:val="000000" w:themeColor="text1"/>
                <w:sz w:val="22"/>
              </w:rPr>
              <w:t>205</w:t>
            </w:r>
          </w:p>
        </w:tc>
        <w:tc>
          <w:tcPr>
            <w:tcW w:w="2880" w:type="dxa"/>
          </w:tcPr>
          <w:p w14:paraId="397B7BAA" w14:textId="77777777" w:rsidR="00D94E50" w:rsidRPr="00D35743" w:rsidRDefault="00000000">
            <w:pPr>
              <w:rPr>
                <w:rFonts w:cs="Times New Roman"/>
                <w:color w:val="000000" w:themeColor="text1"/>
                <w:sz w:val="22"/>
              </w:rPr>
            </w:pPr>
            <w:r w:rsidRPr="00D35743">
              <w:rPr>
                <w:rFonts w:cs="Times New Roman"/>
                <w:color w:val="000000" w:themeColor="text1"/>
                <w:sz w:val="22"/>
              </w:rPr>
              <w:t>1.21 (1.05–1.40)</w:t>
            </w:r>
          </w:p>
        </w:tc>
      </w:tr>
      <w:tr w:rsidR="00D94E50" w:rsidRPr="00D35743" w14:paraId="765D4A83" w14:textId="77777777">
        <w:tc>
          <w:tcPr>
            <w:tcW w:w="3168" w:type="dxa"/>
          </w:tcPr>
          <w:p w14:paraId="3813658A" w14:textId="77777777" w:rsidR="00D94E50" w:rsidRPr="00D35743" w:rsidRDefault="00000000">
            <w:pPr>
              <w:rPr>
                <w:rFonts w:cs="Times New Roman"/>
                <w:color w:val="000000" w:themeColor="text1"/>
                <w:sz w:val="22"/>
              </w:rPr>
            </w:pPr>
            <w:r w:rsidRPr="00D35743">
              <w:rPr>
                <w:rFonts w:cs="Times New Roman"/>
                <w:color w:val="000000" w:themeColor="text1"/>
                <w:sz w:val="22"/>
              </w:rPr>
              <w:t>Connecticut</w:t>
            </w:r>
          </w:p>
        </w:tc>
        <w:tc>
          <w:tcPr>
            <w:tcW w:w="2160" w:type="dxa"/>
          </w:tcPr>
          <w:p w14:paraId="5B2B4063" w14:textId="77777777" w:rsidR="00D94E50" w:rsidRPr="00D35743" w:rsidRDefault="00000000">
            <w:pPr>
              <w:rPr>
                <w:rFonts w:cs="Times New Roman"/>
                <w:color w:val="000000" w:themeColor="text1"/>
                <w:sz w:val="22"/>
              </w:rPr>
            </w:pPr>
            <w:r w:rsidRPr="00D35743">
              <w:rPr>
                <w:rFonts w:cs="Times New Roman"/>
                <w:color w:val="000000" w:themeColor="text1"/>
                <w:sz w:val="22"/>
              </w:rPr>
              <w:t>176</w:t>
            </w:r>
          </w:p>
        </w:tc>
        <w:tc>
          <w:tcPr>
            <w:tcW w:w="2880" w:type="dxa"/>
          </w:tcPr>
          <w:p w14:paraId="25520D54" w14:textId="77777777" w:rsidR="00D94E50" w:rsidRPr="00D35743" w:rsidRDefault="00000000">
            <w:pPr>
              <w:rPr>
                <w:rFonts w:cs="Times New Roman"/>
                <w:color w:val="000000" w:themeColor="text1"/>
                <w:sz w:val="22"/>
              </w:rPr>
            </w:pPr>
            <w:r w:rsidRPr="00D35743">
              <w:rPr>
                <w:rFonts w:cs="Times New Roman"/>
                <w:color w:val="000000" w:themeColor="text1"/>
                <w:sz w:val="22"/>
              </w:rPr>
              <w:t>0.27 (0.23–0.32)</w:t>
            </w:r>
          </w:p>
        </w:tc>
        <w:tc>
          <w:tcPr>
            <w:tcW w:w="2160" w:type="dxa"/>
          </w:tcPr>
          <w:p w14:paraId="57D6108D" w14:textId="77777777" w:rsidR="00D94E50" w:rsidRPr="00D35743" w:rsidRDefault="00000000">
            <w:pPr>
              <w:rPr>
                <w:rFonts w:cs="Times New Roman"/>
                <w:color w:val="000000" w:themeColor="text1"/>
                <w:sz w:val="22"/>
              </w:rPr>
            </w:pPr>
            <w:r w:rsidRPr="00D35743">
              <w:rPr>
                <w:rFonts w:cs="Times New Roman"/>
                <w:color w:val="000000" w:themeColor="text1"/>
                <w:sz w:val="22"/>
              </w:rPr>
              <w:t>46</w:t>
            </w:r>
          </w:p>
        </w:tc>
        <w:tc>
          <w:tcPr>
            <w:tcW w:w="2880" w:type="dxa"/>
          </w:tcPr>
          <w:p w14:paraId="4A45E489" w14:textId="77777777" w:rsidR="00D94E50" w:rsidRPr="00D35743" w:rsidRDefault="00000000">
            <w:pPr>
              <w:rPr>
                <w:rFonts w:cs="Times New Roman"/>
                <w:color w:val="000000" w:themeColor="text1"/>
                <w:sz w:val="22"/>
              </w:rPr>
            </w:pPr>
            <w:r w:rsidRPr="00D35743">
              <w:rPr>
                <w:rFonts w:cs="Times New Roman"/>
                <w:color w:val="000000" w:themeColor="text1"/>
                <w:sz w:val="22"/>
              </w:rPr>
              <w:t>0.36 (0.27–0.49)</w:t>
            </w:r>
          </w:p>
        </w:tc>
      </w:tr>
      <w:tr w:rsidR="00D94E50" w:rsidRPr="00D35743" w14:paraId="4E129725" w14:textId="77777777">
        <w:tc>
          <w:tcPr>
            <w:tcW w:w="3168" w:type="dxa"/>
          </w:tcPr>
          <w:p w14:paraId="74006F42" w14:textId="77777777" w:rsidR="00D94E50" w:rsidRPr="00D35743" w:rsidRDefault="00000000">
            <w:pPr>
              <w:rPr>
                <w:rFonts w:cs="Times New Roman"/>
                <w:color w:val="000000" w:themeColor="text1"/>
                <w:sz w:val="22"/>
              </w:rPr>
            </w:pPr>
            <w:r w:rsidRPr="00D35743">
              <w:rPr>
                <w:rFonts w:cs="Times New Roman"/>
                <w:color w:val="000000" w:themeColor="text1"/>
                <w:sz w:val="22"/>
              </w:rPr>
              <w:t>Delaware</w:t>
            </w:r>
          </w:p>
        </w:tc>
        <w:tc>
          <w:tcPr>
            <w:tcW w:w="2160" w:type="dxa"/>
          </w:tcPr>
          <w:p w14:paraId="4FB937ED" w14:textId="77777777" w:rsidR="00D94E50" w:rsidRPr="00D35743" w:rsidRDefault="00000000">
            <w:pPr>
              <w:rPr>
                <w:rFonts w:cs="Times New Roman"/>
                <w:color w:val="000000" w:themeColor="text1"/>
                <w:sz w:val="22"/>
              </w:rPr>
            </w:pPr>
            <w:r w:rsidRPr="00D35743">
              <w:rPr>
                <w:rFonts w:cs="Times New Roman"/>
                <w:color w:val="000000" w:themeColor="text1"/>
                <w:sz w:val="22"/>
              </w:rPr>
              <w:t>65</w:t>
            </w:r>
          </w:p>
        </w:tc>
        <w:tc>
          <w:tcPr>
            <w:tcW w:w="2880" w:type="dxa"/>
          </w:tcPr>
          <w:p w14:paraId="0FA3702B" w14:textId="77777777" w:rsidR="00D94E50" w:rsidRPr="00D35743" w:rsidRDefault="00000000">
            <w:pPr>
              <w:rPr>
                <w:rFonts w:cs="Times New Roman"/>
                <w:color w:val="000000" w:themeColor="text1"/>
                <w:sz w:val="22"/>
              </w:rPr>
            </w:pPr>
            <w:r w:rsidRPr="00D35743">
              <w:rPr>
                <w:rFonts w:cs="Times New Roman"/>
                <w:color w:val="000000" w:themeColor="text1"/>
                <w:sz w:val="22"/>
              </w:rPr>
              <w:t>0.44 (0.34–0.57)</w:t>
            </w:r>
          </w:p>
        </w:tc>
        <w:tc>
          <w:tcPr>
            <w:tcW w:w="2160" w:type="dxa"/>
          </w:tcPr>
          <w:p w14:paraId="0C12D8C6" w14:textId="77777777" w:rsidR="00D94E50" w:rsidRPr="00D35743" w:rsidRDefault="00000000">
            <w:pPr>
              <w:rPr>
                <w:rFonts w:cs="Times New Roman"/>
                <w:color w:val="000000" w:themeColor="text1"/>
                <w:sz w:val="22"/>
              </w:rPr>
            </w:pPr>
            <w:r w:rsidRPr="00D35743">
              <w:rPr>
                <w:rFonts w:cs="Times New Roman"/>
                <w:color w:val="000000" w:themeColor="text1"/>
                <w:sz w:val="22"/>
              </w:rPr>
              <w:t>21</w:t>
            </w:r>
          </w:p>
        </w:tc>
        <w:tc>
          <w:tcPr>
            <w:tcW w:w="2880" w:type="dxa"/>
          </w:tcPr>
          <w:p w14:paraId="4A12CB6B" w14:textId="77777777" w:rsidR="00D94E50" w:rsidRPr="00D35743" w:rsidRDefault="00000000">
            <w:pPr>
              <w:rPr>
                <w:rFonts w:cs="Times New Roman"/>
                <w:color w:val="000000" w:themeColor="text1"/>
                <w:sz w:val="22"/>
              </w:rPr>
            </w:pPr>
            <w:r w:rsidRPr="00D35743">
              <w:rPr>
                <w:rFonts w:cs="Times New Roman"/>
                <w:color w:val="000000" w:themeColor="text1"/>
                <w:sz w:val="22"/>
              </w:rPr>
              <w:t>0.55 (0.33–0.90)</w:t>
            </w:r>
          </w:p>
        </w:tc>
      </w:tr>
      <w:tr w:rsidR="00D94E50" w:rsidRPr="00D35743" w14:paraId="3028DD3E" w14:textId="77777777">
        <w:tc>
          <w:tcPr>
            <w:tcW w:w="3168" w:type="dxa"/>
          </w:tcPr>
          <w:p w14:paraId="3A3D4706" w14:textId="77777777" w:rsidR="00D94E50" w:rsidRPr="00D35743" w:rsidRDefault="00000000">
            <w:pPr>
              <w:rPr>
                <w:rFonts w:cs="Times New Roman"/>
                <w:color w:val="000000" w:themeColor="text1"/>
                <w:sz w:val="22"/>
              </w:rPr>
            </w:pPr>
            <w:r w:rsidRPr="00D35743">
              <w:rPr>
                <w:rFonts w:cs="Times New Roman"/>
                <w:color w:val="000000" w:themeColor="text1"/>
                <w:sz w:val="22"/>
              </w:rPr>
              <w:t>District of Columbia</w:t>
            </w:r>
          </w:p>
        </w:tc>
        <w:tc>
          <w:tcPr>
            <w:tcW w:w="2160" w:type="dxa"/>
          </w:tcPr>
          <w:p w14:paraId="5BDA9030" w14:textId="77777777" w:rsidR="00D94E50" w:rsidRPr="00D35743" w:rsidRDefault="00000000">
            <w:pPr>
              <w:rPr>
                <w:rFonts w:cs="Times New Roman"/>
                <w:color w:val="000000" w:themeColor="text1"/>
                <w:sz w:val="22"/>
              </w:rPr>
            </w:pPr>
            <w:r w:rsidRPr="00D35743">
              <w:rPr>
                <w:rFonts w:cs="Times New Roman"/>
                <w:color w:val="000000" w:themeColor="text1"/>
                <w:sz w:val="22"/>
              </w:rPr>
              <w:t>23</w:t>
            </w:r>
          </w:p>
        </w:tc>
        <w:tc>
          <w:tcPr>
            <w:tcW w:w="2880" w:type="dxa"/>
          </w:tcPr>
          <w:p w14:paraId="6ADA6790" w14:textId="77777777" w:rsidR="00D94E50" w:rsidRPr="00D35743" w:rsidRDefault="00000000">
            <w:pPr>
              <w:rPr>
                <w:rFonts w:cs="Times New Roman"/>
                <w:color w:val="000000" w:themeColor="text1"/>
                <w:sz w:val="22"/>
              </w:rPr>
            </w:pPr>
            <w:r w:rsidRPr="00D35743">
              <w:rPr>
                <w:rFonts w:cs="Times New Roman"/>
                <w:color w:val="000000" w:themeColor="text1"/>
                <w:sz w:val="22"/>
              </w:rPr>
              <w:t>0.28 (0.17–0.43)</w:t>
            </w:r>
          </w:p>
        </w:tc>
        <w:tc>
          <w:tcPr>
            <w:tcW w:w="2160" w:type="dxa"/>
          </w:tcPr>
          <w:p w14:paraId="57C3EF41" w14:textId="77777777" w:rsidR="00D94E50" w:rsidRPr="00D35743" w:rsidRDefault="00000000">
            <w:pPr>
              <w:rPr>
                <w:rFonts w:cs="Times New Roman"/>
                <w:color w:val="000000" w:themeColor="text1"/>
                <w:sz w:val="22"/>
              </w:rPr>
            </w:pPr>
            <w:r w:rsidRPr="00D35743">
              <w:rPr>
                <w:rFonts w:cs="Times New Roman"/>
                <w:color w:val="000000" w:themeColor="text1"/>
                <w:sz w:val="22"/>
              </w:rPr>
              <w:t>15</w:t>
            </w:r>
          </w:p>
        </w:tc>
        <w:tc>
          <w:tcPr>
            <w:tcW w:w="2880" w:type="dxa"/>
          </w:tcPr>
          <w:p w14:paraId="12BE78B1" w14:textId="77777777" w:rsidR="00D94E50" w:rsidRPr="00D35743" w:rsidRDefault="00000000">
            <w:pPr>
              <w:rPr>
                <w:rFonts w:cs="Times New Roman"/>
                <w:color w:val="000000" w:themeColor="text1"/>
                <w:sz w:val="22"/>
              </w:rPr>
            </w:pPr>
            <w:r w:rsidRPr="00D35743">
              <w:rPr>
                <w:rFonts w:cs="Times New Roman"/>
                <w:color w:val="000000" w:themeColor="text1"/>
                <w:sz w:val="22"/>
              </w:rPr>
              <w:t>0.87 (0.49–1.46)</w:t>
            </w:r>
          </w:p>
        </w:tc>
      </w:tr>
      <w:tr w:rsidR="00D94E50" w:rsidRPr="00D35743" w14:paraId="2A0B0C50" w14:textId="77777777">
        <w:tc>
          <w:tcPr>
            <w:tcW w:w="3168" w:type="dxa"/>
          </w:tcPr>
          <w:p w14:paraId="2ABC5D2E" w14:textId="77777777" w:rsidR="00D94E50" w:rsidRPr="00D35743" w:rsidRDefault="00000000">
            <w:pPr>
              <w:rPr>
                <w:rFonts w:cs="Times New Roman"/>
                <w:color w:val="000000" w:themeColor="text1"/>
                <w:sz w:val="22"/>
              </w:rPr>
            </w:pPr>
            <w:r w:rsidRPr="00D35743">
              <w:rPr>
                <w:rFonts w:cs="Times New Roman"/>
                <w:color w:val="000000" w:themeColor="text1"/>
                <w:sz w:val="22"/>
              </w:rPr>
              <w:t>Florida</w:t>
            </w:r>
          </w:p>
        </w:tc>
        <w:tc>
          <w:tcPr>
            <w:tcW w:w="2160" w:type="dxa"/>
          </w:tcPr>
          <w:p w14:paraId="174F7665" w14:textId="77777777" w:rsidR="00D94E50" w:rsidRPr="00D35743" w:rsidRDefault="00000000">
            <w:pPr>
              <w:rPr>
                <w:rFonts w:cs="Times New Roman"/>
                <w:color w:val="000000" w:themeColor="text1"/>
                <w:sz w:val="22"/>
              </w:rPr>
            </w:pPr>
            <w:r w:rsidRPr="00D35743">
              <w:rPr>
                <w:rFonts w:cs="Times New Roman"/>
                <w:color w:val="000000" w:themeColor="text1"/>
                <w:sz w:val="22"/>
              </w:rPr>
              <w:t>727</w:t>
            </w:r>
          </w:p>
        </w:tc>
        <w:tc>
          <w:tcPr>
            <w:tcW w:w="2880" w:type="dxa"/>
          </w:tcPr>
          <w:p w14:paraId="5E7DBB82" w14:textId="77777777" w:rsidR="00D94E50" w:rsidRPr="00D35743" w:rsidRDefault="00000000">
            <w:pPr>
              <w:rPr>
                <w:rFonts w:cs="Times New Roman"/>
                <w:color w:val="000000" w:themeColor="text1"/>
                <w:sz w:val="22"/>
              </w:rPr>
            </w:pPr>
            <w:r w:rsidRPr="00D35743">
              <w:rPr>
                <w:rFonts w:cs="Times New Roman"/>
                <w:color w:val="000000" w:themeColor="text1"/>
                <w:sz w:val="22"/>
              </w:rPr>
              <w:t>0.19 (0.18–0.21)</w:t>
            </w:r>
          </w:p>
        </w:tc>
        <w:tc>
          <w:tcPr>
            <w:tcW w:w="2160" w:type="dxa"/>
          </w:tcPr>
          <w:p w14:paraId="188F5A9F" w14:textId="77777777" w:rsidR="00D94E50" w:rsidRPr="00D35743" w:rsidRDefault="00000000">
            <w:pPr>
              <w:rPr>
                <w:rFonts w:cs="Times New Roman"/>
                <w:color w:val="000000" w:themeColor="text1"/>
                <w:sz w:val="22"/>
              </w:rPr>
            </w:pPr>
            <w:r w:rsidRPr="00D35743">
              <w:rPr>
                <w:rFonts w:cs="Times New Roman"/>
                <w:color w:val="000000" w:themeColor="text1"/>
                <w:sz w:val="22"/>
              </w:rPr>
              <w:t>309</w:t>
            </w:r>
          </w:p>
        </w:tc>
        <w:tc>
          <w:tcPr>
            <w:tcW w:w="2880" w:type="dxa"/>
          </w:tcPr>
          <w:p w14:paraId="4E944AEC" w14:textId="77777777" w:rsidR="00D94E50" w:rsidRPr="00D35743" w:rsidRDefault="00000000">
            <w:pPr>
              <w:rPr>
                <w:rFonts w:cs="Times New Roman"/>
                <w:color w:val="000000" w:themeColor="text1"/>
                <w:sz w:val="22"/>
              </w:rPr>
            </w:pPr>
            <w:r w:rsidRPr="00D35743">
              <w:rPr>
                <w:rFonts w:cs="Times New Roman"/>
                <w:color w:val="000000" w:themeColor="text1"/>
                <w:sz w:val="22"/>
              </w:rPr>
              <w:t>0.36 (0.33–0.41)</w:t>
            </w:r>
          </w:p>
        </w:tc>
      </w:tr>
      <w:tr w:rsidR="00D94E50" w:rsidRPr="00D35743" w14:paraId="1FB61C44" w14:textId="77777777">
        <w:tc>
          <w:tcPr>
            <w:tcW w:w="3168" w:type="dxa"/>
          </w:tcPr>
          <w:p w14:paraId="04E424F8" w14:textId="77777777" w:rsidR="00D94E50" w:rsidRPr="00D35743" w:rsidRDefault="00000000">
            <w:pPr>
              <w:rPr>
                <w:rFonts w:cs="Times New Roman"/>
                <w:color w:val="000000" w:themeColor="text1"/>
                <w:sz w:val="22"/>
              </w:rPr>
            </w:pPr>
            <w:r w:rsidRPr="00D35743">
              <w:rPr>
                <w:rFonts w:cs="Times New Roman"/>
                <w:color w:val="000000" w:themeColor="text1"/>
                <w:sz w:val="22"/>
              </w:rPr>
              <w:t>Georgia</w:t>
            </w:r>
          </w:p>
        </w:tc>
        <w:tc>
          <w:tcPr>
            <w:tcW w:w="2160" w:type="dxa"/>
          </w:tcPr>
          <w:p w14:paraId="3F6AF1A5" w14:textId="77777777" w:rsidR="00D94E50" w:rsidRPr="00D35743" w:rsidRDefault="00000000">
            <w:pPr>
              <w:rPr>
                <w:rFonts w:cs="Times New Roman"/>
                <w:color w:val="000000" w:themeColor="text1"/>
                <w:sz w:val="22"/>
              </w:rPr>
            </w:pPr>
            <w:r w:rsidRPr="00D35743">
              <w:rPr>
                <w:rFonts w:cs="Times New Roman"/>
                <w:color w:val="000000" w:themeColor="text1"/>
                <w:sz w:val="22"/>
              </w:rPr>
              <w:t>257</w:t>
            </w:r>
          </w:p>
        </w:tc>
        <w:tc>
          <w:tcPr>
            <w:tcW w:w="2880" w:type="dxa"/>
          </w:tcPr>
          <w:p w14:paraId="04C51F96" w14:textId="77777777" w:rsidR="00D94E50" w:rsidRPr="00D35743" w:rsidRDefault="00000000">
            <w:pPr>
              <w:rPr>
                <w:rFonts w:cs="Times New Roman"/>
                <w:color w:val="000000" w:themeColor="text1"/>
                <w:sz w:val="22"/>
              </w:rPr>
            </w:pPr>
            <w:r w:rsidRPr="00D35743">
              <w:rPr>
                <w:rFonts w:cs="Times New Roman"/>
                <w:color w:val="000000" w:themeColor="text1"/>
                <w:sz w:val="22"/>
              </w:rPr>
              <w:t>0.20 (0.17–0.23)</w:t>
            </w:r>
          </w:p>
        </w:tc>
        <w:tc>
          <w:tcPr>
            <w:tcW w:w="2160" w:type="dxa"/>
          </w:tcPr>
          <w:p w14:paraId="19596C66" w14:textId="77777777" w:rsidR="00D94E50" w:rsidRPr="00D35743" w:rsidRDefault="00000000">
            <w:pPr>
              <w:rPr>
                <w:rFonts w:cs="Times New Roman"/>
                <w:color w:val="000000" w:themeColor="text1"/>
                <w:sz w:val="22"/>
              </w:rPr>
            </w:pPr>
            <w:r w:rsidRPr="00D35743">
              <w:rPr>
                <w:rFonts w:cs="Times New Roman"/>
                <w:color w:val="000000" w:themeColor="text1"/>
                <w:sz w:val="22"/>
              </w:rPr>
              <w:t>89</w:t>
            </w:r>
          </w:p>
        </w:tc>
        <w:tc>
          <w:tcPr>
            <w:tcW w:w="2880" w:type="dxa"/>
          </w:tcPr>
          <w:p w14:paraId="16A053A8" w14:textId="77777777" w:rsidR="00D94E50" w:rsidRPr="00D35743" w:rsidRDefault="00000000">
            <w:pPr>
              <w:rPr>
                <w:rFonts w:cs="Times New Roman"/>
                <w:color w:val="000000" w:themeColor="text1"/>
                <w:sz w:val="22"/>
              </w:rPr>
            </w:pPr>
            <w:r w:rsidRPr="00D35743">
              <w:rPr>
                <w:rFonts w:cs="Times New Roman"/>
                <w:color w:val="000000" w:themeColor="text1"/>
                <w:sz w:val="22"/>
              </w:rPr>
              <w:t>0.29 (0.23–0.36)</w:t>
            </w:r>
          </w:p>
        </w:tc>
      </w:tr>
      <w:tr w:rsidR="00D94E50" w:rsidRPr="00D35743" w14:paraId="56B14EB9" w14:textId="77777777">
        <w:tc>
          <w:tcPr>
            <w:tcW w:w="3168" w:type="dxa"/>
          </w:tcPr>
          <w:p w14:paraId="28671414" w14:textId="77777777" w:rsidR="00D94E50" w:rsidRPr="00D35743" w:rsidRDefault="00000000">
            <w:pPr>
              <w:rPr>
                <w:rFonts w:cs="Times New Roman"/>
                <w:color w:val="000000" w:themeColor="text1"/>
                <w:sz w:val="22"/>
              </w:rPr>
            </w:pPr>
            <w:r w:rsidRPr="00D35743">
              <w:rPr>
                <w:rFonts w:cs="Times New Roman"/>
                <w:color w:val="000000" w:themeColor="text1"/>
                <w:sz w:val="22"/>
              </w:rPr>
              <w:t>Hawaii</w:t>
            </w:r>
          </w:p>
        </w:tc>
        <w:tc>
          <w:tcPr>
            <w:tcW w:w="2160" w:type="dxa"/>
          </w:tcPr>
          <w:p w14:paraId="1579FFA9" w14:textId="77777777" w:rsidR="00D94E50" w:rsidRPr="00D35743" w:rsidRDefault="00000000">
            <w:pPr>
              <w:rPr>
                <w:rFonts w:cs="Times New Roman"/>
                <w:color w:val="000000" w:themeColor="text1"/>
                <w:sz w:val="22"/>
              </w:rPr>
            </w:pPr>
            <w:r w:rsidRPr="00D35743">
              <w:rPr>
                <w:rFonts w:cs="Times New Roman"/>
                <w:color w:val="000000" w:themeColor="text1"/>
                <w:sz w:val="22"/>
              </w:rPr>
              <w:t>101</w:t>
            </w:r>
          </w:p>
        </w:tc>
        <w:tc>
          <w:tcPr>
            <w:tcW w:w="2880" w:type="dxa"/>
          </w:tcPr>
          <w:p w14:paraId="0451B94F" w14:textId="77777777" w:rsidR="00D94E50" w:rsidRPr="00D35743" w:rsidRDefault="00000000">
            <w:pPr>
              <w:rPr>
                <w:rFonts w:cs="Times New Roman"/>
                <w:color w:val="000000" w:themeColor="text1"/>
                <w:sz w:val="22"/>
              </w:rPr>
            </w:pPr>
            <w:r w:rsidRPr="00D35743">
              <w:rPr>
                <w:rFonts w:cs="Times New Roman"/>
                <w:color w:val="000000" w:themeColor="text1"/>
                <w:sz w:val="22"/>
              </w:rPr>
              <w:t>0.41 (0.33–0.49)</w:t>
            </w:r>
          </w:p>
        </w:tc>
        <w:tc>
          <w:tcPr>
            <w:tcW w:w="2160" w:type="dxa"/>
          </w:tcPr>
          <w:p w14:paraId="4E3EC70B" w14:textId="77777777" w:rsidR="00D94E50" w:rsidRPr="00D35743" w:rsidRDefault="00000000">
            <w:pPr>
              <w:rPr>
                <w:rFonts w:cs="Times New Roman"/>
                <w:color w:val="000000" w:themeColor="text1"/>
                <w:sz w:val="22"/>
              </w:rPr>
            </w:pPr>
            <w:r w:rsidRPr="00D35743">
              <w:rPr>
                <w:rFonts w:cs="Times New Roman"/>
                <w:color w:val="000000" w:themeColor="text1"/>
                <w:sz w:val="22"/>
              </w:rPr>
              <w:t>34</w:t>
            </w:r>
          </w:p>
        </w:tc>
        <w:tc>
          <w:tcPr>
            <w:tcW w:w="2880" w:type="dxa"/>
          </w:tcPr>
          <w:p w14:paraId="5966C570" w14:textId="77777777" w:rsidR="00D94E50" w:rsidRPr="00D35743" w:rsidRDefault="00000000">
            <w:pPr>
              <w:rPr>
                <w:rFonts w:cs="Times New Roman"/>
                <w:color w:val="000000" w:themeColor="text1"/>
                <w:sz w:val="22"/>
              </w:rPr>
            </w:pPr>
            <w:r w:rsidRPr="00D35743">
              <w:rPr>
                <w:rFonts w:cs="Times New Roman"/>
                <w:color w:val="000000" w:themeColor="text1"/>
                <w:sz w:val="22"/>
              </w:rPr>
              <w:t>0.60 (0.41–0.87)</w:t>
            </w:r>
          </w:p>
        </w:tc>
      </w:tr>
      <w:tr w:rsidR="00D94E50" w:rsidRPr="00D35743" w14:paraId="7C8E3892" w14:textId="77777777">
        <w:tc>
          <w:tcPr>
            <w:tcW w:w="3168" w:type="dxa"/>
          </w:tcPr>
          <w:p w14:paraId="6B2604C4" w14:textId="77777777" w:rsidR="00D94E50" w:rsidRPr="00D35743" w:rsidRDefault="00000000">
            <w:pPr>
              <w:rPr>
                <w:rFonts w:cs="Times New Roman"/>
                <w:color w:val="000000" w:themeColor="text1"/>
                <w:sz w:val="22"/>
              </w:rPr>
            </w:pPr>
            <w:r w:rsidRPr="00D35743">
              <w:rPr>
                <w:rFonts w:cs="Times New Roman"/>
                <w:color w:val="000000" w:themeColor="text1"/>
                <w:sz w:val="22"/>
              </w:rPr>
              <w:t>Idaho</w:t>
            </w:r>
          </w:p>
        </w:tc>
        <w:tc>
          <w:tcPr>
            <w:tcW w:w="2160" w:type="dxa"/>
          </w:tcPr>
          <w:p w14:paraId="2C91D32F" w14:textId="77777777" w:rsidR="00D94E50" w:rsidRPr="00D35743" w:rsidRDefault="00000000">
            <w:pPr>
              <w:rPr>
                <w:rFonts w:cs="Times New Roman"/>
                <w:color w:val="000000" w:themeColor="text1"/>
                <w:sz w:val="22"/>
              </w:rPr>
            </w:pPr>
            <w:r w:rsidRPr="00D35743">
              <w:rPr>
                <w:rFonts w:cs="Times New Roman"/>
                <w:color w:val="000000" w:themeColor="text1"/>
                <w:sz w:val="22"/>
              </w:rPr>
              <w:t>122</w:t>
            </w:r>
          </w:p>
        </w:tc>
        <w:tc>
          <w:tcPr>
            <w:tcW w:w="2880" w:type="dxa"/>
          </w:tcPr>
          <w:p w14:paraId="715F6ED7" w14:textId="77777777" w:rsidR="00D94E50" w:rsidRPr="00D35743" w:rsidRDefault="00000000">
            <w:pPr>
              <w:rPr>
                <w:rFonts w:cs="Times New Roman"/>
                <w:color w:val="000000" w:themeColor="text1"/>
                <w:sz w:val="22"/>
              </w:rPr>
            </w:pPr>
            <w:r w:rsidRPr="00D35743">
              <w:rPr>
                <w:rFonts w:cs="Times New Roman"/>
                <w:color w:val="000000" w:themeColor="text1"/>
                <w:sz w:val="22"/>
              </w:rPr>
              <w:t>0.51 (0.42–0.61)</w:t>
            </w:r>
          </w:p>
        </w:tc>
        <w:tc>
          <w:tcPr>
            <w:tcW w:w="2160" w:type="dxa"/>
          </w:tcPr>
          <w:p w14:paraId="752C13DB" w14:textId="77777777" w:rsidR="00D94E50" w:rsidRPr="00D35743" w:rsidRDefault="00000000">
            <w:pPr>
              <w:rPr>
                <w:rFonts w:cs="Times New Roman"/>
                <w:color w:val="000000" w:themeColor="text1"/>
                <w:sz w:val="22"/>
              </w:rPr>
            </w:pPr>
            <w:r w:rsidRPr="00D35743">
              <w:rPr>
                <w:rFonts w:cs="Times New Roman"/>
                <w:color w:val="000000" w:themeColor="text1"/>
                <w:sz w:val="22"/>
              </w:rPr>
              <w:t>35</w:t>
            </w:r>
          </w:p>
        </w:tc>
        <w:tc>
          <w:tcPr>
            <w:tcW w:w="2880" w:type="dxa"/>
          </w:tcPr>
          <w:p w14:paraId="3702AC06" w14:textId="77777777" w:rsidR="00D94E50" w:rsidRPr="00D35743" w:rsidRDefault="00000000">
            <w:pPr>
              <w:rPr>
                <w:rFonts w:cs="Times New Roman"/>
                <w:color w:val="000000" w:themeColor="text1"/>
                <w:sz w:val="22"/>
              </w:rPr>
            </w:pPr>
            <w:r w:rsidRPr="00D35743">
              <w:rPr>
                <w:rFonts w:cs="Times New Roman"/>
                <w:color w:val="000000" w:themeColor="text1"/>
                <w:sz w:val="22"/>
              </w:rPr>
              <w:t>0.59 (0.40–0.84)</w:t>
            </w:r>
          </w:p>
        </w:tc>
      </w:tr>
      <w:tr w:rsidR="00D94E50" w:rsidRPr="00D35743" w14:paraId="76A5CC37" w14:textId="77777777">
        <w:tc>
          <w:tcPr>
            <w:tcW w:w="3168" w:type="dxa"/>
          </w:tcPr>
          <w:p w14:paraId="771D236F" w14:textId="77777777" w:rsidR="00D94E50" w:rsidRPr="00D35743" w:rsidRDefault="00000000">
            <w:pPr>
              <w:rPr>
                <w:rFonts w:cs="Times New Roman"/>
                <w:color w:val="000000" w:themeColor="text1"/>
                <w:sz w:val="22"/>
              </w:rPr>
            </w:pPr>
            <w:r w:rsidRPr="00D35743">
              <w:rPr>
                <w:rFonts w:cs="Times New Roman"/>
                <w:color w:val="000000" w:themeColor="text1"/>
                <w:sz w:val="22"/>
              </w:rPr>
              <w:t>Illinois</w:t>
            </w:r>
          </w:p>
        </w:tc>
        <w:tc>
          <w:tcPr>
            <w:tcW w:w="2160" w:type="dxa"/>
          </w:tcPr>
          <w:p w14:paraId="33E556D5" w14:textId="77777777" w:rsidR="00D94E50" w:rsidRPr="00D35743" w:rsidRDefault="00000000">
            <w:pPr>
              <w:rPr>
                <w:rFonts w:cs="Times New Roman"/>
                <w:color w:val="000000" w:themeColor="text1"/>
                <w:sz w:val="22"/>
              </w:rPr>
            </w:pPr>
            <w:r w:rsidRPr="00D35743">
              <w:rPr>
                <w:rFonts w:cs="Times New Roman"/>
                <w:color w:val="000000" w:themeColor="text1"/>
                <w:sz w:val="22"/>
              </w:rPr>
              <w:t>569</w:t>
            </w:r>
          </w:p>
        </w:tc>
        <w:tc>
          <w:tcPr>
            <w:tcW w:w="2880" w:type="dxa"/>
          </w:tcPr>
          <w:p w14:paraId="0040E673" w14:textId="77777777" w:rsidR="00D94E50" w:rsidRPr="00D35743" w:rsidRDefault="00000000">
            <w:pPr>
              <w:rPr>
                <w:rFonts w:cs="Times New Roman"/>
                <w:color w:val="000000" w:themeColor="text1"/>
                <w:sz w:val="22"/>
              </w:rPr>
            </w:pPr>
            <w:r w:rsidRPr="00D35743">
              <w:rPr>
                <w:rFonts w:cs="Times New Roman"/>
                <w:color w:val="000000" w:themeColor="text1"/>
                <w:sz w:val="22"/>
              </w:rPr>
              <w:t>0.29 (0.27–0.32)</w:t>
            </w:r>
          </w:p>
        </w:tc>
        <w:tc>
          <w:tcPr>
            <w:tcW w:w="2160" w:type="dxa"/>
          </w:tcPr>
          <w:p w14:paraId="54D57EAD" w14:textId="77777777" w:rsidR="00D94E50" w:rsidRPr="00D35743" w:rsidRDefault="00000000">
            <w:pPr>
              <w:rPr>
                <w:rFonts w:cs="Times New Roman"/>
                <w:color w:val="000000" w:themeColor="text1"/>
                <w:sz w:val="22"/>
              </w:rPr>
            </w:pPr>
            <w:r w:rsidRPr="00D35743">
              <w:rPr>
                <w:rFonts w:cs="Times New Roman"/>
                <w:color w:val="000000" w:themeColor="text1"/>
                <w:sz w:val="22"/>
              </w:rPr>
              <w:t>124</w:t>
            </w:r>
          </w:p>
        </w:tc>
        <w:tc>
          <w:tcPr>
            <w:tcW w:w="2880" w:type="dxa"/>
          </w:tcPr>
          <w:p w14:paraId="1D6995D5" w14:textId="77777777" w:rsidR="00D94E50" w:rsidRPr="00D35743" w:rsidRDefault="00000000">
            <w:pPr>
              <w:rPr>
                <w:rFonts w:cs="Times New Roman"/>
                <w:color w:val="000000" w:themeColor="text1"/>
                <w:sz w:val="22"/>
              </w:rPr>
            </w:pPr>
            <w:r w:rsidRPr="00D35743">
              <w:rPr>
                <w:rFonts w:cs="Times New Roman"/>
                <w:color w:val="000000" w:themeColor="text1"/>
                <w:sz w:val="22"/>
              </w:rPr>
              <w:t>0.27 (0.22–0.33)</w:t>
            </w:r>
          </w:p>
        </w:tc>
      </w:tr>
      <w:tr w:rsidR="00D94E50" w:rsidRPr="00D35743" w14:paraId="79AC657C" w14:textId="77777777">
        <w:tc>
          <w:tcPr>
            <w:tcW w:w="3168" w:type="dxa"/>
          </w:tcPr>
          <w:p w14:paraId="519850E4" w14:textId="77777777" w:rsidR="00D94E50" w:rsidRPr="00D35743" w:rsidRDefault="00000000">
            <w:pPr>
              <w:rPr>
                <w:rFonts w:cs="Times New Roman"/>
                <w:color w:val="000000" w:themeColor="text1"/>
                <w:sz w:val="22"/>
              </w:rPr>
            </w:pPr>
            <w:r w:rsidRPr="00D35743">
              <w:rPr>
                <w:rFonts w:cs="Times New Roman"/>
                <w:color w:val="000000" w:themeColor="text1"/>
                <w:sz w:val="22"/>
              </w:rPr>
              <w:t>Indiana</w:t>
            </w:r>
          </w:p>
        </w:tc>
        <w:tc>
          <w:tcPr>
            <w:tcW w:w="2160" w:type="dxa"/>
          </w:tcPr>
          <w:p w14:paraId="5B641EDB" w14:textId="77777777" w:rsidR="00D94E50" w:rsidRPr="00D35743" w:rsidRDefault="00000000">
            <w:pPr>
              <w:rPr>
                <w:rFonts w:cs="Times New Roman"/>
                <w:color w:val="000000" w:themeColor="text1"/>
                <w:sz w:val="22"/>
              </w:rPr>
            </w:pPr>
            <w:r w:rsidRPr="00D35743">
              <w:rPr>
                <w:rFonts w:cs="Times New Roman"/>
                <w:color w:val="000000" w:themeColor="text1"/>
                <w:sz w:val="22"/>
              </w:rPr>
              <w:t>456</w:t>
            </w:r>
          </w:p>
        </w:tc>
        <w:tc>
          <w:tcPr>
            <w:tcW w:w="2880" w:type="dxa"/>
          </w:tcPr>
          <w:p w14:paraId="2B00A435" w14:textId="77777777" w:rsidR="00D94E50" w:rsidRPr="00D35743" w:rsidRDefault="00000000">
            <w:pPr>
              <w:rPr>
                <w:rFonts w:cs="Times New Roman"/>
                <w:color w:val="000000" w:themeColor="text1"/>
                <w:sz w:val="22"/>
              </w:rPr>
            </w:pPr>
            <w:r w:rsidRPr="00D35743">
              <w:rPr>
                <w:rFonts w:cs="Times New Roman"/>
                <w:color w:val="000000" w:themeColor="text1"/>
                <w:sz w:val="22"/>
              </w:rPr>
              <w:t>0.45 (0.41–0.50)</w:t>
            </w:r>
          </w:p>
        </w:tc>
        <w:tc>
          <w:tcPr>
            <w:tcW w:w="2160" w:type="dxa"/>
          </w:tcPr>
          <w:p w14:paraId="52A84744" w14:textId="77777777" w:rsidR="00D94E50" w:rsidRPr="00D35743" w:rsidRDefault="00000000">
            <w:pPr>
              <w:rPr>
                <w:rFonts w:cs="Times New Roman"/>
                <w:color w:val="000000" w:themeColor="text1"/>
                <w:sz w:val="22"/>
              </w:rPr>
            </w:pPr>
            <w:r w:rsidRPr="00D35743">
              <w:rPr>
                <w:rFonts w:cs="Times New Roman"/>
                <w:color w:val="000000" w:themeColor="text1"/>
                <w:sz w:val="22"/>
              </w:rPr>
              <w:t>112</w:t>
            </w:r>
          </w:p>
        </w:tc>
        <w:tc>
          <w:tcPr>
            <w:tcW w:w="2880" w:type="dxa"/>
          </w:tcPr>
          <w:p w14:paraId="1CC2D685" w14:textId="77777777" w:rsidR="00D94E50" w:rsidRPr="00D35743" w:rsidRDefault="00000000">
            <w:pPr>
              <w:rPr>
                <w:rFonts w:cs="Times New Roman"/>
                <w:color w:val="000000" w:themeColor="text1"/>
                <w:sz w:val="22"/>
              </w:rPr>
            </w:pPr>
            <w:r w:rsidRPr="00D35743">
              <w:rPr>
                <w:rFonts w:cs="Times New Roman"/>
                <w:color w:val="000000" w:themeColor="text1"/>
                <w:sz w:val="22"/>
              </w:rPr>
              <w:t>0.50 (0.41–0.61)</w:t>
            </w:r>
          </w:p>
        </w:tc>
      </w:tr>
      <w:tr w:rsidR="00D94E50" w:rsidRPr="00D35743" w14:paraId="2E1D5ECF" w14:textId="77777777">
        <w:tc>
          <w:tcPr>
            <w:tcW w:w="3168" w:type="dxa"/>
          </w:tcPr>
          <w:p w14:paraId="65BE3696" w14:textId="77777777" w:rsidR="00D94E50" w:rsidRPr="00D35743" w:rsidRDefault="00000000">
            <w:pPr>
              <w:rPr>
                <w:rFonts w:cs="Times New Roman"/>
                <w:color w:val="000000" w:themeColor="text1"/>
                <w:sz w:val="22"/>
              </w:rPr>
            </w:pPr>
            <w:r w:rsidRPr="00D35743">
              <w:rPr>
                <w:rFonts w:cs="Times New Roman"/>
                <w:color w:val="000000" w:themeColor="text1"/>
                <w:sz w:val="22"/>
              </w:rPr>
              <w:t>Iowa</w:t>
            </w:r>
          </w:p>
        </w:tc>
        <w:tc>
          <w:tcPr>
            <w:tcW w:w="2160" w:type="dxa"/>
          </w:tcPr>
          <w:p w14:paraId="4D4111F3" w14:textId="77777777" w:rsidR="00D94E50" w:rsidRPr="00D35743" w:rsidRDefault="00000000">
            <w:pPr>
              <w:rPr>
                <w:rFonts w:cs="Times New Roman"/>
                <w:color w:val="000000" w:themeColor="text1"/>
                <w:sz w:val="22"/>
              </w:rPr>
            </w:pPr>
            <w:r w:rsidRPr="00D35743">
              <w:rPr>
                <w:rFonts w:cs="Times New Roman"/>
                <w:color w:val="000000" w:themeColor="text1"/>
                <w:sz w:val="22"/>
              </w:rPr>
              <w:t>475</w:t>
            </w:r>
          </w:p>
        </w:tc>
        <w:tc>
          <w:tcPr>
            <w:tcW w:w="2880" w:type="dxa"/>
          </w:tcPr>
          <w:p w14:paraId="545A81F9" w14:textId="77777777" w:rsidR="00D94E50" w:rsidRPr="00D35743" w:rsidRDefault="00000000">
            <w:pPr>
              <w:rPr>
                <w:rFonts w:cs="Times New Roman"/>
                <w:color w:val="000000" w:themeColor="text1"/>
                <w:sz w:val="22"/>
              </w:rPr>
            </w:pPr>
            <w:r w:rsidRPr="00D35743">
              <w:rPr>
                <w:rFonts w:cs="Times New Roman"/>
                <w:color w:val="000000" w:themeColor="text1"/>
                <w:sz w:val="22"/>
              </w:rPr>
              <w:t>0.84 (0.76–0.92)</w:t>
            </w:r>
          </w:p>
        </w:tc>
        <w:tc>
          <w:tcPr>
            <w:tcW w:w="2160" w:type="dxa"/>
          </w:tcPr>
          <w:p w14:paraId="2F392079" w14:textId="77777777" w:rsidR="00D94E50" w:rsidRPr="00D35743" w:rsidRDefault="00000000">
            <w:pPr>
              <w:rPr>
                <w:rFonts w:cs="Times New Roman"/>
                <w:color w:val="000000" w:themeColor="text1"/>
                <w:sz w:val="22"/>
              </w:rPr>
            </w:pPr>
            <w:r w:rsidRPr="00D35743">
              <w:rPr>
                <w:rFonts w:cs="Times New Roman"/>
                <w:color w:val="000000" w:themeColor="text1"/>
                <w:sz w:val="22"/>
              </w:rPr>
              <w:t>97</w:t>
            </w:r>
          </w:p>
        </w:tc>
        <w:tc>
          <w:tcPr>
            <w:tcW w:w="2880" w:type="dxa"/>
          </w:tcPr>
          <w:p w14:paraId="3D9F94D4" w14:textId="77777777" w:rsidR="00D94E50" w:rsidRPr="00D35743" w:rsidRDefault="00000000">
            <w:pPr>
              <w:rPr>
                <w:rFonts w:cs="Times New Roman"/>
                <w:color w:val="000000" w:themeColor="text1"/>
                <w:sz w:val="22"/>
              </w:rPr>
            </w:pPr>
            <w:r w:rsidRPr="00D35743">
              <w:rPr>
                <w:rFonts w:cs="Times New Roman"/>
                <w:color w:val="000000" w:themeColor="text1"/>
                <w:sz w:val="22"/>
              </w:rPr>
              <w:t>0.87 (0.70–1.07)</w:t>
            </w:r>
          </w:p>
        </w:tc>
      </w:tr>
      <w:tr w:rsidR="00D94E50" w:rsidRPr="00D35743" w14:paraId="79DC8F96" w14:textId="77777777">
        <w:tc>
          <w:tcPr>
            <w:tcW w:w="3168" w:type="dxa"/>
          </w:tcPr>
          <w:p w14:paraId="37CB0437" w14:textId="77777777" w:rsidR="00D94E50" w:rsidRPr="00D35743" w:rsidRDefault="00000000">
            <w:pPr>
              <w:rPr>
                <w:rFonts w:cs="Times New Roman"/>
                <w:color w:val="000000" w:themeColor="text1"/>
                <w:sz w:val="22"/>
              </w:rPr>
            </w:pPr>
            <w:r w:rsidRPr="00D35743">
              <w:rPr>
                <w:rFonts w:cs="Times New Roman"/>
                <w:color w:val="000000" w:themeColor="text1"/>
                <w:sz w:val="22"/>
              </w:rPr>
              <w:t>Kansas</w:t>
            </w:r>
          </w:p>
        </w:tc>
        <w:tc>
          <w:tcPr>
            <w:tcW w:w="2160" w:type="dxa"/>
          </w:tcPr>
          <w:p w14:paraId="026D83BB" w14:textId="77777777" w:rsidR="00D94E50" w:rsidRPr="00D35743" w:rsidRDefault="00000000">
            <w:pPr>
              <w:rPr>
                <w:rFonts w:cs="Times New Roman"/>
                <w:color w:val="000000" w:themeColor="text1"/>
                <w:sz w:val="22"/>
              </w:rPr>
            </w:pPr>
            <w:r w:rsidRPr="00D35743">
              <w:rPr>
                <w:rFonts w:cs="Times New Roman"/>
                <w:color w:val="000000" w:themeColor="text1"/>
                <w:sz w:val="22"/>
              </w:rPr>
              <w:t>221</w:t>
            </w:r>
          </w:p>
        </w:tc>
        <w:tc>
          <w:tcPr>
            <w:tcW w:w="2880" w:type="dxa"/>
          </w:tcPr>
          <w:p w14:paraId="3E6356EE" w14:textId="77777777" w:rsidR="00D94E50" w:rsidRPr="00D35743" w:rsidRDefault="00000000">
            <w:pPr>
              <w:rPr>
                <w:rFonts w:cs="Times New Roman"/>
                <w:color w:val="000000" w:themeColor="text1"/>
                <w:sz w:val="22"/>
              </w:rPr>
            </w:pPr>
            <w:r w:rsidRPr="00D35743">
              <w:rPr>
                <w:rFonts w:cs="Times New Roman"/>
                <w:color w:val="000000" w:themeColor="text1"/>
                <w:sz w:val="22"/>
              </w:rPr>
              <w:t>0.46 (0.40–0.52)</w:t>
            </w:r>
          </w:p>
        </w:tc>
        <w:tc>
          <w:tcPr>
            <w:tcW w:w="2160" w:type="dxa"/>
          </w:tcPr>
          <w:p w14:paraId="040AB292" w14:textId="77777777" w:rsidR="00D94E50" w:rsidRPr="00D35743" w:rsidRDefault="00000000">
            <w:pPr>
              <w:rPr>
                <w:rFonts w:cs="Times New Roman"/>
                <w:color w:val="000000" w:themeColor="text1"/>
                <w:sz w:val="22"/>
              </w:rPr>
            </w:pPr>
            <w:r w:rsidRPr="00D35743">
              <w:rPr>
                <w:rFonts w:cs="Times New Roman"/>
                <w:color w:val="000000" w:themeColor="text1"/>
                <w:sz w:val="22"/>
              </w:rPr>
              <w:t>72</w:t>
            </w:r>
          </w:p>
        </w:tc>
        <w:tc>
          <w:tcPr>
            <w:tcW w:w="2880" w:type="dxa"/>
          </w:tcPr>
          <w:p w14:paraId="297147CF" w14:textId="77777777" w:rsidR="00D94E50" w:rsidRPr="00D35743" w:rsidRDefault="00000000">
            <w:pPr>
              <w:rPr>
                <w:rFonts w:cs="Times New Roman"/>
                <w:color w:val="000000" w:themeColor="text1"/>
                <w:sz w:val="22"/>
              </w:rPr>
            </w:pPr>
            <w:r w:rsidRPr="00D35743">
              <w:rPr>
                <w:rFonts w:cs="Times New Roman"/>
                <w:color w:val="000000" w:themeColor="text1"/>
                <w:sz w:val="22"/>
              </w:rPr>
              <w:t>0.78 (0.61–0.99)</w:t>
            </w:r>
          </w:p>
        </w:tc>
      </w:tr>
      <w:tr w:rsidR="00D94E50" w:rsidRPr="00D35743" w14:paraId="7ABDA411" w14:textId="77777777">
        <w:tc>
          <w:tcPr>
            <w:tcW w:w="3168" w:type="dxa"/>
          </w:tcPr>
          <w:p w14:paraId="1D7D60F6" w14:textId="77777777" w:rsidR="00D94E50" w:rsidRPr="00D35743" w:rsidRDefault="00000000">
            <w:pPr>
              <w:rPr>
                <w:rFonts w:cs="Times New Roman"/>
                <w:color w:val="000000" w:themeColor="text1"/>
                <w:sz w:val="22"/>
              </w:rPr>
            </w:pPr>
            <w:r w:rsidRPr="00D35743">
              <w:rPr>
                <w:rFonts w:cs="Times New Roman"/>
                <w:color w:val="000000" w:themeColor="text1"/>
                <w:sz w:val="22"/>
              </w:rPr>
              <w:t>Kentucky</w:t>
            </w:r>
          </w:p>
        </w:tc>
        <w:tc>
          <w:tcPr>
            <w:tcW w:w="2160" w:type="dxa"/>
          </w:tcPr>
          <w:p w14:paraId="6DFD6D65" w14:textId="77777777" w:rsidR="00D94E50" w:rsidRPr="00D35743" w:rsidRDefault="00000000">
            <w:pPr>
              <w:rPr>
                <w:rFonts w:cs="Times New Roman"/>
                <w:color w:val="000000" w:themeColor="text1"/>
                <w:sz w:val="22"/>
              </w:rPr>
            </w:pPr>
            <w:r w:rsidRPr="00D35743">
              <w:rPr>
                <w:rFonts w:cs="Times New Roman"/>
                <w:color w:val="000000" w:themeColor="text1"/>
                <w:sz w:val="22"/>
              </w:rPr>
              <w:t>221</w:t>
            </w:r>
          </w:p>
        </w:tc>
        <w:tc>
          <w:tcPr>
            <w:tcW w:w="2880" w:type="dxa"/>
          </w:tcPr>
          <w:p w14:paraId="2E5AA617" w14:textId="77777777" w:rsidR="00D94E50" w:rsidRPr="00D35743" w:rsidRDefault="00000000">
            <w:pPr>
              <w:rPr>
                <w:rFonts w:cs="Times New Roman"/>
                <w:color w:val="000000" w:themeColor="text1"/>
                <w:sz w:val="22"/>
              </w:rPr>
            </w:pPr>
            <w:r w:rsidRPr="00D35743">
              <w:rPr>
                <w:rFonts w:cs="Times New Roman"/>
                <w:color w:val="000000" w:themeColor="text1"/>
                <w:sz w:val="22"/>
              </w:rPr>
              <w:t>0.32 (0.27–0.36)</w:t>
            </w:r>
          </w:p>
        </w:tc>
        <w:tc>
          <w:tcPr>
            <w:tcW w:w="2160" w:type="dxa"/>
          </w:tcPr>
          <w:p w14:paraId="66A2977F" w14:textId="77777777" w:rsidR="00D94E50" w:rsidRPr="00D35743" w:rsidRDefault="00000000">
            <w:pPr>
              <w:rPr>
                <w:rFonts w:cs="Times New Roman"/>
                <w:color w:val="000000" w:themeColor="text1"/>
                <w:sz w:val="22"/>
              </w:rPr>
            </w:pPr>
            <w:r w:rsidRPr="00D35743">
              <w:rPr>
                <w:rFonts w:cs="Times New Roman"/>
                <w:color w:val="000000" w:themeColor="text1"/>
                <w:sz w:val="22"/>
              </w:rPr>
              <w:t>72</w:t>
            </w:r>
          </w:p>
        </w:tc>
        <w:tc>
          <w:tcPr>
            <w:tcW w:w="2880" w:type="dxa"/>
          </w:tcPr>
          <w:p w14:paraId="069AC67F" w14:textId="77777777" w:rsidR="00D94E50" w:rsidRPr="00D35743" w:rsidRDefault="00000000">
            <w:pPr>
              <w:rPr>
                <w:rFonts w:cs="Times New Roman"/>
                <w:color w:val="000000" w:themeColor="text1"/>
                <w:sz w:val="22"/>
              </w:rPr>
            </w:pPr>
            <w:r w:rsidRPr="00D35743">
              <w:rPr>
                <w:rFonts w:cs="Times New Roman"/>
                <w:color w:val="000000" w:themeColor="text1"/>
                <w:sz w:val="22"/>
              </w:rPr>
              <w:t>0.52 (0.41–0.66)</w:t>
            </w:r>
          </w:p>
        </w:tc>
      </w:tr>
      <w:tr w:rsidR="00D94E50" w:rsidRPr="00D35743" w14:paraId="68B99D25" w14:textId="77777777">
        <w:tc>
          <w:tcPr>
            <w:tcW w:w="3168" w:type="dxa"/>
          </w:tcPr>
          <w:p w14:paraId="584C0747" w14:textId="77777777" w:rsidR="00D94E50" w:rsidRPr="00D35743" w:rsidRDefault="00000000">
            <w:pPr>
              <w:rPr>
                <w:rFonts w:cs="Times New Roman"/>
                <w:color w:val="000000" w:themeColor="text1"/>
                <w:sz w:val="22"/>
              </w:rPr>
            </w:pPr>
            <w:r w:rsidRPr="00D35743">
              <w:rPr>
                <w:rFonts w:cs="Times New Roman"/>
                <w:color w:val="000000" w:themeColor="text1"/>
                <w:sz w:val="22"/>
              </w:rPr>
              <w:t>Louisiana</w:t>
            </w:r>
          </w:p>
        </w:tc>
        <w:tc>
          <w:tcPr>
            <w:tcW w:w="2160" w:type="dxa"/>
          </w:tcPr>
          <w:p w14:paraId="77C0063B" w14:textId="77777777" w:rsidR="00D94E50" w:rsidRPr="00D35743" w:rsidRDefault="00000000">
            <w:pPr>
              <w:rPr>
                <w:rFonts w:cs="Times New Roman"/>
                <w:color w:val="000000" w:themeColor="text1"/>
                <w:sz w:val="22"/>
              </w:rPr>
            </w:pPr>
            <w:r w:rsidRPr="00D35743">
              <w:rPr>
                <w:rFonts w:cs="Times New Roman"/>
                <w:color w:val="000000" w:themeColor="text1"/>
                <w:sz w:val="22"/>
              </w:rPr>
              <w:t>94</w:t>
            </w:r>
          </w:p>
        </w:tc>
        <w:tc>
          <w:tcPr>
            <w:tcW w:w="2880" w:type="dxa"/>
          </w:tcPr>
          <w:p w14:paraId="1CBC04AA" w14:textId="77777777" w:rsidR="00D94E50" w:rsidRPr="00D35743" w:rsidRDefault="00000000">
            <w:pPr>
              <w:rPr>
                <w:rFonts w:cs="Times New Roman"/>
                <w:color w:val="000000" w:themeColor="text1"/>
                <w:sz w:val="22"/>
              </w:rPr>
            </w:pPr>
            <w:r w:rsidRPr="00D35743">
              <w:rPr>
                <w:rFonts w:cs="Times New Roman"/>
                <w:color w:val="000000" w:themeColor="text1"/>
                <w:sz w:val="22"/>
              </w:rPr>
              <w:t>0.13 (0.11–0.16)</w:t>
            </w:r>
          </w:p>
        </w:tc>
        <w:tc>
          <w:tcPr>
            <w:tcW w:w="2160" w:type="dxa"/>
          </w:tcPr>
          <w:p w14:paraId="740BB191" w14:textId="77777777" w:rsidR="00D94E50" w:rsidRPr="00D35743" w:rsidRDefault="00000000">
            <w:pPr>
              <w:rPr>
                <w:rFonts w:cs="Times New Roman"/>
                <w:color w:val="000000" w:themeColor="text1"/>
                <w:sz w:val="22"/>
              </w:rPr>
            </w:pPr>
            <w:r w:rsidRPr="00D35743">
              <w:rPr>
                <w:rFonts w:cs="Times New Roman"/>
                <w:color w:val="000000" w:themeColor="text1"/>
                <w:sz w:val="22"/>
              </w:rPr>
              <w:t>26</w:t>
            </w:r>
          </w:p>
        </w:tc>
        <w:tc>
          <w:tcPr>
            <w:tcW w:w="2880" w:type="dxa"/>
          </w:tcPr>
          <w:p w14:paraId="7FA7F046" w14:textId="77777777" w:rsidR="00D94E50" w:rsidRPr="00D35743" w:rsidRDefault="00000000">
            <w:pPr>
              <w:rPr>
                <w:rFonts w:cs="Times New Roman"/>
                <w:color w:val="000000" w:themeColor="text1"/>
                <w:sz w:val="22"/>
              </w:rPr>
            </w:pPr>
            <w:r w:rsidRPr="00D35743">
              <w:rPr>
                <w:rFonts w:cs="Times New Roman"/>
                <w:color w:val="000000" w:themeColor="text1"/>
                <w:sz w:val="22"/>
              </w:rPr>
              <w:t>0.16 (0.10–0.25)</w:t>
            </w:r>
          </w:p>
        </w:tc>
      </w:tr>
      <w:tr w:rsidR="00D94E50" w:rsidRPr="00D35743" w14:paraId="12C3BDFF" w14:textId="77777777">
        <w:tc>
          <w:tcPr>
            <w:tcW w:w="3168" w:type="dxa"/>
          </w:tcPr>
          <w:p w14:paraId="33CE8E0D" w14:textId="77777777" w:rsidR="00D94E50" w:rsidRPr="00D35743" w:rsidRDefault="00000000">
            <w:pPr>
              <w:rPr>
                <w:rFonts w:cs="Times New Roman"/>
                <w:color w:val="000000" w:themeColor="text1"/>
                <w:sz w:val="22"/>
              </w:rPr>
            </w:pPr>
            <w:r w:rsidRPr="00D35743">
              <w:rPr>
                <w:rFonts w:cs="Times New Roman"/>
                <w:color w:val="000000" w:themeColor="text1"/>
                <w:sz w:val="22"/>
              </w:rPr>
              <w:t>Maine</w:t>
            </w:r>
          </w:p>
        </w:tc>
        <w:tc>
          <w:tcPr>
            <w:tcW w:w="2160" w:type="dxa"/>
          </w:tcPr>
          <w:p w14:paraId="162C5AFF" w14:textId="77777777" w:rsidR="00D94E50" w:rsidRPr="00D35743" w:rsidRDefault="00000000">
            <w:pPr>
              <w:rPr>
                <w:rFonts w:cs="Times New Roman"/>
                <w:color w:val="000000" w:themeColor="text1"/>
                <w:sz w:val="22"/>
              </w:rPr>
            </w:pPr>
            <w:r w:rsidRPr="00D35743">
              <w:rPr>
                <w:rFonts w:cs="Times New Roman"/>
                <w:color w:val="000000" w:themeColor="text1"/>
                <w:sz w:val="22"/>
              </w:rPr>
              <w:t>110</w:t>
            </w:r>
          </w:p>
        </w:tc>
        <w:tc>
          <w:tcPr>
            <w:tcW w:w="2880" w:type="dxa"/>
          </w:tcPr>
          <w:p w14:paraId="3EABAD0C" w14:textId="77777777" w:rsidR="00D94E50" w:rsidRPr="00D35743" w:rsidRDefault="00000000">
            <w:pPr>
              <w:rPr>
                <w:rFonts w:cs="Times New Roman"/>
                <w:color w:val="000000" w:themeColor="text1"/>
                <w:sz w:val="22"/>
              </w:rPr>
            </w:pPr>
            <w:r w:rsidRPr="00D35743">
              <w:rPr>
                <w:rFonts w:cs="Times New Roman"/>
                <w:color w:val="000000" w:themeColor="text1"/>
                <w:sz w:val="22"/>
              </w:rPr>
              <w:t>0.45 (0.36–0.53)</w:t>
            </w:r>
          </w:p>
        </w:tc>
        <w:tc>
          <w:tcPr>
            <w:tcW w:w="2160" w:type="dxa"/>
          </w:tcPr>
          <w:p w14:paraId="5B1A78FA" w14:textId="77777777" w:rsidR="00D94E50" w:rsidRPr="00D35743" w:rsidRDefault="00000000">
            <w:pPr>
              <w:rPr>
                <w:rFonts w:cs="Times New Roman"/>
                <w:color w:val="000000" w:themeColor="text1"/>
                <w:sz w:val="22"/>
              </w:rPr>
            </w:pPr>
            <w:r w:rsidRPr="00D35743">
              <w:rPr>
                <w:rFonts w:cs="Times New Roman"/>
                <w:color w:val="000000" w:themeColor="text1"/>
                <w:sz w:val="22"/>
              </w:rPr>
              <w:t>37</w:t>
            </w:r>
          </w:p>
        </w:tc>
        <w:tc>
          <w:tcPr>
            <w:tcW w:w="2880" w:type="dxa"/>
          </w:tcPr>
          <w:p w14:paraId="21A003EF" w14:textId="77777777" w:rsidR="00D94E50" w:rsidRPr="00D35743" w:rsidRDefault="00000000">
            <w:pPr>
              <w:rPr>
                <w:rFonts w:cs="Times New Roman"/>
                <w:color w:val="000000" w:themeColor="text1"/>
                <w:sz w:val="22"/>
              </w:rPr>
            </w:pPr>
            <w:r w:rsidRPr="00D35743">
              <w:rPr>
                <w:rFonts w:cs="Times New Roman"/>
                <w:color w:val="000000" w:themeColor="text1"/>
                <w:sz w:val="22"/>
              </w:rPr>
              <w:t>0.64 (0.44–0.92)</w:t>
            </w:r>
          </w:p>
        </w:tc>
      </w:tr>
      <w:tr w:rsidR="00D94E50" w:rsidRPr="00D35743" w14:paraId="14A44A48" w14:textId="77777777">
        <w:tc>
          <w:tcPr>
            <w:tcW w:w="3168" w:type="dxa"/>
          </w:tcPr>
          <w:p w14:paraId="7A5C8EC3" w14:textId="77777777" w:rsidR="00D94E50" w:rsidRPr="00D35743" w:rsidRDefault="00000000">
            <w:pPr>
              <w:rPr>
                <w:rFonts w:cs="Times New Roman"/>
                <w:color w:val="000000" w:themeColor="text1"/>
                <w:sz w:val="22"/>
              </w:rPr>
            </w:pPr>
            <w:r w:rsidRPr="00D35743">
              <w:rPr>
                <w:rFonts w:cs="Times New Roman"/>
                <w:color w:val="000000" w:themeColor="text1"/>
                <w:sz w:val="22"/>
              </w:rPr>
              <w:t>Maryland</w:t>
            </w:r>
          </w:p>
        </w:tc>
        <w:tc>
          <w:tcPr>
            <w:tcW w:w="2160" w:type="dxa"/>
          </w:tcPr>
          <w:p w14:paraId="4BDDD8B5" w14:textId="77777777" w:rsidR="00D94E50" w:rsidRPr="00D35743" w:rsidRDefault="00000000">
            <w:pPr>
              <w:rPr>
                <w:rFonts w:cs="Times New Roman"/>
                <w:color w:val="000000" w:themeColor="text1"/>
                <w:sz w:val="22"/>
              </w:rPr>
            </w:pPr>
            <w:r w:rsidRPr="00D35743">
              <w:rPr>
                <w:rFonts w:cs="Times New Roman"/>
                <w:color w:val="000000" w:themeColor="text1"/>
                <w:sz w:val="22"/>
              </w:rPr>
              <w:t>339</w:t>
            </w:r>
          </w:p>
        </w:tc>
        <w:tc>
          <w:tcPr>
            <w:tcW w:w="2880" w:type="dxa"/>
          </w:tcPr>
          <w:p w14:paraId="18CF79FD" w14:textId="77777777" w:rsidR="00D94E50" w:rsidRPr="00D35743" w:rsidRDefault="00000000">
            <w:pPr>
              <w:rPr>
                <w:rFonts w:cs="Times New Roman"/>
                <w:color w:val="000000" w:themeColor="text1"/>
                <w:sz w:val="22"/>
              </w:rPr>
            </w:pPr>
            <w:r w:rsidRPr="00D35743">
              <w:rPr>
                <w:rFonts w:cs="Times New Roman"/>
                <w:color w:val="000000" w:themeColor="text1"/>
                <w:sz w:val="22"/>
              </w:rPr>
              <w:t>0.38 (0.34–0.42)</w:t>
            </w:r>
          </w:p>
        </w:tc>
        <w:tc>
          <w:tcPr>
            <w:tcW w:w="2160" w:type="dxa"/>
          </w:tcPr>
          <w:p w14:paraId="6A879767" w14:textId="77777777" w:rsidR="00D94E50" w:rsidRPr="00D35743" w:rsidRDefault="00000000">
            <w:pPr>
              <w:rPr>
                <w:rFonts w:cs="Times New Roman"/>
                <w:color w:val="000000" w:themeColor="text1"/>
                <w:sz w:val="22"/>
              </w:rPr>
            </w:pPr>
            <w:r w:rsidRPr="00D35743">
              <w:rPr>
                <w:rFonts w:cs="Times New Roman"/>
                <w:color w:val="000000" w:themeColor="text1"/>
                <w:sz w:val="22"/>
              </w:rPr>
              <w:t>188</w:t>
            </w:r>
          </w:p>
        </w:tc>
        <w:tc>
          <w:tcPr>
            <w:tcW w:w="2880" w:type="dxa"/>
          </w:tcPr>
          <w:p w14:paraId="6EC848F8" w14:textId="77777777" w:rsidR="00D94E50" w:rsidRPr="00D35743" w:rsidRDefault="00000000">
            <w:pPr>
              <w:rPr>
                <w:rFonts w:cs="Times New Roman"/>
                <w:color w:val="000000" w:themeColor="text1"/>
                <w:sz w:val="22"/>
              </w:rPr>
            </w:pPr>
            <w:r w:rsidRPr="00D35743">
              <w:rPr>
                <w:rFonts w:cs="Times New Roman"/>
                <w:color w:val="000000" w:themeColor="text1"/>
                <w:sz w:val="22"/>
              </w:rPr>
              <w:t>0.92 (0.79–1.06)</w:t>
            </w:r>
          </w:p>
        </w:tc>
      </w:tr>
      <w:tr w:rsidR="00D94E50" w:rsidRPr="00D35743" w14:paraId="128C8125" w14:textId="77777777">
        <w:tc>
          <w:tcPr>
            <w:tcW w:w="3168" w:type="dxa"/>
          </w:tcPr>
          <w:p w14:paraId="7DC26D1E" w14:textId="77777777" w:rsidR="00D94E50" w:rsidRPr="00D35743" w:rsidRDefault="00000000">
            <w:pPr>
              <w:rPr>
                <w:rFonts w:cs="Times New Roman"/>
                <w:color w:val="000000" w:themeColor="text1"/>
                <w:sz w:val="22"/>
              </w:rPr>
            </w:pPr>
            <w:r w:rsidRPr="00D35743">
              <w:rPr>
                <w:rFonts w:cs="Times New Roman"/>
                <w:color w:val="000000" w:themeColor="text1"/>
                <w:sz w:val="22"/>
              </w:rPr>
              <w:t>Massachusetts</w:t>
            </w:r>
          </w:p>
        </w:tc>
        <w:tc>
          <w:tcPr>
            <w:tcW w:w="2160" w:type="dxa"/>
          </w:tcPr>
          <w:p w14:paraId="26E1043F" w14:textId="77777777" w:rsidR="00D94E50" w:rsidRPr="00D35743" w:rsidRDefault="00000000">
            <w:pPr>
              <w:rPr>
                <w:rFonts w:cs="Times New Roman"/>
                <w:color w:val="000000" w:themeColor="text1"/>
                <w:sz w:val="22"/>
              </w:rPr>
            </w:pPr>
            <w:r w:rsidRPr="00D35743">
              <w:rPr>
                <w:rFonts w:cs="Times New Roman"/>
                <w:color w:val="000000" w:themeColor="text1"/>
                <w:sz w:val="22"/>
              </w:rPr>
              <w:t>387</w:t>
            </w:r>
          </w:p>
        </w:tc>
        <w:tc>
          <w:tcPr>
            <w:tcW w:w="2880" w:type="dxa"/>
          </w:tcPr>
          <w:p w14:paraId="216CB164" w14:textId="77777777" w:rsidR="00D94E50" w:rsidRPr="00D35743" w:rsidRDefault="00000000">
            <w:pPr>
              <w:rPr>
                <w:rFonts w:cs="Times New Roman"/>
                <w:color w:val="000000" w:themeColor="text1"/>
                <w:sz w:val="22"/>
              </w:rPr>
            </w:pPr>
            <w:r w:rsidRPr="00D35743">
              <w:rPr>
                <w:rFonts w:cs="Times New Roman"/>
                <w:color w:val="000000" w:themeColor="text1"/>
                <w:sz w:val="22"/>
              </w:rPr>
              <w:t>0.33 (0.30–0.37)</w:t>
            </w:r>
          </w:p>
        </w:tc>
        <w:tc>
          <w:tcPr>
            <w:tcW w:w="2160" w:type="dxa"/>
          </w:tcPr>
          <w:p w14:paraId="61DE0E43" w14:textId="77777777" w:rsidR="00D94E50" w:rsidRPr="00D35743" w:rsidRDefault="00000000">
            <w:pPr>
              <w:rPr>
                <w:rFonts w:cs="Times New Roman"/>
                <w:color w:val="000000" w:themeColor="text1"/>
                <w:sz w:val="22"/>
              </w:rPr>
            </w:pPr>
            <w:r w:rsidRPr="00D35743">
              <w:rPr>
                <w:rFonts w:cs="Times New Roman"/>
                <w:color w:val="000000" w:themeColor="text1"/>
                <w:sz w:val="22"/>
              </w:rPr>
              <w:t>98</w:t>
            </w:r>
          </w:p>
        </w:tc>
        <w:tc>
          <w:tcPr>
            <w:tcW w:w="2880" w:type="dxa"/>
          </w:tcPr>
          <w:p w14:paraId="1ED5FE61" w14:textId="77777777" w:rsidR="00D94E50" w:rsidRPr="00D35743" w:rsidRDefault="00000000">
            <w:pPr>
              <w:rPr>
                <w:rFonts w:cs="Times New Roman"/>
                <w:color w:val="000000" w:themeColor="text1"/>
                <w:sz w:val="22"/>
              </w:rPr>
            </w:pPr>
            <w:r w:rsidRPr="00D35743">
              <w:rPr>
                <w:rFonts w:cs="Times New Roman"/>
                <w:color w:val="000000" w:themeColor="text1"/>
                <w:sz w:val="22"/>
              </w:rPr>
              <w:t>0.40 (0.32–0.50)</w:t>
            </w:r>
          </w:p>
        </w:tc>
      </w:tr>
      <w:tr w:rsidR="00D94E50" w:rsidRPr="00D35743" w14:paraId="4A1FB8DF" w14:textId="77777777">
        <w:tc>
          <w:tcPr>
            <w:tcW w:w="3168" w:type="dxa"/>
          </w:tcPr>
          <w:p w14:paraId="33431ADF" w14:textId="77777777" w:rsidR="00D94E50" w:rsidRPr="00D35743" w:rsidRDefault="00000000">
            <w:pPr>
              <w:rPr>
                <w:rFonts w:cs="Times New Roman"/>
                <w:color w:val="000000" w:themeColor="text1"/>
                <w:sz w:val="22"/>
              </w:rPr>
            </w:pPr>
            <w:r w:rsidRPr="00D35743">
              <w:rPr>
                <w:rFonts w:cs="Times New Roman"/>
                <w:color w:val="000000" w:themeColor="text1"/>
                <w:sz w:val="22"/>
              </w:rPr>
              <w:t>Michigan</w:t>
            </w:r>
          </w:p>
        </w:tc>
        <w:tc>
          <w:tcPr>
            <w:tcW w:w="2160" w:type="dxa"/>
          </w:tcPr>
          <w:p w14:paraId="306A99DB" w14:textId="77777777" w:rsidR="00D94E50" w:rsidRPr="00D35743" w:rsidRDefault="00000000">
            <w:pPr>
              <w:rPr>
                <w:rFonts w:cs="Times New Roman"/>
                <w:color w:val="000000" w:themeColor="text1"/>
                <w:sz w:val="22"/>
              </w:rPr>
            </w:pPr>
            <w:r w:rsidRPr="00D35743">
              <w:rPr>
                <w:rFonts w:cs="Times New Roman"/>
                <w:color w:val="000000" w:themeColor="text1"/>
                <w:sz w:val="22"/>
              </w:rPr>
              <w:t>467</w:t>
            </w:r>
          </w:p>
        </w:tc>
        <w:tc>
          <w:tcPr>
            <w:tcW w:w="2880" w:type="dxa"/>
          </w:tcPr>
          <w:p w14:paraId="049D2CEC" w14:textId="77777777" w:rsidR="00D94E50" w:rsidRPr="00D35743" w:rsidRDefault="00000000">
            <w:pPr>
              <w:rPr>
                <w:rFonts w:cs="Times New Roman"/>
                <w:color w:val="000000" w:themeColor="text1"/>
                <w:sz w:val="22"/>
              </w:rPr>
            </w:pPr>
            <w:r w:rsidRPr="00D35743">
              <w:rPr>
                <w:rFonts w:cs="Times New Roman"/>
                <w:color w:val="000000" w:themeColor="text1"/>
                <w:sz w:val="22"/>
              </w:rPr>
              <w:t>0.28 (0.26–0.31)</w:t>
            </w:r>
          </w:p>
        </w:tc>
        <w:tc>
          <w:tcPr>
            <w:tcW w:w="2160" w:type="dxa"/>
          </w:tcPr>
          <w:p w14:paraId="1CD0FC5B" w14:textId="77777777" w:rsidR="00D94E50" w:rsidRPr="00D35743" w:rsidRDefault="00000000">
            <w:pPr>
              <w:rPr>
                <w:rFonts w:cs="Times New Roman"/>
                <w:color w:val="000000" w:themeColor="text1"/>
                <w:sz w:val="22"/>
              </w:rPr>
            </w:pPr>
            <w:r w:rsidRPr="00D35743">
              <w:rPr>
                <w:rFonts w:cs="Times New Roman"/>
                <w:color w:val="000000" w:themeColor="text1"/>
                <w:sz w:val="22"/>
              </w:rPr>
              <w:t>119</w:t>
            </w:r>
          </w:p>
        </w:tc>
        <w:tc>
          <w:tcPr>
            <w:tcW w:w="2880" w:type="dxa"/>
          </w:tcPr>
          <w:p w14:paraId="186DDF64" w14:textId="77777777" w:rsidR="00D94E50" w:rsidRPr="00D35743" w:rsidRDefault="00000000">
            <w:pPr>
              <w:rPr>
                <w:rFonts w:cs="Times New Roman"/>
                <w:color w:val="000000" w:themeColor="text1"/>
                <w:sz w:val="22"/>
              </w:rPr>
            </w:pPr>
            <w:r w:rsidRPr="00D35743">
              <w:rPr>
                <w:rFonts w:cs="Times New Roman"/>
                <w:color w:val="000000" w:themeColor="text1"/>
                <w:sz w:val="22"/>
              </w:rPr>
              <w:t>0.34 (0.28–0.41)</w:t>
            </w:r>
          </w:p>
        </w:tc>
      </w:tr>
      <w:tr w:rsidR="00D94E50" w:rsidRPr="00D35743" w14:paraId="28C9AAE0" w14:textId="77777777">
        <w:tc>
          <w:tcPr>
            <w:tcW w:w="3168" w:type="dxa"/>
          </w:tcPr>
          <w:p w14:paraId="3E043008" w14:textId="77777777" w:rsidR="00D94E50" w:rsidRPr="00D35743" w:rsidRDefault="00000000">
            <w:pPr>
              <w:rPr>
                <w:rFonts w:cs="Times New Roman"/>
                <w:color w:val="000000" w:themeColor="text1"/>
                <w:sz w:val="22"/>
              </w:rPr>
            </w:pPr>
            <w:r w:rsidRPr="00D35743">
              <w:rPr>
                <w:rFonts w:cs="Times New Roman"/>
                <w:color w:val="000000" w:themeColor="text1"/>
                <w:sz w:val="22"/>
              </w:rPr>
              <w:t>Minnesota</w:t>
            </w:r>
          </w:p>
        </w:tc>
        <w:tc>
          <w:tcPr>
            <w:tcW w:w="2160" w:type="dxa"/>
          </w:tcPr>
          <w:p w14:paraId="41B387C3" w14:textId="77777777" w:rsidR="00D94E50" w:rsidRPr="00D35743" w:rsidRDefault="00000000">
            <w:pPr>
              <w:rPr>
                <w:rFonts w:cs="Times New Roman"/>
                <w:color w:val="000000" w:themeColor="text1"/>
                <w:sz w:val="22"/>
              </w:rPr>
            </w:pPr>
            <w:r w:rsidRPr="00D35743">
              <w:rPr>
                <w:rFonts w:cs="Times New Roman"/>
                <w:color w:val="000000" w:themeColor="text1"/>
                <w:sz w:val="22"/>
              </w:rPr>
              <w:t>719</w:t>
            </w:r>
          </w:p>
        </w:tc>
        <w:tc>
          <w:tcPr>
            <w:tcW w:w="2880" w:type="dxa"/>
          </w:tcPr>
          <w:p w14:paraId="1F6C0A0D" w14:textId="77777777" w:rsidR="00D94E50" w:rsidRPr="00D35743" w:rsidRDefault="00000000">
            <w:pPr>
              <w:rPr>
                <w:rFonts w:cs="Times New Roman"/>
                <w:color w:val="000000" w:themeColor="text1"/>
                <w:sz w:val="22"/>
              </w:rPr>
            </w:pPr>
            <w:r w:rsidRPr="00D35743">
              <w:rPr>
                <w:rFonts w:cs="Times New Roman"/>
                <w:color w:val="000000" w:themeColor="text1"/>
                <w:sz w:val="22"/>
              </w:rPr>
              <w:t>0.85 (0.79–0.91)</w:t>
            </w:r>
          </w:p>
        </w:tc>
        <w:tc>
          <w:tcPr>
            <w:tcW w:w="2160" w:type="dxa"/>
          </w:tcPr>
          <w:p w14:paraId="0ECA4FC5" w14:textId="77777777" w:rsidR="00D94E50" w:rsidRPr="00D35743" w:rsidRDefault="00000000">
            <w:pPr>
              <w:rPr>
                <w:rFonts w:cs="Times New Roman"/>
                <w:color w:val="000000" w:themeColor="text1"/>
                <w:sz w:val="22"/>
              </w:rPr>
            </w:pPr>
            <w:r w:rsidRPr="00D35743">
              <w:rPr>
                <w:rFonts w:cs="Times New Roman"/>
                <w:color w:val="000000" w:themeColor="text1"/>
                <w:sz w:val="22"/>
              </w:rPr>
              <w:t>323</w:t>
            </w:r>
          </w:p>
        </w:tc>
        <w:tc>
          <w:tcPr>
            <w:tcW w:w="2880" w:type="dxa"/>
          </w:tcPr>
          <w:p w14:paraId="0262F124" w14:textId="77777777" w:rsidR="00D94E50" w:rsidRPr="00D35743" w:rsidRDefault="00000000">
            <w:pPr>
              <w:rPr>
                <w:rFonts w:cs="Times New Roman"/>
                <w:color w:val="000000" w:themeColor="text1"/>
                <w:sz w:val="22"/>
              </w:rPr>
            </w:pPr>
            <w:r w:rsidRPr="00D35743">
              <w:rPr>
                <w:rFonts w:cs="Times New Roman"/>
                <w:color w:val="000000" w:themeColor="text1"/>
                <w:sz w:val="22"/>
              </w:rPr>
              <w:t>1.66 (1.47–1.86)</w:t>
            </w:r>
          </w:p>
        </w:tc>
      </w:tr>
      <w:tr w:rsidR="00D94E50" w:rsidRPr="00D35743" w14:paraId="3E71245C" w14:textId="77777777">
        <w:tc>
          <w:tcPr>
            <w:tcW w:w="3168" w:type="dxa"/>
          </w:tcPr>
          <w:p w14:paraId="5BAD2114" w14:textId="77777777" w:rsidR="00D94E50" w:rsidRPr="00D35743" w:rsidRDefault="00000000">
            <w:pPr>
              <w:rPr>
                <w:rFonts w:cs="Times New Roman"/>
                <w:color w:val="000000" w:themeColor="text1"/>
                <w:sz w:val="22"/>
              </w:rPr>
            </w:pPr>
            <w:r w:rsidRPr="00D35743">
              <w:rPr>
                <w:rFonts w:cs="Times New Roman"/>
                <w:color w:val="000000" w:themeColor="text1"/>
                <w:sz w:val="22"/>
              </w:rPr>
              <w:t>Mississippi</w:t>
            </w:r>
          </w:p>
        </w:tc>
        <w:tc>
          <w:tcPr>
            <w:tcW w:w="2160" w:type="dxa"/>
          </w:tcPr>
          <w:p w14:paraId="1BDAD49C" w14:textId="77777777" w:rsidR="00D94E50" w:rsidRPr="00D35743" w:rsidRDefault="00000000">
            <w:pPr>
              <w:rPr>
                <w:rFonts w:cs="Times New Roman"/>
                <w:color w:val="000000" w:themeColor="text1"/>
                <w:sz w:val="22"/>
              </w:rPr>
            </w:pPr>
            <w:r w:rsidRPr="00D35743">
              <w:rPr>
                <w:rFonts w:cs="Times New Roman"/>
                <w:color w:val="000000" w:themeColor="text1"/>
                <w:sz w:val="22"/>
              </w:rPr>
              <w:t>80</w:t>
            </w:r>
          </w:p>
        </w:tc>
        <w:tc>
          <w:tcPr>
            <w:tcW w:w="2880" w:type="dxa"/>
          </w:tcPr>
          <w:p w14:paraId="351B1E11" w14:textId="77777777" w:rsidR="00D94E50" w:rsidRPr="00D35743" w:rsidRDefault="00000000">
            <w:pPr>
              <w:rPr>
                <w:rFonts w:cs="Times New Roman"/>
                <w:color w:val="000000" w:themeColor="text1"/>
                <w:sz w:val="22"/>
              </w:rPr>
            </w:pPr>
            <w:r w:rsidRPr="00D35743">
              <w:rPr>
                <w:rFonts w:cs="Times New Roman"/>
                <w:color w:val="000000" w:themeColor="text1"/>
                <w:sz w:val="22"/>
              </w:rPr>
              <w:t>0.18 (0.14–0.23)</w:t>
            </w:r>
          </w:p>
        </w:tc>
        <w:tc>
          <w:tcPr>
            <w:tcW w:w="2160" w:type="dxa"/>
          </w:tcPr>
          <w:p w14:paraId="6C5D5142" w14:textId="77777777" w:rsidR="00D94E50" w:rsidRPr="00D35743" w:rsidRDefault="00000000">
            <w:pPr>
              <w:rPr>
                <w:rFonts w:cs="Times New Roman"/>
                <w:color w:val="000000" w:themeColor="text1"/>
                <w:sz w:val="22"/>
              </w:rPr>
            </w:pPr>
            <w:r w:rsidRPr="00D35743">
              <w:rPr>
                <w:rFonts w:cs="Times New Roman"/>
                <w:color w:val="000000" w:themeColor="text1"/>
                <w:sz w:val="22"/>
              </w:rPr>
              <w:t>29</w:t>
            </w:r>
          </w:p>
        </w:tc>
        <w:tc>
          <w:tcPr>
            <w:tcW w:w="2880" w:type="dxa"/>
          </w:tcPr>
          <w:p w14:paraId="53033E12" w14:textId="77777777" w:rsidR="00D94E50" w:rsidRPr="00D35743" w:rsidRDefault="00000000">
            <w:pPr>
              <w:rPr>
                <w:rFonts w:cs="Times New Roman"/>
                <w:color w:val="000000" w:themeColor="text1"/>
                <w:sz w:val="22"/>
              </w:rPr>
            </w:pPr>
            <w:r w:rsidRPr="00D35743">
              <w:rPr>
                <w:rFonts w:cs="Times New Roman"/>
                <w:color w:val="000000" w:themeColor="text1"/>
                <w:sz w:val="22"/>
              </w:rPr>
              <w:t>0.28 (0.19–0.42)</w:t>
            </w:r>
          </w:p>
        </w:tc>
      </w:tr>
      <w:tr w:rsidR="00D94E50" w:rsidRPr="00D35743" w14:paraId="5FA5C8C9" w14:textId="77777777">
        <w:tc>
          <w:tcPr>
            <w:tcW w:w="3168" w:type="dxa"/>
          </w:tcPr>
          <w:p w14:paraId="158CC5E0" w14:textId="77777777" w:rsidR="00D94E50" w:rsidRPr="00D35743" w:rsidRDefault="00000000">
            <w:pPr>
              <w:rPr>
                <w:rFonts w:cs="Times New Roman"/>
                <w:color w:val="000000" w:themeColor="text1"/>
                <w:sz w:val="22"/>
              </w:rPr>
            </w:pPr>
            <w:r w:rsidRPr="00D35743">
              <w:rPr>
                <w:rFonts w:cs="Times New Roman"/>
                <w:color w:val="000000" w:themeColor="text1"/>
                <w:sz w:val="22"/>
              </w:rPr>
              <w:t>Missouri</w:t>
            </w:r>
          </w:p>
        </w:tc>
        <w:tc>
          <w:tcPr>
            <w:tcW w:w="2160" w:type="dxa"/>
          </w:tcPr>
          <w:p w14:paraId="548FDDCB" w14:textId="77777777" w:rsidR="00D94E50" w:rsidRPr="00D35743" w:rsidRDefault="00000000">
            <w:pPr>
              <w:rPr>
                <w:rFonts w:cs="Times New Roman"/>
                <w:color w:val="000000" w:themeColor="text1"/>
                <w:sz w:val="22"/>
              </w:rPr>
            </w:pPr>
            <w:r w:rsidRPr="00D35743">
              <w:rPr>
                <w:rFonts w:cs="Times New Roman"/>
                <w:color w:val="000000" w:themeColor="text1"/>
                <w:sz w:val="22"/>
              </w:rPr>
              <w:t>472</w:t>
            </w:r>
          </w:p>
        </w:tc>
        <w:tc>
          <w:tcPr>
            <w:tcW w:w="2880" w:type="dxa"/>
          </w:tcPr>
          <w:p w14:paraId="2E3C9029" w14:textId="77777777" w:rsidR="00D94E50" w:rsidRPr="00D35743" w:rsidRDefault="00000000">
            <w:pPr>
              <w:rPr>
                <w:rFonts w:cs="Times New Roman"/>
                <w:color w:val="000000" w:themeColor="text1"/>
                <w:sz w:val="22"/>
              </w:rPr>
            </w:pPr>
            <w:r w:rsidRPr="00D35743">
              <w:rPr>
                <w:rFonts w:cs="Times New Roman"/>
                <w:color w:val="000000" w:themeColor="text1"/>
                <w:sz w:val="22"/>
              </w:rPr>
              <w:t>0.47 (0.42–0.51)</w:t>
            </w:r>
          </w:p>
        </w:tc>
        <w:tc>
          <w:tcPr>
            <w:tcW w:w="2160" w:type="dxa"/>
          </w:tcPr>
          <w:p w14:paraId="64733F72" w14:textId="77777777" w:rsidR="00D94E50" w:rsidRPr="00D35743" w:rsidRDefault="00000000">
            <w:pPr>
              <w:rPr>
                <w:rFonts w:cs="Times New Roman"/>
                <w:color w:val="000000" w:themeColor="text1"/>
                <w:sz w:val="22"/>
              </w:rPr>
            </w:pPr>
            <w:r w:rsidRPr="00D35743">
              <w:rPr>
                <w:rFonts w:cs="Times New Roman"/>
                <w:color w:val="000000" w:themeColor="text1"/>
                <w:sz w:val="22"/>
              </w:rPr>
              <w:t>106</w:t>
            </w:r>
          </w:p>
        </w:tc>
        <w:tc>
          <w:tcPr>
            <w:tcW w:w="2880" w:type="dxa"/>
          </w:tcPr>
          <w:p w14:paraId="3455EE5A" w14:textId="77777777" w:rsidR="00D94E50" w:rsidRPr="00D35743" w:rsidRDefault="00000000">
            <w:pPr>
              <w:rPr>
                <w:rFonts w:cs="Times New Roman"/>
                <w:color w:val="000000" w:themeColor="text1"/>
                <w:sz w:val="22"/>
              </w:rPr>
            </w:pPr>
            <w:r w:rsidRPr="00D35743">
              <w:rPr>
                <w:rFonts w:cs="Times New Roman"/>
                <w:color w:val="000000" w:themeColor="text1"/>
                <w:sz w:val="22"/>
              </w:rPr>
              <w:t>0.52 (0.43–0.64)</w:t>
            </w:r>
          </w:p>
        </w:tc>
      </w:tr>
      <w:tr w:rsidR="00D94E50" w:rsidRPr="00D35743" w14:paraId="219F1A1B" w14:textId="77777777">
        <w:tc>
          <w:tcPr>
            <w:tcW w:w="3168" w:type="dxa"/>
          </w:tcPr>
          <w:p w14:paraId="7614BBE8" w14:textId="77777777" w:rsidR="00D94E50" w:rsidRPr="00D35743" w:rsidRDefault="00000000">
            <w:pPr>
              <w:rPr>
                <w:rFonts w:cs="Times New Roman"/>
                <w:color w:val="000000" w:themeColor="text1"/>
                <w:sz w:val="22"/>
              </w:rPr>
            </w:pPr>
            <w:r w:rsidRPr="00D35743">
              <w:rPr>
                <w:rFonts w:cs="Times New Roman"/>
                <w:color w:val="000000" w:themeColor="text1"/>
                <w:sz w:val="22"/>
              </w:rPr>
              <w:t>Montana</w:t>
            </w:r>
          </w:p>
        </w:tc>
        <w:tc>
          <w:tcPr>
            <w:tcW w:w="2160" w:type="dxa"/>
          </w:tcPr>
          <w:p w14:paraId="14799AE9" w14:textId="77777777" w:rsidR="00D94E50" w:rsidRPr="00D35743" w:rsidRDefault="00000000">
            <w:pPr>
              <w:rPr>
                <w:rFonts w:cs="Times New Roman"/>
                <w:color w:val="000000" w:themeColor="text1"/>
                <w:sz w:val="22"/>
              </w:rPr>
            </w:pPr>
            <w:r w:rsidRPr="00D35743">
              <w:rPr>
                <w:rFonts w:cs="Times New Roman"/>
                <w:color w:val="000000" w:themeColor="text1"/>
                <w:sz w:val="22"/>
              </w:rPr>
              <w:t>102</w:t>
            </w:r>
          </w:p>
        </w:tc>
        <w:tc>
          <w:tcPr>
            <w:tcW w:w="2880" w:type="dxa"/>
          </w:tcPr>
          <w:p w14:paraId="18389837" w14:textId="77777777" w:rsidR="00D94E50" w:rsidRPr="00D35743" w:rsidRDefault="00000000">
            <w:pPr>
              <w:rPr>
                <w:rFonts w:cs="Times New Roman"/>
                <w:color w:val="000000" w:themeColor="text1"/>
                <w:sz w:val="22"/>
              </w:rPr>
            </w:pPr>
            <w:r w:rsidRPr="00D35743">
              <w:rPr>
                <w:rFonts w:cs="Times New Roman"/>
                <w:color w:val="000000" w:themeColor="text1"/>
                <w:sz w:val="22"/>
              </w:rPr>
              <w:t>0.61 (0.49–0.73)</w:t>
            </w:r>
          </w:p>
        </w:tc>
        <w:tc>
          <w:tcPr>
            <w:tcW w:w="2160" w:type="dxa"/>
          </w:tcPr>
          <w:p w14:paraId="4E3438F7" w14:textId="77777777" w:rsidR="00D94E50" w:rsidRPr="00D35743" w:rsidRDefault="00000000">
            <w:pPr>
              <w:rPr>
                <w:rFonts w:cs="Times New Roman"/>
                <w:color w:val="000000" w:themeColor="text1"/>
                <w:sz w:val="22"/>
              </w:rPr>
            </w:pPr>
            <w:r w:rsidRPr="00D35743">
              <w:rPr>
                <w:rFonts w:cs="Times New Roman"/>
                <w:color w:val="000000" w:themeColor="text1"/>
                <w:sz w:val="22"/>
              </w:rPr>
              <w:t>27</w:t>
            </w:r>
          </w:p>
        </w:tc>
        <w:tc>
          <w:tcPr>
            <w:tcW w:w="2880" w:type="dxa"/>
          </w:tcPr>
          <w:p w14:paraId="447A4468" w14:textId="77777777" w:rsidR="00D94E50" w:rsidRPr="00D35743" w:rsidRDefault="00000000">
            <w:pPr>
              <w:rPr>
                <w:rFonts w:cs="Times New Roman"/>
                <w:color w:val="000000" w:themeColor="text1"/>
                <w:sz w:val="22"/>
              </w:rPr>
            </w:pPr>
            <w:r w:rsidRPr="00D35743">
              <w:rPr>
                <w:rFonts w:cs="Times New Roman"/>
                <w:color w:val="000000" w:themeColor="text1"/>
                <w:sz w:val="22"/>
              </w:rPr>
              <w:t>0.67 (0.44–1.02)</w:t>
            </w:r>
          </w:p>
        </w:tc>
      </w:tr>
      <w:tr w:rsidR="00D94E50" w:rsidRPr="00D35743" w14:paraId="679E5F3B" w14:textId="77777777">
        <w:tc>
          <w:tcPr>
            <w:tcW w:w="3168" w:type="dxa"/>
          </w:tcPr>
          <w:p w14:paraId="6FB94CDB" w14:textId="77777777" w:rsidR="00D94E50" w:rsidRPr="00D35743" w:rsidRDefault="00000000">
            <w:pPr>
              <w:rPr>
                <w:rFonts w:cs="Times New Roman"/>
                <w:color w:val="000000" w:themeColor="text1"/>
                <w:sz w:val="22"/>
              </w:rPr>
            </w:pPr>
            <w:r w:rsidRPr="00D35743">
              <w:rPr>
                <w:rFonts w:cs="Times New Roman"/>
                <w:color w:val="000000" w:themeColor="text1"/>
                <w:sz w:val="22"/>
              </w:rPr>
              <w:t>Nebraska</w:t>
            </w:r>
          </w:p>
        </w:tc>
        <w:tc>
          <w:tcPr>
            <w:tcW w:w="2160" w:type="dxa"/>
          </w:tcPr>
          <w:p w14:paraId="32C65F9A" w14:textId="77777777" w:rsidR="00D94E50" w:rsidRPr="00D35743" w:rsidRDefault="00000000">
            <w:pPr>
              <w:rPr>
                <w:rFonts w:cs="Times New Roman"/>
                <w:color w:val="000000" w:themeColor="text1"/>
                <w:sz w:val="22"/>
              </w:rPr>
            </w:pPr>
            <w:r w:rsidRPr="00D35743">
              <w:rPr>
                <w:rFonts w:cs="Times New Roman"/>
                <w:color w:val="000000" w:themeColor="text1"/>
                <w:sz w:val="22"/>
              </w:rPr>
              <w:t>265</w:t>
            </w:r>
          </w:p>
        </w:tc>
        <w:tc>
          <w:tcPr>
            <w:tcW w:w="2880" w:type="dxa"/>
          </w:tcPr>
          <w:p w14:paraId="7F4E5BF3" w14:textId="77777777" w:rsidR="00D94E50" w:rsidRPr="00D35743" w:rsidRDefault="00000000">
            <w:pPr>
              <w:rPr>
                <w:rFonts w:cs="Times New Roman"/>
                <w:color w:val="000000" w:themeColor="text1"/>
                <w:sz w:val="22"/>
              </w:rPr>
            </w:pPr>
            <w:r w:rsidRPr="00D35743">
              <w:rPr>
                <w:rFonts w:cs="Times New Roman"/>
                <w:color w:val="000000" w:themeColor="text1"/>
                <w:sz w:val="22"/>
              </w:rPr>
              <w:t>0.88 (0.78–0.99)</w:t>
            </w:r>
          </w:p>
        </w:tc>
        <w:tc>
          <w:tcPr>
            <w:tcW w:w="2160" w:type="dxa"/>
          </w:tcPr>
          <w:p w14:paraId="7C2A84A4" w14:textId="77777777" w:rsidR="00D94E50" w:rsidRPr="00D35743" w:rsidRDefault="00000000">
            <w:pPr>
              <w:rPr>
                <w:rFonts w:cs="Times New Roman"/>
                <w:color w:val="000000" w:themeColor="text1"/>
                <w:sz w:val="22"/>
              </w:rPr>
            </w:pPr>
            <w:r w:rsidRPr="00D35743">
              <w:rPr>
                <w:rFonts w:cs="Times New Roman"/>
                <w:color w:val="000000" w:themeColor="text1"/>
                <w:sz w:val="22"/>
              </w:rPr>
              <w:t>75</w:t>
            </w:r>
          </w:p>
        </w:tc>
        <w:tc>
          <w:tcPr>
            <w:tcW w:w="2880" w:type="dxa"/>
          </w:tcPr>
          <w:p w14:paraId="062F8217" w14:textId="77777777" w:rsidR="00D94E50" w:rsidRPr="00D35743" w:rsidRDefault="00000000">
            <w:pPr>
              <w:rPr>
                <w:rFonts w:cs="Times New Roman"/>
                <w:color w:val="000000" w:themeColor="text1"/>
                <w:sz w:val="22"/>
              </w:rPr>
            </w:pPr>
            <w:r w:rsidRPr="00D35743">
              <w:rPr>
                <w:rFonts w:cs="Times New Roman"/>
                <w:color w:val="000000" w:themeColor="text1"/>
                <w:sz w:val="22"/>
              </w:rPr>
              <w:t>1.26 (0.98–1.59)</w:t>
            </w:r>
          </w:p>
        </w:tc>
      </w:tr>
      <w:tr w:rsidR="00D94E50" w:rsidRPr="00D35743" w14:paraId="252D52AF" w14:textId="77777777">
        <w:tc>
          <w:tcPr>
            <w:tcW w:w="3168" w:type="dxa"/>
          </w:tcPr>
          <w:p w14:paraId="41B84116" w14:textId="77777777" w:rsidR="00D94E50" w:rsidRPr="00D35743" w:rsidRDefault="00000000">
            <w:pPr>
              <w:rPr>
                <w:rFonts w:cs="Times New Roman"/>
                <w:color w:val="000000" w:themeColor="text1"/>
                <w:sz w:val="22"/>
              </w:rPr>
            </w:pPr>
            <w:r w:rsidRPr="00D35743">
              <w:rPr>
                <w:rFonts w:cs="Times New Roman"/>
                <w:color w:val="000000" w:themeColor="text1"/>
                <w:sz w:val="22"/>
              </w:rPr>
              <w:t>Nevada</w:t>
            </w:r>
          </w:p>
        </w:tc>
        <w:tc>
          <w:tcPr>
            <w:tcW w:w="2160" w:type="dxa"/>
          </w:tcPr>
          <w:p w14:paraId="54A5BCFC" w14:textId="77777777" w:rsidR="00D94E50" w:rsidRPr="00D35743" w:rsidRDefault="00000000">
            <w:pPr>
              <w:rPr>
                <w:rFonts w:cs="Times New Roman"/>
                <w:color w:val="000000" w:themeColor="text1"/>
                <w:sz w:val="22"/>
              </w:rPr>
            </w:pPr>
            <w:r w:rsidRPr="00D35743">
              <w:rPr>
                <w:rFonts w:cs="Times New Roman"/>
                <w:color w:val="000000" w:themeColor="text1"/>
                <w:sz w:val="22"/>
              </w:rPr>
              <w:t>48</w:t>
            </w:r>
          </w:p>
        </w:tc>
        <w:tc>
          <w:tcPr>
            <w:tcW w:w="2880" w:type="dxa"/>
          </w:tcPr>
          <w:p w14:paraId="75500123" w14:textId="77777777" w:rsidR="00D94E50" w:rsidRPr="00D35743" w:rsidRDefault="00000000">
            <w:pPr>
              <w:rPr>
                <w:rFonts w:cs="Times New Roman"/>
                <w:color w:val="000000" w:themeColor="text1"/>
                <w:sz w:val="22"/>
              </w:rPr>
            </w:pPr>
            <w:r w:rsidRPr="00D35743">
              <w:rPr>
                <w:rFonts w:cs="Times New Roman"/>
                <w:color w:val="000000" w:themeColor="text1"/>
                <w:sz w:val="22"/>
              </w:rPr>
              <w:t>0.13 (0.09–0.17)</w:t>
            </w:r>
          </w:p>
        </w:tc>
        <w:tc>
          <w:tcPr>
            <w:tcW w:w="2160" w:type="dxa"/>
          </w:tcPr>
          <w:p w14:paraId="194883A5" w14:textId="77777777" w:rsidR="00D94E50" w:rsidRPr="00D35743" w:rsidRDefault="00000000">
            <w:pPr>
              <w:rPr>
                <w:rFonts w:cs="Times New Roman"/>
                <w:color w:val="000000" w:themeColor="text1"/>
                <w:sz w:val="22"/>
              </w:rPr>
            </w:pPr>
            <w:r w:rsidRPr="00D35743">
              <w:rPr>
                <w:rFonts w:cs="Times New Roman"/>
                <w:color w:val="000000" w:themeColor="text1"/>
                <w:sz w:val="22"/>
              </w:rPr>
              <w:t>23</w:t>
            </w:r>
          </w:p>
        </w:tc>
        <w:tc>
          <w:tcPr>
            <w:tcW w:w="2880" w:type="dxa"/>
          </w:tcPr>
          <w:p w14:paraId="0DEF0206" w14:textId="77777777" w:rsidR="00D94E50" w:rsidRPr="00D35743" w:rsidRDefault="00000000">
            <w:pPr>
              <w:rPr>
                <w:rFonts w:cs="Times New Roman"/>
                <w:color w:val="000000" w:themeColor="text1"/>
                <w:sz w:val="22"/>
              </w:rPr>
            </w:pPr>
            <w:r w:rsidRPr="00D35743">
              <w:rPr>
                <w:rFonts w:cs="Times New Roman"/>
                <w:color w:val="000000" w:themeColor="text1"/>
                <w:sz w:val="22"/>
              </w:rPr>
              <w:t>0.25 (0.16–0.38)</w:t>
            </w:r>
          </w:p>
        </w:tc>
      </w:tr>
      <w:tr w:rsidR="00D94E50" w:rsidRPr="00D35743" w14:paraId="3772F1A5" w14:textId="77777777">
        <w:tc>
          <w:tcPr>
            <w:tcW w:w="3168" w:type="dxa"/>
          </w:tcPr>
          <w:p w14:paraId="56C9C762" w14:textId="77777777" w:rsidR="00D94E50" w:rsidRPr="00D35743" w:rsidRDefault="00000000">
            <w:pPr>
              <w:rPr>
                <w:rFonts w:cs="Times New Roman"/>
                <w:color w:val="000000" w:themeColor="text1"/>
                <w:sz w:val="22"/>
              </w:rPr>
            </w:pPr>
            <w:r w:rsidRPr="00D35743">
              <w:rPr>
                <w:rFonts w:cs="Times New Roman"/>
                <w:color w:val="000000" w:themeColor="text1"/>
                <w:sz w:val="22"/>
              </w:rPr>
              <w:t>New Hampshire</w:t>
            </w:r>
          </w:p>
        </w:tc>
        <w:tc>
          <w:tcPr>
            <w:tcW w:w="2160" w:type="dxa"/>
          </w:tcPr>
          <w:p w14:paraId="15F2E334" w14:textId="77777777" w:rsidR="00D94E50" w:rsidRPr="00D35743" w:rsidRDefault="00000000">
            <w:pPr>
              <w:rPr>
                <w:rFonts w:cs="Times New Roman"/>
                <w:color w:val="000000" w:themeColor="text1"/>
                <w:sz w:val="22"/>
              </w:rPr>
            </w:pPr>
            <w:r w:rsidRPr="00D35743">
              <w:rPr>
                <w:rFonts w:cs="Times New Roman"/>
                <w:color w:val="000000" w:themeColor="text1"/>
                <w:sz w:val="22"/>
              </w:rPr>
              <w:t>102</w:t>
            </w:r>
          </w:p>
        </w:tc>
        <w:tc>
          <w:tcPr>
            <w:tcW w:w="2880" w:type="dxa"/>
          </w:tcPr>
          <w:p w14:paraId="22030B3F" w14:textId="77777777" w:rsidR="00D94E50" w:rsidRPr="00D35743" w:rsidRDefault="00000000">
            <w:pPr>
              <w:rPr>
                <w:rFonts w:cs="Times New Roman"/>
                <w:color w:val="000000" w:themeColor="text1"/>
                <w:sz w:val="22"/>
              </w:rPr>
            </w:pPr>
            <w:r w:rsidRPr="00D35743">
              <w:rPr>
                <w:rFonts w:cs="Times New Roman"/>
                <w:color w:val="000000" w:themeColor="text1"/>
                <w:sz w:val="22"/>
              </w:rPr>
              <w:t>0.46 (0.37–0.55)</w:t>
            </w:r>
          </w:p>
        </w:tc>
        <w:tc>
          <w:tcPr>
            <w:tcW w:w="2160" w:type="dxa"/>
          </w:tcPr>
          <w:p w14:paraId="69D3430E" w14:textId="77777777" w:rsidR="00D94E50" w:rsidRPr="00D35743" w:rsidRDefault="00000000">
            <w:pPr>
              <w:rPr>
                <w:rFonts w:cs="Times New Roman"/>
                <w:color w:val="000000" w:themeColor="text1"/>
                <w:sz w:val="22"/>
              </w:rPr>
            </w:pPr>
            <w:r w:rsidRPr="00D35743">
              <w:rPr>
                <w:rFonts w:cs="Times New Roman"/>
                <w:color w:val="000000" w:themeColor="text1"/>
                <w:sz w:val="22"/>
              </w:rPr>
              <w:t>21</w:t>
            </w:r>
          </w:p>
        </w:tc>
        <w:tc>
          <w:tcPr>
            <w:tcW w:w="2880" w:type="dxa"/>
          </w:tcPr>
          <w:p w14:paraId="68C061C0" w14:textId="77777777" w:rsidR="00D94E50" w:rsidRPr="00D35743" w:rsidRDefault="00000000">
            <w:pPr>
              <w:rPr>
                <w:rFonts w:cs="Times New Roman"/>
                <w:color w:val="000000" w:themeColor="text1"/>
                <w:sz w:val="22"/>
              </w:rPr>
            </w:pPr>
            <w:r w:rsidRPr="00D35743">
              <w:rPr>
                <w:rFonts w:cs="Times New Roman"/>
                <w:color w:val="000000" w:themeColor="text1"/>
                <w:sz w:val="22"/>
              </w:rPr>
              <w:t>0.40 (0.24–0.66)</w:t>
            </w:r>
          </w:p>
        </w:tc>
      </w:tr>
      <w:tr w:rsidR="00D94E50" w:rsidRPr="00D35743" w14:paraId="717F2E64" w14:textId="77777777">
        <w:tc>
          <w:tcPr>
            <w:tcW w:w="3168" w:type="dxa"/>
          </w:tcPr>
          <w:p w14:paraId="4FAD1A30" w14:textId="77777777" w:rsidR="00D94E50" w:rsidRPr="00D35743" w:rsidRDefault="00000000">
            <w:pPr>
              <w:rPr>
                <w:rFonts w:cs="Times New Roman"/>
                <w:color w:val="000000" w:themeColor="text1"/>
                <w:sz w:val="22"/>
              </w:rPr>
            </w:pPr>
            <w:r w:rsidRPr="00D35743">
              <w:rPr>
                <w:rFonts w:cs="Times New Roman"/>
                <w:color w:val="000000" w:themeColor="text1"/>
                <w:sz w:val="22"/>
              </w:rPr>
              <w:t>New Jersey</w:t>
            </w:r>
          </w:p>
        </w:tc>
        <w:tc>
          <w:tcPr>
            <w:tcW w:w="2160" w:type="dxa"/>
          </w:tcPr>
          <w:p w14:paraId="3ED275B6" w14:textId="77777777" w:rsidR="00D94E50" w:rsidRPr="00D35743" w:rsidRDefault="00000000">
            <w:pPr>
              <w:rPr>
                <w:rFonts w:cs="Times New Roman"/>
                <w:color w:val="000000" w:themeColor="text1"/>
                <w:sz w:val="22"/>
              </w:rPr>
            </w:pPr>
            <w:r w:rsidRPr="00D35743">
              <w:rPr>
                <w:rFonts w:cs="Times New Roman"/>
                <w:color w:val="000000" w:themeColor="text1"/>
                <w:sz w:val="22"/>
              </w:rPr>
              <w:t>536</w:t>
            </w:r>
          </w:p>
        </w:tc>
        <w:tc>
          <w:tcPr>
            <w:tcW w:w="2880" w:type="dxa"/>
          </w:tcPr>
          <w:p w14:paraId="2AFA8B87" w14:textId="77777777" w:rsidR="00D94E50" w:rsidRPr="00D35743" w:rsidRDefault="00000000">
            <w:pPr>
              <w:rPr>
                <w:rFonts w:cs="Times New Roman"/>
                <w:color w:val="000000" w:themeColor="text1"/>
                <w:sz w:val="22"/>
              </w:rPr>
            </w:pPr>
            <w:r w:rsidRPr="00D35743">
              <w:rPr>
                <w:rFonts w:cs="Times New Roman"/>
                <w:color w:val="000000" w:themeColor="text1"/>
                <w:sz w:val="22"/>
              </w:rPr>
              <w:t>0.37 (0.33–0.40)</w:t>
            </w:r>
          </w:p>
        </w:tc>
        <w:tc>
          <w:tcPr>
            <w:tcW w:w="2160" w:type="dxa"/>
          </w:tcPr>
          <w:p w14:paraId="68C78DA9" w14:textId="77777777" w:rsidR="00D94E50" w:rsidRPr="00D35743" w:rsidRDefault="00000000">
            <w:pPr>
              <w:rPr>
                <w:rFonts w:cs="Times New Roman"/>
                <w:color w:val="000000" w:themeColor="text1"/>
                <w:sz w:val="22"/>
              </w:rPr>
            </w:pPr>
            <w:r w:rsidRPr="00D35743">
              <w:rPr>
                <w:rFonts w:cs="Times New Roman"/>
                <w:color w:val="000000" w:themeColor="text1"/>
                <w:sz w:val="22"/>
              </w:rPr>
              <w:t>121</w:t>
            </w:r>
          </w:p>
        </w:tc>
        <w:tc>
          <w:tcPr>
            <w:tcW w:w="2880" w:type="dxa"/>
          </w:tcPr>
          <w:p w14:paraId="4A928182" w14:textId="77777777" w:rsidR="00D94E50" w:rsidRPr="00D35743" w:rsidRDefault="00000000">
            <w:pPr>
              <w:rPr>
                <w:rFonts w:cs="Times New Roman"/>
                <w:color w:val="000000" w:themeColor="text1"/>
                <w:sz w:val="22"/>
              </w:rPr>
            </w:pPr>
            <w:r w:rsidRPr="00D35743">
              <w:rPr>
                <w:rFonts w:cs="Times New Roman"/>
                <w:color w:val="000000" w:themeColor="text1"/>
                <w:sz w:val="22"/>
              </w:rPr>
              <w:t>0.36 (0.30–0.44)</w:t>
            </w:r>
          </w:p>
        </w:tc>
      </w:tr>
      <w:tr w:rsidR="00D94E50" w:rsidRPr="00D35743" w14:paraId="2069CBB6" w14:textId="77777777">
        <w:tc>
          <w:tcPr>
            <w:tcW w:w="3168" w:type="dxa"/>
          </w:tcPr>
          <w:p w14:paraId="3723AE2F" w14:textId="77777777" w:rsidR="00D94E50" w:rsidRPr="00D35743" w:rsidRDefault="00000000">
            <w:pPr>
              <w:rPr>
                <w:rFonts w:cs="Times New Roman"/>
                <w:color w:val="000000" w:themeColor="text1"/>
                <w:sz w:val="22"/>
              </w:rPr>
            </w:pPr>
            <w:r w:rsidRPr="00D35743">
              <w:rPr>
                <w:rFonts w:cs="Times New Roman"/>
                <w:color w:val="000000" w:themeColor="text1"/>
                <w:sz w:val="22"/>
              </w:rPr>
              <w:t>New Mexico</w:t>
            </w:r>
          </w:p>
        </w:tc>
        <w:tc>
          <w:tcPr>
            <w:tcW w:w="2160" w:type="dxa"/>
          </w:tcPr>
          <w:p w14:paraId="6EDE24A7" w14:textId="77777777" w:rsidR="00D94E50" w:rsidRPr="00D35743" w:rsidRDefault="00000000">
            <w:pPr>
              <w:rPr>
                <w:rFonts w:cs="Times New Roman"/>
                <w:color w:val="000000" w:themeColor="text1"/>
                <w:sz w:val="22"/>
              </w:rPr>
            </w:pPr>
            <w:r w:rsidRPr="00D35743">
              <w:rPr>
                <w:rFonts w:cs="Times New Roman"/>
                <w:color w:val="000000" w:themeColor="text1"/>
                <w:sz w:val="22"/>
              </w:rPr>
              <w:t>103</w:t>
            </w:r>
          </w:p>
        </w:tc>
        <w:tc>
          <w:tcPr>
            <w:tcW w:w="2880" w:type="dxa"/>
          </w:tcPr>
          <w:p w14:paraId="5B3103DE" w14:textId="77777777" w:rsidR="00D94E50" w:rsidRPr="00D35743" w:rsidRDefault="00000000">
            <w:pPr>
              <w:rPr>
                <w:rFonts w:cs="Times New Roman"/>
                <w:color w:val="000000" w:themeColor="text1"/>
                <w:sz w:val="22"/>
              </w:rPr>
            </w:pPr>
            <w:r w:rsidRPr="00D35743">
              <w:rPr>
                <w:rFonts w:cs="Times New Roman"/>
                <w:color w:val="000000" w:themeColor="text1"/>
                <w:sz w:val="22"/>
              </w:rPr>
              <w:t>0.32 (0.26–0.38)</w:t>
            </w:r>
          </w:p>
        </w:tc>
        <w:tc>
          <w:tcPr>
            <w:tcW w:w="2160" w:type="dxa"/>
          </w:tcPr>
          <w:p w14:paraId="026E3664" w14:textId="77777777" w:rsidR="00D94E50" w:rsidRPr="00D35743" w:rsidRDefault="00000000">
            <w:pPr>
              <w:rPr>
                <w:rFonts w:cs="Times New Roman"/>
                <w:color w:val="000000" w:themeColor="text1"/>
                <w:sz w:val="22"/>
              </w:rPr>
            </w:pPr>
            <w:r w:rsidRPr="00D35743">
              <w:rPr>
                <w:rFonts w:cs="Times New Roman"/>
                <w:color w:val="000000" w:themeColor="text1"/>
                <w:sz w:val="22"/>
              </w:rPr>
              <w:t>43</w:t>
            </w:r>
          </w:p>
        </w:tc>
        <w:tc>
          <w:tcPr>
            <w:tcW w:w="2880" w:type="dxa"/>
          </w:tcPr>
          <w:p w14:paraId="59294C87" w14:textId="77777777" w:rsidR="00D94E50" w:rsidRPr="00D35743" w:rsidRDefault="00000000">
            <w:pPr>
              <w:rPr>
                <w:rFonts w:cs="Times New Roman"/>
                <w:color w:val="000000" w:themeColor="text1"/>
                <w:sz w:val="22"/>
              </w:rPr>
            </w:pPr>
            <w:r w:rsidRPr="00D35743">
              <w:rPr>
                <w:rFonts w:cs="Times New Roman"/>
                <w:color w:val="000000" w:themeColor="text1"/>
                <w:sz w:val="22"/>
              </w:rPr>
              <w:t>0.60 (0.44–0.83)</w:t>
            </w:r>
          </w:p>
        </w:tc>
      </w:tr>
      <w:tr w:rsidR="00D94E50" w:rsidRPr="00D35743" w14:paraId="13344BC8" w14:textId="77777777">
        <w:tc>
          <w:tcPr>
            <w:tcW w:w="3168" w:type="dxa"/>
          </w:tcPr>
          <w:p w14:paraId="15B8C87B" w14:textId="77777777" w:rsidR="00D94E50" w:rsidRPr="00D35743" w:rsidRDefault="00000000">
            <w:pPr>
              <w:rPr>
                <w:rFonts w:cs="Times New Roman"/>
                <w:color w:val="000000" w:themeColor="text1"/>
                <w:sz w:val="22"/>
              </w:rPr>
            </w:pPr>
            <w:r w:rsidRPr="00D35743">
              <w:rPr>
                <w:rFonts w:cs="Times New Roman"/>
                <w:color w:val="000000" w:themeColor="text1"/>
                <w:sz w:val="22"/>
              </w:rPr>
              <w:t>New York</w:t>
            </w:r>
          </w:p>
        </w:tc>
        <w:tc>
          <w:tcPr>
            <w:tcW w:w="2160" w:type="dxa"/>
          </w:tcPr>
          <w:p w14:paraId="6CEFD579" w14:textId="77777777" w:rsidR="00D94E50" w:rsidRPr="00D35743" w:rsidRDefault="00000000">
            <w:pPr>
              <w:rPr>
                <w:rFonts w:cs="Times New Roman"/>
                <w:color w:val="000000" w:themeColor="text1"/>
                <w:sz w:val="22"/>
              </w:rPr>
            </w:pPr>
            <w:r w:rsidRPr="00D35743">
              <w:rPr>
                <w:rFonts w:cs="Times New Roman"/>
                <w:color w:val="000000" w:themeColor="text1"/>
                <w:sz w:val="22"/>
              </w:rPr>
              <w:t>750</w:t>
            </w:r>
          </w:p>
        </w:tc>
        <w:tc>
          <w:tcPr>
            <w:tcW w:w="2880" w:type="dxa"/>
          </w:tcPr>
          <w:p w14:paraId="47DD650A" w14:textId="77777777" w:rsidR="00D94E50" w:rsidRPr="00D35743" w:rsidRDefault="00000000">
            <w:pPr>
              <w:rPr>
                <w:rFonts w:cs="Times New Roman"/>
                <w:color w:val="000000" w:themeColor="text1"/>
                <w:sz w:val="22"/>
              </w:rPr>
            </w:pPr>
            <w:r w:rsidRPr="00D35743">
              <w:rPr>
                <w:rFonts w:cs="Times New Roman"/>
                <w:color w:val="000000" w:themeColor="text1"/>
                <w:sz w:val="22"/>
              </w:rPr>
              <w:t>0.23 (0.22–0.25)</w:t>
            </w:r>
          </w:p>
        </w:tc>
        <w:tc>
          <w:tcPr>
            <w:tcW w:w="2160" w:type="dxa"/>
          </w:tcPr>
          <w:p w14:paraId="137A01A2" w14:textId="77777777" w:rsidR="00D94E50" w:rsidRPr="00D35743" w:rsidRDefault="00000000">
            <w:pPr>
              <w:rPr>
                <w:rFonts w:cs="Times New Roman"/>
                <w:color w:val="000000" w:themeColor="text1"/>
                <w:sz w:val="22"/>
              </w:rPr>
            </w:pPr>
            <w:r w:rsidRPr="00D35743">
              <w:rPr>
                <w:rFonts w:cs="Times New Roman"/>
                <w:color w:val="000000" w:themeColor="text1"/>
                <w:sz w:val="22"/>
              </w:rPr>
              <w:t>339</w:t>
            </w:r>
          </w:p>
        </w:tc>
        <w:tc>
          <w:tcPr>
            <w:tcW w:w="2880" w:type="dxa"/>
          </w:tcPr>
          <w:p w14:paraId="4A9D64E4" w14:textId="77777777" w:rsidR="00D94E50" w:rsidRPr="00D35743" w:rsidRDefault="00000000">
            <w:pPr>
              <w:rPr>
                <w:rFonts w:cs="Times New Roman"/>
                <w:color w:val="000000" w:themeColor="text1"/>
                <w:sz w:val="22"/>
              </w:rPr>
            </w:pPr>
            <w:r w:rsidRPr="00D35743">
              <w:rPr>
                <w:rFonts w:cs="Times New Roman"/>
                <w:color w:val="000000" w:themeColor="text1"/>
                <w:sz w:val="22"/>
              </w:rPr>
              <w:t>0.47 (0.42–0.53)</w:t>
            </w:r>
          </w:p>
        </w:tc>
      </w:tr>
      <w:tr w:rsidR="00D94E50" w:rsidRPr="00D35743" w14:paraId="36E36640" w14:textId="77777777">
        <w:tc>
          <w:tcPr>
            <w:tcW w:w="3168" w:type="dxa"/>
          </w:tcPr>
          <w:p w14:paraId="584C0009" w14:textId="77777777" w:rsidR="00D94E50" w:rsidRPr="00D35743" w:rsidRDefault="00000000">
            <w:pPr>
              <w:rPr>
                <w:rFonts w:cs="Times New Roman"/>
                <w:color w:val="000000" w:themeColor="text1"/>
                <w:sz w:val="22"/>
              </w:rPr>
            </w:pPr>
            <w:r w:rsidRPr="00D35743">
              <w:rPr>
                <w:rFonts w:cs="Times New Roman"/>
                <w:color w:val="000000" w:themeColor="text1"/>
                <w:sz w:val="22"/>
              </w:rPr>
              <w:t>North Carolina</w:t>
            </w:r>
          </w:p>
        </w:tc>
        <w:tc>
          <w:tcPr>
            <w:tcW w:w="2160" w:type="dxa"/>
          </w:tcPr>
          <w:p w14:paraId="76AA44F0" w14:textId="77777777" w:rsidR="00D94E50" w:rsidRPr="00D35743" w:rsidRDefault="00000000">
            <w:pPr>
              <w:rPr>
                <w:rFonts w:cs="Times New Roman"/>
                <w:color w:val="000000" w:themeColor="text1"/>
                <w:sz w:val="22"/>
              </w:rPr>
            </w:pPr>
            <w:r w:rsidRPr="00D35743">
              <w:rPr>
                <w:rFonts w:cs="Times New Roman"/>
                <w:color w:val="000000" w:themeColor="text1"/>
                <w:sz w:val="22"/>
              </w:rPr>
              <w:t>551</w:t>
            </w:r>
          </w:p>
        </w:tc>
        <w:tc>
          <w:tcPr>
            <w:tcW w:w="2880" w:type="dxa"/>
          </w:tcPr>
          <w:p w14:paraId="7D23AC10" w14:textId="77777777" w:rsidR="00D94E50" w:rsidRPr="00D35743" w:rsidRDefault="00000000">
            <w:pPr>
              <w:rPr>
                <w:rFonts w:cs="Times New Roman"/>
                <w:color w:val="000000" w:themeColor="text1"/>
                <w:sz w:val="22"/>
              </w:rPr>
            </w:pPr>
            <w:r w:rsidRPr="00D35743">
              <w:rPr>
                <w:rFonts w:cs="Times New Roman"/>
                <w:color w:val="000000" w:themeColor="text1"/>
                <w:sz w:val="22"/>
              </w:rPr>
              <w:t>0.40 (0.37–0.44)</w:t>
            </w:r>
          </w:p>
        </w:tc>
        <w:tc>
          <w:tcPr>
            <w:tcW w:w="2160" w:type="dxa"/>
          </w:tcPr>
          <w:p w14:paraId="5C8CCBD6" w14:textId="77777777" w:rsidR="00D94E50" w:rsidRPr="00D35743" w:rsidRDefault="00000000">
            <w:pPr>
              <w:rPr>
                <w:rFonts w:cs="Times New Roman"/>
                <w:color w:val="000000" w:themeColor="text1"/>
                <w:sz w:val="22"/>
              </w:rPr>
            </w:pPr>
            <w:r w:rsidRPr="00D35743">
              <w:rPr>
                <w:rFonts w:cs="Times New Roman"/>
                <w:color w:val="000000" w:themeColor="text1"/>
                <w:sz w:val="22"/>
              </w:rPr>
              <w:t>196</w:t>
            </w:r>
          </w:p>
        </w:tc>
        <w:tc>
          <w:tcPr>
            <w:tcW w:w="2880" w:type="dxa"/>
          </w:tcPr>
          <w:p w14:paraId="2074AB7C" w14:textId="77777777" w:rsidR="00D94E50" w:rsidRPr="00D35743" w:rsidRDefault="00000000">
            <w:pPr>
              <w:rPr>
                <w:rFonts w:cs="Times New Roman"/>
                <w:color w:val="000000" w:themeColor="text1"/>
                <w:sz w:val="22"/>
              </w:rPr>
            </w:pPr>
            <w:r w:rsidRPr="00D35743">
              <w:rPr>
                <w:rFonts w:cs="Times New Roman"/>
                <w:color w:val="000000" w:themeColor="text1"/>
                <w:sz w:val="22"/>
              </w:rPr>
              <w:t>0.57 (0.49–0.65)</w:t>
            </w:r>
          </w:p>
        </w:tc>
      </w:tr>
      <w:tr w:rsidR="00D94E50" w:rsidRPr="00D35743" w14:paraId="306241B5" w14:textId="77777777">
        <w:tc>
          <w:tcPr>
            <w:tcW w:w="3168" w:type="dxa"/>
          </w:tcPr>
          <w:p w14:paraId="4CD6738D" w14:textId="77777777" w:rsidR="00D94E50" w:rsidRPr="00D35743" w:rsidRDefault="00000000">
            <w:pPr>
              <w:rPr>
                <w:rFonts w:cs="Times New Roman"/>
                <w:color w:val="000000" w:themeColor="text1"/>
                <w:sz w:val="22"/>
              </w:rPr>
            </w:pPr>
            <w:r w:rsidRPr="00D35743">
              <w:rPr>
                <w:rFonts w:cs="Times New Roman"/>
                <w:color w:val="000000" w:themeColor="text1"/>
                <w:sz w:val="22"/>
              </w:rPr>
              <w:t>North Dakota</w:t>
            </w:r>
          </w:p>
        </w:tc>
        <w:tc>
          <w:tcPr>
            <w:tcW w:w="2160" w:type="dxa"/>
          </w:tcPr>
          <w:p w14:paraId="5A1BBAF1" w14:textId="77777777" w:rsidR="00D94E50" w:rsidRPr="00D35743" w:rsidRDefault="00000000">
            <w:pPr>
              <w:rPr>
                <w:rFonts w:cs="Times New Roman"/>
                <w:color w:val="000000" w:themeColor="text1"/>
                <w:sz w:val="22"/>
              </w:rPr>
            </w:pPr>
            <w:r w:rsidRPr="00D35743">
              <w:rPr>
                <w:rFonts w:cs="Times New Roman"/>
                <w:color w:val="000000" w:themeColor="text1"/>
                <w:sz w:val="22"/>
              </w:rPr>
              <w:t>117</w:t>
            </w:r>
          </w:p>
        </w:tc>
        <w:tc>
          <w:tcPr>
            <w:tcW w:w="2880" w:type="dxa"/>
          </w:tcPr>
          <w:p w14:paraId="74DF9DC4" w14:textId="77777777" w:rsidR="00D94E50" w:rsidRPr="00D35743" w:rsidRDefault="00000000">
            <w:pPr>
              <w:rPr>
                <w:rFonts w:cs="Times New Roman"/>
                <w:color w:val="000000" w:themeColor="text1"/>
                <w:sz w:val="22"/>
              </w:rPr>
            </w:pPr>
            <w:r w:rsidRPr="00D35743">
              <w:rPr>
                <w:rFonts w:cs="Times New Roman"/>
                <w:color w:val="000000" w:themeColor="text1"/>
                <w:sz w:val="22"/>
              </w:rPr>
              <w:t>1.01 (0.83–1.20)</w:t>
            </w:r>
          </w:p>
        </w:tc>
        <w:tc>
          <w:tcPr>
            <w:tcW w:w="2160" w:type="dxa"/>
          </w:tcPr>
          <w:p w14:paraId="41B46FD3" w14:textId="77777777" w:rsidR="00D94E50" w:rsidRPr="00D35743" w:rsidRDefault="00000000">
            <w:pPr>
              <w:rPr>
                <w:rFonts w:cs="Times New Roman"/>
                <w:color w:val="000000" w:themeColor="text1"/>
                <w:sz w:val="22"/>
              </w:rPr>
            </w:pPr>
            <w:r w:rsidRPr="00D35743">
              <w:rPr>
                <w:rFonts w:cs="Times New Roman"/>
                <w:color w:val="000000" w:themeColor="text1"/>
                <w:sz w:val="22"/>
              </w:rPr>
              <w:t>25</w:t>
            </w:r>
          </w:p>
        </w:tc>
        <w:tc>
          <w:tcPr>
            <w:tcW w:w="2880" w:type="dxa"/>
          </w:tcPr>
          <w:p w14:paraId="4232C2A6" w14:textId="77777777" w:rsidR="00D94E50" w:rsidRPr="00D35743" w:rsidRDefault="00000000">
            <w:pPr>
              <w:rPr>
                <w:rFonts w:cs="Times New Roman"/>
                <w:color w:val="000000" w:themeColor="text1"/>
                <w:sz w:val="22"/>
              </w:rPr>
            </w:pPr>
            <w:r w:rsidRPr="00D35743">
              <w:rPr>
                <w:rFonts w:cs="Times New Roman"/>
                <w:color w:val="000000" w:themeColor="text1"/>
                <w:sz w:val="22"/>
              </w:rPr>
              <w:t>0.94 (0.60–1.44)</w:t>
            </w:r>
          </w:p>
        </w:tc>
      </w:tr>
      <w:tr w:rsidR="00D94E50" w:rsidRPr="00D35743" w14:paraId="36F375B5" w14:textId="77777777">
        <w:tc>
          <w:tcPr>
            <w:tcW w:w="3168" w:type="dxa"/>
          </w:tcPr>
          <w:p w14:paraId="447F89B5" w14:textId="77777777" w:rsidR="00D94E50" w:rsidRPr="00D35743" w:rsidRDefault="00000000">
            <w:pPr>
              <w:rPr>
                <w:rFonts w:cs="Times New Roman"/>
                <w:color w:val="000000" w:themeColor="text1"/>
                <w:sz w:val="22"/>
              </w:rPr>
            </w:pPr>
            <w:r w:rsidRPr="00D35743">
              <w:rPr>
                <w:rFonts w:cs="Times New Roman"/>
                <w:color w:val="000000" w:themeColor="text1"/>
                <w:sz w:val="22"/>
              </w:rPr>
              <w:t>Ohio</w:t>
            </w:r>
          </w:p>
        </w:tc>
        <w:tc>
          <w:tcPr>
            <w:tcW w:w="2160" w:type="dxa"/>
          </w:tcPr>
          <w:p w14:paraId="6BD2AD22" w14:textId="77777777" w:rsidR="00D94E50" w:rsidRPr="00D35743" w:rsidRDefault="00000000">
            <w:pPr>
              <w:rPr>
                <w:rFonts w:cs="Times New Roman"/>
                <w:color w:val="000000" w:themeColor="text1"/>
                <w:sz w:val="22"/>
              </w:rPr>
            </w:pPr>
            <w:r w:rsidRPr="00D35743">
              <w:rPr>
                <w:rFonts w:cs="Times New Roman"/>
                <w:color w:val="000000" w:themeColor="text1"/>
                <w:sz w:val="22"/>
              </w:rPr>
              <w:t>1,126</w:t>
            </w:r>
          </w:p>
        </w:tc>
        <w:tc>
          <w:tcPr>
            <w:tcW w:w="2880" w:type="dxa"/>
          </w:tcPr>
          <w:p w14:paraId="0C48DD07" w14:textId="77777777" w:rsidR="00D94E50" w:rsidRPr="00D35743" w:rsidRDefault="00000000">
            <w:pPr>
              <w:rPr>
                <w:rFonts w:cs="Times New Roman"/>
                <w:color w:val="000000" w:themeColor="text1"/>
                <w:sz w:val="22"/>
              </w:rPr>
            </w:pPr>
            <w:r w:rsidRPr="00D35743">
              <w:rPr>
                <w:rFonts w:cs="Times New Roman"/>
                <w:color w:val="000000" w:themeColor="text1"/>
                <w:sz w:val="22"/>
              </w:rPr>
              <w:t>0.60 (0.57–0.64)</w:t>
            </w:r>
          </w:p>
        </w:tc>
        <w:tc>
          <w:tcPr>
            <w:tcW w:w="2160" w:type="dxa"/>
          </w:tcPr>
          <w:p w14:paraId="625409C4" w14:textId="77777777" w:rsidR="00D94E50" w:rsidRPr="00D35743" w:rsidRDefault="00000000">
            <w:pPr>
              <w:rPr>
                <w:rFonts w:cs="Times New Roman"/>
                <w:color w:val="000000" w:themeColor="text1"/>
                <w:sz w:val="22"/>
              </w:rPr>
            </w:pPr>
            <w:r w:rsidRPr="00D35743">
              <w:rPr>
                <w:rFonts w:cs="Times New Roman"/>
                <w:color w:val="000000" w:themeColor="text1"/>
                <w:sz w:val="22"/>
              </w:rPr>
              <w:t>225</w:t>
            </w:r>
          </w:p>
        </w:tc>
        <w:tc>
          <w:tcPr>
            <w:tcW w:w="2880" w:type="dxa"/>
          </w:tcPr>
          <w:p w14:paraId="4D079532" w14:textId="77777777" w:rsidR="00D94E50" w:rsidRPr="00D35743" w:rsidRDefault="00000000">
            <w:pPr>
              <w:rPr>
                <w:rFonts w:cs="Times New Roman"/>
                <w:color w:val="000000" w:themeColor="text1"/>
                <w:sz w:val="22"/>
              </w:rPr>
            </w:pPr>
            <w:r w:rsidRPr="00D35743">
              <w:rPr>
                <w:rFonts w:cs="Times New Roman"/>
                <w:color w:val="000000" w:themeColor="text1"/>
                <w:sz w:val="22"/>
              </w:rPr>
              <w:t>0.55 (0.48–0.64)</w:t>
            </w:r>
          </w:p>
        </w:tc>
      </w:tr>
      <w:tr w:rsidR="00D94E50" w:rsidRPr="00D35743" w14:paraId="5DDEA28C" w14:textId="77777777">
        <w:tc>
          <w:tcPr>
            <w:tcW w:w="3168" w:type="dxa"/>
          </w:tcPr>
          <w:p w14:paraId="34F772BA" w14:textId="77777777" w:rsidR="00D94E50" w:rsidRPr="00D35743" w:rsidRDefault="00000000">
            <w:pPr>
              <w:rPr>
                <w:rFonts w:cs="Times New Roman"/>
                <w:color w:val="000000" w:themeColor="text1"/>
                <w:sz w:val="22"/>
              </w:rPr>
            </w:pPr>
            <w:r w:rsidRPr="00D35743">
              <w:rPr>
                <w:rFonts w:cs="Times New Roman"/>
                <w:color w:val="000000" w:themeColor="text1"/>
                <w:sz w:val="22"/>
              </w:rPr>
              <w:lastRenderedPageBreak/>
              <w:t>Oklahoma</w:t>
            </w:r>
          </w:p>
        </w:tc>
        <w:tc>
          <w:tcPr>
            <w:tcW w:w="2160" w:type="dxa"/>
          </w:tcPr>
          <w:p w14:paraId="13F91879" w14:textId="77777777" w:rsidR="00D94E50" w:rsidRPr="00D35743" w:rsidRDefault="00000000">
            <w:pPr>
              <w:rPr>
                <w:rFonts w:cs="Times New Roman"/>
                <w:color w:val="000000" w:themeColor="text1"/>
                <w:sz w:val="22"/>
              </w:rPr>
            </w:pPr>
            <w:r w:rsidRPr="00D35743">
              <w:rPr>
                <w:rFonts w:cs="Times New Roman"/>
                <w:color w:val="000000" w:themeColor="text1"/>
                <w:sz w:val="22"/>
              </w:rPr>
              <w:t>182</w:t>
            </w:r>
          </w:p>
        </w:tc>
        <w:tc>
          <w:tcPr>
            <w:tcW w:w="2880" w:type="dxa"/>
          </w:tcPr>
          <w:p w14:paraId="562C97B2" w14:textId="77777777" w:rsidR="00D94E50" w:rsidRPr="00D35743" w:rsidRDefault="00000000">
            <w:pPr>
              <w:rPr>
                <w:rFonts w:cs="Times New Roman"/>
                <w:color w:val="000000" w:themeColor="text1"/>
                <w:sz w:val="22"/>
              </w:rPr>
            </w:pPr>
            <w:r w:rsidRPr="00D35743">
              <w:rPr>
                <w:rFonts w:cs="Times New Roman"/>
                <w:color w:val="000000" w:themeColor="text1"/>
                <w:sz w:val="22"/>
              </w:rPr>
              <w:t>0.35 (0.29–0.40)</w:t>
            </w:r>
          </w:p>
        </w:tc>
        <w:tc>
          <w:tcPr>
            <w:tcW w:w="2160" w:type="dxa"/>
          </w:tcPr>
          <w:p w14:paraId="07C47B48" w14:textId="77777777" w:rsidR="00D94E50" w:rsidRPr="00D35743" w:rsidRDefault="00000000">
            <w:pPr>
              <w:rPr>
                <w:rFonts w:cs="Times New Roman"/>
                <w:color w:val="000000" w:themeColor="text1"/>
                <w:sz w:val="22"/>
              </w:rPr>
            </w:pPr>
            <w:r w:rsidRPr="00D35743">
              <w:rPr>
                <w:rFonts w:cs="Times New Roman"/>
                <w:color w:val="000000" w:themeColor="text1"/>
                <w:sz w:val="22"/>
              </w:rPr>
              <w:t>55</w:t>
            </w:r>
          </w:p>
        </w:tc>
        <w:tc>
          <w:tcPr>
            <w:tcW w:w="2880" w:type="dxa"/>
          </w:tcPr>
          <w:p w14:paraId="17BA370D" w14:textId="77777777" w:rsidR="00D94E50" w:rsidRPr="00D35743" w:rsidRDefault="00000000">
            <w:pPr>
              <w:rPr>
                <w:rFonts w:cs="Times New Roman"/>
                <w:color w:val="000000" w:themeColor="text1"/>
                <w:sz w:val="22"/>
              </w:rPr>
            </w:pPr>
            <w:r w:rsidRPr="00D35743">
              <w:rPr>
                <w:rFonts w:cs="Times New Roman"/>
                <w:color w:val="000000" w:themeColor="text1"/>
                <w:sz w:val="22"/>
              </w:rPr>
              <w:t>0.42 (0.30–0.56)</w:t>
            </w:r>
          </w:p>
        </w:tc>
      </w:tr>
      <w:tr w:rsidR="00D94E50" w:rsidRPr="00D35743" w14:paraId="447EB902" w14:textId="77777777">
        <w:tc>
          <w:tcPr>
            <w:tcW w:w="3168" w:type="dxa"/>
          </w:tcPr>
          <w:p w14:paraId="410EB0DF" w14:textId="77777777" w:rsidR="00D94E50" w:rsidRPr="00D35743" w:rsidRDefault="00000000">
            <w:pPr>
              <w:rPr>
                <w:rFonts w:cs="Times New Roman"/>
                <w:color w:val="000000" w:themeColor="text1"/>
                <w:sz w:val="22"/>
              </w:rPr>
            </w:pPr>
            <w:r w:rsidRPr="00D35743">
              <w:rPr>
                <w:rFonts w:cs="Times New Roman"/>
                <w:color w:val="000000" w:themeColor="text1"/>
                <w:sz w:val="22"/>
              </w:rPr>
              <w:t>Oregon</w:t>
            </w:r>
          </w:p>
        </w:tc>
        <w:tc>
          <w:tcPr>
            <w:tcW w:w="2160" w:type="dxa"/>
          </w:tcPr>
          <w:p w14:paraId="6BA436F2" w14:textId="77777777" w:rsidR="00D94E50" w:rsidRPr="00D35743" w:rsidRDefault="00000000">
            <w:pPr>
              <w:rPr>
                <w:rFonts w:cs="Times New Roman"/>
                <w:color w:val="000000" w:themeColor="text1"/>
                <w:sz w:val="22"/>
              </w:rPr>
            </w:pPr>
            <w:r w:rsidRPr="00D35743">
              <w:rPr>
                <w:rFonts w:cs="Times New Roman"/>
                <w:color w:val="000000" w:themeColor="text1"/>
                <w:sz w:val="22"/>
              </w:rPr>
              <w:t>412</w:t>
            </w:r>
          </w:p>
        </w:tc>
        <w:tc>
          <w:tcPr>
            <w:tcW w:w="2880" w:type="dxa"/>
          </w:tcPr>
          <w:p w14:paraId="15DCDD40" w14:textId="77777777" w:rsidR="00D94E50" w:rsidRPr="00D35743" w:rsidRDefault="00000000">
            <w:pPr>
              <w:rPr>
                <w:rFonts w:cs="Times New Roman"/>
                <w:color w:val="000000" w:themeColor="text1"/>
                <w:sz w:val="22"/>
              </w:rPr>
            </w:pPr>
            <w:r w:rsidRPr="00D35743">
              <w:rPr>
                <w:rFonts w:cs="Times New Roman"/>
                <w:color w:val="000000" w:themeColor="text1"/>
                <w:sz w:val="22"/>
              </w:rPr>
              <w:t>0.64 (0.58–0.71)</w:t>
            </w:r>
          </w:p>
        </w:tc>
        <w:tc>
          <w:tcPr>
            <w:tcW w:w="2160" w:type="dxa"/>
          </w:tcPr>
          <w:p w14:paraId="552092FA" w14:textId="77777777" w:rsidR="00D94E50" w:rsidRPr="00D35743" w:rsidRDefault="00000000">
            <w:pPr>
              <w:rPr>
                <w:rFonts w:cs="Times New Roman"/>
                <w:color w:val="000000" w:themeColor="text1"/>
                <w:sz w:val="22"/>
              </w:rPr>
            </w:pPr>
            <w:r w:rsidRPr="00D35743">
              <w:rPr>
                <w:rFonts w:cs="Times New Roman"/>
                <w:color w:val="000000" w:themeColor="text1"/>
                <w:sz w:val="22"/>
              </w:rPr>
              <w:t>212</w:t>
            </w:r>
          </w:p>
        </w:tc>
        <w:tc>
          <w:tcPr>
            <w:tcW w:w="2880" w:type="dxa"/>
          </w:tcPr>
          <w:p w14:paraId="5DB35989" w14:textId="77777777" w:rsidR="00D94E50" w:rsidRPr="00D35743" w:rsidRDefault="00000000">
            <w:pPr>
              <w:rPr>
                <w:rFonts w:cs="Times New Roman"/>
                <w:color w:val="000000" w:themeColor="text1"/>
                <w:sz w:val="22"/>
              </w:rPr>
            </w:pPr>
            <w:r w:rsidRPr="00D35743">
              <w:rPr>
                <w:rFonts w:cs="Times New Roman"/>
                <w:color w:val="000000" w:themeColor="text1"/>
                <w:sz w:val="22"/>
              </w:rPr>
              <w:t>1.42 (1.23–1.64)</w:t>
            </w:r>
          </w:p>
        </w:tc>
      </w:tr>
      <w:tr w:rsidR="00D94E50" w:rsidRPr="00D35743" w14:paraId="6235A26C" w14:textId="77777777">
        <w:tc>
          <w:tcPr>
            <w:tcW w:w="3168" w:type="dxa"/>
          </w:tcPr>
          <w:p w14:paraId="4C8C4C34" w14:textId="77777777" w:rsidR="00D94E50" w:rsidRPr="00D35743" w:rsidRDefault="00000000">
            <w:pPr>
              <w:rPr>
                <w:rFonts w:cs="Times New Roman"/>
                <w:color w:val="000000" w:themeColor="text1"/>
                <w:sz w:val="22"/>
              </w:rPr>
            </w:pPr>
            <w:r w:rsidRPr="00D35743">
              <w:rPr>
                <w:rFonts w:cs="Times New Roman"/>
                <w:color w:val="000000" w:themeColor="text1"/>
                <w:sz w:val="22"/>
              </w:rPr>
              <w:t>Pennsylvania</w:t>
            </w:r>
          </w:p>
        </w:tc>
        <w:tc>
          <w:tcPr>
            <w:tcW w:w="2160" w:type="dxa"/>
          </w:tcPr>
          <w:p w14:paraId="3D5455DC" w14:textId="77777777" w:rsidR="00D94E50" w:rsidRPr="00D35743" w:rsidRDefault="00000000">
            <w:pPr>
              <w:rPr>
                <w:rFonts w:cs="Times New Roman"/>
                <w:color w:val="000000" w:themeColor="text1"/>
                <w:sz w:val="22"/>
              </w:rPr>
            </w:pPr>
            <w:r w:rsidRPr="00D35743">
              <w:rPr>
                <w:rFonts w:cs="Times New Roman"/>
                <w:color w:val="000000" w:themeColor="text1"/>
                <w:sz w:val="22"/>
              </w:rPr>
              <w:t>1,050</w:t>
            </w:r>
          </w:p>
        </w:tc>
        <w:tc>
          <w:tcPr>
            <w:tcW w:w="2880" w:type="dxa"/>
          </w:tcPr>
          <w:p w14:paraId="676EB322" w14:textId="77777777" w:rsidR="00D94E50" w:rsidRPr="00D35743" w:rsidRDefault="00000000">
            <w:pPr>
              <w:rPr>
                <w:rFonts w:cs="Times New Roman"/>
                <w:color w:val="000000" w:themeColor="text1"/>
                <w:sz w:val="22"/>
              </w:rPr>
            </w:pPr>
            <w:r w:rsidRPr="00D35743">
              <w:rPr>
                <w:rFonts w:cs="Times New Roman"/>
                <w:color w:val="000000" w:themeColor="text1"/>
                <w:sz w:val="22"/>
              </w:rPr>
              <w:t>0.44 (0.41–0.47)</w:t>
            </w:r>
          </w:p>
        </w:tc>
        <w:tc>
          <w:tcPr>
            <w:tcW w:w="2160" w:type="dxa"/>
          </w:tcPr>
          <w:p w14:paraId="1CDB13DE" w14:textId="77777777" w:rsidR="00D94E50" w:rsidRPr="00D35743" w:rsidRDefault="00000000">
            <w:pPr>
              <w:rPr>
                <w:rFonts w:cs="Times New Roman"/>
                <w:color w:val="000000" w:themeColor="text1"/>
                <w:sz w:val="22"/>
              </w:rPr>
            </w:pPr>
            <w:r w:rsidRPr="00D35743">
              <w:rPr>
                <w:rFonts w:cs="Times New Roman"/>
                <w:color w:val="000000" w:themeColor="text1"/>
                <w:sz w:val="22"/>
              </w:rPr>
              <w:t>250</w:t>
            </w:r>
          </w:p>
        </w:tc>
        <w:tc>
          <w:tcPr>
            <w:tcW w:w="2880" w:type="dxa"/>
          </w:tcPr>
          <w:p w14:paraId="1B95F06F" w14:textId="77777777" w:rsidR="00D94E50" w:rsidRPr="00D35743" w:rsidRDefault="00000000">
            <w:pPr>
              <w:rPr>
                <w:rFonts w:cs="Times New Roman"/>
                <w:color w:val="000000" w:themeColor="text1"/>
                <w:sz w:val="22"/>
              </w:rPr>
            </w:pPr>
            <w:r w:rsidRPr="00D35743">
              <w:rPr>
                <w:rFonts w:cs="Times New Roman"/>
                <w:color w:val="000000" w:themeColor="text1"/>
                <w:sz w:val="22"/>
              </w:rPr>
              <w:t>0.52 (0.45–0.59)</w:t>
            </w:r>
          </w:p>
        </w:tc>
      </w:tr>
      <w:tr w:rsidR="00D94E50" w:rsidRPr="00D35743" w14:paraId="483B6444" w14:textId="77777777">
        <w:tc>
          <w:tcPr>
            <w:tcW w:w="3168" w:type="dxa"/>
          </w:tcPr>
          <w:p w14:paraId="3EA4E9BE" w14:textId="77777777" w:rsidR="00D94E50" w:rsidRPr="00D35743" w:rsidRDefault="00000000">
            <w:pPr>
              <w:rPr>
                <w:rFonts w:cs="Times New Roman"/>
                <w:color w:val="000000" w:themeColor="text1"/>
                <w:sz w:val="22"/>
              </w:rPr>
            </w:pPr>
            <w:r w:rsidRPr="00D35743">
              <w:rPr>
                <w:rFonts w:cs="Times New Roman"/>
                <w:color w:val="000000" w:themeColor="text1"/>
                <w:sz w:val="22"/>
              </w:rPr>
              <w:t>Rhode Island</w:t>
            </w:r>
          </w:p>
        </w:tc>
        <w:tc>
          <w:tcPr>
            <w:tcW w:w="2160" w:type="dxa"/>
          </w:tcPr>
          <w:p w14:paraId="57A7F610" w14:textId="77777777" w:rsidR="00D94E50" w:rsidRPr="00D35743" w:rsidRDefault="00000000">
            <w:pPr>
              <w:rPr>
                <w:rFonts w:cs="Times New Roman"/>
                <w:color w:val="000000" w:themeColor="text1"/>
                <w:sz w:val="22"/>
              </w:rPr>
            </w:pPr>
            <w:r w:rsidRPr="00D35743">
              <w:rPr>
                <w:rFonts w:cs="Times New Roman"/>
                <w:color w:val="000000" w:themeColor="text1"/>
                <w:sz w:val="22"/>
              </w:rPr>
              <w:t>91</w:t>
            </w:r>
          </w:p>
        </w:tc>
        <w:tc>
          <w:tcPr>
            <w:tcW w:w="2880" w:type="dxa"/>
          </w:tcPr>
          <w:p w14:paraId="6197AE0F" w14:textId="77777777" w:rsidR="00D94E50" w:rsidRPr="00D35743" w:rsidRDefault="00000000">
            <w:pPr>
              <w:rPr>
                <w:rFonts w:cs="Times New Roman"/>
                <w:color w:val="000000" w:themeColor="text1"/>
                <w:sz w:val="22"/>
              </w:rPr>
            </w:pPr>
            <w:r w:rsidRPr="00D35743">
              <w:rPr>
                <w:rFonts w:cs="Times New Roman"/>
                <w:color w:val="000000" w:themeColor="text1"/>
                <w:sz w:val="22"/>
              </w:rPr>
              <w:t>0.48 (0.39–0.59)</w:t>
            </w:r>
          </w:p>
        </w:tc>
        <w:tc>
          <w:tcPr>
            <w:tcW w:w="2160" w:type="dxa"/>
          </w:tcPr>
          <w:p w14:paraId="12FD6505" w14:textId="77777777" w:rsidR="00D94E50" w:rsidRPr="00D35743" w:rsidRDefault="00000000">
            <w:pPr>
              <w:rPr>
                <w:rFonts w:cs="Times New Roman"/>
                <w:color w:val="000000" w:themeColor="text1"/>
                <w:sz w:val="22"/>
              </w:rPr>
            </w:pPr>
            <w:r w:rsidRPr="00D35743">
              <w:rPr>
                <w:rFonts w:cs="Times New Roman"/>
                <w:color w:val="000000" w:themeColor="text1"/>
                <w:sz w:val="22"/>
              </w:rPr>
              <w:t>13</w:t>
            </w:r>
          </w:p>
        </w:tc>
        <w:tc>
          <w:tcPr>
            <w:tcW w:w="2880" w:type="dxa"/>
          </w:tcPr>
          <w:p w14:paraId="1E19360D" w14:textId="77777777" w:rsidR="00D94E50" w:rsidRPr="00D35743" w:rsidRDefault="00000000">
            <w:pPr>
              <w:rPr>
                <w:rFonts w:cs="Times New Roman"/>
                <w:color w:val="000000" w:themeColor="text1"/>
                <w:sz w:val="22"/>
              </w:rPr>
            </w:pPr>
            <w:r w:rsidRPr="00D35743">
              <w:rPr>
                <w:rFonts w:cs="Times New Roman"/>
                <w:color w:val="000000" w:themeColor="text1"/>
                <w:sz w:val="22"/>
              </w:rPr>
              <w:t>0.35 (0.18–0.63)</w:t>
            </w:r>
          </w:p>
        </w:tc>
      </w:tr>
      <w:tr w:rsidR="00D94E50" w:rsidRPr="00D35743" w14:paraId="3A366356" w14:textId="77777777">
        <w:tc>
          <w:tcPr>
            <w:tcW w:w="3168" w:type="dxa"/>
          </w:tcPr>
          <w:p w14:paraId="298272D9" w14:textId="77777777" w:rsidR="00D94E50" w:rsidRPr="00D35743" w:rsidRDefault="00000000">
            <w:pPr>
              <w:rPr>
                <w:rFonts w:cs="Times New Roman"/>
                <w:color w:val="000000" w:themeColor="text1"/>
                <w:sz w:val="22"/>
              </w:rPr>
            </w:pPr>
            <w:r w:rsidRPr="00D35743">
              <w:rPr>
                <w:rFonts w:cs="Times New Roman"/>
                <w:color w:val="000000" w:themeColor="text1"/>
                <w:sz w:val="22"/>
              </w:rPr>
              <w:t>South Carolina</w:t>
            </w:r>
          </w:p>
        </w:tc>
        <w:tc>
          <w:tcPr>
            <w:tcW w:w="2160" w:type="dxa"/>
          </w:tcPr>
          <w:p w14:paraId="0C7CC920" w14:textId="77777777" w:rsidR="00D94E50" w:rsidRPr="00D35743" w:rsidRDefault="00000000">
            <w:pPr>
              <w:rPr>
                <w:rFonts w:cs="Times New Roman"/>
                <w:color w:val="000000" w:themeColor="text1"/>
                <w:sz w:val="22"/>
              </w:rPr>
            </w:pPr>
            <w:r w:rsidRPr="00D35743">
              <w:rPr>
                <w:rFonts w:cs="Times New Roman"/>
                <w:color w:val="000000" w:themeColor="text1"/>
                <w:sz w:val="22"/>
              </w:rPr>
              <w:t>305</w:t>
            </w:r>
          </w:p>
        </w:tc>
        <w:tc>
          <w:tcPr>
            <w:tcW w:w="2880" w:type="dxa"/>
          </w:tcPr>
          <w:p w14:paraId="2A3C7F62" w14:textId="77777777" w:rsidR="00D94E50" w:rsidRPr="00D35743" w:rsidRDefault="00000000">
            <w:pPr>
              <w:rPr>
                <w:rFonts w:cs="Times New Roman"/>
                <w:color w:val="000000" w:themeColor="text1"/>
                <w:sz w:val="22"/>
              </w:rPr>
            </w:pPr>
            <w:r w:rsidRPr="00D35743">
              <w:rPr>
                <w:rFonts w:cs="Times New Roman"/>
                <w:color w:val="000000" w:themeColor="text1"/>
                <w:sz w:val="22"/>
              </w:rPr>
              <w:t>0.44 (0.39–0.49)</w:t>
            </w:r>
          </w:p>
        </w:tc>
        <w:tc>
          <w:tcPr>
            <w:tcW w:w="2160" w:type="dxa"/>
          </w:tcPr>
          <w:p w14:paraId="6DEF9343" w14:textId="77777777" w:rsidR="00D94E50" w:rsidRPr="00D35743" w:rsidRDefault="00000000">
            <w:pPr>
              <w:rPr>
                <w:rFonts w:cs="Times New Roman"/>
                <w:color w:val="000000" w:themeColor="text1"/>
                <w:sz w:val="22"/>
              </w:rPr>
            </w:pPr>
            <w:r w:rsidRPr="00D35743">
              <w:rPr>
                <w:rFonts w:cs="Times New Roman"/>
                <w:color w:val="000000" w:themeColor="text1"/>
                <w:sz w:val="22"/>
              </w:rPr>
              <w:t>124</w:t>
            </w:r>
          </w:p>
        </w:tc>
        <w:tc>
          <w:tcPr>
            <w:tcW w:w="2880" w:type="dxa"/>
          </w:tcPr>
          <w:p w14:paraId="1AF1682E" w14:textId="77777777" w:rsidR="00D94E50" w:rsidRPr="00D35743" w:rsidRDefault="00000000">
            <w:pPr>
              <w:rPr>
                <w:rFonts w:cs="Times New Roman"/>
                <w:color w:val="000000" w:themeColor="text1"/>
                <w:sz w:val="22"/>
              </w:rPr>
            </w:pPr>
            <w:r w:rsidRPr="00D35743">
              <w:rPr>
                <w:rFonts w:cs="Times New Roman"/>
                <w:color w:val="000000" w:themeColor="text1"/>
                <w:sz w:val="22"/>
              </w:rPr>
              <w:t>0.71 (0.59–0.86)</w:t>
            </w:r>
          </w:p>
        </w:tc>
      </w:tr>
      <w:tr w:rsidR="00D94E50" w:rsidRPr="00D35743" w14:paraId="73A0F36B" w14:textId="77777777">
        <w:tc>
          <w:tcPr>
            <w:tcW w:w="3168" w:type="dxa"/>
          </w:tcPr>
          <w:p w14:paraId="538D9DAD" w14:textId="77777777" w:rsidR="00D94E50" w:rsidRPr="00D35743" w:rsidRDefault="00000000">
            <w:pPr>
              <w:rPr>
                <w:rFonts w:cs="Times New Roman"/>
                <w:color w:val="000000" w:themeColor="text1"/>
                <w:sz w:val="22"/>
              </w:rPr>
            </w:pPr>
            <w:r w:rsidRPr="00D35743">
              <w:rPr>
                <w:rFonts w:cs="Times New Roman"/>
                <w:color w:val="000000" w:themeColor="text1"/>
                <w:sz w:val="22"/>
              </w:rPr>
              <w:t>South Dakota</w:t>
            </w:r>
          </w:p>
        </w:tc>
        <w:tc>
          <w:tcPr>
            <w:tcW w:w="2160" w:type="dxa"/>
          </w:tcPr>
          <w:p w14:paraId="7AE6E1F7" w14:textId="77777777" w:rsidR="00D94E50" w:rsidRPr="00D35743" w:rsidRDefault="00000000">
            <w:pPr>
              <w:rPr>
                <w:rFonts w:cs="Times New Roman"/>
                <w:color w:val="000000" w:themeColor="text1"/>
                <w:sz w:val="22"/>
              </w:rPr>
            </w:pPr>
            <w:r w:rsidRPr="00D35743">
              <w:rPr>
                <w:rFonts w:cs="Times New Roman"/>
                <w:color w:val="000000" w:themeColor="text1"/>
                <w:sz w:val="22"/>
              </w:rPr>
              <w:t>135</w:t>
            </w:r>
          </w:p>
        </w:tc>
        <w:tc>
          <w:tcPr>
            <w:tcW w:w="2880" w:type="dxa"/>
          </w:tcPr>
          <w:p w14:paraId="0677C50F" w14:textId="77777777" w:rsidR="00D94E50" w:rsidRPr="00D35743" w:rsidRDefault="00000000">
            <w:pPr>
              <w:rPr>
                <w:rFonts w:cs="Times New Roman"/>
                <w:color w:val="000000" w:themeColor="text1"/>
                <w:sz w:val="22"/>
              </w:rPr>
            </w:pPr>
            <w:r w:rsidRPr="00D35743">
              <w:rPr>
                <w:rFonts w:cs="Times New Roman"/>
                <w:color w:val="000000" w:themeColor="text1"/>
                <w:sz w:val="22"/>
              </w:rPr>
              <w:t>0.92 (0.76–1.08)</w:t>
            </w:r>
          </w:p>
        </w:tc>
        <w:tc>
          <w:tcPr>
            <w:tcW w:w="2160" w:type="dxa"/>
          </w:tcPr>
          <w:p w14:paraId="3BCF7B62" w14:textId="77777777" w:rsidR="00D94E50" w:rsidRPr="00D35743" w:rsidRDefault="00000000">
            <w:pPr>
              <w:rPr>
                <w:rFonts w:cs="Times New Roman"/>
                <w:color w:val="000000" w:themeColor="text1"/>
                <w:sz w:val="22"/>
              </w:rPr>
            </w:pPr>
            <w:r w:rsidRPr="00D35743">
              <w:rPr>
                <w:rFonts w:cs="Times New Roman"/>
                <w:color w:val="000000" w:themeColor="text1"/>
                <w:sz w:val="22"/>
              </w:rPr>
              <w:t>43</w:t>
            </w:r>
          </w:p>
        </w:tc>
        <w:tc>
          <w:tcPr>
            <w:tcW w:w="2880" w:type="dxa"/>
          </w:tcPr>
          <w:p w14:paraId="21BD3B84" w14:textId="77777777" w:rsidR="00D94E50" w:rsidRPr="00D35743" w:rsidRDefault="00000000">
            <w:pPr>
              <w:rPr>
                <w:rFonts w:cs="Times New Roman"/>
                <w:color w:val="000000" w:themeColor="text1"/>
                <w:sz w:val="22"/>
              </w:rPr>
            </w:pPr>
            <w:r w:rsidRPr="00D35743">
              <w:rPr>
                <w:rFonts w:cs="Times New Roman"/>
                <w:color w:val="000000" w:themeColor="text1"/>
                <w:sz w:val="22"/>
              </w:rPr>
              <w:t>1.47 (1.06–2.03)</w:t>
            </w:r>
          </w:p>
        </w:tc>
      </w:tr>
      <w:tr w:rsidR="00D94E50" w:rsidRPr="00D35743" w14:paraId="791D4DAC" w14:textId="77777777">
        <w:tc>
          <w:tcPr>
            <w:tcW w:w="3168" w:type="dxa"/>
          </w:tcPr>
          <w:p w14:paraId="00A7401E" w14:textId="77777777" w:rsidR="00D94E50" w:rsidRPr="00D35743" w:rsidRDefault="00000000">
            <w:pPr>
              <w:rPr>
                <w:rFonts w:cs="Times New Roman"/>
                <w:color w:val="000000" w:themeColor="text1"/>
                <w:sz w:val="22"/>
              </w:rPr>
            </w:pPr>
            <w:r w:rsidRPr="00D35743">
              <w:rPr>
                <w:rFonts w:cs="Times New Roman"/>
                <w:color w:val="000000" w:themeColor="text1"/>
                <w:sz w:val="22"/>
              </w:rPr>
              <w:t>Tennessee</w:t>
            </w:r>
          </w:p>
        </w:tc>
        <w:tc>
          <w:tcPr>
            <w:tcW w:w="2160" w:type="dxa"/>
          </w:tcPr>
          <w:p w14:paraId="2B53761F" w14:textId="77777777" w:rsidR="00D94E50" w:rsidRPr="00D35743" w:rsidRDefault="00000000">
            <w:pPr>
              <w:rPr>
                <w:rFonts w:cs="Times New Roman"/>
                <w:color w:val="000000" w:themeColor="text1"/>
                <w:sz w:val="22"/>
              </w:rPr>
            </w:pPr>
            <w:r w:rsidRPr="00D35743">
              <w:rPr>
                <w:rFonts w:cs="Times New Roman"/>
                <w:color w:val="000000" w:themeColor="text1"/>
                <w:sz w:val="22"/>
              </w:rPr>
              <w:t>371</w:t>
            </w:r>
          </w:p>
        </w:tc>
        <w:tc>
          <w:tcPr>
            <w:tcW w:w="2880" w:type="dxa"/>
          </w:tcPr>
          <w:p w14:paraId="3BE75815" w14:textId="77777777" w:rsidR="00D94E50" w:rsidRPr="00D35743" w:rsidRDefault="00000000">
            <w:pPr>
              <w:rPr>
                <w:rFonts w:cs="Times New Roman"/>
                <w:color w:val="000000" w:themeColor="text1"/>
                <w:sz w:val="22"/>
              </w:rPr>
            </w:pPr>
            <w:r w:rsidRPr="00D35743">
              <w:rPr>
                <w:rFonts w:cs="Times New Roman"/>
                <w:color w:val="000000" w:themeColor="text1"/>
                <w:sz w:val="22"/>
              </w:rPr>
              <w:t>0.40 (0.36–0.45)</w:t>
            </w:r>
          </w:p>
        </w:tc>
        <w:tc>
          <w:tcPr>
            <w:tcW w:w="2160" w:type="dxa"/>
          </w:tcPr>
          <w:p w14:paraId="352AF449" w14:textId="77777777" w:rsidR="00D94E50" w:rsidRPr="00D35743" w:rsidRDefault="00000000">
            <w:pPr>
              <w:rPr>
                <w:rFonts w:cs="Times New Roman"/>
                <w:color w:val="000000" w:themeColor="text1"/>
                <w:sz w:val="22"/>
              </w:rPr>
            </w:pPr>
            <w:r w:rsidRPr="00D35743">
              <w:rPr>
                <w:rFonts w:cs="Times New Roman"/>
                <w:color w:val="000000" w:themeColor="text1"/>
                <w:sz w:val="22"/>
              </w:rPr>
              <w:t>120</w:t>
            </w:r>
          </w:p>
        </w:tc>
        <w:tc>
          <w:tcPr>
            <w:tcW w:w="2880" w:type="dxa"/>
          </w:tcPr>
          <w:p w14:paraId="4BEA5DCD" w14:textId="77777777" w:rsidR="00D94E50" w:rsidRPr="00D35743" w:rsidRDefault="00000000">
            <w:pPr>
              <w:rPr>
                <w:rFonts w:cs="Times New Roman"/>
                <w:color w:val="000000" w:themeColor="text1"/>
                <w:sz w:val="22"/>
              </w:rPr>
            </w:pPr>
            <w:r w:rsidRPr="00D35743">
              <w:rPr>
                <w:rFonts w:cs="Times New Roman"/>
                <w:color w:val="000000" w:themeColor="text1"/>
                <w:sz w:val="22"/>
              </w:rPr>
              <w:t>0.55 (0.46–0.67)</w:t>
            </w:r>
          </w:p>
        </w:tc>
      </w:tr>
      <w:tr w:rsidR="00D94E50" w:rsidRPr="00D35743" w14:paraId="0CFDA727" w14:textId="77777777">
        <w:tc>
          <w:tcPr>
            <w:tcW w:w="3168" w:type="dxa"/>
          </w:tcPr>
          <w:p w14:paraId="7439B545" w14:textId="77777777" w:rsidR="00D94E50" w:rsidRPr="00D35743" w:rsidRDefault="00000000">
            <w:pPr>
              <w:rPr>
                <w:rFonts w:cs="Times New Roman"/>
                <w:color w:val="000000" w:themeColor="text1"/>
                <w:sz w:val="22"/>
              </w:rPr>
            </w:pPr>
            <w:r w:rsidRPr="00D35743">
              <w:rPr>
                <w:rFonts w:cs="Times New Roman"/>
                <w:color w:val="000000" w:themeColor="text1"/>
                <w:sz w:val="22"/>
              </w:rPr>
              <w:t>Texas</w:t>
            </w:r>
          </w:p>
        </w:tc>
        <w:tc>
          <w:tcPr>
            <w:tcW w:w="2160" w:type="dxa"/>
          </w:tcPr>
          <w:p w14:paraId="64EC0695" w14:textId="77777777" w:rsidR="00D94E50" w:rsidRPr="00D35743" w:rsidRDefault="00000000">
            <w:pPr>
              <w:rPr>
                <w:rFonts w:cs="Times New Roman"/>
                <w:color w:val="000000" w:themeColor="text1"/>
                <w:sz w:val="22"/>
              </w:rPr>
            </w:pPr>
            <w:r w:rsidRPr="00D35743">
              <w:rPr>
                <w:rFonts w:cs="Times New Roman"/>
                <w:color w:val="000000" w:themeColor="text1"/>
                <w:sz w:val="22"/>
              </w:rPr>
              <w:t>1,143</w:t>
            </w:r>
          </w:p>
        </w:tc>
        <w:tc>
          <w:tcPr>
            <w:tcW w:w="2880" w:type="dxa"/>
          </w:tcPr>
          <w:p w14:paraId="4DC57F55" w14:textId="77777777" w:rsidR="00D94E50" w:rsidRPr="00D35743" w:rsidRDefault="00000000">
            <w:pPr>
              <w:rPr>
                <w:rFonts w:cs="Times New Roman"/>
                <w:color w:val="000000" w:themeColor="text1"/>
                <w:sz w:val="22"/>
              </w:rPr>
            </w:pPr>
            <w:r w:rsidRPr="00D35743">
              <w:rPr>
                <w:rFonts w:cs="Times New Roman"/>
                <w:color w:val="000000" w:themeColor="text1"/>
                <w:sz w:val="22"/>
              </w:rPr>
              <w:t>0.36 (0.34–0.39)</w:t>
            </w:r>
          </w:p>
        </w:tc>
        <w:tc>
          <w:tcPr>
            <w:tcW w:w="2160" w:type="dxa"/>
          </w:tcPr>
          <w:p w14:paraId="2CB2CDBA" w14:textId="77777777" w:rsidR="00D94E50" w:rsidRPr="00D35743" w:rsidRDefault="00000000">
            <w:pPr>
              <w:rPr>
                <w:rFonts w:cs="Times New Roman"/>
                <w:color w:val="000000" w:themeColor="text1"/>
                <w:sz w:val="22"/>
              </w:rPr>
            </w:pPr>
            <w:r w:rsidRPr="00D35743">
              <w:rPr>
                <w:rFonts w:cs="Times New Roman"/>
                <w:color w:val="000000" w:themeColor="text1"/>
                <w:sz w:val="22"/>
              </w:rPr>
              <w:t>353</w:t>
            </w:r>
          </w:p>
        </w:tc>
        <w:tc>
          <w:tcPr>
            <w:tcW w:w="2880" w:type="dxa"/>
          </w:tcPr>
          <w:p w14:paraId="628B16FC" w14:textId="77777777" w:rsidR="00D94E50" w:rsidRPr="00D35743" w:rsidRDefault="00000000">
            <w:pPr>
              <w:rPr>
                <w:rFonts w:cs="Times New Roman"/>
                <w:color w:val="000000" w:themeColor="text1"/>
                <w:sz w:val="22"/>
              </w:rPr>
            </w:pPr>
            <w:r w:rsidRPr="00D35743">
              <w:rPr>
                <w:rFonts w:cs="Times New Roman"/>
                <w:color w:val="000000" w:themeColor="text1"/>
                <w:sz w:val="22"/>
              </w:rPr>
              <w:t>0.47 (0.43–0.52)</w:t>
            </w:r>
          </w:p>
        </w:tc>
      </w:tr>
      <w:tr w:rsidR="00D94E50" w:rsidRPr="00D35743" w14:paraId="19007D2A" w14:textId="77777777">
        <w:tc>
          <w:tcPr>
            <w:tcW w:w="3168" w:type="dxa"/>
          </w:tcPr>
          <w:p w14:paraId="7A024254" w14:textId="77777777" w:rsidR="00D94E50" w:rsidRPr="00D35743" w:rsidRDefault="00000000">
            <w:pPr>
              <w:rPr>
                <w:rFonts w:cs="Times New Roman"/>
                <w:color w:val="000000" w:themeColor="text1"/>
                <w:sz w:val="22"/>
              </w:rPr>
            </w:pPr>
            <w:r w:rsidRPr="00D35743">
              <w:rPr>
                <w:rFonts w:cs="Times New Roman"/>
                <w:color w:val="000000" w:themeColor="text1"/>
                <w:sz w:val="22"/>
              </w:rPr>
              <w:t>Utah</w:t>
            </w:r>
          </w:p>
        </w:tc>
        <w:tc>
          <w:tcPr>
            <w:tcW w:w="2160" w:type="dxa"/>
          </w:tcPr>
          <w:p w14:paraId="43B79570" w14:textId="77777777" w:rsidR="00D94E50" w:rsidRPr="00D35743" w:rsidRDefault="00000000">
            <w:pPr>
              <w:rPr>
                <w:rFonts w:cs="Times New Roman"/>
                <w:color w:val="000000" w:themeColor="text1"/>
                <w:sz w:val="22"/>
              </w:rPr>
            </w:pPr>
            <w:r w:rsidRPr="00D35743">
              <w:rPr>
                <w:rFonts w:cs="Times New Roman"/>
                <w:color w:val="000000" w:themeColor="text1"/>
                <w:sz w:val="22"/>
              </w:rPr>
              <w:t>126</w:t>
            </w:r>
          </w:p>
        </w:tc>
        <w:tc>
          <w:tcPr>
            <w:tcW w:w="2880" w:type="dxa"/>
          </w:tcPr>
          <w:p w14:paraId="74ECCC5D" w14:textId="77777777" w:rsidR="00D94E50" w:rsidRPr="00D35743" w:rsidRDefault="00000000">
            <w:pPr>
              <w:rPr>
                <w:rFonts w:cs="Times New Roman"/>
                <w:color w:val="000000" w:themeColor="text1"/>
                <w:sz w:val="22"/>
              </w:rPr>
            </w:pPr>
            <w:r w:rsidRPr="00D35743">
              <w:rPr>
                <w:rFonts w:cs="Times New Roman"/>
                <w:color w:val="000000" w:themeColor="text1"/>
                <w:sz w:val="22"/>
              </w:rPr>
              <w:t>0.44 (0.36–0.52)</w:t>
            </w:r>
          </w:p>
        </w:tc>
        <w:tc>
          <w:tcPr>
            <w:tcW w:w="2160" w:type="dxa"/>
          </w:tcPr>
          <w:p w14:paraId="3B691474" w14:textId="77777777" w:rsidR="00D94E50" w:rsidRPr="00D35743" w:rsidRDefault="00000000">
            <w:pPr>
              <w:rPr>
                <w:rFonts w:cs="Times New Roman"/>
                <w:color w:val="000000" w:themeColor="text1"/>
                <w:sz w:val="22"/>
              </w:rPr>
            </w:pPr>
            <w:r w:rsidRPr="00D35743">
              <w:rPr>
                <w:rFonts w:cs="Times New Roman"/>
                <w:color w:val="000000" w:themeColor="text1"/>
                <w:sz w:val="22"/>
              </w:rPr>
              <w:t>64</w:t>
            </w:r>
          </w:p>
        </w:tc>
        <w:tc>
          <w:tcPr>
            <w:tcW w:w="2880" w:type="dxa"/>
          </w:tcPr>
          <w:p w14:paraId="49428BF8" w14:textId="77777777" w:rsidR="00D94E50" w:rsidRPr="00D35743" w:rsidRDefault="00000000">
            <w:pPr>
              <w:rPr>
                <w:rFonts w:cs="Times New Roman"/>
                <w:color w:val="000000" w:themeColor="text1"/>
                <w:sz w:val="22"/>
              </w:rPr>
            </w:pPr>
            <w:r w:rsidRPr="00D35743">
              <w:rPr>
                <w:rFonts w:cs="Times New Roman"/>
                <w:color w:val="000000" w:themeColor="text1"/>
                <w:sz w:val="22"/>
              </w:rPr>
              <w:t>0.89 (0.68–1.14)</w:t>
            </w:r>
          </w:p>
        </w:tc>
      </w:tr>
      <w:tr w:rsidR="00D94E50" w:rsidRPr="00D35743" w14:paraId="7C2F35C4" w14:textId="77777777">
        <w:tc>
          <w:tcPr>
            <w:tcW w:w="3168" w:type="dxa"/>
          </w:tcPr>
          <w:p w14:paraId="42CE8674" w14:textId="77777777" w:rsidR="00D94E50" w:rsidRPr="00D35743" w:rsidRDefault="00000000">
            <w:pPr>
              <w:rPr>
                <w:rFonts w:cs="Times New Roman"/>
                <w:color w:val="000000" w:themeColor="text1"/>
                <w:sz w:val="22"/>
              </w:rPr>
            </w:pPr>
            <w:r w:rsidRPr="00D35743">
              <w:rPr>
                <w:rFonts w:cs="Times New Roman"/>
                <w:color w:val="000000" w:themeColor="text1"/>
                <w:sz w:val="22"/>
              </w:rPr>
              <w:t>Vermont</w:t>
            </w:r>
          </w:p>
        </w:tc>
        <w:tc>
          <w:tcPr>
            <w:tcW w:w="2160" w:type="dxa"/>
          </w:tcPr>
          <w:p w14:paraId="0808F3F3" w14:textId="77777777" w:rsidR="00D94E50" w:rsidRPr="00D35743" w:rsidRDefault="00000000">
            <w:pPr>
              <w:rPr>
                <w:rFonts w:cs="Times New Roman"/>
                <w:color w:val="000000" w:themeColor="text1"/>
                <w:sz w:val="22"/>
              </w:rPr>
            </w:pPr>
            <w:r w:rsidRPr="00D35743">
              <w:rPr>
                <w:rFonts w:cs="Times New Roman"/>
                <w:color w:val="000000" w:themeColor="text1"/>
                <w:sz w:val="22"/>
              </w:rPr>
              <w:t>105</w:t>
            </w:r>
          </w:p>
        </w:tc>
        <w:tc>
          <w:tcPr>
            <w:tcW w:w="2880" w:type="dxa"/>
          </w:tcPr>
          <w:p w14:paraId="5A8362A7" w14:textId="77777777" w:rsidR="00D94E50" w:rsidRPr="00D35743" w:rsidRDefault="00000000">
            <w:pPr>
              <w:rPr>
                <w:rFonts w:cs="Times New Roman"/>
                <w:color w:val="000000" w:themeColor="text1"/>
                <w:sz w:val="22"/>
              </w:rPr>
            </w:pPr>
            <w:r w:rsidRPr="00D35743">
              <w:rPr>
                <w:rFonts w:cs="Times New Roman"/>
                <w:color w:val="000000" w:themeColor="text1"/>
                <w:sz w:val="22"/>
              </w:rPr>
              <w:t>0.96 (0.77–1.14)</w:t>
            </w:r>
          </w:p>
        </w:tc>
        <w:tc>
          <w:tcPr>
            <w:tcW w:w="2160" w:type="dxa"/>
          </w:tcPr>
          <w:p w14:paraId="7D6C9567" w14:textId="77777777" w:rsidR="00D94E50" w:rsidRPr="00D35743" w:rsidRDefault="00000000">
            <w:pPr>
              <w:rPr>
                <w:rFonts w:cs="Times New Roman"/>
                <w:color w:val="000000" w:themeColor="text1"/>
                <w:sz w:val="22"/>
              </w:rPr>
            </w:pPr>
            <w:r w:rsidRPr="00D35743">
              <w:rPr>
                <w:rFonts w:cs="Times New Roman"/>
                <w:color w:val="000000" w:themeColor="text1"/>
                <w:sz w:val="22"/>
              </w:rPr>
              <w:t>38</w:t>
            </w:r>
          </w:p>
        </w:tc>
        <w:tc>
          <w:tcPr>
            <w:tcW w:w="2880" w:type="dxa"/>
          </w:tcPr>
          <w:p w14:paraId="49AC9078" w14:textId="77777777" w:rsidR="00D94E50" w:rsidRPr="00D35743" w:rsidRDefault="00000000">
            <w:pPr>
              <w:rPr>
                <w:rFonts w:cs="Times New Roman"/>
                <w:color w:val="000000" w:themeColor="text1"/>
                <w:sz w:val="22"/>
              </w:rPr>
            </w:pPr>
            <w:r w:rsidRPr="00D35743">
              <w:rPr>
                <w:rFonts w:cs="Times New Roman"/>
                <w:color w:val="000000" w:themeColor="text1"/>
                <w:sz w:val="22"/>
              </w:rPr>
              <w:t>1.60 (1.11–2.28)</w:t>
            </w:r>
          </w:p>
        </w:tc>
      </w:tr>
      <w:tr w:rsidR="00D94E50" w:rsidRPr="00D35743" w14:paraId="513161B4" w14:textId="77777777">
        <w:tc>
          <w:tcPr>
            <w:tcW w:w="3168" w:type="dxa"/>
          </w:tcPr>
          <w:p w14:paraId="3A2E88CE" w14:textId="77777777" w:rsidR="00D94E50" w:rsidRPr="00D35743" w:rsidRDefault="00000000">
            <w:pPr>
              <w:rPr>
                <w:rFonts w:cs="Times New Roman"/>
                <w:color w:val="000000" w:themeColor="text1"/>
                <w:sz w:val="22"/>
              </w:rPr>
            </w:pPr>
            <w:r w:rsidRPr="00D35743">
              <w:rPr>
                <w:rFonts w:cs="Times New Roman"/>
                <w:color w:val="000000" w:themeColor="text1"/>
                <w:sz w:val="22"/>
              </w:rPr>
              <w:t>Virginia</w:t>
            </w:r>
          </w:p>
        </w:tc>
        <w:tc>
          <w:tcPr>
            <w:tcW w:w="2160" w:type="dxa"/>
          </w:tcPr>
          <w:p w14:paraId="26431031" w14:textId="77777777" w:rsidR="00D94E50" w:rsidRPr="00D35743" w:rsidRDefault="00000000">
            <w:pPr>
              <w:rPr>
                <w:rFonts w:cs="Times New Roman"/>
                <w:color w:val="000000" w:themeColor="text1"/>
                <w:sz w:val="22"/>
              </w:rPr>
            </w:pPr>
            <w:r w:rsidRPr="00D35743">
              <w:rPr>
                <w:rFonts w:cs="Times New Roman"/>
                <w:color w:val="000000" w:themeColor="text1"/>
                <w:sz w:val="22"/>
              </w:rPr>
              <w:t>333</w:t>
            </w:r>
          </w:p>
        </w:tc>
        <w:tc>
          <w:tcPr>
            <w:tcW w:w="2880" w:type="dxa"/>
          </w:tcPr>
          <w:p w14:paraId="75D0FAF8" w14:textId="77777777" w:rsidR="00D94E50" w:rsidRPr="00D35743" w:rsidRDefault="00000000">
            <w:pPr>
              <w:rPr>
                <w:rFonts w:cs="Times New Roman"/>
                <w:color w:val="000000" w:themeColor="text1"/>
                <w:sz w:val="22"/>
              </w:rPr>
            </w:pPr>
            <w:r w:rsidRPr="00D35743">
              <w:rPr>
                <w:rFonts w:cs="Times New Roman"/>
                <w:color w:val="000000" w:themeColor="text1"/>
                <w:sz w:val="22"/>
              </w:rPr>
              <w:t>0.27 (0.24–0.30)</w:t>
            </w:r>
          </w:p>
        </w:tc>
        <w:tc>
          <w:tcPr>
            <w:tcW w:w="2160" w:type="dxa"/>
          </w:tcPr>
          <w:p w14:paraId="6D38EDC2" w14:textId="77777777" w:rsidR="00D94E50" w:rsidRPr="00D35743" w:rsidRDefault="00000000">
            <w:pPr>
              <w:rPr>
                <w:rFonts w:cs="Times New Roman"/>
                <w:color w:val="000000" w:themeColor="text1"/>
                <w:sz w:val="22"/>
              </w:rPr>
            </w:pPr>
            <w:r w:rsidRPr="00D35743">
              <w:rPr>
                <w:rFonts w:cs="Times New Roman"/>
                <w:color w:val="000000" w:themeColor="text1"/>
                <w:sz w:val="22"/>
              </w:rPr>
              <w:t>158</w:t>
            </w:r>
          </w:p>
        </w:tc>
        <w:tc>
          <w:tcPr>
            <w:tcW w:w="2880" w:type="dxa"/>
          </w:tcPr>
          <w:p w14:paraId="3C061A72" w14:textId="77777777" w:rsidR="00D94E50" w:rsidRPr="00D35743" w:rsidRDefault="00000000">
            <w:pPr>
              <w:rPr>
                <w:rFonts w:cs="Times New Roman"/>
                <w:color w:val="000000" w:themeColor="text1"/>
                <w:sz w:val="22"/>
              </w:rPr>
            </w:pPr>
            <w:r w:rsidRPr="00D35743">
              <w:rPr>
                <w:rFonts w:cs="Times New Roman"/>
                <w:color w:val="000000" w:themeColor="text1"/>
                <w:sz w:val="22"/>
              </w:rPr>
              <w:t>0.59 (0.50–0.69)</w:t>
            </w:r>
          </w:p>
        </w:tc>
      </w:tr>
      <w:tr w:rsidR="00D94E50" w:rsidRPr="00D35743" w14:paraId="5F7E929D" w14:textId="77777777">
        <w:tc>
          <w:tcPr>
            <w:tcW w:w="3168" w:type="dxa"/>
          </w:tcPr>
          <w:p w14:paraId="6E7E0B82" w14:textId="77777777" w:rsidR="00D94E50" w:rsidRPr="00D35743" w:rsidRDefault="00000000">
            <w:pPr>
              <w:rPr>
                <w:rFonts w:cs="Times New Roman"/>
                <w:color w:val="000000" w:themeColor="text1"/>
                <w:sz w:val="22"/>
              </w:rPr>
            </w:pPr>
            <w:r w:rsidRPr="00D35743">
              <w:rPr>
                <w:rFonts w:cs="Times New Roman"/>
                <w:color w:val="000000" w:themeColor="text1"/>
                <w:sz w:val="22"/>
              </w:rPr>
              <w:t>Washington</w:t>
            </w:r>
          </w:p>
        </w:tc>
        <w:tc>
          <w:tcPr>
            <w:tcW w:w="2160" w:type="dxa"/>
          </w:tcPr>
          <w:p w14:paraId="748C6140" w14:textId="77777777" w:rsidR="00D94E50" w:rsidRPr="00D35743" w:rsidRDefault="00000000">
            <w:pPr>
              <w:rPr>
                <w:rFonts w:cs="Times New Roman"/>
                <w:color w:val="000000" w:themeColor="text1"/>
                <w:sz w:val="22"/>
              </w:rPr>
            </w:pPr>
            <w:r w:rsidRPr="00D35743">
              <w:rPr>
                <w:rFonts w:cs="Times New Roman"/>
                <w:color w:val="000000" w:themeColor="text1"/>
                <w:sz w:val="22"/>
              </w:rPr>
              <w:t>584</w:t>
            </w:r>
          </w:p>
        </w:tc>
        <w:tc>
          <w:tcPr>
            <w:tcW w:w="2880" w:type="dxa"/>
          </w:tcPr>
          <w:p w14:paraId="487BCB29" w14:textId="77777777" w:rsidR="00D94E50" w:rsidRPr="00D35743" w:rsidRDefault="00000000">
            <w:pPr>
              <w:rPr>
                <w:rFonts w:cs="Times New Roman"/>
                <w:color w:val="000000" w:themeColor="text1"/>
                <w:sz w:val="22"/>
              </w:rPr>
            </w:pPr>
            <w:r w:rsidRPr="00D35743">
              <w:rPr>
                <w:rFonts w:cs="Times New Roman"/>
                <w:color w:val="000000" w:themeColor="text1"/>
                <w:sz w:val="22"/>
              </w:rPr>
              <w:t>0.57 (0.53–0.62)</w:t>
            </w:r>
          </w:p>
        </w:tc>
        <w:tc>
          <w:tcPr>
            <w:tcW w:w="2160" w:type="dxa"/>
          </w:tcPr>
          <w:p w14:paraId="502DC7EC" w14:textId="77777777" w:rsidR="00D94E50" w:rsidRPr="00D35743" w:rsidRDefault="00000000">
            <w:pPr>
              <w:rPr>
                <w:rFonts w:cs="Times New Roman"/>
                <w:color w:val="000000" w:themeColor="text1"/>
                <w:sz w:val="22"/>
              </w:rPr>
            </w:pPr>
            <w:r w:rsidRPr="00D35743">
              <w:rPr>
                <w:rFonts w:cs="Times New Roman"/>
                <w:color w:val="000000" w:themeColor="text1"/>
                <w:sz w:val="22"/>
              </w:rPr>
              <w:t>258</w:t>
            </w:r>
          </w:p>
        </w:tc>
        <w:tc>
          <w:tcPr>
            <w:tcW w:w="2880" w:type="dxa"/>
          </w:tcPr>
          <w:p w14:paraId="075B9562" w14:textId="77777777" w:rsidR="00D94E50" w:rsidRPr="00D35743" w:rsidRDefault="00000000">
            <w:pPr>
              <w:rPr>
                <w:rFonts w:cs="Times New Roman"/>
                <w:color w:val="000000" w:themeColor="text1"/>
                <w:sz w:val="22"/>
              </w:rPr>
            </w:pPr>
            <w:r w:rsidRPr="00D35743">
              <w:rPr>
                <w:rFonts w:cs="Times New Roman"/>
                <w:color w:val="000000" w:themeColor="text1"/>
                <w:sz w:val="22"/>
              </w:rPr>
              <w:t>1.07 (0.94–1.21)</w:t>
            </w:r>
          </w:p>
        </w:tc>
      </w:tr>
      <w:tr w:rsidR="00D94E50" w:rsidRPr="00D35743" w14:paraId="1E9BCC2A" w14:textId="77777777">
        <w:tc>
          <w:tcPr>
            <w:tcW w:w="3168" w:type="dxa"/>
          </w:tcPr>
          <w:p w14:paraId="15CB6BDA" w14:textId="77777777" w:rsidR="00D94E50" w:rsidRPr="00D35743" w:rsidRDefault="00000000">
            <w:pPr>
              <w:rPr>
                <w:rFonts w:cs="Times New Roman"/>
                <w:color w:val="000000" w:themeColor="text1"/>
                <w:sz w:val="22"/>
              </w:rPr>
            </w:pPr>
            <w:r w:rsidRPr="00D35743">
              <w:rPr>
                <w:rFonts w:cs="Times New Roman"/>
                <w:color w:val="000000" w:themeColor="text1"/>
                <w:sz w:val="22"/>
              </w:rPr>
              <w:t>West Virginia</w:t>
            </w:r>
          </w:p>
        </w:tc>
        <w:tc>
          <w:tcPr>
            <w:tcW w:w="2160" w:type="dxa"/>
          </w:tcPr>
          <w:p w14:paraId="37F5435E" w14:textId="77777777" w:rsidR="00D94E50" w:rsidRPr="00D35743" w:rsidRDefault="00000000">
            <w:pPr>
              <w:rPr>
                <w:rFonts w:cs="Times New Roman"/>
                <w:color w:val="000000" w:themeColor="text1"/>
                <w:sz w:val="22"/>
              </w:rPr>
            </w:pPr>
            <w:r w:rsidRPr="00D35743">
              <w:rPr>
                <w:rFonts w:cs="Times New Roman"/>
                <w:color w:val="000000" w:themeColor="text1"/>
                <w:sz w:val="22"/>
              </w:rPr>
              <w:t>111</w:t>
            </w:r>
          </w:p>
        </w:tc>
        <w:tc>
          <w:tcPr>
            <w:tcW w:w="2880" w:type="dxa"/>
          </w:tcPr>
          <w:p w14:paraId="57263754" w14:textId="77777777" w:rsidR="00D94E50" w:rsidRPr="00D35743" w:rsidRDefault="00000000">
            <w:pPr>
              <w:rPr>
                <w:rFonts w:cs="Times New Roman"/>
                <w:color w:val="000000" w:themeColor="text1"/>
                <w:sz w:val="22"/>
              </w:rPr>
            </w:pPr>
            <w:r w:rsidRPr="00D35743">
              <w:rPr>
                <w:rFonts w:cs="Times New Roman"/>
                <w:color w:val="000000" w:themeColor="text1"/>
                <w:sz w:val="22"/>
              </w:rPr>
              <w:t>0.33 (0.27–0.40)</w:t>
            </w:r>
          </w:p>
        </w:tc>
        <w:tc>
          <w:tcPr>
            <w:tcW w:w="2160" w:type="dxa"/>
          </w:tcPr>
          <w:p w14:paraId="7025649C" w14:textId="77777777" w:rsidR="00D94E50" w:rsidRPr="00D35743" w:rsidRDefault="00000000">
            <w:pPr>
              <w:rPr>
                <w:rFonts w:cs="Times New Roman"/>
                <w:color w:val="000000" w:themeColor="text1"/>
                <w:sz w:val="22"/>
              </w:rPr>
            </w:pPr>
            <w:r w:rsidRPr="00D35743">
              <w:rPr>
                <w:rFonts w:cs="Times New Roman"/>
                <w:color w:val="000000" w:themeColor="text1"/>
                <w:sz w:val="22"/>
              </w:rPr>
              <w:t>31</w:t>
            </w:r>
          </w:p>
        </w:tc>
        <w:tc>
          <w:tcPr>
            <w:tcW w:w="2880" w:type="dxa"/>
          </w:tcPr>
          <w:p w14:paraId="65919F5E" w14:textId="77777777" w:rsidR="00D94E50" w:rsidRPr="00D35743" w:rsidRDefault="00000000">
            <w:pPr>
              <w:rPr>
                <w:rFonts w:cs="Times New Roman"/>
                <w:color w:val="000000" w:themeColor="text1"/>
                <w:sz w:val="22"/>
              </w:rPr>
            </w:pPr>
            <w:r w:rsidRPr="00D35743">
              <w:rPr>
                <w:rFonts w:cs="Times New Roman"/>
                <w:color w:val="000000" w:themeColor="text1"/>
                <w:sz w:val="22"/>
              </w:rPr>
              <w:t>0.47 (0.31–0.70)</w:t>
            </w:r>
          </w:p>
        </w:tc>
      </w:tr>
      <w:tr w:rsidR="00D94E50" w:rsidRPr="00D35743" w14:paraId="4F2246D9" w14:textId="77777777">
        <w:tc>
          <w:tcPr>
            <w:tcW w:w="3168" w:type="dxa"/>
          </w:tcPr>
          <w:p w14:paraId="59F43A21" w14:textId="77777777" w:rsidR="00D94E50" w:rsidRPr="00D35743" w:rsidRDefault="00000000">
            <w:pPr>
              <w:rPr>
                <w:rFonts w:cs="Times New Roman"/>
                <w:color w:val="000000" w:themeColor="text1"/>
                <w:sz w:val="22"/>
              </w:rPr>
            </w:pPr>
            <w:r w:rsidRPr="00D35743">
              <w:rPr>
                <w:rFonts w:cs="Times New Roman"/>
                <w:color w:val="000000" w:themeColor="text1"/>
                <w:sz w:val="22"/>
              </w:rPr>
              <w:t>Wisconsin</w:t>
            </w:r>
          </w:p>
        </w:tc>
        <w:tc>
          <w:tcPr>
            <w:tcW w:w="2160" w:type="dxa"/>
          </w:tcPr>
          <w:p w14:paraId="0966D9C9" w14:textId="77777777" w:rsidR="00D94E50" w:rsidRPr="00D35743" w:rsidRDefault="00000000">
            <w:pPr>
              <w:rPr>
                <w:rFonts w:cs="Times New Roman"/>
                <w:color w:val="000000" w:themeColor="text1"/>
                <w:sz w:val="22"/>
              </w:rPr>
            </w:pPr>
            <w:r w:rsidRPr="00D35743">
              <w:rPr>
                <w:rFonts w:cs="Times New Roman"/>
                <w:color w:val="000000" w:themeColor="text1"/>
                <w:sz w:val="22"/>
              </w:rPr>
              <w:t>528</w:t>
            </w:r>
          </w:p>
        </w:tc>
        <w:tc>
          <w:tcPr>
            <w:tcW w:w="2880" w:type="dxa"/>
          </w:tcPr>
          <w:p w14:paraId="49BDA6AC" w14:textId="77777777" w:rsidR="00D94E50" w:rsidRPr="00D35743" w:rsidRDefault="00000000">
            <w:pPr>
              <w:rPr>
                <w:rFonts w:cs="Times New Roman"/>
                <w:color w:val="000000" w:themeColor="text1"/>
                <w:sz w:val="22"/>
              </w:rPr>
            </w:pPr>
            <w:r w:rsidRPr="00D35743">
              <w:rPr>
                <w:rFonts w:cs="Times New Roman"/>
                <w:color w:val="000000" w:themeColor="text1"/>
                <w:sz w:val="22"/>
              </w:rPr>
              <w:t>0.56 (0.51–0.60)</w:t>
            </w:r>
          </w:p>
        </w:tc>
        <w:tc>
          <w:tcPr>
            <w:tcW w:w="2160" w:type="dxa"/>
          </w:tcPr>
          <w:p w14:paraId="0BAFE63C" w14:textId="77777777" w:rsidR="00D94E50" w:rsidRPr="00D35743" w:rsidRDefault="00000000">
            <w:pPr>
              <w:rPr>
                <w:rFonts w:cs="Times New Roman"/>
                <w:color w:val="000000" w:themeColor="text1"/>
                <w:sz w:val="22"/>
              </w:rPr>
            </w:pPr>
            <w:r w:rsidRPr="00D35743">
              <w:rPr>
                <w:rFonts w:cs="Times New Roman"/>
                <w:color w:val="000000" w:themeColor="text1"/>
                <w:sz w:val="22"/>
              </w:rPr>
              <w:t>154</w:t>
            </w:r>
          </w:p>
        </w:tc>
        <w:tc>
          <w:tcPr>
            <w:tcW w:w="2880" w:type="dxa"/>
          </w:tcPr>
          <w:p w14:paraId="762045CA" w14:textId="77777777" w:rsidR="00D94E50" w:rsidRPr="00D35743" w:rsidRDefault="00000000">
            <w:pPr>
              <w:rPr>
                <w:rFonts w:cs="Times New Roman"/>
                <w:color w:val="000000" w:themeColor="text1"/>
                <w:sz w:val="22"/>
              </w:rPr>
            </w:pPr>
            <w:r w:rsidRPr="00D35743">
              <w:rPr>
                <w:rFonts w:cs="Times New Roman"/>
                <w:color w:val="000000" w:themeColor="text1"/>
                <w:sz w:val="22"/>
              </w:rPr>
              <w:t>0.75 (0.64–0.89)</w:t>
            </w:r>
          </w:p>
        </w:tc>
      </w:tr>
      <w:tr w:rsidR="00D94E50" w:rsidRPr="00D35743" w14:paraId="21D5FF5E" w14:textId="77777777">
        <w:tc>
          <w:tcPr>
            <w:tcW w:w="3168" w:type="dxa"/>
          </w:tcPr>
          <w:p w14:paraId="7104E565" w14:textId="77777777" w:rsidR="00D94E50" w:rsidRPr="00D35743" w:rsidRDefault="00000000">
            <w:pPr>
              <w:rPr>
                <w:rFonts w:cs="Times New Roman"/>
                <w:color w:val="000000" w:themeColor="text1"/>
                <w:sz w:val="22"/>
              </w:rPr>
            </w:pPr>
            <w:r w:rsidRPr="00D35743">
              <w:rPr>
                <w:rFonts w:cs="Times New Roman"/>
                <w:color w:val="000000" w:themeColor="text1"/>
                <w:sz w:val="22"/>
              </w:rPr>
              <w:t>Wyoming</w:t>
            </w:r>
          </w:p>
        </w:tc>
        <w:tc>
          <w:tcPr>
            <w:tcW w:w="2160" w:type="dxa"/>
          </w:tcPr>
          <w:p w14:paraId="63E1497A" w14:textId="77777777" w:rsidR="00D94E50" w:rsidRPr="00D35743" w:rsidRDefault="00000000">
            <w:pPr>
              <w:rPr>
                <w:rFonts w:cs="Times New Roman"/>
                <w:color w:val="000000" w:themeColor="text1"/>
                <w:sz w:val="22"/>
              </w:rPr>
            </w:pPr>
            <w:r w:rsidRPr="00D35743">
              <w:rPr>
                <w:rFonts w:cs="Times New Roman"/>
                <w:color w:val="000000" w:themeColor="text1"/>
                <w:sz w:val="22"/>
              </w:rPr>
              <w:t>56</w:t>
            </w:r>
          </w:p>
        </w:tc>
        <w:tc>
          <w:tcPr>
            <w:tcW w:w="2880" w:type="dxa"/>
          </w:tcPr>
          <w:p w14:paraId="54CCBBD7" w14:textId="77777777" w:rsidR="00D94E50" w:rsidRPr="00D35743" w:rsidRDefault="00000000">
            <w:pPr>
              <w:rPr>
                <w:rFonts w:cs="Times New Roman"/>
                <w:color w:val="000000" w:themeColor="text1"/>
                <w:sz w:val="22"/>
              </w:rPr>
            </w:pPr>
            <w:r w:rsidRPr="00D35743">
              <w:rPr>
                <w:rFonts w:cs="Times New Roman"/>
                <w:color w:val="000000" w:themeColor="text1"/>
                <w:sz w:val="22"/>
              </w:rPr>
              <w:t>0.67 (0.51–0.88)</w:t>
            </w:r>
          </w:p>
        </w:tc>
        <w:tc>
          <w:tcPr>
            <w:tcW w:w="2160" w:type="dxa"/>
          </w:tcPr>
          <w:p w14:paraId="4D4EFDDF" w14:textId="77777777" w:rsidR="00D94E50" w:rsidRPr="00D35743" w:rsidRDefault="00000000">
            <w:pPr>
              <w:rPr>
                <w:rFonts w:cs="Times New Roman"/>
                <w:color w:val="000000" w:themeColor="text1"/>
                <w:sz w:val="22"/>
              </w:rPr>
            </w:pPr>
            <w:r w:rsidRPr="00D35743">
              <w:rPr>
                <w:rFonts w:cs="Times New Roman"/>
                <w:color w:val="000000" w:themeColor="text1"/>
                <w:sz w:val="22"/>
              </w:rPr>
              <w:t>24</w:t>
            </w:r>
          </w:p>
        </w:tc>
        <w:tc>
          <w:tcPr>
            <w:tcW w:w="2880" w:type="dxa"/>
          </w:tcPr>
          <w:p w14:paraId="6A6E3AE3" w14:textId="77777777" w:rsidR="00D94E50" w:rsidRPr="00D35743" w:rsidRDefault="00000000">
            <w:pPr>
              <w:rPr>
                <w:rFonts w:cs="Times New Roman"/>
                <w:color w:val="000000" w:themeColor="text1"/>
                <w:sz w:val="22"/>
              </w:rPr>
            </w:pPr>
            <w:r w:rsidRPr="00D35743">
              <w:rPr>
                <w:rFonts w:cs="Times New Roman"/>
                <w:color w:val="000000" w:themeColor="text1"/>
                <w:sz w:val="22"/>
              </w:rPr>
              <w:t>1.21 (0.77–1.86)</w:t>
            </w:r>
          </w:p>
        </w:tc>
      </w:tr>
    </w:tbl>
    <w:p w14:paraId="29B27804" w14:textId="77777777" w:rsidR="00D94E50" w:rsidRPr="00D35743" w:rsidRDefault="00D94E50">
      <w:pPr>
        <w:rPr>
          <w:rFonts w:cs="Times New Roman"/>
          <w:color w:val="000000" w:themeColor="text1"/>
          <w:sz w:val="22"/>
        </w:rPr>
      </w:pPr>
    </w:p>
    <w:p w14:paraId="3EB2F424" w14:textId="77777777" w:rsidR="00D94E50" w:rsidRPr="00D35743" w:rsidRDefault="00000000">
      <w:pPr>
        <w:rPr>
          <w:rFonts w:cs="Times New Roman"/>
          <w:color w:val="000000" w:themeColor="text1"/>
          <w:sz w:val="22"/>
        </w:rPr>
      </w:pPr>
      <w:r w:rsidRPr="00D35743">
        <w:rPr>
          <w:rFonts w:cs="Times New Roman"/>
          <w:i/>
          <w:color w:val="000000" w:themeColor="text1"/>
          <w:sz w:val="22"/>
        </w:rPr>
        <w:t>Em dashes denote counts below 10, which CDC WONDER suppresses. Rates pooled across each period. State-level rates vary approximately tenfold; because the two periods differ in length and small-area certification practice varies, this variation should be read as descriptive and not as a ranking of disease occurrence.</w:t>
      </w:r>
    </w:p>
    <w:p w14:paraId="724CD5E0"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08B5F98D"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S10. Estimated joinpoint years with 95% confidence intervals, by stratum</w:t>
      </w:r>
    </w:p>
    <w:tbl>
      <w:tblPr>
        <w:tblStyle w:val="TableGrid"/>
        <w:tblW w:w="0" w:type="auto"/>
        <w:tblLook w:val="04A0" w:firstRow="1" w:lastRow="0" w:firstColumn="1" w:lastColumn="0" w:noHBand="0" w:noVBand="1"/>
      </w:tblPr>
      <w:tblGrid>
        <w:gridCol w:w="4896"/>
        <w:gridCol w:w="2016"/>
        <w:gridCol w:w="2592"/>
      </w:tblGrid>
      <w:tr w:rsidR="00D94E50" w:rsidRPr="00D35743" w14:paraId="566722EB" w14:textId="77777777">
        <w:tc>
          <w:tcPr>
            <w:tcW w:w="4896" w:type="dxa"/>
          </w:tcPr>
          <w:p w14:paraId="48333D69" w14:textId="77777777" w:rsidR="00D94E50" w:rsidRPr="00D35743" w:rsidRDefault="00000000">
            <w:pPr>
              <w:rPr>
                <w:rFonts w:cs="Times New Roman"/>
                <w:color w:val="000000" w:themeColor="text1"/>
                <w:sz w:val="22"/>
              </w:rPr>
            </w:pPr>
            <w:r w:rsidRPr="00D35743">
              <w:rPr>
                <w:rFonts w:cs="Times New Roman"/>
                <w:b/>
                <w:color w:val="000000" w:themeColor="text1"/>
                <w:sz w:val="22"/>
              </w:rPr>
              <w:t>Stratum</w:t>
            </w:r>
          </w:p>
        </w:tc>
        <w:tc>
          <w:tcPr>
            <w:tcW w:w="2016" w:type="dxa"/>
          </w:tcPr>
          <w:p w14:paraId="70C7BEE8" w14:textId="77777777" w:rsidR="00D94E50" w:rsidRPr="00D35743" w:rsidRDefault="00000000">
            <w:pPr>
              <w:rPr>
                <w:rFonts w:cs="Times New Roman"/>
                <w:color w:val="000000" w:themeColor="text1"/>
                <w:sz w:val="22"/>
              </w:rPr>
            </w:pPr>
            <w:r w:rsidRPr="00D35743">
              <w:rPr>
                <w:rFonts w:cs="Times New Roman"/>
                <w:b/>
                <w:color w:val="000000" w:themeColor="text1"/>
                <w:sz w:val="22"/>
              </w:rPr>
              <w:t>Joinpoint</w:t>
            </w:r>
          </w:p>
        </w:tc>
        <w:tc>
          <w:tcPr>
            <w:tcW w:w="2592" w:type="dxa"/>
          </w:tcPr>
          <w:p w14:paraId="39F3BB59" w14:textId="77777777" w:rsidR="00D94E50" w:rsidRPr="00D35743" w:rsidRDefault="00000000">
            <w:pPr>
              <w:rPr>
                <w:rFonts w:cs="Times New Roman"/>
                <w:color w:val="000000" w:themeColor="text1"/>
                <w:sz w:val="22"/>
              </w:rPr>
            </w:pPr>
            <w:r w:rsidRPr="00D35743">
              <w:rPr>
                <w:rFonts w:cs="Times New Roman"/>
                <w:b/>
                <w:color w:val="000000" w:themeColor="text1"/>
                <w:sz w:val="22"/>
              </w:rPr>
              <w:t>95% CI</w:t>
            </w:r>
          </w:p>
        </w:tc>
      </w:tr>
      <w:tr w:rsidR="00D94E50" w:rsidRPr="00D35743" w14:paraId="0EF98613" w14:textId="77777777">
        <w:tc>
          <w:tcPr>
            <w:tcW w:w="4896" w:type="dxa"/>
          </w:tcPr>
          <w:p w14:paraId="4DB36630" w14:textId="77777777" w:rsidR="00D94E50" w:rsidRPr="00D35743" w:rsidRDefault="00000000">
            <w:pPr>
              <w:rPr>
                <w:rFonts w:cs="Times New Roman"/>
                <w:color w:val="000000" w:themeColor="text1"/>
                <w:sz w:val="22"/>
              </w:rPr>
            </w:pPr>
            <w:r w:rsidRPr="00D35743">
              <w:rPr>
                <w:rFonts w:cs="Times New Roman"/>
                <w:color w:val="000000" w:themeColor="text1"/>
                <w:sz w:val="22"/>
              </w:rPr>
              <w:t>Overall</w:t>
            </w:r>
          </w:p>
        </w:tc>
        <w:tc>
          <w:tcPr>
            <w:tcW w:w="2016" w:type="dxa"/>
          </w:tcPr>
          <w:p w14:paraId="766430F3"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592" w:type="dxa"/>
          </w:tcPr>
          <w:p w14:paraId="7CB6E198" w14:textId="77777777" w:rsidR="00D94E50" w:rsidRPr="00D35743" w:rsidRDefault="00000000">
            <w:pPr>
              <w:rPr>
                <w:rFonts w:cs="Times New Roman"/>
                <w:color w:val="000000" w:themeColor="text1"/>
                <w:sz w:val="22"/>
              </w:rPr>
            </w:pPr>
            <w:r w:rsidRPr="00D35743">
              <w:rPr>
                <w:rFonts w:cs="Times New Roman"/>
                <w:color w:val="000000" w:themeColor="text1"/>
                <w:sz w:val="22"/>
              </w:rPr>
              <w:t>2005–2014</w:t>
            </w:r>
          </w:p>
        </w:tc>
      </w:tr>
      <w:tr w:rsidR="00D94E50" w:rsidRPr="00D35743" w14:paraId="36EFB131" w14:textId="77777777">
        <w:tc>
          <w:tcPr>
            <w:tcW w:w="4896" w:type="dxa"/>
          </w:tcPr>
          <w:p w14:paraId="15993224" w14:textId="77777777" w:rsidR="00D94E50" w:rsidRPr="00D35743" w:rsidRDefault="00000000">
            <w:pPr>
              <w:rPr>
                <w:rFonts w:cs="Times New Roman"/>
                <w:color w:val="000000" w:themeColor="text1"/>
                <w:sz w:val="22"/>
              </w:rPr>
            </w:pPr>
            <w:r w:rsidRPr="00D35743">
              <w:rPr>
                <w:rFonts w:cs="Times New Roman"/>
                <w:color w:val="000000" w:themeColor="text1"/>
                <w:sz w:val="22"/>
              </w:rPr>
              <w:t>Female</w:t>
            </w:r>
          </w:p>
        </w:tc>
        <w:tc>
          <w:tcPr>
            <w:tcW w:w="2016" w:type="dxa"/>
          </w:tcPr>
          <w:p w14:paraId="31253B23"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592" w:type="dxa"/>
          </w:tcPr>
          <w:p w14:paraId="7C5A800F" w14:textId="77777777" w:rsidR="00D94E50" w:rsidRPr="00D35743" w:rsidRDefault="00000000">
            <w:pPr>
              <w:rPr>
                <w:rFonts w:cs="Times New Roman"/>
                <w:color w:val="000000" w:themeColor="text1"/>
                <w:sz w:val="22"/>
              </w:rPr>
            </w:pPr>
            <w:r w:rsidRPr="00D35743">
              <w:rPr>
                <w:rFonts w:cs="Times New Roman"/>
                <w:color w:val="000000" w:themeColor="text1"/>
                <w:sz w:val="22"/>
              </w:rPr>
              <w:t>2001–2010</w:t>
            </w:r>
          </w:p>
        </w:tc>
      </w:tr>
      <w:tr w:rsidR="00D94E50" w:rsidRPr="00D35743" w14:paraId="614998D2" w14:textId="77777777">
        <w:tc>
          <w:tcPr>
            <w:tcW w:w="4896" w:type="dxa"/>
          </w:tcPr>
          <w:p w14:paraId="246D744D" w14:textId="77777777" w:rsidR="00D94E50" w:rsidRPr="00D35743" w:rsidRDefault="00000000">
            <w:pPr>
              <w:rPr>
                <w:rFonts w:cs="Times New Roman"/>
                <w:color w:val="000000" w:themeColor="text1"/>
                <w:sz w:val="22"/>
              </w:rPr>
            </w:pPr>
            <w:r w:rsidRPr="00D35743">
              <w:rPr>
                <w:rFonts w:cs="Times New Roman"/>
                <w:color w:val="000000" w:themeColor="text1"/>
                <w:sz w:val="22"/>
              </w:rPr>
              <w:t>Female</w:t>
            </w:r>
          </w:p>
        </w:tc>
        <w:tc>
          <w:tcPr>
            <w:tcW w:w="2016" w:type="dxa"/>
          </w:tcPr>
          <w:p w14:paraId="16137D1A"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2592" w:type="dxa"/>
          </w:tcPr>
          <w:p w14:paraId="04B2FABB" w14:textId="77777777" w:rsidR="00D94E50" w:rsidRPr="00D35743" w:rsidRDefault="00000000">
            <w:pPr>
              <w:rPr>
                <w:rFonts w:cs="Times New Roman"/>
                <w:color w:val="000000" w:themeColor="text1"/>
                <w:sz w:val="22"/>
              </w:rPr>
            </w:pPr>
            <w:r w:rsidRPr="00D35743">
              <w:rPr>
                <w:rFonts w:cs="Times New Roman"/>
                <w:color w:val="000000" w:themeColor="text1"/>
                <w:sz w:val="22"/>
              </w:rPr>
              <w:t>2014–2022</w:t>
            </w:r>
          </w:p>
        </w:tc>
      </w:tr>
      <w:tr w:rsidR="00D94E50" w:rsidRPr="00D35743" w14:paraId="408CF579" w14:textId="77777777">
        <w:tc>
          <w:tcPr>
            <w:tcW w:w="4896" w:type="dxa"/>
          </w:tcPr>
          <w:p w14:paraId="5F7895AA" w14:textId="77777777" w:rsidR="00D94E50" w:rsidRPr="00D35743" w:rsidRDefault="00000000">
            <w:pPr>
              <w:rPr>
                <w:rFonts w:cs="Times New Roman"/>
                <w:color w:val="000000" w:themeColor="text1"/>
                <w:sz w:val="22"/>
              </w:rPr>
            </w:pPr>
            <w:r w:rsidRPr="00D35743">
              <w:rPr>
                <w:rFonts w:cs="Times New Roman"/>
                <w:color w:val="000000" w:themeColor="text1"/>
                <w:sz w:val="22"/>
              </w:rPr>
              <w:t>Male</w:t>
            </w:r>
          </w:p>
        </w:tc>
        <w:tc>
          <w:tcPr>
            <w:tcW w:w="2016" w:type="dxa"/>
          </w:tcPr>
          <w:p w14:paraId="301291BF"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2592" w:type="dxa"/>
          </w:tcPr>
          <w:p w14:paraId="536E10F2" w14:textId="77777777" w:rsidR="00D94E50" w:rsidRPr="00D35743" w:rsidRDefault="00000000">
            <w:pPr>
              <w:rPr>
                <w:rFonts w:cs="Times New Roman"/>
                <w:color w:val="000000" w:themeColor="text1"/>
                <w:sz w:val="22"/>
              </w:rPr>
            </w:pPr>
            <w:r w:rsidRPr="00D35743">
              <w:rPr>
                <w:rFonts w:cs="Times New Roman"/>
                <w:color w:val="000000" w:themeColor="text1"/>
                <w:sz w:val="22"/>
              </w:rPr>
              <w:t>2005–2009</w:t>
            </w:r>
          </w:p>
        </w:tc>
      </w:tr>
      <w:tr w:rsidR="00D94E50" w:rsidRPr="00D35743" w14:paraId="6261B745" w14:textId="77777777">
        <w:tc>
          <w:tcPr>
            <w:tcW w:w="4896" w:type="dxa"/>
          </w:tcPr>
          <w:p w14:paraId="7AB1E976" w14:textId="77777777" w:rsidR="00D94E50" w:rsidRPr="00D35743" w:rsidRDefault="00000000">
            <w:pPr>
              <w:rPr>
                <w:rFonts w:cs="Times New Roman"/>
                <w:color w:val="000000" w:themeColor="text1"/>
                <w:sz w:val="22"/>
              </w:rPr>
            </w:pPr>
            <w:r w:rsidRPr="00D35743">
              <w:rPr>
                <w:rFonts w:cs="Times New Roman"/>
                <w:color w:val="000000" w:themeColor="text1"/>
                <w:sz w:val="22"/>
              </w:rPr>
              <w:t>25–44 years</w:t>
            </w:r>
          </w:p>
        </w:tc>
        <w:tc>
          <w:tcPr>
            <w:tcW w:w="2016" w:type="dxa"/>
          </w:tcPr>
          <w:p w14:paraId="16565126"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2592" w:type="dxa"/>
          </w:tcPr>
          <w:p w14:paraId="0873ED42" w14:textId="77777777" w:rsidR="00D94E50" w:rsidRPr="00D35743" w:rsidRDefault="00000000">
            <w:pPr>
              <w:rPr>
                <w:rFonts w:cs="Times New Roman"/>
                <w:color w:val="000000" w:themeColor="text1"/>
                <w:sz w:val="22"/>
              </w:rPr>
            </w:pPr>
            <w:r w:rsidRPr="00D35743">
              <w:rPr>
                <w:rFonts w:cs="Times New Roman"/>
                <w:color w:val="000000" w:themeColor="text1"/>
                <w:sz w:val="22"/>
              </w:rPr>
              <w:t>2012–2016</w:t>
            </w:r>
          </w:p>
        </w:tc>
      </w:tr>
      <w:tr w:rsidR="00D94E50" w:rsidRPr="00D35743" w14:paraId="43C097FB" w14:textId="77777777">
        <w:tc>
          <w:tcPr>
            <w:tcW w:w="4896" w:type="dxa"/>
          </w:tcPr>
          <w:p w14:paraId="59C0B80B" w14:textId="77777777" w:rsidR="00D94E50" w:rsidRPr="00D35743" w:rsidRDefault="00000000">
            <w:pPr>
              <w:rPr>
                <w:rFonts w:cs="Times New Roman"/>
                <w:color w:val="000000" w:themeColor="text1"/>
                <w:sz w:val="22"/>
              </w:rPr>
            </w:pPr>
            <w:r w:rsidRPr="00D35743">
              <w:rPr>
                <w:rFonts w:cs="Times New Roman"/>
                <w:color w:val="000000" w:themeColor="text1"/>
                <w:sz w:val="22"/>
              </w:rPr>
              <w:t>45–64 years</w:t>
            </w:r>
          </w:p>
        </w:tc>
        <w:tc>
          <w:tcPr>
            <w:tcW w:w="2016" w:type="dxa"/>
          </w:tcPr>
          <w:p w14:paraId="51616000"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592" w:type="dxa"/>
          </w:tcPr>
          <w:p w14:paraId="1FACD052" w14:textId="77777777" w:rsidR="00D94E50" w:rsidRPr="00D35743" w:rsidRDefault="00000000">
            <w:pPr>
              <w:rPr>
                <w:rFonts w:cs="Times New Roman"/>
                <w:color w:val="000000" w:themeColor="text1"/>
                <w:sz w:val="22"/>
              </w:rPr>
            </w:pPr>
            <w:r w:rsidRPr="00D35743">
              <w:rPr>
                <w:rFonts w:cs="Times New Roman"/>
                <w:color w:val="000000" w:themeColor="text1"/>
                <w:sz w:val="22"/>
              </w:rPr>
              <w:t>2005–2009</w:t>
            </w:r>
          </w:p>
        </w:tc>
      </w:tr>
      <w:tr w:rsidR="00D94E50" w:rsidRPr="00D35743" w14:paraId="47B64CFB" w14:textId="77777777">
        <w:tc>
          <w:tcPr>
            <w:tcW w:w="4896" w:type="dxa"/>
          </w:tcPr>
          <w:p w14:paraId="4E9348E1" w14:textId="77777777" w:rsidR="00D94E50" w:rsidRPr="00D35743" w:rsidRDefault="00000000">
            <w:pPr>
              <w:rPr>
                <w:rFonts w:cs="Times New Roman"/>
                <w:color w:val="000000" w:themeColor="text1"/>
                <w:sz w:val="22"/>
              </w:rPr>
            </w:pPr>
            <w:r w:rsidRPr="00D35743">
              <w:rPr>
                <w:rFonts w:cs="Times New Roman"/>
                <w:color w:val="000000" w:themeColor="text1"/>
                <w:sz w:val="22"/>
              </w:rPr>
              <w:t>≥65 years</w:t>
            </w:r>
          </w:p>
        </w:tc>
        <w:tc>
          <w:tcPr>
            <w:tcW w:w="2016" w:type="dxa"/>
          </w:tcPr>
          <w:p w14:paraId="035FD1A2"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592" w:type="dxa"/>
          </w:tcPr>
          <w:p w14:paraId="0DF9EAED" w14:textId="77777777" w:rsidR="00D94E50" w:rsidRPr="00D35743" w:rsidRDefault="00000000">
            <w:pPr>
              <w:rPr>
                <w:rFonts w:cs="Times New Roman"/>
                <w:color w:val="000000" w:themeColor="text1"/>
                <w:sz w:val="22"/>
              </w:rPr>
            </w:pPr>
            <w:r w:rsidRPr="00D35743">
              <w:rPr>
                <w:rFonts w:cs="Times New Roman"/>
                <w:color w:val="000000" w:themeColor="text1"/>
                <w:sz w:val="22"/>
              </w:rPr>
              <w:t>2005–2009</w:t>
            </w:r>
          </w:p>
        </w:tc>
      </w:tr>
      <w:tr w:rsidR="00D94E50" w:rsidRPr="00D35743" w14:paraId="75DD5947" w14:textId="77777777">
        <w:tc>
          <w:tcPr>
            <w:tcW w:w="4896" w:type="dxa"/>
          </w:tcPr>
          <w:p w14:paraId="37B40C94" w14:textId="77777777" w:rsidR="00D94E50" w:rsidRPr="00D35743" w:rsidRDefault="00000000">
            <w:pPr>
              <w:rPr>
                <w:rFonts w:cs="Times New Roman"/>
                <w:color w:val="000000" w:themeColor="text1"/>
                <w:sz w:val="22"/>
              </w:rPr>
            </w:pPr>
            <w:r w:rsidRPr="00D35743">
              <w:rPr>
                <w:rFonts w:cs="Times New Roman"/>
                <w:color w:val="000000" w:themeColor="text1"/>
                <w:sz w:val="22"/>
              </w:rPr>
              <w:t>Northeast</w:t>
            </w:r>
          </w:p>
        </w:tc>
        <w:tc>
          <w:tcPr>
            <w:tcW w:w="2016" w:type="dxa"/>
          </w:tcPr>
          <w:p w14:paraId="115369FA"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592" w:type="dxa"/>
          </w:tcPr>
          <w:p w14:paraId="481557FD" w14:textId="77777777" w:rsidR="00D94E50" w:rsidRPr="00D35743" w:rsidRDefault="00000000">
            <w:pPr>
              <w:rPr>
                <w:rFonts w:cs="Times New Roman"/>
                <w:color w:val="000000" w:themeColor="text1"/>
                <w:sz w:val="22"/>
              </w:rPr>
            </w:pPr>
            <w:r w:rsidRPr="00D35743">
              <w:rPr>
                <w:rFonts w:cs="Times New Roman"/>
                <w:color w:val="000000" w:themeColor="text1"/>
                <w:sz w:val="22"/>
              </w:rPr>
              <w:t>2003–2009</w:t>
            </w:r>
          </w:p>
        </w:tc>
      </w:tr>
      <w:tr w:rsidR="00D94E50" w:rsidRPr="00D35743" w14:paraId="2D96E967" w14:textId="77777777">
        <w:tc>
          <w:tcPr>
            <w:tcW w:w="4896" w:type="dxa"/>
          </w:tcPr>
          <w:p w14:paraId="47B6E6DD" w14:textId="77777777" w:rsidR="00D94E50" w:rsidRPr="00D35743" w:rsidRDefault="00000000">
            <w:pPr>
              <w:rPr>
                <w:rFonts w:cs="Times New Roman"/>
                <w:color w:val="000000" w:themeColor="text1"/>
                <w:sz w:val="22"/>
              </w:rPr>
            </w:pPr>
            <w:r w:rsidRPr="00D35743">
              <w:rPr>
                <w:rFonts w:cs="Times New Roman"/>
                <w:color w:val="000000" w:themeColor="text1"/>
                <w:sz w:val="22"/>
              </w:rPr>
              <w:t>Midwest</w:t>
            </w:r>
          </w:p>
        </w:tc>
        <w:tc>
          <w:tcPr>
            <w:tcW w:w="2016" w:type="dxa"/>
          </w:tcPr>
          <w:p w14:paraId="4EC37FAE"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592" w:type="dxa"/>
          </w:tcPr>
          <w:p w14:paraId="3D06166B" w14:textId="77777777" w:rsidR="00D94E50" w:rsidRPr="00D35743" w:rsidRDefault="00000000">
            <w:pPr>
              <w:rPr>
                <w:rFonts w:cs="Times New Roman"/>
                <w:color w:val="000000" w:themeColor="text1"/>
                <w:sz w:val="22"/>
              </w:rPr>
            </w:pPr>
            <w:r w:rsidRPr="00D35743">
              <w:rPr>
                <w:rFonts w:cs="Times New Roman"/>
                <w:color w:val="000000" w:themeColor="text1"/>
                <w:sz w:val="22"/>
              </w:rPr>
              <w:t>2004–2015</w:t>
            </w:r>
          </w:p>
        </w:tc>
      </w:tr>
      <w:tr w:rsidR="00D94E50" w:rsidRPr="00D35743" w14:paraId="0F8C9417" w14:textId="77777777">
        <w:tc>
          <w:tcPr>
            <w:tcW w:w="4896" w:type="dxa"/>
          </w:tcPr>
          <w:p w14:paraId="1184E8CA" w14:textId="77777777" w:rsidR="00D94E50" w:rsidRPr="00D35743" w:rsidRDefault="00000000">
            <w:pPr>
              <w:rPr>
                <w:rFonts w:cs="Times New Roman"/>
                <w:color w:val="000000" w:themeColor="text1"/>
                <w:sz w:val="22"/>
              </w:rPr>
            </w:pPr>
            <w:r w:rsidRPr="00D35743">
              <w:rPr>
                <w:rFonts w:cs="Times New Roman"/>
                <w:color w:val="000000" w:themeColor="text1"/>
                <w:sz w:val="22"/>
              </w:rPr>
              <w:t>South</w:t>
            </w:r>
          </w:p>
        </w:tc>
        <w:tc>
          <w:tcPr>
            <w:tcW w:w="2016" w:type="dxa"/>
          </w:tcPr>
          <w:p w14:paraId="32E35517"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2592" w:type="dxa"/>
          </w:tcPr>
          <w:p w14:paraId="564426AD" w14:textId="77777777" w:rsidR="00D94E50" w:rsidRPr="00D35743" w:rsidRDefault="00000000">
            <w:pPr>
              <w:rPr>
                <w:rFonts w:cs="Times New Roman"/>
                <w:color w:val="000000" w:themeColor="text1"/>
                <w:sz w:val="22"/>
              </w:rPr>
            </w:pPr>
            <w:r w:rsidRPr="00D35743">
              <w:rPr>
                <w:rFonts w:cs="Times New Roman"/>
                <w:color w:val="000000" w:themeColor="text1"/>
                <w:sz w:val="22"/>
              </w:rPr>
              <w:t>2007–2014</w:t>
            </w:r>
          </w:p>
        </w:tc>
      </w:tr>
      <w:tr w:rsidR="00D94E50" w:rsidRPr="00D35743" w14:paraId="1AE5C770" w14:textId="77777777">
        <w:tc>
          <w:tcPr>
            <w:tcW w:w="4896" w:type="dxa"/>
          </w:tcPr>
          <w:p w14:paraId="1F19F6A5" w14:textId="77777777" w:rsidR="00D94E50" w:rsidRPr="00D35743" w:rsidRDefault="00000000">
            <w:pPr>
              <w:rPr>
                <w:rFonts w:cs="Times New Roman"/>
                <w:color w:val="000000" w:themeColor="text1"/>
                <w:sz w:val="22"/>
              </w:rPr>
            </w:pPr>
            <w:r w:rsidRPr="00D35743">
              <w:rPr>
                <w:rFonts w:cs="Times New Roman"/>
                <w:color w:val="000000" w:themeColor="text1"/>
                <w:sz w:val="22"/>
              </w:rPr>
              <w:t>West</w:t>
            </w:r>
          </w:p>
        </w:tc>
        <w:tc>
          <w:tcPr>
            <w:tcW w:w="2016" w:type="dxa"/>
          </w:tcPr>
          <w:p w14:paraId="4217EBF0"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592" w:type="dxa"/>
          </w:tcPr>
          <w:p w14:paraId="2AC3216B" w14:textId="77777777" w:rsidR="00D94E50" w:rsidRPr="00D35743" w:rsidRDefault="00000000">
            <w:pPr>
              <w:rPr>
                <w:rFonts w:cs="Times New Roman"/>
                <w:color w:val="000000" w:themeColor="text1"/>
                <w:sz w:val="22"/>
              </w:rPr>
            </w:pPr>
            <w:r w:rsidRPr="00D35743">
              <w:rPr>
                <w:rFonts w:cs="Times New Roman"/>
                <w:color w:val="000000" w:themeColor="text1"/>
                <w:sz w:val="22"/>
              </w:rPr>
              <w:t>2004–2014</w:t>
            </w:r>
          </w:p>
        </w:tc>
      </w:tr>
      <w:tr w:rsidR="00D94E50" w:rsidRPr="00D35743" w14:paraId="1134789A" w14:textId="77777777">
        <w:tc>
          <w:tcPr>
            <w:tcW w:w="4896" w:type="dxa"/>
          </w:tcPr>
          <w:p w14:paraId="7C20C4B0" w14:textId="77777777" w:rsidR="00D94E50" w:rsidRPr="00D35743" w:rsidRDefault="00000000">
            <w:pPr>
              <w:rPr>
                <w:rFonts w:cs="Times New Roman"/>
                <w:color w:val="000000" w:themeColor="text1"/>
                <w:sz w:val="22"/>
              </w:rPr>
            </w:pPr>
            <w:r w:rsidRPr="00D35743">
              <w:rPr>
                <w:rFonts w:cs="Times New Roman"/>
                <w:color w:val="000000" w:themeColor="text1"/>
                <w:sz w:val="22"/>
              </w:rPr>
              <w:t>Non-Hispanic White</w:t>
            </w:r>
          </w:p>
        </w:tc>
        <w:tc>
          <w:tcPr>
            <w:tcW w:w="2016" w:type="dxa"/>
          </w:tcPr>
          <w:p w14:paraId="10268C33"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592" w:type="dxa"/>
          </w:tcPr>
          <w:p w14:paraId="31DD4889" w14:textId="77777777" w:rsidR="00D94E50" w:rsidRPr="00D35743" w:rsidRDefault="00000000">
            <w:pPr>
              <w:rPr>
                <w:rFonts w:cs="Times New Roman"/>
                <w:color w:val="000000" w:themeColor="text1"/>
                <w:sz w:val="22"/>
              </w:rPr>
            </w:pPr>
            <w:r w:rsidRPr="00D35743">
              <w:rPr>
                <w:rFonts w:cs="Times New Roman"/>
                <w:color w:val="000000" w:themeColor="text1"/>
                <w:sz w:val="22"/>
              </w:rPr>
              <w:t>2006–2009</w:t>
            </w:r>
          </w:p>
        </w:tc>
      </w:tr>
      <w:tr w:rsidR="00D94E50" w:rsidRPr="00D35743" w14:paraId="1077724C" w14:textId="77777777">
        <w:tc>
          <w:tcPr>
            <w:tcW w:w="4896" w:type="dxa"/>
          </w:tcPr>
          <w:p w14:paraId="250374B4" w14:textId="77777777" w:rsidR="00D94E50" w:rsidRPr="00D35743" w:rsidRDefault="00000000">
            <w:pPr>
              <w:rPr>
                <w:rFonts w:cs="Times New Roman"/>
                <w:color w:val="000000" w:themeColor="text1"/>
                <w:sz w:val="22"/>
              </w:rPr>
            </w:pPr>
            <w:r w:rsidRPr="00D35743">
              <w:rPr>
                <w:rFonts w:cs="Times New Roman"/>
                <w:color w:val="000000" w:themeColor="text1"/>
                <w:sz w:val="22"/>
              </w:rPr>
              <w:t>Non-Hispanic Black</w:t>
            </w:r>
          </w:p>
        </w:tc>
        <w:tc>
          <w:tcPr>
            <w:tcW w:w="2016" w:type="dxa"/>
          </w:tcPr>
          <w:p w14:paraId="10A0DF2E"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2592" w:type="dxa"/>
          </w:tcPr>
          <w:p w14:paraId="069EAD9F" w14:textId="77777777" w:rsidR="00D94E50" w:rsidRPr="00D35743" w:rsidRDefault="00000000">
            <w:pPr>
              <w:rPr>
                <w:rFonts w:cs="Times New Roman"/>
                <w:color w:val="000000" w:themeColor="text1"/>
                <w:sz w:val="22"/>
              </w:rPr>
            </w:pPr>
            <w:r w:rsidRPr="00D35743">
              <w:rPr>
                <w:rFonts w:cs="Times New Roman"/>
                <w:color w:val="000000" w:themeColor="text1"/>
                <w:sz w:val="22"/>
              </w:rPr>
              <w:t>2007–2017</w:t>
            </w:r>
          </w:p>
        </w:tc>
      </w:tr>
      <w:tr w:rsidR="00D94E50" w:rsidRPr="00D35743" w14:paraId="350D2B6D" w14:textId="77777777">
        <w:tc>
          <w:tcPr>
            <w:tcW w:w="4896" w:type="dxa"/>
          </w:tcPr>
          <w:p w14:paraId="516896AA" w14:textId="77777777" w:rsidR="00D94E50" w:rsidRPr="00D35743" w:rsidRDefault="00000000">
            <w:pPr>
              <w:rPr>
                <w:rFonts w:cs="Times New Roman"/>
                <w:color w:val="000000" w:themeColor="text1"/>
                <w:sz w:val="22"/>
              </w:rPr>
            </w:pPr>
            <w:r w:rsidRPr="00D35743">
              <w:rPr>
                <w:rFonts w:cs="Times New Roman"/>
                <w:color w:val="000000" w:themeColor="text1"/>
                <w:sz w:val="22"/>
              </w:rPr>
              <w:t>Metropolitan (1999–2020)</w:t>
            </w:r>
          </w:p>
        </w:tc>
        <w:tc>
          <w:tcPr>
            <w:tcW w:w="2016" w:type="dxa"/>
          </w:tcPr>
          <w:p w14:paraId="3468D56B"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592" w:type="dxa"/>
          </w:tcPr>
          <w:p w14:paraId="34D045A9" w14:textId="77777777" w:rsidR="00D94E50" w:rsidRPr="00D35743" w:rsidRDefault="00000000">
            <w:pPr>
              <w:rPr>
                <w:rFonts w:cs="Times New Roman"/>
                <w:color w:val="000000" w:themeColor="text1"/>
                <w:sz w:val="22"/>
              </w:rPr>
            </w:pPr>
            <w:r w:rsidRPr="00D35743">
              <w:rPr>
                <w:rFonts w:cs="Times New Roman"/>
                <w:color w:val="000000" w:themeColor="text1"/>
                <w:sz w:val="22"/>
              </w:rPr>
              <w:t>2004–2009</w:t>
            </w:r>
          </w:p>
        </w:tc>
      </w:tr>
      <w:tr w:rsidR="00D94E50" w:rsidRPr="00D35743" w14:paraId="49FB1810" w14:textId="77777777">
        <w:tc>
          <w:tcPr>
            <w:tcW w:w="4896" w:type="dxa"/>
          </w:tcPr>
          <w:p w14:paraId="5547D5EE" w14:textId="77777777" w:rsidR="00D94E50" w:rsidRPr="00D35743" w:rsidRDefault="00000000">
            <w:pPr>
              <w:rPr>
                <w:rFonts w:cs="Times New Roman"/>
                <w:color w:val="000000" w:themeColor="text1"/>
                <w:sz w:val="22"/>
              </w:rPr>
            </w:pPr>
            <w:r w:rsidRPr="00D35743">
              <w:rPr>
                <w:rFonts w:cs="Times New Roman"/>
                <w:color w:val="000000" w:themeColor="text1"/>
                <w:sz w:val="22"/>
              </w:rPr>
              <w:t>Nonmetropolitan (1999–2020)</w:t>
            </w:r>
          </w:p>
        </w:tc>
        <w:tc>
          <w:tcPr>
            <w:tcW w:w="2016" w:type="dxa"/>
          </w:tcPr>
          <w:p w14:paraId="3FE6E36D"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2592" w:type="dxa"/>
          </w:tcPr>
          <w:p w14:paraId="17AFAFE1" w14:textId="77777777" w:rsidR="00D94E50" w:rsidRPr="00D35743" w:rsidRDefault="00000000">
            <w:pPr>
              <w:rPr>
                <w:rFonts w:cs="Times New Roman"/>
                <w:color w:val="000000" w:themeColor="text1"/>
                <w:sz w:val="22"/>
              </w:rPr>
            </w:pPr>
            <w:r w:rsidRPr="00D35743">
              <w:rPr>
                <w:rFonts w:cs="Times New Roman"/>
                <w:color w:val="000000" w:themeColor="text1"/>
                <w:sz w:val="22"/>
              </w:rPr>
              <w:t>2005–2014</w:t>
            </w:r>
          </w:p>
        </w:tc>
      </w:tr>
    </w:tbl>
    <w:p w14:paraId="40D70909" w14:textId="77777777" w:rsidR="00D94E50" w:rsidRPr="00D35743" w:rsidRDefault="00D94E50">
      <w:pPr>
        <w:rPr>
          <w:rFonts w:cs="Times New Roman"/>
          <w:color w:val="000000" w:themeColor="text1"/>
          <w:sz w:val="22"/>
        </w:rPr>
      </w:pPr>
    </w:p>
    <w:p w14:paraId="14827557" w14:textId="77777777" w:rsidR="00D94E50" w:rsidRPr="00D35743" w:rsidRDefault="00000000">
      <w:pPr>
        <w:rPr>
          <w:rFonts w:cs="Times New Roman"/>
          <w:color w:val="000000" w:themeColor="text1"/>
          <w:sz w:val="22"/>
        </w:rPr>
      </w:pPr>
      <w:r w:rsidRPr="00D35743">
        <w:rPr>
          <w:rFonts w:cs="Times New Roman"/>
          <w:i/>
          <w:color w:val="000000" w:themeColor="text1"/>
          <w:sz w:val="22"/>
        </w:rPr>
        <w:t>Joinpoint Regression Program version 5.4.0.0; grid search; number of joinpoints selected by permutation test (4499 permutations) at an overall significance level of .05, with a minimum of zero and a maximum of four joinpoints permitted and at least two observations required before the first joinpoint, after the last joinpoint and between adjacent joinpoints. Thirteen strata selected a single joinpoint and one, female decedents, selected two, so this table has more rows than strata; no stratum reached the maximum of four. Confidence intervals were computed by the parametric method.</w:t>
      </w:r>
    </w:p>
    <w:p w14:paraId="6BDC40A0"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7BA838E6"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S11. Annual percent change by segment, with segment-specific P values</w:t>
      </w:r>
    </w:p>
    <w:tbl>
      <w:tblPr>
        <w:tblStyle w:val="TableGrid"/>
        <w:tblW w:w="0" w:type="auto"/>
        <w:tblLook w:val="04A0" w:firstRow="1" w:lastRow="0" w:firstColumn="1" w:lastColumn="0" w:noHBand="0" w:noVBand="1"/>
      </w:tblPr>
      <w:tblGrid>
        <w:gridCol w:w="3744"/>
        <w:gridCol w:w="2016"/>
        <w:gridCol w:w="2016"/>
        <w:gridCol w:w="2880"/>
        <w:gridCol w:w="1728"/>
      </w:tblGrid>
      <w:tr w:rsidR="00D94E50" w:rsidRPr="00D35743" w14:paraId="13ABDF17" w14:textId="77777777">
        <w:tc>
          <w:tcPr>
            <w:tcW w:w="3744" w:type="dxa"/>
          </w:tcPr>
          <w:p w14:paraId="7F9BDCA4" w14:textId="77777777" w:rsidR="00D94E50" w:rsidRPr="00D35743" w:rsidRDefault="00000000">
            <w:pPr>
              <w:rPr>
                <w:rFonts w:cs="Times New Roman"/>
                <w:color w:val="000000" w:themeColor="text1"/>
                <w:sz w:val="22"/>
              </w:rPr>
            </w:pPr>
            <w:r w:rsidRPr="00D35743">
              <w:rPr>
                <w:rFonts w:cs="Times New Roman"/>
                <w:b/>
                <w:color w:val="000000" w:themeColor="text1"/>
                <w:sz w:val="22"/>
              </w:rPr>
              <w:t>Stratum</w:t>
            </w:r>
          </w:p>
        </w:tc>
        <w:tc>
          <w:tcPr>
            <w:tcW w:w="2016" w:type="dxa"/>
          </w:tcPr>
          <w:p w14:paraId="196C80FB" w14:textId="77777777" w:rsidR="00D94E50" w:rsidRPr="00D35743" w:rsidRDefault="00000000">
            <w:pPr>
              <w:rPr>
                <w:rFonts w:cs="Times New Roman"/>
                <w:color w:val="000000" w:themeColor="text1"/>
                <w:sz w:val="22"/>
              </w:rPr>
            </w:pPr>
            <w:r w:rsidRPr="00D35743">
              <w:rPr>
                <w:rFonts w:cs="Times New Roman"/>
                <w:b/>
                <w:color w:val="000000" w:themeColor="text1"/>
                <w:sz w:val="22"/>
              </w:rPr>
              <w:t>Segment</w:t>
            </w:r>
          </w:p>
        </w:tc>
        <w:tc>
          <w:tcPr>
            <w:tcW w:w="2016" w:type="dxa"/>
          </w:tcPr>
          <w:p w14:paraId="729CEB55" w14:textId="77777777" w:rsidR="00D94E50" w:rsidRPr="00D35743" w:rsidRDefault="00000000">
            <w:pPr>
              <w:rPr>
                <w:rFonts w:cs="Times New Roman"/>
                <w:color w:val="000000" w:themeColor="text1"/>
                <w:sz w:val="22"/>
              </w:rPr>
            </w:pPr>
            <w:r w:rsidRPr="00D35743">
              <w:rPr>
                <w:rFonts w:cs="Times New Roman"/>
                <w:b/>
                <w:color w:val="000000" w:themeColor="text1"/>
                <w:sz w:val="22"/>
              </w:rPr>
              <w:t>APC (%/year)</w:t>
            </w:r>
          </w:p>
        </w:tc>
        <w:tc>
          <w:tcPr>
            <w:tcW w:w="2880" w:type="dxa"/>
          </w:tcPr>
          <w:p w14:paraId="08FD0708" w14:textId="77777777" w:rsidR="00D94E50" w:rsidRPr="00D35743" w:rsidRDefault="00000000">
            <w:pPr>
              <w:rPr>
                <w:rFonts w:cs="Times New Roman"/>
                <w:color w:val="000000" w:themeColor="text1"/>
                <w:sz w:val="22"/>
              </w:rPr>
            </w:pPr>
            <w:r w:rsidRPr="00D35743">
              <w:rPr>
                <w:rFonts w:cs="Times New Roman"/>
                <w:b/>
                <w:color w:val="000000" w:themeColor="text1"/>
                <w:sz w:val="22"/>
              </w:rPr>
              <w:t>95% CI</w:t>
            </w:r>
          </w:p>
        </w:tc>
        <w:tc>
          <w:tcPr>
            <w:tcW w:w="1728" w:type="dxa"/>
          </w:tcPr>
          <w:p w14:paraId="6E0367A4" w14:textId="77777777" w:rsidR="00D94E50" w:rsidRPr="00D35743" w:rsidRDefault="00000000">
            <w:pPr>
              <w:rPr>
                <w:rFonts w:cs="Times New Roman"/>
                <w:color w:val="000000" w:themeColor="text1"/>
                <w:sz w:val="22"/>
              </w:rPr>
            </w:pPr>
            <w:r w:rsidRPr="00D35743">
              <w:rPr>
                <w:rFonts w:cs="Times New Roman"/>
                <w:b/>
                <w:color w:val="000000" w:themeColor="text1"/>
                <w:sz w:val="22"/>
              </w:rPr>
              <w:t>P value</w:t>
            </w:r>
          </w:p>
        </w:tc>
      </w:tr>
      <w:tr w:rsidR="00D94E50" w:rsidRPr="00D35743" w14:paraId="353FFF72" w14:textId="77777777">
        <w:tc>
          <w:tcPr>
            <w:tcW w:w="3744" w:type="dxa"/>
          </w:tcPr>
          <w:p w14:paraId="439A2708" w14:textId="77777777" w:rsidR="00D94E50" w:rsidRPr="00D35743" w:rsidRDefault="00000000">
            <w:pPr>
              <w:rPr>
                <w:rFonts w:cs="Times New Roman"/>
                <w:color w:val="000000" w:themeColor="text1"/>
                <w:sz w:val="22"/>
              </w:rPr>
            </w:pPr>
            <w:r w:rsidRPr="00D35743">
              <w:rPr>
                <w:rFonts w:cs="Times New Roman"/>
                <w:color w:val="000000" w:themeColor="text1"/>
                <w:sz w:val="22"/>
              </w:rPr>
              <w:t>Overall</w:t>
            </w:r>
          </w:p>
        </w:tc>
        <w:tc>
          <w:tcPr>
            <w:tcW w:w="2016" w:type="dxa"/>
          </w:tcPr>
          <w:p w14:paraId="0BD84828" w14:textId="77777777" w:rsidR="00D94E50" w:rsidRPr="00D35743" w:rsidRDefault="00000000">
            <w:pPr>
              <w:rPr>
                <w:rFonts w:cs="Times New Roman"/>
                <w:color w:val="000000" w:themeColor="text1"/>
                <w:sz w:val="22"/>
              </w:rPr>
            </w:pPr>
            <w:r w:rsidRPr="00D35743">
              <w:rPr>
                <w:rFonts w:cs="Times New Roman"/>
                <w:color w:val="000000" w:themeColor="text1"/>
                <w:sz w:val="22"/>
              </w:rPr>
              <w:t>1999–2008</w:t>
            </w:r>
          </w:p>
        </w:tc>
        <w:tc>
          <w:tcPr>
            <w:tcW w:w="2016" w:type="dxa"/>
          </w:tcPr>
          <w:p w14:paraId="0354EFBD" w14:textId="77777777" w:rsidR="00D94E50" w:rsidRPr="00D35743" w:rsidRDefault="00000000">
            <w:pPr>
              <w:rPr>
                <w:rFonts w:cs="Times New Roman"/>
                <w:color w:val="000000" w:themeColor="text1"/>
                <w:sz w:val="22"/>
              </w:rPr>
            </w:pPr>
            <w:r w:rsidRPr="00D35743">
              <w:rPr>
                <w:rFonts w:cs="Times New Roman"/>
                <w:color w:val="000000" w:themeColor="text1"/>
                <w:sz w:val="22"/>
              </w:rPr>
              <w:t>-3.00</w:t>
            </w:r>
          </w:p>
        </w:tc>
        <w:tc>
          <w:tcPr>
            <w:tcW w:w="2880" w:type="dxa"/>
          </w:tcPr>
          <w:p w14:paraId="6C7DEAE4" w14:textId="77777777" w:rsidR="00D94E50" w:rsidRPr="00D35743" w:rsidRDefault="00000000">
            <w:pPr>
              <w:rPr>
                <w:rFonts w:cs="Times New Roman"/>
                <w:color w:val="000000" w:themeColor="text1"/>
                <w:sz w:val="22"/>
              </w:rPr>
            </w:pPr>
            <w:r w:rsidRPr="00D35743">
              <w:rPr>
                <w:rFonts w:cs="Times New Roman"/>
                <w:color w:val="000000" w:themeColor="text1"/>
                <w:sz w:val="22"/>
              </w:rPr>
              <w:t>-5.32 to -0.62</w:t>
            </w:r>
          </w:p>
        </w:tc>
        <w:tc>
          <w:tcPr>
            <w:tcW w:w="1728" w:type="dxa"/>
          </w:tcPr>
          <w:p w14:paraId="35A926BD" w14:textId="77777777" w:rsidR="00D94E50" w:rsidRPr="00D35743" w:rsidRDefault="00000000">
            <w:pPr>
              <w:rPr>
                <w:rFonts w:cs="Times New Roman"/>
                <w:color w:val="000000" w:themeColor="text1"/>
                <w:sz w:val="22"/>
              </w:rPr>
            </w:pPr>
            <w:r w:rsidRPr="00D35743">
              <w:rPr>
                <w:rFonts w:cs="Times New Roman"/>
                <w:color w:val="000000" w:themeColor="text1"/>
                <w:sz w:val="22"/>
              </w:rPr>
              <w:t>.016</w:t>
            </w:r>
          </w:p>
        </w:tc>
      </w:tr>
      <w:tr w:rsidR="00D94E50" w:rsidRPr="00D35743" w14:paraId="3DC05925" w14:textId="77777777">
        <w:tc>
          <w:tcPr>
            <w:tcW w:w="3744" w:type="dxa"/>
          </w:tcPr>
          <w:p w14:paraId="733789A2" w14:textId="77777777" w:rsidR="00D94E50" w:rsidRPr="00D35743" w:rsidRDefault="00000000">
            <w:pPr>
              <w:rPr>
                <w:rFonts w:cs="Times New Roman"/>
                <w:color w:val="000000" w:themeColor="text1"/>
                <w:sz w:val="22"/>
              </w:rPr>
            </w:pPr>
            <w:r w:rsidRPr="00D35743">
              <w:rPr>
                <w:rFonts w:cs="Times New Roman"/>
                <w:color w:val="000000" w:themeColor="text1"/>
                <w:sz w:val="22"/>
              </w:rPr>
              <w:t>Overall</w:t>
            </w:r>
          </w:p>
        </w:tc>
        <w:tc>
          <w:tcPr>
            <w:tcW w:w="2016" w:type="dxa"/>
          </w:tcPr>
          <w:p w14:paraId="34A80829" w14:textId="77777777" w:rsidR="00D94E50" w:rsidRPr="00D35743" w:rsidRDefault="00000000">
            <w:pPr>
              <w:rPr>
                <w:rFonts w:cs="Times New Roman"/>
                <w:color w:val="000000" w:themeColor="text1"/>
                <w:sz w:val="22"/>
              </w:rPr>
            </w:pPr>
            <w:r w:rsidRPr="00D35743">
              <w:rPr>
                <w:rFonts w:cs="Times New Roman"/>
                <w:color w:val="000000" w:themeColor="text1"/>
                <w:sz w:val="22"/>
              </w:rPr>
              <w:t>2008–2024</w:t>
            </w:r>
          </w:p>
        </w:tc>
        <w:tc>
          <w:tcPr>
            <w:tcW w:w="2016" w:type="dxa"/>
          </w:tcPr>
          <w:p w14:paraId="2D4DCD8F" w14:textId="77777777" w:rsidR="00D94E50" w:rsidRPr="00D35743" w:rsidRDefault="00000000">
            <w:pPr>
              <w:rPr>
                <w:rFonts w:cs="Times New Roman"/>
                <w:color w:val="000000" w:themeColor="text1"/>
                <w:sz w:val="22"/>
              </w:rPr>
            </w:pPr>
            <w:r w:rsidRPr="00D35743">
              <w:rPr>
                <w:rFonts w:cs="Times New Roman"/>
                <w:color w:val="000000" w:themeColor="text1"/>
                <w:sz w:val="22"/>
              </w:rPr>
              <w:t>+3.81</w:t>
            </w:r>
          </w:p>
        </w:tc>
        <w:tc>
          <w:tcPr>
            <w:tcW w:w="2880" w:type="dxa"/>
          </w:tcPr>
          <w:p w14:paraId="1CD3B76D" w14:textId="77777777" w:rsidR="00D94E50" w:rsidRPr="00D35743" w:rsidRDefault="00000000">
            <w:pPr>
              <w:rPr>
                <w:rFonts w:cs="Times New Roman"/>
                <w:color w:val="000000" w:themeColor="text1"/>
                <w:sz w:val="22"/>
              </w:rPr>
            </w:pPr>
            <w:r w:rsidRPr="00D35743">
              <w:rPr>
                <w:rFonts w:cs="Times New Roman"/>
                <w:color w:val="000000" w:themeColor="text1"/>
                <w:sz w:val="22"/>
              </w:rPr>
              <w:t>3.06 to 4.56</w:t>
            </w:r>
          </w:p>
        </w:tc>
        <w:tc>
          <w:tcPr>
            <w:tcW w:w="1728" w:type="dxa"/>
          </w:tcPr>
          <w:p w14:paraId="01308739"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46DFF631" w14:textId="77777777">
        <w:tc>
          <w:tcPr>
            <w:tcW w:w="3744" w:type="dxa"/>
          </w:tcPr>
          <w:p w14:paraId="1728A634" w14:textId="77777777" w:rsidR="00D94E50" w:rsidRPr="00D35743" w:rsidRDefault="00000000">
            <w:pPr>
              <w:rPr>
                <w:rFonts w:cs="Times New Roman"/>
                <w:color w:val="000000" w:themeColor="text1"/>
                <w:sz w:val="22"/>
              </w:rPr>
            </w:pPr>
            <w:r w:rsidRPr="00D35743">
              <w:rPr>
                <w:rFonts w:cs="Times New Roman"/>
                <w:color w:val="000000" w:themeColor="text1"/>
                <w:sz w:val="22"/>
              </w:rPr>
              <w:t>Female</w:t>
            </w:r>
          </w:p>
        </w:tc>
        <w:tc>
          <w:tcPr>
            <w:tcW w:w="2016" w:type="dxa"/>
          </w:tcPr>
          <w:p w14:paraId="0D7CDBF4" w14:textId="77777777" w:rsidR="00D94E50" w:rsidRPr="00D35743" w:rsidRDefault="00000000">
            <w:pPr>
              <w:rPr>
                <w:rFonts w:cs="Times New Roman"/>
                <w:color w:val="000000" w:themeColor="text1"/>
                <w:sz w:val="22"/>
              </w:rPr>
            </w:pPr>
            <w:r w:rsidRPr="00D35743">
              <w:rPr>
                <w:rFonts w:cs="Times New Roman"/>
                <w:color w:val="000000" w:themeColor="text1"/>
                <w:sz w:val="22"/>
              </w:rPr>
              <w:t>1999–2007</w:t>
            </w:r>
          </w:p>
        </w:tc>
        <w:tc>
          <w:tcPr>
            <w:tcW w:w="2016" w:type="dxa"/>
          </w:tcPr>
          <w:p w14:paraId="0A0EE8ED" w14:textId="77777777" w:rsidR="00D94E50" w:rsidRPr="00D35743" w:rsidRDefault="00000000">
            <w:pPr>
              <w:rPr>
                <w:rFonts w:cs="Times New Roman"/>
                <w:color w:val="000000" w:themeColor="text1"/>
                <w:sz w:val="22"/>
              </w:rPr>
            </w:pPr>
            <w:r w:rsidRPr="00D35743">
              <w:rPr>
                <w:rFonts w:cs="Times New Roman"/>
                <w:color w:val="000000" w:themeColor="text1"/>
                <w:sz w:val="22"/>
              </w:rPr>
              <w:t>-4.71</w:t>
            </w:r>
          </w:p>
        </w:tc>
        <w:tc>
          <w:tcPr>
            <w:tcW w:w="2880" w:type="dxa"/>
          </w:tcPr>
          <w:p w14:paraId="790A71EF" w14:textId="77777777" w:rsidR="00D94E50" w:rsidRPr="00D35743" w:rsidRDefault="00000000">
            <w:pPr>
              <w:rPr>
                <w:rFonts w:cs="Times New Roman"/>
                <w:color w:val="000000" w:themeColor="text1"/>
                <w:sz w:val="22"/>
              </w:rPr>
            </w:pPr>
            <w:r w:rsidRPr="00D35743">
              <w:rPr>
                <w:rFonts w:cs="Times New Roman"/>
                <w:color w:val="000000" w:themeColor="text1"/>
                <w:sz w:val="22"/>
              </w:rPr>
              <w:t>-7.60 to -1.73</w:t>
            </w:r>
          </w:p>
        </w:tc>
        <w:tc>
          <w:tcPr>
            <w:tcW w:w="1728" w:type="dxa"/>
          </w:tcPr>
          <w:p w14:paraId="20C1D39D" w14:textId="77777777" w:rsidR="00D94E50" w:rsidRPr="00D35743" w:rsidRDefault="00000000">
            <w:pPr>
              <w:rPr>
                <w:rFonts w:cs="Times New Roman"/>
                <w:color w:val="000000" w:themeColor="text1"/>
                <w:sz w:val="22"/>
              </w:rPr>
            </w:pPr>
            <w:r w:rsidRPr="00D35743">
              <w:rPr>
                <w:rFonts w:cs="Times New Roman"/>
                <w:color w:val="000000" w:themeColor="text1"/>
                <w:sz w:val="22"/>
              </w:rPr>
              <w:t>.004</w:t>
            </w:r>
          </w:p>
        </w:tc>
      </w:tr>
      <w:tr w:rsidR="00D94E50" w:rsidRPr="00D35743" w14:paraId="3E58A8AB" w14:textId="77777777">
        <w:tc>
          <w:tcPr>
            <w:tcW w:w="3744" w:type="dxa"/>
          </w:tcPr>
          <w:p w14:paraId="18F48C92" w14:textId="77777777" w:rsidR="00D94E50" w:rsidRPr="00D35743" w:rsidRDefault="00000000">
            <w:pPr>
              <w:rPr>
                <w:rFonts w:cs="Times New Roman"/>
                <w:color w:val="000000" w:themeColor="text1"/>
                <w:sz w:val="22"/>
              </w:rPr>
            </w:pPr>
            <w:r w:rsidRPr="00D35743">
              <w:rPr>
                <w:rFonts w:cs="Times New Roman"/>
                <w:color w:val="000000" w:themeColor="text1"/>
                <w:sz w:val="22"/>
              </w:rPr>
              <w:t>Female</w:t>
            </w:r>
          </w:p>
        </w:tc>
        <w:tc>
          <w:tcPr>
            <w:tcW w:w="2016" w:type="dxa"/>
          </w:tcPr>
          <w:p w14:paraId="78C17D8D" w14:textId="77777777" w:rsidR="00D94E50" w:rsidRPr="00D35743" w:rsidRDefault="00000000">
            <w:pPr>
              <w:rPr>
                <w:rFonts w:cs="Times New Roman"/>
                <w:color w:val="000000" w:themeColor="text1"/>
                <w:sz w:val="22"/>
              </w:rPr>
            </w:pPr>
            <w:r w:rsidRPr="00D35743">
              <w:rPr>
                <w:rFonts w:cs="Times New Roman"/>
                <w:color w:val="000000" w:themeColor="text1"/>
                <w:sz w:val="22"/>
              </w:rPr>
              <w:t>2007–2018</w:t>
            </w:r>
          </w:p>
        </w:tc>
        <w:tc>
          <w:tcPr>
            <w:tcW w:w="2016" w:type="dxa"/>
          </w:tcPr>
          <w:p w14:paraId="31FA7320" w14:textId="77777777" w:rsidR="00D94E50" w:rsidRPr="00D35743" w:rsidRDefault="00000000">
            <w:pPr>
              <w:rPr>
                <w:rFonts w:cs="Times New Roman"/>
                <w:color w:val="000000" w:themeColor="text1"/>
                <w:sz w:val="22"/>
              </w:rPr>
            </w:pPr>
            <w:r w:rsidRPr="00D35743">
              <w:rPr>
                <w:rFonts w:cs="Times New Roman"/>
                <w:color w:val="000000" w:themeColor="text1"/>
                <w:sz w:val="22"/>
              </w:rPr>
              <w:t>+1.43</w:t>
            </w:r>
          </w:p>
        </w:tc>
        <w:tc>
          <w:tcPr>
            <w:tcW w:w="2880" w:type="dxa"/>
          </w:tcPr>
          <w:p w14:paraId="701F517D" w14:textId="77777777" w:rsidR="00D94E50" w:rsidRPr="00D35743" w:rsidRDefault="00000000">
            <w:pPr>
              <w:rPr>
                <w:rFonts w:cs="Times New Roman"/>
                <w:color w:val="000000" w:themeColor="text1"/>
                <w:sz w:val="22"/>
              </w:rPr>
            </w:pPr>
            <w:r w:rsidRPr="00D35743">
              <w:rPr>
                <w:rFonts w:cs="Times New Roman"/>
                <w:color w:val="000000" w:themeColor="text1"/>
                <w:sz w:val="22"/>
              </w:rPr>
              <w:t>-0.53 to 3.42</w:t>
            </w:r>
          </w:p>
        </w:tc>
        <w:tc>
          <w:tcPr>
            <w:tcW w:w="1728" w:type="dxa"/>
          </w:tcPr>
          <w:p w14:paraId="7C861175" w14:textId="77777777" w:rsidR="00D94E50" w:rsidRPr="00D35743" w:rsidRDefault="00000000">
            <w:pPr>
              <w:rPr>
                <w:rFonts w:cs="Times New Roman"/>
                <w:color w:val="000000" w:themeColor="text1"/>
                <w:sz w:val="22"/>
              </w:rPr>
            </w:pPr>
            <w:r w:rsidRPr="00D35743">
              <w:rPr>
                <w:rFonts w:cs="Times New Roman"/>
                <w:color w:val="000000" w:themeColor="text1"/>
                <w:sz w:val="22"/>
              </w:rPr>
              <w:t>.144</w:t>
            </w:r>
          </w:p>
        </w:tc>
      </w:tr>
      <w:tr w:rsidR="00D94E50" w:rsidRPr="00D35743" w14:paraId="07BAE8D9" w14:textId="77777777">
        <w:tc>
          <w:tcPr>
            <w:tcW w:w="3744" w:type="dxa"/>
          </w:tcPr>
          <w:p w14:paraId="6A4B8900" w14:textId="77777777" w:rsidR="00D94E50" w:rsidRPr="00D35743" w:rsidRDefault="00000000">
            <w:pPr>
              <w:rPr>
                <w:rFonts w:cs="Times New Roman"/>
                <w:color w:val="000000" w:themeColor="text1"/>
                <w:sz w:val="22"/>
              </w:rPr>
            </w:pPr>
            <w:r w:rsidRPr="00D35743">
              <w:rPr>
                <w:rFonts w:cs="Times New Roman"/>
                <w:color w:val="000000" w:themeColor="text1"/>
                <w:sz w:val="22"/>
              </w:rPr>
              <w:t>Female</w:t>
            </w:r>
          </w:p>
        </w:tc>
        <w:tc>
          <w:tcPr>
            <w:tcW w:w="2016" w:type="dxa"/>
          </w:tcPr>
          <w:p w14:paraId="6ED3BFE1" w14:textId="77777777" w:rsidR="00D94E50" w:rsidRPr="00D35743" w:rsidRDefault="00000000">
            <w:pPr>
              <w:rPr>
                <w:rFonts w:cs="Times New Roman"/>
                <w:color w:val="000000" w:themeColor="text1"/>
                <w:sz w:val="22"/>
              </w:rPr>
            </w:pPr>
            <w:r w:rsidRPr="00D35743">
              <w:rPr>
                <w:rFonts w:cs="Times New Roman"/>
                <w:color w:val="000000" w:themeColor="text1"/>
                <w:sz w:val="22"/>
              </w:rPr>
              <w:t>2018–2024</w:t>
            </w:r>
          </w:p>
        </w:tc>
        <w:tc>
          <w:tcPr>
            <w:tcW w:w="2016" w:type="dxa"/>
          </w:tcPr>
          <w:p w14:paraId="4C7516BF" w14:textId="77777777" w:rsidR="00D94E50" w:rsidRPr="00D35743" w:rsidRDefault="00000000">
            <w:pPr>
              <w:rPr>
                <w:rFonts w:cs="Times New Roman"/>
                <w:color w:val="000000" w:themeColor="text1"/>
                <w:sz w:val="22"/>
              </w:rPr>
            </w:pPr>
            <w:r w:rsidRPr="00D35743">
              <w:rPr>
                <w:rFonts w:cs="Times New Roman"/>
                <w:color w:val="000000" w:themeColor="text1"/>
                <w:sz w:val="22"/>
              </w:rPr>
              <w:t>+6.80</w:t>
            </w:r>
          </w:p>
        </w:tc>
        <w:tc>
          <w:tcPr>
            <w:tcW w:w="2880" w:type="dxa"/>
          </w:tcPr>
          <w:p w14:paraId="42F6688A" w14:textId="77777777" w:rsidR="00D94E50" w:rsidRPr="00D35743" w:rsidRDefault="00000000">
            <w:pPr>
              <w:rPr>
                <w:rFonts w:cs="Times New Roman"/>
                <w:color w:val="000000" w:themeColor="text1"/>
                <w:sz w:val="22"/>
              </w:rPr>
            </w:pPr>
            <w:r w:rsidRPr="00D35743">
              <w:rPr>
                <w:rFonts w:cs="Times New Roman"/>
                <w:color w:val="000000" w:themeColor="text1"/>
                <w:sz w:val="22"/>
              </w:rPr>
              <w:t>2.01 to 11.83</w:t>
            </w:r>
          </w:p>
        </w:tc>
        <w:tc>
          <w:tcPr>
            <w:tcW w:w="1728" w:type="dxa"/>
          </w:tcPr>
          <w:p w14:paraId="02155718" w14:textId="77777777" w:rsidR="00D94E50" w:rsidRPr="00D35743" w:rsidRDefault="00000000">
            <w:pPr>
              <w:rPr>
                <w:rFonts w:cs="Times New Roman"/>
                <w:color w:val="000000" w:themeColor="text1"/>
                <w:sz w:val="22"/>
              </w:rPr>
            </w:pPr>
            <w:r w:rsidRPr="00D35743">
              <w:rPr>
                <w:rFonts w:cs="Times New Roman"/>
                <w:color w:val="000000" w:themeColor="text1"/>
                <w:sz w:val="22"/>
              </w:rPr>
              <w:t>.008</w:t>
            </w:r>
          </w:p>
        </w:tc>
      </w:tr>
      <w:tr w:rsidR="00D94E50" w:rsidRPr="00D35743" w14:paraId="6B49A9DB" w14:textId="77777777">
        <w:tc>
          <w:tcPr>
            <w:tcW w:w="3744" w:type="dxa"/>
          </w:tcPr>
          <w:p w14:paraId="288377FF" w14:textId="77777777" w:rsidR="00D94E50" w:rsidRPr="00D35743" w:rsidRDefault="00000000">
            <w:pPr>
              <w:rPr>
                <w:rFonts w:cs="Times New Roman"/>
                <w:color w:val="000000" w:themeColor="text1"/>
                <w:sz w:val="22"/>
              </w:rPr>
            </w:pPr>
            <w:r w:rsidRPr="00D35743">
              <w:rPr>
                <w:rFonts w:cs="Times New Roman"/>
                <w:color w:val="000000" w:themeColor="text1"/>
                <w:sz w:val="22"/>
              </w:rPr>
              <w:t>Male</w:t>
            </w:r>
          </w:p>
        </w:tc>
        <w:tc>
          <w:tcPr>
            <w:tcW w:w="2016" w:type="dxa"/>
          </w:tcPr>
          <w:p w14:paraId="569F2DB8" w14:textId="77777777" w:rsidR="00D94E50" w:rsidRPr="00D35743" w:rsidRDefault="00000000">
            <w:pPr>
              <w:rPr>
                <w:rFonts w:cs="Times New Roman"/>
                <w:color w:val="000000" w:themeColor="text1"/>
                <w:sz w:val="22"/>
              </w:rPr>
            </w:pPr>
            <w:r w:rsidRPr="00D35743">
              <w:rPr>
                <w:rFonts w:cs="Times New Roman"/>
                <w:color w:val="000000" w:themeColor="text1"/>
                <w:sz w:val="22"/>
              </w:rPr>
              <w:t>1999–2006</w:t>
            </w:r>
          </w:p>
        </w:tc>
        <w:tc>
          <w:tcPr>
            <w:tcW w:w="2016" w:type="dxa"/>
          </w:tcPr>
          <w:p w14:paraId="33A9D05C" w14:textId="77777777" w:rsidR="00D94E50" w:rsidRPr="00D35743" w:rsidRDefault="00000000">
            <w:pPr>
              <w:rPr>
                <w:rFonts w:cs="Times New Roman"/>
                <w:color w:val="000000" w:themeColor="text1"/>
                <w:sz w:val="22"/>
              </w:rPr>
            </w:pPr>
            <w:r w:rsidRPr="00D35743">
              <w:rPr>
                <w:rFonts w:cs="Times New Roman"/>
                <w:color w:val="000000" w:themeColor="text1"/>
                <w:sz w:val="22"/>
              </w:rPr>
              <w:t>-4.94</w:t>
            </w:r>
          </w:p>
        </w:tc>
        <w:tc>
          <w:tcPr>
            <w:tcW w:w="2880" w:type="dxa"/>
          </w:tcPr>
          <w:p w14:paraId="14AB39DC" w14:textId="77777777" w:rsidR="00D94E50" w:rsidRPr="00D35743" w:rsidRDefault="00000000">
            <w:pPr>
              <w:rPr>
                <w:rFonts w:cs="Times New Roman"/>
                <w:color w:val="000000" w:themeColor="text1"/>
                <w:sz w:val="22"/>
              </w:rPr>
            </w:pPr>
            <w:r w:rsidRPr="00D35743">
              <w:rPr>
                <w:rFonts w:cs="Times New Roman"/>
                <w:color w:val="000000" w:themeColor="text1"/>
                <w:sz w:val="22"/>
              </w:rPr>
              <w:t>-8.05 to -1.72</w:t>
            </w:r>
          </w:p>
        </w:tc>
        <w:tc>
          <w:tcPr>
            <w:tcW w:w="1728" w:type="dxa"/>
          </w:tcPr>
          <w:p w14:paraId="07D757A2" w14:textId="77777777" w:rsidR="00D94E50" w:rsidRPr="00D35743" w:rsidRDefault="00000000">
            <w:pPr>
              <w:rPr>
                <w:rFonts w:cs="Times New Roman"/>
                <w:color w:val="000000" w:themeColor="text1"/>
                <w:sz w:val="22"/>
              </w:rPr>
            </w:pPr>
            <w:r w:rsidRPr="00D35743">
              <w:rPr>
                <w:rFonts w:cs="Times New Roman"/>
                <w:color w:val="000000" w:themeColor="text1"/>
                <w:sz w:val="22"/>
              </w:rPr>
              <w:t>.005</w:t>
            </w:r>
          </w:p>
        </w:tc>
      </w:tr>
      <w:tr w:rsidR="00D94E50" w:rsidRPr="00D35743" w14:paraId="303367A4" w14:textId="77777777">
        <w:tc>
          <w:tcPr>
            <w:tcW w:w="3744" w:type="dxa"/>
          </w:tcPr>
          <w:p w14:paraId="040625C2" w14:textId="77777777" w:rsidR="00D94E50" w:rsidRPr="00D35743" w:rsidRDefault="00000000">
            <w:pPr>
              <w:rPr>
                <w:rFonts w:cs="Times New Roman"/>
                <w:color w:val="000000" w:themeColor="text1"/>
                <w:sz w:val="22"/>
              </w:rPr>
            </w:pPr>
            <w:r w:rsidRPr="00D35743">
              <w:rPr>
                <w:rFonts w:cs="Times New Roman"/>
                <w:color w:val="000000" w:themeColor="text1"/>
                <w:sz w:val="22"/>
              </w:rPr>
              <w:t>Male</w:t>
            </w:r>
          </w:p>
        </w:tc>
        <w:tc>
          <w:tcPr>
            <w:tcW w:w="2016" w:type="dxa"/>
          </w:tcPr>
          <w:p w14:paraId="7AE325DE" w14:textId="77777777" w:rsidR="00D94E50" w:rsidRPr="00D35743" w:rsidRDefault="00000000">
            <w:pPr>
              <w:rPr>
                <w:rFonts w:cs="Times New Roman"/>
                <w:color w:val="000000" w:themeColor="text1"/>
                <w:sz w:val="22"/>
              </w:rPr>
            </w:pPr>
            <w:r w:rsidRPr="00D35743">
              <w:rPr>
                <w:rFonts w:cs="Times New Roman"/>
                <w:color w:val="000000" w:themeColor="text1"/>
                <w:sz w:val="22"/>
              </w:rPr>
              <w:t>2006–2024</w:t>
            </w:r>
          </w:p>
        </w:tc>
        <w:tc>
          <w:tcPr>
            <w:tcW w:w="2016" w:type="dxa"/>
          </w:tcPr>
          <w:p w14:paraId="77309DCC" w14:textId="77777777" w:rsidR="00D94E50" w:rsidRPr="00D35743" w:rsidRDefault="00000000">
            <w:pPr>
              <w:rPr>
                <w:rFonts w:cs="Times New Roman"/>
                <w:color w:val="000000" w:themeColor="text1"/>
                <w:sz w:val="22"/>
              </w:rPr>
            </w:pPr>
            <w:r w:rsidRPr="00D35743">
              <w:rPr>
                <w:rFonts w:cs="Times New Roman"/>
                <w:color w:val="000000" w:themeColor="text1"/>
                <w:sz w:val="22"/>
              </w:rPr>
              <w:t>+3.36</w:t>
            </w:r>
          </w:p>
        </w:tc>
        <w:tc>
          <w:tcPr>
            <w:tcW w:w="2880" w:type="dxa"/>
          </w:tcPr>
          <w:p w14:paraId="1F228762" w14:textId="77777777" w:rsidR="00D94E50" w:rsidRPr="00D35743" w:rsidRDefault="00000000">
            <w:pPr>
              <w:rPr>
                <w:rFonts w:cs="Times New Roman"/>
                <w:color w:val="000000" w:themeColor="text1"/>
                <w:sz w:val="22"/>
              </w:rPr>
            </w:pPr>
            <w:r w:rsidRPr="00D35743">
              <w:rPr>
                <w:rFonts w:cs="Times New Roman"/>
                <w:color w:val="000000" w:themeColor="text1"/>
                <w:sz w:val="22"/>
              </w:rPr>
              <w:t>2.81 to 3.91</w:t>
            </w:r>
          </w:p>
        </w:tc>
        <w:tc>
          <w:tcPr>
            <w:tcW w:w="1728" w:type="dxa"/>
          </w:tcPr>
          <w:p w14:paraId="0AB08037"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5F32D870" w14:textId="77777777">
        <w:tc>
          <w:tcPr>
            <w:tcW w:w="3744" w:type="dxa"/>
          </w:tcPr>
          <w:p w14:paraId="3F1BD81E" w14:textId="77777777" w:rsidR="00D94E50" w:rsidRPr="00D35743" w:rsidRDefault="00000000">
            <w:pPr>
              <w:rPr>
                <w:rFonts w:cs="Times New Roman"/>
                <w:color w:val="000000" w:themeColor="text1"/>
                <w:sz w:val="22"/>
              </w:rPr>
            </w:pPr>
            <w:r w:rsidRPr="00D35743">
              <w:rPr>
                <w:rFonts w:cs="Times New Roman"/>
                <w:color w:val="000000" w:themeColor="text1"/>
                <w:sz w:val="22"/>
              </w:rPr>
              <w:t>25–44 years</w:t>
            </w:r>
          </w:p>
        </w:tc>
        <w:tc>
          <w:tcPr>
            <w:tcW w:w="2016" w:type="dxa"/>
          </w:tcPr>
          <w:p w14:paraId="2A3ED310" w14:textId="77777777" w:rsidR="00D94E50" w:rsidRPr="00D35743" w:rsidRDefault="00000000">
            <w:pPr>
              <w:rPr>
                <w:rFonts w:cs="Times New Roman"/>
                <w:color w:val="000000" w:themeColor="text1"/>
                <w:sz w:val="22"/>
              </w:rPr>
            </w:pPr>
            <w:r w:rsidRPr="00D35743">
              <w:rPr>
                <w:rFonts w:cs="Times New Roman"/>
                <w:color w:val="000000" w:themeColor="text1"/>
                <w:sz w:val="22"/>
              </w:rPr>
              <w:t>1999–2014</w:t>
            </w:r>
          </w:p>
        </w:tc>
        <w:tc>
          <w:tcPr>
            <w:tcW w:w="2016" w:type="dxa"/>
          </w:tcPr>
          <w:p w14:paraId="4733D053" w14:textId="77777777" w:rsidR="00D94E50" w:rsidRPr="00D35743" w:rsidRDefault="00000000">
            <w:pPr>
              <w:rPr>
                <w:rFonts w:cs="Times New Roman"/>
                <w:color w:val="000000" w:themeColor="text1"/>
                <w:sz w:val="22"/>
              </w:rPr>
            </w:pPr>
            <w:r w:rsidRPr="00D35743">
              <w:rPr>
                <w:rFonts w:cs="Times New Roman"/>
                <w:color w:val="000000" w:themeColor="text1"/>
                <w:sz w:val="22"/>
              </w:rPr>
              <w:t>-1.30</w:t>
            </w:r>
          </w:p>
        </w:tc>
        <w:tc>
          <w:tcPr>
            <w:tcW w:w="2880" w:type="dxa"/>
          </w:tcPr>
          <w:p w14:paraId="29CBCCE1" w14:textId="77777777" w:rsidR="00D94E50" w:rsidRPr="00D35743" w:rsidRDefault="00000000">
            <w:pPr>
              <w:rPr>
                <w:rFonts w:cs="Times New Roman"/>
                <w:color w:val="000000" w:themeColor="text1"/>
                <w:sz w:val="22"/>
              </w:rPr>
            </w:pPr>
            <w:r w:rsidRPr="00D35743">
              <w:rPr>
                <w:rFonts w:cs="Times New Roman"/>
                <w:color w:val="000000" w:themeColor="text1"/>
                <w:sz w:val="22"/>
              </w:rPr>
              <w:t>-3.71 to 1.17</w:t>
            </w:r>
          </w:p>
        </w:tc>
        <w:tc>
          <w:tcPr>
            <w:tcW w:w="1728" w:type="dxa"/>
          </w:tcPr>
          <w:p w14:paraId="0A7FAD95" w14:textId="77777777" w:rsidR="00D94E50" w:rsidRPr="00D35743" w:rsidRDefault="00000000">
            <w:pPr>
              <w:rPr>
                <w:rFonts w:cs="Times New Roman"/>
                <w:color w:val="000000" w:themeColor="text1"/>
                <w:sz w:val="22"/>
              </w:rPr>
            </w:pPr>
            <w:r w:rsidRPr="00D35743">
              <w:rPr>
                <w:rFonts w:cs="Times New Roman"/>
                <w:color w:val="000000" w:themeColor="text1"/>
                <w:sz w:val="22"/>
              </w:rPr>
              <w:t>.282</w:t>
            </w:r>
          </w:p>
        </w:tc>
      </w:tr>
      <w:tr w:rsidR="00D94E50" w:rsidRPr="00D35743" w14:paraId="1AFA168D" w14:textId="77777777">
        <w:tc>
          <w:tcPr>
            <w:tcW w:w="3744" w:type="dxa"/>
          </w:tcPr>
          <w:p w14:paraId="3CA61A14" w14:textId="77777777" w:rsidR="00D94E50" w:rsidRPr="00D35743" w:rsidRDefault="00000000">
            <w:pPr>
              <w:rPr>
                <w:rFonts w:cs="Times New Roman"/>
                <w:color w:val="000000" w:themeColor="text1"/>
                <w:sz w:val="22"/>
              </w:rPr>
            </w:pPr>
            <w:r w:rsidRPr="00D35743">
              <w:rPr>
                <w:rFonts w:cs="Times New Roman"/>
                <w:color w:val="000000" w:themeColor="text1"/>
                <w:sz w:val="22"/>
              </w:rPr>
              <w:t>25–44 years</w:t>
            </w:r>
          </w:p>
        </w:tc>
        <w:tc>
          <w:tcPr>
            <w:tcW w:w="2016" w:type="dxa"/>
          </w:tcPr>
          <w:p w14:paraId="4B433F7E" w14:textId="77777777" w:rsidR="00D94E50" w:rsidRPr="00D35743" w:rsidRDefault="00000000">
            <w:pPr>
              <w:rPr>
                <w:rFonts w:cs="Times New Roman"/>
                <w:color w:val="000000" w:themeColor="text1"/>
                <w:sz w:val="22"/>
              </w:rPr>
            </w:pPr>
            <w:r w:rsidRPr="00D35743">
              <w:rPr>
                <w:rFonts w:cs="Times New Roman"/>
                <w:color w:val="000000" w:themeColor="text1"/>
                <w:sz w:val="22"/>
              </w:rPr>
              <w:t>2014–2024</w:t>
            </w:r>
          </w:p>
        </w:tc>
        <w:tc>
          <w:tcPr>
            <w:tcW w:w="2016" w:type="dxa"/>
          </w:tcPr>
          <w:p w14:paraId="6DE79086" w14:textId="77777777" w:rsidR="00D94E50" w:rsidRPr="00D35743" w:rsidRDefault="00000000">
            <w:pPr>
              <w:rPr>
                <w:rFonts w:cs="Times New Roman"/>
                <w:color w:val="000000" w:themeColor="text1"/>
                <w:sz w:val="22"/>
              </w:rPr>
            </w:pPr>
            <w:r w:rsidRPr="00D35743">
              <w:rPr>
                <w:rFonts w:cs="Times New Roman"/>
                <w:color w:val="000000" w:themeColor="text1"/>
                <w:sz w:val="22"/>
              </w:rPr>
              <w:t>+12.58</w:t>
            </w:r>
          </w:p>
        </w:tc>
        <w:tc>
          <w:tcPr>
            <w:tcW w:w="2880" w:type="dxa"/>
          </w:tcPr>
          <w:p w14:paraId="67A05705" w14:textId="77777777" w:rsidR="00D94E50" w:rsidRPr="00D35743" w:rsidRDefault="00000000">
            <w:pPr>
              <w:rPr>
                <w:rFonts w:cs="Times New Roman"/>
                <w:color w:val="000000" w:themeColor="text1"/>
                <w:sz w:val="22"/>
              </w:rPr>
            </w:pPr>
            <w:r w:rsidRPr="00D35743">
              <w:rPr>
                <w:rFonts w:cs="Times New Roman"/>
                <w:color w:val="000000" w:themeColor="text1"/>
                <w:sz w:val="22"/>
              </w:rPr>
              <w:t>9.41 to 15.85</w:t>
            </w:r>
          </w:p>
        </w:tc>
        <w:tc>
          <w:tcPr>
            <w:tcW w:w="1728" w:type="dxa"/>
          </w:tcPr>
          <w:p w14:paraId="0D373BB4"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4478D5F5" w14:textId="77777777">
        <w:tc>
          <w:tcPr>
            <w:tcW w:w="3744" w:type="dxa"/>
          </w:tcPr>
          <w:p w14:paraId="073FCE82" w14:textId="77777777" w:rsidR="00D94E50" w:rsidRPr="00D35743" w:rsidRDefault="00000000">
            <w:pPr>
              <w:rPr>
                <w:rFonts w:cs="Times New Roman"/>
                <w:color w:val="000000" w:themeColor="text1"/>
                <w:sz w:val="22"/>
              </w:rPr>
            </w:pPr>
            <w:r w:rsidRPr="00D35743">
              <w:rPr>
                <w:rFonts w:cs="Times New Roman"/>
                <w:color w:val="000000" w:themeColor="text1"/>
                <w:sz w:val="22"/>
              </w:rPr>
              <w:t>45–64 years</w:t>
            </w:r>
          </w:p>
        </w:tc>
        <w:tc>
          <w:tcPr>
            <w:tcW w:w="2016" w:type="dxa"/>
          </w:tcPr>
          <w:p w14:paraId="35E1F5F1" w14:textId="77777777" w:rsidR="00D94E50" w:rsidRPr="00D35743" w:rsidRDefault="00000000">
            <w:pPr>
              <w:rPr>
                <w:rFonts w:cs="Times New Roman"/>
                <w:color w:val="000000" w:themeColor="text1"/>
                <w:sz w:val="22"/>
              </w:rPr>
            </w:pPr>
            <w:r w:rsidRPr="00D35743">
              <w:rPr>
                <w:rFonts w:cs="Times New Roman"/>
                <w:color w:val="000000" w:themeColor="text1"/>
                <w:sz w:val="22"/>
              </w:rPr>
              <w:t>1999–2007</w:t>
            </w:r>
          </w:p>
        </w:tc>
        <w:tc>
          <w:tcPr>
            <w:tcW w:w="2016" w:type="dxa"/>
          </w:tcPr>
          <w:p w14:paraId="38A4F88A" w14:textId="77777777" w:rsidR="00D94E50" w:rsidRPr="00D35743" w:rsidRDefault="00000000">
            <w:pPr>
              <w:rPr>
                <w:rFonts w:cs="Times New Roman"/>
                <w:color w:val="000000" w:themeColor="text1"/>
                <w:sz w:val="22"/>
              </w:rPr>
            </w:pPr>
            <w:r w:rsidRPr="00D35743">
              <w:rPr>
                <w:rFonts w:cs="Times New Roman"/>
                <w:color w:val="000000" w:themeColor="text1"/>
                <w:sz w:val="22"/>
              </w:rPr>
              <w:t>-1.58</w:t>
            </w:r>
          </w:p>
        </w:tc>
        <w:tc>
          <w:tcPr>
            <w:tcW w:w="2880" w:type="dxa"/>
          </w:tcPr>
          <w:p w14:paraId="2BDFA5BE" w14:textId="77777777" w:rsidR="00D94E50" w:rsidRPr="00D35743" w:rsidRDefault="00000000">
            <w:pPr>
              <w:rPr>
                <w:rFonts w:cs="Times New Roman"/>
                <w:color w:val="000000" w:themeColor="text1"/>
                <w:sz w:val="22"/>
              </w:rPr>
            </w:pPr>
            <w:r w:rsidRPr="00D35743">
              <w:rPr>
                <w:rFonts w:cs="Times New Roman"/>
                <w:color w:val="000000" w:themeColor="text1"/>
                <w:sz w:val="22"/>
              </w:rPr>
              <w:t>-4.15 to 1.06</w:t>
            </w:r>
          </w:p>
        </w:tc>
        <w:tc>
          <w:tcPr>
            <w:tcW w:w="1728" w:type="dxa"/>
          </w:tcPr>
          <w:p w14:paraId="3DE63B2C" w14:textId="77777777" w:rsidR="00D94E50" w:rsidRPr="00D35743" w:rsidRDefault="00000000">
            <w:pPr>
              <w:rPr>
                <w:rFonts w:cs="Times New Roman"/>
                <w:color w:val="000000" w:themeColor="text1"/>
                <w:sz w:val="22"/>
              </w:rPr>
            </w:pPr>
            <w:r w:rsidRPr="00D35743">
              <w:rPr>
                <w:rFonts w:cs="Times New Roman"/>
                <w:color w:val="000000" w:themeColor="text1"/>
                <w:sz w:val="22"/>
              </w:rPr>
              <w:t>.226</w:t>
            </w:r>
          </w:p>
        </w:tc>
      </w:tr>
      <w:tr w:rsidR="00D94E50" w:rsidRPr="00D35743" w14:paraId="4D2A9674" w14:textId="77777777">
        <w:tc>
          <w:tcPr>
            <w:tcW w:w="3744" w:type="dxa"/>
          </w:tcPr>
          <w:p w14:paraId="6AB50313" w14:textId="77777777" w:rsidR="00D94E50" w:rsidRPr="00D35743" w:rsidRDefault="00000000">
            <w:pPr>
              <w:rPr>
                <w:rFonts w:cs="Times New Roman"/>
                <w:color w:val="000000" w:themeColor="text1"/>
                <w:sz w:val="22"/>
              </w:rPr>
            </w:pPr>
            <w:r w:rsidRPr="00D35743">
              <w:rPr>
                <w:rFonts w:cs="Times New Roman"/>
                <w:color w:val="000000" w:themeColor="text1"/>
                <w:sz w:val="22"/>
              </w:rPr>
              <w:t>45–64 years</w:t>
            </w:r>
          </w:p>
        </w:tc>
        <w:tc>
          <w:tcPr>
            <w:tcW w:w="2016" w:type="dxa"/>
          </w:tcPr>
          <w:p w14:paraId="3D43DF65" w14:textId="77777777" w:rsidR="00D94E50" w:rsidRPr="00D35743" w:rsidRDefault="00000000">
            <w:pPr>
              <w:rPr>
                <w:rFonts w:cs="Times New Roman"/>
                <w:color w:val="000000" w:themeColor="text1"/>
                <w:sz w:val="22"/>
              </w:rPr>
            </w:pPr>
            <w:r w:rsidRPr="00D35743">
              <w:rPr>
                <w:rFonts w:cs="Times New Roman"/>
                <w:color w:val="000000" w:themeColor="text1"/>
                <w:sz w:val="22"/>
              </w:rPr>
              <w:t>2007–2024</w:t>
            </w:r>
          </w:p>
        </w:tc>
        <w:tc>
          <w:tcPr>
            <w:tcW w:w="2016" w:type="dxa"/>
          </w:tcPr>
          <w:p w14:paraId="6FDE0A51" w14:textId="77777777" w:rsidR="00D94E50" w:rsidRPr="00D35743" w:rsidRDefault="00000000">
            <w:pPr>
              <w:rPr>
                <w:rFonts w:cs="Times New Roman"/>
                <w:color w:val="000000" w:themeColor="text1"/>
                <w:sz w:val="22"/>
              </w:rPr>
            </w:pPr>
            <w:r w:rsidRPr="00D35743">
              <w:rPr>
                <w:rFonts w:cs="Times New Roman"/>
                <w:color w:val="000000" w:themeColor="text1"/>
                <w:sz w:val="22"/>
              </w:rPr>
              <w:t>+5.69</w:t>
            </w:r>
          </w:p>
        </w:tc>
        <w:tc>
          <w:tcPr>
            <w:tcW w:w="2880" w:type="dxa"/>
          </w:tcPr>
          <w:p w14:paraId="343EC375" w14:textId="77777777" w:rsidR="00D94E50" w:rsidRPr="00D35743" w:rsidRDefault="00000000">
            <w:pPr>
              <w:rPr>
                <w:rFonts w:cs="Times New Roman"/>
                <w:color w:val="000000" w:themeColor="text1"/>
                <w:sz w:val="22"/>
              </w:rPr>
            </w:pPr>
            <w:r w:rsidRPr="00D35743">
              <w:rPr>
                <w:rFonts w:cs="Times New Roman"/>
                <w:color w:val="000000" w:themeColor="text1"/>
                <w:sz w:val="22"/>
              </w:rPr>
              <w:t>4.99 to 6.40</w:t>
            </w:r>
          </w:p>
        </w:tc>
        <w:tc>
          <w:tcPr>
            <w:tcW w:w="1728" w:type="dxa"/>
          </w:tcPr>
          <w:p w14:paraId="66DD26E9"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31B7DE8B" w14:textId="77777777">
        <w:tc>
          <w:tcPr>
            <w:tcW w:w="3744" w:type="dxa"/>
          </w:tcPr>
          <w:p w14:paraId="75DAC9DD" w14:textId="77777777" w:rsidR="00D94E50" w:rsidRPr="00D35743" w:rsidRDefault="00000000">
            <w:pPr>
              <w:rPr>
                <w:rFonts w:cs="Times New Roman"/>
                <w:color w:val="000000" w:themeColor="text1"/>
                <w:sz w:val="22"/>
              </w:rPr>
            </w:pPr>
            <w:r w:rsidRPr="00D35743">
              <w:rPr>
                <w:rFonts w:cs="Times New Roman"/>
                <w:color w:val="000000" w:themeColor="text1"/>
                <w:sz w:val="22"/>
              </w:rPr>
              <w:t>≥65 years</w:t>
            </w:r>
          </w:p>
        </w:tc>
        <w:tc>
          <w:tcPr>
            <w:tcW w:w="2016" w:type="dxa"/>
          </w:tcPr>
          <w:p w14:paraId="657F0870" w14:textId="77777777" w:rsidR="00D94E50" w:rsidRPr="00D35743" w:rsidRDefault="00000000">
            <w:pPr>
              <w:rPr>
                <w:rFonts w:cs="Times New Roman"/>
                <w:color w:val="000000" w:themeColor="text1"/>
                <w:sz w:val="22"/>
              </w:rPr>
            </w:pPr>
            <w:r w:rsidRPr="00D35743">
              <w:rPr>
                <w:rFonts w:cs="Times New Roman"/>
                <w:color w:val="000000" w:themeColor="text1"/>
                <w:sz w:val="22"/>
              </w:rPr>
              <w:t>1999–2007</w:t>
            </w:r>
          </w:p>
        </w:tc>
        <w:tc>
          <w:tcPr>
            <w:tcW w:w="2016" w:type="dxa"/>
          </w:tcPr>
          <w:p w14:paraId="557392C5" w14:textId="77777777" w:rsidR="00D94E50" w:rsidRPr="00D35743" w:rsidRDefault="00000000">
            <w:pPr>
              <w:rPr>
                <w:rFonts w:cs="Times New Roman"/>
                <w:color w:val="000000" w:themeColor="text1"/>
                <w:sz w:val="22"/>
              </w:rPr>
            </w:pPr>
            <w:r w:rsidRPr="00D35743">
              <w:rPr>
                <w:rFonts w:cs="Times New Roman"/>
                <w:color w:val="000000" w:themeColor="text1"/>
                <w:sz w:val="22"/>
              </w:rPr>
              <w:t>-4.20</w:t>
            </w:r>
          </w:p>
        </w:tc>
        <w:tc>
          <w:tcPr>
            <w:tcW w:w="2880" w:type="dxa"/>
          </w:tcPr>
          <w:p w14:paraId="4DD2607D" w14:textId="77777777" w:rsidR="00D94E50" w:rsidRPr="00D35743" w:rsidRDefault="00000000">
            <w:pPr>
              <w:rPr>
                <w:rFonts w:cs="Times New Roman"/>
                <w:color w:val="000000" w:themeColor="text1"/>
                <w:sz w:val="22"/>
              </w:rPr>
            </w:pPr>
            <w:r w:rsidRPr="00D35743">
              <w:rPr>
                <w:rFonts w:cs="Times New Roman"/>
                <w:color w:val="000000" w:themeColor="text1"/>
                <w:sz w:val="22"/>
              </w:rPr>
              <w:t>-5.99 to -2.37</w:t>
            </w:r>
          </w:p>
        </w:tc>
        <w:tc>
          <w:tcPr>
            <w:tcW w:w="1728" w:type="dxa"/>
          </w:tcPr>
          <w:p w14:paraId="1ACC7BD8"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5247FCE3" w14:textId="77777777">
        <w:tc>
          <w:tcPr>
            <w:tcW w:w="3744" w:type="dxa"/>
          </w:tcPr>
          <w:p w14:paraId="75E14280" w14:textId="77777777" w:rsidR="00D94E50" w:rsidRPr="00D35743" w:rsidRDefault="00000000">
            <w:pPr>
              <w:rPr>
                <w:rFonts w:cs="Times New Roman"/>
                <w:color w:val="000000" w:themeColor="text1"/>
                <w:sz w:val="22"/>
              </w:rPr>
            </w:pPr>
            <w:r w:rsidRPr="00D35743">
              <w:rPr>
                <w:rFonts w:cs="Times New Roman"/>
                <w:color w:val="000000" w:themeColor="text1"/>
                <w:sz w:val="22"/>
              </w:rPr>
              <w:t>≥65 years</w:t>
            </w:r>
          </w:p>
        </w:tc>
        <w:tc>
          <w:tcPr>
            <w:tcW w:w="2016" w:type="dxa"/>
          </w:tcPr>
          <w:p w14:paraId="5DC117B1" w14:textId="77777777" w:rsidR="00D94E50" w:rsidRPr="00D35743" w:rsidRDefault="00000000">
            <w:pPr>
              <w:rPr>
                <w:rFonts w:cs="Times New Roman"/>
                <w:color w:val="000000" w:themeColor="text1"/>
                <w:sz w:val="22"/>
              </w:rPr>
            </w:pPr>
            <w:r w:rsidRPr="00D35743">
              <w:rPr>
                <w:rFonts w:cs="Times New Roman"/>
                <w:color w:val="000000" w:themeColor="text1"/>
                <w:sz w:val="22"/>
              </w:rPr>
              <w:t>2007–2024</w:t>
            </w:r>
          </w:p>
        </w:tc>
        <w:tc>
          <w:tcPr>
            <w:tcW w:w="2016" w:type="dxa"/>
          </w:tcPr>
          <w:p w14:paraId="53B6D06B" w14:textId="77777777" w:rsidR="00D94E50" w:rsidRPr="00D35743" w:rsidRDefault="00000000">
            <w:pPr>
              <w:rPr>
                <w:rFonts w:cs="Times New Roman"/>
                <w:color w:val="000000" w:themeColor="text1"/>
                <w:sz w:val="22"/>
              </w:rPr>
            </w:pPr>
            <w:r w:rsidRPr="00D35743">
              <w:rPr>
                <w:rFonts w:cs="Times New Roman"/>
                <w:color w:val="000000" w:themeColor="text1"/>
                <w:sz w:val="22"/>
              </w:rPr>
              <w:t>+2.31</w:t>
            </w:r>
          </w:p>
        </w:tc>
        <w:tc>
          <w:tcPr>
            <w:tcW w:w="2880" w:type="dxa"/>
          </w:tcPr>
          <w:p w14:paraId="27668106" w14:textId="77777777" w:rsidR="00D94E50" w:rsidRPr="00D35743" w:rsidRDefault="00000000">
            <w:pPr>
              <w:rPr>
                <w:rFonts w:cs="Times New Roman"/>
                <w:color w:val="000000" w:themeColor="text1"/>
                <w:sz w:val="22"/>
              </w:rPr>
            </w:pPr>
            <w:r w:rsidRPr="00D35743">
              <w:rPr>
                <w:rFonts w:cs="Times New Roman"/>
                <w:color w:val="000000" w:themeColor="text1"/>
                <w:sz w:val="22"/>
              </w:rPr>
              <w:t>1.75 to 2.88</w:t>
            </w:r>
          </w:p>
        </w:tc>
        <w:tc>
          <w:tcPr>
            <w:tcW w:w="1728" w:type="dxa"/>
          </w:tcPr>
          <w:p w14:paraId="22708917"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3ED7EC45" w14:textId="77777777">
        <w:tc>
          <w:tcPr>
            <w:tcW w:w="3744" w:type="dxa"/>
          </w:tcPr>
          <w:p w14:paraId="2EBD7FE2" w14:textId="77777777" w:rsidR="00D94E50" w:rsidRPr="00D35743" w:rsidRDefault="00000000">
            <w:pPr>
              <w:rPr>
                <w:rFonts w:cs="Times New Roman"/>
                <w:color w:val="000000" w:themeColor="text1"/>
                <w:sz w:val="22"/>
              </w:rPr>
            </w:pPr>
            <w:r w:rsidRPr="00D35743">
              <w:rPr>
                <w:rFonts w:cs="Times New Roman"/>
                <w:color w:val="000000" w:themeColor="text1"/>
                <w:sz w:val="22"/>
              </w:rPr>
              <w:t>Northeast</w:t>
            </w:r>
          </w:p>
        </w:tc>
        <w:tc>
          <w:tcPr>
            <w:tcW w:w="2016" w:type="dxa"/>
          </w:tcPr>
          <w:p w14:paraId="36DFDEC3" w14:textId="77777777" w:rsidR="00D94E50" w:rsidRPr="00D35743" w:rsidRDefault="00000000">
            <w:pPr>
              <w:rPr>
                <w:rFonts w:cs="Times New Roman"/>
                <w:color w:val="000000" w:themeColor="text1"/>
                <w:sz w:val="22"/>
              </w:rPr>
            </w:pPr>
            <w:r w:rsidRPr="00D35743">
              <w:rPr>
                <w:rFonts w:cs="Times New Roman"/>
                <w:color w:val="000000" w:themeColor="text1"/>
                <w:sz w:val="22"/>
              </w:rPr>
              <w:t>1999–2007</w:t>
            </w:r>
          </w:p>
        </w:tc>
        <w:tc>
          <w:tcPr>
            <w:tcW w:w="2016" w:type="dxa"/>
          </w:tcPr>
          <w:p w14:paraId="4571BAA1" w14:textId="77777777" w:rsidR="00D94E50" w:rsidRPr="00D35743" w:rsidRDefault="00000000">
            <w:pPr>
              <w:rPr>
                <w:rFonts w:cs="Times New Roman"/>
                <w:color w:val="000000" w:themeColor="text1"/>
                <w:sz w:val="22"/>
              </w:rPr>
            </w:pPr>
            <w:r w:rsidRPr="00D35743">
              <w:rPr>
                <w:rFonts w:cs="Times New Roman"/>
                <w:color w:val="000000" w:themeColor="text1"/>
                <w:sz w:val="22"/>
              </w:rPr>
              <w:t>-4.07</w:t>
            </w:r>
          </w:p>
        </w:tc>
        <w:tc>
          <w:tcPr>
            <w:tcW w:w="2880" w:type="dxa"/>
          </w:tcPr>
          <w:p w14:paraId="37117985" w14:textId="77777777" w:rsidR="00D94E50" w:rsidRPr="00D35743" w:rsidRDefault="00000000">
            <w:pPr>
              <w:rPr>
                <w:rFonts w:cs="Times New Roman"/>
                <w:color w:val="000000" w:themeColor="text1"/>
                <w:sz w:val="22"/>
              </w:rPr>
            </w:pPr>
            <w:r w:rsidRPr="00D35743">
              <w:rPr>
                <w:rFonts w:cs="Times New Roman"/>
                <w:color w:val="000000" w:themeColor="text1"/>
                <w:sz w:val="22"/>
              </w:rPr>
              <w:t>-7.20 to -0.83</w:t>
            </w:r>
          </w:p>
        </w:tc>
        <w:tc>
          <w:tcPr>
            <w:tcW w:w="1728" w:type="dxa"/>
          </w:tcPr>
          <w:p w14:paraId="346FC4A6" w14:textId="77777777" w:rsidR="00D94E50" w:rsidRPr="00D35743" w:rsidRDefault="00000000">
            <w:pPr>
              <w:rPr>
                <w:rFonts w:cs="Times New Roman"/>
                <w:color w:val="000000" w:themeColor="text1"/>
                <w:sz w:val="22"/>
              </w:rPr>
            </w:pPr>
            <w:r w:rsidRPr="00D35743">
              <w:rPr>
                <w:rFonts w:cs="Times New Roman"/>
                <w:color w:val="000000" w:themeColor="text1"/>
                <w:sz w:val="22"/>
              </w:rPr>
              <w:t>.017</w:t>
            </w:r>
          </w:p>
        </w:tc>
      </w:tr>
      <w:tr w:rsidR="00D94E50" w:rsidRPr="00D35743" w14:paraId="70999612" w14:textId="77777777">
        <w:tc>
          <w:tcPr>
            <w:tcW w:w="3744" w:type="dxa"/>
          </w:tcPr>
          <w:p w14:paraId="7C8FF658" w14:textId="77777777" w:rsidR="00D94E50" w:rsidRPr="00D35743" w:rsidRDefault="00000000">
            <w:pPr>
              <w:rPr>
                <w:rFonts w:cs="Times New Roman"/>
                <w:color w:val="000000" w:themeColor="text1"/>
                <w:sz w:val="22"/>
              </w:rPr>
            </w:pPr>
            <w:r w:rsidRPr="00D35743">
              <w:rPr>
                <w:rFonts w:cs="Times New Roman"/>
                <w:color w:val="000000" w:themeColor="text1"/>
                <w:sz w:val="22"/>
              </w:rPr>
              <w:t>Northeast</w:t>
            </w:r>
          </w:p>
        </w:tc>
        <w:tc>
          <w:tcPr>
            <w:tcW w:w="2016" w:type="dxa"/>
          </w:tcPr>
          <w:p w14:paraId="39EA81A9" w14:textId="77777777" w:rsidR="00D94E50" w:rsidRPr="00D35743" w:rsidRDefault="00000000">
            <w:pPr>
              <w:rPr>
                <w:rFonts w:cs="Times New Roman"/>
                <w:color w:val="000000" w:themeColor="text1"/>
                <w:sz w:val="22"/>
              </w:rPr>
            </w:pPr>
            <w:r w:rsidRPr="00D35743">
              <w:rPr>
                <w:rFonts w:cs="Times New Roman"/>
                <w:color w:val="000000" w:themeColor="text1"/>
                <w:sz w:val="22"/>
              </w:rPr>
              <w:t>2007–2024</w:t>
            </w:r>
          </w:p>
        </w:tc>
        <w:tc>
          <w:tcPr>
            <w:tcW w:w="2016" w:type="dxa"/>
          </w:tcPr>
          <w:p w14:paraId="747CF540" w14:textId="77777777" w:rsidR="00D94E50" w:rsidRPr="00D35743" w:rsidRDefault="00000000">
            <w:pPr>
              <w:rPr>
                <w:rFonts w:cs="Times New Roman"/>
                <w:color w:val="000000" w:themeColor="text1"/>
                <w:sz w:val="22"/>
              </w:rPr>
            </w:pPr>
            <w:r w:rsidRPr="00D35743">
              <w:rPr>
                <w:rFonts w:cs="Times New Roman"/>
                <w:color w:val="000000" w:themeColor="text1"/>
                <w:sz w:val="22"/>
              </w:rPr>
              <w:t>+4.23</w:t>
            </w:r>
          </w:p>
        </w:tc>
        <w:tc>
          <w:tcPr>
            <w:tcW w:w="2880" w:type="dxa"/>
          </w:tcPr>
          <w:p w14:paraId="78D995AD" w14:textId="77777777" w:rsidR="00D94E50" w:rsidRPr="00D35743" w:rsidRDefault="00000000">
            <w:pPr>
              <w:rPr>
                <w:rFonts w:cs="Times New Roman"/>
                <w:color w:val="000000" w:themeColor="text1"/>
                <w:sz w:val="22"/>
              </w:rPr>
            </w:pPr>
            <w:r w:rsidRPr="00D35743">
              <w:rPr>
                <w:rFonts w:cs="Times New Roman"/>
                <w:color w:val="000000" w:themeColor="text1"/>
                <w:sz w:val="22"/>
              </w:rPr>
              <w:t>3.35 to 5.13</w:t>
            </w:r>
          </w:p>
        </w:tc>
        <w:tc>
          <w:tcPr>
            <w:tcW w:w="1728" w:type="dxa"/>
          </w:tcPr>
          <w:p w14:paraId="4E501099"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09810F04" w14:textId="77777777">
        <w:tc>
          <w:tcPr>
            <w:tcW w:w="3744" w:type="dxa"/>
          </w:tcPr>
          <w:p w14:paraId="4F1F1E3C" w14:textId="77777777" w:rsidR="00D94E50" w:rsidRPr="00D35743" w:rsidRDefault="00000000">
            <w:pPr>
              <w:rPr>
                <w:rFonts w:cs="Times New Roman"/>
                <w:color w:val="000000" w:themeColor="text1"/>
                <w:sz w:val="22"/>
              </w:rPr>
            </w:pPr>
            <w:r w:rsidRPr="00D35743">
              <w:rPr>
                <w:rFonts w:cs="Times New Roman"/>
                <w:color w:val="000000" w:themeColor="text1"/>
                <w:sz w:val="22"/>
              </w:rPr>
              <w:t>Midwest</w:t>
            </w:r>
          </w:p>
        </w:tc>
        <w:tc>
          <w:tcPr>
            <w:tcW w:w="2016" w:type="dxa"/>
          </w:tcPr>
          <w:p w14:paraId="77D7BAA3" w14:textId="77777777" w:rsidR="00D94E50" w:rsidRPr="00D35743" w:rsidRDefault="00000000">
            <w:pPr>
              <w:rPr>
                <w:rFonts w:cs="Times New Roman"/>
                <w:color w:val="000000" w:themeColor="text1"/>
                <w:sz w:val="22"/>
              </w:rPr>
            </w:pPr>
            <w:r w:rsidRPr="00D35743">
              <w:rPr>
                <w:rFonts w:cs="Times New Roman"/>
                <w:color w:val="000000" w:themeColor="text1"/>
                <w:sz w:val="22"/>
              </w:rPr>
              <w:t>1999–2007</w:t>
            </w:r>
          </w:p>
        </w:tc>
        <w:tc>
          <w:tcPr>
            <w:tcW w:w="2016" w:type="dxa"/>
          </w:tcPr>
          <w:p w14:paraId="2A1FED10" w14:textId="77777777" w:rsidR="00D94E50" w:rsidRPr="00D35743" w:rsidRDefault="00000000">
            <w:pPr>
              <w:rPr>
                <w:rFonts w:cs="Times New Roman"/>
                <w:color w:val="000000" w:themeColor="text1"/>
                <w:sz w:val="22"/>
              </w:rPr>
            </w:pPr>
            <w:r w:rsidRPr="00D35743">
              <w:rPr>
                <w:rFonts w:cs="Times New Roman"/>
                <w:color w:val="000000" w:themeColor="text1"/>
                <w:sz w:val="22"/>
              </w:rPr>
              <w:t>-3.48</w:t>
            </w:r>
          </w:p>
        </w:tc>
        <w:tc>
          <w:tcPr>
            <w:tcW w:w="2880" w:type="dxa"/>
          </w:tcPr>
          <w:p w14:paraId="25D63D3B" w14:textId="77777777" w:rsidR="00D94E50" w:rsidRPr="00D35743" w:rsidRDefault="00000000">
            <w:pPr>
              <w:rPr>
                <w:rFonts w:cs="Times New Roman"/>
                <w:color w:val="000000" w:themeColor="text1"/>
                <w:sz w:val="22"/>
              </w:rPr>
            </w:pPr>
            <w:r w:rsidRPr="00D35743">
              <w:rPr>
                <w:rFonts w:cs="Times New Roman"/>
                <w:color w:val="000000" w:themeColor="text1"/>
                <w:sz w:val="22"/>
              </w:rPr>
              <w:t>-6.40 to -0.48</w:t>
            </w:r>
          </w:p>
        </w:tc>
        <w:tc>
          <w:tcPr>
            <w:tcW w:w="1728" w:type="dxa"/>
          </w:tcPr>
          <w:p w14:paraId="26F7BFAD" w14:textId="77777777" w:rsidR="00D94E50" w:rsidRPr="00D35743" w:rsidRDefault="00000000">
            <w:pPr>
              <w:rPr>
                <w:rFonts w:cs="Times New Roman"/>
                <w:color w:val="000000" w:themeColor="text1"/>
                <w:sz w:val="22"/>
              </w:rPr>
            </w:pPr>
            <w:r w:rsidRPr="00D35743">
              <w:rPr>
                <w:rFonts w:cs="Times New Roman"/>
                <w:color w:val="000000" w:themeColor="text1"/>
                <w:sz w:val="22"/>
              </w:rPr>
              <w:t>.025</w:t>
            </w:r>
          </w:p>
        </w:tc>
      </w:tr>
      <w:tr w:rsidR="00D94E50" w:rsidRPr="00D35743" w14:paraId="4AE6C351" w14:textId="77777777">
        <w:tc>
          <w:tcPr>
            <w:tcW w:w="3744" w:type="dxa"/>
          </w:tcPr>
          <w:p w14:paraId="3729C4A6" w14:textId="77777777" w:rsidR="00D94E50" w:rsidRPr="00D35743" w:rsidRDefault="00000000">
            <w:pPr>
              <w:rPr>
                <w:rFonts w:cs="Times New Roman"/>
                <w:color w:val="000000" w:themeColor="text1"/>
                <w:sz w:val="22"/>
              </w:rPr>
            </w:pPr>
            <w:r w:rsidRPr="00D35743">
              <w:rPr>
                <w:rFonts w:cs="Times New Roman"/>
                <w:color w:val="000000" w:themeColor="text1"/>
                <w:sz w:val="22"/>
              </w:rPr>
              <w:t>Midwest</w:t>
            </w:r>
          </w:p>
        </w:tc>
        <w:tc>
          <w:tcPr>
            <w:tcW w:w="2016" w:type="dxa"/>
          </w:tcPr>
          <w:p w14:paraId="5869F6FC" w14:textId="77777777" w:rsidR="00D94E50" w:rsidRPr="00D35743" w:rsidRDefault="00000000">
            <w:pPr>
              <w:rPr>
                <w:rFonts w:cs="Times New Roman"/>
                <w:color w:val="000000" w:themeColor="text1"/>
                <w:sz w:val="22"/>
              </w:rPr>
            </w:pPr>
            <w:r w:rsidRPr="00D35743">
              <w:rPr>
                <w:rFonts w:cs="Times New Roman"/>
                <w:color w:val="000000" w:themeColor="text1"/>
                <w:sz w:val="22"/>
              </w:rPr>
              <w:t>2007–2024</w:t>
            </w:r>
          </w:p>
        </w:tc>
        <w:tc>
          <w:tcPr>
            <w:tcW w:w="2016" w:type="dxa"/>
          </w:tcPr>
          <w:p w14:paraId="743503DA" w14:textId="77777777" w:rsidR="00D94E50" w:rsidRPr="00D35743" w:rsidRDefault="00000000">
            <w:pPr>
              <w:rPr>
                <w:rFonts w:cs="Times New Roman"/>
                <w:color w:val="000000" w:themeColor="text1"/>
                <w:sz w:val="22"/>
              </w:rPr>
            </w:pPr>
            <w:r w:rsidRPr="00D35743">
              <w:rPr>
                <w:rFonts w:cs="Times New Roman"/>
                <w:color w:val="000000" w:themeColor="text1"/>
                <w:sz w:val="22"/>
              </w:rPr>
              <w:t>+2.26</w:t>
            </w:r>
          </w:p>
        </w:tc>
        <w:tc>
          <w:tcPr>
            <w:tcW w:w="2880" w:type="dxa"/>
          </w:tcPr>
          <w:p w14:paraId="30E1A806" w14:textId="77777777" w:rsidR="00D94E50" w:rsidRPr="00D35743" w:rsidRDefault="00000000">
            <w:pPr>
              <w:rPr>
                <w:rFonts w:cs="Times New Roman"/>
                <w:color w:val="000000" w:themeColor="text1"/>
                <w:sz w:val="22"/>
              </w:rPr>
            </w:pPr>
            <w:r w:rsidRPr="00D35743">
              <w:rPr>
                <w:rFonts w:cs="Times New Roman"/>
                <w:color w:val="000000" w:themeColor="text1"/>
                <w:sz w:val="22"/>
              </w:rPr>
              <w:t>1.40 to 3.12</w:t>
            </w:r>
          </w:p>
        </w:tc>
        <w:tc>
          <w:tcPr>
            <w:tcW w:w="1728" w:type="dxa"/>
          </w:tcPr>
          <w:p w14:paraId="5BF7C253"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62D5CAA9" w14:textId="77777777">
        <w:tc>
          <w:tcPr>
            <w:tcW w:w="3744" w:type="dxa"/>
          </w:tcPr>
          <w:p w14:paraId="11DFDA1D" w14:textId="77777777" w:rsidR="00D94E50" w:rsidRPr="00D35743" w:rsidRDefault="00000000">
            <w:pPr>
              <w:rPr>
                <w:rFonts w:cs="Times New Roman"/>
                <w:color w:val="000000" w:themeColor="text1"/>
                <w:sz w:val="22"/>
              </w:rPr>
            </w:pPr>
            <w:r w:rsidRPr="00D35743">
              <w:rPr>
                <w:rFonts w:cs="Times New Roman"/>
                <w:color w:val="000000" w:themeColor="text1"/>
                <w:sz w:val="22"/>
              </w:rPr>
              <w:t>South</w:t>
            </w:r>
          </w:p>
        </w:tc>
        <w:tc>
          <w:tcPr>
            <w:tcW w:w="2016" w:type="dxa"/>
          </w:tcPr>
          <w:p w14:paraId="53BF3C49" w14:textId="77777777" w:rsidR="00D94E50" w:rsidRPr="00D35743" w:rsidRDefault="00000000">
            <w:pPr>
              <w:rPr>
                <w:rFonts w:cs="Times New Roman"/>
                <w:color w:val="000000" w:themeColor="text1"/>
                <w:sz w:val="22"/>
              </w:rPr>
            </w:pPr>
            <w:r w:rsidRPr="00D35743">
              <w:rPr>
                <w:rFonts w:cs="Times New Roman"/>
                <w:color w:val="000000" w:themeColor="text1"/>
                <w:sz w:val="22"/>
              </w:rPr>
              <w:t>1999–2010</w:t>
            </w:r>
          </w:p>
        </w:tc>
        <w:tc>
          <w:tcPr>
            <w:tcW w:w="2016" w:type="dxa"/>
          </w:tcPr>
          <w:p w14:paraId="6A78ADBC" w14:textId="77777777" w:rsidR="00D94E50" w:rsidRPr="00D35743" w:rsidRDefault="00000000">
            <w:pPr>
              <w:rPr>
                <w:rFonts w:cs="Times New Roman"/>
                <w:color w:val="000000" w:themeColor="text1"/>
                <w:sz w:val="22"/>
              </w:rPr>
            </w:pPr>
            <w:r w:rsidRPr="00D35743">
              <w:rPr>
                <w:rFonts w:cs="Times New Roman"/>
                <w:color w:val="000000" w:themeColor="text1"/>
                <w:sz w:val="22"/>
              </w:rPr>
              <w:t>-4.66</w:t>
            </w:r>
          </w:p>
        </w:tc>
        <w:tc>
          <w:tcPr>
            <w:tcW w:w="2880" w:type="dxa"/>
          </w:tcPr>
          <w:p w14:paraId="32ADF0BF" w14:textId="77777777" w:rsidR="00D94E50" w:rsidRPr="00D35743" w:rsidRDefault="00000000">
            <w:pPr>
              <w:rPr>
                <w:rFonts w:cs="Times New Roman"/>
                <w:color w:val="000000" w:themeColor="text1"/>
                <w:sz w:val="22"/>
              </w:rPr>
            </w:pPr>
            <w:r w:rsidRPr="00D35743">
              <w:rPr>
                <w:rFonts w:cs="Times New Roman"/>
                <w:color w:val="000000" w:themeColor="text1"/>
                <w:sz w:val="22"/>
              </w:rPr>
              <w:t>-6.55 to -2.73</w:t>
            </w:r>
          </w:p>
        </w:tc>
        <w:tc>
          <w:tcPr>
            <w:tcW w:w="1728" w:type="dxa"/>
          </w:tcPr>
          <w:p w14:paraId="55F994FE"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2F1B93ED" w14:textId="77777777">
        <w:tc>
          <w:tcPr>
            <w:tcW w:w="3744" w:type="dxa"/>
          </w:tcPr>
          <w:p w14:paraId="3ECC8EEF" w14:textId="77777777" w:rsidR="00D94E50" w:rsidRPr="00D35743" w:rsidRDefault="00000000">
            <w:pPr>
              <w:rPr>
                <w:rFonts w:cs="Times New Roman"/>
                <w:color w:val="000000" w:themeColor="text1"/>
                <w:sz w:val="22"/>
              </w:rPr>
            </w:pPr>
            <w:r w:rsidRPr="00D35743">
              <w:rPr>
                <w:rFonts w:cs="Times New Roman"/>
                <w:color w:val="000000" w:themeColor="text1"/>
                <w:sz w:val="22"/>
              </w:rPr>
              <w:t>South</w:t>
            </w:r>
          </w:p>
        </w:tc>
        <w:tc>
          <w:tcPr>
            <w:tcW w:w="2016" w:type="dxa"/>
          </w:tcPr>
          <w:p w14:paraId="489442FC" w14:textId="77777777" w:rsidR="00D94E50" w:rsidRPr="00D35743" w:rsidRDefault="00000000">
            <w:pPr>
              <w:rPr>
                <w:rFonts w:cs="Times New Roman"/>
                <w:color w:val="000000" w:themeColor="text1"/>
                <w:sz w:val="22"/>
              </w:rPr>
            </w:pPr>
            <w:r w:rsidRPr="00D35743">
              <w:rPr>
                <w:rFonts w:cs="Times New Roman"/>
                <w:color w:val="000000" w:themeColor="text1"/>
                <w:sz w:val="22"/>
              </w:rPr>
              <w:t>2010–2024</w:t>
            </w:r>
          </w:p>
        </w:tc>
        <w:tc>
          <w:tcPr>
            <w:tcW w:w="2016" w:type="dxa"/>
          </w:tcPr>
          <w:p w14:paraId="7ADAA76B" w14:textId="77777777" w:rsidR="00D94E50" w:rsidRPr="00D35743" w:rsidRDefault="00000000">
            <w:pPr>
              <w:rPr>
                <w:rFonts w:cs="Times New Roman"/>
                <w:color w:val="000000" w:themeColor="text1"/>
                <w:sz w:val="22"/>
              </w:rPr>
            </w:pPr>
            <w:r w:rsidRPr="00D35743">
              <w:rPr>
                <w:rFonts w:cs="Times New Roman"/>
                <w:color w:val="000000" w:themeColor="text1"/>
                <w:sz w:val="22"/>
              </w:rPr>
              <w:t>+5.92</w:t>
            </w:r>
          </w:p>
        </w:tc>
        <w:tc>
          <w:tcPr>
            <w:tcW w:w="2880" w:type="dxa"/>
          </w:tcPr>
          <w:p w14:paraId="3155A6F6" w14:textId="77777777" w:rsidR="00D94E50" w:rsidRPr="00D35743" w:rsidRDefault="00000000">
            <w:pPr>
              <w:rPr>
                <w:rFonts w:cs="Times New Roman"/>
                <w:color w:val="000000" w:themeColor="text1"/>
                <w:sz w:val="22"/>
              </w:rPr>
            </w:pPr>
            <w:r w:rsidRPr="00D35743">
              <w:rPr>
                <w:rFonts w:cs="Times New Roman"/>
                <w:color w:val="000000" w:themeColor="text1"/>
                <w:sz w:val="22"/>
              </w:rPr>
              <w:t>4.70 to 7.15</w:t>
            </w:r>
          </w:p>
        </w:tc>
        <w:tc>
          <w:tcPr>
            <w:tcW w:w="1728" w:type="dxa"/>
          </w:tcPr>
          <w:p w14:paraId="3DF30535"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04FAF5C2" w14:textId="77777777">
        <w:tc>
          <w:tcPr>
            <w:tcW w:w="3744" w:type="dxa"/>
          </w:tcPr>
          <w:p w14:paraId="5006C47D" w14:textId="77777777" w:rsidR="00D94E50" w:rsidRPr="00D35743" w:rsidRDefault="00000000">
            <w:pPr>
              <w:rPr>
                <w:rFonts w:cs="Times New Roman"/>
                <w:color w:val="000000" w:themeColor="text1"/>
                <w:sz w:val="22"/>
              </w:rPr>
            </w:pPr>
            <w:r w:rsidRPr="00D35743">
              <w:rPr>
                <w:rFonts w:cs="Times New Roman"/>
                <w:color w:val="000000" w:themeColor="text1"/>
                <w:sz w:val="22"/>
              </w:rPr>
              <w:t>West</w:t>
            </w:r>
          </w:p>
        </w:tc>
        <w:tc>
          <w:tcPr>
            <w:tcW w:w="2016" w:type="dxa"/>
          </w:tcPr>
          <w:p w14:paraId="2EACBDA3" w14:textId="77777777" w:rsidR="00D94E50" w:rsidRPr="00D35743" w:rsidRDefault="00000000">
            <w:pPr>
              <w:rPr>
                <w:rFonts w:cs="Times New Roman"/>
                <w:color w:val="000000" w:themeColor="text1"/>
                <w:sz w:val="22"/>
              </w:rPr>
            </w:pPr>
            <w:r w:rsidRPr="00D35743">
              <w:rPr>
                <w:rFonts w:cs="Times New Roman"/>
                <w:color w:val="000000" w:themeColor="text1"/>
                <w:sz w:val="22"/>
              </w:rPr>
              <w:t>1999–2008</w:t>
            </w:r>
          </w:p>
        </w:tc>
        <w:tc>
          <w:tcPr>
            <w:tcW w:w="2016" w:type="dxa"/>
          </w:tcPr>
          <w:p w14:paraId="33F3E1F8" w14:textId="77777777" w:rsidR="00D94E50" w:rsidRPr="00D35743" w:rsidRDefault="00000000">
            <w:pPr>
              <w:rPr>
                <w:rFonts w:cs="Times New Roman"/>
                <w:color w:val="000000" w:themeColor="text1"/>
                <w:sz w:val="22"/>
              </w:rPr>
            </w:pPr>
            <w:r w:rsidRPr="00D35743">
              <w:rPr>
                <w:rFonts w:cs="Times New Roman"/>
                <w:color w:val="000000" w:themeColor="text1"/>
                <w:sz w:val="22"/>
              </w:rPr>
              <w:t>-1.47</w:t>
            </w:r>
          </w:p>
        </w:tc>
        <w:tc>
          <w:tcPr>
            <w:tcW w:w="2880" w:type="dxa"/>
          </w:tcPr>
          <w:p w14:paraId="2E30B313" w14:textId="77777777" w:rsidR="00D94E50" w:rsidRPr="00D35743" w:rsidRDefault="00000000">
            <w:pPr>
              <w:rPr>
                <w:rFonts w:cs="Times New Roman"/>
                <w:color w:val="000000" w:themeColor="text1"/>
                <w:sz w:val="22"/>
              </w:rPr>
            </w:pPr>
            <w:r w:rsidRPr="00D35743">
              <w:rPr>
                <w:rFonts w:cs="Times New Roman"/>
                <w:color w:val="000000" w:themeColor="text1"/>
                <w:sz w:val="22"/>
              </w:rPr>
              <w:t>-4.53 to 1.69</w:t>
            </w:r>
          </w:p>
        </w:tc>
        <w:tc>
          <w:tcPr>
            <w:tcW w:w="1728" w:type="dxa"/>
          </w:tcPr>
          <w:p w14:paraId="1D529A6C" w14:textId="77777777" w:rsidR="00D94E50" w:rsidRPr="00D35743" w:rsidRDefault="00000000">
            <w:pPr>
              <w:rPr>
                <w:rFonts w:cs="Times New Roman"/>
                <w:color w:val="000000" w:themeColor="text1"/>
                <w:sz w:val="22"/>
              </w:rPr>
            </w:pPr>
            <w:r w:rsidRPr="00D35743">
              <w:rPr>
                <w:rFonts w:cs="Times New Roman"/>
                <w:color w:val="000000" w:themeColor="text1"/>
                <w:sz w:val="22"/>
              </w:rPr>
              <w:t>.340</w:t>
            </w:r>
          </w:p>
        </w:tc>
      </w:tr>
      <w:tr w:rsidR="00D94E50" w:rsidRPr="00D35743" w14:paraId="0672B223" w14:textId="77777777">
        <w:tc>
          <w:tcPr>
            <w:tcW w:w="3744" w:type="dxa"/>
          </w:tcPr>
          <w:p w14:paraId="2AB2C2C2" w14:textId="77777777" w:rsidR="00D94E50" w:rsidRPr="00D35743" w:rsidRDefault="00000000">
            <w:pPr>
              <w:rPr>
                <w:rFonts w:cs="Times New Roman"/>
                <w:color w:val="000000" w:themeColor="text1"/>
                <w:sz w:val="22"/>
              </w:rPr>
            </w:pPr>
            <w:r w:rsidRPr="00D35743">
              <w:rPr>
                <w:rFonts w:cs="Times New Roman"/>
                <w:color w:val="000000" w:themeColor="text1"/>
                <w:sz w:val="22"/>
              </w:rPr>
              <w:t>West</w:t>
            </w:r>
          </w:p>
        </w:tc>
        <w:tc>
          <w:tcPr>
            <w:tcW w:w="2016" w:type="dxa"/>
          </w:tcPr>
          <w:p w14:paraId="26E6578E" w14:textId="77777777" w:rsidR="00D94E50" w:rsidRPr="00D35743" w:rsidRDefault="00000000">
            <w:pPr>
              <w:rPr>
                <w:rFonts w:cs="Times New Roman"/>
                <w:color w:val="000000" w:themeColor="text1"/>
                <w:sz w:val="22"/>
              </w:rPr>
            </w:pPr>
            <w:r w:rsidRPr="00D35743">
              <w:rPr>
                <w:rFonts w:cs="Times New Roman"/>
                <w:color w:val="000000" w:themeColor="text1"/>
                <w:sz w:val="22"/>
              </w:rPr>
              <w:t>2008–2024</w:t>
            </w:r>
          </w:p>
        </w:tc>
        <w:tc>
          <w:tcPr>
            <w:tcW w:w="2016" w:type="dxa"/>
          </w:tcPr>
          <w:p w14:paraId="6DB9BC93" w14:textId="77777777" w:rsidR="00D94E50" w:rsidRPr="00D35743" w:rsidRDefault="00000000">
            <w:pPr>
              <w:rPr>
                <w:rFonts w:cs="Times New Roman"/>
                <w:color w:val="000000" w:themeColor="text1"/>
                <w:sz w:val="22"/>
              </w:rPr>
            </w:pPr>
            <w:r w:rsidRPr="00D35743">
              <w:rPr>
                <w:rFonts w:cs="Times New Roman"/>
                <w:color w:val="000000" w:themeColor="text1"/>
                <w:sz w:val="22"/>
              </w:rPr>
              <w:t>+4.02</w:t>
            </w:r>
          </w:p>
        </w:tc>
        <w:tc>
          <w:tcPr>
            <w:tcW w:w="2880" w:type="dxa"/>
          </w:tcPr>
          <w:p w14:paraId="09843304" w14:textId="77777777" w:rsidR="00D94E50" w:rsidRPr="00D35743" w:rsidRDefault="00000000">
            <w:pPr>
              <w:rPr>
                <w:rFonts w:cs="Times New Roman"/>
                <w:color w:val="000000" w:themeColor="text1"/>
                <w:sz w:val="22"/>
              </w:rPr>
            </w:pPr>
            <w:r w:rsidRPr="00D35743">
              <w:rPr>
                <w:rFonts w:cs="Times New Roman"/>
                <w:color w:val="000000" w:themeColor="text1"/>
                <w:sz w:val="22"/>
              </w:rPr>
              <w:t>3.00 to 5.05</w:t>
            </w:r>
          </w:p>
        </w:tc>
        <w:tc>
          <w:tcPr>
            <w:tcW w:w="1728" w:type="dxa"/>
          </w:tcPr>
          <w:p w14:paraId="2FA5CB3D"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00D6BDDB" w14:textId="77777777">
        <w:tc>
          <w:tcPr>
            <w:tcW w:w="3744" w:type="dxa"/>
          </w:tcPr>
          <w:p w14:paraId="7928AD6C" w14:textId="77777777" w:rsidR="00D94E50" w:rsidRPr="00D35743" w:rsidRDefault="00000000">
            <w:pPr>
              <w:rPr>
                <w:rFonts w:cs="Times New Roman"/>
                <w:color w:val="000000" w:themeColor="text1"/>
                <w:sz w:val="22"/>
              </w:rPr>
            </w:pPr>
            <w:r w:rsidRPr="00D35743">
              <w:rPr>
                <w:rFonts w:cs="Times New Roman"/>
                <w:color w:val="000000" w:themeColor="text1"/>
                <w:sz w:val="22"/>
              </w:rPr>
              <w:t>Non-Hispanic White</w:t>
            </w:r>
          </w:p>
        </w:tc>
        <w:tc>
          <w:tcPr>
            <w:tcW w:w="2016" w:type="dxa"/>
          </w:tcPr>
          <w:p w14:paraId="2891F7BB" w14:textId="77777777" w:rsidR="00D94E50" w:rsidRPr="00D35743" w:rsidRDefault="00000000">
            <w:pPr>
              <w:rPr>
                <w:rFonts w:cs="Times New Roman"/>
                <w:color w:val="000000" w:themeColor="text1"/>
                <w:sz w:val="22"/>
              </w:rPr>
            </w:pPr>
            <w:r w:rsidRPr="00D35743">
              <w:rPr>
                <w:rFonts w:cs="Times New Roman"/>
                <w:color w:val="000000" w:themeColor="text1"/>
                <w:sz w:val="22"/>
              </w:rPr>
              <w:t>1999–2008</w:t>
            </w:r>
          </w:p>
        </w:tc>
        <w:tc>
          <w:tcPr>
            <w:tcW w:w="2016" w:type="dxa"/>
          </w:tcPr>
          <w:p w14:paraId="02D97F34" w14:textId="77777777" w:rsidR="00D94E50" w:rsidRPr="00D35743" w:rsidRDefault="00000000">
            <w:pPr>
              <w:rPr>
                <w:rFonts w:cs="Times New Roman"/>
                <w:color w:val="000000" w:themeColor="text1"/>
                <w:sz w:val="22"/>
              </w:rPr>
            </w:pPr>
            <w:r w:rsidRPr="00D35743">
              <w:rPr>
                <w:rFonts w:cs="Times New Roman"/>
                <w:color w:val="000000" w:themeColor="text1"/>
                <w:sz w:val="22"/>
              </w:rPr>
              <w:t>-3.18</w:t>
            </w:r>
          </w:p>
        </w:tc>
        <w:tc>
          <w:tcPr>
            <w:tcW w:w="2880" w:type="dxa"/>
          </w:tcPr>
          <w:p w14:paraId="6CF19F31" w14:textId="77777777" w:rsidR="00D94E50" w:rsidRPr="00D35743" w:rsidRDefault="00000000">
            <w:pPr>
              <w:rPr>
                <w:rFonts w:cs="Times New Roman"/>
                <w:color w:val="000000" w:themeColor="text1"/>
                <w:sz w:val="22"/>
              </w:rPr>
            </w:pPr>
            <w:r w:rsidRPr="00D35743">
              <w:rPr>
                <w:rFonts w:cs="Times New Roman"/>
                <w:color w:val="000000" w:themeColor="text1"/>
                <w:sz w:val="22"/>
              </w:rPr>
              <w:t>-4.54 to -1.80</w:t>
            </w:r>
          </w:p>
        </w:tc>
        <w:tc>
          <w:tcPr>
            <w:tcW w:w="1728" w:type="dxa"/>
          </w:tcPr>
          <w:p w14:paraId="0C750894"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0C18309C" w14:textId="77777777">
        <w:tc>
          <w:tcPr>
            <w:tcW w:w="3744" w:type="dxa"/>
          </w:tcPr>
          <w:p w14:paraId="493E34DA" w14:textId="77777777" w:rsidR="00D94E50" w:rsidRPr="00D35743" w:rsidRDefault="00000000">
            <w:pPr>
              <w:rPr>
                <w:rFonts w:cs="Times New Roman"/>
                <w:color w:val="000000" w:themeColor="text1"/>
                <w:sz w:val="22"/>
              </w:rPr>
            </w:pPr>
            <w:r w:rsidRPr="00D35743">
              <w:rPr>
                <w:rFonts w:cs="Times New Roman"/>
                <w:color w:val="000000" w:themeColor="text1"/>
                <w:sz w:val="22"/>
              </w:rPr>
              <w:t>Non-Hispanic White</w:t>
            </w:r>
          </w:p>
        </w:tc>
        <w:tc>
          <w:tcPr>
            <w:tcW w:w="2016" w:type="dxa"/>
          </w:tcPr>
          <w:p w14:paraId="727E752C" w14:textId="77777777" w:rsidR="00D94E50" w:rsidRPr="00D35743" w:rsidRDefault="00000000">
            <w:pPr>
              <w:rPr>
                <w:rFonts w:cs="Times New Roman"/>
                <w:color w:val="000000" w:themeColor="text1"/>
                <w:sz w:val="22"/>
              </w:rPr>
            </w:pPr>
            <w:r w:rsidRPr="00D35743">
              <w:rPr>
                <w:rFonts w:cs="Times New Roman"/>
                <w:color w:val="000000" w:themeColor="text1"/>
                <w:sz w:val="22"/>
              </w:rPr>
              <w:t>2008–2024</w:t>
            </w:r>
          </w:p>
        </w:tc>
        <w:tc>
          <w:tcPr>
            <w:tcW w:w="2016" w:type="dxa"/>
          </w:tcPr>
          <w:p w14:paraId="78620674" w14:textId="77777777" w:rsidR="00D94E50" w:rsidRPr="00D35743" w:rsidRDefault="00000000">
            <w:pPr>
              <w:rPr>
                <w:rFonts w:cs="Times New Roman"/>
                <w:color w:val="000000" w:themeColor="text1"/>
                <w:sz w:val="22"/>
              </w:rPr>
            </w:pPr>
            <w:r w:rsidRPr="00D35743">
              <w:rPr>
                <w:rFonts w:cs="Times New Roman"/>
                <w:color w:val="000000" w:themeColor="text1"/>
                <w:sz w:val="22"/>
              </w:rPr>
              <w:t>+4.02</w:t>
            </w:r>
          </w:p>
        </w:tc>
        <w:tc>
          <w:tcPr>
            <w:tcW w:w="2880" w:type="dxa"/>
          </w:tcPr>
          <w:p w14:paraId="639E7884" w14:textId="77777777" w:rsidR="00D94E50" w:rsidRPr="00D35743" w:rsidRDefault="00000000">
            <w:pPr>
              <w:rPr>
                <w:rFonts w:cs="Times New Roman"/>
                <w:color w:val="000000" w:themeColor="text1"/>
                <w:sz w:val="22"/>
              </w:rPr>
            </w:pPr>
            <w:r w:rsidRPr="00D35743">
              <w:rPr>
                <w:rFonts w:cs="Times New Roman"/>
                <w:color w:val="000000" w:themeColor="text1"/>
                <w:sz w:val="22"/>
              </w:rPr>
              <w:t>3.43 to 4.61</w:t>
            </w:r>
          </w:p>
        </w:tc>
        <w:tc>
          <w:tcPr>
            <w:tcW w:w="1728" w:type="dxa"/>
          </w:tcPr>
          <w:p w14:paraId="51823AD7"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2B166EE0" w14:textId="77777777">
        <w:tc>
          <w:tcPr>
            <w:tcW w:w="3744" w:type="dxa"/>
          </w:tcPr>
          <w:p w14:paraId="170D96BC" w14:textId="77777777" w:rsidR="00D94E50" w:rsidRPr="00D35743" w:rsidRDefault="00000000">
            <w:pPr>
              <w:rPr>
                <w:rFonts w:cs="Times New Roman"/>
                <w:color w:val="000000" w:themeColor="text1"/>
                <w:sz w:val="22"/>
              </w:rPr>
            </w:pPr>
            <w:r w:rsidRPr="00D35743">
              <w:rPr>
                <w:rFonts w:cs="Times New Roman"/>
                <w:color w:val="000000" w:themeColor="text1"/>
                <w:sz w:val="22"/>
              </w:rPr>
              <w:t>Non-Hispanic Black</w:t>
            </w:r>
          </w:p>
        </w:tc>
        <w:tc>
          <w:tcPr>
            <w:tcW w:w="2016" w:type="dxa"/>
          </w:tcPr>
          <w:p w14:paraId="7F5C5766" w14:textId="77777777" w:rsidR="00D94E50" w:rsidRPr="00D35743" w:rsidRDefault="00000000">
            <w:pPr>
              <w:rPr>
                <w:rFonts w:cs="Times New Roman"/>
                <w:color w:val="000000" w:themeColor="text1"/>
                <w:sz w:val="22"/>
              </w:rPr>
            </w:pPr>
            <w:r w:rsidRPr="00D35743">
              <w:rPr>
                <w:rFonts w:cs="Times New Roman"/>
                <w:color w:val="000000" w:themeColor="text1"/>
                <w:sz w:val="22"/>
              </w:rPr>
              <w:t>1999–2013</w:t>
            </w:r>
          </w:p>
        </w:tc>
        <w:tc>
          <w:tcPr>
            <w:tcW w:w="2016" w:type="dxa"/>
          </w:tcPr>
          <w:p w14:paraId="1491F199" w14:textId="77777777" w:rsidR="00D94E50" w:rsidRPr="00D35743" w:rsidRDefault="00000000">
            <w:pPr>
              <w:rPr>
                <w:rFonts w:cs="Times New Roman"/>
                <w:color w:val="000000" w:themeColor="text1"/>
                <w:sz w:val="22"/>
              </w:rPr>
            </w:pPr>
            <w:r w:rsidRPr="00D35743">
              <w:rPr>
                <w:rFonts w:cs="Times New Roman"/>
                <w:color w:val="000000" w:themeColor="text1"/>
                <w:sz w:val="22"/>
              </w:rPr>
              <w:t>-2.61</w:t>
            </w:r>
          </w:p>
        </w:tc>
        <w:tc>
          <w:tcPr>
            <w:tcW w:w="2880" w:type="dxa"/>
          </w:tcPr>
          <w:p w14:paraId="3DEE32B4" w14:textId="77777777" w:rsidR="00D94E50" w:rsidRPr="00D35743" w:rsidRDefault="00000000">
            <w:pPr>
              <w:rPr>
                <w:rFonts w:cs="Times New Roman"/>
                <w:color w:val="000000" w:themeColor="text1"/>
                <w:sz w:val="22"/>
              </w:rPr>
            </w:pPr>
            <w:r w:rsidRPr="00D35743">
              <w:rPr>
                <w:rFonts w:cs="Times New Roman"/>
                <w:color w:val="000000" w:themeColor="text1"/>
                <w:sz w:val="22"/>
              </w:rPr>
              <w:t>-4.64 to -0.53</w:t>
            </w:r>
          </w:p>
        </w:tc>
        <w:tc>
          <w:tcPr>
            <w:tcW w:w="1728" w:type="dxa"/>
          </w:tcPr>
          <w:p w14:paraId="761BFF1A" w14:textId="77777777" w:rsidR="00D94E50" w:rsidRPr="00D35743" w:rsidRDefault="00000000">
            <w:pPr>
              <w:rPr>
                <w:rFonts w:cs="Times New Roman"/>
                <w:color w:val="000000" w:themeColor="text1"/>
                <w:sz w:val="22"/>
              </w:rPr>
            </w:pPr>
            <w:r w:rsidRPr="00D35743">
              <w:rPr>
                <w:rFonts w:cs="Times New Roman"/>
                <w:color w:val="000000" w:themeColor="text1"/>
                <w:sz w:val="22"/>
              </w:rPr>
              <w:t>.017</w:t>
            </w:r>
          </w:p>
        </w:tc>
      </w:tr>
      <w:tr w:rsidR="00D94E50" w:rsidRPr="00D35743" w14:paraId="5ACF4E4E" w14:textId="77777777">
        <w:tc>
          <w:tcPr>
            <w:tcW w:w="3744" w:type="dxa"/>
          </w:tcPr>
          <w:p w14:paraId="16A8468B" w14:textId="77777777" w:rsidR="00D94E50" w:rsidRPr="00D35743" w:rsidRDefault="00000000">
            <w:pPr>
              <w:rPr>
                <w:rFonts w:cs="Times New Roman"/>
                <w:color w:val="000000" w:themeColor="text1"/>
                <w:sz w:val="22"/>
              </w:rPr>
            </w:pPr>
            <w:r w:rsidRPr="00D35743">
              <w:rPr>
                <w:rFonts w:cs="Times New Roman"/>
                <w:color w:val="000000" w:themeColor="text1"/>
                <w:sz w:val="22"/>
              </w:rPr>
              <w:t>Non-Hispanic Black</w:t>
            </w:r>
          </w:p>
        </w:tc>
        <w:tc>
          <w:tcPr>
            <w:tcW w:w="2016" w:type="dxa"/>
          </w:tcPr>
          <w:p w14:paraId="50A6FAB1" w14:textId="77777777" w:rsidR="00D94E50" w:rsidRPr="00D35743" w:rsidRDefault="00000000">
            <w:pPr>
              <w:rPr>
                <w:rFonts w:cs="Times New Roman"/>
                <w:color w:val="000000" w:themeColor="text1"/>
                <w:sz w:val="22"/>
              </w:rPr>
            </w:pPr>
            <w:r w:rsidRPr="00D35743">
              <w:rPr>
                <w:rFonts w:cs="Times New Roman"/>
                <w:color w:val="000000" w:themeColor="text1"/>
                <w:sz w:val="22"/>
              </w:rPr>
              <w:t>2013–2024</w:t>
            </w:r>
          </w:p>
        </w:tc>
        <w:tc>
          <w:tcPr>
            <w:tcW w:w="2016" w:type="dxa"/>
          </w:tcPr>
          <w:p w14:paraId="30EC3AFC" w14:textId="77777777" w:rsidR="00D94E50" w:rsidRPr="00D35743" w:rsidRDefault="00000000">
            <w:pPr>
              <w:rPr>
                <w:rFonts w:cs="Times New Roman"/>
                <w:color w:val="000000" w:themeColor="text1"/>
                <w:sz w:val="22"/>
              </w:rPr>
            </w:pPr>
            <w:r w:rsidRPr="00D35743">
              <w:rPr>
                <w:rFonts w:cs="Times New Roman"/>
                <w:color w:val="000000" w:themeColor="text1"/>
                <w:sz w:val="22"/>
              </w:rPr>
              <w:t>+7.42</w:t>
            </w:r>
          </w:p>
        </w:tc>
        <w:tc>
          <w:tcPr>
            <w:tcW w:w="2880" w:type="dxa"/>
          </w:tcPr>
          <w:p w14:paraId="719F917D" w14:textId="77777777" w:rsidR="00D94E50" w:rsidRPr="00D35743" w:rsidRDefault="00000000">
            <w:pPr>
              <w:rPr>
                <w:rFonts w:cs="Times New Roman"/>
                <w:color w:val="000000" w:themeColor="text1"/>
                <w:sz w:val="22"/>
              </w:rPr>
            </w:pPr>
            <w:r w:rsidRPr="00D35743">
              <w:rPr>
                <w:rFonts w:cs="Times New Roman"/>
                <w:color w:val="000000" w:themeColor="text1"/>
                <w:sz w:val="22"/>
              </w:rPr>
              <w:t>5.08 to 9.81</w:t>
            </w:r>
          </w:p>
        </w:tc>
        <w:tc>
          <w:tcPr>
            <w:tcW w:w="1728" w:type="dxa"/>
          </w:tcPr>
          <w:p w14:paraId="119D4E3E"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18293082" w14:textId="77777777">
        <w:tc>
          <w:tcPr>
            <w:tcW w:w="3744" w:type="dxa"/>
          </w:tcPr>
          <w:p w14:paraId="5DFBDF80" w14:textId="77777777" w:rsidR="00D94E50" w:rsidRPr="00D35743" w:rsidRDefault="00000000">
            <w:pPr>
              <w:rPr>
                <w:rFonts w:cs="Times New Roman"/>
                <w:color w:val="000000" w:themeColor="text1"/>
                <w:sz w:val="22"/>
              </w:rPr>
            </w:pPr>
            <w:r w:rsidRPr="00D35743">
              <w:rPr>
                <w:rFonts w:cs="Times New Roman"/>
                <w:color w:val="000000" w:themeColor="text1"/>
                <w:sz w:val="22"/>
              </w:rPr>
              <w:t>Metropolitan (1999–2020)</w:t>
            </w:r>
          </w:p>
        </w:tc>
        <w:tc>
          <w:tcPr>
            <w:tcW w:w="2016" w:type="dxa"/>
          </w:tcPr>
          <w:p w14:paraId="22BA112F" w14:textId="77777777" w:rsidR="00D94E50" w:rsidRPr="00D35743" w:rsidRDefault="00000000">
            <w:pPr>
              <w:rPr>
                <w:rFonts w:cs="Times New Roman"/>
                <w:color w:val="000000" w:themeColor="text1"/>
                <w:sz w:val="22"/>
              </w:rPr>
            </w:pPr>
            <w:r w:rsidRPr="00D35743">
              <w:rPr>
                <w:rFonts w:cs="Times New Roman"/>
                <w:color w:val="000000" w:themeColor="text1"/>
                <w:sz w:val="22"/>
              </w:rPr>
              <w:t>1999–2007</w:t>
            </w:r>
          </w:p>
        </w:tc>
        <w:tc>
          <w:tcPr>
            <w:tcW w:w="2016" w:type="dxa"/>
          </w:tcPr>
          <w:p w14:paraId="57321030" w14:textId="77777777" w:rsidR="00D94E50" w:rsidRPr="00D35743" w:rsidRDefault="00000000">
            <w:pPr>
              <w:rPr>
                <w:rFonts w:cs="Times New Roman"/>
                <w:color w:val="000000" w:themeColor="text1"/>
                <w:sz w:val="22"/>
              </w:rPr>
            </w:pPr>
            <w:r w:rsidRPr="00D35743">
              <w:rPr>
                <w:rFonts w:cs="Times New Roman"/>
                <w:color w:val="000000" w:themeColor="text1"/>
                <w:sz w:val="22"/>
              </w:rPr>
              <w:t>-4.46</w:t>
            </w:r>
          </w:p>
        </w:tc>
        <w:tc>
          <w:tcPr>
            <w:tcW w:w="2880" w:type="dxa"/>
          </w:tcPr>
          <w:p w14:paraId="36A3F2A8" w14:textId="77777777" w:rsidR="00D94E50" w:rsidRPr="00D35743" w:rsidRDefault="00000000">
            <w:pPr>
              <w:rPr>
                <w:rFonts w:cs="Times New Roman"/>
                <w:color w:val="000000" w:themeColor="text1"/>
                <w:sz w:val="22"/>
              </w:rPr>
            </w:pPr>
            <w:r w:rsidRPr="00D35743">
              <w:rPr>
                <w:rFonts w:cs="Times New Roman"/>
                <w:color w:val="000000" w:themeColor="text1"/>
                <w:sz w:val="22"/>
              </w:rPr>
              <w:t>-6.74 to -2.12</w:t>
            </w:r>
          </w:p>
        </w:tc>
        <w:tc>
          <w:tcPr>
            <w:tcW w:w="1728" w:type="dxa"/>
          </w:tcPr>
          <w:p w14:paraId="4AA0DC1D"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03955F19" w14:textId="77777777">
        <w:tc>
          <w:tcPr>
            <w:tcW w:w="3744" w:type="dxa"/>
          </w:tcPr>
          <w:p w14:paraId="7F36BB3F" w14:textId="77777777" w:rsidR="00D94E50" w:rsidRPr="00D35743" w:rsidRDefault="00000000">
            <w:pPr>
              <w:rPr>
                <w:rFonts w:cs="Times New Roman"/>
                <w:color w:val="000000" w:themeColor="text1"/>
                <w:sz w:val="22"/>
              </w:rPr>
            </w:pPr>
            <w:r w:rsidRPr="00D35743">
              <w:rPr>
                <w:rFonts w:cs="Times New Roman"/>
                <w:color w:val="000000" w:themeColor="text1"/>
                <w:sz w:val="22"/>
              </w:rPr>
              <w:t>Metropolitan (1999–2020)</w:t>
            </w:r>
          </w:p>
        </w:tc>
        <w:tc>
          <w:tcPr>
            <w:tcW w:w="2016" w:type="dxa"/>
          </w:tcPr>
          <w:p w14:paraId="71BA5FC9" w14:textId="77777777" w:rsidR="00D94E50" w:rsidRPr="00D35743" w:rsidRDefault="00000000">
            <w:pPr>
              <w:rPr>
                <w:rFonts w:cs="Times New Roman"/>
                <w:color w:val="000000" w:themeColor="text1"/>
                <w:sz w:val="22"/>
              </w:rPr>
            </w:pPr>
            <w:r w:rsidRPr="00D35743">
              <w:rPr>
                <w:rFonts w:cs="Times New Roman"/>
                <w:color w:val="000000" w:themeColor="text1"/>
                <w:sz w:val="22"/>
              </w:rPr>
              <w:t>2007–2020</w:t>
            </w:r>
          </w:p>
        </w:tc>
        <w:tc>
          <w:tcPr>
            <w:tcW w:w="2016" w:type="dxa"/>
          </w:tcPr>
          <w:p w14:paraId="15F9A49F" w14:textId="77777777" w:rsidR="00D94E50" w:rsidRPr="00D35743" w:rsidRDefault="00000000">
            <w:pPr>
              <w:rPr>
                <w:rFonts w:cs="Times New Roman"/>
                <w:color w:val="000000" w:themeColor="text1"/>
                <w:sz w:val="22"/>
              </w:rPr>
            </w:pPr>
            <w:r w:rsidRPr="00D35743">
              <w:rPr>
                <w:rFonts w:cs="Times New Roman"/>
                <w:color w:val="000000" w:themeColor="text1"/>
                <w:sz w:val="22"/>
              </w:rPr>
              <w:t>+3.18</w:t>
            </w:r>
          </w:p>
        </w:tc>
        <w:tc>
          <w:tcPr>
            <w:tcW w:w="2880" w:type="dxa"/>
          </w:tcPr>
          <w:p w14:paraId="252D3251" w14:textId="77777777" w:rsidR="00D94E50" w:rsidRPr="00D35743" w:rsidRDefault="00000000">
            <w:pPr>
              <w:rPr>
                <w:rFonts w:cs="Times New Roman"/>
                <w:color w:val="000000" w:themeColor="text1"/>
                <w:sz w:val="22"/>
              </w:rPr>
            </w:pPr>
            <w:r w:rsidRPr="00D35743">
              <w:rPr>
                <w:rFonts w:cs="Times New Roman"/>
                <w:color w:val="000000" w:themeColor="text1"/>
                <w:sz w:val="22"/>
              </w:rPr>
              <w:t>2.33 to 4.03</w:t>
            </w:r>
          </w:p>
        </w:tc>
        <w:tc>
          <w:tcPr>
            <w:tcW w:w="1728" w:type="dxa"/>
          </w:tcPr>
          <w:p w14:paraId="51F01D00"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095DD786" w14:textId="77777777">
        <w:tc>
          <w:tcPr>
            <w:tcW w:w="3744" w:type="dxa"/>
          </w:tcPr>
          <w:p w14:paraId="146DEA3F" w14:textId="77777777" w:rsidR="00D94E50" w:rsidRPr="00D35743" w:rsidRDefault="00000000">
            <w:pPr>
              <w:rPr>
                <w:rFonts w:cs="Times New Roman"/>
                <w:color w:val="000000" w:themeColor="text1"/>
                <w:sz w:val="22"/>
              </w:rPr>
            </w:pPr>
            <w:r w:rsidRPr="00D35743">
              <w:rPr>
                <w:rFonts w:cs="Times New Roman"/>
                <w:color w:val="000000" w:themeColor="text1"/>
                <w:sz w:val="22"/>
              </w:rPr>
              <w:t>Nonmetropolitan (1999–2020)</w:t>
            </w:r>
          </w:p>
        </w:tc>
        <w:tc>
          <w:tcPr>
            <w:tcW w:w="2016" w:type="dxa"/>
          </w:tcPr>
          <w:p w14:paraId="57C03426" w14:textId="77777777" w:rsidR="00D94E50" w:rsidRPr="00D35743" w:rsidRDefault="00000000">
            <w:pPr>
              <w:rPr>
                <w:rFonts w:cs="Times New Roman"/>
                <w:color w:val="000000" w:themeColor="text1"/>
                <w:sz w:val="22"/>
              </w:rPr>
            </w:pPr>
            <w:r w:rsidRPr="00D35743">
              <w:rPr>
                <w:rFonts w:cs="Times New Roman"/>
                <w:color w:val="000000" w:themeColor="text1"/>
                <w:sz w:val="22"/>
              </w:rPr>
              <w:t>1999–2010</w:t>
            </w:r>
          </w:p>
        </w:tc>
        <w:tc>
          <w:tcPr>
            <w:tcW w:w="2016" w:type="dxa"/>
          </w:tcPr>
          <w:p w14:paraId="039D77AA" w14:textId="77777777" w:rsidR="00D94E50" w:rsidRPr="00D35743" w:rsidRDefault="00000000">
            <w:pPr>
              <w:rPr>
                <w:rFonts w:cs="Times New Roman"/>
                <w:color w:val="000000" w:themeColor="text1"/>
                <w:sz w:val="22"/>
              </w:rPr>
            </w:pPr>
            <w:r w:rsidRPr="00D35743">
              <w:rPr>
                <w:rFonts w:cs="Times New Roman"/>
                <w:color w:val="000000" w:themeColor="text1"/>
                <w:sz w:val="22"/>
              </w:rPr>
              <w:t>-1.09</w:t>
            </w:r>
          </w:p>
        </w:tc>
        <w:tc>
          <w:tcPr>
            <w:tcW w:w="2880" w:type="dxa"/>
          </w:tcPr>
          <w:p w14:paraId="4B0470C6" w14:textId="77777777" w:rsidR="00D94E50" w:rsidRPr="00D35743" w:rsidRDefault="00000000">
            <w:pPr>
              <w:rPr>
                <w:rFonts w:cs="Times New Roman"/>
                <w:color w:val="000000" w:themeColor="text1"/>
                <w:sz w:val="22"/>
              </w:rPr>
            </w:pPr>
            <w:r w:rsidRPr="00D35743">
              <w:rPr>
                <w:rFonts w:cs="Times New Roman"/>
                <w:color w:val="000000" w:themeColor="text1"/>
                <w:sz w:val="22"/>
              </w:rPr>
              <w:t>-2.90 to 0.76</w:t>
            </w:r>
          </w:p>
        </w:tc>
        <w:tc>
          <w:tcPr>
            <w:tcW w:w="1728" w:type="dxa"/>
          </w:tcPr>
          <w:p w14:paraId="046748BB" w14:textId="77777777" w:rsidR="00D94E50" w:rsidRPr="00D35743" w:rsidRDefault="00000000">
            <w:pPr>
              <w:rPr>
                <w:rFonts w:cs="Times New Roman"/>
                <w:color w:val="000000" w:themeColor="text1"/>
                <w:sz w:val="22"/>
              </w:rPr>
            </w:pPr>
            <w:r w:rsidRPr="00D35743">
              <w:rPr>
                <w:rFonts w:cs="Times New Roman"/>
                <w:color w:val="000000" w:themeColor="text1"/>
                <w:sz w:val="22"/>
              </w:rPr>
              <w:t>.229</w:t>
            </w:r>
          </w:p>
        </w:tc>
      </w:tr>
      <w:tr w:rsidR="00D94E50" w:rsidRPr="00D35743" w14:paraId="31499751" w14:textId="77777777">
        <w:tc>
          <w:tcPr>
            <w:tcW w:w="3744" w:type="dxa"/>
          </w:tcPr>
          <w:p w14:paraId="7021DBE3" w14:textId="77777777" w:rsidR="00D94E50" w:rsidRPr="00D35743" w:rsidRDefault="00000000">
            <w:pPr>
              <w:rPr>
                <w:rFonts w:cs="Times New Roman"/>
                <w:color w:val="000000" w:themeColor="text1"/>
                <w:sz w:val="22"/>
              </w:rPr>
            </w:pPr>
            <w:r w:rsidRPr="00D35743">
              <w:rPr>
                <w:rFonts w:cs="Times New Roman"/>
                <w:color w:val="000000" w:themeColor="text1"/>
                <w:sz w:val="22"/>
              </w:rPr>
              <w:t>Nonmetropolitan (1999–2020)</w:t>
            </w:r>
          </w:p>
        </w:tc>
        <w:tc>
          <w:tcPr>
            <w:tcW w:w="2016" w:type="dxa"/>
          </w:tcPr>
          <w:p w14:paraId="5DFD73BF" w14:textId="77777777" w:rsidR="00D94E50" w:rsidRPr="00D35743" w:rsidRDefault="00000000">
            <w:pPr>
              <w:rPr>
                <w:rFonts w:cs="Times New Roman"/>
                <w:color w:val="000000" w:themeColor="text1"/>
                <w:sz w:val="22"/>
              </w:rPr>
            </w:pPr>
            <w:r w:rsidRPr="00D35743">
              <w:rPr>
                <w:rFonts w:cs="Times New Roman"/>
                <w:color w:val="000000" w:themeColor="text1"/>
                <w:sz w:val="22"/>
              </w:rPr>
              <w:t>2010–2020</w:t>
            </w:r>
          </w:p>
        </w:tc>
        <w:tc>
          <w:tcPr>
            <w:tcW w:w="2016" w:type="dxa"/>
          </w:tcPr>
          <w:p w14:paraId="5F4E4FF6" w14:textId="77777777" w:rsidR="00D94E50" w:rsidRPr="00D35743" w:rsidRDefault="00000000">
            <w:pPr>
              <w:rPr>
                <w:rFonts w:cs="Times New Roman"/>
                <w:color w:val="000000" w:themeColor="text1"/>
                <w:sz w:val="22"/>
              </w:rPr>
            </w:pPr>
            <w:r w:rsidRPr="00D35743">
              <w:rPr>
                <w:rFonts w:cs="Times New Roman"/>
                <w:color w:val="000000" w:themeColor="text1"/>
                <w:sz w:val="22"/>
              </w:rPr>
              <w:t>+3.60</w:t>
            </w:r>
          </w:p>
        </w:tc>
        <w:tc>
          <w:tcPr>
            <w:tcW w:w="2880" w:type="dxa"/>
          </w:tcPr>
          <w:p w14:paraId="5A5E6795" w14:textId="77777777" w:rsidR="00D94E50" w:rsidRPr="00D35743" w:rsidRDefault="00000000">
            <w:pPr>
              <w:rPr>
                <w:rFonts w:cs="Times New Roman"/>
                <w:color w:val="000000" w:themeColor="text1"/>
                <w:sz w:val="22"/>
              </w:rPr>
            </w:pPr>
            <w:r w:rsidRPr="00D35743">
              <w:rPr>
                <w:rFonts w:cs="Times New Roman"/>
                <w:color w:val="000000" w:themeColor="text1"/>
                <w:sz w:val="22"/>
              </w:rPr>
              <w:t>1.64 to 5.60</w:t>
            </w:r>
          </w:p>
        </w:tc>
        <w:tc>
          <w:tcPr>
            <w:tcW w:w="1728" w:type="dxa"/>
          </w:tcPr>
          <w:p w14:paraId="72B8A973" w14:textId="77777777" w:rsidR="00D94E50" w:rsidRPr="00D35743" w:rsidRDefault="00000000">
            <w:pPr>
              <w:rPr>
                <w:rFonts w:cs="Times New Roman"/>
                <w:color w:val="000000" w:themeColor="text1"/>
                <w:sz w:val="22"/>
              </w:rPr>
            </w:pPr>
            <w:r w:rsidRPr="00D35743">
              <w:rPr>
                <w:rFonts w:cs="Times New Roman"/>
                <w:color w:val="000000" w:themeColor="text1"/>
                <w:sz w:val="22"/>
              </w:rPr>
              <w:t>.001</w:t>
            </w:r>
          </w:p>
        </w:tc>
      </w:tr>
    </w:tbl>
    <w:p w14:paraId="6F3EBF89" w14:textId="77777777" w:rsidR="00D94E50" w:rsidRPr="00D35743" w:rsidRDefault="00D94E50">
      <w:pPr>
        <w:rPr>
          <w:rFonts w:cs="Times New Roman"/>
          <w:color w:val="000000" w:themeColor="text1"/>
          <w:sz w:val="22"/>
        </w:rPr>
      </w:pPr>
    </w:p>
    <w:p w14:paraId="5546E50D" w14:textId="77777777" w:rsidR="00D94E50" w:rsidRPr="00D35743" w:rsidRDefault="00000000">
      <w:pPr>
        <w:rPr>
          <w:rFonts w:cs="Times New Roman"/>
          <w:color w:val="000000" w:themeColor="text1"/>
          <w:sz w:val="22"/>
        </w:rPr>
      </w:pPr>
      <w:r w:rsidRPr="00D35743">
        <w:rPr>
          <w:rFonts w:cs="Times New Roman"/>
          <w:i/>
          <w:color w:val="000000" w:themeColor="text1"/>
          <w:sz w:val="22"/>
        </w:rPr>
        <w:t>APC, annual percent change. Each P value tests the null hypothesis that the APC for that segment equals zero; it is not the average annual percent change test in Table S12 and not the permutation test used to select the number of joinpoints. 24 of 29 segments differ significantly from zero at the .05 level, and every P value is consistent with its own confidence interval.</w:t>
      </w:r>
    </w:p>
    <w:p w14:paraId="1BCE0E59"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4B093204"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S12. Average annual percent change, 1999–2024, by stratum</w:t>
      </w:r>
    </w:p>
    <w:tbl>
      <w:tblPr>
        <w:tblStyle w:val="TableGrid"/>
        <w:tblW w:w="0" w:type="auto"/>
        <w:tblLook w:val="04A0" w:firstRow="1" w:lastRow="0" w:firstColumn="1" w:lastColumn="0" w:noHBand="0" w:noVBand="1"/>
      </w:tblPr>
      <w:tblGrid>
        <w:gridCol w:w="3744"/>
        <w:gridCol w:w="2016"/>
        <w:gridCol w:w="2016"/>
        <w:gridCol w:w="2880"/>
        <w:gridCol w:w="1728"/>
      </w:tblGrid>
      <w:tr w:rsidR="00D94E50" w:rsidRPr="00D35743" w14:paraId="271602C2" w14:textId="77777777">
        <w:tc>
          <w:tcPr>
            <w:tcW w:w="3744" w:type="dxa"/>
          </w:tcPr>
          <w:p w14:paraId="3AD09A72" w14:textId="77777777" w:rsidR="00D94E50" w:rsidRPr="00D35743" w:rsidRDefault="00000000">
            <w:pPr>
              <w:rPr>
                <w:rFonts w:cs="Times New Roman"/>
                <w:color w:val="000000" w:themeColor="text1"/>
                <w:sz w:val="22"/>
              </w:rPr>
            </w:pPr>
            <w:r w:rsidRPr="00D35743">
              <w:rPr>
                <w:rFonts w:cs="Times New Roman"/>
                <w:b/>
                <w:color w:val="000000" w:themeColor="text1"/>
                <w:sz w:val="22"/>
              </w:rPr>
              <w:t>Stratum</w:t>
            </w:r>
          </w:p>
        </w:tc>
        <w:tc>
          <w:tcPr>
            <w:tcW w:w="2016" w:type="dxa"/>
          </w:tcPr>
          <w:p w14:paraId="6FC1DCD4" w14:textId="77777777" w:rsidR="00D94E50" w:rsidRPr="00D35743" w:rsidRDefault="00000000">
            <w:pPr>
              <w:rPr>
                <w:rFonts w:cs="Times New Roman"/>
                <w:color w:val="000000" w:themeColor="text1"/>
                <w:sz w:val="22"/>
              </w:rPr>
            </w:pPr>
            <w:r w:rsidRPr="00D35743">
              <w:rPr>
                <w:rFonts w:cs="Times New Roman"/>
                <w:b/>
                <w:color w:val="000000" w:themeColor="text1"/>
                <w:sz w:val="22"/>
              </w:rPr>
              <w:t>Range</w:t>
            </w:r>
          </w:p>
        </w:tc>
        <w:tc>
          <w:tcPr>
            <w:tcW w:w="2016" w:type="dxa"/>
          </w:tcPr>
          <w:p w14:paraId="7B41B3E9" w14:textId="77777777" w:rsidR="00D94E50" w:rsidRPr="00D35743" w:rsidRDefault="00000000">
            <w:pPr>
              <w:rPr>
                <w:rFonts w:cs="Times New Roman"/>
                <w:color w:val="000000" w:themeColor="text1"/>
                <w:sz w:val="22"/>
              </w:rPr>
            </w:pPr>
            <w:r w:rsidRPr="00D35743">
              <w:rPr>
                <w:rFonts w:cs="Times New Roman"/>
                <w:b/>
                <w:color w:val="000000" w:themeColor="text1"/>
                <w:sz w:val="22"/>
              </w:rPr>
              <w:t>AAPC (%/year)</w:t>
            </w:r>
          </w:p>
        </w:tc>
        <w:tc>
          <w:tcPr>
            <w:tcW w:w="2880" w:type="dxa"/>
          </w:tcPr>
          <w:p w14:paraId="229FFE70" w14:textId="77777777" w:rsidR="00D94E50" w:rsidRPr="00D35743" w:rsidRDefault="00000000">
            <w:pPr>
              <w:rPr>
                <w:rFonts w:cs="Times New Roman"/>
                <w:color w:val="000000" w:themeColor="text1"/>
                <w:sz w:val="22"/>
              </w:rPr>
            </w:pPr>
            <w:r w:rsidRPr="00D35743">
              <w:rPr>
                <w:rFonts w:cs="Times New Roman"/>
                <w:b/>
                <w:color w:val="000000" w:themeColor="text1"/>
                <w:sz w:val="22"/>
              </w:rPr>
              <w:t>95% CI</w:t>
            </w:r>
          </w:p>
        </w:tc>
        <w:tc>
          <w:tcPr>
            <w:tcW w:w="1728" w:type="dxa"/>
          </w:tcPr>
          <w:p w14:paraId="6EF0CDD9" w14:textId="77777777" w:rsidR="00D94E50" w:rsidRPr="00D35743" w:rsidRDefault="00000000">
            <w:pPr>
              <w:rPr>
                <w:rFonts w:cs="Times New Roman"/>
                <w:color w:val="000000" w:themeColor="text1"/>
                <w:sz w:val="22"/>
              </w:rPr>
            </w:pPr>
            <w:r w:rsidRPr="00D35743">
              <w:rPr>
                <w:rFonts w:cs="Times New Roman"/>
                <w:b/>
                <w:color w:val="000000" w:themeColor="text1"/>
                <w:sz w:val="22"/>
              </w:rPr>
              <w:t>P value</w:t>
            </w:r>
          </w:p>
        </w:tc>
      </w:tr>
      <w:tr w:rsidR="00D94E50" w:rsidRPr="00D35743" w14:paraId="4C2870DB" w14:textId="77777777">
        <w:tc>
          <w:tcPr>
            <w:tcW w:w="3744" w:type="dxa"/>
          </w:tcPr>
          <w:p w14:paraId="127488CC" w14:textId="77777777" w:rsidR="00D94E50" w:rsidRPr="00D35743" w:rsidRDefault="00000000">
            <w:pPr>
              <w:rPr>
                <w:rFonts w:cs="Times New Roman"/>
                <w:color w:val="000000" w:themeColor="text1"/>
                <w:sz w:val="22"/>
              </w:rPr>
            </w:pPr>
            <w:r w:rsidRPr="00D35743">
              <w:rPr>
                <w:rFonts w:cs="Times New Roman"/>
                <w:color w:val="000000" w:themeColor="text1"/>
                <w:sz w:val="22"/>
              </w:rPr>
              <w:t>Overall</w:t>
            </w:r>
          </w:p>
        </w:tc>
        <w:tc>
          <w:tcPr>
            <w:tcW w:w="2016" w:type="dxa"/>
          </w:tcPr>
          <w:p w14:paraId="1BB0B60E"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6544F68C" w14:textId="77777777" w:rsidR="00D94E50" w:rsidRPr="00D35743" w:rsidRDefault="00000000">
            <w:pPr>
              <w:rPr>
                <w:rFonts w:cs="Times New Roman"/>
                <w:color w:val="000000" w:themeColor="text1"/>
                <w:sz w:val="22"/>
              </w:rPr>
            </w:pPr>
            <w:r w:rsidRPr="00D35743">
              <w:rPr>
                <w:rFonts w:cs="Times New Roman"/>
                <w:color w:val="000000" w:themeColor="text1"/>
                <w:sz w:val="22"/>
              </w:rPr>
              <w:t>+1.30</w:t>
            </w:r>
          </w:p>
        </w:tc>
        <w:tc>
          <w:tcPr>
            <w:tcW w:w="2880" w:type="dxa"/>
          </w:tcPr>
          <w:p w14:paraId="21B3534B" w14:textId="77777777" w:rsidR="00D94E50" w:rsidRPr="00D35743" w:rsidRDefault="00000000">
            <w:pPr>
              <w:rPr>
                <w:rFonts w:cs="Times New Roman"/>
                <w:color w:val="000000" w:themeColor="text1"/>
                <w:sz w:val="22"/>
              </w:rPr>
            </w:pPr>
            <w:r w:rsidRPr="00D35743">
              <w:rPr>
                <w:rFonts w:cs="Times New Roman"/>
                <w:color w:val="000000" w:themeColor="text1"/>
                <w:sz w:val="22"/>
              </w:rPr>
              <w:t>0.37 to 2.25</w:t>
            </w:r>
          </w:p>
        </w:tc>
        <w:tc>
          <w:tcPr>
            <w:tcW w:w="1728" w:type="dxa"/>
          </w:tcPr>
          <w:p w14:paraId="778F3670" w14:textId="77777777" w:rsidR="00D94E50" w:rsidRPr="00D35743" w:rsidRDefault="00000000">
            <w:pPr>
              <w:rPr>
                <w:rFonts w:cs="Times New Roman"/>
                <w:color w:val="000000" w:themeColor="text1"/>
                <w:sz w:val="22"/>
              </w:rPr>
            </w:pPr>
            <w:r w:rsidRPr="00D35743">
              <w:rPr>
                <w:rFonts w:cs="Times New Roman"/>
                <w:color w:val="000000" w:themeColor="text1"/>
                <w:sz w:val="22"/>
              </w:rPr>
              <w:t>.006</w:t>
            </w:r>
          </w:p>
        </w:tc>
      </w:tr>
      <w:tr w:rsidR="00D94E50" w:rsidRPr="00D35743" w14:paraId="73E092F1" w14:textId="77777777">
        <w:tc>
          <w:tcPr>
            <w:tcW w:w="3744" w:type="dxa"/>
          </w:tcPr>
          <w:p w14:paraId="467E594D" w14:textId="77777777" w:rsidR="00D94E50" w:rsidRPr="00D35743" w:rsidRDefault="00000000">
            <w:pPr>
              <w:rPr>
                <w:rFonts w:cs="Times New Roman"/>
                <w:color w:val="000000" w:themeColor="text1"/>
                <w:sz w:val="22"/>
              </w:rPr>
            </w:pPr>
            <w:r w:rsidRPr="00D35743">
              <w:rPr>
                <w:rFonts w:cs="Times New Roman"/>
                <w:color w:val="000000" w:themeColor="text1"/>
                <w:sz w:val="22"/>
              </w:rPr>
              <w:t>Female</w:t>
            </w:r>
          </w:p>
        </w:tc>
        <w:tc>
          <w:tcPr>
            <w:tcW w:w="2016" w:type="dxa"/>
          </w:tcPr>
          <w:p w14:paraId="7834AD58"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17EB0906" w14:textId="77777777" w:rsidR="00D94E50" w:rsidRPr="00D35743" w:rsidRDefault="00000000">
            <w:pPr>
              <w:rPr>
                <w:rFonts w:cs="Times New Roman"/>
                <w:color w:val="000000" w:themeColor="text1"/>
                <w:sz w:val="22"/>
              </w:rPr>
            </w:pPr>
            <w:r w:rsidRPr="00D35743">
              <w:rPr>
                <w:rFonts w:cs="Times New Roman"/>
                <w:color w:val="000000" w:themeColor="text1"/>
                <w:sz w:val="22"/>
              </w:rPr>
              <w:t>+0.66</w:t>
            </w:r>
          </w:p>
        </w:tc>
        <w:tc>
          <w:tcPr>
            <w:tcW w:w="2880" w:type="dxa"/>
          </w:tcPr>
          <w:p w14:paraId="2EC5EEFE" w14:textId="77777777" w:rsidR="00D94E50" w:rsidRPr="00D35743" w:rsidRDefault="00000000">
            <w:pPr>
              <w:rPr>
                <w:rFonts w:cs="Times New Roman"/>
                <w:color w:val="000000" w:themeColor="text1"/>
                <w:sz w:val="22"/>
              </w:rPr>
            </w:pPr>
            <w:r w:rsidRPr="00D35743">
              <w:rPr>
                <w:rFonts w:cs="Times New Roman"/>
                <w:color w:val="000000" w:themeColor="text1"/>
                <w:sz w:val="22"/>
              </w:rPr>
              <w:t>-0.93 to 2.28</w:t>
            </w:r>
          </w:p>
        </w:tc>
        <w:tc>
          <w:tcPr>
            <w:tcW w:w="1728" w:type="dxa"/>
          </w:tcPr>
          <w:p w14:paraId="7A6E4882" w14:textId="77777777" w:rsidR="00D94E50" w:rsidRPr="00D35743" w:rsidRDefault="00000000">
            <w:pPr>
              <w:rPr>
                <w:rFonts w:cs="Times New Roman"/>
                <w:color w:val="000000" w:themeColor="text1"/>
                <w:sz w:val="22"/>
              </w:rPr>
            </w:pPr>
            <w:r w:rsidRPr="00D35743">
              <w:rPr>
                <w:rFonts w:cs="Times New Roman"/>
                <w:color w:val="000000" w:themeColor="text1"/>
                <w:sz w:val="22"/>
              </w:rPr>
              <w:t>.419</w:t>
            </w:r>
          </w:p>
        </w:tc>
      </w:tr>
      <w:tr w:rsidR="00D94E50" w:rsidRPr="00D35743" w14:paraId="1AE45649" w14:textId="77777777">
        <w:tc>
          <w:tcPr>
            <w:tcW w:w="3744" w:type="dxa"/>
          </w:tcPr>
          <w:p w14:paraId="0972212A" w14:textId="77777777" w:rsidR="00D94E50" w:rsidRPr="00D35743" w:rsidRDefault="00000000">
            <w:pPr>
              <w:rPr>
                <w:rFonts w:cs="Times New Roman"/>
                <w:color w:val="000000" w:themeColor="text1"/>
                <w:sz w:val="22"/>
              </w:rPr>
            </w:pPr>
            <w:r w:rsidRPr="00D35743">
              <w:rPr>
                <w:rFonts w:cs="Times New Roman"/>
                <w:color w:val="000000" w:themeColor="text1"/>
                <w:sz w:val="22"/>
              </w:rPr>
              <w:t>Male</w:t>
            </w:r>
          </w:p>
        </w:tc>
        <w:tc>
          <w:tcPr>
            <w:tcW w:w="2016" w:type="dxa"/>
          </w:tcPr>
          <w:p w14:paraId="7A6EF43D"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0D9CB9E8" w14:textId="77777777" w:rsidR="00D94E50" w:rsidRPr="00D35743" w:rsidRDefault="00000000">
            <w:pPr>
              <w:rPr>
                <w:rFonts w:cs="Times New Roman"/>
                <w:color w:val="000000" w:themeColor="text1"/>
                <w:sz w:val="22"/>
              </w:rPr>
            </w:pPr>
            <w:r w:rsidRPr="00D35743">
              <w:rPr>
                <w:rFonts w:cs="Times New Roman"/>
                <w:color w:val="000000" w:themeColor="text1"/>
                <w:sz w:val="22"/>
              </w:rPr>
              <w:t>+0.97</w:t>
            </w:r>
          </w:p>
        </w:tc>
        <w:tc>
          <w:tcPr>
            <w:tcW w:w="2880" w:type="dxa"/>
          </w:tcPr>
          <w:p w14:paraId="5094A26B" w14:textId="77777777" w:rsidR="00D94E50" w:rsidRPr="00D35743" w:rsidRDefault="00000000">
            <w:pPr>
              <w:rPr>
                <w:rFonts w:cs="Times New Roman"/>
                <w:color w:val="000000" w:themeColor="text1"/>
                <w:sz w:val="22"/>
              </w:rPr>
            </w:pPr>
            <w:r w:rsidRPr="00D35743">
              <w:rPr>
                <w:rFonts w:cs="Times New Roman"/>
                <w:color w:val="000000" w:themeColor="text1"/>
                <w:sz w:val="22"/>
              </w:rPr>
              <w:t>0.01 to 1.93</w:t>
            </w:r>
          </w:p>
        </w:tc>
        <w:tc>
          <w:tcPr>
            <w:tcW w:w="1728" w:type="dxa"/>
          </w:tcPr>
          <w:p w14:paraId="7127B1FE" w14:textId="77777777" w:rsidR="00D94E50" w:rsidRPr="00D35743" w:rsidRDefault="00000000">
            <w:pPr>
              <w:rPr>
                <w:rFonts w:cs="Times New Roman"/>
                <w:color w:val="000000" w:themeColor="text1"/>
                <w:sz w:val="22"/>
              </w:rPr>
            </w:pPr>
            <w:r w:rsidRPr="00D35743">
              <w:rPr>
                <w:rFonts w:cs="Times New Roman"/>
                <w:color w:val="000000" w:themeColor="text1"/>
                <w:sz w:val="22"/>
              </w:rPr>
              <w:t>.047</w:t>
            </w:r>
          </w:p>
        </w:tc>
      </w:tr>
      <w:tr w:rsidR="00D94E50" w:rsidRPr="00D35743" w14:paraId="41137D3D" w14:textId="77777777">
        <w:tc>
          <w:tcPr>
            <w:tcW w:w="3744" w:type="dxa"/>
          </w:tcPr>
          <w:p w14:paraId="44CEEF7B" w14:textId="77777777" w:rsidR="00D94E50" w:rsidRPr="00D35743" w:rsidRDefault="00000000">
            <w:pPr>
              <w:rPr>
                <w:rFonts w:cs="Times New Roman"/>
                <w:color w:val="000000" w:themeColor="text1"/>
                <w:sz w:val="22"/>
              </w:rPr>
            </w:pPr>
            <w:r w:rsidRPr="00D35743">
              <w:rPr>
                <w:rFonts w:cs="Times New Roman"/>
                <w:color w:val="000000" w:themeColor="text1"/>
                <w:sz w:val="22"/>
              </w:rPr>
              <w:t>25–44 years</w:t>
            </w:r>
          </w:p>
        </w:tc>
        <w:tc>
          <w:tcPr>
            <w:tcW w:w="2016" w:type="dxa"/>
          </w:tcPr>
          <w:p w14:paraId="51C62E07"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3AE0B569" w14:textId="77777777" w:rsidR="00D94E50" w:rsidRPr="00D35743" w:rsidRDefault="00000000">
            <w:pPr>
              <w:rPr>
                <w:rFonts w:cs="Times New Roman"/>
                <w:color w:val="000000" w:themeColor="text1"/>
                <w:sz w:val="22"/>
              </w:rPr>
            </w:pPr>
            <w:r w:rsidRPr="00D35743">
              <w:rPr>
                <w:rFonts w:cs="Times New Roman"/>
                <w:color w:val="000000" w:themeColor="text1"/>
                <w:sz w:val="22"/>
              </w:rPr>
              <w:t>+4.03</w:t>
            </w:r>
          </w:p>
        </w:tc>
        <w:tc>
          <w:tcPr>
            <w:tcW w:w="2880" w:type="dxa"/>
          </w:tcPr>
          <w:p w14:paraId="599C4214" w14:textId="77777777" w:rsidR="00D94E50" w:rsidRPr="00D35743" w:rsidRDefault="00000000">
            <w:pPr>
              <w:rPr>
                <w:rFonts w:cs="Times New Roman"/>
                <w:color w:val="000000" w:themeColor="text1"/>
                <w:sz w:val="22"/>
              </w:rPr>
            </w:pPr>
            <w:r w:rsidRPr="00D35743">
              <w:rPr>
                <w:rFonts w:cs="Times New Roman"/>
                <w:color w:val="000000" w:themeColor="text1"/>
                <w:sz w:val="22"/>
              </w:rPr>
              <w:t>2.21 to 5.89</w:t>
            </w:r>
          </w:p>
        </w:tc>
        <w:tc>
          <w:tcPr>
            <w:tcW w:w="1728" w:type="dxa"/>
          </w:tcPr>
          <w:p w14:paraId="5A9FD74D"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55661134" w14:textId="77777777">
        <w:tc>
          <w:tcPr>
            <w:tcW w:w="3744" w:type="dxa"/>
          </w:tcPr>
          <w:p w14:paraId="23B865F4" w14:textId="77777777" w:rsidR="00D94E50" w:rsidRPr="00D35743" w:rsidRDefault="00000000">
            <w:pPr>
              <w:rPr>
                <w:rFonts w:cs="Times New Roman"/>
                <w:color w:val="000000" w:themeColor="text1"/>
                <w:sz w:val="22"/>
              </w:rPr>
            </w:pPr>
            <w:r w:rsidRPr="00D35743">
              <w:rPr>
                <w:rFonts w:cs="Times New Roman"/>
                <w:color w:val="000000" w:themeColor="text1"/>
                <w:sz w:val="22"/>
              </w:rPr>
              <w:t>45–64 years</w:t>
            </w:r>
          </w:p>
        </w:tc>
        <w:tc>
          <w:tcPr>
            <w:tcW w:w="2016" w:type="dxa"/>
          </w:tcPr>
          <w:p w14:paraId="742BFE7B"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56CEA167" w14:textId="77777777" w:rsidR="00D94E50" w:rsidRPr="00D35743" w:rsidRDefault="00000000">
            <w:pPr>
              <w:rPr>
                <w:rFonts w:cs="Times New Roman"/>
                <w:color w:val="000000" w:themeColor="text1"/>
                <w:sz w:val="22"/>
              </w:rPr>
            </w:pPr>
            <w:r w:rsidRPr="00D35743">
              <w:rPr>
                <w:rFonts w:cs="Times New Roman"/>
                <w:color w:val="000000" w:themeColor="text1"/>
                <w:sz w:val="22"/>
              </w:rPr>
              <w:t>+3.31</w:t>
            </w:r>
          </w:p>
        </w:tc>
        <w:tc>
          <w:tcPr>
            <w:tcW w:w="2880" w:type="dxa"/>
          </w:tcPr>
          <w:p w14:paraId="5012DBD6" w14:textId="77777777" w:rsidR="00D94E50" w:rsidRPr="00D35743" w:rsidRDefault="00000000">
            <w:pPr>
              <w:rPr>
                <w:rFonts w:cs="Times New Roman"/>
                <w:color w:val="000000" w:themeColor="text1"/>
                <w:sz w:val="22"/>
              </w:rPr>
            </w:pPr>
            <w:r w:rsidRPr="00D35743">
              <w:rPr>
                <w:rFonts w:cs="Times New Roman"/>
                <w:color w:val="000000" w:themeColor="text1"/>
                <w:sz w:val="22"/>
              </w:rPr>
              <w:t>2.38 to 4.25</w:t>
            </w:r>
          </w:p>
        </w:tc>
        <w:tc>
          <w:tcPr>
            <w:tcW w:w="1728" w:type="dxa"/>
          </w:tcPr>
          <w:p w14:paraId="7E887E66"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3CFBEC9D" w14:textId="77777777">
        <w:tc>
          <w:tcPr>
            <w:tcW w:w="3744" w:type="dxa"/>
          </w:tcPr>
          <w:p w14:paraId="47AEE55C" w14:textId="77777777" w:rsidR="00D94E50" w:rsidRPr="00D35743" w:rsidRDefault="00000000">
            <w:pPr>
              <w:rPr>
                <w:rFonts w:cs="Times New Roman"/>
                <w:color w:val="000000" w:themeColor="text1"/>
                <w:sz w:val="22"/>
              </w:rPr>
            </w:pPr>
            <w:r w:rsidRPr="00D35743">
              <w:rPr>
                <w:rFonts w:cs="Times New Roman"/>
                <w:color w:val="000000" w:themeColor="text1"/>
                <w:sz w:val="22"/>
              </w:rPr>
              <w:t>≥65 years</w:t>
            </w:r>
          </w:p>
        </w:tc>
        <w:tc>
          <w:tcPr>
            <w:tcW w:w="2016" w:type="dxa"/>
          </w:tcPr>
          <w:p w14:paraId="1BA1E2B9"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2C83A70E" w14:textId="77777777" w:rsidR="00D94E50" w:rsidRPr="00D35743" w:rsidRDefault="00000000">
            <w:pPr>
              <w:rPr>
                <w:rFonts w:cs="Times New Roman"/>
                <w:color w:val="000000" w:themeColor="text1"/>
                <w:sz w:val="22"/>
              </w:rPr>
            </w:pPr>
            <w:r w:rsidRPr="00D35743">
              <w:rPr>
                <w:rFonts w:cs="Times New Roman"/>
                <w:color w:val="000000" w:themeColor="text1"/>
                <w:sz w:val="22"/>
              </w:rPr>
              <w:t>+0.18</w:t>
            </w:r>
          </w:p>
        </w:tc>
        <w:tc>
          <w:tcPr>
            <w:tcW w:w="2880" w:type="dxa"/>
          </w:tcPr>
          <w:p w14:paraId="51AC8160" w14:textId="77777777" w:rsidR="00D94E50" w:rsidRPr="00D35743" w:rsidRDefault="00000000">
            <w:pPr>
              <w:rPr>
                <w:rFonts w:cs="Times New Roman"/>
                <w:color w:val="000000" w:themeColor="text1"/>
                <w:sz w:val="22"/>
              </w:rPr>
            </w:pPr>
            <w:r w:rsidRPr="00D35743">
              <w:rPr>
                <w:rFonts w:cs="Times New Roman"/>
                <w:color w:val="000000" w:themeColor="text1"/>
                <w:sz w:val="22"/>
              </w:rPr>
              <w:t>-0.49 to 0.86</w:t>
            </w:r>
          </w:p>
        </w:tc>
        <w:tc>
          <w:tcPr>
            <w:tcW w:w="1728" w:type="dxa"/>
          </w:tcPr>
          <w:p w14:paraId="61EC300A" w14:textId="77777777" w:rsidR="00D94E50" w:rsidRPr="00D35743" w:rsidRDefault="00000000">
            <w:pPr>
              <w:rPr>
                <w:rFonts w:cs="Times New Roman"/>
                <w:color w:val="000000" w:themeColor="text1"/>
                <w:sz w:val="22"/>
              </w:rPr>
            </w:pPr>
            <w:r w:rsidRPr="00D35743">
              <w:rPr>
                <w:rFonts w:cs="Times New Roman"/>
                <w:color w:val="000000" w:themeColor="text1"/>
                <w:sz w:val="22"/>
              </w:rPr>
              <w:t>.592</w:t>
            </w:r>
          </w:p>
        </w:tc>
      </w:tr>
      <w:tr w:rsidR="00D94E50" w:rsidRPr="00D35743" w14:paraId="48FD2481" w14:textId="77777777">
        <w:tc>
          <w:tcPr>
            <w:tcW w:w="3744" w:type="dxa"/>
          </w:tcPr>
          <w:p w14:paraId="27B11BFA" w14:textId="77777777" w:rsidR="00D94E50" w:rsidRPr="00D35743" w:rsidRDefault="00000000">
            <w:pPr>
              <w:rPr>
                <w:rFonts w:cs="Times New Roman"/>
                <w:color w:val="000000" w:themeColor="text1"/>
                <w:sz w:val="22"/>
              </w:rPr>
            </w:pPr>
            <w:r w:rsidRPr="00D35743">
              <w:rPr>
                <w:rFonts w:cs="Times New Roman"/>
                <w:color w:val="000000" w:themeColor="text1"/>
                <w:sz w:val="22"/>
              </w:rPr>
              <w:t>Northeast</w:t>
            </w:r>
          </w:p>
        </w:tc>
        <w:tc>
          <w:tcPr>
            <w:tcW w:w="2016" w:type="dxa"/>
          </w:tcPr>
          <w:p w14:paraId="508B1099"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0208A211" w14:textId="77777777" w:rsidR="00D94E50" w:rsidRPr="00D35743" w:rsidRDefault="00000000">
            <w:pPr>
              <w:rPr>
                <w:rFonts w:cs="Times New Roman"/>
                <w:color w:val="000000" w:themeColor="text1"/>
                <w:sz w:val="22"/>
              </w:rPr>
            </w:pPr>
            <w:r w:rsidRPr="00D35743">
              <w:rPr>
                <w:rFonts w:cs="Times New Roman"/>
                <w:color w:val="000000" w:themeColor="text1"/>
                <w:sz w:val="22"/>
              </w:rPr>
              <w:t>+1.50</w:t>
            </w:r>
          </w:p>
        </w:tc>
        <w:tc>
          <w:tcPr>
            <w:tcW w:w="2880" w:type="dxa"/>
          </w:tcPr>
          <w:p w14:paraId="203E098B" w14:textId="77777777" w:rsidR="00D94E50" w:rsidRPr="00D35743" w:rsidRDefault="00000000">
            <w:pPr>
              <w:rPr>
                <w:rFonts w:cs="Times New Roman"/>
                <w:color w:val="000000" w:themeColor="text1"/>
                <w:sz w:val="22"/>
              </w:rPr>
            </w:pPr>
            <w:r w:rsidRPr="00D35743">
              <w:rPr>
                <w:rFonts w:cs="Times New Roman"/>
                <w:color w:val="000000" w:themeColor="text1"/>
                <w:sz w:val="22"/>
              </w:rPr>
              <w:t>0.35 to 2.67</w:t>
            </w:r>
          </w:p>
        </w:tc>
        <w:tc>
          <w:tcPr>
            <w:tcW w:w="1728" w:type="dxa"/>
          </w:tcPr>
          <w:p w14:paraId="0700E927" w14:textId="77777777" w:rsidR="00D94E50" w:rsidRPr="00D35743" w:rsidRDefault="00000000">
            <w:pPr>
              <w:rPr>
                <w:rFonts w:cs="Times New Roman"/>
                <w:color w:val="000000" w:themeColor="text1"/>
                <w:sz w:val="22"/>
              </w:rPr>
            </w:pPr>
            <w:r w:rsidRPr="00D35743">
              <w:rPr>
                <w:rFonts w:cs="Times New Roman"/>
                <w:color w:val="000000" w:themeColor="text1"/>
                <w:sz w:val="22"/>
              </w:rPr>
              <w:t>.010</w:t>
            </w:r>
          </w:p>
        </w:tc>
      </w:tr>
      <w:tr w:rsidR="00D94E50" w:rsidRPr="00D35743" w14:paraId="62AA3F56" w14:textId="77777777">
        <w:tc>
          <w:tcPr>
            <w:tcW w:w="3744" w:type="dxa"/>
          </w:tcPr>
          <w:p w14:paraId="326E5091" w14:textId="77777777" w:rsidR="00D94E50" w:rsidRPr="00D35743" w:rsidRDefault="00000000">
            <w:pPr>
              <w:rPr>
                <w:rFonts w:cs="Times New Roman"/>
                <w:color w:val="000000" w:themeColor="text1"/>
                <w:sz w:val="22"/>
              </w:rPr>
            </w:pPr>
            <w:r w:rsidRPr="00D35743">
              <w:rPr>
                <w:rFonts w:cs="Times New Roman"/>
                <w:color w:val="000000" w:themeColor="text1"/>
                <w:sz w:val="22"/>
              </w:rPr>
              <w:t>Midwest</w:t>
            </w:r>
          </w:p>
        </w:tc>
        <w:tc>
          <w:tcPr>
            <w:tcW w:w="2016" w:type="dxa"/>
          </w:tcPr>
          <w:p w14:paraId="4D158D23"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4ED455F9" w14:textId="77777777" w:rsidR="00D94E50" w:rsidRPr="00D35743" w:rsidRDefault="00000000">
            <w:pPr>
              <w:rPr>
                <w:rFonts w:cs="Times New Roman"/>
                <w:color w:val="000000" w:themeColor="text1"/>
                <w:sz w:val="22"/>
              </w:rPr>
            </w:pPr>
            <w:r w:rsidRPr="00D35743">
              <w:rPr>
                <w:rFonts w:cs="Times New Roman"/>
                <w:color w:val="000000" w:themeColor="text1"/>
                <w:sz w:val="22"/>
              </w:rPr>
              <w:t>+0.38</w:t>
            </w:r>
          </w:p>
        </w:tc>
        <w:tc>
          <w:tcPr>
            <w:tcW w:w="2880" w:type="dxa"/>
          </w:tcPr>
          <w:p w14:paraId="42F31EA1" w14:textId="77777777" w:rsidR="00D94E50" w:rsidRPr="00D35743" w:rsidRDefault="00000000">
            <w:pPr>
              <w:rPr>
                <w:rFonts w:cs="Times New Roman"/>
                <w:color w:val="000000" w:themeColor="text1"/>
                <w:sz w:val="22"/>
              </w:rPr>
            </w:pPr>
            <w:r w:rsidRPr="00D35743">
              <w:rPr>
                <w:rFonts w:cs="Times New Roman"/>
                <w:color w:val="000000" w:themeColor="text1"/>
                <w:sz w:val="22"/>
              </w:rPr>
              <w:t>-0.69 to 1.46</w:t>
            </w:r>
          </w:p>
        </w:tc>
        <w:tc>
          <w:tcPr>
            <w:tcW w:w="1728" w:type="dxa"/>
          </w:tcPr>
          <w:p w14:paraId="03EAD2EB" w14:textId="77777777" w:rsidR="00D94E50" w:rsidRPr="00D35743" w:rsidRDefault="00000000">
            <w:pPr>
              <w:rPr>
                <w:rFonts w:cs="Times New Roman"/>
                <w:color w:val="000000" w:themeColor="text1"/>
                <w:sz w:val="22"/>
              </w:rPr>
            </w:pPr>
            <w:r w:rsidRPr="00D35743">
              <w:rPr>
                <w:rFonts w:cs="Times New Roman"/>
                <w:color w:val="000000" w:themeColor="text1"/>
                <w:sz w:val="22"/>
              </w:rPr>
              <w:t>.484</w:t>
            </w:r>
          </w:p>
        </w:tc>
      </w:tr>
      <w:tr w:rsidR="00D94E50" w:rsidRPr="00D35743" w14:paraId="49789710" w14:textId="77777777">
        <w:tc>
          <w:tcPr>
            <w:tcW w:w="3744" w:type="dxa"/>
          </w:tcPr>
          <w:p w14:paraId="384CA866" w14:textId="77777777" w:rsidR="00D94E50" w:rsidRPr="00D35743" w:rsidRDefault="00000000">
            <w:pPr>
              <w:rPr>
                <w:rFonts w:cs="Times New Roman"/>
                <w:color w:val="000000" w:themeColor="text1"/>
                <w:sz w:val="22"/>
              </w:rPr>
            </w:pPr>
            <w:r w:rsidRPr="00D35743">
              <w:rPr>
                <w:rFonts w:cs="Times New Roman"/>
                <w:color w:val="000000" w:themeColor="text1"/>
                <w:sz w:val="22"/>
              </w:rPr>
              <w:t>South</w:t>
            </w:r>
          </w:p>
        </w:tc>
        <w:tc>
          <w:tcPr>
            <w:tcW w:w="2016" w:type="dxa"/>
          </w:tcPr>
          <w:p w14:paraId="6FE528F1"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4560A83A" w14:textId="77777777" w:rsidR="00D94E50" w:rsidRPr="00D35743" w:rsidRDefault="00000000">
            <w:pPr>
              <w:rPr>
                <w:rFonts w:cs="Times New Roman"/>
                <w:color w:val="000000" w:themeColor="text1"/>
                <w:sz w:val="22"/>
              </w:rPr>
            </w:pPr>
            <w:r w:rsidRPr="00D35743">
              <w:rPr>
                <w:rFonts w:cs="Times New Roman"/>
                <w:color w:val="000000" w:themeColor="text1"/>
                <w:sz w:val="22"/>
              </w:rPr>
              <w:t>+1.13</w:t>
            </w:r>
          </w:p>
        </w:tc>
        <w:tc>
          <w:tcPr>
            <w:tcW w:w="2880" w:type="dxa"/>
          </w:tcPr>
          <w:p w14:paraId="28228A85" w14:textId="77777777" w:rsidR="00D94E50" w:rsidRPr="00D35743" w:rsidRDefault="00000000">
            <w:pPr>
              <w:rPr>
                <w:rFonts w:cs="Times New Roman"/>
                <w:color w:val="000000" w:themeColor="text1"/>
                <w:sz w:val="22"/>
              </w:rPr>
            </w:pPr>
            <w:r w:rsidRPr="00D35743">
              <w:rPr>
                <w:rFonts w:cs="Times New Roman"/>
                <w:color w:val="000000" w:themeColor="text1"/>
                <w:sz w:val="22"/>
              </w:rPr>
              <w:t>0.09 to 2.18</w:t>
            </w:r>
          </w:p>
        </w:tc>
        <w:tc>
          <w:tcPr>
            <w:tcW w:w="1728" w:type="dxa"/>
          </w:tcPr>
          <w:p w14:paraId="5028D4CD" w14:textId="77777777" w:rsidR="00D94E50" w:rsidRPr="00D35743" w:rsidRDefault="00000000">
            <w:pPr>
              <w:rPr>
                <w:rFonts w:cs="Times New Roman"/>
                <w:color w:val="000000" w:themeColor="text1"/>
                <w:sz w:val="22"/>
              </w:rPr>
            </w:pPr>
            <w:r w:rsidRPr="00D35743">
              <w:rPr>
                <w:rFonts w:cs="Times New Roman"/>
                <w:color w:val="000000" w:themeColor="text1"/>
                <w:sz w:val="22"/>
              </w:rPr>
              <w:t>.033</w:t>
            </w:r>
          </w:p>
        </w:tc>
      </w:tr>
      <w:tr w:rsidR="00D94E50" w:rsidRPr="00D35743" w14:paraId="791A3799" w14:textId="77777777">
        <w:tc>
          <w:tcPr>
            <w:tcW w:w="3744" w:type="dxa"/>
          </w:tcPr>
          <w:p w14:paraId="32480B71" w14:textId="77777777" w:rsidR="00D94E50" w:rsidRPr="00D35743" w:rsidRDefault="00000000">
            <w:pPr>
              <w:rPr>
                <w:rFonts w:cs="Times New Roman"/>
                <w:color w:val="000000" w:themeColor="text1"/>
                <w:sz w:val="22"/>
              </w:rPr>
            </w:pPr>
            <w:r w:rsidRPr="00D35743">
              <w:rPr>
                <w:rFonts w:cs="Times New Roman"/>
                <w:color w:val="000000" w:themeColor="text1"/>
                <w:sz w:val="22"/>
              </w:rPr>
              <w:t>West</w:t>
            </w:r>
          </w:p>
        </w:tc>
        <w:tc>
          <w:tcPr>
            <w:tcW w:w="2016" w:type="dxa"/>
          </w:tcPr>
          <w:p w14:paraId="10EBC499"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3FE1CD31" w14:textId="77777777" w:rsidR="00D94E50" w:rsidRPr="00D35743" w:rsidRDefault="00000000">
            <w:pPr>
              <w:rPr>
                <w:rFonts w:cs="Times New Roman"/>
                <w:color w:val="000000" w:themeColor="text1"/>
                <w:sz w:val="22"/>
              </w:rPr>
            </w:pPr>
            <w:r w:rsidRPr="00D35743">
              <w:rPr>
                <w:rFonts w:cs="Times New Roman"/>
                <w:color w:val="000000" w:themeColor="text1"/>
                <w:sz w:val="22"/>
              </w:rPr>
              <w:t>+2.01</w:t>
            </w:r>
          </w:p>
        </w:tc>
        <w:tc>
          <w:tcPr>
            <w:tcW w:w="2880" w:type="dxa"/>
          </w:tcPr>
          <w:p w14:paraId="54899FB3" w14:textId="77777777" w:rsidR="00D94E50" w:rsidRPr="00D35743" w:rsidRDefault="00000000">
            <w:pPr>
              <w:rPr>
                <w:rFonts w:cs="Times New Roman"/>
                <w:color w:val="000000" w:themeColor="text1"/>
                <w:sz w:val="22"/>
              </w:rPr>
            </w:pPr>
            <w:r w:rsidRPr="00D35743">
              <w:rPr>
                <w:rFonts w:cs="Times New Roman"/>
                <w:color w:val="000000" w:themeColor="text1"/>
                <w:sz w:val="22"/>
              </w:rPr>
              <w:t>0.77 to 3.27</w:t>
            </w:r>
          </w:p>
        </w:tc>
        <w:tc>
          <w:tcPr>
            <w:tcW w:w="1728" w:type="dxa"/>
          </w:tcPr>
          <w:p w14:paraId="3EC07A22" w14:textId="77777777" w:rsidR="00D94E50" w:rsidRPr="00D35743" w:rsidRDefault="00000000">
            <w:pPr>
              <w:rPr>
                <w:rFonts w:cs="Times New Roman"/>
                <w:color w:val="000000" w:themeColor="text1"/>
                <w:sz w:val="22"/>
              </w:rPr>
            </w:pPr>
            <w:r w:rsidRPr="00D35743">
              <w:rPr>
                <w:rFonts w:cs="Times New Roman"/>
                <w:color w:val="000000" w:themeColor="text1"/>
                <w:sz w:val="22"/>
              </w:rPr>
              <w:t>.001</w:t>
            </w:r>
          </w:p>
        </w:tc>
      </w:tr>
      <w:tr w:rsidR="00D94E50" w:rsidRPr="00D35743" w14:paraId="0DEEB75D" w14:textId="77777777">
        <w:tc>
          <w:tcPr>
            <w:tcW w:w="3744" w:type="dxa"/>
          </w:tcPr>
          <w:p w14:paraId="7DD3F332" w14:textId="77777777" w:rsidR="00D94E50" w:rsidRPr="00D35743" w:rsidRDefault="00000000">
            <w:pPr>
              <w:rPr>
                <w:rFonts w:cs="Times New Roman"/>
                <w:color w:val="000000" w:themeColor="text1"/>
                <w:sz w:val="22"/>
              </w:rPr>
            </w:pPr>
            <w:r w:rsidRPr="00D35743">
              <w:rPr>
                <w:rFonts w:cs="Times New Roman"/>
                <w:color w:val="000000" w:themeColor="text1"/>
                <w:sz w:val="22"/>
              </w:rPr>
              <w:t>Non-Hispanic White</w:t>
            </w:r>
          </w:p>
        </w:tc>
        <w:tc>
          <w:tcPr>
            <w:tcW w:w="2016" w:type="dxa"/>
          </w:tcPr>
          <w:p w14:paraId="4725C6B7"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0F453692" w14:textId="77777777" w:rsidR="00D94E50" w:rsidRPr="00D35743" w:rsidRDefault="00000000">
            <w:pPr>
              <w:rPr>
                <w:rFonts w:cs="Times New Roman"/>
                <w:color w:val="000000" w:themeColor="text1"/>
                <w:sz w:val="22"/>
              </w:rPr>
            </w:pPr>
            <w:r w:rsidRPr="00D35743">
              <w:rPr>
                <w:rFonts w:cs="Times New Roman"/>
                <w:color w:val="000000" w:themeColor="text1"/>
                <w:sz w:val="22"/>
              </w:rPr>
              <w:t>+1.37</w:t>
            </w:r>
          </w:p>
        </w:tc>
        <w:tc>
          <w:tcPr>
            <w:tcW w:w="2880" w:type="dxa"/>
          </w:tcPr>
          <w:p w14:paraId="6D4B3B94" w14:textId="77777777" w:rsidR="00D94E50" w:rsidRPr="00D35743" w:rsidRDefault="00000000">
            <w:pPr>
              <w:rPr>
                <w:rFonts w:cs="Times New Roman"/>
                <w:color w:val="000000" w:themeColor="text1"/>
                <w:sz w:val="22"/>
              </w:rPr>
            </w:pPr>
            <w:r w:rsidRPr="00D35743">
              <w:rPr>
                <w:rFonts w:cs="Times New Roman"/>
                <w:color w:val="000000" w:themeColor="text1"/>
                <w:sz w:val="22"/>
              </w:rPr>
              <w:t>0.77 to 1.97</w:t>
            </w:r>
          </w:p>
        </w:tc>
        <w:tc>
          <w:tcPr>
            <w:tcW w:w="1728" w:type="dxa"/>
          </w:tcPr>
          <w:p w14:paraId="7A3993F9" w14:textId="77777777" w:rsidR="00D94E50" w:rsidRPr="00D35743" w:rsidRDefault="00000000">
            <w:pPr>
              <w:rPr>
                <w:rFonts w:cs="Times New Roman"/>
                <w:color w:val="000000" w:themeColor="text1"/>
                <w:sz w:val="22"/>
              </w:rPr>
            </w:pPr>
            <w:r w:rsidRPr="00D35743">
              <w:rPr>
                <w:rFonts w:cs="Times New Roman"/>
                <w:color w:val="000000" w:themeColor="text1"/>
                <w:sz w:val="22"/>
              </w:rPr>
              <w:t>&lt;.001</w:t>
            </w:r>
          </w:p>
        </w:tc>
      </w:tr>
      <w:tr w:rsidR="00D94E50" w:rsidRPr="00D35743" w14:paraId="703C8A09" w14:textId="77777777">
        <w:tc>
          <w:tcPr>
            <w:tcW w:w="3744" w:type="dxa"/>
          </w:tcPr>
          <w:p w14:paraId="19FD20A9" w14:textId="77777777" w:rsidR="00D94E50" w:rsidRPr="00D35743" w:rsidRDefault="00000000">
            <w:pPr>
              <w:rPr>
                <w:rFonts w:cs="Times New Roman"/>
                <w:color w:val="000000" w:themeColor="text1"/>
                <w:sz w:val="22"/>
              </w:rPr>
            </w:pPr>
            <w:r w:rsidRPr="00D35743">
              <w:rPr>
                <w:rFonts w:cs="Times New Roman"/>
                <w:color w:val="000000" w:themeColor="text1"/>
                <w:sz w:val="22"/>
              </w:rPr>
              <w:t>Non-Hispanic Black</w:t>
            </w:r>
          </w:p>
        </w:tc>
        <w:tc>
          <w:tcPr>
            <w:tcW w:w="2016" w:type="dxa"/>
          </w:tcPr>
          <w:p w14:paraId="1EDABDE0" w14:textId="77777777" w:rsidR="00D94E50" w:rsidRPr="00D35743" w:rsidRDefault="00000000">
            <w:pPr>
              <w:rPr>
                <w:rFonts w:cs="Times New Roman"/>
                <w:color w:val="000000" w:themeColor="text1"/>
                <w:sz w:val="22"/>
              </w:rPr>
            </w:pPr>
            <w:r w:rsidRPr="00D35743">
              <w:rPr>
                <w:rFonts w:cs="Times New Roman"/>
                <w:color w:val="000000" w:themeColor="text1"/>
                <w:sz w:val="22"/>
              </w:rPr>
              <w:t>1999–2024</w:t>
            </w:r>
          </w:p>
        </w:tc>
        <w:tc>
          <w:tcPr>
            <w:tcW w:w="2016" w:type="dxa"/>
          </w:tcPr>
          <w:p w14:paraId="48B302FB" w14:textId="77777777" w:rsidR="00D94E50" w:rsidRPr="00D35743" w:rsidRDefault="00000000">
            <w:pPr>
              <w:rPr>
                <w:rFonts w:cs="Times New Roman"/>
                <w:color w:val="000000" w:themeColor="text1"/>
                <w:sz w:val="22"/>
              </w:rPr>
            </w:pPr>
            <w:r w:rsidRPr="00D35743">
              <w:rPr>
                <w:rFonts w:cs="Times New Roman"/>
                <w:color w:val="000000" w:themeColor="text1"/>
                <w:sz w:val="22"/>
              </w:rPr>
              <w:t>+1.68</w:t>
            </w:r>
          </w:p>
        </w:tc>
        <w:tc>
          <w:tcPr>
            <w:tcW w:w="2880" w:type="dxa"/>
          </w:tcPr>
          <w:p w14:paraId="16863166" w14:textId="77777777" w:rsidR="00D94E50" w:rsidRPr="00D35743" w:rsidRDefault="00000000">
            <w:pPr>
              <w:rPr>
                <w:rFonts w:cs="Times New Roman"/>
                <w:color w:val="000000" w:themeColor="text1"/>
                <w:sz w:val="22"/>
              </w:rPr>
            </w:pPr>
            <w:r w:rsidRPr="00D35743">
              <w:rPr>
                <w:rFonts w:cs="Times New Roman"/>
                <w:color w:val="000000" w:themeColor="text1"/>
                <w:sz w:val="22"/>
              </w:rPr>
              <w:t>0.23 to 3.16</w:t>
            </w:r>
          </w:p>
        </w:tc>
        <w:tc>
          <w:tcPr>
            <w:tcW w:w="1728" w:type="dxa"/>
          </w:tcPr>
          <w:p w14:paraId="3521E435" w14:textId="77777777" w:rsidR="00D94E50" w:rsidRPr="00D35743" w:rsidRDefault="00000000">
            <w:pPr>
              <w:rPr>
                <w:rFonts w:cs="Times New Roman"/>
                <w:color w:val="000000" w:themeColor="text1"/>
                <w:sz w:val="22"/>
              </w:rPr>
            </w:pPr>
            <w:r w:rsidRPr="00D35743">
              <w:rPr>
                <w:rFonts w:cs="Times New Roman"/>
                <w:color w:val="000000" w:themeColor="text1"/>
                <w:sz w:val="22"/>
              </w:rPr>
              <w:t>.023</w:t>
            </w:r>
          </w:p>
        </w:tc>
      </w:tr>
      <w:tr w:rsidR="00D94E50" w:rsidRPr="00D35743" w14:paraId="1753FD8F" w14:textId="77777777">
        <w:tc>
          <w:tcPr>
            <w:tcW w:w="3744" w:type="dxa"/>
          </w:tcPr>
          <w:p w14:paraId="5D8871BB" w14:textId="77777777" w:rsidR="00D94E50" w:rsidRPr="00D35743" w:rsidRDefault="00000000">
            <w:pPr>
              <w:rPr>
                <w:rFonts w:cs="Times New Roman"/>
                <w:color w:val="000000" w:themeColor="text1"/>
                <w:sz w:val="22"/>
              </w:rPr>
            </w:pPr>
            <w:r w:rsidRPr="00D35743">
              <w:rPr>
                <w:rFonts w:cs="Times New Roman"/>
                <w:color w:val="000000" w:themeColor="text1"/>
                <w:sz w:val="22"/>
              </w:rPr>
              <w:t>Metropolitan (1999–2020)</w:t>
            </w:r>
          </w:p>
        </w:tc>
        <w:tc>
          <w:tcPr>
            <w:tcW w:w="2016" w:type="dxa"/>
          </w:tcPr>
          <w:p w14:paraId="567FF384" w14:textId="77777777" w:rsidR="00D94E50" w:rsidRPr="00D35743" w:rsidRDefault="00000000">
            <w:pPr>
              <w:rPr>
                <w:rFonts w:cs="Times New Roman"/>
                <w:color w:val="000000" w:themeColor="text1"/>
                <w:sz w:val="22"/>
              </w:rPr>
            </w:pPr>
            <w:r w:rsidRPr="00D35743">
              <w:rPr>
                <w:rFonts w:cs="Times New Roman"/>
                <w:color w:val="000000" w:themeColor="text1"/>
                <w:sz w:val="22"/>
              </w:rPr>
              <w:t>1999–2020</w:t>
            </w:r>
          </w:p>
        </w:tc>
        <w:tc>
          <w:tcPr>
            <w:tcW w:w="2016" w:type="dxa"/>
          </w:tcPr>
          <w:p w14:paraId="05ADEDF7" w14:textId="77777777" w:rsidR="00D94E50" w:rsidRPr="00D35743" w:rsidRDefault="00000000">
            <w:pPr>
              <w:rPr>
                <w:rFonts w:cs="Times New Roman"/>
                <w:color w:val="000000" w:themeColor="text1"/>
                <w:sz w:val="22"/>
              </w:rPr>
            </w:pPr>
            <w:r w:rsidRPr="00D35743">
              <w:rPr>
                <w:rFonts w:cs="Times New Roman"/>
                <w:color w:val="000000" w:themeColor="text1"/>
                <w:sz w:val="22"/>
              </w:rPr>
              <w:t>+0.20</w:t>
            </w:r>
          </w:p>
        </w:tc>
        <w:tc>
          <w:tcPr>
            <w:tcW w:w="2880" w:type="dxa"/>
          </w:tcPr>
          <w:p w14:paraId="7C8EDC7E" w14:textId="77777777" w:rsidR="00D94E50" w:rsidRPr="00D35743" w:rsidRDefault="00000000">
            <w:pPr>
              <w:rPr>
                <w:rFonts w:cs="Times New Roman"/>
                <w:color w:val="000000" w:themeColor="text1"/>
                <w:sz w:val="22"/>
              </w:rPr>
            </w:pPr>
            <w:r w:rsidRPr="00D35743">
              <w:rPr>
                <w:rFonts w:cs="Times New Roman"/>
                <w:color w:val="000000" w:themeColor="text1"/>
                <w:sz w:val="22"/>
              </w:rPr>
              <w:t>-0.78 to 1.19</w:t>
            </w:r>
          </w:p>
        </w:tc>
        <w:tc>
          <w:tcPr>
            <w:tcW w:w="1728" w:type="dxa"/>
          </w:tcPr>
          <w:p w14:paraId="0FADBDB8" w14:textId="77777777" w:rsidR="00D94E50" w:rsidRPr="00D35743" w:rsidRDefault="00000000">
            <w:pPr>
              <w:rPr>
                <w:rFonts w:cs="Times New Roman"/>
                <w:color w:val="000000" w:themeColor="text1"/>
                <w:sz w:val="22"/>
              </w:rPr>
            </w:pPr>
            <w:r w:rsidRPr="00D35743">
              <w:rPr>
                <w:rFonts w:cs="Times New Roman"/>
                <w:color w:val="000000" w:themeColor="text1"/>
                <w:sz w:val="22"/>
              </w:rPr>
              <w:t>.689</w:t>
            </w:r>
          </w:p>
        </w:tc>
      </w:tr>
      <w:tr w:rsidR="00D94E50" w:rsidRPr="00D35743" w14:paraId="2C78A49A" w14:textId="77777777">
        <w:tc>
          <w:tcPr>
            <w:tcW w:w="3744" w:type="dxa"/>
          </w:tcPr>
          <w:p w14:paraId="0C3315E4" w14:textId="77777777" w:rsidR="00D94E50" w:rsidRPr="00D35743" w:rsidRDefault="00000000">
            <w:pPr>
              <w:rPr>
                <w:rFonts w:cs="Times New Roman"/>
                <w:color w:val="000000" w:themeColor="text1"/>
                <w:sz w:val="22"/>
              </w:rPr>
            </w:pPr>
            <w:r w:rsidRPr="00D35743">
              <w:rPr>
                <w:rFonts w:cs="Times New Roman"/>
                <w:color w:val="000000" w:themeColor="text1"/>
                <w:sz w:val="22"/>
              </w:rPr>
              <w:t>Nonmetropolitan (1999–2020)</w:t>
            </w:r>
          </w:p>
        </w:tc>
        <w:tc>
          <w:tcPr>
            <w:tcW w:w="2016" w:type="dxa"/>
          </w:tcPr>
          <w:p w14:paraId="1EDB957C" w14:textId="77777777" w:rsidR="00D94E50" w:rsidRPr="00D35743" w:rsidRDefault="00000000">
            <w:pPr>
              <w:rPr>
                <w:rFonts w:cs="Times New Roman"/>
                <w:color w:val="000000" w:themeColor="text1"/>
                <w:sz w:val="22"/>
              </w:rPr>
            </w:pPr>
            <w:r w:rsidRPr="00D35743">
              <w:rPr>
                <w:rFonts w:cs="Times New Roman"/>
                <w:color w:val="000000" w:themeColor="text1"/>
                <w:sz w:val="22"/>
              </w:rPr>
              <w:t>1999–2020</w:t>
            </w:r>
          </w:p>
        </w:tc>
        <w:tc>
          <w:tcPr>
            <w:tcW w:w="2016" w:type="dxa"/>
          </w:tcPr>
          <w:p w14:paraId="69027EBA" w14:textId="77777777" w:rsidR="00D94E50" w:rsidRPr="00D35743" w:rsidRDefault="00000000">
            <w:pPr>
              <w:rPr>
                <w:rFonts w:cs="Times New Roman"/>
                <w:color w:val="000000" w:themeColor="text1"/>
                <w:sz w:val="22"/>
              </w:rPr>
            </w:pPr>
            <w:r w:rsidRPr="00D35743">
              <w:rPr>
                <w:rFonts w:cs="Times New Roman"/>
                <w:color w:val="000000" w:themeColor="text1"/>
                <w:sz w:val="22"/>
              </w:rPr>
              <w:t>+1.12</w:t>
            </w:r>
          </w:p>
        </w:tc>
        <w:tc>
          <w:tcPr>
            <w:tcW w:w="2880" w:type="dxa"/>
          </w:tcPr>
          <w:p w14:paraId="1FC486C1" w14:textId="77777777" w:rsidR="00D94E50" w:rsidRPr="00D35743" w:rsidRDefault="00000000">
            <w:pPr>
              <w:rPr>
                <w:rFonts w:cs="Times New Roman"/>
                <w:color w:val="000000" w:themeColor="text1"/>
                <w:sz w:val="22"/>
              </w:rPr>
            </w:pPr>
            <w:r w:rsidRPr="00D35743">
              <w:rPr>
                <w:rFonts w:cs="Times New Roman"/>
                <w:color w:val="000000" w:themeColor="text1"/>
                <w:sz w:val="22"/>
              </w:rPr>
              <w:t>-0.12 to 2.38</w:t>
            </w:r>
          </w:p>
        </w:tc>
        <w:tc>
          <w:tcPr>
            <w:tcW w:w="1728" w:type="dxa"/>
          </w:tcPr>
          <w:p w14:paraId="51726424" w14:textId="77777777" w:rsidR="00D94E50" w:rsidRPr="00D35743" w:rsidRDefault="00000000">
            <w:pPr>
              <w:rPr>
                <w:rFonts w:cs="Times New Roman"/>
                <w:color w:val="000000" w:themeColor="text1"/>
                <w:sz w:val="22"/>
              </w:rPr>
            </w:pPr>
            <w:r w:rsidRPr="00D35743">
              <w:rPr>
                <w:rFonts w:cs="Times New Roman"/>
                <w:color w:val="000000" w:themeColor="text1"/>
                <w:sz w:val="22"/>
              </w:rPr>
              <w:t>.078</w:t>
            </w:r>
          </w:p>
        </w:tc>
      </w:tr>
    </w:tbl>
    <w:p w14:paraId="2B4F7486" w14:textId="77777777" w:rsidR="00D94E50" w:rsidRPr="00D35743" w:rsidRDefault="00D94E50">
      <w:pPr>
        <w:rPr>
          <w:rFonts w:cs="Times New Roman"/>
          <w:color w:val="000000" w:themeColor="text1"/>
          <w:sz w:val="22"/>
        </w:rPr>
      </w:pPr>
    </w:p>
    <w:p w14:paraId="22360496" w14:textId="77777777" w:rsidR="00D94E50" w:rsidRPr="00D35743" w:rsidRDefault="00000000">
      <w:pPr>
        <w:rPr>
          <w:rFonts w:cs="Times New Roman"/>
          <w:color w:val="000000" w:themeColor="text1"/>
          <w:sz w:val="22"/>
        </w:rPr>
      </w:pPr>
      <w:r w:rsidRPr="00D35743">
        <w:rPr>
          <w:rFonts w:cs="Times New Roman"/>
          <w:i/>
          <w:color w:val="000000" w:themeColor="text1"/>
          <w:sz w:val="22"/>
        </w:rPr>
        <w:t>AAPC, average annual percent change, reported once per stratum as the duration-weighted average of the segment annual percent changes. Each AAPC reproduces exactly from the segment estimates in the preceding table. An AAPC close to zero does not indicate an absence of change: in several strata a significant decline and a significant subsequent increase offset one another across the full period, and the segment estimates should be read in preference to the summary value.</w:t>
      </w:r>
    </w:p>
    <w:p w14:paraId="0D5AA20C"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690758A2"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S13. Concordance of the overlapping years 2018–2020 extracted from both data files under an identical case definition</w:t>
      </w:r>
    </w:p>
    <w:tbl>
      <w:tblPr>
        <w:tblStyle w:val="TableGrid"/>
        <w:tblW w:w="0" w:type="auto"/>
        <w:tblLook w:val="04A0" w:firstRow="1" w:lastRow="0" w:firstColumn="1" w:lastColumn="0" w:noHBand="0" w:noVBand="1"/>
      </w:tblPr>
      <w:tblGrid>
        <w:gridCol w:w="773"/>
        <w:gridCol w:w="1776"/>
        <w:gridCol w:w="1776"/>
        <w:gridCol w:w="842"/>
        <w:gridCol w:w="2023"/>
        <w:gridCol w:w="2023"/>
        <w:gridCol w:w="842"/>
        <w:gridCol w:w="1542"/>
        <w:gridCol w:w="1663"/>
        <w:gridCol w:w="842"/>
      </w:tblGrid>
      <w:tr w:rsidR="00D94E50" w:rsidRPr="00D35743" w14:paraId="7D3D6A50" w14:textId="77777777">
        <w:tc>
          <w:tcPr>
            <w:tcW w:w="792" w:type="dxa"/>
          </w:tcPr>
          <w:p w14:paraId="59E03A7B"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1944" w:type="dxa"/>
          </w:tcPr>
          <w:p w14:paraId="0A3075A6" w14:textId="77777777" w:rsidR="00D94E50" w:rsidRPr="00D35743" w:rsidRDefault="00000000">
            <w:pPr>
              <w:rPr>
                <w:rFonts w:cs="Times New Roman"/>
                <w:color w:val="000000" w:themeColor="text1"/>
                <w:sz w:val="22"/>
              </w:rPr>
            </w:pPr>
            <w:r w:rsidRPr="00D35743">
              <w:rPr>
                <w:rFonts w:cs="Times New Roman"/>
                <w:b/>
                <w:color w:val="000000" w:themeColor="text1"/>
                <w:sz w:val="22"/>
              </w:rPr>
              <w:t>Deaths, 1999–2020 file</w:t>
            </w:r>
          </w:p>
        </w:tc>
        <w:tc>
          <w:tcPr>
            <w:tcW w:w="1944" w:type="dxa"/>
          </w:tcPr>
          <w:p w14:paraId="001E298A" w14:textId="77777777" w:rsidR="00D94E50" w:rsidRPr="00D35743" w:rsidRDefault="00000000">
            <w:pPr>
              <w:rPr>
                <w:rFonts w:cs="Times New Roman"/>
                <w:color w:val="000000" w:themeColor="text1"/>
                <w:sz w:val="22"/>
              </w:rPr>
            </w:pPr>
            <w:r w:rsidRPr="00D35743">
              <w:rPr>
                <w:rFonts w:cs="Times New Roman"/>
                <w:b/>
                <w:color w:val="000000" w:themeColor="text1"/>
                <w:sz w:val="22"/>
              </w:rPr>
              <w:t>Deaths, 2018–2024 file</w:t>
            </w:r>
          </w:p>
        </w:tc>
        <w:tc>
          <w:tcPr>
            <w:tcW w:w="864" w:type="dxa"/>
          </w:tcPr>
          <w:p w14:paraId="202C4A82" w14:textId="77777777" w:rsidR="00D94E50" w:rsidRPr="00D35743" w:rsidRDefault="00000000">
            <w:pPr>
              <w:rPr>
                <w:rFonts w:cs="Times New Roman"/>
                <w:color w:val="000000" w:themeColor="text1"/>
                <w:sz w:val="22"/>
              </w:rPr>
            </w:pPr>
            <w:r w:rsidRPr="00D35743">
              <w:rPr>
                <w:rFonts w:cs="Times New Roman"/>
                <w:b/>
                <w:color w:val="000000" w:themeColor="text1"/>
                <w:sz w:val="22"/>
              </w:rPr>
              <w:t>Diff, %</w:t>
            </w:r>
          </w:p>
        </w:tc>
        <w:tc>
          <w:tcPr>
            <w:tcW w:w="2160" w:type="dxa"/>
          </w:tcPr>
          <w:p w14:paraId="5E33199E" w14:textId="77777777" w:rsidR="00D94E50" w:rsidRPr="00D35743" w:rsidRDefault="00000000">
            <w:pPr>
              <w:rPr>
                <w:rFonts w:cs="Times New Roman"/>
                <w:color w:val="000000" w:themeColor="text1"/>
                <w:sz w:val="22"/>
              </w:rPr>
            </w:pPr>
            <w:r w:rsidRPr="00D35743">
              <w:rPr>
                <w:rFonts w:cs="Times New Roman"/>
                <w:b/>
                <w:color w:val="000000" w:themeColor="text1"/>
                <w:sz w:val="22"/>
              </w:rPr>
              <w:t>Population, 1999–2020 file</w:t>
            </w:r>
          </w:p>
        </w:tc>
        <w:tc>
          <w:tcPr>
            <w:tcW w:w="2160" w:type="dxa"/>
          </w:tcPr>
          <w:p w14:paraId="696ABA0F" w14:textId="77777777" w:rsidR="00D94E50" w:rsidRPr="00D35743" w:rsidRDefault="00000000">
            <w:pPr>
              <w:rPr>
                <w:rFonts w:cs="Times New Roman"/>
                <w:color w:val="000000" w:themeColor="text1"/>
                <w:sz w:val="22"/>
              </w:rPr>
            </w:pPr>
            <w:r w:rsidRPr="00D35743">
              <w:rPr>
                <w:rFonts w:cs="Times New Roman"/>
                <w:b/>
                <w:color w:val="000000" w:themeColor="text1"/>
                <w:sz w:val="22"/>
              </w:rPr>
              <w:t>Population, 2018–2024 file</w:t>
            </w:r>
          </w:p>
        </w:tc>
        <w:tc>
          <w:tcPr>
            <w:tcW w:w="864" w:type="dxa"/>
          </w:tcPr>
          <w:p w14:paraId="3E70AE5C" w14:textId="77777777" w:rsidR="00D94E50" w:rsidRPr="00D35743" w:rsidRDefault="00000000">
            <w:pPr>
              <w:rPr>
                <w:rFonts w:cs="Times New Roman"/>
                <w:color w:val="000000" w:themeColor="text1"/>
                <w:sz w:val="22"/>
              </w:rPr>
            </w:pPr>
            <w:r w:rsidRPr="00D35743">
              <w:rPr>
                <w:rFonts w:cs="Times New Roman"/>
                <w:b/>
                <w:color w:val="000000" w:themeColor="text1"/>
                <w:sz w:val="22"/>
              </w:rPr>
              <w:t>Diff, %</w:t>
            </w:r>
          </w:p>
        </w:tc>
        <w:tc>
          <w:tcPr>
            <w:tcW w:w="1656" w:type="dxa"/>
          </w:tcPr>
          <w:p w14:paraId="03DDE242" w14:textId="77777777" w:rsidR="00D94E50" w:rsidRPr="00D35743" w:rsidRDefault="00000000">
            <w:pPr>
              <w:rPr>
                <w:rFonts w:cs="Times New Roman"/>
                <w:color w:val="000000" w:themeColor="text1"/>
                <w:sz w:val="22"/>
              </w:rPr>
            </w:pPr>
            <w:r w:rsidRPr="00D35743">
              <w:rPr>
                <w:rFonts w:cs="Times New Roman"/>
                <w:b/>
                <w:color w:val="000000" w:themeColor="text1"/>
                <w:sz w:val="22"/>
              </w:rPr>
              <w:t>AAMR, 1999–2020 fileᵃ</w:t>
            </w:r>
          </w:p>
        </w:tc>
        <w:tc>
          <w:tcPr>
            <w:tcW w:w="1800" w:type="dxa"/>
          </w:tcPr>
          <w:p w14:paraId="723DA17D" w14:textId="77777777" w:rsidR="00D94E50" w:rsidRPr="00D35743" w:rsidRDefault="00000000">
            <w:pPr>
              <w:rPr>
                <w:rFonts w:cs="Times New Roman"/>
                <w:color w:val="000000" w:themeColor="text1"/>
                <w:sz w:val="22"/>
              </w:rPr>
            </w:pPr>
            <w:r w:rsidRPr="00D35743">
              <w:rPr>
                <w:rFonts w:cs="Times New Roman"/>
                <w:b/>
                <w:color w:val="000000" w:themeColor="text1"/>
                <w:sz w:val="22"/>
              </w:rPr>
              <w:t>AAMR, 2018–2024 file</w:t>
            </w:r>
          </w:p>
        </w:tc>
        <w:tc>
          <w:tcPr>
            <w:tcW w:w="864" w:type="dxa"/>
          </w:tcPr>
          <w:p w14:paraId="41693C5C" w14:textId="77777777" w:rsidR="00D94E50" w:rsidRPr="00D35743" w:rsidRDefault="00000000">
            <w:pPr>
              <w:rPr>
                <w:rFonts w:cs="Times New Roman"/>
                <w:color w:val="000000" w:themeColor="text1"/>
                <w:sz w:val="22"/>
              </w:rPr>
            </w:pPr>
            <w:r w:rsidRPr="00D35743">
              <w:rPr>
                <w:rFonts w:cs="Times New Roman"/>
                <w:b/>
                <w:color w:val="000000" w:themeColor="text1"/>
                <w:sz w:val="22"/>
              </w:rPr>
              <w:t>Diff, %</w:t>
            </w:r>
          </w:p>
        </w:tc>
      </w:tr>
      <w:tr w:rsidR="00D94E50" w:rsidRPr="00D35743" w14:paraId="6F203A18" w14:textId="77777777">
        <w:tc>
          <w:tcPr>
            <w:tcW w:w="792" w:type="dxa"/>
          </w:tcPr>
          <w:p w14:paraId="3824778C"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1944" w:type="dxa"/>
          </w:tcPr>
          <w:p w14:paraId="6A0B12B1" w14:textId="77777777" w:rsidR="00D94E50" w:rsidRPr="00D35743" w:rsidRDefault="00000000">
            <w:pPr>
              <w:rPr>
                <w:rFonts w:cs="Times New Roman"/>
                <w:color w:val="000000" w:themeColor="text1"/>
                <w:sz w:val="22"/>
              </w:rPr>
            </w:pPr>
            <w:r w:rsidRPr="00D35743">
              <w:rPr>
                <w:rFonts w:cs="Times New Roman"/>
                <w:color w:val="000000" w:themeColor="text1"/>
                <w:sz w:val="22"/>
              </w:rPr>
              <w:t>1,070</w:t>
            </w:r>
          </w:p>
        </w:tc>
        <w:tc>
          <w:tcPr>
            <w:tcW w:w="1944" w:type="dxa"/>
          </w:tcPr>
          <w:p w14:paraId="45D91287" w14:textId="77777777" w:rsidR="00D94E50" w:rsidRPr="00D35743" w:rsidRDefault="00000000">
            <w:pPr>
              <w:rPr>
                <w:rFonts w:cs="Times New Roman"/>
                <w:color w:val="000000" w:themeColor="text1"/>
                <w:sz w:val="22"/>
              </w:rPr>
            </w:pPr>
            <w:r w:rsidRPr="00D35743">
              <w:rPr>
                <w:rFonts w:cs="Times New Roman"/>
                <w:color w:val="000000" w:themeColor="text1"/>
                <w:sz w:val="22"/>
              </w:rPr>
              <w:t>1,070</w:t>
            </w:r>
          </w:p>
        </w:tc>
        <w:tc>
          <w:tcPr>
            <w:tcW w:w="864" w:type="dxa"/>
          </w:tcPr>
          <w:p w14:paraId="33A8930B"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c>
          <w:tcPr>
            <w:tcW w:w="2160" w:type="dxa"/>
          </w:tcPr>
          <w:p w14:paraId="651DEA34" w14:textId="77777777" w:rsidR="00D94E50" w:rsidRPr="00D35743" w:rsidRDefault="00000000">
            <w:pPr>
              <w:rPr>
                <w:rFonts w:cs="Times New Roman"/>
                <w:color w:val="000000" w:themeColor="text1"/>
                <w:sz w:val="22"/>
              </w:rPr>
            </w:pPr>
            <w:r w:rsidRPr="00D35743">
              <w:rPr>
                <w:rFonts w:cs="Times New Roman"/>
                <w:color w:val="000000" w:themeColor="text1"/>
                <w:sz w:val="22"/>
              </w:rPr>
              <w:t>223,311,190</w:t>
            </w:r>
          </w:p>
        </w:tc>
        <w:tc>
          <w:tcPr>
            <w:tcW w:w="2160" w:type="dxa"/>
          </w:tcPr>
          <w:p w14:paraId="47AECB98" w14:textId="77777777" w:rsidR="00D94E50" w:rsidRPr="00D35743" w:rsidRDefault="00000000">
            <w:pPr>
              <w:rPr>
                <w:rFonts w:cs="Times New Roman"/>
                <w:color w:val="000000" w:themeColor="text1"/>
                <w:sz w:val="22"/>
              </w:rPr>
            </w:pPr>
            <w:r w:rsidRPr="00D35743">
              <w:rPr>
                <w:rFonts w:cs="Times New Roman"/>
                <w:color w:val="000000" w:themeColor="text1"/>
                <w:sz w:val="22"/>
              </w:rPr>
              <w:t>223,311,190</w:t>
            </w:r>
          </w:p>
        </w:tc>
        <w:tc>
          <w:tcPr>
            <w:tcW w:w="864" w:type="dxa"/>
          </w:tcPr>
          <w:p w14:paraId="17C565FB"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c>
          <w:tcPr>
            <w:tcW w:w="1656" w:type="dxa"/>
          </w:tcPr>
          <w:p w14:paraId="0AE606E8" w14:textId="77777777" w:rsidR="00D94E50" w:rsidRPr="00D35743" w:rsidRDefault="00000000">
            <w:pPr>
              <w:rPr>
                <w:rFonts w:cs="Times New Roman"/>
                <w:color w:val="000000" w:themeColor="text1"/>
                <w:sz w:val="22"/>
              </w:rPr>
            </w:pPr>
            <w:r w:rsidRPr="00D35743">
              <w:rPr>
                <w:rFonts w:cs="Times New Roman"/>
                <w:color w:val="000000" w:themeColor="text1"/>
                <w:sz w:val="22"/>
              </w:rPr>
              <w:t>0.42</w:t>
            </w:r>
          </w:p>
        </w:tc>
        <w:tc>
          <w:tcPr>
            <w:tcW w:w="1800" w:type="dxa"/>
          </w:tcPr>
          <w:p w14:paraId="35A3B904" w14:textId="77777777" w:rsidR="00D94E50" w:rsidRPr="00D35743" w:rsidRDefault="00000000">
            <w:pPr>
              <w:rPr>
                <w:rFonts w:cs="Times New Roman"/>
                <w:color w:val="000000" w:themeColor="text1"/>
                <w:sz w:val="22"/>
              </w:rPr>
            </w:pPr>
            <w:r w:rsidRPr="00D35743">
              <w:rPr>
                <w:rFonts w:cs="Times New Roman"/>
                <w:color w:val="000000" w:themeColor="text1"/>
                <w:sz w:val="22"/>
              </w:rPr>
              <w:t>0.42</w:t>
            </w:r>
          </w:p>
        </w:tc>
        <w:tc>
          <w:tcPr>
            <w:tcW w:w="864" w:type="dxa"/>
          </w:tcPr>
          <w:p w14:paraId="64FD93E9"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r>
      <w:tr w:rsidR="00D94E50" w:rsidRPr="00D35743" w14:paraId="62C37781" w14:textId="77777777">
        <w:tc>
          <w:tcPr>
            <w:tcW w:w="792" w:type="dxa"/>
          </w:tcPr>
          <w:p w14:paraId="42618C80"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1944" w:type="dxa"/>
          </w:tcPr>
          <w:p w14:paraId="3357E5FD" w14:textId="77777777" w:rsidR="00D94E50" w:rsidRPr="00D35743" w:rsidRDefault="00000000">
            <w:pPr>
              <w:rPr>
                <w:rFonts w:cs="Times New Roman"/>
                <w:color w:val="000000" w:themeColor="text1"/>
                <w:sz w:val="22"/>
              </w:rPr>
            </w:pPr>
            <w:r w:rsidRPr="00D35743">
              <w:rPr>
                <w:rFonts w:cs="Times New Roman"/>
                <w:color w:val="000000" w:themeColor="text1"/>
                <w:sz w:val="22"/>
              </w:rPr>
              <w:t>1,157</w:t>
            </w:r>
          </w:p>
        </w:tc>
        <w:tc>
          <w:tcPr>
            <w:tcW w:w="1944" w:type="dxa"/>
          </w:tcPr>
          <w:p w14:paraId="4E1EEC6E" w14:textId="77777777" w:rsidR="00D94E50" w:rsidRPr="00D35743" w:rsidRDefault="00000000">
            <w:pPr>
              <w:rPr>
                <w:rFonts w:cs="Times New Roman"/>
                <w:color w:val="000000" w:themeColor="text1"/>
                <w:sz w:val="22"/>
              </w:rPr>
            </w:pPr>
            <w:r w:rsidRPr="00D35743">
              <w:rPr>
                <w:rFonts w:cs="Times New Roman"/>
                <w:color w:val="000000" w:themeColor="text1"/>
                <w:sz w:val="22"/>
              </w:rPr>
              <w:t>1,157</w:t>
            </w:r>
          </w:p>
        </w:tc>
        <w:tc>
          <w:tcPr>
            <w:tcW w:w="864" w:type="dxa"/>
          </w:tcPr>
          <w:p w14:paraId="136129C8"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c>
          <w:tcPr>
            <w:tcW w:w="2160" w:type="dxa"/>
          </w:tcPr>
          <w:p w14:paraId="118C8DC3" w14:textId="77777777" w:rsidR="00D94E50" w:rsidRPr="00D35743" w:rsidRDefault="00000000">
            <w:pPr>
              <w:rPr>
                <w:rFonts w:cs="Times New Roman"/>
                <w:color w:val="000000" w:themeColor="text1"/>
                <w:sz w:val="22"/>
              </w:rPr>
            </w:pPr>
            <w:r w:rsidRPr="00D35743">
              <w:rPr>
                <w:rFonts w:cs="Times New Roman"/>
                <w:color w:val="000000" w:themeColor="text1"/>
                <w:sz w:val="22"/>
              </w:rPr>
              <w:t>224,981,167</w:t>
            </w:r>
          </w:p>
        </w:tc>
        <w:tc>
          <w:tcPr>
            <w:tcW w:w="2160" w:type="dxa"/>
          </w:tcPr>
          <w:p w14:paraId="58273CD8" w14:textId="77777777" w:rsidR="00D94E50" w:rsidRPr="00D35743" w:rsidRDefault="00000000">
            <w:pPr>
              <w:rPr>
                <w:rFonts w:cs="Times New Roman"/>
                <w:color w:val="000000" w:themeColor="text1"/>
                <w:sz w:val="22"/>
              </w:rPr>
            </w:pPr>
            <w:r w:rsidRPr="00D35743">
              <w:rPr>
                <w:rFonts w:cs="Times New Roman"/>
                <w:color w:val="000000" w:themeColor="text1"/>
                <w:sz w:val="22"/>
              </w:rPr>
              <w:t>224,981,167</w:t>
            </w:r>
          </w:p>
        </w:tc>
        <w:tc>
          <w:tcPr>
            <w:tcW w:w="864" w:type="dxa"/>
          </w:tcPr>
          <w:p w14:paraId="7455FD7D"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c>
          <w:tcPr>
            <w:tcW w:w="1656" w:type="dxa"/>
          </w:tcPr>
          <w:p w14:paraId="21EA8824" w14:textId="77777777" w:rsidR="00D94E50" w:rsidRPr="00D35743" w:rsidRDefault="00000000">
            <w:pPr>
              <w:rPr>
                <w:rFonts w:cs="Times New Roman"/>
                <w:color w:val="000000" w:themeColor="text1"/>
                <w:sz w:val="22"/>
              </w:rPr>
            </w:pPr>
            <w:r w:rsidRPr="00D35743">
              <w:rPr>
                <w:rFonts w:cs="Times New Roman"/>
                <w:color w:val="000000" w:themeColor="text1"/>
                <w:sz w:val="22"/>
              </w:rPr>
              <w:t>0.46</w:t>
            </w:r>
          </w:p>
        </w:tc>
        <w:tc>
          <w:tcPr>
            <w:tcW w:w="1800" w:type="dxa"/>
          </w:tcPr>
          <w:p w14:paraId="3D759DED" w14:textId="77777777" w:rsidR="00D94E50" w:rsidRPr="00D35743" w:rsidRDefault="00000000">
            <w:pPr>
              <w:rPr>
                <w:rFonts w:cs="Times New Roman"/>
                <w:color w:val="000000" w:themeColor="text1"/>
                <w:sz w:val="22"/>
              </w:rPr>
            </w:pPr>
            <w:r w:rsidRPr="00D35743">
              <w:rPr>
                <w:rFonts w:cs="Times New Roman"/>
                <w:color w:val="000000" w:themeColor="text1"/>
                <w:sz w:val="22"/>
              </w:rPr>
              <w:t>0.46</w:t>
            </w:r>
          </w:p>
        </w:tc>
        <w:tc>
          <w:tcPr>
            <w:tcW w:w="864" w:type="dxa"/>
          </w:tcPr>
          <w:p w14:paraId="6438668F"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r>
      <w:tr w:rsidR="00D94E50" w:rsidRPr="00D35743" w14:paraId="7994A834" w14:textId="77777777">
        <w:tc>
          <w:tcPr>
            <w:tcW w:w="792" w:type="dxa"/>
          </w:tcPr>
          <w:p w14:paraId="7FCC7DDB"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1944" w:type="dxa"/>
          </w:tcPr>
          <w:p w14:paraId="63052D46" w14:textId="77777777" w:rsidR="00D94E50" w:rsidRPr="00D35743" w:rsidRDefault="00000000">
            <w:pPr>
              <w:rPr>
                <w:rFonts w:cs="Times New Roman"/>
                <w:color w:val="000000" w:themeColor="text1"/>
                <w:sz w:val="22"/>
              </w:rPr>
            </w:pPr>
            <w:r w:rsidRPr="00D35743">
              <w:rPr>
                <w:rFonts w:cs="Times New Roman"/>
                <w:color w:val="000000" w:themeColor="text1"/>
                <w:sz w:val="22"/>
              </w:rPr>
              <w:t>1,316</w:t>
            </w:r>
          </w:p>
        </w:tc>
        <w:tc>
          <w:tcPr>
            <w:tcW w:w="1944" w:type="dxa"/>
          </w:tcPr>
          <w:p w14:paraId="58A6B3DD" w14:textId="77777777" w:rsidR="00D94E50" w:rsidRPr="00D35743" w:rsidRDefault="00000000">
            <w:pPr>
              <w:rPr>
                <w:rFonts w:cs="Times New Roman"/>
                <w:color w:val="000000" w:themeColor="text1"/>
                <w:sz w:val="22"/>
              </w:rPr>
            </w:pPr>
            <w:r w:rsidRPr="00D35743">
              <w:rPr>
                <w:rFonts w:cs="Times New Roman"/>
                <w:color w:val="000000" w:themeColor="text1"/>
                <w:sz w:val="22"/>
              </w:rPr>
              <w:t>1,316</w:t>
            </w:r>
          </w:p>
        </w:tc>
        <w:tc>
          <w:tcPr>
            <w:tcW w:w="864" w:type="dxa"/>
          </w:tcPr>
          <w:p w14:paraId="0E4F1289"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c>
          <w:tcPr>
            <w:tcW w:w="2160" w:type="dxa"/>
          </w:tcPr>
          <w:p w14:paraId="0A86BECE" w14:textId="77777777" w:rsidR="00D94E50" w:rsidRPr="00D35743" w:rsidRDefault="00000000">
            <w:pPr>
              <w:rPr>
                <w:rFonts w:cs="Times New Roman"/>
                <w:color w:val="000000" w:themeColor="text1"/>
                <w:sz w:val="22"/>
              </w:rPr>
            </w:pPr>
            <w:r w:rsidRPr="00D35743">
              <w:rPr>
                <w:rFonts w:cs="Times New Roman"/>
                <w:color w:val="000000" w:themeColor="text1"/>
                <w:sz w:val="22"/>
              </w:rPr>
              <w:t>226,635,013</w:t>
            </w:r>
          </w:p>
        </w:tc>
        <w:tc>
          <w:tcPr>
            <w:tcW w:w="2160" w:type="dxa"/>
          </w:tcPr>
          <w:p w14:paraId="6E529EAE" w14:textId="77777777" w:rsidR="00D94E50" w:rsidRPr="00D35743" w:rsidRDefault="00000000">
            <w:pPr>
              <w:rPr>
                <w:rFonts w:cs="Times New Roman"/>
                <w:color w:val="000000" w:themeColor="text1"/>
                <w:sz w:val="22"/>
              </w:rPr>
            </w:pPr>
            <w:r w:rsidRPr="00D35743">
              <w:rPr>
                <w:rFonts w:cs="Times New Roman"/>
                <w:color w:val="000000" w:themeColor="text1"/>
                <w:sz w:val="22"/>
              </w:rPr>
              <w:t>226,635,013</w:t>
            </w:r>
          </w:p>
        </w:tc>
        <w:tc>
          <w:tcPr>
            <w:tcW w:w="864" w:type="dxa"/>
          </w:tcPr>
          <w:p w14:paraId="729E5BBD"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c>
          <w:tcPr>
            <w:tcW w:w="1656" w:type="dxa"/>
          </w:tcPr>
          <w:p w14:paraId="40325C78" w14:textId="77777777" w:rsidR="00D94E50" w:rsidRPr="00D35743" w:rsidRDefault="00000000">
            <w:pPr>
              <w:rPr>
                <w:rFonts w:cs="Times New Roman"/>
                <w:color w:val="000000" w:themeColor="text1"/>
                <w:sz w:val="22"/>
              </w:rPr>
            </w:pPr>
            <w:r w:rsidRPr="00D35743">
              <w:rPr>
                <w:rFonts w:cs="Times New Roman"/>
                <w:color w:val="000000" w:themeColor="text1"/>
                <w:sz w:val="22"/>
              </w:rPr>
              <w:t>0.49</w:t>
            </w:r>
          </w:p>
        </w:tc>
        <w:tc>
          <w:tcPr>
            <w:tcW w:w="1800" w:type="dxa"/>
          </w:tcPr>
          <w:p w14:paraId="67123657" w14:textId="77777777" w:rsidR="00D94E50" w:rsidRPr="00D35743" w:rsidRDefault="00000000">
            <w:pPr>
              <w:rPr>
                <w:rFonts w:cs="Times New Roman"/>
                <w:color w:val="000000" w:themeColor="text1"/>
                <w:sz w:val="22"/>
              </w:rPr>
            </w:pPr>
            <w:r w:rsidRPr="00D35743">
              <w:rPr>
                <w:rFonts w:cs="Times New Roman"/>
                <w:color w:val="000000" w:themeColor="text1"/>
                <w:sz w:val="22"/>
              </w:rPr>
              <w:t>0.49</w:t>
            </w:r>
          </w:p>
        </w:tc>
        <w:tc>
          <w:tcPr>
            <w:tcW w:w="864" w:type="dxa"/>
          </w:tcPr>
          <w:p w14:paraId="40BBA423" w14:textId="77777777" w:rsidR="00D94E50" w:rsidRPr="00D35743" w:rsidRDefault="00000000">
            <w:pPr>
              <w:rPr>
                <w:rFonts w:cs="Times New Roman"/>
                <w:color w:val="000000" w:themeColor="text1"/>
                <w:sz w:val="22"/>
              </w:rPr>
            </w:pPr>
            <w:r w:rsidRPr="00D35743">
              <w:rPr>
                <w:rFonts w:cs="Times New Roman"/>
                <w:color w:val="000000" w:themeColor="text1"/>
                <w:sz w:val="22"/>
              </w:rPr>
              <w:t>+0.00</w:t>
            </w:r>
          </w:p>
        </w:tc>
      </w:tr>
    </w:tbl>
    <w:p w14:paraId="5705DCC2" w14:textId="77777777" w:rsidR="00D94E50" w:rsidRPr="00D35743" w:rsidRDefault="00D94E50">
      <w:pPr>
        <w:rPr>
          <w:rFonts w:cs="Times New Roman"/>
          <w:color w:val="000000" w:themeColor="text1"/>
          <w:sz w:val="22"/>
        </w:rPr>
      </w:pPr>
    </w:p>
    <w:p w14:paraId="16F2E0B6" w14:textId="7AC6923B" w:rsidR="00D94E50" w:rsidRPr="00D35743" w:rsidRDefault="00000000">
      <w:pPr>
        <w:rPr>
          <w:rFonts w:cs="Times New Roman"/>
          <w:color w:val="000000" w:themeColor="text1"/>
          <w:sz w:val="22"/>
        </w:rPr>
      </w:pPr>
      <w:r w:rsidRPr="00D35743">
        <w:rPr>
          <w:rFonts w:cs="Times New Roman"/>
          <w:i/>
          <w:color w:val="000000" w:themeColor="text1"/>
          <w:sz w:val="22"/>
        </w:rPr>
        <w:t>Both queries applied an identical case definition, age restriction and Hispanic-origin restriction, and neither applied a race filter. ᵃ The two files export the rate column at different precision</w:t>
      </w:r>
      <w:r w:rsidR="00D35743">
        <w:rPr>
          <w:rFonts w:cs="Times New Roman"/>
          <w:i/>
          <w:color w:val="000000" w:themeColor="text1"/>
          <w:sz w:val="22"/>
        </w:rPr>
        <w:t>;</w:t>
      </w:r>
      <w:r w:rsidRPr="00D35743">
        <w:rPr>
          <w:rFonts w:cs="Times New Roman"/>
          <w:i/>
          <w:color w:val="000000" w:themeColor="text1"/>
          <w:sz w:val="22"/>
        </w:rPr>
        <w:t xml:space="preserve"> two decimal places for 1999–2020 and nine for 2018–2024 so both are shown here rounded to two places. At native precision the later file returns 0.417435, 0.459592 and 0.488111, which round to the values shown; deaths and populations are identical in every year. Populations agree exactly because, with no race filter applied, both files return the total resident population — bridging reallocates decedents of more than one race across race categories without changing the total. These three years were extracted from the 2018–2024 file solely for this validation and are not part of the analytic series; each calendar year in the analysis is contributed by exactly one file.</w:t>
      </w:r>
    </w:p>
    <w:p w14:paraId="7EA35E9C"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5C718539"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S14. Sensitivity analysis: neuromuscular dysfunction of the bladder as the underlying cause of death, compared with the primary any-mention definition</w:t>
      </w:r>
    </w:p>
    <w:tbl>
      <w:tblPr>
        <w:tblStyle w:val="TableGrid"/>
        <w:tblW w:w="0" w:type="auto"/>
        <w:tblLook w:val="04A0" w:firstRow="1" w:lastRow="0" w:firstColumn="1" w:lastColumn="0" w:noHBand="0" w:noVBand="1"/>
      </w:tblPr>
      <w:tblGrid>
        <w:gridCol w:w="3024"/>
        <w:gridCol w:w="3600"/>
        <w:gridCol w:w="3744"/>
      </w:tblGrid>
      <w:tr w:rsidR="00D35743" w:rsidRPr="00D35743" w14:paraId="2B9969CF" w14:textId="77777777">
        <w:tc>
          <w:tcPr>
            <w:tcW w:w="3024" w:type="dxa"/>
          </w:tcPr>
          <w:p w14:paraId="0A10D3F8" w14:textId="77777777" w:rsidR="00D35743" w:rsidRPr="00D35743" w:rsidRDefault="00D35743">
            <w:pPr>
              <w:rPr>
                <w:rFonts w:cs="Times New Roman"/>
                <w:color w:val="000000" w:themeColor="text1"/>
                <w:sz w:val="22"/>
              </w:rPr>
            </w:pPr>
            <w:r w:rsidRPr="00D35743">
              <w:rPr>
                <w:rFonts w:cs="Times New Roman"/>
                <w:b/>
                <w:color w:val="000000" w:themeColor="text1"/>
                <w:sz w:val="22"/>
              </w:rPr>
              <w:t>Measure</w:t>
            </w:r>
          </w:p>
        </w:tc>
        <w:tc>
          <w:tcPr>
            <w:tcW w:w="3600" w:type="dxa"/>
          </w:tcPr>
          <w:p w14:paraId="42A09906" w14:textId="77777777" w:rsidR="00D35743" w:rsidRPr="00D35743" w:rsidRDefault="00D35743">
            <w:pPr>
              <w:rPr>
                <w:rFonts w:cs="Times New Roman"/>
                <w:color w:val="000000" w:themeColor="text1"/>
                <w:sz w:val="22"/>
              </w:rPr>
            </w:pPr>
            <w:r w:rsidRPr="00D35743">
              <w:rPr>
                <w:rFonts w:cs="Times New Roman"/>
                <w:b/>
                <w:color w:val="000000" w:themeColor="text1"/>
                <w:sz w:val="22"/>
              </w:rPr>
              <w:t>Any mention (primary)</w:t>
            </w:r>
          </w:p>
        </w:tc>
        <w:tc>
          <w:tcPr>
            <w:tcW w:w="3744" w:type="dxa"/>
          </w:tcPr>
          <w:p w14:paraId="261B6368" w14:textId="77777777" w:rsidR="00D35743" w:rsidRPr="00D35743" w:rsidRDefault="00D35743">
            <w:pPr>
              <w:rPr>
                <w:rFonts w:cs="Times New Roman"/>
                <w:color w:val="000000" w:themeColor="text1"/>
                <w:sz w:val="22"/>
              </w:rPr>
            </w:pPr>
            <w:r w:rsidRPr="00D35743">
              <w:rPr>
                <w:rFonts w:cs="Times New Roman"/>
                <w:b/>
                <w:color w:val="000000" w:themeColor="text1"/>
                <w:sz w:val="22"/>
              </w:rPr>
              <w:t>Underlying cause (sensitivity)</w:t>
            </w:r>
          </w:p>
        </w:tc>
      </w:tr>
      <w:tr w:rsidR="00D35743" w:rsidRPr="00D35743" w14:paraId="04AC630E" w14:textId="77777777">
        <w:tc>
          <w:tcPr>
            <w:tcW w:w="3024" w:type="dxa"/>
          </w:tcPr>
          <w:p w14:paraId="377CF3A1" w14:textId="77777777" w:rsidR="00D35743" w:rsidRPr="00D35743" w:rsidRDefault="00D35743">
            <w:pPr>
              <w:rPr>
                <w:rFonts w:cs="Times New Roman"/>
                <w:color w:val="000000" w:themeColor="text1"/>
                <w:sz w:val="22"/>
              </w:rPr>
            </w:pPr>
            <w:r w:rsidRPr="00D35743">
              <w:rPr>
                <w:rFonts w:cs="Times New Roman"/>
                <w:color w:val="000000" w:themeColor="text1"/>
                <w:sz w:val="22"/>
              </w:rPr>
              <w:t>Deaths, 1999–2024</w:t>
            </w:r>
          </w:p>
        </w:tc>
        <w:tc>
          <w:tcPr>
            <w:tcW w:w="3600" w:type="dxa"/>
          </w:tcPr>
          <w:p w14:paraId="4F9B41A0" w14:textId="77777777" w:rsidR="00D35743" w:rsidRPr="00D35743" w:rsidRDefault="00D35743">
            <w:pPr>
              <w:rPr>
                <w:rFonts w:cs="Times New Roman"/>
                <w:color w:val="000000" w:themeColor="text1"/>
                <w:sz w:val="22"/>
              </w:rPr>
            </w:pPr>
            <w:r w:rsidRPr="00D35743">
              <w:rPr>
                <w:rFonts w:cs="Times New Roman"/>
                <w:color w:val="000000" w:themeColor="text1"/>
                <w:sz w:val="22"/>
              </w:rPr>
              <w:t>23,982</w:t>
            </w:r>
          </w:p>
        </w:tc>
        <w:tc>
          <w:tcPr>
            <w:tcW w:w="3744" w:type="dxa"/>
          </w:tcPr>
          <w:p w14:paraId="123184AC" w14:textId="77777777" w:rsidR="00D35743" w:rsidRPr="00D35743" w:rsidRDefault="00D35743">
            <w:pPr>
              <w:rPr>
                <w:rFonts w:cs="Times New Roman"/>
                <w:color w:val="000000" w:themeColor="text1"/>
                <w:sz w:val="22"/>
              </w:rPr>
            </w:pPr>
            <w:r w:rsidRPr="00D35743">
              <w:rPr>
                <w:rFonts w:cs="Times New Roman"/>
                <w:color w:val="000000" w:themeColor="text1"/>
                <w:sz w:val="22"/>
              </w:rPr>
              <w:t>3,167 (13.2% of any mention)</w:t>
            </w:r>
          </w:p>
        </w:tc>
      </w:tr>
      <w:tr w:rsidR="00D35743" w:rsidRPr="00D35743" w14:paraId="41783151" w14:textId="77777777">
        <w:tc>
          <w:tcPr>
            <w:tcW w:w="3024" w:type="dxa"/>
          </w:tcPr>
          <w:p w14:paraId="6460CDC0" w14:textId="77777777" w:rsidR="00D35743" w:rsidRPr="00D35743" w:rsidRDefault="00D35743">
            <w:pPr>
              <w:rPr>
                <w:rFonts w:cs="Times New Roman"/>
                <w:color w:val="000000" w:themeColor="text1"/>
                <w:sz w:val="22"/>
              </w:rPr>
            </w:pPr>
            <w:r w:rsidRPr="00D35743">
              <w:rPr>
                <w:rFonts w:cs="Times New Roman"/>
                <w:color w:val="000000" w:themeColor="text1"/>
                <w:sz w:val="22"/>
              </w:rPr>
              <w:t>Age-adjusted rate, 1999</w:t>
            </w:r>
          </w:p>
        </w:tc>
        <w:tc>
          <w:tcPr>
            <w:tcW w:w="3600" w:type="dxa"/>
          </w:tcPr>
          <w:p w14:paraId="70C22B65" w14:textId="77777777" w:rsidR="00D35743" w:rsidRPr="00D35743" w:rsidRDefault="00D35743">
            <w:pPr>
              <w:rPr>
                <w:rFonts w:cs="Times New Roman"/>
                <w:color w:val="000000" w:themeColor="text1"/>
                <w:sz w:val="22"/>
              </w:rPr>
            </w:pPr>
            <w:r w:rsidRPr="00D35743">
              <w:rPr>
                <w:rFonts w:cs="Times New Roman"/>
                <w:color w:val="000000" w:themeColor="text1"/>
                <w:sz w:val="22"/>
              </w:rPr>
              <w:t>0.42</w:t>
            </w:r>
          </w:p>
        </w:tc>
        <w:tc>
          <w:tcPr>
            <w:tcW w:w="3744" w:type="dxa"/>
          </w:tcPr>
          <w:p w14:paraId="6407AA11" w14:textId="77777777" w:rsidR="00D35743" w:rsidRPr="00D35743" w:rsidRDefault="00D35743">
            <w:pPr>
              <w:rPr>
                <w:rFonts w:cs="Times New Roman"/>
                <w:color w:val="000000" w:themeColor="text1"/>
                <w:sz w:val="22"/>
              </w:rPr>
            </w:pPr>
            <w:r w:rsidRPr="00D35743">
              <w:rPr>
                <w:rFonts w:cs="Times New Roman"/>
                <w:color w:val="000000" w:themeColor="text1"/>
                <w:sz w:val="22"/>
              </w:rPr>
              <w:t>0.081</w:t>
            </w:r>
          </w:p>
        </w:tc>
      </w:tr>
      <w:tr w:rsidR="00D35743" w:rsidRPr="00D35743" w14:paraId="5084B2CC" w14:textId="77777777">
        <w:tc>
          <w:tcPr>
            <w:tcW w:w="3024" w:type="dxa"/>
          </w:tcPr>
          <w:p w14:paraId="3B08B67C" w14:textId="77777777" w:rsidR="00D35743" w:rsidRPr="00D35743" w:rsidRDefault="00D35743">
            <w:pPr>
              <w:rPr>
                <w:rFonts w:cs="Times New Roman"/>
                <w:color w:val="000000" w:themeColor="text1"/>
                <w:sz w:val="22"/>
              </w:rPr>
            </w:pPr>
            <w:r w:rsidRPr="00D35743">
              <w:rPr>
                <w:rFonts w:cs="Times New Roman"/>
                <w:color w:val="000000" w:themeColor="text1"/>
                <w:sz w:val="22"/>
              </w:rPr>
              <w:t>Age-adjusted rate, 2024</w:t>
            </w:r>
          </w:p>
        </w:tc>
        <w:tc>
          <w:tcPr>
            <w:tcW w:w="3600" w:type="dxa"/>
          </w:tcPr>
          <w:p w14:paraId="584D8684" w14:textId="77777777" w:rsidR="00D35743" w:rsidRPr="00D35743" w:rsidRDefault="00D35743">
            <w:pPr>
              <w:rPr>
                <w:rFonts w:cs="Times New Roman"/>
                <w:color w:val="000000" w:themeColor="text1"/>
                <w:sz w:val="22"/>
              </w:rPr>
            </w:pPr>
            <w:r w:rsidRPr="00D35743">
              <w:rPr>
                <w:rFonts w:cs="Times New Roman"/>
                <w:color w:val="000000" w:themeColor="text1"/>
                <w:sz w:val="22"/>
              </w:rPr>
              <w:t>0.55</w:t>
            </w:r>
          </w:p>
        </w:tc>
        <w:tc>
          <w:tcPr>
            <w:tcW w:w="3744" w:type="dxa"/>
          </w:tcPr>
          <w:p w14:paraId="312E5D21" w14:textId="77777777" w:rsidR="00D35743" w:rsidRPr="00D35743" w:rsidRDefault="00D35743">
            <w:pPr>
              <w:rPr>
                <w:rFonts w:cs="Times New Roman"/>
                <w:color w:val="000000" w:themeColor="text1"/>
                <w:sz w:val="22"/>
              </w:rPr>
            </w:pPr>
            <w:r w:rsidRPr="00D35743">
              <w:rPr>
                <w:rFonts w:cs="Times New Roman"/>
                <w:color w:val="000000" w:themeColor="text1"/>
                <w:sz w:val="22"/>
              </w:rPr>
              <w:t>0.052</w:t>
            </w:r>
          </w:p>
        </w:tc>
      </w:tr>
      <w:tr w:rsidR="00D35743" w:rsidRPr="00D35743" w14:paraId="46C29A5F" w14:textId="77777777">
        <w:tc>
          <w:tcPr>
            <w:tcW w:w="3024" w:type="dxa"/>
          </w:tcPr>
          <w:p w14:paraId="0DCC26A9" w14:textId="77777777" w:rsidR="00D35743" w:rsidRPr="00D35743" w:rsidRDefault="00D35743">
            <w:pPr>
              <w:rPr>
                <w:rFonts w:cs="Times New Roman"/>
                <w:color w:val="000000" w:themeColor="text1"/>
                <w:sz w:val="22"/>
              </w:rPr>
            </w:pPr>
            <w:r w:rsidRPr="00D35743">
              <w:rPr>
                <w:rFonts w:cs="Times New Roman"/>
                <w:color w:val="000000" w:themeColor="text1"/>
                <w:sz w:val="22"/>
              </w:rPr>
              <w:t>Joinpoint (95% CI)</w:t>
            </w:r>
          </w:p>
        </w:tc>
        <w:tc>
          <w:tcPr>
            <w:tcW w:w="3600" w:type="dxa"/>
          </w:tcPr>
          <w:p w14:paraId="6BF3E01B" w14:textId="77777777" w:rsidR="00D35743" w:rsidRPr="00D35743" w:rsidRDefault="00D35743">
            <w:pPr>
              <w:rPr>
                <w:rFonts w:cs="Times New Roman"/>
                <w:color w:val="000000" w:themeColor="text1"/>
                <w:sz w:val="22"/>
              </w:rPr>
            </w:pPr>
            <w:r w:rsidRPr="00D35743">
              <w:rPr>
                <w:rFonts w:cs="Times New Roman"/>
                <w:color w:val="000000" w:themeColor="text1"/>
                <w:sz w:val="22"/>
              </w:rPr>
              <w:t>2008 (2005–2014)</w:t>
            </w:r>
          </w:p>
        </w:tc>
        <w:tc>
          <w:tcPr>
            <w:tcW w:w="3744" w:type="dxa"/>
          </w:tcPr>
          <w:p w14:paraId="05E96D4A" w14:textId="77777777" w:rsidR="00D35743" w:rsidRPr="00D35743" w:rsidRDefault="00D35743">
            <w:pPr>
              <w:rPr>
                <w:rFonts w:cs="Times New Roman"/>
                <w:color w:val="000000" w:themeColor="text1"/>
                <w:sz w:val="22"/>
              </w:rPr>
            </w:pPr>
            <w:r w:rsidRPr="00D35743">
              <w:rPr>
                <w:rFonts w:cs="Times New Roman"/>
                <w:color w:val="000000" w:themeColor="text1"/>
                <w:sz w:val="22"/>
              </w:rPr>
              <w:t>2018 (2008–2022)</w:t>
            </w:r>
          </w:p>
        </w:tc>
      </w:tr>
      <w:tr w:rsidR="00D35743" w:rsidRPr="00D35743" w14:paraId="56F57258" w14:textId="77777777">
        <w:tc>
          <w:tcPr>
            <w:tcW w:w="3024" w:type="dxa"/>
          </w:tcPr>
          <w:p w14:paraId="32A9031B" w14:textId="77777777" w:rsidR="00D35743" w:rsidRPr="00D35743" w:rsidRDefault="00D35743">
            <w:pPr>
              <w:rPr>
                <w:rFonts w:cs="Times New Roman"/>
                <w:color w:val="000000" w:themeColor="text1"/>
                <w:sz w:val="22"/>
              </w:rPr>
            </w:pPr>
            <w:r w:rsidRPr="00D35743">
              <w:rPr>
                <w:rFonts w:cs="Times New Roman"/>
                <w:color w:val="000000" w:themeColor="text1"/>
                <w:sz w:val="22"/>
              </w:rPr>
              <w:t>APC, first segment</w:t>
            </w:r>
          </w:p>
        </w:tc>
        <w:tc>
          <w:tcPr>
            <w:tcW w:w="3600" w:type="dxa"/>
          </w:tcPr>
          <w:p w14:paraId="18E8FF6C" w14:textId="77777777" w:rsidR="00D35743" w:rsidRPr="00D35743" w:rsidRDefault="00D35743">
            <w:pPr>
              <w:rPr>
                <w:rFonts w:cs="Times New Roman"/>
                <w:color w:val="000000" w:themeColor="text1"/>
                <w:sz w:val="22"/>
              </w:rPr>
            </w:pPr>
            <w:r w:rsidRPr="00D35743">
              <w:rPr>
                <w:rFonts w:cs="Times New Roman"/>
                <w:color w:val="000000" w:themeColor="text1"/>
                <w:sz w:val="22"/>
              </w:rPr>
              <w:t>−3.00 (−5.32 to −0.62), P = .02</w:t>
            </w:r>
          </w:p>
        </w:tc>
        <w:tc>
          <w:tcPr>
            <w:tcW w:w="3744" w:type="dxa"/>
          </w:tcPr>
          <w:p w14:paraId="3D9B9931" w14:textId="77777777" w:rsidR="00D35743" w:rsidRPr="00D35743" w:rsidRDefault="00D35743">
            <w:pPr>
              <w:rPr>
                <w:rFonts w:cs="Times New Roman"/>
                <w:color w:val="000000" w:themeColor="text1"/>
                <w:sz w:val="22"/>
              </w:rPr>
            </w:pPr>
            <w:r w:rsidRPr="00D35743">
              <w:rPr>
                <w:rFonts w:cs="Times New Roman"/>
                <w:color w:val="000000" w:themeColor="text1"/>
                <w:sz w:val="22"/>
              </w:rPr>
              <w:t>−3.69 (−4.88 to −2.49), P &lt; .001</w:t>
            </w:r>
          </w:p>
        </w:tc>
      </w:tr>
      <w:tr w:rsidR="00D35743" w:rsidRPr="00D35743" w14:paraId="22E0EF58" w14:textId="77777777">
        <w:tc>
          <w:tcPr>
            <w:tcW w:w="3024" w:type="dxa"/>
          </w:tcPr>
          <w:p w14:paraId="21307CE0" w14:textId="77777777" w:rsidR="00D35743" w:rsidRPr="00D35743" w:rsidRDefault="00D35743">
            <w:pPr>
              <w:rPr>
                <w:rFonts w:cs="Times New Roman"/>
                <w:color w:val="000000" w:themeColor="text1"/>
                <w:sz w:val="22"/>
              </w:rPr>
            </w:pPr>
            <w:r w:rsidRPr="00D35743">
              <w:rPr>
                <w:rFonts w:cs="Times New Roman"/>
                <w:color w:val="000000" w:themeColor="text1"/>
                <w:sz w:val="22"/>
              </w:rPr>
              <w:t>APC, terminal segment</w:t>
            </w:r>
          </w:p>
        </w:tc>
        <w:tc>
          <w:tcPr>
            <w:tcW w:w="3600" w:type="dxa"/>
          </w:tcPr>
          <w:p w14:paraId="5C336E39" w14:textId="77777777" w:rsidR="00D35743" w:rsidRPr="00D35743" w:rsidRDefault="00D35743">
            <w:pPr>
              <w:rPr>
                <w:rFonts w:cs="Times New Roman"/>
                <w:color w:val="000000" w:themeColor="text1"/>
                <w:sz w:val="22"/>
              </w:rPr>
            </w:pPr>
            <w:r w:rsidRPr="00D35743">
              <w:rPr>
                <w:rFonts w:cs="Times New Roman"/>
                <w:color w:val="000000" w:themeColor="text1"/>
                <w:sz w:val="22"/>
              </w:rPr>
              <w:t>+3.81 (3.06 to 4.56), P &lt; .001</w:t>
            </w:r>
          </w:p>
        </w:tc>
        <w:tc>
          <w:tcPr>
            <w:tcW w:w="3744" w:type="dxa"/>
          </w:tcPr>
          <w:p w14:paraId="3C185A2C" w14:textId="77777777" w:rsidR="00D35743" w:rsidRPr="00D35743" w:rsidRDefault="00D35743">
            <w:pPr>
              <w:rPr>
                <w:rFonts w:cs="Times New Roman"/>
                <w:color w:val="000000" w:themeColor="text1"/>
                <w:sz w:val="22"/>
              </w:rPr>
            </w:pPr>
            <w:r w:rsidRPr="00D35743">
              <w:rPr>
                <w:rFonts w:cs="Times New Roman"/>
                <w:color w:val="000000" w:themeColor="text1"/>
                <w:sz w:val="22"/>
              </w:rPr>
              <w:t>+5.71 (−0.83 to 12.68), P = .08</w:t>
            </w:r>
          </w:p>
        </w:tc>
      </w:tr>
      <w:tr w:rsidR="00D35743" w:rsidRPr="00D35743" w14:paraId="06926E47" w14:textId="77777777">
        <w:tc>
          <w:tcPr>
            <w:tcW w:w="3024" w:type="dxa"/>
          </w:tcPr>
          <w:p w14:paraId="2A4ACF53" w14:textId="77777777" w:rsidR="00D35743" w:rsidRPr="00D35743" w:rsidRDefault="00D35743">
            <w:pPr>
              <w:rPr>
                <w:rFonts w:cs="Times New Roman"/>
                <w:color w:val="000000" w:themeColor="text1"/>
                <w:sz w:val="22"/>
              </w:rPr>
            </w:pPr>
            <w:r w:rsidRPr="00D35743">
              <w:rPr>
                <w:rFonts w:cs="Times New Roman"/>
                <w:color w:val="000000" w:themeColor="text1"/>
                <w:sz w:val="22"/>
              </w:rPr>
              <w:t>AAPC, 1999–2024</w:t>
            </w:r>
          </w:p>
        </w:tc>
        <w:tc>
          <w:tcPr>
            <w:tcW w:w="3600" w:type="dxa"/>
          </w:tcPr>
          <w:p w14:paraId="13005A27" w14:textId="77777777" w:rsidR="00D35743" w:rsidRPr="00D35743" w:rsidRDefault="00D35743">
            <w:pPr>
              <w:rPr>
                <w:rFonts w:cs="Times New Roman"/>
                <w:color w:val="000000" w:themeColor="text1"/>
                <w:sz w:val="22"/>
              </w:rPr>
            </w:pPr>
            <w:r w:rsidRPr="00D35743">
              <w:rPr>
                <w:rFonts w:cs="Times New Roman"/>
                <w:color w:val="000000" w:themeColor="text1"/>
                <w:sz w:val="22"/>
              </w:rPr>
              <w:t>+1.30 (0.37 to 2.25), P = .006</w:t>
            </w:r>
          </w:p>
        </w:tc>
        <w:tc>
          <w:tcPr>
            <w:tcW w:w="3744" w:type="dxa"/>
          </w:tcPr>
          <w:p w14:paraId="0F8F4A16" w14:textId="77777777" w:rsidR="00D35743" w:rsidRPr="00D35743" w:rsidRDefault="00D35743">
            <w:pPr>
              <w:rPr>
                <w:rFonts w:cs="Times New Roman"/>
                <w:color w:val="000000" w:themeColor="text1"/>
                <w:sz w:val="22"/>
              </w:rPr>
            </w:pPr>
            <w:r w:rsidRPr="00D35743">
              <w:rPr>
                <w:rFonts w:cs="Times New Roman"/>
                <w:color w:val="000000" w:themeColor="text1"/>
                <w:sz w:val="22"/>
              </w:rPr>
              <w:t>−1.52 (−3.17 to 0.17), P = .08</w:t>
            </w:r>
          </w:p>
        </w:tc>
      </w:tr>
    </w:tbl>
    <w:p w14:paraId="3A9D597C" w14:textId="77777777" w:rsidR="00D94E50" w:rsidRPr="00D35743" w:rsidRDefault="00D94E50">
      <w:pPr>
        <w:rPr>
          <w:rFonts w:cs="Times New Roman"/>
          <w:color w:val="000000" w:themeColor="text1"/>
          <w:sz w:val="22"/>
        </w:rPr>
      </w:pPr>
    </w:p>
    <w:p w14:paraId="417EACA9" w14:textId="77777777" w:rsidR="00D94E50" w:rsidRPr="00D35743" w:rsidRDefault="00000000">
      <w:pPr>
        <w:rPr>
          <w:rFonts w:cs="Times New Roman"/>
          <w:color w:val="000000" w:themeColor="text1"/>
          <w:sz w:val="22"/>
        </w:rPr>
      </w:pPr>
      <w:r w:rsidRPr="00D35743">
        <w:rPr>
          <w:rFonts w:cs="Times New Roman"/>
          <w:i/>
          <w:color w:val="000000" w:themeColor="text1"/>
          <w:sz w:val="22"/>
        </w:rPr>
        <w:t>APC, annual percent change; AAPC, average annual percent change. Both arms were fitted with identical settings (Joinpoint 5.4.0.0, grid search, permutation test with 4499 permutations, overall significance .05, maximum four joinpoints) and parametric confidence intervals. The narrower definition does not reproduce the primary result: the inflection falls a decade later, the full-period direction is opposite, and the terminal increase that is significant in the primary series is not statistically supported here. The joinpoint confidence interval for the sensitivity arm spans 14 years, so 2018 should not be presented as a located turning point; the width is consistent with the limited resolution of the underlying-cause rate series noted in Table S15. The conclusion that the narrower definition does not reproduce the primary trend does not depend on that rate series: underlying-cause deaths were 160 in 1999 and 147 in 2024 while any-mention deaths nearly doubled, and the underlying-cause share halved from 20.3% to 9.7%.</w:t>
      </w:r>
    </w:p>
    <w:p w14:paraId="33B2953B"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6513B6FF"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S15. Underlying-cause deaths as a proportion of all deaths involving neuromuscular dysfunction of the bladder, 1999–2024</w:t>
      </w:r>
    </w:p>
    <w:tbl>
      <w:tblPr>
        <w:tblStyle w:val="TableGrid"/>
        <w:tblW w:w="0" w:type="auto"/>
        <w:tblLook w:val="04A0" w:firstRow="1" w:lastRow="0" w:firstColumn="1" w:lastColumn="0" w:noHBand="0" w:noVBand="1"/>
      </w:tblPr>
      <w:tblGrid>
        <w:gridCol w:w="1296"/>
        <w:gridCol w:w="2736"/>
        <w:gridCol w:w="2448"/>
        <w:gridCol w:w="3312"/>
        <w:gridCol w:w="3312"/>
      </w:tblGrid>
      <w:tr w:rsidR="00D94E50" w:rsidRPr="00D35743" w14:paraId="2A7838DC" w14:textId="77777777">
        <w:tc>
          <w:tcPr>
            <w:tcW w:w="1296" w:type="dxa"/>
          </w:tcPr>
          <w:p w14:paraId="4060482D"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2736" w:type="dxa"/>
          </w:tcPr>
          <w:p w14:paraId="48BDC3A2" w14:textId="77777777" w:rsidR="00D94E50" w:rsidRPr="00D35743" w:rsidRDefault="00000000">
            <w:pPr>
              <w:rPr>
                <w:rFonts w:cs="Times New Roman"/>
                <w:color w:val="000000" w:themeColor="text1"/>
                <w:sz w:val="22"/>
              </w:rPr>
            </w:pPr>
            <w:r w:rsidRPr="00D35743">
              <w:rPr>
                <w:rFonts w:cs="Times New Roman"/>
                <w:b/>
                <w:color w:val="000000" w:themeColor="text1"/>
                <w:sz w:val="22"/>
              </w:rPr>
              <w:t>Deaths, underlying cause</w:t>
            </w:r>
          </w:p>
        </w:tc>
        <w:tc>
          <w:tcPr>
            <w:tcW w:w="2448" w:type="dxa"/>
          </w:tcPr>
          <w:p w14:paraId="3306FD29" w14:textId="77777777" w:rsidR="00D94E50" w:rsidRPr="00D35743" w:rsidRDefault="00000000">
            <w:pPr>
              <w:rPr>
                <w:rFonts w:cs="Times New Roman"/>
                <w:color w:val="000000" w:themeColor="text1"/>
                <w:sz w:val="22"/>
              </w:rPr>
            </w:pPr>
            <w:r w:rsidRPr="00D35743">
              <w:rPr>
                <w:rFonts w:cs="Times New Roman"/>
                <w:b/>
                <w:color w:val="000000" w:themeColor="text1"/>
                <w:sz w:val="22"/>
              </w:rPr>
              <w:t>Deaths, any mention</w:t>
            </w:r>
          </w:p>
        </w:tc>
        <w:tc>
          <w:tcPr>
            <w:tcW w:w="3312" w:type="dxa"/>
          </w:tcPr>
          <w:p w14:paraId="2E2AE989" w14:textId="77777777" w:rsidR="00D94E50" w:rsidRPr="00D35743" w:rsidRDefault="00000000">
            <w:pPr>
              <w:rPr>
                <w:rFonts w:cs="Times New Roman"/>
                <w:color w:val="000000" w:themeColor="text1"/>
                <w:sz w:val="22"/>
              </w:rPr>
            </w:pPr>
            <w:r w:rsidRPr="00D35743">
              <w:rPr>
                <w:rFonts w:cs="Times New Roman"/>
                <w:b/>
                <w:color w:val="000000" w:themeColor="text1"/>
                <w:sz w:val="22"/>
              </w:rPr>
              <w:t>Underlying cause as % of any mention</w:t>
            </w:r>
          </w:p>
        </w:tc>
        <w:tc>
          <w:tcPr>
            <w:tcW w:w="3312" w:type="dxa"/>
          </w:tcPr>
          <w:p w14:paraId="3F4DE5DE" w14:textId="77777777" w:rsidR="00D94E50" w:rsidRPr="00D35743" w:rsidRDefault="00000000">
            <w:pPr>
              <w:rPr>
                <w:rFonts w:cs="Times New Roman"/>
                <w:color w:val="000000" w:themeColor="text1"/>
                <w:sz w:val="22"/>
              </w:rPr>
            </w:pPr>
            <w:r w:rsidRPr="00D35743">
              <w:rPr>
                <w:rFonts w:cs="Times New Roman"/>
                <w:b/>
                <w:color w:val="000000" w:themeColor="text1"/>
                <w:sz w:val="22"/>
              </w:rPr>
              <w:t>Age-adjusted rate, underlying cause</w:t>
            </w:r>
          </w:p>
        </w:tc>
      </w:tr>
      <w:tr w:rsidR="00D94E50" w:rsidRPr="00D35743" w14:paraId="479EACCE" w14:textId="77777777">
        <w:tc>
          <w:tcPr>
            <w:tcW w:w="1296" w:type="dxa"/>
          </w:tcPr>
          <w:p w14:paraId="612A2723" w14:textId="77777777" w:rsidR="00D94E50" w:rsidRPr="00D35743" w:rsidRDefault="00000000">
            <w:pPr>
              <w:rPr>
                <w:rFonts w:cs="Times New Roman"/>
                <w:color w:val="000000" w:themeColor="text1"/>
                <w:sz w:val="22"/>
              </w:rPr>
            </w:pPr>
            <w:r w:rsidRPr="00D35743">
              <w:rPr>
                <w:rFonts w:cs="Times New Roman"/>
                <w:color w:val="000000" w:themeColor="text1"/>
                <w:sz w:val="22"/>
              </w:rPr>
              <w:t>1999</w:t>
            </w:r>
          </w:p>
        </w:tc>
        <w:tc>
          <w:tcPr>
            <w:tcW w:w="2736" w:type="dxa"/>
          </w:tcPr>
          <w:p w14:paraId="292C540A" w14:textId="77777777" w:rsidR="00D94E50" w:rsidRPr="00D35743" w:rsidRDefault="00000000">
            <w:pPr>
              <w:rPr>
                <w:rFonts w:cs="Times New Roman"/>
                <w:color w:val="000000" w:themeColor="text1"/>
                <w:sz w:val="22"/>
              </w:rPr>
            </w:pPr>
            <w:r w:rsidRPr="00D35743">
              <w:rPr>
                <w:rFonts w:cs="Times New Roman"/>
                <w:color w:val="000000" w:themeColor="text1"/>
                <w:sz w:val="22"/>
              </w:rPr>
              <w:t>160</w:t>
            </w:r>
          </w:p>
        </w:tc>
        <w:tc>
          <w:tcPr>
            <w:tcW w:w="2448" w:type="dxa"/>
          </w:tcPr>
          <w:p w14:paraId="24A0D3CF" w14:textId="77777777" w:rsidR="00D94E50" w:rsidRPr="00D35743" w:rsidRDefault="00000000">
            <w:pPr>
              <w:rPr>
                <w:rFonts w:cs="Times New Roman"/>
                <w:color w:val="000000" w:themeColor="text1"/>
                <w:sz w:val="22"/>
              </w:rPr>
            </w:pPr>
            <w:r w:rsidRPr="00D35743">
              <w:rPr>
                <w:rFonts w:cs="Times New Roman"/>
                <w:color w:val="000000" w:themeColor="text1"/>
                <w:sz w:val="22"/>
              </w:rPr>
              <w:t>787</w:t>
            </w:r>
          </w:p>
        </w:tc>
        <w:tc>
          <w:tcPr>
            <w:tcW w:w="3312" w:type="dxa"/>
          </w:tcPr>
          <w:p w14:paraId="48EA6D50" w14:textId="77777777" w:rsidR="00D94E50" w:rsidRPr="00D35743" w:rsidRDefault="00000000">
            <w:pPr>
              <w:rPr>
                <w:rFonts w:cs="Times New Roman"/>
                <w:color w:val="000000" w:themeColor="text1"/>
                <w:sz w:val="22"/>
              </w:rPr>
            </w:pPr>
            <w:r w:rsidRPr="00D35743">
              <w:rPr>
                <w:rFonts w:cs="Times New Roman"/>
                <w:color w:val="000000" w:themeColor="text1"/>
                <w:sz w:val="22"/>
              </w:rPr>
              <w:t>20.3</w:t>
            </w:r>
          </w:p>
        </w:tc>
        <w:tc>
          <w:tcPr>
            <w:tcW w:w="3312" w:type="dxa"/>
          </w:tcPr>
          <w:p w14:paraId="647069FB" w14:textId="77777777" w:rsidR="00D94E50" w:rsidRPr="00D35743" w:rsidRDefault="00000000">
            <w:pPr>
              <w:rPr>
                <w:rFonts w:cs="Times New Roman"/>
                <w:color w:val="000000" w:themeColor="text1"/>
                <w:sz w:val="22"/>
              </w:rPr>
            </w:pPr>
            <w:r w:rsidRPr="00D35743">
              <w:rPr>
                <w:rFonts w:cs="Times New Roman"/>
                <w:color w:val="000000" w:themeColor="text1"/>
                <w:sz w:val="22"/>
              </w:rPr>
              <w:t>0.081</w:t>
            </w:r>
          </w:p>
        </w:tc>
      </w:tr>
      <w:tr w:rsidR="00D94E50" w:rsidRPr="00D35743" w14:paraId="125B476F" w14:textId="77777777">
        <w:tc>
          <w:tcPr>
            <w:tcW w:w="1296" w:type="dxa"/>
          </w:tcPr>
          <w:p w14:paraId="2D5846E2" w14:textId="77777777" w:rsidR="00D94E50" w:rsidRPr="00D35743" w:rsidRDefault="00000000">
            <w:pPr>
              <w:rPr>
                <w:rFonts w:cs="Times New Roman"/>
                <w:color w:val="000000" w:themeColor="text1"/>
                <w:sz w:val="22"/>
              </w:rPr>
            </w:pPr>
            <w:r w:rsidRPr="00D35743">
              <w:rPr>
                <w:rFonts w:cs="Times New Roman"/>
                <w:color w:val="000000" w:themeColor="text1"/>
                <w:sz w:val="22"/>
              </w:rPr>
              <w:t>2000</w:t>
            </w:r>
          </w:p>
        </w:tc>
        <w:tc>
          <w:tcPr>
            <w:tcW w:w="2736" w:type="dxa"/>
          </w:tcPr>
          <w:p w14:paraId="2EA42318" w14:textId="77777777" w:rsidR="00D94E50" w:rsidRPr="00D35743" w:rsidRDefault="00000000">
            <w:pPr>
              <w:rPr>
                <w:rFonts w:cs="Times New Roman"/>
                <w:color w:val="000000" w:themeColor="text1"/>
                <w:sz w:val="22"/>
              </w:rPr>
            </w:pPr>
            <w:r w:rsidRPr="00D35743">
              <w:rPr>
                <w:rFonts w:cs="Times New Roman"/>
                <w:color w:val="000000" w:themeColor="text1"/>
                <w:sz w:val="22"/>
              </w:rPr>
              <w:t>135</w:t>
            </w:r>
          </w:p>
        </w:tc>
        <w:tc>
          <w:tcPr>
            <w:tcW w:w="2448" w:type="dxa"/>
          </w:tcPr>
          <w:p w14:paraId="69E32523" w14:textId="77777777" w:rsidR="00D94E50" w:rsidRPr="00D35743" w:rsidRDefault="00000000">
            <w:pPr>
              <w:rPr>
                <w:rFonts w:cs="Times New Roman"/>
                <w:color w:val="000000" w:themeColor="text1"/>
                <w:sz w:val="22"/>
              </w:rPr>
            </w:pPr>
            <w:r w:rsidRPr="00D35743">
              <w:rPr>
                <w:rFonts w:cs="Times New Roman"/>
                <w:color w:val="000000" w:themeColor="text1"/>
                <w:sz w:val="22"/>
              </w:rPr>
              <w:t>712</w:t>
            </w:r>
          </w:p>
        </w:tc>
        <w:tc>
          <w:tcPr>
            <w:tcW w:w="3312" w:type="dxa"/>
          </w:tcPr>
          <w:p w14:paraId="4A148C40" w14:textId="77777777" w:rsidR="00D94E50" w:rsidRPr="00D35743" w:rsidRDefault="00000000">
            <w:pPr>
              <w:rPr>
                <w:rFonts w:cs="Times New Roman"/>
                <w:color w:val="000000" w:themeColor="text1"/>
                <w:sz w:val="22"/>
              </w:rPr>
            </w:pPr>
            <w:r w:rsidRPr="00D35743">
              <w:rPr>
                <w:rFonts w:cs="Times New Roman"/>
                <w:color w:val="000000" w:themeColor="text1"/>
                <w:sz w:val="22"/>
              </w:rPr>
              <w:t>19.0</w:t>
            </w:r>
          </w:p>
        </w:tc>
        <w:tc>
          <w:tcPr>
            <w:tcW w:w="3312" w:type="dxa"/>
          </w:tcPr>
          <w:p w14:paraId="1155599B" w14:textId="77777777" w:rsidR="00D94E50" w:rsidRPr="00D35743" w:rsidRDefault="00000000">
            <w:pPr>
              <w:rPr>
                <w:rFonts w:cs="Times New Roman"/>
                <w:color w:val="000000" w:themeColor="text1"/>
                <w:sz w:val="22"/>
              </w:rPr>
            </w:pPr>
            <w:r w:rsidRPr="00D35743">
              <w:rPr>
                <w:rFonts w:cs="Times New Roman"/>
                <w:color w:val="000000" w:themeColor="text1"/>
                <w:sz w:val="22"/>
              </w:rPr>
              <w:t>0.064</w:t>
            </w:r>
          </w:p>
        </w:tc>
      </w:tr>
      <w:tr w:rsidR="00D94E50" w:rsidRPr="00D35743" w14:paraId="4A736773" w14:textId="77777777">
        <w:tc>
          <w:tcPr>
            <w:tcW w:w="1296" w:type="dxa"/>
          </w:tcPr>
          <w:p w14:paraId="52D022AC" w14:textId="77777777" w:rsidR="00D94E50" w:rsidRPr="00D35743" w:rsidRDefault="00000000">
            <w:pPr>
              <w:rPr>
                <w:rFonts w:cs="Times New Roman"/>
                <w:color w:val="000000" w:themeColor="text1"/>
                <w:sz w:val="22"/>
              </w:rPr>
            </w:pPr>
            <w:r w:rsidRPr="00D35743">
              <w:rPr>
                <w:rFonts w:cs="Times New Roman"/>
                <w:color w:val="000000" w:themeColor="text1"/>
                <w:sz w:val="22"/>
              </w:rPr>
              <w:t>2001</w:t>
            </w:r>
          </w:p>
        </w:tc>
        <w:tc>
          <w:tcPr>
            <w:tcW w:w="2736" w:type="dxa"/>
          </w:tcPr>
          <w:p w14:paraId="15CF06EA" w14:textId="77777777" w:rsidR="00D94E50" w:rsidRPr="00D35743" w:rsidRDefault="00000000">
            <w:pPr>
              <w:rPr>
                <w:rFonts w:cs="Times New Roman"/>
                <w:color w:val="000000" w:themeColor="text1"/>
                <w:sz w:val="22"/>
              </w:rPr>
            </w:pPr>
            <w:r w:rsidRPr="00D35743">
              <w:rPr>
                <w:rFonts w:cs="Times New Roman"/>
                <w:color w:val="000000" w:themeColor="text1"/>
                <w:sz w:val="22"/>
              </w:rPr>
              <w:t>138</w:t>
            </w:r>
          </w:p>
        </w:tc>
        <w:tc>
          <w:tcPr>
            <w:tcW w:w="2448" w:type="dxa"/>
          </w:tcPr>
          <w:p w14:paraId="4248FE19" w14:textId="77777777" w:rsidR="00D94E50" w:rsidRPr="00D35743" w:rsidRDefault="00000000">
            <w:pPr>
              <w:rPr>
                <w:rFonts w:cs="Times New Roman"/>
                <w:color w:val="000000" w:themeColor="text1"/>
                <w:sz w:val="22"/>
              </w:rPr>
            </w:pPr>
            <w:r w:rsidRPr="00D35743">
              <w:rPr>
                <w:rFonts w:cs="Times New Roman"/>
                <w:color w:val="000000" w:themeColor="text1"/>
                <w:sz w:val="22"/>
              </w:rPr>
              <w:t>741</w:t>
            </w:r>
          </w:p>
        </w:tc>
        <w:tc>
          <w:tcPr>
            <w:tcW w:w="3312" w:type="dxa"/>
          </w:tcPr>
          <w:p w14:paraId="0548DCAD" w14:textId="77777777" w:rsidR="00D94E50" w:rsidRPr="00D35743" w:rsidRDefault="00000000">
            <w:pPr>
              <w:rPr>
                <w:rFonts w:cs="Times New Roman"/>
                <w:color w:val="000000" w:themeColor="text1"/>
                <w:sz w:val="22"/>
              </w:rPr>
            </w:pPr>
            <w:r w:rsidRPr="00D35743">
              <w:rPr>
                <w:rFonts w:cs="Times New Roman"/>
                <w:color w:val="000000" w:themeColor="text1"/>
                <w:sz w:val="22"/>
              </w:rPr>
              <w:t>18.6</w:t>
            </w:r>
          </w:p>
        </w:tc>
        <w:tc>
          <w:tcPr>
            <w:tcW w:w="3312" w:type="dxa"/>
          </w:tcPr>
          <w:p w14:paraId="57469949" w14:textId="77777777" w:rsidR="00D94E50" w:rsidRPr="00D35743" w:rsidRDefault="00000000">
            <w:pPr>
              <w:rPr>
                <w:rFonts w:cs="Times New Roman"/>
                <w:color w:val="000000" w:themeColor="text1"/>
                <w:sz w:val="22"/>
              </w:rPr>
            </w:pPr>
            <w:r w:rsidRPr="00D35743">
              <w:rPr>
                <w:rFonts w:cs="Times New Roman"/>
                <w:color w:val="000000" w:themeColor="text1"/>
                <w:sz w:val="22"/>
              </w:rPr>
              <w:t>0.060</w:t>
            </w:r>
          </w:p>
        </w:tc>
      </w:tr>
      <w:tr w:rsidR="00D94E50" w:rsidRPr="00D35743" w14:paraId="761F28E9" w14:textId="77777777">
        <w:tc>
          <w:tcPr>
            <w:tcW w:w="1296" w:type="dxa"/>
          </w:tcPr>
          <w:p w14:paraId="48549020" w14:textId="77777777" w:rsidR="00D94E50" w:rsidRPr="00D35743" w:rsidRDefault="00000000">
            <w:pPr>
              <w:rPr>
                <w:rFonts w:cs="Times New Roman"/>
                <w:color w:val="000000" w:themeColor="text1"/>
                <w:sz w:val="22"/>
              </w:rPr>
            </w:pPr>
            <w:r w:rsidRPr="00D35743">
              <w:rPr>
                <w:rFonts w:cs="Times New Roman"/>
                <w:color w:val="000000" w:themeColor="text1"/>
                <w:sz w:val="22"/>
              </w:rPr>
              <w:t>2002</w:t>
            </w:r>
          </w:p>
        </w:tc>
        <w:tc>
          <w:tcPr>
            <w:tcW w:w="2736" w:type="dxa"/>
          </w:tcPr>
          <w:p w14:paraId="6F2A044C" w14:textId="77777777" w:rsidR="00D94E50" w:rsidRPr="00D35743" w:rsidRDefault="00000000">
            <w:pPr>
              <w:rPr>
                <w:rFonts w:cs="Times New Roman"/>
                <w:color w:val="000000" w:themeColor="text1"/>
                <w:sz w:val="22"/>
              </w:rPr>
            </w:pPr>
            <w:r w:rsidRPr="00D35743">
              <w:rPr>
                <w:rFonts w:cs="Times New Roman"/>
                <w:color w:val="000000" w:themeColor="text1"/>
                <w:sz w:val="22"/>
              </w:rPr>
              <w:t>139</w:t>
            </w:r>
          </w:p>
        </w:tc>
        <w:tc>
          <w:tcPr>
            <w:tcW w:w="2448" w:type="dxa"/>
          </w:tcPr>
          <w:p w14:paraId="39F3CE4C" w14:textId="77777777" w:rsidR="00D94E50" w:rsidRPr="00D35743" w:rsidRDefault="00000000">
            <w:pPr>
              <w:rPr>
                <w:rFonts w:cs="Times New Roman"/>
                <w:color w:val="000000" w:themeColor="text1"/>
                <w:sz w:val="22"/>
              </w:rPr>
            </w:pPr>
            <w:r w:rsidRPr="00D35743">
              <w:rPr>
                <w:rFonts w:cs="Times New Roman"/>
                <w:color w:val="000000" w:themeColor="text1"/>
                <w:sz w:val="22"/>
              </w:rPr>
              <w:t>713</w:t>
            </w:r>
          </w:p>
        </w:tc>
        <w:tc>
          <w:tcPr>
            <w:tcW w:w="3312" w:type="dxa"/>
          </w:tcPr>
          <w:p w14:paraId="593E08A8" w14:textId="77777777" w:rsidR="00D94E50" w:rsidRPr="00D35743" w:rsidRDefault="00000000">
            <w:pPr>
              <w:rPr>
                <w:rFonts w:cs="Times New Roman"/>
                <w:color w:val="000000" w:themeColor="text1"/>
                <w:sz w:val="22"/>
              </w:rPr>
            </w:pPr>
            <w:r w:rsidRPr="00D35743">
              <w:rPr>
                <w:rFonts w:cs="Times New Roman"/>
                <w:color w:val="000000" w:themeColor="text1"/>
                <w:sz w:val="22"/>
              </w:rPr>
              <w:t>19.5</w:t>
            </w:r>
          </w:p>
        </w:tc>
        <w:tc>
          <w:tcPr>
            <w:tcW w:w="3312" w:type="dxa"/>
          </w:tcPr>
          <w:p w14:paraId="3BDF0713" w14:textId="77777777" w:rsidR="00D94E50" w:rsidRPr="00D35743" w:rsidRDefault="00000000">
            <w:pPr>
              <w:rPr>
                <w:rFonts w:cs="Times New Roman"/>
                <w:color w:val="000000" w:themeColor="text1"/>
                <w:sz w:val="22"/>
              </w:rPr>
            </w:pPr>
            <w:r w:rsidRPr="00D35743">
              <w:rPr>
                <w:rFonts w:cs="Times New Roman"/>
                <w:color w:val="000000" w:themeColor="text1"/>
                <w:sz w:val="22"/>
              </w:rPr>
              <w:t>0.072</w:t>
            </w:r>
          </w:p>
        </w:tc>
      </w:tr>
      <w:tr w:rsidR="00D94E50" w:rsidRPr="00D35743" w14:paraId="6A37C4DC" w14:textId="77777777">
        <w:tc>
          <w:tcPr>
            <w:tcW w:w="1296" w:type="dxa"/>
          </w:tcPr>
          <w:p w14:paraId="247157A6" w14:textId="77777777" w:rsidR="00D94E50" w:rsidRPr="00D35743" w:rsidRDefault="00000000">
            <w:pPr>
              <w:rPr>
                <w:rFonts w:cs="Times New Roman"/>
                <w:color w:val="000000" w:themeColor="text1"/>
                <w:sz w:val="22"/>
              </w:rPr>
            </w:pPr>
            <w:r w:rsidRPr="00D35743">
              <w:rPr>
                <w:rFonts w:cs="Times New Roman"/>
                <w:color w:val="000000" w:themeColor="text1"/>
                <w:sz w:val="22"/>
              </w:rPr>
              <w:t>2003</w:t>
            </w:r>
          </w:p>
        </w:tc>
        <w:tc>
          <w:tcPr>
            <w:tcW w:w="2736" w:type="dxa"/>
          </w:tcPr>
          <w:p w14:paraId="2B3C4F73" w14:textId="77777777" w:rsidR="00D94E50" w:rsidRPr="00D35743" w:rsidRDefault="00000000">
            <w:pPr>
              <w:rPr>
                <w:rFonts w:cs="Times New Roman"/>
                <w:color w:val="000000" w:themeColor="text1"/>
                <w:sz w:val="22"/>
              </w:rPr>
            </w:pPr>
            <w:r w:rsidRPr="00D35743">
              <w:rPr>
                <w:rFonts w:cs="Times New Roman"/>
                <w:color w:val="000000" w:themeColor="text1"/>
                <w:sz w:val="22"/>
              </w:rPr>
              <w:t>119</w:t>
            </w:r>
          </w:p>
        </w:tc>
        <w:tc>
          <w:tcPr>
            <w:tcW w:w="2448" w:type="dxa"/>
          </w:tcPr>
          <w:p w14:paraId="43C0C7F1" w14:textId="77777777" w:rsidR="00D94E50" w:rsidRPr="00D35743" w:rsidRDefault="00000000">
            <w:pPr>
              <w:rPr>
                <w:rFonts w:cs="Times New Roman"/>
                <w:color w:val="000000" w:themeColor="text1"/>
                <w:sz w:val="22"/>
              </w:rPr>
            </w:pPr>
            <w:r w:rsidRPr="00D35743">
              <w:rPr>
                <w:rFonts w:cs="Times New Roman"/>
                <w:color w:val="000000" w:themeColor="text1"/>
                <w:sz w:val="22"/>
              </w:rPr>
              <w:t>665</w:t>
            </w:r>
          </w:p>
        </w:tc>
        <w:tc>
          <w:tcPr>
            <w:tcW w:w="3312" w:type="dxa"/>
          </w:tcPr>
          <w:p w14:paraId="55C3483C" w14:textId="77777777" w:rsidR="00D94E50" w:rsidRPr="00D35743" w:rsidRDefault="00000000">
            <w:pPr>
              <w:rPr>
                <w:rFonts w:cs="Times New Roman"/>
                <w:color w:val="000000" w:themeColor="text1"/>
                <w:sz w:val="22"/>
              </w:rPr>
            </w:pPr>
            <w:r w:rsidRPr="00D35743">
              <w:rPr>
                <w:rFonts w:cs="Times New Roman"/>
                <w:color w:val="000000" w:themeColor="text1"/>
                <w:sz w:val="22"/>
              </w:rPr>
              <w:t>17.9</w:t>
            </w:r>
          </w:p>
        </w:tc>
        <w:tc>
          <w:tcPr>
            <w:tcW w:w="3312" w:type="dxa"/>
          </w:tcPr>
          <w:p w14:paraId="3FB6FDEA" w14:textId="77777777" w:rsidR="00D94E50" w:rsidRPr="00D35743" w:rsidRDefault="00000000">
            <w:pPr>
              <w:rPr>
                <w:rFonts w:cs="Times New Roman"/>
                <w:color w:val="000000" w:themeColor="text1"/>
                <w:sz w:val="22"/>
              </w:rPr>
            </w:pPr>
            <w:r w:rsidRPr="00D35743">
              <w:rPr>
                <w:rFonts w:cs="Times New Roman"/>
                <w:color w:val="000000" w:themeColor="text1"/>
                <w:sz w:val="22"/>
              </w:rPr>
              <w:t>0.060</w:t>
            </w:r>
          </w:p>
        </w:tc>
      </w:tr>
      <w:tr w:rsidR="00D94E50" w:rsidRPr="00D35743" w14:paraId="3E3A39C0" w14:textId="77777777">
        <w:tc>
          <w:tcPr>
            <w:tcW w:w="1296" w:type="dxa"/>
          </w:tcPr>
          <w:p w14:paraId="7888175E" w14:textId="77777777" w:rsidR="00D94E50" w:rsidRPr="00D35743" w:rsidRDefault="00000000">
            <w:pPr>
              <w:rPr>
                <w:rFonts w:cs="Times New Roman"/>
                <w:color w:val="000000" w:themeColor="text1"/>
                <w:sz w:val="22"/>
              </w:rPr>
            </w:pPr>
            <w:r w:rsidRPr="00D35743">
              <w:rPr>
                <w:rFonts w:cs="Times New Roman"/>
                <w:color w:val="000000" w:themeColor="text1"/>
                <w:sz w:val="22"/>
              </w:rPr>
              <w:t>2004</w:t>
            </w:r>
          </w:p>
        </w:tc>
        <w:tc>
          <w:tcPr>
            <w:tcW w:w="2736" w:type="dxa"/>
          </w:tcPr>
          <w:p w14:paraId="17F55D1F" w14:textId="77777777" w:rsidR="00D94E50" w:rsidRPr="00D35743" w:rsidRDefault="00000000">
            <w:pPr>
              <w:rPr>
                <w:rFonts w:cs="Times New Roman"/>
                <w:color w:val="000000" w:themeColor="text1"/>
                <w:sz w:val="22"/>
              </w:rPr>
            </w:pPr>
            <w:r w:rsidRPr="00D35743">
              <w:rPr>
                <w:rFonts w:cs="Times New Roman"/>
                <w:color w:val="000000" w:themeColor="text1"/>
                <w:sz w:val="22"/>
              </w:rPr>
              <w:t>131</w:t>
            </w:r>
          </w:p>
        </w:tc>
        <w:tc>
          <w:tcPr>
            <w:tcW w:w="2448" w:type="dxa"/>
          </w:tcPr>
          <w:p w14:paraId="3B023E5C" w14:textId="77777777" w:rsidR="00D94E50" w:rsidRPr="00D35743" w:rsidRDefault="00000000">
            <w:pPr>
              <w:rPr>
                <w:rFonts w:cs="Times New Roman"/>
                <w:color w:val="000000" w:themeColor="text1"/>
                <w:sz w:val="22"/>
              </w:rPr>
            </w:pPr>
            <w:r w:rsidRPr="00D35743">
              <w:rPr>
                <w:rFonts w:cs="Times New Roman"/>
                <w:color w:val="000000" w:themeColor="text1"/>
                <w:sz w:val="22"/>
              </w:rPr>
              <w:t>640</w:t>
            </w:r>
          </w:p>
        </w:tc>
        <w:tc>
          <w:tcPr>
            <w:tcW w:w="3312" w:type="dxa"/>
          </w:tcPr>
          <w:p w14:paraId="601F2FEE" w14:textId="77777777" w:rsidR="00D94E50" w:rsidRPr="00D35743" w:rsidRDefault="00000000">
            <w:pPr>
              <w:rPr>
                <w:rFonts w:cs="Times New Roman"/>
                <w:color w:val="000000" w:themeColor="text1"/>
                <w:sz w:val="22"/>
              </w:rPr>
            </w:pPr>
            <w:r w:rsidRPr="00D35743">
              <w:rPr>
                <w:rFonts w:cs="Times New Roman"/>
                <w:color w:val="000000" w:themeColor="text1"/>
                <w:sz w:val="22"/>
              </w:rPr>
              <w:t>20.5</w:t>
            </w:r>
          </w:p>
        </w:tc>
        <w:tc>
          <w:tcPr>
            <w:tcW w:w="3312" w:type="dxa"/>
          </w:tcPr>
          <w:p w14:paraId="277E9581" w14:textId="77777777" w:rsidR="00D94E50" w:rsidRPr="00D35743" w:rsidRDefault="00000000">
            <w:pPr>
              <w:rPr>
                <w:rFonts w:cs="Times New Roman"/>
                <w:color w:val="000000" w:themeColor="text1"/>
                <w:sz w:val="22"/>
              </w:rPr>
            </w:pPr>
            <w:r w:rsidRPr="00D35743">
              <w:rPr>
                <w:rFonts w:cs="Times New Roman"/>
                <w:color w:val="000000" w:themeColor="text1"/>
                <w:sz w:val="22"/>
              </w:rPr>
              <w:t>0.062</w:t>
            </w:r>
          </w:p>
        </w:tc>
      </w:tr>
      <w:tr w:rsidR="00D94E50" w:rsidRPr="00D35743" w14:paraId="1D7ABC12" w14:textId="77777777">
        <w:tc>
          <w:tcPr>
            <w:tcW w:w="1296" w:type="dxa"/>
          </w:tcPr>
          <w:p w14:paraId="5AC643F4" w14:textId="77777777" w:rsidR="00D94E50" w:rsidRPr="00D35743" w:rsidRDefault="00000000">
            <w:pPr>
              <w:rPr>
                <w:rFonts w:cs="Times New Roman"/>
                <w:color w:val="000000" w:themeColor="text1"/>
                <w:sz w:val="22"/>
              </w:rPr>
            </w:pPr>
            <w:r w:rsidRPr="00D35743">
              <w:rPr>
                <w:rFonts w:cs="Times New Roman"/>
                <w:color w:val="000000" w:themeColor="text1"/>
                <w:sz w:val="22"/>
              </w:rPr>
              <w:t>2005</w:t>
            </w:r>
          </w:p>
        </w:tc>
        <w:tc>
          <w:tcPr>
            <w:tcW w:w="2736" w:type="dxa"/>
          </w:tcPr>
          <w:p w14:paraId="0329D33E" w14:textId="77777777" w:rsidR="00D94E50" w:rsidRPr="00D35743" w:rsidRDefault="00000000">
            <w:pPr>
              <w:rPr>
                <w:rFonts w:cs="Times New Roman"/>
                <w:color w:val="000000" w:themeColor="text1"/>
                <w:sz w:val="22"/>
              </w:rPr>
            </w:pPr>
            <w:r w:rsidRPr="00D35743">
              <w:rPr>
                <w:rFonts w:cs="Times New Roman"/>
                <w:color w:val="000000" w:themeColor="text1"/>
                <w:sz w:val="22"/>
              </w:rPr>
              <w:t>135</w:t>
            </w:r>
          </w:p>
        </w:tc>
        <w:tc>
          <w:tcPr>
            <w:tcW w:w="2448" w:type="dxa"/>
          </w:tcPr>
          <w:p w14:paraId="76999EB4" w14:textId="77777777" w:rsidR="00D94E50" w:rsidRPr="00D35743" w:rsidRDefault="00000000">
            <w:pPr>
              <w:rPr>
                <w:rFonts w:cs="Times New Roman"/>
                <w:color w:val="000000" w:themeColor="text1"/>
                <w:sz w:val="22"/>
              </w:rPr>
            </w:pPr>
            <w:r w:rsidRPr="00D35743">
              <w:rPr>
                <w:rFonts w:cs="Times New Roman"/>
                <w:color w:val="000000" w:themeColor="text1"/>
                <w:sz w:val="22"/>
              </w:rPr>
              <w:t>700</w:t>
            </w:r>
          </w:p>
        </w:tc>
        <w:tc>
          <w:tcPr>
            <w:tcW w:w="3312" w:type="dxa"/>
          </w:tcPr>
          <w:p w14:paraId="7E6A4D89" w14:textId="77777777" w:rsidR="00D94E50" w:rsidRPr="00D35743" w:rsidRDefault="00000000">
            <w:pPr>
              <w:rPr>
                <w:rFonts w:cs="Times New Roman"/>
                <w:color w:val="000000" w:themeColor="text1"/>
                <w:sz w:val="22"/>
              </w:rPr>
            </w:pPr>
            <w:r w:rsidRPr="00D35743">
              <w:rPr>
                <w:rFonts w:cs="Times New Roman"/>
                <w:color w:val="000000" w:themeColor="text1"/>
                <w:sz w:val="22"/>
              </w:rPr>
              <w:t>19.3</w:t>
            </w:r>
          </w:p>
        </w:tc>
        <w:tc>
          <w:tcPr>
            <w:tcW w:w="3312" w:type="dxa"/>
          </w:tcPr>
          <w:p w14:paraId="4F2D71FC" w14:textId="77777777" w:rsidR="00D94E50" w:rsidRPr="00D35743" w:rsidRDefault="00000000">
            <w:pPr>
              <w:rPr>
                <w:rFonts w:cs="Times New Roman"/>
                <w:color w:val="000000" w:themeColor="text1"/>
                <w:sz w:val="22"/>
              </w:rPr>
            </w:pPr>
            <w:r w:rsidRPr="00D35743">
              <w:rPr>
                <w:rFonts w:cs="Times New Roman"/>
                <w:color w:val="000000" w:themeColor="text1"/>
                <w:sz w:val="22"/>
              </w:rPr>
              <w:t>0.057</w:t>
            </w:r>
          </w:p>
        </w:tc>
      </w:tr>
      <w:tr w:rsidR="00D94E50" w:rsidRPr="00D35743" w14:paraId="17CE405E" w14:textId="77777777">
        <w:tc>
          <w:tcPr>
            <w:tcW w:w="1296" w:type="dxa"/>
          </w:tcPr>
          <w:p w14:paraId="088DCB1F"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2736" w:type="dxa"/>
          </w:tcPr>
          <w:p w14:paraId="42B609CD" w14:textId="77777777" w:rsidR="00D94E50" w:rsidRPr="00D35743" w:rsidRDefault="00000000">
            <w:pPr>
              <w:rPr>
                <w:rFonts w:cs="Times New Roman"/>
                <w:color w:val="000000" w:themeColor="text1"/>
                <w:sz w:val="22"/>
              </w:rPr>
            </w:pPr>
            <w:r w:rsidRPr="00D35743">
              <w:rPr>
                <w:rFonts w:cs="Times New Roman"/>
                <w:color w:val="000000" w:themeColor="text1"/>
                <w:sz w:val="22"/>
              </w:rPr>
              <w:t>119</w:t>
            </w:r>
          </w:p>
        </w:tc>
        <w:tc>
          <w:tcPr>
            <w:tcW w:w="2448" w:type="dxa"/>
          </w:tcPr>
          <w:p w14:paraId="5CA2D763" w14:textId="77777777" w:rsidR="00D94E50" w:rsidRPr="00D35743" w:rsidRDefault="00000000">
            <w:pPr>
              <w:rPr>
                <w:rFonts w:cs="Times New Roman"/>
                <w:color w:val="000000" w:themeColor="text1"/>
                <w:sz w:val="22"/>
              </w:rPr>
            </w:pPr>
            <w:r w:rsidRPr="00D35743">
              <w:rPr>
                <w:rFonts w:cs="Times New Roman"/>
                <w:color w:val="000000" w:themeColor="text1"/>
                <w:sz w:val="22"/>
              </w:rPr>
              <w:t>625</w:t>
            </w:r>
          </w:p>
        </w:tc>
        <w:tc>
          <w:tcPr>
            <w:tcW w:w="3312" w:type="dxa"/>
          </w:tcPr>
          <w:p w14:paraId="6E2DC99A" w14:textId="77777777" w:rsidR="00D94E50" w:rsidRPr="00D35743" w:rsidRDefault="00000000">
            <w:pPr>
              <w:rPr>
                <w:rFonts w:cs="Times New Roman"/>
                <w:color w:val="000000" w:themeColor="text1"/>
                <w:sz w:val="22"/>
              </w:rPr>
            </w:pPr>
            <w:r w:rsidRPr="00D35743">
              <w:rPr>
                <w:rFonts w:cs="Times New Roman"/>
                <w:color w:val="000000" w:themeColor="text1"/>
                <w:sz w:val="22"/>
              </w:rPr>
              <w:t>19.0</w:t>
            </w:r>
          </w:p>
        </w:tc>
        <w:tc>
          <w:tcPr>
            <w:tcW w:w="3312" w:type="dxa"/>
          </w:tcPr>
          <w:p w14:paraId="6D9C1493" w14:textId="77777777" w:rsidR="00D94E50" w:rsidRPr="00D35743" w:rsidRDefault="00000000">
            <w:pPr>
              <w:rPr>
                <w:rFonts w:cs="Times New Roman"/>
                <w:color w:val="000000" w:themeColor="text1"/>
                <w:sz w:val="22"/>
              </w:rPr>
            </w:pPr>
            <w:r w:rsidRPr="00D35743">
              <w:rPr>
                <w:rFonts w:cs="Times New Roman"/>
                <w:color w:val="000000" w:themeColor="text1"/>
                <w:sz w:val="22"/>
              </w:rPr>
              <w:t>0.055</w:t>
            </w:r>
          </w:p>
        </w:tc>
      </w:tr>
      <w:tr w:rsidR="00D94E50" w:rsidRPr="00D35743" w14:paraId="122B0633" w14:textId="77777777">
        <w:tc>
          <w:tcPr>
            <w:tcW w:w="1296" w:type="dxa"/>
          </w:tcPr>
          <w:p w14:paraId="5E881E74"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736" w:type="dxa"/>
          </w:tcPr>
          <w:p w14:paraId="27052CD9" w14:textId="77777777" w:rsidR="00D94E50" w:rsidRPr="00D35743" w:rsidRDefault="00000000">
            <w:pPr>
              <w:rPr>
                <w:rFonts w:cs="Times New Roman"/>
                <w:color w:val="000000" w:themeColor="text1"/>
                <w:sz w:val="22"/>
              </w:rPr>
            </w:pPr>
            <w:r w:rsidRPr="00D35743">
              <w:rPr>
                <w:rFonts w:cs="Times New Roman"/>
                <w:color w:val="000000" w:themeColor="text1"/>
                <w:sz w:val="22"/>
              </w:rPr>
              <w:t>131</w:t>
            </w:r>
          </w:p>
        </w:tc>
        <w:tc>
          <w:tcPr>
            <w:tcW w:w="2448" w:type="dxa"/>
          </w:tcPr>
          <w:p w14:paraId="0C96391B" w14:textId="77777777" w:rsidR="00D94E50" w:rsidRPr="00D35743" w:rsidRDefault="00000000">
            <w:pPr>
              <w:rPr>
                <w:rFonts w:cs="Times New Roman"/>
                <w:color w:val="000000" w:themeColor="text1"/>
                <w:sz w:val="22"/>
              </w:rPr>
            </w:pPr>
            <w:r w:rsidRPr="00D35743">
              <w:rPr>
                <w:rFonts w:cs="Times New Roman"/>
                <w:color w:val="000000" w:themeColor="text1"/>
                <w:sz w:val="22"/>
              </w:rPr>
              <w:t>626</w:t>
            </w:r>
          </w:p>
        </w:tc>
        <w:tc>
          <w:tcPr>
            <w:tcW w:w="3312" w:type="dxa"/>
          </w:tcPr>
          <w:p w14:paraId="7A198417" w14:textId="77777777" w:rsidR="00D94E50" w:rsidRPr="00D35743" w:rsidRDefault="00000000">
            <w:pPr>
              <w:rPr>
                <w:rFonts w:cs="Times New Roman"/>
                <w:color w:val="000000" w:themeColor="text1"/>
                <w:sz w:val="22"/>
              </w:rPr>
            </w:pPr>
            <w:r w:rsidRPr="00D35743">
              <w:rPr>
                <w:rFonts w:cs="Times New Roman"/>
                <w:color w:val="000000" w:themeColor="text1"/>
                <w:sz w:val="22"/>
              </w:rPr>
              <w:t>20.9</w:t>
            </w:r>
          </w:p>
        </w:tc>
        <w:tc>
          <w:tcPr>
            <w:tcW w:w="3312" w:type="dxa"/>
          </w:tcPr>
          <w:p w14:paraId="3FED6AE7" w14:textId="77777777" w:rsidR="00D94E50" w:rsidRPr="00D35743" w:rsidRDefault="00000000">
            <w:pPr>
              <w:rPr>
                <w:rFonts w:cs="Times New Roman"/>
                <w:color w:val="000000" w:themeColor="text1"/>
                <w:sz w:val="22"/>
              </w:rPr>
            </w:pPr>
            <w:r w:rsidRPr="00D35743">
              <w:rPr>
                <w:rFonts w:cs="Times New Roman"/>
                <w:color w:val="000000" w:themeColor="text1"/>
                <w:sz w:val="22"/>
              </w:rPr>
              <w:t>0.060</w:t>
            </w:r>
          </w:p>
        </w:tc>
      </w:tr>
      <w:tr w:rsidR="00D94E50" w:rsidRPr="00D35743" w14:paraId="0631A5D6" w14:textId="77777777">
        <w:tc>
          <w:tcPr>
            <w:tcW w:w="1296" w:type="dxa"/>
          </w:tcPr>
          <w:p w14:paraId="179983AF"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736" w:type="dxa"/>
          </w:tcPr>
          <w:p w14:paraId="775D8A0B" w14:textId="77777777" w:rsidR="00D94E50" w:rsidRPr="00D35743" w:rsidRDefault="00000000">
            <w:pPr>
              <w:rPr>
                <w:rFonts w:cs="Times New Roman"/>
                <w:color w:val="000000" w:themeColor="text1"/>
                <w:sz w:val="22"/>
              </w:rPr>
            </w:pPr>
            <w:r w:rsidRPr="00D35743">
              <w:rPr>
                <w:rFonts w:cs="Times New Roman"/>
                <w:color w:val="000000" w:themeColor="text1"/>
                <w:sz w:val="22"/>
              </w:rPr>
              <w:t>89</w:t>
            </w:r>
          </w:p>
        </w:tc>
        <w:tc>
          <w:tcPr>
            <w:tcW w:w="2448" w:type="dxa"/>
          </w:tcPr>
          <w:p w14:paraId="5A85AE0C" w14:textId="77777777" w:rsidR="00D94E50" w:rsidRPr="00D35743" w:rsidRDefault="00000000">
            <w:pPr>
              <w:rPr>
                <w:rFonts w:cs="Times New Roman"/>
                <w:color w:val="000000" w:themeColor="text1"/>
                <w:sz w:val="22"/>
              </w:rPr>
            </w:pPr>
            <w:r w:rsidRPr="00D35743">
              <w:rPr>
                <w:rFonts w:cs="Times New Roman"/>
                <w:color w:val="000000" w:themeColor="text1"/>
                <w:sz w:val="22"/>
              </w:rPr>
              <w:t>623</w:t>
            </w:r>
          </w:p>
        </w:tc>
        <w:tc>
          <w:tcPr>
            <w:tcW w:w="3312" w:type="dxa"/>
          </w:tcPr>
          <w:p w14:paraId="5572EB55" w14:textId="77777777" w:rsidR="00D94E50" w:rsidRPr="00D35743" w:rsidRDefault="00000000">
            <w:pPr>
              <w:rPr>
                <w:rFonts w:cs="Times New Roman"/>
                <w:color w:val="000000" w:themeColor="text1"/>
                <w:sz w:val="22"/>
              </w:rPr>
            </w:pPr>
            <w:r w:rsidRPr="00D35743">
              <w:rPr>
                <w:rFonts w:cs="Times New Roman"/>
                <w:color w:val="000000" w:themeColor="text1"/>
                <w:sz w:val="22"/>
              </w:rPr>
              <w:t>14.3</w:t>
            </w:r>
          </w:p>
        </w:tc>
        <w:tc>
          <w:tcPr>
            <w:tcW w:w="3312" w:type="dxa"/>
          </w:tcPr>
          <w:p w14:paraId="34BB0814" w14:textId="77777777" w:rsidR="00D94E50" w:rsidRPr="00D35743" w:rsidRDefault="00000000">
            <w:pPr>
              <w:rPr>
                <w:rFonts w:cs="Times New Roman"/>
                <w:color w:val="000000" w:themeColor="text1"/>
                <w:sz w:val="22"/>
              </w:rPr>
            </w:pPr>
            <w:r w:rsidRPr="00D35743">
              <w:rPr>
                <w:rFonts w:cs="Times New Roman"/>
                <w:color w:val="000000" w:themeColor="text1"/>
                <w:sz w:val="22"/>
              </w:rPr>
              <w:t>0.031</w:t>
            </w:r>
          </w:p>
        </w:tc>
      </w:tr>
      <w:tr w:rsidR="00D94E50" w:rsidRPr="00D35743" w14:paraId="091A9BAA" w14:textId="77777777">
        <w:tc>
          <w:tcPr>
            <w:tcW w:w="1296" w:type="dxa"/>
          </w:tcPr>
          <w:p w14:paraId="39B3A98E" w14:textId="77777777" w:rsidR="00D94E50" w:rsidRPr="00D35743" w:rsidRDefault="00000000">
            <w:pPr>
              <w:rPr>
                <w:rFonts w:cs="Times New Roman"/>
                <w:color w:val="000000" w:themeColor="text1"/>
                <w:sz w:val="22"/>
              </w:rPr>
            </w:pPr>
            <w:r w:rsidRPr="00D35743">
              <w:rPr>
                <w:rFonts w:cs="Times New Roman"/>
                <w:color w:val="000000" w:themeColor="text1"/>
                <w:sz w:val="22"/>
              </w:rPr>
              <w:t>2009</w:t>
            </w:r>
          </w:p>
        </w:tc>
        <w:tc>
          <w:tcPr>
            <w:tcW w:w="2736" w:type="dxa"/>
          </w:tcPr>
          <w:p w14:paraId="3C7C89DF" w14:textId="77777777" w:rsidR="00D94E50" w:rsidRPr="00D35743" w:rsidRDefault="00000000">
            <w:pPr>
              <w:rPr>
                <w:rFonts w:cs="Times New Roman"/>
                <w:color w:val="000000" w:themeColor="text1"/>
                <w:sz w:val="22"/>
              </w:rPr>
            </w:pPr>
            <w:r w:rsidRPr="00D35743">
              <w:rPr>
                <w:rFonts w:cs="Times New Roman"/>
                <w:color w:val="000000" w:themeColor="text1"/>
                <w:sz w:val="22"/>
              </w:rPr>
              <w:t>122</w:t>
            </w:r>
          </w:p>
        </w:tc>
        <w:tc>
          <w:tcPr>
            <w:tcW w:w="2448" w:type="dxa"/>
          </w:tcPr>
          <w:p w14:paraId="10C20F53" w14:textId="77777777" w:rsidR="00D94E50" w:rsidRPr="00D35743" w:rsidRDefault="00000000">
            <w:pPr>
              <w:rPr>
                <w:rFonts w:cs="Times New Roman"/>
                <w:color w:val="000000" w:themeColor="text1"/>
                <w:sz w:val="22"/>
              </w:rPr>
            </w:pPr>
            <w:r w:rsidRPr="00D35743">
              <w:rPr>
                <w:rFonts w:cs="Times New Roman"/>
                <w:color w:val="000000" w:themeColor="text1"/>
                <w:sz w:val="22"/>
              </w:rPr>
              <w:t>765</w:t>
            </w:r>
          </w:p>
        </w:tc>
        <w:tc>
          <w:tcPr>
            <w:tcW w:w="3312" w:type="dxa"/>
          </w:tcPr>
          <w:p w14:paraId="7FD2986C" w14:textId="77777777" w:rsidR="00D94E50" w:rsidRPr="00D35743" w:rsidRDefault="00000000">
            <w:pPr>
              <w:rPr>
                <w:rFonts w:cs="Times New Roman"/>
                <w:color w:val="000000" w:themeColor="text1"/>
                <w:sz w:val="22"/>
              </w:rPr>
            </w:pPr>
            <w:r w:rsidRPr="00D35743">
              <w:rPr>
                <w:rFonts w:cs="Times New Roman"/>
                <w:color w:val="000000" w:themeColor="text1"/>
                <w:sz w:val="22"/>
              </w:rPr>
              <w:t>15.9</w:t>
            </w:r>
          </w:p>
        </w:tc>
        <w:tc>
          <w:tcPr>
            <w:tcW w:w="3312" w:type="dxa"/>
          </w:tcPr>
          <w:p w14:paraId="4D2E6D0E" w14:textId="77777777" w:rsidR="00D94E50" w:rsidRPr="00D35743" w:rsidRDefault="00000000">
            <w:pPr>
              <w:rPr>
                <w:rFonts w:cs="Times New Roman"/>
                <w:color w:val="000000" w:themeColor="text1"/>
                <w:sz w:val="22"/>
              </w:rPr>
            </w:pPr>
            <w:r w:rsidRPr="00D35743">
              <w:rPr>
                <w:rFonts w:cs="Times New Roman"/>
                <w:color w:val="000000" w:themeColor="text1"/>
                <w:sz w:val="22"/>
              </w:rPr>
              <w:t>0.050</w:t>
            </w:r>
          </w:p>
        </w:tc>
      </w:tr>
      <w:tr w:rsidR="00D94E50" w:rsidRPr="00D35743" w14:paraId="2641E2D4" w14:textId="77777777">
        <w:tc>
          <w:tcPr>
            <w:tcW w:w="1296" w:type="dxa"/>
          </w:tcPr>
          <w:p w14:paraId="5CD2799C"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2736" w:type="dxa"/>
          </w:tcPr>
          <w:p w14:paraId="11904000" w14:textId="77777777" w:rsidR="00D94E50" w:rsidRPr="00D35743" w:rsidRDefault="00000000">
            <w:pPr>
              <w:rPr>
                <w:rFonts w:cs="Times New Roman"/>
                <w:color w:val="000000" w:themeColor="text1"/>
                <w:sz w:val="22"/>
              </w:rPr>
            </w:pPr>
            <w:r w:rsidRPr="00D35743">
              <w:rPr>
                <w:rFonts w:cs="Times New Roman"/>
                <w:color w:val="000000" w:themeColor="text1"/>
                <w:sz w:val="22"/>
              </w:rPr>
              <w:t>102</w:t>
            </w:r>
          </w:p>
        </w:tc>
        <w:tc>
          <w:tcPr>
            <w:tcW w:w="2448" w:type="dxa"/>
          </w:tcPr>
          <w:p w14:paraId="65F3E9CF" w14:textId="77777777" w:rsidR="00D94E50" w:rsidRPr="00D35743" w:rsidRDefault="00000000">
            <w:pPr>
              <w:rPr>
                <w:rFonts w:cs="Times New Roman"/>
                <w:color w:val="000000" w:themeColor="text1"/>
                <w:sz w:val="22"/>
              </w:rPr>
            </w:pPr>
            <w:r w:rsidRPr="00D35743">
              <w:rPr>
                <w:rFonts w:cs="Times New Roman"/>
                <w:color w:val="000000" w:themeColor="text1"/>
                <w:sz w:val="22"/>
              </w:rPr>
              <w:t>714</w:t>
            </w:r>
          </w:p>
        </w:tc>
        <w:tc>
          <w:tcPr>
            <w:tcW w:w="3312" w:type="dxa"/>
          </w:tcPr>
          <w:p w14:paraId="595D91AD" w14:textId="77777777" w:rsidR="00D94E50" w:rsidRPr="00D35743" w:rsidRDefault="00000000">
            <w:pPr>
              <w:rPr>
                <w:rFonts w:cs="Times New Roman"/>
                <w:color w:val="000000" w:themeColor="text1"/>
                <w:sz w:val="22"/>
              </w:rPr>
            </w:pPr>
            <w:r w:rsidRPr="00D35743">
              <w:rPr>
                <w:rFonts w:cs="Times New Roman"/>
                <w:color w:val="000000" w:themeColor="text1"/>
                <w:sz w:val="22"/>
              </w:rPr>
              <w:t>14.3</w:t>
            </w:r>
          </w:p>
        </w:tc>
        <w:tc>
          <w:tcPr>
            <w:tcW w:w="3312" w:type="dxa"/>
          </w:tcPr>
          <w:p w14:paraId="75AA6DC4" w14:textId="77777777" w:rsidR="00D94E50" w:rsidRPr="00D35743" w:rsidRDefault="00000000">
            <w:pPr>
              <w:rPr>
                <w:rFonts w:cs="Times New Roman"/>
                <w:color w:val="000000" w:themeColor="text1"/>
                <w:sz w:val="22"/>
              </w:rPr>
            </w:pPr>
            <w:r w:rsidRPr="00D35743">
              <w:rPr>
                <w:rFonts w:cs="Times New Roman"/>
                <w:color w:val="000000" w:themeColor="text1"/>
                <w:sz w:val="22"/>
              </w:rPr>
              <w:t>0.041</w:t>
            </w:r>
          </w:p>
        </w:tc>
      </w:tr>
      <w:tr w:rsidR="00D94E50" w:rsidRPr="00D35743" w14:paraId="412EE0E6" w14:textId="77777777">
        <w:tc>
          <w:tcPr>
            <w:tcW w:w="1296" w:type="dxa"/>
          </w:tcPr>
          <w:p w14:paraId="48A7A4C6" w14:textId="77777777" w:rsidR="00D94E50" w:rsidRPr="00D35743" w:rsidRDefault="00000000">
            <w:pPr>
              <w:rPr>
                <w:rFonts w:cs="Times New Roman"/>
                <w:color w:val="000000" w:themeColor="text1"/>
                <w:sz w:val="22"/>
              </w:rPr>
            </w:pPr>
            <w:r w:rsidRPr="00D35743">
              <w:rPr>
                <w:rFonts w:cs="Times New Roman"/>
                <w:color w:val="000000" w:themeColor="text1"/>
                <w:sz w:val="22"/>
              </w:rPr>
              <w:t>2011</w:t>
            </w:r>
          </w:p>
        </w:tc>
        <w:tc>
          <w:tcPr>
            <w:tcW w:w="2736" w:type="dxa"/>
          </w:tcPr>
          <w:p w14:paraId="62691DE3" w14:textId="77777777" w:rsidR="00D94E50" w:rsidRPr="00D35743" w:rsidRDefault="00000000">
            <w:pPr>
              <w:rPr>
                <w:rFonts w:cs="Times New Roman"/>
                <w:color w:val="000000" w:themeColor="text1"/>
                <w:sz w:val="22"/>
              </w:rPr>
            </w:pPr>
            <w:r w:rsidRPr="00D35743">
              <w:rPr>
                <w:rFonts w:cs="Times New Roman"/>
                <w:color w:val="000000" w:themeColor="text1"/>
                <w:sz w:val="22"/>
              </w:rPr>
              <w:t>96</w:t>
            </w:r>
          </w:p>
        </w:tc>
        <w:tc>
          <w:tcPr>
            <w:tcW w:w="2448" w:type="dxa"/>
          </w:tcPr>
          <w:p w14:paraId="75AC851F" w14:textId="77777777" w:rsidR="00D94E50" w:rsidRPr="00D35743" w:rsidRDefault="00000000">
            <w:pPr>
              <w:rPr>
                <w:rFonts w:cs="Times New Roman"/>
                <w:color w:val="000000" w:themeColor="text1"/>
                <w:sz w:val="22"/>
              </w:rPr>
            </w:pPr>
            <w:r w:rsidRPr="00D35743">
              <w:rPr>
                <w:rFonts w:cs="Times New Roman"/>
                <w:color w:val="000000" w:themeColor="text1"/>
                <w:sz w:val="22"/>
              </w:rPr>
              <w:t>795</w:t>
            </w:r>
          </w:p>
        </w:tc>
        <w:tc>
          <w:tcPr>
            <w:tcW w:w="3312" w:type="dxa"/>
          </w:tcPr>
          <w:p w14:paraId="767BF988" w14:textId="77777777" w:rsidR="00D94E50" w:rsidRPr="00D35743" w:rsidRDefault="00000000">
            <w:pPr>
              <w:rPr>
                <w:rFonts w:cs="Times New Roman"/>
                <w:color w:val="000000" w:themeColor="text1"/>
                <w:sz w:val="22"/>
              </w:rPr>
            </w:pPr>
            <w:r w:rsidRPr="00D35743">
              <w:rPr>
                <w:rFonts w:cs="Times New Roman"/>
                <w:color w:val="000000" w:themeColor="text1"/>
                <w:sz w:val="22"/>
              </w:rPr>
              <w:t>12.1</w:t>
            </w:r>
          </w:p>
        </w:tc>
        <w:tc>
          <w:tcPr>
            <w:tcW w:w="3312" w:type="dxa"/>
          </w:tcPr>
          <w:p w14:paraId="0D20DF9A" w14:textId="77777777" w:rsidR="00D94E50" w:rsidRPr="00D35743" w:rsidRDefault="00000000">
            <w:pPr>
              <w:rPr>
                <w:rFonts w:cs="Times New Roman"/>
                <w:color w:val="000000" w:themeColor="text1"/>
                <w:sz w:val="22"/>
              </w:rPr>
            </w:pPr>
            <w:r w:rsidRPr="00D35743">
              <w:rPr>
                <w:rFonts w:cs="Times New Roman"/>
                <w:color w:val="000000" w:themeColor="text1"/>
                <w:sz w:val="22"/>
              </w:rPr>
              <w:t>0.041</w:t>
            </w:r>
          </w:p>
        </w:tc>
      </w:tr>
      <w:tr w:rsidR="00D94E50" w:rsidRPr="00D35743" w14:paraId="044C9B01" w14:textId="77777777">
        <w:tc>
          <w:tcPr>
            <w:tcW w:w="1296" w:type="dxa"/>
          </w:tcPr>
          <w:p w14:paraId="3E76BC1C" w14:textId="77777777" w:rsidR="00D94E50" w:rsidRPr="00D35743" w:rsidRDefault="00000000">
            <w:pPr>
              <w:rPr>
                <w:rFonts w:cs="Times New Roman"/>
                <w:color w:val="000000" w:themeColor="text1"/>
                <w:sz w:val="22"/>
              </w:rPr>
            </w:pPr>
            <w:r w:rsidRPr="00D35743">
              <w:rPr>
                <w:rFonts w:cs="Times New Roman"/>
                <w:color w:val="000000" w:themeColor="text1"/>
                <w:sz w:val="22"/>
              </w:rPr>
              <w:t>2012</w:t>
            </w:r>
          </w:p>
        </w:tc>
        <w:tc>
          <w:tcPr>
            <w:tcW w:w="2736" w:type="dxa"/>
          </w:tcPr>
          <w:p w14:paraId="6C1B4EDE" w14:textId="77777777" w:rsidR="00D94E50" w:rsidRPr="00D35743" w:rsidRDefault="00000000">
            <w:pPr>
              <w:rPr>
                <w:rFonts w:cs="Times New Roman"/>
                <w:color w:val="000000" w:themeColor="text1"/>
                <w:sz w:val="22"/>
              </w:rPr>
            </w:pPr>
            <w:r w:rsidRPr="00D35743">
              <w:rPr>
                <w:rFonts w:cs="Times New Roman"/>
                <w:color w:val="000000" w:themeColor="text1"/>
                <w:sz w:val="22"/>
              </w:rPr>
              <w:t>106</w:t>
            </w:r>
          </w:p>
        </w:tc>
        <w:tc>
          <w:tcPr>
            <w:tcW w:w="2448" w:type="dxa"/>
          </w:tcPr>
          <w:p w14:paraId="6EAD8C89" w14:textId="77777777" w:rsidR="00D94E50" w:rsidRPr="00D35743" w:rsidRDefault="00000000">
            <w:pPr>
              <w:rPr>
                <w:rFonts w:cs="Times New Roman"/>
                <w:color w:val="000000" w:themeColor="text1"/>
                <w:sz w:val="22"/>
              </w:rPr>
            </w:pPr>
            <w:r w:rsidRPr="00D35743">
              <w:rPr>
                <w:rFonts w:cs="Times New Roman"/>
                <w:color w:val="000000" w:themeColor="text1"/>
                <w:sz w:val="22"/>
              </w:rPr>
              <w:t>820</w:t>
            </w:r>
          </w:p>
        </w:tc>
        <w:tc>
          <w:tcPr>
            <w:tcW w:w="3312" w:type="dxa"/>
          </w:tcPr>
          <w:p w14:paraId="12F56792" w14:textId="77777777" w:rsidR="00D94E50" w:rsidRPr="00D35743" w:rsidRDefault="00000000">
            <w:pPr>
              <w:rPr>
                <w:rFonts w:cs="Times New Roman"/>
                <w:color w:val="000000" w:themeColor="text1"/>
                <w:sz w:val="22"/>
              </w:rPr>
            </w:pPr>
            <w:r w:rsidRPr="00D35743">
              <w:rPr>
                <w:rFonts w:cs="Times New Roman"/>
                <w:color w:val="000000" w:themeColor="text1"/>
                <w:sz w:val="22"/>
              </w:rPr>
              <w:t>12.9</w:t>
            </w:r>
          </w:p>
        </w:tc>
        <w:tc>
          <w:tcPr>
            <w:tcW w:w="3312" w:type="dxa"/>
          </w:tcPr>
          <w:p w14:paraId="6B9312FE" w14:textId="77777777" w:rsidR="00D94E50" w:rsidRPr="00D35743" w:rsidRDefault="00000000">
            <w:pPr>
              <w:rPr>
                <w:rFonts w:cs="Times New Roman"/>
                <w:color w:val="000000" w:themeColor="text1"/>
                <w:sz w:val="22"/>
              </w:rPr>
            </w:pPr>
            <w:r w:rsidRPr="00D35743">
              <w:rPr>
                <w:rFonts w:cs="Times New Roman"/>
                <w:color w:val="000000" w:themeColor="text1"/>
                <w:sz w:val="22"/>
              </w:rPr>
              <w:t>0.033</w:t>
            </w:r>
          </w:p>
        </w:tc>
      </w:tr>
      <w:tr w:rsidR="00D94E50" w:rsidRPr="00D35743" w14:paraId="1A0AE922" w14:textId="77777777">
        <w:tc>
          <w:tcPr>
            <w:tcW w:w="1296" w:type="dxa"/>
          </w:tcPr>
          <w:p w14:paraId="09E32B17"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2736" w:type="dxa"/>
          </w:tcPr>
          <w:p w14:paraId="6AF8CDE5" w14:textId="77777777" w:rsidR="00D94E50" w:rsidRPr="00D35743" w:rsidRDefault="00000000">
            <w:pPr>
              <w:rPr>
                <w:rFonts w:cs="Times New Roman"/>
                <w:color w:val="000000" w:themeColor="text1"/>
                <w:sz w:val="22"/>
              </w:rPr>
            </w:pPr>
            <w:r w:rsidRPr="00D35743">
              <w:rPr>
                <w:rFonts w:cs="Times New Roman"/>
                <w:color w:val="000000" w:themeColor="text1"/>
                <w:sz w:val="22"/>
              </w:rPr>
              <w:t>123</w:t>
            </w:r>
          </w:p>
        </w:tc>
        <w:tc>
          <w:tcPr>
            <w:tcW w:w="2448" w:type="dxa"/>
          </w:tcPr>
          <w:p w14:paraId="65FFC166" w14:textId="77777777" w:rsidR="00D94E50" w:rsidRPr="00D35743" w:rsidRDefault="00000000">
            <w:pPr>
              <w:rPr>
                <w:rFonts w:cs="Times New Roman"/>
                <w:color w:val="000000" w:themeColor="text1"/>
                <w:sz w:val="22"/>
              </w:rPr>
            </w:pPr>
            <w:r w:rsidRPr="00D35743">
              <w:rPr>
                <w:rFonts w:cs="Times New Roman"/>
                <w:color w:val="000000" w:themeColor="text1"/>
                <w:sz w:val="22"/>
              </w:rPr>
              <w:t>893</w:t>
            </w:r>
          </w:p>
        </w:tc>
        <w:tc>
          <w:tcPr>
            <w:tcW w:w="3312" w:type="dxa"/>
          </w:tcPr>
          <w:p w14:paraId="1FAB65F6" w14:textId="77777777" w:rsidR="00D94E50" w:rsidRPr="00D35743" w:rsidRDefault="00000000">
            <w:pPr>
              <w:rPr>
                <w:rFonts w:cs="Times New Roman"/>
                <w:color w:val="000000" w:themeColor="text1"/>
                <w:sz w:val="22"/>
              </w:rPr>
            </w:pPr>
            <w:r w:rsidRPr="00D35743">
              <w:rPr>
                <w:rFonts w:cs="Times New Roman"/>
                <w:color w:val="000000" w:themeColor="text1"/>
                <w:sz w:val="22"/>
              </w:rPr>
              <w:t>13.8</w:t>
            </w:r>
          </w:p>
        </w:tc>
        <w:tc>
          <w:tcPr>
            <w:tcW w:w="3312" w:type="dxa"/>
          </w:tcPr>
          <w:p w14:paraId="0D73442B" w14:textId="77777777" w:rsidR="00D94E50" w:rsidRPr="00D35743" w:rsidRDefault="00000000">
            <w:pPr>
              <w:rPr>
                <w:rFonts w:cs="Times New Roman"/>
                <w:color w:val="000000" w:themeColor="text1"/>
                <w:sz w:val="22"/>
              </w:rPr>
            </w:pPr>
            <w:r w:rsidRPr="00D35743">
              <w:rPr>
                <w:rFonts w:cs="Times New Roman"/>
                <w:color w:val="000000" w:themeColor="text1"/>
                <w:sz w:val="22"/>
              </w:rPr>
              <w:t>0.053</w:t>
            </w:r>
          </w:p>
        </w:tc>
      </w:tr>
      <w:tr w:rsidR="00D94E50" w:rsidRPr="00D35743" w14:paraId="209C2CBE" w14:textId="77777777">
        <w:tc>
          <w:tcPr>
            <w:tcW w:w="1296" w:type="dxa"/>
          </w:tcPr>
          <w:p w14:paraId="2F9E8A14"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2736" w:type="dxa"/>
          </w:tcPr>
          <w:p w14:paraId="7023FB1A" w14:textId="77777777" w:rsidR="00D94E50" w:rsidRPr="00D35743" w:rsidRDefault="00000000">
            <w:pPr>
              <w:rPr>
                <w:rFonts w:cs="Times New Roman"/>
                <w:color w:val="000000" w:themeColor="text1"/>
                <w:sz w:val="22"/>
              </w:rPr>
            </w:pPr>
            <w:r w:rsidRPr="00D35743">
              <w:rPr>
                <w:rFonts w:cs="Times New Roman"/>
                <w:color w:val="000000" w:themeColor="text1"/>
                <w:sz w:val="22"/>
              </w:rPr>
              <w:t>92</w:t>
            </w:r>
          </w:p>
        </w:tc>
        <w:tc>
          <w:tcPr>
            <w:tcW w:w="2448" w:type="dxa"/>
          </w:tcPr>
          <w:p w14:paraId="2F650C7B" w14:textId="77777777" w:rsidR="00D94E50" w:rsidRPr="00D35743" w:rsidRDefault="00000000">
            <w:pPr>
              <w:rPr>
                <w:rFonts w:cs="Times New Roman"/>
                <w:color w:val="000000" w:themeColor="text1"/>
                <w:sz w:val="22"/>
              </w:rPr>
            </w:pPr>
            <w:r w:rsidRPr="00D35743">
              <w:rPr>
                <w:rFonts w:cs="Times New Roman"/>
                <w:color w:val="000000" w:themeColor="text1"/>
                <w:sz w:val="22"/>
              </w:rPr>
              <w:t>901</w:t>
            </w:r>
          </w:p>
        </w:tc>
        <w:tc>
          <w:tcPr>
            <w:tcW w:w="3312" w:type="dxa"/>
          </w:tcPr>
          <w:p w14:paraId="529CA412" w14:textId="77777777" w:rsidR="00D94E50" w:rsidRPr="00D35743" w:rsidRDefault="00000000">
            <w:pPr>
              <w:rPr>
                <w:rFonts w:cs="Times New Roman"/>
                <w:color w:val="000000" w:themeColor="text1"/>
                <w:sz w:val="22"/>
              </w:rPr>
            </w:pPr>
            <w:r w:rsidRPr="00D35743">
              <w:rPr>
                <w:rFonts w:cs="Times New Roman"/>
                <w:color w:val="000000" w:themeColor="text1"/>
                <w:sz w:val="22"/>
              </w:rPr>
              <w:t>10.2</w:t>
            </w:r>
          </w:p>
        </w:tc>
        <w:tc>
          <w:tcPr>
            <w:tcW w:w="3312" w:type="dxa"/>
          </w:tcPr>
          <w:p w14:paraId="5E4F3B20" w14:textId="77777777" w:rsidR="00D94E50" w:rsidRPr="00D35743" w:rsidRDefault="00000000">
            <w:pPr>
              <w:rPr>
                <w:rFonts w:cs="Times New Roman"/>
                <w:color w:val="000000" w:themeColor="text1"/>
                <w:sz w:val="22"/>
              </w:rPr>
            </w:pPr>
            <w:r w:rsidRPr="00D35743">
              <w:rPr>
                <w:rFonts w:cs="Times New Roman"/>
                <w:color w:val="000000" w:themeColor="text1"/>
                <w:sz w:val="22"/>
              </w:rPr>
              <w:t>0.036</w:t>
            </w:r>
          </w:p>
        </w:tc>
      </w:tr>
      <w:tr w:rsidR="00D94E50" w:rsidRPr="00D35743" w14:paraId="67C7E9E9" w14:textId="77777777">
        <w:tc>
          <w:tcPr>
            <w:tcW w:w="1296" w:type="dxa"/>
          </w:tcPr>
          <w:p w14:paraId="226D4101" w14:textId="77777777" w:rsidR="00D94E50" w:rsidRPr="00D35743" w:rsidRDefault="00000000">
            <w:pPr>
              <w:rPr>
                <w:rFonts w:cs="Times New Roman"/>
                <w:color w:val="000000" w:themeColor="text1"/>
                <w:sz w:val="22"/>
              </w:rPr>
            </w:pPr>
            <w:r w:rsidRPr="00D35743">
              <w:rPr>
                <w:rFonts w:cs="Times New Roman"/>
                <w:color w:val="000000" w:themeColor="text1"/>
                <w:sz w:val="22"/>
              </w:rPr>
              <w:t>2015</w:t>
            </w:r>
          </w:p>
        </w:tc>
        <w:tc>
          <w:tcPr>
            <w:tcW w:w="2736" w:type="dxa"/>
          </w:tcPr>
          <w:p w14:paraId="54637DE2" w14:textId="77777777" w:rsidR="00D94E50" w:rsidRPr="00D35743" w:rsidRDefault="00000000">
            <w:pPr>
              <w:rPr>
                <w:rFonts w:cs="Times New Roman"/>
                <w:color w:val="000000" w:themeColor="text1"/>
                <w:sz w:val="22"/>
              </w:rPr>
            </w:pPr>
            <w:r w:rsidRPr="00D35743">
              <w:rPr>
                <w:rFonts w:cs="Times New Roman"/>
                <w:color w:val="000000" w:themeColor="text1"/>
                <w:sz w:val="22"/>
              </w:rPr>
              <w:t>107</w:t>
            </w:r>
          </w:p>
        </w:tc>
        <w:tc>
          <w:tcPr>
            <w:tcW w:w="2448" w:type="dxa"/>
          </w:tcPr>
          <w:p w14:paraId="07E11BA0" w14:textId="77777777" w:rsidR="00D94E50" w:rsidRPr="00D35743" w:rsidRDefault="00000000">
            <w:pPr>
              <w:rPr>
                <w:rFonts w:cs="Times New Roman"/>
                <w:color w:val="000000" w:themeColor="text1"/>
                <w:sz w:val="22"/>
              </w:rPr>
            </w:pPr>
            <w:r w:rsidRPr="00D35743">
              <w:rPr>
                <w:rFonts w:cs="Times New Roman"/>
                <w:color w:val="000000" w:themeColor="text1"/>
                <w:sz w:val="22"/>
              </w:rPr>
              <w:t>920</w:t>
            </w:r>
          </w:p>
        </w:tc>
        <w:tc>
          <w:tcPr>
            <w:tcW w:w="3312" w:type="dxa"/>
          </w:tcPr>
          <w:p w14:paraId="61ED7867" w14:textId="77777777" w:rsidR="00D94E50" w:rsidRPr="00D35743" w:rsidRDefault="00000000">
            <w:pPr>
              <w:rPr>
                <w:rFonts w:cs="Times New Roman"/>
                <w:color w:val="000000" w:themeColor="text1"/>
                <w:sz w:val="22"/>
              </w:rPr>
            </w:pPr>
            <w:r w:rsidRPr="00D35743">
              <w:rPr>
                <w:rFonts w:cs="Times New Roman"/>
                <w:color w:val="000000" w:themeColor="text1"/>
                <w:sz w:val="22"/>
              </w:rPr>
              <w:t>11.6</w:t>
            </w:r>
          </w:p>
        </w:tc>
        <w:tc>
          <w:tcPr>
            <w:tcW w:w="3312" w:type="dxa"/>
          </w:tcPr>
          <w:p w14:paraId="6E30F8DB" w14:textId="77777777" w:rsidR="00D94E50" w:rsidRPr="00D35743" w:rsidRDefault="00000000">
            <w:pPr>
              <w:rPr>
                <w:rFonts w:cs="Times New Roman"/>
                <w:color w:val="000000" w:themeColor="text1"/>
                <w:sz w:val="22"/>
              </w:rPr>
            </w:pPr>
            <w:r w:rsidRPr="00D35743">
              <w:rPr>
                <w:rFonts w:cs="Times New Roman"/>
                <w:color w:val="000000" w:themeColor="text1"/>
                <w:sz w:val="22"/>
              </w:rPr>
              <w:t>0.041</w:t>
            </w:r>
          </w:p>
        </w:tc>
      </w:tr>
      <w:tr w:rsidR="00D94E50" w:rsidRPr="00D35743" w14:paraId="3F6C7965" w14:textId="77777777">
        <w:tc>
          <w:tcPr>
            <w:tcW w:w="1296" w:type="dxa"/>
          </w:tcPr>
          <w:p w14:paraId="7B656F53" w14:textId="77777777" w:rsidR="00D94E50" w:rsidRPr="00D35743" w:rsidRDefault="00000000">
            <w:pPr>
              <w:rPr>
                <w:rFonts w:cs="Times New Roman"/>
                <w:color w:val="000000" w:themeColor="text1"/>
                <w:sz w:val="22"/>
              </w:rPr>
            </w:pPr>
            <w:r w:rsidRPr="00D35743">
              <w:rPr>
                <w:rFonts w:cs="Times New Roman"/>
                <w:color w:val="000000" w:themeColor="text1"/>
                <w:sz w:val="22"/>
              </w:rPr>
              <w:t>2016</w:t>
            </w:r>
          </w:p>
        </w:tc>
        <w:tc>
          <w:tcPr>
            <w:tcW w:w="2736" w:type="dxa"/>
          </w:tcPr>
          <w:p w14:paraId="7D6CC1A1" w14:textId="77777777" w:rsidR="00D94E50" w:rsidRPr="00D35743" w:rsidRDefault="00000000">
            <w:pPr>
              <w:rPr>
                <w:rFonts w:cs="Times New Roman"/>
                <w:color w:val="000000" w:themeColor="text1"/>
                <w:sz w:val="22"/>
              </w:rPr>
            </w:pPr>
            <w:r w:rsidRPr="00D35743">
              <w:rPr>
                <w:rFonts w:cs="Times New Roman"/>
                <w:color w:val="000000" w:themeColor="text1"/>
                <w:sz w:val="22"/>
              </w:rPr>
              <w:t>109</w:t>
            </w:r>
          </w:p>
        </w:tc>
        <w:tc>
          <w:tcPr>
            <w:tcW w:w="2448" w:type="dxa"/>
          </w:tcPr>
          <w:p w14:paraId="504D2EB4" w14:textId="77777777" w:rsidR="00D94E50" w:rsidRPr="00D35743" w:rsidRDefault="00000000">
            <w:pPr>
              <w:rPr>
                <w:rFonts w:cs="Times New Roman"/>
                <w:color w:val="000000" w:themeColor="text1"/>
                <w:sz w:val="22"/>
              </w:rPr>
            </w:pPr>
            <w:r w:rsidRPr="00D35743">
              <w:rPr>
                <w:rFonts w:cs="Times New Roman"/>
                <w:color w:val="000000" w:themeColor="text1"/>
                <w:sz w:val="22"/>
              </w:rPr>
              <w:t>998</w:t>
            </w:r>
          </w:p>
        </w:tc>
        <w:tc>
          <w:tcPr>
            <w:tcW w:w="3312" w:type="dxa"/>
          </w:tcPr>
          <w:p w14:paraId="3C059AEA" w14:textId="77777777" w:rsidR="00D94E50" w:rsidRPr="00D35743" w:rsidRDefault="00000000">
            <w:pPr>
              <w:rPr>
                <w:rFonts w:cs="Times New Roman"/>
                <w:color w:val="000000" w:themeColor="text1"/>
                <w:sz w:val="22"/>
              </w:rPr>
            </w:pPr>
            <w:r w:rsidRPr="00D35743">
              <w:rPr>
                <w:rFonts w:cs="Times New Roman"/>
                <w:color w:val="000000" w:themeColor="text1"/>
                <w:sz w:val="22"/>
              </w:rPr>
              <w:t>10.9</w:t>
            </w:r>
          </w:p>
        </w:tc>
        <w:tc>
          <w:tcPr>
            <w:tcW w:w="3312" w:type="dxa"/>
          </w:tcPr>
          <w:p w14:paraId="3E14CF96" w14:textId="77777777" w:rsidR="00D94E50" w:rsidRPr="00D35743" w:rsidRDefault="00000000">
            <w:pPr>
              <w:rPr>
                <w:rFonts w:cs="Times New Roman"/>
                <w:color w:val="000000" w:themeColor="text1"/>
                <w:sz w:val="22"/>
              </w:rPr>
            </w:pPr>
            <w:r w:rsidRPr="00D35743">
              <w:rPr>
                <w:rFonts w:cs="Times New Roman"/>
                <w:color w:val="000000" w:themeColor="text1"/>
                <w:sz w:val="22"/>
              </w:rPr>
              <w:t>0.043</w:t>
            </w:r>
          </w:p>
        </w:tc>
      </w:tr>
      <w:tr w:rsidR="00D94E50" w:rsidRPr="00D35743" w14:paraId="297992B1" w14:textId="77777777">
        <w:tc>
          <w:tcPr>
            <w:tcW w:w="1296" w:type="dxa"/>
          </w:tcPr>
          <w:p w14:paraId="3F79F19B" w14:textId="77777777" w:rsidR="00D94E50" w:rsidRPr="00D35743" w:rsidRDefault="00000000">
            <w:pPr>
              <w:rPr>
                <w:rFonts w:cs="Times New Roman"/>
                <w:color w:val="000000" w:themeColor="text1"/>
                <w:sz w:val="22"/>
              </w:rPr>
            </w:pPr>
            <w:r w:rsidRPr="00D35743">
              <w:rPr>
                <w:rFonts w:cs="Times New Roman"/>
                <w:color w:val="000000" w:themeColor="text1"/>
                <w:sz w:val="22"/>
              </w:rPr>
              <w:t>2017</w:t>
            </w:r>
          </w:p>
        </w:tc>
        <w:tc>
          <w:tcPr>
            <w:tcW w:w="2736" w:type="dxa"/>
          </w:tcPr>
          <w:p w14:paraId="44369FF3" w14:textId="77777777" w:rsidR="00D94E50" w:rsidRPr="00D35743" w:rsidRDefault="00000000">
            <w:pPr>
              <w:rPr>
                <w:rFonts w:cs="Times New Roman"/>
                <w:color w:val="000000" w:themeColor="text1"/>
                <w:sz w:val="22"/>
              </w:rPr>
            </w:pPr>
            <w:r w:rsidRPr="00D35743">
              <w:rPr>
                <w:rFonts w:cs="Times New Roman"/>
                <w:color w:val="000000" w:themeColor="text1"/>
                <w:sz w:val="22"/>
              </w:rPr>
              <w:t>98</w:t>
            </w:r>
          </w:p>
        </w:tc>
        <w:tc>
          <w:tcPr>
            <w:tcW w:w="2448" w:type="dxa"/>
          </w:tcPr>
          <w:p w14:paraId="7EA3028B" w14:textId="77777777" w:rsidR="00D94E50" w:rsidRPr="00D35743" w:rsidRDefault="00000000">
            <w:pPr>
              <w:rPr>
                <w:rFonts w:cs="Times New Roman"/>
                <w:color w:val="000000" w:themeColor="text1"/>
                <w:sz w:val="22"/>
              </w:rPr>
            </w:pPr>
            <w:r w:rsidRPr="00D35743">
              <w:rPr>
                <w:rFonts w:cs="Times New Roman"/>
                <w:color w:val="000000" w:themeColor="text1"/>
                <w:sz w:val="22"/>
              </w:rPr>
              <w:t>1,001</w:t>
            </w:r>
          </w:p>
        </w:tc>
        <w:tc>
          <w:tcPr>
            <w:tcW w:w="3312" w:type="dxa"/>
          </w:tcPr>
          <w:p w14:paraId="4EA58375" w14:textId="77777777" w:rsidR="00D94E50" w:rsidRPr="00D35743" w:rsidRDefault="00000000">
            <w:pPr>
              <w:rPr>
                <w:rFonts w:cs="Times New Roman"/>
                <w:color w:val="000000" w:themeColor="text1"/>
                <w:sz w:val="22"/>
              </w:rPr>
            </w:pPr>
            <w:r w:rsidRPr="00D35743">
              <w:rPr>
                <w:rFonts w:cs="Times New Roman"/>
                <w:color w:val="000000" w:themeColor="text1"/>
                <w:sz w:val="22"/>
              </w:rPr>
              <w:t>9.8</w:t>
            </w:r>
          </w:p>
        </w:tc>
        <w:tc>
          <w:tcPr>
            <w:tcW w:w="3312" w:type="dxa"/>
          </w:tcPr>
          <w:p w14:paraId="3EB10E2C" w14:textId="77777777" w:rsidR="00D94E50" w:rsidRPr="00D35743" w:rsidRDefault="00000000">
            <w:pPr>
              <w:rPr>
                <w:rFonts w:cs="Times New Roman"/>
                <w:color w:val="000000" w:themeColor="text1"/>
                <w:sz w:val="22"/>
              </w:rPr>
            </w:pPr>
            <w:r w:rsidRPr="00D35743">
              <w:rPr>
                <w:rFonts w:cs="Times New Roman"/>
                <w:color w:val="000000" w:themeColor="text1"/>
                <w:sz w:val="22"/>
              </w:rPr>
              <w:t>0.038</w:t>
            </w:r>
          </w:p>
        </w:tc>
      </w:tr>
      <w:tr w:rsidR="00D94E50" w:rsidRPr="00D35743" w14:paraId="626C923F" w14:textId="77777777">
        <w:tc>
          <w:tcPr>
            <w:tcW w:w="1296" w:type="dxa"/>
          </w:tcPr>
          <w:p w14:paraId="37FD4893"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2736" w:type="dxa"/>
          </w:tcPr>
          <w:p w14:paraId="0AD5F2B1" w14:textId="77777777" w:rsidR="00D94E50" w:rsidRPr="00D35743" w:rsidRDefault="00000000">
            <w:pPr>
              <w:rPr>
                <w:rFonts w:cs="Times New Roman"/>
                <w:color w:val="000000" w:themeColor="text1"/>
                <w:sz w:val="22"/>
              </w:rPr>
            </w:pPr>
            <w:r w:rsidRPr="00D35743">
              <w:rPr>
                <w:rFonts w:cs="Times New Roman"/>
                <w:color w:val="000000" w:themeColor="text1"/>
                <w:sz w:val="22"/>
              </w:rPr>
              <w:t>116</w:t>
            </w:r>
          </w:p>
        </w:tc>
        <w:tc>
          <w:tcPr>
            <w:tcW w:w="2448" w:type="dxa"/>
          </w:tcPr>
          <w:p w14:paraId="4CCC281F" w14:textId="77777777" w:rsidR="00D94E50" w:rsidRPr="00D35743" w:rsidRDefault="00000000">
            <w:pPr>
              <w:rPr>
                <w:rFonts w:cs="Times New Roman"/>
                <w:color w:val="000000" w:themeColor="text1"/>
                <w:sz w:val="22"/>
              </w:rPr>
            </w:pPr>
            <w:r w:rsidRPr="00D35743">
              <w:rPr>
                <w:rFonts w:cs="Times New Roman"/>
                <w:color w:val="000000" w:themeColor="text1"/>
                <w:sz w:val="22"/>
              </w:rPr>
              <w:t>1,070</w:t>
            </w:r>
          </w:p>
        </w:tc>
        <w:tc>
          <w:tcPr>
            <w:tcW w:w="3312" w:type="dxa"/>
          </w:tcPr>
          <w:p w14:paraId="4F2C1377" w14:textId="77777777" w:rsidR="00D94E50" w:rsidRPr="00D35743" w:rsidRDefault="00000000">
            <w:pPr>
              <w:rPr>
                <w:rFonts w:cs="Times New Roman"/>
                <w:color w:val="000000" w:themeColor="text1"/>
                <w:sz w:val="22"/>
              </w:rPr>
            </w:pPr>
            <w:r w:rsidRPr="00D35743">
              <w:rPr>
                <w:rFonts w:cs="Times New Roman"/>
                <w:color w:val="000000" w:themeColor="text1"/>
                <w:sz w:val="22"/>
              </w:rPr>
              <w:t>10.8</w:t>
            </w:r>
          </w:p>
        </w:tc>
        <w:tc>
          <w:tcPr>
            <w:tcW w:w="3312" w:type="dxa"/>
          </w:tcPr>
          <w:p w14:paraId="68F38CC7" w14:textId="77777777" w:rsidR="00D94E50" w:rsidRPr="00D35743" w:rsidRDefault="00000000">
            <w:pPr>
              <w:rPr>
                <w:rFonts w:cs="Times New Roman"/>
                <w:color w:val="000000" w:themeColor="text1"/>
                <w:sz w:val="22"/>
              </w:rPr>
            </w:pPr>
            <w:r w:rsidRPr="00D35743">
              <w:rPr>
                <w:rFonts w:cs="Times New Roman"/>
                <w:color w:val="000000" w:themeColor="text1"/>
                <w:sz w:val="22"/>
              </w:rPr>
              <w:t>0.035</w:t>
            </w:r>
          </w:p>
        </w:tc>
      </w:tr>
      <w:tr w:rsidR="00D94E50" w:rsidRPr="00D35743" w14:paraId="30A3486B" w14:textId="77777777">
        <w:tc>
          <w:tcPr>
            <w:tcW w:w="1296" w:type="dxa"/>
          </w:tcPr>
          <w:p w14:paraId="7A336090"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2736" w:type="dxa"/>
          </w:tcPr>
          <w:p w14:paraId="200C60D0" w14:textId="77777777" w:rsidR="00D94E50" w:rsidRPr="00D35743" w:rsidRDefault="00000000">
            <w:pPr>
              <w:rPr>
                <w:rFonts w:cs="Times New Roman"/>
                <w:color w:val="000000" w:themeColor="text1"/>
                <w:sz w:val="22"/>
              </w:rPr>
            </w:pPr>
            <w:r w:rsidRPr="00D35743">
              <w:rPr>
                <w:rFonts w:cs="Times New Roman"/>
                <w:color w:val="000000" w:themeColor="text1"/>
                <w:sz w:val="22"/>
              </w:rPr>
              <w:t>119</w:t>
            </w:r>
          </w:p>
        </w:tc>
        <w:tc>
          <w:tcPr>
            <w:tcW w:w="2448" w:type="dxa"/>
          </w:tcPr>
          <w:p w14:paraId="15EABFA4" w14:textId="77777777" w:rsidR="00D94E50" w:rsidRPr="00D35743" w:rsidRDefault="00000000">
            <w:pPr>
              <w:rPr>
                <w:rFonts w:cs="Times New Roman"/>
                <w:color w:val="000000" w:themeColor="text1"/>
                <w:sz w:val="22"/>
              </w:rPr>
            </w:pPr>
            <w:r w:rsidRPr="00D35743">
              <w:rPr>
                <w:rFonts w:cs="Times New Roman"/>
                <w:color w:val="000000" w:themeColor="text1"/>
                <w:sz w:val="22"/>
              </w:rPr>
              <w:t>1,157</w:t>
            </w:r>
          </w:p>
        </w:tc>
        <w:tc>
          <w:tcPr>
            <w:tcW w:w="3312" w:type="dxa"/>
          </w:tcPr>
          <w:p w14:paraId="69C6B345" w14:textId="77777777" w:rsidR="00D94E50" w:rsidRPr="00D35743" w:rsidRDefault="00000000">
            <w:pPr>
              <w:rPr>
                <w:rFonts w:cs="Times New Roman"/>
                <w:color w:val="000000" w:themeColor="text1"/>
                <w:sz w:val="22"/>
              </w:rPr>
            </w:pPr>
            <w:r w:rsidRPr="00D35743">
              <w:rPr>
                <w:rFonts w:cs="Times New Roman"/>
                <w:color w:val="000000" w:themeColor="text1"/>
                <w:sz w:val="22"/>
              </w:rPr>
              <w:t>10.3</w:t>
            </w:r>
          </w:p>
        </w:tc>
        <w:tc>
          <w:tcPr>
            <w:tcW w:w="3312" w:type="dxa"/>
          </w:tcPr>
          <w:p w14:paraId="06D83CDB" w14:textId="77777777" w:rsidR="00D94E50" w:rsidRPr="00D35743" w:rsidRDefault="00000000">
            <w:pPr>
              <w:rPr>
                <w:rFonts w:cs="Times New Roman"/>
                <w:color w:val="000000" w:themeColor="text1"/>
                <w:sz w:val="22"/>
              </w:rPr>
            </w:pPr>
            <w:r w:rsidRPr="00D35743">
              <w:rPr>
                <w:rFonts w:cs="Times New Roman"/>
                <w:color w:val="000000" w:themeColor="text1"/>
                <w:sz w:val="22"/>
              </w:rPr>
              <w:t>0.038</w:t>
            </w:r>
          </w:p>
        </w:tc>
      </w:tr>
      <w:tr w:rsidR="00D94E50" w:rsidRPr="00D35743" w14:paraId="5768ECCB" w14:textId="77777777">
        <w:tc>
          <w:tcPr>
            <w:tcW w:w="1296" w:type="dxa"/>
          </w:tcPr>
          <w:p w14:paraId="031E06D1"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2736" w:type="dxa"/>
          </w:tcPr>
          <w:p w14:paraId="31F84084" w14:textId="77777777" w:rsidR="00D94E50" w:rsidRPr="00D35743" w:rsidRDefault="00000000">
            <w:pPr>
              <w:rPr>
                <w:rFonts w:cs="Times New Roman"/>
                <w:color w:val="000000" w:themeColor="text1"/>
                <w:sz w:val="22"/>
              </w:rPr>
            </w:pPr>
            <w:r w:rsidRPr="00D35743">
              <w:rPr>
                <w:rFonts w:cs="Times New Roman"/>
                <w:color w:val="000000" w:themeColor="text1"/>
                <w:sz w:val="22"/>
              </w:rPr>
              <w:t>118</w:t>
            </w:r>
          </w:p>
        </w:tc>
        <w:tc>
          <w:tcPr>
            <w:tcW w:w="2448" w:type="dxa"/>
          </w:tcPr>
          <w:p w14:paraId="1BCFD176" w14:textId="77777777" w:rsidR="00D94E50" w:rsidRPr="00D35743" w:rsidRDefault="00000000">
            <w:pPr>
              <w:rPr>
                <w:rFonts w:cs="Times New Roman"/>
                <w:color w:val="000000" w:themeColor="text1"/>
                <w:sz w:val="22"/>
              </w:rPr>
            </w:pPr>
            <w:r w:rsidRPr="00D35743">
              <w:rPr>
                <w:rFonts w:cs="Times New Roman"/>
                <w:color w:val="000000" w:themeColor="text1"/>
                <w:sz w:val="22"/>
              </w:rPr>
              <w:t>1,316</w:t>
            </w:r>
          </w:p>
        </w:tc>
        <w:tc>
          <w:tcPr>
            <w:tcW w:w="3312" w:type="dxa"/>
          </w:tcPr>
          <w:p w14:paraId="0EA36D9E" w14:textId="77777777" w:rsidR="00D94E50" w:rsidRPr="00D35743" w:rsidRDefault="00000000">
            <w:pPr>
              <w:rPr>
                <w:rFonts w:cs="Times New Roman"/>
                <w:color w:val="000000" w:themeColor="text1"/>
                <w:sz w:val="22"/>
              </w:rPr>
            </w:pPr>
            <w:r w:rsidRPr="00D35743">
              <w:rPr>
                <w:rFonts w:cs="Times New Roman"/>
                <w:color w:val="000000" w:themeColor="text1"/>
                <w:sz w:val="22"/>
              </w:rPr>
              <w:t>9.0</w:t>
            </w:r>
          </w:p>
        </w:tc>
        <w:tc>
          <w:tcPr>
            <w:tcW w:w="3312" w:type="dxa"/>
          </w:tcPr>
          <w:p w14:paraId="2EB10065" w14:textId="77777777" w:rsidR="00D94E50" w:rsidRPr="00D35743" w:rsidRDefault="00000000">
            <w:pPr>
              <w:rPr>
                <w:rFonts w:cs="Times New Roman"/>
                <w:color w:val="000000" w:themeColor="text1"/>
                <w:sz w:val="22"/>
              </w:rPr>
            </w:pPr>
            <w:r w:rsidRPr="00D35743">
              <w:rPr>
                <w:rFonts w:cs="Times New Roman"/>
                <w:color w:val="000000" w:themeColor="text1"/>
                <w:sz w:val="22"/>
              </w:rPr>
              <w:t>0.041</w:t>
            </w:r>
          </w:p>
        </w:tc>
      </w:tr>
      <w:tr w:rsidR="00D94E50" w:rsidRPr="00D35743" w14:paraId="2130E14C" w14:textId="77777777">
        <w:tc>
          <w:tcPr>
            <w:tcW w:w="1296" w:type="dxa"/>
          </w:tcPr>
          <w:p w14:paraId="6F511A3C" w14:textId="77777777" w:rsidR="00D94E50" w:rsidRPr="00D35743" w:rsidRDefault="00000000">
            <w:pPr>
              <w:rPr>
                <w:rFonts w:cs="Times New Roman"/>
                <w:color w:val="000000" w:themeColor="text1"/>
                <w:sz w:val="22"/>
              </w:rPr>
            </w:pPr>
            <w:r w:rsidRPr="00D35743">
              <w:rPr>
                <w:rFonts w:cs="Times New Roman"/>
                <w:color w:val="000000" w:themeColor="text1"/>
                <w:sz w:val="22"/>
              </w:rPr>
              <w:t>2021</w:t>
            </w:r>
          </w:p>
        </w:tc>
        <w:tc>
          <w:tcPr>
            <w:tcW w:w="2736" w:type="dxa"/>
          </w:tcPr>
          <w:p w14:paraId="15685E9E" w14:textId="77777777" w:rsidR="00D94E50" w:rsidRPr="00D35743" w:rsidRDefault="00000000">
            <w:pPr>
              <w:rPr>
                <w:rFonts w:cs="Times New Roman"/>
                <w:color w:val="000000" w:themeColor="text1"/>
                <w:sz w:val="22"/>
              </w:rPr>
            </w:pPr>
            <w:r w:rsidRPr="00D35743">
              <w:rPr>
                <w:rFonts w:cs="Times New Roman"/>
                <w:color w:val="000000" w:themeColor="text1"/>
                <w:sz w:val="22"/>
              </w:rPr>
              <w:t>126</w:t>
            </w:r>
          </w:p>
        </w:tc>
        <w:tc>
          <w:tcPr>
            <w:tcW w:w="2448" w:type="dxa"/>
          </w:tcPr>
          <w:p w14:paraId="60029FC0" w14:textId="77777777" w:rsidR="00D94E50" w:rsidRPr="00D35743" w:rsidRDefault="00000000">
            <w:pPr>
              <w:rPr>
                <w:rFonts w:cs="Times New Roman"/>
                <w:color w:val="000000" w:themeColor="text1"/>
                <w:sz w:val="22"/>
              </w:rPr>
            </w:pPr>
            <w:r w:rsidRPr="00D35743">
              <w:rPr>
                <w:rFonts w:cs="Times New Roman"/>
                <w:color w:val="000000" w:themeColor="text1"/>
                <w:sz w:val="22"/>
              </w:rPr>
              <w:t>1,309</w:t>
            </w:r>
          </w:p>
        </w:tc>
        <w:tc>
          <w:tcPr>
            <w:tcW w:w="3312" w:type="dxa"/>
          </w:tcPr>
          <w:p w14:paraId="5FB7661C" w14:textId="77777777" w:rsidR="00D94E50" w:rsidRPr="00D35743" w:rsidRDefault="00000000">
            <w:pPr>
              <w:rPr>
                <w:rFonts w:cs="Times New Roman"/>
                <w:color w:val="000000" w:themeColor="text1"/>
                <w:sz w:val="22"/>
              </w:rPr>
            </w:pPr>
            <w:r w:rsidRPr="00D35743">
              <w:rPr>
                <w:rFonts w:cs="Times New Roman"/>
                <w:color w:val="000000" w:themeColor="text1"/>
                <w:sz w:val="22"/>
              </w:rPr>
              <w:t>9.6</w:t>
            </w:r>
          </w:p>
        </w:tc>
        <w:tc>
          <w:tcPr>
            <w:tcW w:w="3312" w:type="dxa"/>
          </w:tcPr>
          <w:p w14:paraId="19D52674" w14:textId="77777777" w:rsidR="00D94E50" w:rsidRPr="00D35743" w:rsidRDefault="00000000">
            <w:pPr>
              <w:rPr>
                <w:rFonts w:cs="Times New Roman"/>
                <w:color w:val="000000" w:themeColor="text1"/>
                <w:sz w:val="22"/>
              </w:rPr>
            </w:pPr>
            <w:r w:rsidRPr="00D35743">
              <w:rPr>
                <w:rFonts w:cs="Times New Roman"/>
                <w:color w:val="000000" w:themeColor="text1"/>
                <w:sz w:val="22"/>
              </w:rPr>
              <w:t>0.041</w:t>
            </w:r>
          </w:p>
        </w:tc>
      </w:tr>
      <w:tr w:rsidR="00D94E50" w:rsidRPr="00D35743" w14:paraId="641C5DE3" w14:textId="77777777">
        <w:tc>
          <w:tcPr>
            <w:tcW w:w="1296" w:type="dxa"/>
          </w:tcPr>
          <w:p w14:paraId="6B3FDA14" w14:textId="77777777" w:rsidR="00D94E50" w:rsidRPr="00D35743" w:rsidRDefault="00000000">
            <w:pPr>
              <w:rPr>
                <w:rFonts w:cs="Times New Roman"/>
                <w:color w:val="000000" w:themeColor="text1"/>
                <w:sz w:val="22"/>
              </w:rPr>
            </w:pPr>
            <w:r w:rsidRPr="00D35743">
              <w:rPr>
                <w:rFonts w:cs="Times New Roman"/>
                <w:color w:val="000000" w:themeColor="text1"/>
                <w:sz w:val="22"/>
              </w:rPr>
              <w:t>2022</w:t>
            </w:r>
          </w:p>
        </w:tc>
        <w:tc>
          <w:tcPr>
            <w:tcW w:w="2736" w:type="dxa"/>
          </w:tcPr>
          <w:p w14:paraId="0B9E1752" w14:textId="77777777" w:rsidR="00D94E50" w:rsidRPr="00D35743" w:rsidRDefault="00000000">
            <w:pPr>
              <w:rPr>
                <w:rFonts w:cs="Times New Roman"/>
                <w:color w:val="000000" w:themeColor="text1"/>
                <w:sz w:val="22"/>
              </w:rPr>
            </w:pPr>
            <w:r w:rsidRPr="00D35743">
              <w:rPr>
                <w:rFonts w:cs="Times New Roman"/>
                <w:color w:val="000000" w:themeColor="text1"/>
                <w:sz w:val="22"/>
              </w:rPr>
              <w:t>154</w:t>
            </w:r>
          </w:p>
        </w:tc>
        <w:tc>
          <w:tcPr>
            <w:tcW w:w="2448" w:type="dxa"/>
          </w:tcPr>
          <w:p w14:paraId="4AF16766" w14:textId="77777777" w:rsidR="00D94E50" w:rsidRPr="00D35743" w:rsidRDefault="00000000">
            <w:pPr>
              <w:rPr>
                <w:rFonts w:cs="Times New Roman"/>
                <w:color w:val="000000" w:themeColor="text1"/>
                <w:sz w:val="22"/>
              </w:rPr>
            </w:pPr>
            <w:r w:rsidRPr="00D35743">
              <w:rPr>
                <w:rFonts w:cs="Times New Roman"/>
                <w:color w:val="000000" w:themeColor="text1"/>
                <w:sz w:val="22"/>
              </w:rPr>
              <w:t>1,513</w:t>
            </w:r>
          </w:p>
        </w:tc>
        <w:tc>
          <w:tcPr>
            <w:tcW w:w="3312" w:type="dxa"/>
          </w:tcPr>
          <w:p w14:paraId="2A18A041" w14:textId="77777777" w:rsidR="00D94E50" w:rsidRPr="00D35743" w:rsidRDefault="00000000">
            <w:pPr>
              <w:rPr>
                <w:rFonts w:cs="Times New Roman"/>
                <w:color w:val="000000" w:themeColor="text1"/>
                <w:sz w:val="22"/>
              </w:rPr>
            </w:pPr>
            <w:r w:rsidRPr="00D35743">
              <w:rPr>
                <w:rFonts w:cs="Times New Roman"/>
                <w:color w:val="000000" w:themeColor="text1"/>
                <w:sz w:val="22"/>
              </w:rPr>
              <w:t>10.2</w:t>
            </w:r>
          </w:p>
        </w:tc>
        <w:tc>
          <w:tcPr>
            <w:tcW w:w="3312" w:type="dxa"/>
          </w:tcPr>
          <w:p w14:paraId="0DC89C2F" w14:textId="77777777" w:rsidR="00D94E50" w:rsidRPr="00D35743" w:rsidRDefault="00000000">
            <w:pPr>
              <w:rPr>
                <w:rFonts w:cs="Times New Roman"/>
                <w:color w:val="000000" w:themeColor="text1"/>
                <w:sz w:val="22"/>
              </w:rPr>
            </w:pPr>
            <w:r w:rsidRPr="00D35743">
              <w:rPr>
                <w:rFonts w:cs="Times New Roman"/>
                <w:color w:val="000000" w:themeColor="text1"/>
                <w:sz w:val="22"/>
              </w:rPr>
              <w:t>0.041</w:t>
            </w:r>
          </w:p>
        </w:tc>
      </w:tr>
      <w:tr w:rsidR="00D94E50" w:rsidRPr="00D35743" w14:paraId="7FBA25E9" w14:textId="77777777">
        <w:tc>
          <w:tcPr>
            <w:tcW w:w="1296" w:type="dxa"/>
          </w:tcPr>
          <w:p w14:paraId="2F4AAAC0" w14:textId="77777777" w:rsidR="00D94E50" w:rsidRPr="00D35743" w:rsidRDefault="00000000">
            <w:pPr>
              <w:rPr>
                <w:rFonts w:cs="Times New Roman"/>
                <w:color w:val="000000" w:themeColor="text1"/>
                <w:sz w:val="22"/>
              </w:rPr>
            </w:pPr>
            <w:r w:rsidRPr="00D35743">
              <w:rPr>
                <w:rFonts w:cs="Times New Roman"/>
                <w:color w:val="000000" w:themeColor="text1"/>
                <w:sz w:val="22"/>
              </w:rPr>
              <w:t>2023</w:t>
            </w:r>
          </w:p>
        </w:tc>
        <w:tc>
          <w:tcPr>
            <w:tcW w:w="2736" w:type="dxa"/>
          </w:tcPr>
          <w:p w14:paraId="5E85670F" w14:textId="77777777" w:rsidR="00D94E50" w:rsidRPr="00D35743" w:rsidRDefault="00000000">
            <w:pPr>
              <w:rPr>
                <w:rFonts w:cs="Times New Roman"/>
                <w:color w:val="000000" w:themeColor="text1"/>
                <w:sz w:val="22"/>
              </w:rPr>
            </w:pPr>
            <w:r w:rsidRPr="00D35743">
              <w:rPr>
                <w:rFonts w:cs="Times New Roman"/>
                <w:color w:val="000000" w:themeColor="text1"/>
                <w:sz w:val="22"/>
              </w:rPr>
              <w:t>136</w:t>
            </w:r>
          </w:p>
        </w:tc>
        <w:tc>
          <w:tcPr>
            <w:tcW w:w="2448" w:type="dxa"/>
          </w:tcPr>
          <w:p w14:paraId="3ECF8616" w14:textId="77777777" w:rsidR="00D94E50" w:rsidRPr="00D35743" w:rsidRDefault="00000000">
            <w:pPr>
              <w:rPr>
                <w:rFonts w:cs="Times New Roman"/>
                <w:color w:val="000000" w:themeColor="text1"/>
                <w:sz w:val="22"/>
              </w:rPr>
            </w:pPr>
            <w:r w:rsidRPr="00D35743">
              <w:rPr>
                <w:rFonts w:cs="Times New Roman"/>
                <w:color w:val="000000" w:themeColor="text1"/>
                <w:sz w:val="22"/>
              </w:rPr>
              <w:t>1,467</w:t>
            </w:r>
          </w:p>
        </w:tc>
        <w:tc>
          <w:tcPr>
            <w:tcW w:w="3312" w:type="dxa"/>
          </w:tcPr>
          <w:p w14:paraId="3A57D974" w14:textId="77777777" w:rsidR="00D94E50" w:rsidRPr="00D35743" w:rsidRDefault="00000000">
            <w:pPr>
              <w:rPr>
                <w:rFonts w:cs="Times New Roman"/>
                <w:color w:val="000000" w:themeColor="text1"/>
                <w:sz w:val="22"/>
              </w:rPr>
            </w:pPr>
            <w:r w:rsidRPr="00D35743">
              <w:rPr>
                <w:rFonts w:cs="Times New Roman"/>
                <w:color w:val="000000" w:themeColor="text1"/>
                <w:sz w:val="22"/>
              </w:rPr>
              <w:t>9.3</w:t>
            </w:r>
          </w:p>
        </w:tc>
        <w:tc>
          <w:tcPr>
            <w:tcW w:w="3312" w:type="dxa"/>
          </w:tcPr>
          <w:p w14:paraId="573DFA5A" w14:textId="77777777" w:rsidR="00D94E50" w:rsidRPr="00D35743" w:rsidRDefault="00000000">
            <w:pPr>
              <w:rPr>
                <w:rFonts w:cs="Times New Roman"/>
                <w:color w:val="000000" w:themeColor="text1"/>
                <w:sz w:val="22"/>
              </w:rPr>
            </w:pPr>
            <w:r w:rsidRPr="00D35743">
              <w:rPr>
                <w:rFonts w:cs="Times New Roman"/>
                <w:color w:val="000000" w:themeColor="text1"/>
                <w:sz w:val="22"/>
              </w:rPr>
              <w:t>0.041</w:t>
            </w:r>
          </w:p>
        </w:tc>
      </w:tr>
      <w:tr w:rsidR="00D94E50" w:rsidRPr="00D35743" w14:paraId="53E7DF96" w14:textId="77777777">
        <w:tc>
          <w:tcPr>
            <w:tcW w:w="1296" w:type="dxa"/>
          </w:tcPr>
          <w:p w14:paraId="234D45F8" w14:textId="77777777" w:rsidR="00D94E50" w:rsidRPr="00D35743" w:rsidRDefault="00000000">
            <w:pPr>
              <w:rPr>
                <w:rFonts w:cs="Times New Roman"/>
                <w:color w:val="000000" w:themeColor="text1"/>
                <w:sz w:val="22"/>
              </w:rPr>
            </w:pPr>
            <w:r w:rsidRPr="00D35743">
              <w:rPr>
                <w:rFonts w:cs="Times New Roman"/>
                <w:color w:val="000000" w:themeColor="text1"/>
                <w:sz w:val="22"/>
              </w:rPr>
              <w:t>2024</w:t>
            </w:r>
          </w:p>
        </w:tc>
        <w:tc>
          <w:tcPr>
            <w:tcW w:w="2736" w:type="dxa"/>
          </w:tcPr>
          <w:p w14:paraId="66820B57" w14:textId="77777777" w:rsidR="00D94E50" w:rsidRPr="00D35743" w:rsidRDefault="00000000">
            <w:pPr>
              <w:rPr>
                <w:rFonts w:cs="Times New Roman"/>
                <w:color w:val="000000" w:themeColor="text1"/>
                <w:sz w:val="22"/>
              </w:rPr>
            </w:pPr>
            <w:r w:rsidRPr="00D35743">
              <w:rPr>
                <w:rFonts w:cs="Times New Roman"/>
                <w:color w:val="000000" w:themeColor="text1"/>
                <w:sz w:val="22"/>
              </w:rPr>
              <w:t>147</w:t>
            </w:r>
          </w:p>
        </w:tc>
        <w:tc>
          <w:tcPr>
            <w:tcW w:w="2448" w:type="dxa"/>
          </w:tcPr>
          <w:p w14:paraId="25F9F70D" w14:textId="77777777" w:rsidR="00D94E50" w:rsidRPr="00D35743" w:rsidRDefault="00000000">
            <w:pPr>
              <w:rPr>
                <w:rFonts w:cs="Times New Roman"/>
                <w:color w:val="000000" w:themeColor="text1"/>
                <w:sz w:val="22"/>
              </w:rPr>
            </w:pPr>
            <w:r w:rsidRPr="00D35743">
              <w:rPr>
                <w:rFonts w:cs="Times New Roman"/>
                <w:color w:val="000000" w:themeColor="text1"/>
                <w:sz w:val="22"/>
              </w:rPr>
              <w:t>1,511</w:t>
            </w:r>
          </w:p>
        </w:tc>
        <w:tc>
          <w:tcPr>
            <w:tcW w:w="3312" w:type="dxa"/>
          </w:tcPr>
          <w:p w14:paraId="01877D87" w14:textId="77777777" w:rsidR="00D94E50" w:rsidRPr="00D35743" w:rsidRDefault="00000000">
            <w:pPr>
              <w:rPr>
                <w:rFonts w:cs="Times New Roman"/>
                <w:color w:val="000000" w:themeColor="text1"/>
                <w:sz w:val="22"/>
              </w:rPr>
            </w:pPr>
            <w:r w:rsidRPr="00D35743">
              <w:rPr>
                <w:rFonts w:cs="Times New Roman"/>
                <w:color w:val="000000" w:themeColor="text1"/>
                <w:sz w:val="22"/>
              </w:rPr>
              <w:t>9.7</w:t>
            </w:r>
          </w:p>
        </w:tc>
        <w:tc>
          <w:tcPr>
            <w:tcW w:w="3312" w:type="dxa"/>
          </w:tcPr>
          <w:p w14:paraId="45E74250" w14:textId="77777777" w:rsidR="00D94E50" w:rsidRPr="00D35743" w:rsidRDefault="00000000">
            <w:pPr>
              <w:rPr>
                <w:rFonts w:cs="Times New Roman"/>
                <w:color w:val="000000" w:themeColor="text1"/>
                <w:sz w:val="22"/>
              </w:rPr>
            </w:pPr>
            <w:r w:rsidRPr="00D35743">
              <w:rPr>
                <w:rFonts w:cs="Times New Roman"/>
                <w:color w:val="000000" w:themeColor="text1"/>
                <w:sz w:val="22"/>
              </w:rPr>
              <w:t>0.052</w:t>
            </w:r>
          </w:p>
        </w:tc>
      </w:tr>
    </w:tbl>
    <w:p w14:paraId="017971B6" w14:textId="77777777" w:rsidR="00D94E50" w:rsidRPr="00D35743" w:rsidRDefault="00D94E50">
      <w:pPr>
        <w:rPr>
          <w:rFonts w:cs="Times New Roman"/>
          <w:color w:val="000000" w:themeColor="text1"/>
          <w:sz w:val="22"/>
        </w:rPr>
      </w:pPr>
    </w:p>
    <w:p w14:paraId="2B0BFC08" w14:textId="77777777" w:rsidR="00D94E50" w:rsidRPr="00D35743" w:rsidRDefault="00000000">
      <w:pPr>
        <w:rPr>
          <w:rFonts w:cs="Times New Roman"/>
          <w:color w:val="000000" w:themeColor="text1"/>
          <w:sz w:val="22"/>
        </w:rPr>
      </w:pPr>
      <w:r w:rsidRPr="00D35743">
        <w:rPr>
          <w:rFonts w:cs="Times New Roman"/>
          <w:i/>
          <w:color w:val="000000" w:themeColor="text1"/>
          <w:sz w:val="22"/>
        </w:rPr>
        <w:t>This proportion is arithmetic rather than modeled and carries no distributional assumption. It is reported because it is internally standardized against the overall volume of death certification, and therefore partly separates a change in who dies from a change in how certificates are completed. Age-adjusted rates are printed to three decimal places because CDC WONDER expands the printed precision for rates below 0.1 per 100,000, but that printed precision exceeds the effective resolution of the series. Because the rate is computed over a subset of the standard age groups, WONDER weights age-specific rates that have themselves been rounded to one decimal place per 100,000; at this magnitude the result is quantized. The value 0.041 is returned for seven separate years in which the underlying deaths range from 96 to 154 and the crude rate from 0.046 to 0.067 per 100,000. The death-count and proportion columns are free of this limitation, and the comparison made in the text rests on them.</w:t>
      </w:r>
    </w:p>
    <w:p w14:paraId="05D07921" w14:textId="77777777" w:rsidR="00D94E50" w:rsidRPr="00D35743" w:rsidRDefault="00000000">
      <w:pPr>
        <w:rPr>
          <w:rFonts w:cs="Times New Roman"/>
          <w:color w:val="000000" w:themeColor="text1"/>
          <w:sz w:val="22"/>
        </w:rPr>
      </w:pPr>
      <w:r w:rsidRPr="00D35743">
        <w:rPr>
          <w:rFonts w:cs="Times New Roman"/>
          <w:color w:val="000000" w:themeColor="text1"/>
          <w:sz w:val="22"/>
        </w:rPr>
        <w:lastRenderedPageBreak/>
        <w:br w:type="page"/>
      </w:r>
    </w:p>
    <w:p w14:paraId="29C3AB23"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S16. Deaths involving neuromuscular dysfunction of the bladder as a proportion of all deaths at ages 25 years and over, 1999–2024</w:t>
      </w:r>
    </w:p>
    <w:tbl>
      <w:tblPr>
        <w:tblStyle w:val="TableGrid"/>
        <w:tblW w:w="0" w:type="auto"/>
        <w:tblLook w:val="04A0" w:firstRow="1" w:lastRow="0" w:firstColumn="1" w:lastColumn="0" w:noHBand="0" w:noVBand="1"/>
      </w:tblPr>
      <w:tblGrid>
        <w:gridCol w:w="1296"/>
        <w:gridCol w:w="2880"/>
        <w:gridCol w:w="3024"/>
        <w:gridCol w:w="3024"/>
      </w:tblGrid>
      <w:tr w:rsidR="00D94E50" w:rsidRPr="00D35743" w14:paraId="04CA94C0" w14:textId="77777777">
        <w:tc>
          <w:tcPr>
            <w:tcW w:w="1296" w:type="dxa"/>
          </w:tcPr>
          <w:p w14:paraId="52892C20" w14:textId="77777777" w:rsidR="00D94E50" w:rsidRPr="00D35743" w:rsidRDefault="00000000">
            <w:pPr>
              <w:rPr>
                <w:rFonts w:cs="Times New Roman"/>
                <w:color w:val="000000" w:themeColor="text1"/>
                <w:sz w:val="22"/>
              </w:rPr>
            </w:pPr>
            <w:r w:rsidRPr="00D35743">
              <w:rPr>
                <w:rFonts w:cs="Times New Roman"/>
                <w:b/>
                <w:color w:val="000000" w:themeColor="text1"/>
                <w:sz w:val="22"/>
              </w:rPr>
              <w:t>Year</w:t>
            </w:r>
          </w:p>
        </w:tc>
        <w:tc>
          <w:tcPr>
            <w:tcW w:w="2880" w:type="dxa"/>
          </w:tcPr>
          <w:p w14:paraId="736EB7FA" w14:textId="77777777" w:rsidR="00D94E50" w:rsidRPr="00D35743" w:rsidRDefault="00000000">
            <w:pPr>
              <w:rPr>
                <w:rFonts w:cs="Times New Roman"/>
                <w:color w:val="000000" w:themeColor="text1"/>
                <w:sz w:val="22"/>
              </w:rPr>
            </w:pPr>
            <w:r w:rsidRPr="00D35743">
              <w:rPr>
                <w:rFonts w:cs="Times New Roman"/>
                <w:b/>
                <w:color w:val="000000" w:themeColor="text1"/>
                <w:sz w:val="22"/>
              </w:rPr>
              <w:t>Deaths involving N31</w:t>
            </w:r>
          </w:p>
        </w:tc>
        <w:tc>
          <w:tcPr>
            <w:tcW w:w="3024" w:type="dxa"/>
          </w:tcPr>
          <w:p w14:paraId="7994ED13" w14:textId="77777777" w:rsidR="00D94E50" w:rsidRPr="00D35743" w:rsidRDefault="00000000">
            <w:pPr>
              <w:rPr>
                <w:rFonts w:cs="Times New Roman"/>
                <w:color w:val="000000" w:themeColor="text1"/>
                <w:sz w:val="22"/>
              </w:rPr>
            </w:pPr>
            <w:r w:rsidRPr="00D35743">
              <w:rPr>
                <w:rFonts w:cs="Times New Roman"/>
                <w:b/>
                <w:color w:val="000000" w:themeColor="text1"/>
                <w:sz w:val="22"/>
              </w:rPr>
              <w:t>All deaths, ages 25+</w:t>
            </w:r>
          </w:p>
        </w:tc>
        <w:tc>
          <w:tcPr>
            <w:tcW w:w="3024" w:type="dxa"/>
          </w:tcPr>
          <w:p w14:paraId="6157EA76" w14:textId="77777777" w:rsidR="00D94E50" w:rsidRPr="00D35743" w:rsidRDefault="00000000">
            <w:pPr>
              <w:rPr>
                <w:rFonts w:cs="Times New Roman"/>
                <w:color w:val="000000" w:themeColor="text1"/>
                <w:sz w:val="22"/>
              </w:rPr>
            </w:pPr>
            <w:r w:rsidRPr="00D35743">
              <w:rPr>
                <w:rFonts w:cs="Times New Roman"/>
                <w:b/>
                <w:color w:val="000000" w:themeColor="text1"/>
                <w:sz w:val="22"/>
              </w:rPr>
              <w:t>N31 per 10,000 deaths</w:t>
            </w:r>
          </w:p>
        </w:tc>
      </w:tr>
      <w:tr w:rsidR="00D94E50" w:rsidRPr="00D35743" w14:paraId="2C485009" w14:textId="77777777">
        <w:tc>
          <w:tcPr>
            <w:tcW w:w="1296" w:type="dxa"/>
          </w:tcPr>
          <w:p w14:paraId="6AB94218" w14:textId="77777777" w:rsidR="00D94E50" w:rsidRPr="00D35743" w:rsidRDefault="00000000">
            <w:pPr>
              <w:rPr>
                <w:rFonts w:cs="Times New Roman"/>
                <w:color w:val="000000" w:themeColor="text1"/>
                <w:sz w:val="22"/>
              </w:rPr>
            </w:pPr>
            <w:r w:rsidRPr="00D35743">
              <w:rPr>
                <w:rFonts w:cs="Times New Roman"/>
                <w:color w:val="000000" w:themeColor="text1"/>
                <w:sz w:val="22"/>
              </w:rPr>
              <w:t>1999</w:t>
            </w:r>
          </w:p>
        </w:tc>
        <w:tc>
          <w:tcPr>
            <w:tcW w:w="2880" w:type="dxa"/>
          </w:tcPr>
          <w:p w14:paraId="60298356" w14:textId="77777777" w:rsidR="00D94E50" w:rsidRPr="00D35743" w:rsidRDefault="00000000">
            <w:pPr>
              <w:rPr>
                <w:rFonts w:cs="Times New Roman"/>
                <w:color w:val="000000" w:themeColor="text1"/>
                <w:sz w:val="22"/>
              </w:rPr>
            </w:pPr>
            <w:r w:rsidRPr="00D35743">
              <w:rPr>
                <w:rFonts w:cs="Times New Roman"/>
                <w:color w:val="000000" w:themeColor="text1"/>
                <w:sz w:val="22"/>
              </w:rPr>
              <w:t>787</w:t>
            </w:r>
          </w:p>
        </w:tc>
        <w:tc>
          <w:tcPr>
            <w:tcW w:w="3024" w:type="dxa"/>
          </w:tcPr>
          <w:p w14:paraId="33A0544F" w14:textId="77777777" w:rsidR="00D94E50" w:rsidRPr="00D35743" w:rsidRDefault="00000000">
            <w:pPr>
              <w:rPr>
                <w:rFonts w:cs="Times New Roman"/>
                <w:color w:val="000000" w:themeColor="text1"/>
                <w:sz w:val="22"/>
              </w:rPr>
            </w:pPr>
            <w:r w:rsidRPr="00D35743">
              <w:rPr>
                <w:rFonts w:cs="Times New Roman"/>
                <w:color w:val="000000" w:themeColor="text1"/>
                <w:sz w:val="22"/>
              </w:rPr>
              <w:t>2,311,959</w:t>
            </w:r>
          </w:p>
        </w:tc>
        <w:tc>
          <w:tcPr>
            <w:tcW w:w="3024" w:type="dxa"/>
          </w:tcPr>
          <w:p w14:paraId="28CF1AEA" w14:textId="77777777" w:rsidR="00D94E50" w:rsidRPr="00D35743" w:rsidRDefault="00000000">
            <w:pPr>
              <w:rPr>
                <w:rFonts w:cs="Times New Roman"/>
                <w:color w:val="000000" w:themeColor="text1"/>
                <w:sz w:val="22"/>
              </w:rPr>
            </w:pPr>
            <w:r w:rsidRPr="00D35743">
              <w:rPr>
                <w:rFonts w:cs="Times New Roman"/>
                <w:color w:val="000000" w:themeColor="text1"/>
                <w:sz w:val="22"/>
              </w:rPr>
              <w:t>3.404</w:t>
            </w:r>
          </w:p>
        </w:tc>
      </w:tr>
      <w:tr w:rsidR="00D94E50" w:rsidRPr="00D35743" w14:paraId="58B894E6" w14:textId="77777777">
        <w:tc>
          <w:tcPr>
            <w:tcW w:w="1296" w:type="dxa"/>
          </w:tcPr>
          <w:p w14:paraId="6D33389E" w14:textId="77777777" w:rsidR="00D94E50" w:rsidRPr="00D35743" w:rsidRDefault="00000000">
            <w:pPr>
              <w:rPr>
                <w:rFonts w:cs="Times New Roman"/>
                <w:color w:val="000000" w:themeColor="text1"/>
                <w:sz w:val="22"/>
              </w:rPr>
            </w:pPr>
            <w:r w:rsidRPr="00D35743">
              <w:rPr>
                <w:rFonts w:cs="Times New Roman"/>
                <w:color w:val="000000" w:themeColor="text1"/>
                <w:sz w:val="22"/>
              </w:rPr>
              <w:t>2000</w:t>
            </w:r>
          </w:p>
        </w:tc>
        <w:tc>
          <w:tcPr>
            <w:tcW w:w="2880" w:type="dxa"/>
          </w:tcPr>
          <w:p w14:paraId="610FECF3" w14:textId="77777777" w:rsidR="00D94E50" w:rsidRPr="00D35743" w:rsidRDefault="00000000">
            <w:pPr>
              <w:rPr>
                <w:rFonts w:cs="Times New Roman"/>
                <w:color w:val="000000" w:themeColor="text1"/>
                <w:sz w:val="22"/>
              </w:rPr>
            </w:pPr>
            <w:r w:rsidRPr="00D35743">
              <w:rPr>
                <w:rFonts w:cs="Times New Roman"/>
                <w:color w:val="000000" w:themeColor="text1"/>
                <w:sz w:val="22"/>
              </w:rPr>
              <w:t>712</w:t>
            </w:r>
          </w:p>
        </w:tc>
        <w:tc>
          <w:tcPr>
            <w:tcW w:w="3024" w:type="dxa"/>
          </w:tcPr>
          <w:p w14:paraId="3B02012A" w14:textId="77777777" w:rsidR="00D94E50" w:rsidRPr="00D35743" w:rsidRDefault="00000000">
            <w:pPr>
              <w:rPr>
                <w:rFonts w:cs="Times New Roman"/>
                <w:color w:val="000000" w:themeColor="text1"/>
                <w:sz w:val="22"/>
              </w:rPr>
            </w:pPr>
            <w:r w:rsidRPr="00D35743">
              <w:rPr>
                <w:rFonts w:cs="Times New Roman"/>
                <w:color w:val="000000" w:themeColor="text1"/>
                <w:sz w:val="22"/>
              </w:rPr>
              <w:t>2,323,728</w:t>
            </w:r>
          </w:p>
        </w:tc>
        <w:tc>
          <w:tcPr>
            <w:tcW w:w="3024" w:type="dxa"/>
          </w:tcPr>
          <w:p w14:paraId="56F38EC2" w14:textId="77777777" w:rsidR="00D94E50" w:rsidRPr="00D35743" w:rsidRDefault="00000000">
            <w:pPr>
              <w:rPr>
                <w:rFonts w:cs="Times New Roman"/>
                <w:color w:val="000000" w:themeColor="text1"/>
                <w:sz w:val="22"/>
              </w:rPr>
            </w:pPr>
            <w:r w:rsidRPr="00D35743">
              <w:rPr>
                <w:rFonts w:cs="Times New Roman"/>
                <w:color w:val="000000" w:themeColor="text1"/>
                <w:sz w:val="22"/>
              </w:rPr>
              <w:t>3.064</w:t>
            </w:r>
          </w:p>
        </w:tc>
      </w:tr>
      <w:tr w:rsidR="00D94E50" w:rsidRPr="00D35743" w14:paraId="46FEE6CA" w14:textId="77777777">
        <w:tc>
          <w:tcPr>
            <w:tcW w:w="1296" w:type="dxa"/>
          </w:tcPr>
          <w:p w14:paraId="3C350F06" w14:textId="77777777" w:rsidR="00D94E50" w:rsidRPr="00D35743" w:rsidRDefault="00000000">
            <w:pPr>
              <w:rPr>
                <w:rFonts w:cs="Times New Roman"/>
                <w:color w:val="000000" w:themeColor="text1"/>
                <w:sz w:val="22"/>
              </w:rPr>
            </w:pPr>
            <w:r w:rsidRPr="00D35743">
              <w:rPr>
                <w:rFonts w:cs="Times New Roman"/>
                <w:color w:val="000000" w:themeColor="text1"/>
                <w:sz w:val="22"/>
              </w:rPr>
              <w:t>2001</w:t>
            </w:r>
          </w:p>
        </w:tc>
        <w:tc>
          <w:tcPr>
            <w:tcW w:w="2880" w:type="dxa"/>
          </w:tcPr>
          <w:p w14:paraId="5A8E405B" w14:textId="77777777" w:rsidR="00D94E50" w:rsidRPr="00D35743" w:rsidRDefault="00000000">
            <w:pPr>
              <w:rPr>
                <w:rFonts w:cs="Times New Roman"/>
                <w:color w:val="000000" w:themeColor="text1"/>
                <w:sz w:val="22"/>
              </w:rPr>
            </w:pPr>
            <w:r w:rsidRPr="00D35743">
              <w:rPr>
                <w:rFonts w:cs="Times New Roman"/>
                <w:color w:val="000000" w:themeColor="text1"/>
                <w:sz w:val="22"/>
              </w:rPr>
              <w:t>741</w:t>
            </w:r>
          </w:p>
        </w:tc>
        <w:tc>
          <w:tcPr>
            <w:tcW w:w="3024" w:type="dxa"/>
          </w:tcPr>
          <w:p w14:paraId="1E47C178" w14:textId="77777777" w:rsidR="00D94E50" w:rsidRPr="00D35743" w:rsidRDefault="00000000">
            <w:pPr>
              <w:rPr>
                <w:rFonts w:cs="Times New Roman"/>
                <w:color w:val="000000" w:themeColor="text1"/>
                <w:sz w:val="22"/>
              </w:rPr>
            </w:pPr>
            <w:r w:rsidRPr="00D35743">
              <w:rPr>
                <w:rFonts w:cs="Times New Roman"/>
                <w:color w:val="000000" w:themeColor="text1"/>
                <w:sz w:val="22"/>
              </w:rPr>
              <w:t>2,336,832</w:t>
            </w:r>
          </w:p>
        </w:tc>
        <w:tc>
          <w:tcPr>
            <w:tcW w:w="3024" w:type="dxa"/>
          </w:tcPr>
          <w:p w14:paraId="41D5ED56" w14:textId="77777777" w:rsidR="00D94E50" w:rsidRPr="00D35743" w:rsidRDefault="00000000">
            <w:pPr>
              <w:rPr>
                <w:rFonts w:cs="Times New Roman"/>
                <w:color w:val="000000" w:themeColor="text1"/>
                <w:sz w:val="22"/>
              </w:rPr>
            </w:pPr>
            <w:r w:rsidRPr="00D35743">
              <w:rPr>
                <w:rFonts w:cs="Times New Roman"/>
                <w:color w:val="000000" w:themeColor="text1"/>
                <w:sz w:val="22"/>
              </w:rPr>
              <w:t>3.171</w:t>
            </w:r>
          </w:p>
        </w:tc>
      </w:tr>
      <w:tr w:rsidR="00D94E50" w:rsidRPr="00D35743" w14:paraId="24D9DA96" w14:textId="77777777">
        <w:tc>
          <w:tcPr>
            <w:tcW w:w="1296" w:type="dxa"/>
          </w:tcPr>
          <w:p w14:paraId="3BE8B876" w14:textId="77777777" w:rsidR="00D94E50" w:rsidRPr="00D35743" w:rsidRDefault="00000000">
            <w:pPr>
              <w:rPr>
                <w:rFonts w:cs="Times New Roman"/>
                <w:color w:val="000000" w:themeColor="text1"/>
                <w:sz w:val="22"/>
              </w:rPr>
            </w:pPr>
            <w:r w:rsidRPr="00D35743">
              <w:rPr>
                <w:rFonts w:cs="Times New Roman"/>
                <w:color w:val="000000" w:themeColor="text1"/>
                <w:sz w:val="22"/>
              </w:rPr>
              <w:t>2002</w:t>
            </w:r>
          </w:p>
        </w:tc>
        <w:tc>
          <w:tcPr>
            <w:tcW w:w="2880" w:type="dxa"/>
          </w:tcPr>
          <w:p w14:paraId="69F961FA" w14:textId="77777777" w:rsidR="00D94E50" w:rsidRPr="00D35743" w:rsidRDefault="00000000">
            <w:pPr>
              <w:rPr>
                <w:rFonts w:cs="Times New Roman"/>
                <w:color w:val="000000" w:themeColor="text1"/>
                <w:sz w:val="22"/>
              </w:rPr>
            </w:pPr>
            <w:r w:rsidRPr="00D35743">
              <w:rPr>
                <w:rFonts w:cs="Times New Roman"/>
                <w:color w:val="000000" w:themeColor="text1"/>
                <w:sz w:val="22"/>
              </w:rPr>
              <w:t>713</w:t>
            </w:r>
          </w:p>
        </w:tc>
        <w:tc>
          <w:tcPr>
            <w:tcW w:w="3024" w:type="dxa"/>
          </w:tcPr>
          <w:p w14:paraId="1F30AF3B" w14:textId="77777777" w:rsidR="00D94E50" w:rsidRPr="00D35743" w:rsidRDefault="00000000">
            <w:pPr>
              <w:rPr>
                <w:rFonts w:cs="Times New Roman"/>
                <w:color w:val="000000" w:themeColor="text1"/>
                <w:sz w:val="22"/>
              </w:rPr>
            </w:pPr>
            <w:r w:rsidRPr="00D35743">
              <w:rPr>
                <w:rFonts w:cs="Times New Roman"/>
                <w:color w:val="000000" w:themeColor="text1"/>
                <w:sz w:val="22"/>
              </w:rPr>
              <w:t>2,362,542</w:t>
            </w:r>
          </w:p>
        </w:tc>
        <w:tc>
          <w:tcPr>
            <w:tcW w:w="3024" w:type="dxa"/>
          </w:tcPr>
          <w:p w14:paraId="29BF2421" w14:textId="77777777" w:rsidR="00D94E50" w:rsidRPr="00D35743" w:rsidRDefault="00000000">
            <w:pPr>
              <w:rPr>
                <w:rFonts w:cs="Times New Roman"/>
                <w:color w:val="000000" w:themeColor="text1"/>
                <w:sz w:val="22"/>
              </w:rPr>
            </w:pPr>
            <w:r w:rsidRPr="00D35743">
              <w:rPr>
                <w:rFonts w:cs="Times New Roman"/>
                <w:color w:val="000000" w:themeColor="text1"/>
                <w:sz w:val="22"/>
              </w:rPr>
              <w:t>3.018</w:t>
            </w:r>
          </w:p>
        </w:tc>
      </w:tr>
      <w:tr w:rsidR="00D94E50" w:rsidRPr="00D35743" w14:paraId="259190D2" w14:textId="77777777">
        <w:tc>
          <w:tcPr>
            <w:tcW w:w="1296" w:type="dxa"/>
          </w:tcPr>
          <w:p w14:paraId="54A362BD" w14:textId="77777777" w:rsidR="00D94E50" w:rsidRPr="00D35743" w:rsidRDefault="00000000">
            <w:pPr>
              <w:rPr>
                <w:rFonts w:cs="Times New Roman"/>
                <w:color w:val="000000" w:themeColor="text1"/>
                <w:sz w:val="22"/>
              </w:rPr>
            </w:pPr>
            <w:r w:rsidRPr="00D35743">
              <w:rPr>
                <w:rFonts w:cs="Times New Roman"/>
                <w:color w:val="000000" w:themeColor="text1"/>
                <w:sz w:val="22"/>
              </w:rPr>
              <w:t>2003</w:t>
            </w:r>
          </w:p>
        </w:tc>
        <w:tc>
          <w:tcPr>
            <w:tcW w:w="2880" w:type="dxa"/>
          </w:tcPr>
          <w:p w14:paraId="1B0FD9FC" w14:textId="77777777" w:rsidR="00D94E50" w:rsidRPr="00D35743" w:rsidRDefault="00000000">
            <w:pPr>
              <w:rPr>
                <w:rFonts w:cs="Times New Roman"/>
                <w:color w:val="000000" w:themeColor="text1"/>
                <w:sz w:val="22"/>
              </w:rPr>
            </w:pPr>
            <w:r w:rsidRPr="00D35743">
              <w:rPr>
                <w:rFonts w:cs="Times New Roman"/>
                <w:color w:val="000000" w:themeColor="text1"/>
                <w:sz w:val="22"/>
              </w:rPr>
              <w:t>665</w:t>
            </w:r>
          </w:p>
        </w:tc>
        <w:tc>
          <w:tcPr>
            <w:tcW w:w="3024" w:type="dxa"/>
          </w:tcPr>
          <w:p w14:paraId="4A2A4C8C" w14:textId="77777777" w:rsidR="00D94E50" w:rsidRPr="00D35743" w:rsidRDefault="00000000">
            <w:pPr>
              <w:rPr>
                <w:rFonts w:cs="Times New Roman"/>
                <w:color w:val="000000" w:themeColor="text1"/>
                <w:sz w:val="22"/>
              </w:rPr>
            </w:pPr>
            <w:r w:rsidRPr="00D35743">
              <w:rPr>
                <w:rFonts w:cs="Times New Roman"/>
                <w:color w:val="000000" w:themeColor="text1"/>
                <w:sz w:val="22"/>
              </w:rPr>
              <w:t>2,368,231</w:t>
            </w:r>
          </w:p>
        </w:tc>
        <w:tc>
          <w:tcPr>
            <w:tcW w:w="3024" w:type="dxa"/>
          </w:tcPr>
          <w:p w14:paraId="53C772F2" w14:textId="77777777" w:rsidR="00D94E50" w:rsidRPr="00D35743" w:rsidRDefault="00000000">
            <w:pPr>
              <w:rPr>
                <w:rFonts w:cs="Times New Roman"/>
                <w:color w:val="000000" w:themeColor="text1"/>
                <w:sz w:val="22"/>
              </w:rPr>
            </w:pPr>
            <w:r w:rsidRPr="00D35743">
              <w:rPr>
                <w:rFonts w:cs="Times New Roman"/>
                <w:color w:val="000000" w:themeColor="text1"/>
                <w:sz w:val="22"/>
              </w:rPr>
              <w:t>2.808</w:t>
            </w:r>
          </w:p>
        </w:tc>
      </w:tr>
      <w:tr w:rsidR="00D94E50" w:rsidRPr="00D35743" w14:paraId="034EDE3C" w14:textId="77777777">
        <w:tc>
          <w:tcPr>
            <w:tcW w:w="1296" w:type="dxa"/>
          </w:tcPr>
          <w:p w14:paraId="5C6D9923" w14:textId="77777777" w:rsidR="00D94E50" w:rsidRPr="00D35743" w:rsidRDefault="00000000">
            <w:pPr>
              <w:rPr>
                <w:rFonts w:cs="Times New Roman"/>
                <w:color w:val="000000" w:themeColor="text1"/>
                <w:sz w:val="22"/>
              </w:rPr>
            </w:pPr>
            <w:r w:rsidRPr="00D35743">
              <w:rPr>
                <w:rFonts w:cs="Times New Roman"/>
                <w:color w:val="000000" w:themeColor="text1"/>
                <w:sz w:val="22"/>
              </w:rPr>
              <w:t>2004</w:t>
            </w:r>
          </w:p>
        </w:tc>
        <w:tc>
          <w:tcPr>
            <w:tcW w:w="2880" w:type="dxa"/>
          </w:tcPr>
          <w:p w14:paraId="7398AD2D" w14:textId="77777777" w:rsidR="00D94E50" w:rsidRPr="00D35743" w:rsidRDefault="00000000">
            <w:pPr>
              <w:rPr>
                <w:rFonts w:cs="Times New Roman"/>
                <w:color w:val="000000" w:themeColor="text1"/>
                <w:sz w:val="22"/>
              </w:rPr>
            </w:pPr>
            <w:r w:rsidRPr="00D35743">
              <w:rPr>
                <w:rFonts w:cs="Times New Roman"/>
                <w:color w:val="000000" w:themeColor="text1"/>
                <w:sz w:val="22"/>
              </w:rPr>
              <w:t>640</w:t>
            </w:r>
          </w:p>
        </w:tc>
        <w:tc>
          <w:tcPr>
            <w:tcW w:w="3024" w:type="dxa"/>
          </w:tcPr>
          <w:p w14:paraId="433892E8" w14:textId="77777777" w:rsidR="00D94E50" w:rsidRPr="00D35743" w:rsidRDefault="00000000">
            <w:pPr>
              <w:rPr>
                <w:rFonts w:cs="Times New Roman"/>
                <w:color w:val="000000" w:themeColor="text1"/>
                <w:sz w:val="22"/>
              </w:rPr>
            </w:pPr>
            <w:r w:rsidRPr="00D35743">
              <w:rPr>
                <w:rFonts w:cs="Times New Roman"/>
                <w:color w:val="000000" w:themeColor="text1"/>
                <w:sz w:val="22"/>
              </w:rPr>
              <w:t>2,319,208</w:t>
            </w:r>
          </w:p>
        </w:tc>
        <w:tc>
          <w:tcPr>
            <w:tcW w:w="3024" w:type="dxa"/>
          </w:tcPr>
          <w:p w14:paraId="6C6895FC" w14:textId="77777777" w:rsidR="00D94E50" w:rsidRPr="00D35743" w:rsidRDefault="00000000">
            <w:pPr>
              <w:rPr>
                <w:rFonts w:cs="Times New Roman"/>
                <w:color w:val="000000" w:themeColor="text1"/>
                <w:sz w:val="22"/>
              </w:rPr>
            </w:pPr>
            <w:r w:rsidRPr="00D35743">
              <w:rPr>
                <w:rFonts w:cs="Times New Roman"/>
                <w:color w:val="000000" w:themeColor="text1"/>
                <w:sz w:val="22"/>
              </w:rPr>
              <w:t>2.760</w:t>
            </w:r>
          </w:p>
        </w:tc>
      </w:tr>
      <w:tr w:rsidR="00D94E50" w:rsidRPr="00D35743" w14:paraId="34AE09CF" w14:textId="77777777">
        <w:tc>
          <w:tcPr>
            <w:tcW w:w="1296" w:type="dxa"/>
          </w:tcPr>
          <w:p w14:paraId="03B056AD" w14:textId="77777777" w:rsidR="00D94E50" w:rsidRPr="00D35743" w:rsidRDefault="00000000">
            <w:pPr>
              <w:rPr>
                <w:rFonts w:cs="Times New Roman"/>
                <w:color w:val="000000" w:themeColor="text1"/>
                <w:sz w:val="22"/>
              </w:rPr>
            </w:pPr>
            <w:r w:rsidRPr="00D35743">
              <w:rPr>
                <w:rFonts w:cs="Times New Roman"/>
                <w:color w:val="000000" w:themeColor="text1"/>
                <w:sz w:val="22"/>
              </w:rPr>
              <w:t>2005</w:t>
            </w:r>
          </w:p>
        </w:tc>
        <w:tc>
          <w:tcPr>
            <w:tcW w:w="2880" w:type="dxa"/>
          </w:tcPr>
          <w:p w14:paraId="1EF9EB24" w14:textId="77777777" w:rsidR="00D94E50" w:rsidRPr="00D35743" w:rsidRDefault="00000000">
            <w:pPr>
              <w:rPr>
                <w:rFonts w:cs="Times New Roman"/>
                <w:color w:val="000000" w:themeColor="text1"/>
                <w:sz w:val="22"/>
              </w:rPr>
            </w:pPr>
            <w:r w:rsidRPr="00D35743">
              <w:rPr>
                <w:rFonts w:cs="Times New Roman"/>
                <w:color w:val="000000" w:themeColor="text1"/>
                <w:sz w:val="22"/>
              </w:rPr>
              <w:t>700</w:t>
            </w:r>
          </w:p>
        </w:tc>
        <w:tc>
          <w:tcPr>
            <w:tcW w:w="3024" w:type="dxa"/>
          </w:tcPr>
          <w:p w14:paraId="74BE88B4" w14:textId="77777777" w:rsidR="00D94E50" w:rsidRPr="00D35743" w:rsidRDefault="00000000">
            <w:pPr>
              <w:rPr>
                <w:rFonts w:cs="Times New Roman"/>
                <w:color w:val="000000" w:themeColor="text1"/>
                <w:sz w:val="22"/>
              </w:rPr>
            </w:pPr>
            <w:r w:rsidRPr="00D35743">
              <w:rPr>
                <w:rFonts w:cs="Times New Roman"/>
                <w:color w:val="000000" w:themeColor="text1"/>
                <w:sz w:val="22"/>
              </w:rPr>
              <w:t>2,369,337</w:t>
            </w:r>
          </w:p>
        </w:tc>
        <w:tc>
          <w:tcPr>
            <w:tcW w:w="3024" w:type="dxa"/>
          </w:tcPr>
          <w:p w14:paraId="4C8F68A3" w14:textId="77777777" w:rsidR="00D94E50" w:rsidRPr="00D35743" w:rsidRDefault="00000000">
            <w:pPr>
              <w:rPr>
                <w:rFonts w:cs="Times New Roman"/>
                <w:color w:val="000000" w:themeColor="text1"/>
                <w:sz w:val="22"/>
              </w:rPr>
            </w:pPr>
            <w:r w:rsidRPr="00D35743">
              <w:rPr>
                <w:rFonts w:cs="Times New Roman"/>
                <w:color w:val="000000" w:themeColor="text1"/>
                <w:sz w:val="22"/>
              </w:rPr>
              <w:t>2.954</w:t>
            </w:r>
          </w:p>
        </w:tc>
      </w:tr>
      <w:tr w:rsidR="00D94E50" w:rsidRPr="00D35743" w14:paraId="731BE184" w14:textId="77777777">
        <w:tc>
          <w:tcPr>
            <w:tcW w:w="1296" w:type="dxa"/>
          </w:tcPr>
          <w:p w14:paraId="13BB26D0" w14:textId="77777777" w:rsidR="00D94E50" w:rsidRPr="00D35743" w:rsidRDefault="00000000">
            <w:pPr>
              <w:rPr>
                <w:rFonts w:cs="Times New Roman"/>
                <w:color w:val="000000" w:themeColor="text1"/>
                <w:sz w:val="22"/>
              </w:rPr>
            </w:pPr>
            <w:r w:rsidRPr="00D35743">
              <w:rPr>
                <w:rFonts w:cs="Times New Roman"/>
                <w:color w:val="000000" w:themeColor="text1"/>
                <w:sz w:val="22"/>
              </w:rPr>
              <w:t>2006</w:t>
            </w:r>
          </w:p>
        </w:tc>
        <w:tc>
          <w:tcPr>
            <w:tcW w:w="2880" w:type="dxa"/>
          </w:tcPr>
          <w:p w14:paraId="0DCCC086" w14:textId="77777777" w:rsidR="00D94E50" w:rsidRPr="00D35743" w:rsidRDefault="00000000">
            <w:pPr>
              <w:rPr>
                <w:rFonts w:cs="Times New Roman"/>
                <w:color w:val="000000" w:themeColor="text1"/>
                <w:sz w:val="22"/>
              </w:rPr>
            </w:pPr>
            <w:r w:rsidRPr="00D35743">
              <w:rPr>
                <w:rFonts w:cs="Times New Roman"/>
                <w:color w:val="000000" w:themeColor="text1"/>
                <w:sz w:val="22"/>
              </w:rPr>
              <w:t>625</w:t>
            </w:r>
          </w:p>
        </w:tc>
        <w:tc>
          <w:tcPr>
            <w:tcW w:w="3024" w:type="dxa"/>
          </w:tcPr>
          <w:p w14:paraId="030288AF" w14:textId="77777777" w:rsidR="00D94E50" w:rsidRPr="00D35743" w:rsidRDefault="00000000">
            <w:pPr>
              <w:rPr>
                <w:rFonts w:cs="Times New Roman"/>
                <w:color w:val="000000" w:themeColor="text1"/>
                <w:sz w:val="22"/>
              </w:rPr>
            </w:pPr>
            <w:r w:rsidRPr="00D35743">
              <w:rPr>
                <w:rFonts w:cs="Times New Roman"/>
                <w:color w:val="000000" w:themeColor="text1"/>
                <w:sz w:val="22"/>
              </w:rPr>
              <w:t>2,347,423</w:t>
            </w:r>
          </w:p>
        </w:tc>
        <w:tc>
          <w:tcPr>
            <w:tcW w:w="3024" w:type="dxa"/>
          </w:tcPr>
          <w:p w14:paraId="1342574D" w14:textId="77777777" w:rsidR="00D94E50" w:rsidRPr="00D35743" w:rsidRDefault="00000000">
            <w:pPr>
              <w:rPr>
                <w:rFonts w:cs="Times New Roman"/>
                <w:color w:val="000000" w:themeColor="text1"/>
                <w:sz w:val="22"/>
              </w:rPr>
            </w:pPr>
            <w:r w:rsidRPr="00D35743">
              <w:rPr>
                <w:rFonts w:cs="Times New Roman"/>
                <w:color w:val="000000" w:themeColor="text1"/>
                <w:sz w:val="22"/>
              </w:rPr>
              <w:t>2.662</w:t>
            </w:r>
          </w:p>
        </w:tc>
      </w:tr>
      <w:tr w:rsidR="00D94E50" w:rsidRPr="00D35743" w14:paraId="5D79B181" w14:textId="77777777">
        <w:tc>
          <w:tcPr>
            <w:tcW w:w="1296" w:type="dxa"/>
          </w:tcPr>
          <w:p w14:paraId="0FA76CCF" w14:textId="77777777" w:rsidR="00D94E50" w:rsidRPr="00D35743" w:rsidRDefault="00000000">
            <w:pPr>
              <w:rPr>
                <w:rFonts w:cs="Times New Roman"/>
                <w:color w:val="000000" w:themeColor="text1"/>
                <w:sz w:val="22"/>
              </w:rPr>
            </w:pPr>
            <w:r w:rsidRPr="00D35743">
              <w:rPr>
                <w:rFonts w:cs="Times New Roman"/>
                <w:color w:val="000000" w:themeColor="text1"/>
                <w:sz w:val="22"/>
              </w:rPr>
              <w:t>2007</w:t>
            </w:r>
          </w:p>
        </w:tc>
        <w:tc>
          <w:tcPr>
            <w:tcW w:w="2880" w:type="dxa"/>
          </w:tcPr>
          <w:p w14:paraId="2505EB3C" w14:textId="77777777" w:rsidR="00D94E50" w:rsidRPr="00D35743" w:rsidRDefault="00000000">
            <w:pPr>
              <w:rPr>
                <w:rFonts w:cs="Times New Roman"/>
                <w:color w:val="000000" w:themeColor="text1"/>
                <w:sz w:val="22"/>
              </w:rPr>
            </w:pPr>
            <w:r w:rsidRPr="00D35743">
              <w:rPr>
                <w:rFonts w:cs="Times New Roman"/>
                <w:color w:val="000000" w:themeColor="text1"/>
                <w:sz w:val="22"/>
              </w:rPr>
              <w:t>626</w:t>
            </w:r>
          </w:p>
        </w:tc>
        <w:tc>
          <w:tcPr>
            <w:tcW w:w="3024" w:type="dxa"/>
          </w:tcPr>
          <w:p w14:paraId="6F1E32D0" w14:textId="77777777" w:rsidR="00D94E50" w:rsidRPr="00D35743" w:rsidRDefault="00000000">
            <w:pPr>
              <w:rPr>
                <w:rFonts w:cs="Times New Roman"/>
                <w:color w:val="000000" w:themeColor="text1"/>
                <w:sz w:val="22"/>
              </w:rPr>
            </w:pPr>
            <w:r w:rsidRPr="00D35743">
              <w:rPr>
                <w:rFonts w:cs="Times New Roman"/>
                <w:color w:val="000000" w:themeColor="text1"/>
                <w:sz w:val="22"/>
              </w:rPr>
              <w:t>2,346,123</w:t>
            </w:r>
          </w:p>
        </w:tc>
        <w:tc>
          <w:tcPr>
            <w:tcW w:w="3024" w:type="dxa"/>
          </w:tcPr>
          <w:p w14:paraId="7490437B" w14:textId="77777777" w:rsidR="00D94E50" w:rsidRPr="00D35743" w:rsidRDefault="00000000">
            <w:pPr>
              <w:rPr>
                <w:rFonts w:cs="Times New Roman"/>
                <w:color w:val="000000" w:themeColor="text1"/>
                <w:sz w:val="22"/>
              </w:rPr>
            </w:pPr>
            <w:r w:rsidRPr="00D35743">
              <w:rPr>
                <w:rFonts w:cs="Times New Roman"/>
                <w:color w:val="000000" w:themeColor="text1"/>
                <w:sz w:val="22"/>
              </w:rPr>
              <w:t>2.668</w:t>
            </w:r>
          </w:p>
        </w:tc>
      </w:tr>
      <w:tr w:rsidR="00D94E50" w:rsidRPr="00D35743" w14:paraId="11AE9CFA" w14:textId="77777777">
        <w:tc>
          <w:tcPr>
            <w:tcW w:w="1296" w:type="dxa"/>
          </w:tcPr>
          <w:p w14:paraId="209B8A64" w14:textId="77777777" w:rsidR="00D94E50" w:rsidRPr="00D35743" w:rsidRDefault="00000000">
            <w:pPr>
              <w:rPr>
                <w:rFonts w:cs="Times New Roman"/>
                <w:color w:val="000000" w:themeColor="text1"/>
                <w:sz w:val="22"/>
              </w:rPr>
            </w:pPr>
            <w:r w:rsidRPr="00D35743">
              <w:rPr>
                <w:rFonts w:cs="Times New Roman"/>
                <w:color w:val="000000" w:themeColor="text1"/>
                <w:sz w:val="22"/>
              </w:rPr>
              <w:t>2008</w:t>
            </w:r>
          </w:p>
        </w:tc>
        <w:tc>
          <w:tcPr>
            <w:tcW w:w="2880" w:type="dxa"/>
          </w:tcPr>
          <w:p w14:paraId="0A18E0B8" w14:textId="77777777" w:rsidR="00D94E50" w:rsidRPr="00D35743" w:rsidRDefault="00000000">
            <w:pPr>
              <w:rPr>
                <w:rFonts w:cs="Times New Roman"/>
                <w:color w:val="000000" w:themeColor="text1"/>
                <w:sz w:val="22"/>
              </w:rPr>
            </w:pPr>
            <w:r w:rsidRPr="00D35743">
              <w:rPr>
                <w:rFonts w:cs="Times New Roman"/>
                <w:color w:val="000000" w:themeColor="text1"/>
                <w:sz w:val="22"/>
              </w:rPr>
              <w:t>623</w:t>
            </w:r>
          </w:p>
        </w:tc>
        <w:tc>
          <w:tcPr>
            <w:tcW w:w="3024" w:type="dxa"/>
          </w:tcPr>
          <w:p w14:paraId="7771A3C5" w14:textId="77777777" w:rsidR="00D94E50" w:rsidRPr="00D35743" w:rsidRDefault="00000000">
            <w:pPr>
              <w:rPr>
                <w:rFonts w:cs="Times New Roman"/>
                <w:color w:val="000000" w:themeColor="text1"/>
                <w:sz w:val="22"/>
              </w:rPr>
            </w:pPr>
            <w:r w:rsidRPr="00D35743">
              <w:rPr>
                <w:rFonts w:cs="Times New Roman"/>
                <w:color w:val="000000" w:themeColor="text1"/>
                <w:sz w:val="22"/>
              </w:rPr>
              <w:t>2,396,467</w:t>
            </w:r>
          </w:p>
        </w:tc>
        <w:tc>
          <w:tcPr>
            <w:tcW w:w="3024" w:type="dxa"/>
          </w:tcPr>
          <w:p w14:paraId="5DA4ADDB" w14:textId="77777777" w:rsidR="00D94E50" w:rsidRPr="00D35743" w:rsidRDefault="00000000">
            <w:pPr>
              <w:rPr>
                <w:rFonts w:cs="Times New Roman"/>
                <w:color w:val="000000" w:themeColor="text1"/>
                <w:sz w:val="22"/>
              </w:rPr>
            </w:pPr>
            <w:r w:rsidRPr="00D35743">
              <w:rPr>
                <w:rFonts w:cs="Times New Roman"/>
                <w:color w:val="000000" w:themeColor="text1"/>
                <w:sz w:val="22"/>
              </w:rPr>
              <w:t>2.600</w:t>
            </w:r>
          </w:p>
        </w:tc>
      </w:tr>
      <w:tr w:rsidR="00D94E50" w:rsidRPr="00D35743" w14:paraId="79C792A2" w14:textId="77777777">
        <w:tc>
          <w:tcPr>
            <w:tcW w:w="1296" w:type="dxa"/>
          </w:tcPr>
          <w:p w14:paraId="72C8E44E" w14:textId="77777777" w:rsidR="00D94E50" w:rsidRPr="00D35743" w:rsidRDefault="00000000">
            <w:pPr>
              <w:rPr>
                <w:rFonts w:cs="Times New Roman"/>
                <w:color w:val="000000" w:themeColor="text1"/>
                <w:sz w:val="22"/>
              </w:rPr>
            </w:pPr>
            <w:r w:rsidRPr="00D35743">
              <w:rPr>
                <w:rFonts w:cs="Times New Roman"/>
                <w:color w:val="000000" w:themeColor="text1"/>
                <w:sz w:val="22"/>
              </w:rPr>
              <w:t>2009</w:t>
            </w:r>
          </w:p>
        </w:tc>
        <w:tc>
          <w:tcPr>
            <w:tcW w:w="2880" w:type="dxa"/>
          </w:tcPr>
          <w:p w14:paraId="1FEB7B19" w14:textId="77777777" w:rsidR="00D94E50" w:rsidRPr="00D35743" w:rsidRDefault="00000000">
            <w:pPr>
              <w:rPr>
                <w:rFonts w:cs="Times New Roman"/>
                <w:color w:val="000000" w:themeColor="text1"/>
                <w:sz w:val="22"/>
              </w:rPr>
            </w:pPr>
            <w:r w:rsidRPr="00D35743">
              <w:rPr>
                <w:rFonts w:cs="Times New Roman"/>
                <w:color w:val="000000" w:themeColor="text1"/>
                <w:sz w:val="22"/>
              </w:rPr>
              <w:t>765</w:t>
            </w:r>
          </w:p>
        </w:tc>
        <w:tc>
          <w:tcPr>
            <w:tcW w:w="3024" w:type="dxa"/>
          </w:tcPr>
          <w:p w14:paraId="27DE442D" w14:textId="77777777" w:rsidR="00D94E50" w:rsidRPr="00D35743" w:rsidRDefault="00000000">
            <w:pPr>
              <w:rPr>
                <w:rFonts w:cs="Times New Roman"/>
                <w:color w:val="000000" w:themeColor="text1"/>
                <w:sz w:val="22"/>
              </w:rPr>
            </w:pPr>
            <w:r w:rsidRPr="00D35743">
              <w:rPr>
                <w:rFonts w:cs="Times New Roman"/>
                <w:color w:val="000000" w:themeColor="text1"/>
                <w:sz w:val="22"/>
              </w:rPr>
              <w:t>2,364,961</w:t>
            </w:r>
          </w:p>
        </w:tc>
        <w:tc>
          <w:tcPr>
            <w:tcW w:w="3024" w:type="dxa"/>
          </w:tcPr>
          <w:p w14:paraId="14EA40E0" w14:textId="77777777" w:rsidR="00D94E50" w:rsidRPr="00D35743" w:rsidRDefault="00000000">
            <w:pPr>
              <w:rPr>
                <w:rFonts w:cs="Times New Roman"/>
                <w:color w:val="000000" w:themeColor="text1"/>
                <w:sz w:val="22"/>
              </w:rPr>
            </w:pPr>
            <w:r w:rsidRPr="00D35743">
              <w:rPr>
                <w:rFonts w:cs="Times New Roman"/>
                <w:color w:val="000000" w:themeColor="text1"/>
                <w:sz w:val="22"/>
              </w:rPr>
              <w:t>3.235</w:t>
            </w:r>
          </w:p>
        </w:tc>
      </w:tr>
      <w:tr w:rsidR="00D94E50" w:rsidRPr="00D35743" w14:paraId="3E948B80" w14:textId="77777777">
        <w:tc>
          <w:tcPr>
            <w:tcW w:w="1296" w:type="dxa"/>
          </w:tcPr>
          <w:p w14:paraId="78515911" w14:textId="77777777" w:rsidR="00D94E50" w:rsidRPr="00D35743" w:rsidRDefault="00000000">
            <w:pPr>
              <w:rPr>
                <w:rFonts w:cs="Times New Roman"/>
                <w:color w:val="000000" w:themeColor="text1"/>
                <w:sz w:val="22"/>
              </w:rPr>
            </w:pPr>
            <w:r w:rsidRPr="00D35743">
              <w:rPr>
                <w:rFonts w:cs="Times New Roman"/>
                <w:color w:val="000000" w:themeColor="text1"/>
                <w:sz w:val="22"/>
              </w:rPr>
              <w:t>2010</w:t>
            </w:r>
          </w:p>
        </w:tc>
        <w:tc>
          <w:tcPr>
            <w:tcW w:w="2880" w:type="dxa"/>
          </w:tcPr>
          <w:p w14:paraId="63D2E9EB" w14:textId="77777777" w:rsidR="00D94E50" w:rsidRPr="00D35743" w:rsidRDefault="00000000">
            <w:pPr>
              <w:rPr>
                <w:rFonts w:cs="Times New Roman"/>
                <w:color w:val="000000" w:themeColor="text1"/>
                <w:sz w:val="22"/>
              </w:rPr>
            </w:pPr>
            <w:r w:rsidRPr="00D35743">
              <w:rPr>
                <w:rFonts w:cs="Times New Roman"/>
                <w:color w:val="000000" w:themeColor="text1"/>
                <w:sz w:val="22"/>
              </w:rPr>
              <w:t>714</w:t>
            </w:r>
          </w:p>
        </w:tc>
        <w:tc>
          <w:tcPr>
            <w:tcW w:w="3024" w:type="dxa"/>
          </w:tcPr>
          <w:p w14:paraId="2D64C93E" w14:textId="77777777" w:rsidR="00D94E50" w:rsidRPr="00D35743" w:rsidRDefault="00000000">
            <w:pPr>
              <w:rPr>
                <w:rFonts w:cs="Times New Roman"/>
                <w:color w:val="000000" w:themeColor="text1"/>
                <w:sz w:val="22"/>
              </w:rPr>
            </w:pPr>
            <w:r w:rsidRPr="00D35743">
              <w:rPr>
                <w:rFonts w:cs="Times New Roman"/>
                <w:color w:val="000000" w:themeColor="text1"/>
                <w:sz w:val="22"/>
              </w:rPr>
              <w:t>2,399,242</w:t>
            </w:r>
          </w:p>
        </w:tc>
        <w:tc>
          <w:tcPr>
            <w:tcW w:w="3024" w:type="dxa"/>
          </w:tcPr>
          <w:p w14:paraId="0E892672" w14:textId="77777777" w:rsidR="00D94E50" w:rsidRPr="00D35743" w:rsidRDefault="00000000">
            <w:pPr>
              <w:rPr>
                <w:rFonts w:cs="Times New Roman"/>
                <w:color w:val="000000" w:themeColor="text1"/>
                <w:sz w:val="22"/>
              </w:rPr>
            </w:pPr>
            <w:r w:rsidRPr="00D35743">
              <w:rPr>
                <w:rFonts w:cs="Times New Roman"/>
                <w:color w:val="000000" w:themeColor="text1"/>
                <w:sz w:val="22"/>
              </w:rPr>
              <w:t>2.976</w:t>
            </w:r>
          </w:p>
        </w:tc>
      </w:tr>
      <w:tr w:rsidR="00D94E50" w:rsidRPr="00D35743" w14:paraId="61FB5C4D" w14:textId="77777777">
        <w:tc>
          <w:tcPr>
            <w:tcW w:w="1296" w:type="dxa"/>
          </w:tcPr>
          <w:p w14:paraId="63B88E28" w14:textId="77777777" w:rsidR="00D94E50" w:rsidRPr="00D35743" w:rsidRDefault="00000000">
            <w:pPr>
              <w:rPr>
                <w:rFonts w:cs="Times New Roman"/>
                <w:color w:val="000000" w:themeColor="text1"/>
                <w:sz w:val="22"/>
              </w:rPr>
            </w:pPr>
            <w:r w:rsidRPr="00D35743">
              <w:rPr>
                <w:rFonts w:cs="Times New Roman"/>
                <w:color w:val="000000" w:themeColor="text1"/>
                <w:sz w:val="22"/>
              </w:rPr>
              <w:t>2011</w:t>
            </w:r>
          </w:p>
        </w:tc>
        <w:tc>
          <w:tcPr>
            <w:tcW w:w="2880" w:type="dxa"/>
          </w:tcPr>
          <w:p w14:paraId="3A327A82" w14:textId="77777777" w:rsidR="00D94E50" w:rsidRPr="00D35743" w:rsidRDefault="00000000">
            <w:pPr>
              <w:rPr>
                <w:rFonts w:cs="Times New Roman"/>
                <w:color w:val="000000" w:themeColor="text1"/>
                <w:sz w:val="22"/>
              </w:rPr>
            </w:pPr>
            <w:r w:rsidRPr="00D35743">
              <w:rPr>
                <w:rFonts w:cs="Times New Roman"/>
                <w:color w:val="000000" w:themeColor="text1"/>
                <w:sz w:val="22"/>
              </w:rPr>
              <w:t>795</w:t>
            </w:r>
          </w:p>
        </w:tc>
        <w:tc>
          <w:tcPr>
            <w:tcW w:w="3024" w:type="dxa"/>
          </w:tcPr>
          <w:p w14:paraId="3D92AF3C" w14:textId="77777777" w:rsidR="00D94E50" w:rsidRPr="00D35743" w:rsidRDefault="00000000">
            <w:pPr>
              <w:rPr>
                <w:rFonts w:cs="Times New Roman"/>
                <w:color w:val="000000" w:themeColor="text1"/>
                <w:sz w:val="22"/>
              </w:rPr>
            </w:pPr>
            <w:r w:rsidRPr="00D35743">
              <w:rPr>
                <w:rFonts w:cs="Times New Roman"/>
                <w:color w:val="000000" w:themeColor="text1"/>
                <w:sz w:val="22"/>
              </w:rPr>
              <w:t>2,447,196</w:t>
            </w:r>
          </w:p>
        </w:tc>
        <w:tc>
          <w:tcPr>
            <w:tcW w:w="3024" w:type="dxa"/>
          </w:tcPr>
          <w:p w14:paraId="3F595AC0" w14:textId="77777777" w:rsidR="00D94E50" w:rsidRPr="00D35743" w:rsidRDefault="00000000">
            <w:pPr>
              <w:rPr>
                <w:rFonts w:cs="Times New Roman"/>
                <w:color w:val="000000" w:themeColor="text1"/>
                <w:sz w:val="22"/>
              </w:rPr>
            </w:pPr>
            <w:r w:rsidRPr="00D35743">
              <w:rPr>
                <w:rFonts w:cs="Times New Roman"/>
                <w:color w:val="000000" w:themeColor="text1"/>
                <w:sz w:val="22"/>
              </w:rPr>
              <w:t>3.249</w:t>
            </w:r>
          </w:p>
        </w:tc>
      </w:tr>
      <w:tr w:rsidR="00D94E50" w:rsidRPr="00D35743" w14:paraId="632539B7" w14:textId="77777777">
        <w:tc>
          <w:tcPr>
            <w:tcW w:w="1296" w:type="dxa"/>
          </w:tcPr>
          <w:p w14:paraId="0310ED0A" w14:textId="77777777" w:rsidR="00D94E50" w:rsidRPr="00D35743" w:rsidRDefault="00000000">
            <w:pPr>
              <w:rPr>
                <w:rFonts w:cs="Times New Roman"/>
                <w:color w:val="000000" w:themeColor="text1"/>
                <w:sz w:val="22"/>
              </w:rPr>
            </w:pPr>
            <w:r w:rsidRPr="00D35743">
              <w:rPr>
                <w:rFonts w:cs="Times New Roman"/>
                <w:color w:val="000000" w:themeColor="text1"/>
                <w:sz w:val="22"/>
              </w:rPr>
              <w:t>2012</w:t>
            </w:r>
          </w:p>
        </w:tc>
        <w:tc>
          <w:tcPr>
            <w:tcW w:w="2880" w:type="dxa"/>
          </w:tcPr>
          <w:p w14:paraId="3B623DCC" w14:textId="77777777" w:rsidR="00D94E50" w:rsidRPr="00D35743" w:rsidRDefault="00000000">
            <w:pPr>
              <w:rPr>
                <w:rFonts w:cs="Times New Roman"/>
                <w:color w:val="000000" w:themeColor="text1"/>
                <w:sz w:val="22"/>
              </w:rPr>
            </w:pPr>
            <w:r w:rsidRPr="00D35743">
              <w:rPr>
                <w:rFonts w:cs="Times New Roman"/>
                <w:color w:val="000000" w:themeColor="text1"/>
                <w:sz w:val="22"/>
              </w:rPr>
              <w:t>820</w:t>
            </w:r>
          </w:p>
        </w:tc>
        <w:tc>
          <w:tcPr>
            <w:tcW w:w="3024" w:type="dxa"/>
          </w:tcPr>
          <w:p w14:paraId="42E9988C" w14:textId="77777777" w:rsidR="00D94E50" w:rsidRPr="00D35743" w:rsidRDefault="00000000">
            <w:pPr>
              <w:rPr>
                <w:rFonts w:cs="Times New Roman"/>
                <w:color w:val="000000" w:themeColor="text1"/>
                <w:sz w:val="22"/>
              </w:rPr>
            </w:pPr>
            <w:r w:rsidRPr="00D35743">
              <w:rPr>
                <w:rFonts w:cs="Times New Roman"/>
                <w:color w:val="000000" w:themeColor="text1"/>
                <w:sz w:val="22"/>
              </w:rPr>
              <w:t>2,473,552</w:t>
            </w:r>
          </w:p>
        </w:tc>
        <w:tc>
          <w:tcPr>
            <w:tcW w:w="3024" w:type="dxa"/>
          </w:tcPr>
          <w:p w14:paraId="168E10BF" w14:textId="77777777" w:rsidR="00D94E50" w:rsidRPr="00D35743" w:rsidRDefault="00000000">
            <w:pPr>
              <w:rPr>
                <w:rFonts w:cs="Times New Roman"/>
                <w:color w:val="000000" w:themeColor="text1"/>
                <w:sz w:val="22"/>
              </w:rPr>
            </w:pPr>
            <w:r w:rsidRPr="00D35743">
              <w:rPr>
                <w:rFonts w:cs="Times New Roman"/>
                <w:color w:val="000000" w:themeColor="text1"/>
                <w:sz w:val="22"/>
              </w:rPr>
              <w:t>3.315</w:t>
            </w:r>
          </w:p>
        </w:tc>
      </w:tr>
      <w:tr w:rsidR="00D94E50" w:rsidRPr="00D35743" w14:paraId="7D633E10" w14:textId="77777777">
        <w:tc>
          <w:tcPr>
            <w:tcW w:w="1296" w:type="dxa"/>
          </w:tcPr>
          <w:p w14:paraId="26240284" w14:textId="77777777" w:rsidR="00D94E50" w:rsidRPr="00D35743" w:rsidRDefault="00000000">
            <w:pPr>
              <w:rPr>
                <w:rFonts w:cs="Times New Roman"/>
                <w:color w:val="000000" w:themeColor="text1"/>
                <w:sz w:val="22"/>
              </w:rPr>
            </w:pPr>
            <w:r w:rsidRPr="00D35743">
              <w:rPr>
                <w:rFonts w:cs="Times New Roman"/>
                <w:color w:val="000000" w:themeColor="text1"/>
                <w:sz w:val="22"/>
              </w:rPr>
              <w:t>2013</w:t>
            </w:r>
          </w:p>
        </w:tc>
        <w:tc>
          <w:tcPr>
            <w:tcW w:w="2880" w:type="dxa"/>
          </w:tcPr>
          <w:p w14:paraId="4E813E0C" w14:textId="77777777" w:rsidR="00D94E50" w:rsidRPr="00D35743" w:rsidRDefault="00000000">
            <w:pPr>
              <w:rPr>
                <w:rFonts w:cs="Times New Roman"/>
                <w:color w:val="000000" w:themeColor="text1"/>
                <w:sz w:val="22"/>
              </w:rPr>
            </w:pPr>
            <w:r w:rsidRPr="00D35743">
              <w:rPr>
                <w:rFonts w:cs="Times New Roman"/>
                <w:color w:val="000000" w:themeColor="text1"/>
                <w:sz w:val="22"/>
              </w:rPr>
              <w:t>893</w:t>
            </w:r>
          </w:p>
        </w:tc>
        <w:tc>
          <w:tcPr>
            <w:tcW w:w="3024" w:type="dxa"/>
          </w:tcPr>
          <w:p w14:paraId="4F361FC2" w14:textId="77777777" w:rsidR="00D94E50" w:rsidRPr="00D35743" w:rsidRDefault="00000000">
            <w:pPr>
              <w:rPr>
                <w:rFonts w:cs="Times New Roman"/>
                <w:color w:val="000000" w:themeColor="text1"/>
                <w:sz w:val="22"/>
              </w:rPr>
            </w:pPr>
            <w:r w:rsidRPr="00D35743">
              <w:rPr>
                <w:rFonts w:cs="Times New Roman"/>
                <w:color w:val="000000" w:themeColor="text1"/>
                <w:sz w:val="22"/>
              </w:rPr>
              <w:t>2,528,969</w:t>
            </w:r>
          </w:p>
        </w:tc>
        <w:tc>
          <w:tcPr>
            <w:tcW w:w="3024" w:type="dxa"/>
          </w:tcPr>
          <w:p w14:paraId="6A6D47AA" w14:textId="77777777" w:rsidR="00D94E50" w:rsidRPr="00D35743" w:rsidRDefault="00000000">
            <w:pPr>
              <w:rPr>
                <w:rFonts w:cs="Times New Roman"/>
                <w:color w:val="000000" w:themeColor="text1"/>
                <w:sz w:val="22"/>
              </w:rPr>
            </w:pPr>
            <w:r w:rsidRPr="00D35743">
              <w:rPr>
                <w:rFonts w:cs="Times New Roman"/>
                <w:color w:val="000000" w:themeColor="text1"/>
                <w:sz w:val="22"/>
              </w:rPr>
              <w:t>3.531</w:t>
            </w:r>
          </w:p>
        </w:tc>
      </w:tr>
      <w:tr w:rsidR="00D94E50" w:rsidRPr="00D35743" w14:paraId="295B695B" w14:textId="77777777">
        <w:tc>
          <w:tcPr>
            <w:tcW w:w="1296" w:type="dxa"/>
          </w:tcPr>
          <w:p w14:paraId="6350EEEF" w14:textId="77777777" w:rsidR="00D94E50" w:rsidRPr="00D35743" w:rsidRDefault="00000000">
            <w:pPr>
              <w:rPr>
                <w:rFonts w:cs="Times New Roman"/>
                <w:color w:val="000000" w:themeColor="text1"/>
                <w:sz w:val="22"/>
              </w:rPr>
            </w:pPr>
            <w:r w:rsidRPr="00D35743">
              <w:rPr>
                <w:rFonts w:cs="Times New Roman"/>
                <w:color w:val="000000" w:themeColor="text1"/>
                <w:sz w:val="22"/>
              </w:rPr>
              <w:t>2014</w:t>
            </w:r>
          </w:p>
        </w:tc>
        <w:tc>
          <w:tcPr>
            <w:tcW w:w="2880" w:type="dxa"/>
          </w:tcPr>
          <w:p w14:paraId="32EB4215" w14:textId="77777777" w:rsidR="00D94E50" w:rsidRPr="00D35743" w:rsidRDefault="00000000">
            <w:pPr>
              <w:rPr>
                <w:rFonts w:cs="Times New Roman"/>
                <w:color w:val="000000" w:themeColor="text1"/>
                <w:sz w:val="22"/>
              </w:rPr>
            </w:pPr>
            <w:r w:rsidRPr="00D35743">
              <w:rPr>
                <w:rFonts w:cs="Times New Roman"/>
                <w:color w:val="000000" w:themeColor="text1"/>
                <w:sz w:val="22"/>
              </w:rPr>
              <w:t>901</w:t>
            </w:r>
          </w:p>
        </w:tc>
        <w:tc>
          <w:tcPr>
            <w:tcW w:w="3024" w:type="dxa"/>
          </w:tcPr>
          <w:p w14:paraId="0652F1C1" w14:textId="77777777" w:rsidR="00D94E50" w:rsidRPr="00D35743" w:rsidRDefault="00000000">
            <w:pPr>
              <w:rPr>
                <w:rFonts w:cs="Times New Roman"/>
                <w:color w:val="000000" w:themeColor="text1"/>
                <w:sz w:val="22"/>
              </w:rPr>
            </w:pPr>
            <w:r w:rsidRPr="00D35743">
              <w:rPr>
                <w:rFonts w:cs="Times New Roman"/>
                <w:color w:val="000000" w:themeColor="text1"/>
                <w:sz w:val="22"/>
              </w:rPr>
              <w:t>2,556,887</w:t>
            </w:r>
          </w:p>
        </w:tc>
        <w:tc>
          <w:tcPr>
            <w:tcW w:w="3024" w:type="dxa"/>
          </w:tcPr>
          <w:p w14:paraId="37112F96" w14:textId="77777777" w:rsidR="00D94E50" w:rsidRPr="00D35743" w:rsidRDefault="00000000">
            <w:pPr>
              <w:rPr>
                <w:rFonts w:cs="Times New Roman"/>
                <w:color w:val="000000" w:themeColor="text1"/>
                <w:sz w:val="22"/>
              </w:rPr>
            </w:pPr>
            <w:r w:rsidRPr="00D35743">
              <w:rPr>
                <w:rFonts w:cs="Times New Roman"/>
                <w:color w:val="000000" w:themeColor="text1"/>
                <w:sz w:val="22"/>
              </w:rPr>
              <w:t>3.524</w:t>
            </w:r>
          </w:p>
        </w:tc>
      </w:tr>
      <w:tr w:rsidR="00D94E50" w:rsidRPr="00D35743" w14:paraId="3A6C192C" w14:textId="77777777">
        <w:tc>
          <w:tcPr>
            <w:tcW w:w="1296" w:type="dxa"/>
          </w:tcPr>
          <w:p w14:paraId="32E5960F" w14:textId="77777777" w:rsidR="00D94E50" w:rsidRPr="00D35743" w:rsidRDefault="00000000">
            <w:pPr>
              <w:rPr>
                <w:rFonts w:cs="Times New Roman"/>
                <w:color w:val="000000" w:themeColor="text1"/>
                <w:sz w:val="22"/>
              </w:rPr>
            </w:pPr>
            <w:r w:rsidRPr="00D35743">
              <w:rPr>
                <w:rFonts w:cs="Times New Roman"/>
                <w:color w:val="000000" w:themeColor="text1"/>
                <w:sz w:val="22"/>
              </w:rPr>
              <w:t>2015</w:t>
            </w:r>
          </w:p>
        </w:tc>
        <w:tc>
          <w:tcPr>
            <w:tcW w:w="2880" w:type="dxa"/>
          </w:tcPr>
          <w:p w14:paraId="2CBA9AA9" w14:textId="77777777" w:rsidR="00D94E50" w:rsidRPr="00D35743" w:rsidRDefault="00000000">
            <w:pPr>
              <w:rPr>
                <w:rFonts w:cs="Times New Roman"/>
                <w:color w:val="000000" w:themeColor="text1"/>
                <w:sz w:val="22"/>
              </w:rPr>
            </w:pPr>
            <w:r w:rsidRPr="00D35743">
              <w:rPr>
                <w:rFonts w:cs="Times New Roman"/>
                <w:color w:val="000000" w:themeColor="text1"/>
                <w:sz w:val="22"/>
              </w:rPr>
              <w:t>920</w:t>
            </w:r>
          </w:p>
        </w:tc>
        <w:tc>
          <w:tcPr>
            <w:tcW w:w="3024" w:type="dxa"/>
          </w:tcPr>
          <w:p w14:paraId="0DCC1DBD" w14:textId="77777777" w:rsidR="00D94E50" w:rsidRPr="00D35743" w:rsidRDefault="00000000">
            <w:pPr>
              <w:rPr>
                <w:rFonts w:cs="Times New Roman"/>
                <w:color w:val="000000" w:themeColor="text1"/>
                <w:sz w:val="22"/>
              </w:rPr>
            </w:pPr>
            <w:r w:rsidRPr="00D35743">
              <w:rPr>
                <w:rFonts w:cs="Times New Roman"/>
                <w:color w:val="000000" w:themeColor="text1"/>
                <w:sz w:val="22"/>
              </w:rPr>
              <w:t>2,638,668</w:t>
            </w:r>
          </w:p>
        </w:tc>
        <w:tc>
          <w:tcPr>
            <w:tcW w:w="3024" w:type="dxa"/>
          </w:tcPr>
          <w:p w14:paraId="6A9D950E" w14:textId="77777777" w:rsidR="00D94E50" w:rsidRPr="00D35743" w:rsidRDefault="00000000">
            <w:pPr>
              <w:rPr>
                <w:rFonts w:cs="Times New Roman"/>
                <w:color w:val="000000" w:themeColor="text1"/>
                <w:sz w:val="22"/>
              </w:rPr>
            </w:pPr>
            <w:r w:rsidRPr="00D35743">
              <w:rPr>
                <w:rFonts w:cs="Times New Roman"/>
                <w:color w:val="000000" w:themeColor="text1"/>
                <w:sz w:val="22"/>
              </w:rPr>
              <w:t>3.487</w:t>
            </w:r>
          </w:p>
        </w:tc>
      </w:tr>
      <w:tr w:rsidR="00D94E50" w:rsidRPr="00D35743" w14:paraId="5618BEDD" w14:textId="77777777">
        <w:tc>
          <w:tcPr>
            <w:tcW w:w="1296" w:type="dxa"/>
          </w:tcPr>
          <w:p w14:paraId="600E73B7" w14:textId="77777777" w:rsidR="00D94E50" w:rsidRPr="00D35743" w:rsidRDefault="00000000">
            <w:pPr>
              <w:rPr>
                <w:rFonts w:cs="Times New Roman"/>
                <w:color w:val="000000" w:themeColor="text1"/>
                <w:sz w:val="22"/>
              </w:rPr>
            </w:pPr>
            <w:r w:rsidRPr="00D35743">
              <w:rPr>
                <w:rFonts w:cs="Times New Roman"/>
                <w:color w:val="000000" w:themeColor="text1"/>
                <w:sz w:val="22"/>
              </w:rPr>
              <w:t>2016</w:t>
            </w:r>
          </w:p>
        </w:tc>
        <w:tc>
          <w:tcPr>
            <w:tcW w:w="2880" w:type="dxa"/>
          </w:tcPr>
          <w:p w14:paraId="257A1F4E" w14:textId="77777777" w:rsidR="00D94E50" w:rsidRPr="00D35743" w:rsidRDefault="00000000">
            <w:pPr>
              <w:rPr>
                <w:rFonts w:cs="Times New Roman"/>
                <w:color w:val="000000" w:themeColor="text1"/>
                <w:sz w:val="22"/>
              </w:rPr>
            </w:pPr>
            <w:r w:rsidRPr="00D35743">
              <w:rPr>
                <w:rFonts w:cs="Times New Roman"/>
                <w:color w:val="000000" w:themeColor="text1"/>
                <w:sz w:val="22"/>
              </w:rPr>
              <w:t>998</w:t>
            </w:r>
          </w:p>
        </w:tc>
        <w:tc>
          <w:tcPr>
            <w:tcW w:w="3024" w:type="dxa"/>
          </w:tcPr>
          <w:p w14:paraId="590FB56C" w14:textId="77777777" w:rsidR="00D94E50" w:rsidRPr="00D35743" w:rsidRDefault="00000000">
            <w:pPr>
              <w:rPr>
                <w:rFonts w:cs="Times New Roman"/>
                <w:color w:val="000000" w:themeColor="text1"/>
                <w:sz w:val="22"/>
              </w:rPr>
            </w:pPr>
            <w:r w:rsidRPr="00D35743">
              <w:rPr>
                <w:rFonts w:cs="Times New Roman"/>
                <w:color w:val="000000" w:themeColor="text1"/>
                <w:sz w:val="22"/>
              </w:rPr>
              <w:t>2,670,282</w:t>
            </w:r>
          </w:p>
        </w:tc>
        <w:tc>
          <w:tcPr>
            <w:tcW w:w="3024" w:type="dxa"/>
          </w:tcPr>
          <w:p w14:paraId="4AAFD204" w14:textId="77777777" w:rsidR="00D94E50" w:rsidRPr="00D35743" w:rsidRDefault="00000000">
            <w:pPr>
              <w:rPr>
                <w:rFonts w:cs="Times New Roman"/>
                <w:color w:val="000000" w:themeColor="text1"/>
                <w:sz w:val="22"/>
              </w:rPr>
            </w:pPr>
            <w:r w:rsidRPr="00D35743">
              <w:rPr>
                <w:rFonts w:cs="Times New Roman"/>
                <w:color w:val="000000" w:themeColor="text1"/>
                <w:sz w:val="22"/>
              </w:rPr>
              <w:t>3.737</w:t>
            </w:r>
          </w:p>
        </w:tc>
      </w:tr>
      <w:tr w:rsidR="00D94E50" w:rsidRPr="00D35743" w14:paraId="61A6A458" w14:textId="77777777">
        <w:tc>
          <w:tcPr>
            <w:tcW w:w="1296" w:type="dxa"/>
          </w:tcPr>
          <w:p w14:paraId="0E5F1535" w14:textId="77777777" w:rsidR="00D94E50" w:rsidRPr="00D35743" w:rsidRDefault="00000000">
            <w:pPr>
              <w:rPr>
                <w:rFonts w:cs="Times New Roman"/>
                <w:color w:val="000000" w:themeColor="text1"/>
                <w:sz w:val="22"/>
              </w:rPr>
            </w:pPr>
            <w:r w:rsidRPr="00D35743">
              <w:rPr>
                <w:rFonts w:cs="Times New Roman"/>
                <w:color w:val="000000" w:themeColor="text1"/>
                <w:sz w:val="22"/>
              </w:rPr>
              <w:t>2017</w:t>
            </w:r>
          </w:p>
        </w:tc>
        <w:tc>
          <w:tcPr>
            <w:tcW w:w="2880" w:type="dxa"/>
          </w:tcPr>
          <w:p w14:paraId="70BD3B76" w14:textId="77777777" w:rsidR="00D94E50" w:rsidRPr="00D35743" w:rsidRDefault="00000000">
            <w:pPr>
              <w:rPr>
                <w:rFonts w:cs="Times New Roman"/>
                <w:color w:val="000000" w:themeColor="text1"/>
                <w:sz w:val="22"/>
              </w:rPr>
            </w:pPr>
            <w:r w:rsidRPr="00D35743">
              <w:rPr>
                <w:rFonts w:cs="Times New Roman"/>
                <w:color w:val="000000" w:themeColor="text1"/>
                <w:sz w:val="22"/>
              </w:rPr>
              <w:t>1,001</w:t>
            </w:r>
          </w:p>
        </w:tc>
        <w:tc>
          <w:tcPr>
            <w:tcW w:w="3024" w:type="dxa"/>
          </w:tcPr>
          <w:p w14:paraId="269F1A53" w14:textId="77777777" w:rsidR="00D94E50" w:rsidRPr="00D35743" w:rsidRDefault="00000000">
            <w:pPr>
              <w:rPr>
                <w:rFonts w:cs="Times New Roman"/>
                <w:color w:val="000000" w:themeColor="text1"/>
                <w:sz w:val="22"/>
              </w:rPr>
            </w:pPr>
            <w:r w:rsidRPr="00D35743">
              <w:rPr>
                <w:rFonts w:cs="Times New Roman"/>
                <w:color w:val="000000" w:themeColor="text1"/>
                <w:sz w:val="22"/>
              </w:rPr>
              <w:t>2,740,976</w:t>
            </w:r>
          </w:p>
        </w:tc>
        <w:tc>
          <w:tcPr>
            <w:tcW w:w="3024" w:type="dxa"/>
          </w:tcPr>
          <w:p w14:paraId="40C1B0C1" w14:textId="77777777" w:rsidR="00D94E50" w:rsidRPr="00D35743" w:rsidRDefault="00000000">
            <w:pPr>
              <w:rPr>
                <w:rFonts w:cs="Times New Roman"/>
                <w:color w:val="000000" w:themeColor="text1"/>
                <w:sz w:val="22"/>
              </w:rPr>
            </w:pPr>
            <w:r w:rsidRPr="00D35743">
              <w:rPr>
                <w:rFonts w:cs="Times New Roman"/>
                <w:color w:val="000000" w:themeColor="text1"/>
                <w:sz w:val="22"/>
              </w:rPr>
              <w:t>3.652</w:t>
            </w:r>
          </w:p>
        </w:tc>
      </w:tr>
      <w:tr w:rsidR="00D94E50" w:rsidRPr="00D35743" w14:paraId="5C4A2CE1" w14:textId="77777777">
        <w:tc>
          <w:tcPr>
            <w:tcW w:w="1296" w:type="dxa"/>
          </w:tcPr>
          <w:p w14:paraId="50FBA1B4" w14:textId="77777777" w:rsidR="00D94E50" w:rsidRPr="00D35743" w:rsidRDefault="00000000">
            <w:pPr>
              <w:rPr>
                <w:rFonts w:cs="Times New Roman"/>
                <w:color w:val="000000" w:themeColor="text1"/>
                <w:sz w:val="22"/>
              </w:rPr>
            </w:pPr>
            <w:r w:rsidRPr="00D35743">
              <w:rPr>
                <w:rFonts w:cs="Times New Roman"/>
                <w:color w:val="000000" w:themeColor="text1"/>
                <w:sz w:val="22"/>
              </w:rPr>
              <w:t>2018</w:t>
            </w:r>
          </w:p>
        </w:tc>
        <w:tc>
          <w:tcPr>
            <w:tcW w:w="2880" w:type="dxa"/>
          </w:tcPr>
          <w:p w14:paraId="60775925" w14:textId="77777777" w:rsidR="00D94E50" w:rsidRPr="00D35743" w:rsidRDefault="00000000">
            <w:pPr>
              <w:rPr>
                <w:rFonts w:cs="Times New Roman"/>
                <w:color w:val="000000" w:themeColor="text1"/>
                <w:sz w:val="22"/>
              </w:rPr>
            </w:pPr>
            <w:r w:rsidRPr="00D35743">
              <w:rPr>
                <w:rFonts w:cs="Times New Roman"/>
                <w:color w:val="000000" w:themeColor="text1"/>
                <w:sz w:val="22"/>
              </w:rPr>
              <w:t>1,070</w:t>
            </w:r>
          </w:p>
        </w:tc>
        <w:tc>
          <w:tcPr>
            <w:tcW w:w="3024" w:type="dxa"/>
          </w:tcPr>
          <w:p w14:paraId="5DA3C9B7" w14:textId="77777777" w:rsidR="00D94E50" w:rsidRPr="00D35743" w:rsidRDefault="00000000">
            <w:pPr>
              <w:rPr>
                <w:rFonts w:cs="Times New Roman"/>
                <w:color w:val="000000" w:themeColor="text1"/>
                <w:sz w:val="22"/>
              </w:rPr>
            </w:pPr>
            <w:r w:rsidRPr="00D35743">
              <w:rPr>
                <w:rFonts w:cs="Times New Roman"/>
                <w:color w:val="000000" w:themeColor="text1"/>
                <w:sz w:val="22"/>
              </w:rPr>
              <w:t>2,770,557</w:t>
            </w:r>
          </w:p>
        </w:tc>
        <w:tc>
          <w:tcPr>
            <w:tcW w:w="3024" w:type="dxa"/>
          </w:tcPr>
          <w:p w14:paraId="6F7E532F" w14:textId="77777777" w:rsidR="00D94E50" w:rsidRPr="00D35743" w:rsidRDefault="00000000">
            <w:pPr>
              <w:rPr>
                <w:rFonts w:cs="Times New Roman"/>
                <w:color w:val="000000" w:themeColor="text1"/>
                <w:sz w:val="22"/>
              </w:rPr>
            </w:pPr>
            <w:r w:rsidRPr="00D35743">
              <w:rPr>
                <w:rFonts w:cs="Times New Roman"/>
                <w:color w:val="000000" w:themeColor="text1"/>
                <w:sz w:val="22"/>
              </w:rPr>
              <w:t>3.862</w:t>
            </w:r>
          </w:p>
        </w:tc>
      </w:tr>
      <w:tr w:rsidR="00D94E50" w:rsidRPr="00D35743" w14:paraId="281B8AB6" w14:textId="77777777">
        <w:tc>
          <w:tcPr>
            <w:tcW w:w="1296" w:type="dxa"/>
          </w:tcPr>
          <w:p w14:paraId="24A8A8DA" w14:textId="77777777" w:rsidR="00D94E50" w:rsidRPr="00D35743" w:rsidRDefault="00000000">
            <w:pPr>
              <w:rPr>
                <w:rFonts w:cs="Times New Roman"/>
                <w:color w:val="000000" w:themeColor="text1"/>
                <w:sz w:val="22"/>
              </w:rPr>
            </w:pPr>
            <w:r w:rsidRPr="00D35743">
              <w:rPr>
                <w:rFonts w:cs="Times New Roman"/>
                <w:color w:val="000000" w:themeColor="text1"/>
                <w:sz w:val="22"/>
              </w:rPr>
              <w:t>2019</w:t>
            </w:r>
          </w:p>
        </w:tc>
        <w:tc>
          <w:tcPr>
            <w:tcW w:w="2880" w:type="dxa"/>
          </w:tcPr>
          <w:p w14:paraId="7562895C" w14:textId="77777777" w:rsidR="00D94E50" w:rsidRPr="00D35743" w:rsidRDefault="00000000">
            <w:pPr>
              <w:rPr>
                <w:rFonts w:cs="Times New Roman"/>
                <w:color w:val="000000" w:themeColor="text1"/>
                <w:sz w:val="22"/>
              </w:rPr>
            </w:pPr>
            <w:r w:rsidRPr="00D35743">
              <w:rPr>
                <w:rFonts w:cs="Times New Roman"/>
                <w:color w:val="000000" w:themeColor="text1"/>
                <w:sz w:val="22"/>
              </w:rPr>
              <w:t>1,157</w:t>
            </w:r>
          </w:p>
        </w:tc>
        <w:tc>
          <w:tcPr>
            <w:tcW w:w="3024" w:type="dxa"/>
          </w:tcPr>
          <w:p w14:paraId="603C8A47" w14:textId="77777777" w:rsidR="00D94E50" w:rsidRPr="00D35743" w:rsidRDefault="00000000">
            <w:pPr>
              <w:rPr>
                <w:rFonts w:cs="Times New Roman"/>
                <w:color w:val="000000" w:themeColor="text1"/>
                <w:sz w:val="22"/>
              </w:rPr>
            </w:pPr>
            <w:r w:rsidRPr="00D35743">
              <w:rPr>
                <w:rFonts w:cs="Times New Roman"/>
                <w:color w:val="000000" w:themeColor="text1"/>
                <w:sz w:val="22"/>
              </w:rPr>
              <w:t>2,788,214</w:t>
            </w:r>
          </w:p>
        </w:tc>
        <w:tc>
          <w:tcPr>
            <w:tcW w:w="3024" w:type="dxa"/>
          </w:tcPr>
          <w:p w14:paraId="0D91A960" w14:textId="77777777" w:rsidR="00D94E50" w:rsidRPr="00D35743" w:rsidRDefault="00000000">
            <w:pPr>
              <w:rPr>
                <w:rFonts w:cs="Times New Roman"/>
                <w:color w:val="000000" w:themeColor="text1"/>
                <w:sz w:val="22"/>
              </w:rPr>
            </w:pPr>
            <w:r w:rsidRPr="00D35743">
              <w:rPr>
                <w:rFonts w:cs="Times New Roman"/>
                <w:color w:val="000000" w:themeColor="text1"/>
                <w:sz w:val="22"/>
              </w:rPr>
              <w:t>4.150</w:t>
            </w:r>
          </w:p>
        </w:tc>
      </w:tr>
      <w:tr w:rsidR="00D94E50" w:rsidRPr="00D35743" w14:paraId="5872D325" w14:textId="77777777">
        <w:tc>
          <w:tcPr>
            <w:tcW w:w="1296" w:type="dxa"/>
          </w:tcPr>
          <w:p w14:paraId="43A542DB" w14:textId="77777777" w:rsidR="00D94E50" w:rsidRPr="00D35743" w:rsidRDefault="00000000">
            <w:pPr>
              <w:rPr>
                <w:rFonts w:cs="Times New Roman"/>
                <w:color w:val="000000" w:themeColor="text1"/>
                <w:sz w:val="22"/>
              </w:rPr>
            </w:pPr>
            <w:r w:rsidRPr="00D35743">
              <w:rPr>
                <w:rFonts w:cs="Times New Roman"/>
                <w:color w:val="000000" w:themeColor="text1"/>
                <w:sz w:val="22"/>
              </w:rPr>
              <w:t>2020</w:t>
            </w:r>
          </w:p>
        </w:tc>
        <w:tc>
          <w:tcPr>
            <w:tcW w:w="2880" w:type="dxa"/>
          </w:tcPr>
          <w:p w14:paraId="3602A420" w14:textId="77777777" w:rsidR="00D94E50" w:rsidRPr="00D35743" w:rsidRDefault="00000000">
            <w:pPr>
              <w:rPr>
                <w:rFonts w:cs="Times New Roman"/>
                <w:color w:val="000000" w:themeColor="text1"/>
                <w:sz w:val="22"/>
              </w:rPr>
            </w:pPr>
            <w:r w:rsidRPr="00D35743">
              <w:rPr>
                <w:rFonts w:cs="Times New Roman"/>
                <w:color w:val="000000" w:themeColor="text1"/>
                <w:sz w:val="22"/>
              </w:rPr>
              <w:t>1,316</w:t>
            </w:r>
          </w:p>
        </w:tc>
        <w:tc>
          <w:tcPr>
            <w:tcW w:w="3024" w:type="dxa"/>
          </w:tcPr>
          <w:p w14:paraId="1E5F2DED" w14:textId="77777777" w:rsidR="00D94E50" w:rsidRPr="00D35743" w:rsidRDefault="00000000">
            <w:pPr>
              <w:rPr>
                <w:rFonts w:cs="Times New Roman"/>
                <w:color w:val="000000" w:themeColor="text1"/>
                <w:sz w:val="22"/>
              </w:rPr>
            </w:pPr>
            <w:r w:rsidRPr="00D35743">
              <w:rPr>
                <w:rFonts w:cs="Times New Roman"/>
                <w:color w:val="000000" w:themeColor="text1"/>
                <w:sz w:val="22"/>
              </w:rPr>
              <w:t>3,310,507</w:t>
            </w:r>
          </w:p>
        </w:tc>
        <w:tc>
          <w:tcPr>
            <w:tcW w:w="3024" w:type="dxa"/>
          </w:tcPr>
          <w:p w14:paraId="4471AFD2" w14:textId="77777777" w:rsidR="00D94E50" w:rsidRPr="00D35743" w:rsidRDefault="00000000">
            <w:pPr>
              <w:rPr>
                <w:rFonts w:cs="Times New Roman"/>
                <w:color w:val="000000" w:themeColor="text1"/>
                <w:sz w:val="22"/>
              </w:rPr>
            </w:pPr>
            <w:r w:rsidRPr="00D35743">
              <w:rPr>
                <w:rFonts w:cs="Times New Roman"/>
                <w:color w:val="000000" w:themeColor="text1"/>
                <w:sz w:val="22"/>
              </w:rPr>
              <w:t>3.975</w:t>
            </w:r>
          </w:p>
        </w:tc>
      </w:tr>
      <w:tr w:rsidR="00D94E50" w:rsidRPr="00D35743" w14:paraId="5D8D9702" w14:textId="77777777">
        <w:tc>
          <w:tcPr>
            <w:tcW w:w="1296" w:type="dxa"/>
          </w:tcPr>
          <w:p w14:paraId="481B13B3" w14:textId="77777777" w:rsidR="00D94E50" w:rsidRPr="00D35743" w:rsidRDefault="00000000">
            <w:pPr>
              <w:rPr>
                <w:rFonts w:cs="Times New Roman"/>
                <w:color w:val="000000" w:themeColor="text1"/>
                <w:sz w:val="22"/>
              </w:rPr>
            </w:pPr>
            <w:r w:rsidRPr="00D35743">
              <w:rPr>
                <w:rFonts w:cs="Times New Roman"/>
                <w:color w:val="000000" w:themeColor="text1"/>
                <w:sz w:val="22"/>
              </w:rPr>
              <w:t>2021</w:t>
            </w:r>
          </w:p>
        </w:tc>
        <w:tc>
          <w:tcPr>
            <w:tcW w:w="2880" w:type="dxa"/>
          </w:tcPr>
          <w:p w14:paraId="51CF8B06" w14:textId="77777777" w:rsidR="00D94E50" w:rsidRPr="00D35743" w:rsidRDefault="00000000">
            <w:pPr>
              <w:rPr>
                <w:rFonts w:cs="Times New Roman"/>
                <w:color w:val="000000" w:themeColor="text1"/>
                <w:sz w:val="22"/>
              </w:rPr>
            </w:pPr>
            <w:r w:rsidRPr="00D35743">
              <w:rPr>
                <w:rFonts w:cs="Times New Roman"/>
                <w:color w:val="000000" w:themeColor="text1"/>
                <w:sz w:val="22"/>
              </w:rPr>
              <w:t>1,309</w:t>
            </w:r>
          </w:p>
        </w:tc>
        <w:tc>
          <w:tcPr>
            <w:tcW w:w="3024" w:type="dxa"/>
          </w:tcPr>
          <w:p w14:paraId="22154C95" w14:textId="77777777" w:rsidR="00D94E50" w:rsidRPr="00D35743" w:rsidRDefault="00000000">
            <w:pPr>
              <w:rPr>
                <w:rFonts w:cs="Times New Roman"/>
                <w:color w:val="000000" w:themeColor="text1"/>
                <w:sz w:val="22"/>
              </w:rPr>
            </w:pPr>
            <w:r w:rsidRPr="00D35743">
              <w:rPr>
                <w:rFonts w:cs="Times New Roman"/>
                <w:color w:val="000000" w:themeColor="text1"/>
                <w:sz w:val="22"/>
              </w:rPr>
              <w:t>3,388,400</w:t>
            </w:r>
          </w:p>
        </w:tc>
        <w:tc>
          <w:tcPr>
            <w:tcW w:w="3024" w:type="dxa"/>
          </w:tcPr>
          <w:p w14:paraId="2627BD15" w14:textId="77777777" w:rsidR="00D94E50" w:rsidRPr="00D35743" w:rsidRDefault="00000000">
            <w:pPr>
              <w:rPr>
                <w:rFonts w:cs="Times New Roman"/>
                <w:color w:val="000000" w:themeColor="text1"/>
                <w:sz w:val="22"/>
              </w:rPr>
            </w:pPr>
            <w:r w:rsidRPr="00D35743">
              <w:rPr>
                <w:rFonts w:cs="Times New Roman"/>
                <w:color w:val="000000" w:themeColor="text1"/>
                <w:sz w:val="22"/>
              </w:rPr>
              <w:t>3.863</w:t>
            </w:r>
          </w:p>
        </w:tc>
      </w:tr>
      <w:tr w:rsidR="00D94E50" w:rsidRPr="00D35743" w14:paraId="15B626E7" w14:textId="77777777">
        <w:tc>
          <w:tcPr>
            <w:tcW w:w="1296" w:type="dxa"/>
          </w:tcPr>
          <w:p w14:paraId="1BE71367" w14:textId="77777777" w:rsidR="00D94E50" w:rsidRPr="00D35743" w:rsidRDefault="00000000">
            <w:pPr>
              <w:rPr>
                <w:rFonts w:cs="Times New Roman"/>
                <w:color w:val="000000" w:themeColor="text1"/>
                <w:sz w:val="22"/>
              </w:rPr>
            </w:pPr>
            <w:r w:rsidRPr="00D35743">
              <w:rPr>
                <w:rFonts w:cs="Times New Roman"/>
                <w:color w:val="000000" w:themeColor="text1"/>
                <w:sz w:val="22"/>
              </w:rPr>
              <w:t>2022</w:t>
            </w:r>
          </w:p>
        </w:tc>
        <w:tc>
          <w:tcPr>
            <w:tcW w:w="2880" w:type="dxa"/>
          </w:tcPr>
          <w:p w14:paraId="0AE00A92" w14:textId="77777777" w:rsidR="00D94E50" w:rsidRPr="00D35743" w:rsidRDefault="00000000">
            <w:pPr>
              <w:rPr>
                <w:rFonts w:cs="Times New Roman"/>
                <w:color w:val="000000" w:themeColor="text1"/>
                <w:sz w:val="22"/>
              </w:rPr>
            </w:pPr>
            <w:r w:rsidRPr="00D35743">
              <w:rPr>
                <w:rFonts w:cs="Times New Roman"/>
                <w:color w:val="000000" w:themeColor="text1"/>
                <w:sz w:val="22"/>
              </w:rPr>
              <w:t>1,513</w:t>
            </w:r>
          </w:p>
        </w:tc>
        <w:tc>
          <w:tcPr>
            <w:tcW w:w="3024" w:type="dxa"/>
          </w:tcPr>
          <w:p w14:paraId="500246B3" w14:textId="77777777" w:rsidR="00D94E50" w:rsidRPr="00D35743" w:rsidRDefault="00000000">
            <w:pPr>
              <w:rPr>
                <w:rFonts w:cs="Times New Roman"/>
                <w:color w:val="000000" w:themeColor="text1"/>
                <w:sz w:val="22"/>
              </w:rPr>
            </w:pPr>
            <w:r w:rsidRPr="00D35743">
              <w:rPr>
                <w:rFonts w:cs="Times New Roman"/>
                <w:color w:val="000000" w:themeColor="text1"/>
                <w:sz w:val="22"/>
              </w:rPr>
              <w:t>3,204,466</w:t>
            </w:r>
          </w:p>
        </w:tc>
        <w:tc>
          <w:tcPr>
            <w:tcW w:w="3024" w:type="dxa"/>
          </w:tcPr>
          <w:p w14:paraId="025F1BB2" w14:textId="77777777" w:rsidR="00D94E50" w:rsidRPr="00D35743" w:rsidRDefault="00000000">
            <w:pPr>
              <w:rPr>
                <w:rFonts w:cs="Times New Roman"/>
                <w:color w:val="000000" w:themeColor="text1"/>
                <w:sz w:val="22"/>
              </w:rPr>
            </w:pPr>
            <w:r w:rsidRPr="00D35743">
              <w:rPr>
                <w:rFonts w:cs="Times New Roman"/>
                <w:color w:val="000000" w:themeColor="text1"/>
                <w:sz w:val="22"/>
              </w:rPr>
              <w:t>4.722</w:t>
            </w:r>
          </w:p>
        </w:tc>
      </w:tr>
      <w:tr w:rsidR="00D94E50" w:rsidRPr="00D35743" w14:paraId="48AF77E0" w14:textId="77777777">
        <w:tc>
          <w:tcPr>
            <w:tcW w:w="1296" w:type="dxa"/>
          </w:tcPr>
          <w:p w14:paraId="07FF17FB" w14:textId="77777777" w:rsidR="00D94E50" w:rsidRPr="00D35743" w:rsidRDefault="00000000">
            <w:pPr>
              <w:rPr>
                <w:rFonts w:cs="Times New Roman"/>
                <w:color w:val="000000" w:themeColor="text1"/>
                <w:sz w:val="22"/>
              </w:rPr>
            </w:pPr>
            <w:r w:rsidRPr="00D35743">
              <w:rPr>
                <w:rFonts w:cs="Times New Roman"/>
                <w:color w:val="000000" w:themeColor="text1"/>
                <w:sz w:val="22"/>
              </w:rPr>
              <w:t>2023</w:t>
            </w:r>
          </w:p>
        </w:tc>
        <w:tc>
          <w:tcPr>
            <w:tcW w:w="2880" w:type="dxa"/>
          </w:tcPr>
          <w:p w14:paraId="6047BB2B" w14:textId="77777777" w:rsidR="00D94E50" w:rsidRPr="00D35743" w:rsidRDefault="00000000">
            <w:pPr>
              <w:rPr>
                <w:rFonts w:cs="Times New Roman"/>
                <w:color w:val="000000" w:themeColor="text1"/>
                <w:sz w:val="22"/>
              </w:rPr>
            </w:pPr>
            <w:r w:rsidRPr="00D35743">
              <w:rPr>
                <w:rFonts w:cs="Times New Roman"/>
                <w:color w:val="000000" w:themeColor="text1"/>
                <w:sz w:val="22"/>
              </w:rPr>
              <w:t>1,467</w:t>
            </w:r>
          </w:p>
        </w:tc>
        <w:tc>
          <w:tcPr>
            <w:tcW w:w="3024" w:type="dxa"/>
          </w:tcPr>
          <w:p w14:paraId="3AE4494C" w14:textId="77777777" w:rsidR="00D94E50" w:rsidRPr="00D35743" w:rsidRDefault="00000000">
            <w:pPr>
              <w:rPr>
                <w:rFonts w:cs="Times New Roman"/>
                <w:color w:val="000000" w:themeColor="text1"/>
                <w:sz w:val="22"/>
              </w:rPr>
            </w:pPr>
            <w:r w:rsidRPr="00D35743">
              <w:rPr>
                <w:rFonts w:cs="Times New Roman"/>
                <w:color w:val="000000" w:themeColor="text1"/>
                <w:sz w:val="22"/>
              </w:rPr>
              <w:t>3,017,300</w:t>
            </w:r>
          </w:p>
        </w:tc>
        <w:tc>
          <w:tcPr>
            <w:tcW w:w="3024" w:type="dxa"/>
          </w:tcPr>
          <w:p w14:paraId="62DCB8EE" w14:textId="77777777" w:rsidR="00D94E50" w:rsidRPr="00D35743" w:rsidRDefault="00000000">
            <w:pPr>
              <w:rPr>
                <w:rFonts w:cs="Times New Roman"/>
                <w:color w:val="000000" w:themeColor="text1"/>
                <w:sz w:val="22"/>
              </w:rPr>
            </w:pPr>
            <w:r w:rsidRPr="00D35743">
              <w:rPr>
                <w:rFonts w:cs="Times New Roman"/>
                <w:color w:val="000000" w:themeColor="text1"/>
                <w:sz w:val="22"/>
              </w:rPr>
              <w:t>4.862</w:t>
            </w:r>
          </w:p>
        </w:tc>
      </w:tr>
      <w:tr w:rsidR="00D94E50" w:rsidRPr="00D35743" w14:paraId="4BD321DC" w14:textId="77777777">
        <w:tc>
          <w:tcPr>
            <w:tcW w:w="1296" w:type="dxa"/>
          </w:tcPr>
          <w:p w14:paraId="0E96980E" w14:textId="77777777" w:rsidR="00D94E50" w:rsidRPr="00D35743" w:rsidRDefault="00000000">
            <w:pPr>
              <w:rPr>
                <w:rFonts w:cs="Times New Roman"/>
                <w:color w:val="000000" w:themeColor="text1"/>
                <w:sz w:val="22"/>
              </w:rPr>
            </w:pPr>
            <w:r w:rsidRPr="00D35743">
              <w:rPr>
                <w:rFonts w:cs="Times New Roman"/>
                <w:color w:val="000000" w:themeColor="text1"/>
                <w:sz w:val="22"/>
              </w:rPr>
              <w:t>2024</w:t>
            </w:r>
          </w:p>
        </w:tc>
        <w:tc>
          <w:tcPr>
            <w:tcW w:w="2880" w:type="dxa"/>
          </w:tcPr>
          <w:p w14:paraId="42541618" w14:textId="77777777" w:rsidR="00D94E50" w:rsidRPr="00D35743" w:rsidRDefault="00000000">
            <w:pPr>
              <w:rPr>
                <w:rFonts w:cs="Times New Roman"/>
                <w:color w:val="000000" w:themeColor="text1"/>
                <w:sz w:val="22"/>
              </w:rPr>
            </w:pPr>
            <w:r w:rsidRPr="00D35743">
              <w:rPr>
                <w:rFonts w:cs="Times New Roman"/>
                <w:color w:val="000000" w:themeColor="text1"/>
                <w:sz w:val="22"/>
              </w:rPr>
              <w:t>1,511</w:t>
            </w:r>
          </w:p>
        </w:tc>
        <w:tc>
          <w:tcPr>
            <w:tcW w:w="3024" w:type="dxa"/>
          </w:tcPr>
          <w:p w14:paraId="2EE07BB9" w14:textId="77777777" w:rsidR="00D94E50" w:rsidRPr="00D35743" w:rsidRDefault="00000000">
            <w:pPr>
              <w:rPr>
                <w:rFonts w:cs="Times New Roman"/>
                <w:color w:val="000000" w:themeColor="text1"/>
                <w:sz w:val="22"/>
              </w:rPr>
            </w:pPr>
            <w:r w:rsidRPr="00D35743">
              <w:rPr>
                <w:rFonts w:cs="Times New Roman"/>
                <w:color w:val="000000" w:themeColor="text1"/>
                <w:sz w:val="22"/>
              </w:rPr>
              <w:t>3,002,485</w:t>
            </w:r>
          </w:p>
        </w:tc>
        <w:tc>
          <w:tcPr>
            <w:tcW w:w="3024" w:type="dxa"/>
          </w:tcPr>
          <w:p w14:paraId="74F73C59" w14:textId="77777777" w:rsidR="00D94E50" w:rsidRPr="00D35743" w:rsidRDefault="00000000">
            <w:pPr>
              <w:rPr>
                <w:rFonts w:cs="Times New Roman"/>
                <w:color w:val="000000" w:themeColor="text1"/>
                <w:sz w:val="22"/>
              </w:rPr>
            </w:pPr>
            <w:r w:rsidRPr="00D35743">
              <w:rPr>
                <w:rFonts w:cs="Times New Roman"/>
                <w:color w:val="000000" w:themeColor="text1"/>
                <w:sz w:val="22"/>
              </w:rPr>
              <w:t>5.032</w:t>
            </w:r>
          </w:p>
        </w:tc>
      </w:tr>
    </w:tbl>
    <w:p w14:paraId="7DC6D49A" w14:textId="77777777" w:rsidR="00D94E50" w:rsidRPr="00D35743" w:rsidRDefault="00D94E50">
      <w:pPr>
        <w:rPr>
          <w:rFonts w:cs="Times New Roman"/>
          <w:color w:val="000000" w:themeColor="text1"/>
          <w:sz w:val="22"/>
        </w:rPr>
      </w:pPr>
    </w:p>
    <w:p w14:paraId="4FD7166C" w14:textId="77777777" w:rsidR="00D94E50" w:rsidRPr="00D35743" w:rsidRDefault="00000000">
      <w:pPr>
        <w:rPr>
          <w:rFonts w:cs="Times New Roman"/>
          <w:color w:val="000000" w:themeColor="text1"/>
          <w:sz w:val="22"/>
        </w:rPr>
      </w:pPr>
      <w:r w:rsidRPr="00D35743">
        <w:rPr>
          <w:rFonts w:cs="Times New Roman"/>
          <w:i/>
          <w:color w:val="000000" w:themeColor="text1"/>
          <w:sz w:val="22"/>
        </w:rPr>
        <w:t>The denominator was extracted under an identical age restriction and Hispanic-origin restriction, so numerator and denominator describe the same population. This measure has no population denominator and is therefore unaffected by census estimation, by the 2020-census blended base, or by the transition between data files. Deaths involving neurogenic bladder rose 92% across the period while all deaths at these ages rose 30%; the proportion rose 48%, from 3.40 to 5.03 per 10,000 deaths, and reached its minimum in 2008, the same year as the age-adjusted rate.</w:t>
      </w:r>
    </w:p>
    <w:p w14:paraId="09841E74" w14:textId="77777777" w:rsidR="00D94E50" w:rsidRPr="00D35743" w:rsidRDefault="00000000">
      <w:pPr>
        <w:rPr>
          <w:rFonts w:cs="Times New Roman"/>
          <w:color w:val="000000" w:themeColor="text1"/>
          <w:sz w:val="22"/>
        </w:rPr>
      </w:pPr>
      <w:r w:rsidRPr="00D35743">
        <w:rPr>
          <w:rFonts w:cs="Times New Roman"/>
          <w:color w:val="000000" w:themeColor="text1"/>
          <w:sz w:val="22"/>
        </w:rPr>
        <w:br w:type="page"/>
      </w:r>
    </w:p>
    <w:p w14:paraId="2C910D3A" w14:textId="77777777" w:rsidR="00D94E50" w:rsidRPr="00D35743" w:rsidRDefault="00000000">
      <w:pPr>
        <w:pStyle w:val="Heading1"/>
        <w:rPr>
          <w:rFonts w:ascii="Times New Roman" w:hAnsi="Times New Roman" w:cs="Times New Roman"/>
          <w:color w:val="000000" w:themeColor="text1"/>
          <w:sz w:val="22"/>
          <w:szCs w:val="22"/>
        </w:rPr>
      </w:pPr>
      <w:r w:rsidRPr="00D35743">
        <w:rPr>
          <w:rFonts w:ascii="Times New Roman" w:hAnsi="Times New Roman" w:cs="Times New Roman"/>
          <w:color w:val="000000" w:themeColor="text1"/>
          <w:sz w:val="22"/>
          <w:szCs w:val="22"/>
        </w:rPr>
        <w:lastRenderedPageBreak/>
        <w:t>Table S17. Specification of every CDC WONDER query used, transcribed from the metadata block of each exported file</w:t>
      </w:r>
    </w:p>
    <w:tbl>
      <w:tblPr>
        <w:tblStyle w:val="TableGrid"/>
        <w:tblW w:w="0" w:type="auto"/>
        <w:tblLook w:val="04A0" w:firstRow="1" w:lastRow="0" w:firstColumn="1" w:lastColumn="0" w:noHBand="0" w:noVBand="1"/>
      </w:tblPr>
      <w:tblGrid>
        <w:gridCol w:w="436"/>
        <w:gridCol w:w="2809"/>
        <w:gridCol w:w="1605"/>
        <w:gridCol w:w="1221"/>
        <w:gridCol w:w="2093"/>
        <w:gridCol w:w="932"/>
        <w:gridCol w:w="1633"/>
        <w:gridCol w:w="1768"/>
        <w:gridCol w:w="1605"/>
      </w:tblGrid>
      <w:tr w:rsidR="00D94E50" w:rsidRPr="00D35743" w14:paraId="7E66BDE7" w14:textId="77777777">
        <w:tc>
          <w:tcPr>
            <w:tcW w:w="432" w:type="dxa"/>
          </w:tcPr>
          <w:p w14:paraId="53B52FAE" w14:textId="77777777" w:rsidR="00D94E50" w:rsidRPr="00D35743" w:rsidRDefault="00000000">
            <w:pPr>
              <w:rPr>
                <w:rFonts w:cs="Times New Roman"/>
                <w:color w:val="000000" w:themeColor="text1"/>
                <w:sz w:val="22"/>
              </w:rPr>
            </w:pPr>
            <w:r w:rsidRPr="00D35743">
              <w:rPr>
                <w:rFonts w:cs="Times New Roman"/>
                <w:b/>
                <w:color w:val="000000" w:themeColor="text1"/>
                <w:sz w:val="22"/>
              </w:rPr>
              <w:t>#</w:t>
            </w:r>
          </w:p>
        </w:tc>
        <w:tc>
          <w:tcPr>
            <w:tcW w:w="2880" w:type="dxa"/>
          </w:tcPr>
          <w:p w14:paraId="68F2F63B" w14:textId="77777777" w:rsidR="00D94E50" w:rsidRPr="00D35743" w:rsidRDefault="00000000">
            <w:pPr>
              <w:rPr>
                <w:rFonts w:cs="Times New Roman"/>
                <w:color w:val="000000" w:themeColor="text1"/>
                <w:sz w:val="22"/>
              </w:rPr>
            </w:pPr>
            <w:r w:rsidRPr="00D35743">
              <w:rPr>
                <w:rFonts w:cs="Times New Roman"/>
                <w:b/>
                <w:color w:val="000000" w:themeColor="text1"/>
                <w:sz w:val="22"/>
              </w:rPr>
              <w:t>Purpose</w:t>
            </w:r>
          </w:p>
        </w:tc>
        <w:tc>
          <w:tcPr>
            <w:tcW w:w="1656" w:type="dxa"/>
          </w:tcPr>
          <w:p w14:paraId="4BDD3556" w14:textId="77777777" w:rsidR="00D94E50" w:rsidRPr="00D35743" w:rsidRDefault="00000000">
            <w:pPr>
              <w:rPr>
                <w:rFonts w:cs="Times New Roman"/>
                <w:color w:val="000000" w:themeColor="text1"/>
                <w:sz w:val="22"/>
              </w:rPr>
            </w:pPr>
            <w:r w:rsidRPr="00D35743">
              <w:rPr>
                <w:rFonts w:cs="Times New Roman"/>
                <w:b/>
                <w:color w:val="000000" w:themeColor="text1"/>
                <w:sz w:val="22"/>
              </w:rPr>
              <w:t>Data file</w:t>
            </w:r>
          </w:p>
        </w:tc>
        <w:tc>
          <w:tcPr>
            <w:tcW w:w="1224" w:type="dxa"/>
          </w:tcPr>
          <w:p w14:paraId="00540068" w14:textId="77777777" w:rsidR="00D94E50" w:rsidRPr="00D35743" w:rsidRDefault="00000000">
            <w:pPr>
              <w:rPr>
                <w:rFonts w:cs="Times New Roman"/>
                <w:color w:val="000000" w:themeColor="text1"/>
                <w:sz w:val="22"/>
              </w:rPr>
            </w:pPr>
            <w:r w:rsidRPr="00D35743">
              <w:rPr>
                <w:rFonts w:cs="Times New Roman"/>
                <w:b/>
                <w:color w:val="000000" w:themeColor="text1"/>
                <w:sz w:val="22"/>
              </w:rPr>
              <w:t>Cause field</w:t>
            </w:r>
          </w:p>
        </w:tc>
        <w:tc>
          <w:tcPr>
            <w:tcW w:w="2160" w:type="dxa"/>
          </w:tcPr>
          <w:p w14:paraId="31A0594B" w14:textId="77777777" w:rsidR="00D94E50" w:rsidRPr="00D35743" w:rsidRDefault="00000000">
            <w:pPr>
              <w:rPr>
                <w:rFonts w:cs="Times New Roman"/>
                <w:color w:val="000000" w:themeColor="text1"/>
                <w:sz w:val="22"/>
              </w:rPr>
            </w:pPr>
            <w:r w:rsidRPr="00D35743">
              <w:rPr>
                <w:rFonts w:cs="Times New Roman"/>
                <w:b/>
                <w:color w:val="000000" w:themeColor="text1"/>
                <w:sz w:val="22"/>
              </w:rPr>
              <w:t>Group results by</w:t>
            </w:r>
          </w:p>
        </w:tc>
        <w:tc>
          <w:tcPr>
            <w:tcW w:w="936" w:type="dxa"/>
          </w:tcPr>
          <w:p w14:paraId="6F8E5EF9" w14:textId="77777777" w:rsidR="00D94E50" w:rsidRPr="00D35743" w:rsidRDefault="00000000">
            <w:pPr>
              <w:rPr>
                <w:rFonts w:cs="Times New Roman"/>
                <w:color w:val="000000" w:themeColor="text1"/>
                <w:sz w:val="22"/>
              </w:rPr>
            </w:pPr>
            <w:r w:rsidRPr="00D35743">
              <w:rPr>
                <w:rFonts w:cs="Times New Roman"/>
                <w:b/>
                <w:color w:val="000000" w:themeColor="text1"/>
                <w:sz w:val="22"/>
              </w:rPr>
              <w:t>Age groups</w:t>
            </w:r>
          </w:p>
        </w:tc>
        <w:tc>
          <w:tcPr>
            <w:tcW w:w="1656" w:type="dxa"/>
          </w:tcPr>
          <w:p w14:paraId="43DE5EAF" w14:textId="77777777" w:rsidR="00D94E50" w:rsidRPr="00D35743" w:rsidRDefault="00000000">
            <w:pPr>
              <w:rPr>
                <w:rFonts w:cs="Times New Roman"/>
                <w:color w:val="000000" w:themeColor="text1"/>
                <w:sz w:val="22"/>
              </w:rPr>
            </w:pPr>
            <w:r w:rsidRPr="00D35743">
              <w:rPr>
                <w:rFonts w:cs="Times New Roman"/>
                <w:b/>
                <w:color w:val="000000" w:themeColor="text1"/>
                <w:sz w:val="22"/>
              </w:rPr>
              <w:t>Hispanic origin</w:t>
            </w:r>
          </w:p>
        </w:tc>
        <w:tc>
          <w:tcPr>
            <w:tcW w:w="1800" w:type="dxa"/>
          </w:tcPr>
          <w:p w14:paraId="44E32C87" w14:textId="77777777" w:rsidR="00D94E50" w:rsidRPr="00D35743" w:rsidRDefault="00000000">
            <w:pPr>
              <w:rPr>
                <w:rFonts w:cs="Times New Roman"/>
                <w:color w:val="000000" w:themeColor="text1"/>
                <w:sz w:val="22"/>
              </w:rPr>
            </w:pPr>
            <w:r w:rsidRPr="00D35743">
              <w:rPr>
                <w:rFonts w:cs="Times New Roman"/>
                <w:b/>
                <w:color w:val="000000" w:themeColor="text1"/>
                <w:sz w:val="22"/>
              </w:rPr>
              <w:t>Race restriction</w:t>
            </w:r>
          </w:p>
        </w:tc>
        <w:tc>
          <w:tcPr>
            <w:tcW w:w="1656" w:type="dxa"/>
          </w:tcPr>
          <w:p w14:paraId="5A2FFF6C" w14:textId="77777777" w:rsidR="00D94E50" w:rsidRPr="00D35743" w:rsidRDefault="00000000">
            <w:pPr>
              <w:rPr>
                <w:rFonts w:cs="Times New Roman"/>
                <w:color w:val="000000" w:themeColor="text1"/>
                <w:sz w:val="22"/>
              </w:rPr>
            </w:pPr>
            <w:r w:rsidRPr="00D35743">
              <w:rPr>
                <w:rFonts w:cs="Times New Roman"/>
                <w:b/>
                <w:color w:val="000000" w:themeColor="text1"/>
                <w:sz w:val="22"/>
              </w:rPr>
              <w:t>Years</w:t>
            </w:r>
          </w:p>
        </w:tc>
      </w:tr>
      <w:tr w:rsidR="00D94E50" w:rsidRPr="00D35743" w14:paraId="5C1AA717" w14:textId="77777777">
        <w:tc>
          <w:tcPr>
            <w:tcW w:w="432" w:type="dxa"/>
          </w:tcPr>
          <w:p w14:paraId="469047CB" w14:textId="77777777" w:rsidR="00D94E50" w:rsidRPr="00D35743" w:rsidRDefault="00000000">
            <w:pPr>
              <w:rPr>
                <w:rFonts w:cs="Times New Roman"/>
                <w:color w:val="000000" w:themeColor="text1"/>
                <w:sz w:val="22"/>
              </w:rPr>
            </w:pPr>
            <w:r w:rsidRPr="00D35743">
              <w:rPr>
                <w:rFonts w:cs="Times New Roman"/>
                <w:color w:val="000000" w:themeColor="text1"/>
                <w:sz w:val="22"/>
              </w:rPr>
              <w:t>1</w:t>
            </w:r>
          </w:p>
        </w:tc>
        <w:tc>
          <w:tcPr>
            <w:tcW w:w="2880" w:type="dxa"/>
          </w:tcPr>
          <w:p w14:paraId="281F20C5" w14:textId="77777777" w:rsidR="00D94E50" w:rsidRPr="00D35743" w:rsidRDefault="00000000">
            <w:pPr>
              <w:rPr>
                <w:rFonts w:cs="Times New Roman"/>
                <w:color w:val="000000" w:themeColor="text1"/>
                <w:sz w:val="22"/>
              </w:rPr>
            </w:pPr>
            <w:r w:rsidRPr="00D35743">
              <w:rPr>
                <w:rFonts w:cs="Times New Roman"/>
                <w:color w:val="000000" w:themeColor="text1"/>
                <w:sz w:val="22"/>
              </w:rPr>
              <w:t>age 25-44</w:t>
            </w:r>
          </w:p>
        </w:tc>
        <w:tc>
          <w:tcPr>
            <w:tcW w:w="1656" w:type="dxa"/>
          </w:tcPr>
          <w:p w14:paraId="4D39003B"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1ECAA908"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5FC36A53"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66D2EADC" w14:textId="77777777" w:rsidR="00D94E50" w:rsidRPr="00D35743" w:rsidRDefault="00000000">
            <w:pPr>
              <w:rPr>
                <w:rFonts w:cs="Times New Roman"/>
                <w:color w:val="000000" w:themeColor="text1"/>
                <w:sz w:val="22"/>
              </w:rPr>
            </w:pPr>
            <w:r w:rsidRPr="00D35743">
              <w:rPr>
                <w:rFonts w:cs="Times New Roman"/>
                <w:color w:val="000000" w:themeColor="text1"/>
                <w:sz w:val="22"/>
              </w:rPr>
              <w:t>2 of 7</w:t>
            </w:r>
          </w:p>
        </w:tc>
        <w:tc>
          <w:tcPr>
            <w:tcW w:w="1656" w:type="dxa"/>
          </w:tcPr>
          <w:p w14:paraId="4488EBAA"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53C5A841"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60D4BB19"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6E1AB130" w14:textId="77777777">
        <w:tc>
          <w:tcPr>
            <w:tcW w:w="432" w:type="dxa"/>
          </w:tcPr>
          <w:p w14:paraId="0589049C" w14:textId="77777777" w:rsidR="00D94E50" w:rsidRPr="00D35743" w:rsidRDefault="00000000">
            <w:pPr>
              <w:rPr>
                <w:rFonts w:cs="Times New Roman"/>
                <w:color w:val="000000" w:themeColor="text1"/>
                <w:sz w:val="22"/>
              </w:rPr>
            </w:pPr>
            <w:r w:rsidRPr="00D35743">
              <w:rPr>
                <w:rFonts w:cs="Times New Roman"/>
                <w:color w:val="000000" w:themeColor="text1"/>
                <w:sz w:val="22"/>
              </w:rPr>
              <w:t>2</w:t>
            </w:r>
          </w:p>
        </w:tc>
        <w:tc>
          <w:tcPr>
            <w:tcW w:w="2880" w:type="dxa"/>
          </w:tcPr>
          <w:p w14:paraId="748293AF" w14:textId="77777777" w:rsidR="00D94E50" w:rsidRPr="00D35743" w:rsidRDefault="00000000">
            <w:pPr>
              <w:rPr>
                <w:rFonts w:cs="Times New Roman"/>
                <w:color w:val="000000" w:themeColor="text1"/>
                <w:sz w:val="22"/>
              </w:rPr>
            </w:pPr>
            <w:r w:rsidRPr="00D35743">
              <w:rPr>
                <w:rFonts w:cs="Times New Roman"/>
                <w:color w:val="000000" w:themeColor="text1"/>
                <w:sz w:val="22"/>
              </w:rPr>
              <w:t>age 25-44</w:t>
            </w:r>
          </w:p>
        </w:tc>
        <w:tc>
          <w:tcPr>
            <w:tcW w:w="1656" w:type="dxa"/>
          </w:tcPr>
          <w:p w14:paraId="5068978F"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578B33DF"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1251D392"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682E4E8B" w14:textId="77777777" w:rsidR="00D94E50" w:rsidRPr="00D35743" w:rsidRDefault="00000000">
            <w:pPr>
              <w:rPr>
                <w:rFonts w:cs="Times New Roman"/>
                <w:color w:val="000000" w:themeColor="text1"/>
                <w:sz w:val="22"/>
              </w:rPr>
            </w:pPr>
            <w:r w:rsidRPr="00D35743">
              <w:rPr>
                <w:rFonts w:cs="Times New Roman"/>
                <w:color w:val="000000" w:themeColor="text1"/>
                <w:sz w:val="22"/>
              </w:rPr>
              <w:t>2 of 7</w:t>
            </w:r>
          </w:p>
        </w:tc>
        <w:tc>
          <w:tcPr>
            <w:tcW w:w="1656" w:type="dxa"/>
          </w:tcPr>
          <w:p w14:paraId="538827C6"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296ACBBF"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011718AF"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1154E408" w14:textId="77777777">
        <w:tc>
          <w:tcPr>
            <w:tcW w:w="432" w:type="dxa"/>
          </w:tcPr>
          <w:p w14:paraId="110C6073" w14:textId="77777777" w:rsidR="00D94E50" w:rsidRPr="00D35743" w:rsidRDefault="00000000">
            <w:pPr>
              <w:rPr>
                <w:rFonts w:cs="Times New Roman"/>
                <w:color w:val="000000" w:themeColor="text1"/>
                <w:sz w:val="22"/>
              </w:rPr>
            </w:pPr>
            <w:r w:rsidRPr="00D35743">
              <w:rPr>
                <w:rFonts w:cs="Times New Roman"/>
                <w:color w:val="000000" w:themeColor="text1"/>
                <w:sz w:val="22"/>
              </w:rPr>
              <w:t>3</w:t>
            </w:r>
          </w:p>
        </w:tc>
        <w:tc>
          <w:tcPr>
            <w:tcW w:w="2880" w:type="dxa"/>
          </w:tcPr>
          <w:p w14:paraId="22DCCAE9" w14:textId="77777777" w:rsidR="00D94E50" w:rsidRPr="00D35743" w:rsidRDefault="00000000">
            <w:pPr>
              <w:rPr>
                <w:rFonts w:cs="Times New Roman"/>
                <w:color w:val="000000" w:themeColor="text1"/>
                <w:sz w:val="22"/>
              </w:rPr>
            </w:pPr>
            <w:r w:rsidRPr="00D35743">
              <w:rPr>
                <w:rFonts w:cs="Times New Roman"/>
                <w:color w:val="000000" w:themeColor="text1"/>
                <w:sz w:val="22"/>
              </w:rPr>
              <w:t>age 45-64</w:t>
            </w:r>
          </w:p>
        </w:tc>
        <w:tc>
          <w:tcPr>
            <w:tcW w:w="1656" w:type="dxa"/>
          </w:tcPr>
          <w:p w14:paraId="0B6109CA"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24C14641"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25B0E41C"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0E2BDE5E" w14:textId="77777777" w:rsidR="00D94E50" w:rsidRPr="00D35743" w:rsidRDefault="00000000">
            <w:pPr>
              <w:rPr>
                <w:rFonts w:cs="Times New Roman"/>
                <w:color w:val="000000" w:themeColor="text1"/>
                <w:sz w:val="22"/>
              </w:rPr>
            </w:pPr>
            <w:r w:rsidRPr="00D35743">
              <w:rPr>
                <w:rFonts w:cs="Times New Roman"/>
                <w:color w:val="000000" w:themeColor="text1"/>
                <w:sz w:val="22"/>
              </w:rPr>
              <w:t>2 of 7</w:t>
            </w:r>
          </w:p>
        </w:tc>
        <w:tc>
          <w:tcPr>
            <w:tcW w:w="1656" w:type="dxa"/>
          </w:tcPr>
          <w:p w14:paraId="43FE679B"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11D98CA3"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61F50F32"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610FE601" w14:textId="77777777">
        <w:tc>
          <w:tcPr>
            <w:tcW w:w="432" w:type="dxa"/>
          </w:tcPr>
          <w:p w14:paraId="00BCCBD8" w14:textId="77777777" w:rsidR="00D94E50" w:rsidRPr="00D35743" w:rsidRDefault="00000000">
            <w:pPr>
              <w:rPr>
                <w:rFonts w:cs="Times New Roman"/>
                <w:color w:val="000000" w:themeColor="text1"/>
                <w:sz w:val="22"/>
              </w:rPr>
            </w:pPr>
            <w:r w:rsidRPr="00D35743">
              <w:rPr>
                <w:rFonts w:cs="Times New Roman"/>
                <w:color w:val="000000" w:themeColor="text1"/>
                <w:sz w:val="22"/>
              </w:rPr>
              <w:t>4</w:t>
            </w:r>
          </w:p>
        </w:tc>
        <w:tc>
          <w:tcPr>
            <w:tcW w:w="2880" w:type="dxa"/>
          </w:tcPr>
          <w:p w14:paraId="65E4D523" w14:textId="77777777" w:rsidR="00D94E50" w:rsidRPr="00D35743" w:rsidRDefault="00000000">
            <w:pPr>
              <w:rPr>
                <w:rFonts w:cs="Times New Roman"/>
                <w:color w:val="000000" w:themeColor="text1"/>
                <w:sz w:val="22"/>
              </w:rPr>
            </w:pPr>
            <w:r w:rsidRPr="00D35743">
              <w:rPr>
                <w:rFonts w:cs="Times New Roman"/>
                <w:color w:val="000000" w:themeColor="text1"/>
                <w:sz w:val="22"/>
              </w:rPr>
              <w:t>age 45-64</w:t>
            </w:r>
          </w:p>
        </w:tc>
        <w:tc>
          <w:tcPr>
            <w:tcW w:w="1656" w:type="dxa"/>
          </w:tcPr>
          <w:p w14:paraId="16D19E59"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02B47A3A"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60C1B7E5"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02B8A836" w14:textId="77777777" w:rsidR="00D94E50" w:rsidRPr="00D35743" w:rsidRDefault="00000000">
            <w:pPr>
              <w:rPr>
                <w:rFonts w:cs="Times New Roman"/>
                <w:color w:val="000000" w:themeColor="text1"/>
                <w:sz w:val="22"/>
              </w:rPr>
            </w:pPr>
            <w:r w:rsidRPr="00D35743">
              <w:rPr>
                <w:rFonts w:cs="Times New Roman"/>
                <w:color w:val="000000" w:themeColor="text1"/>
                <w:sz w:val="22"/>
              </w:rPr>
              <w:t>2 of 7</w:t>
            </w:r>
          </w:p>
        </w:tc>
        <w:tc>
          <w:tcPr>
            <w:tcW w:w="1656" w:type="dxa"/>
          </w:tcPr>
          <w:p w14:paraId="0119C5D6"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54C74848"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C2CE310"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07018F97" w14:textId="77777777">
        <w:tc>
          <w:tcPr>
            <w:tcW w:w="432" w:type="dxa"/>
          </w:tcPr>
          <w:p w14:paraId="39F7A4AE" w14:textId="77777777" w:rsidR="00D94E50" w:rsidRPr="00D35743" w:rsidRDefault="00000000">
            <w:pPr>
              <w:rPr>
                <w:rFonts w:cs="Times New Roman"/>
                <w:color w:val="000000" w:themeColor="text1"/>
                <w:sz w:val="22"/>
              </w:rPr>
            </w:pPr>
            <w:r w:rsidRPr="00D35743">
              <w:rPr>
                <w:rFonts w:cs="Times New Roman"/>
                <w:color w:val="000000" w:themeColor="text1"/>
                <w:sz w:val="22"/>
              </w:rPr>
              <w:t>5</w:t>
            </w:r>
          </w:p>
        </w:tc>
        <w:tc>
          <w:tcPr>
            <w:tcW w:w="2880" w:type="dxa"/>
          </w:tcPr>
          <w:p w14:paraId="6C758BC3" w14:textId="77777777" w:rsidR="00D94E50" w:rsidRPr="00D35743" w:rsidRDefault="00000000">
            <w:pPr>
              <w:rPr>
                <w:rFonts w:cs="Times New Roman"/>
                <w:color w:val="000000" w:themeColor="text1"/>
                <w:sz w:val="22"/>
              </w:rPr>
            </w:pPr>
            <w:r w:rsidRPr="00D35743">
              <w:rPr>
                <w:rFonts w:cs="Times New Roman"/>
                <w:color w:val="000000" w:themeColor="text1"/>
                <w:sz w:val="22"/>
              </w:rPr>
              <w:t>age 65 and over</w:t>
            </w:r>
          </w:p>
        </w:tc>
        <w:tc>
          <w:tcPr>
            <w:tcW w:w="1656" w:type="dxa"/>
          </w:tcPr>
          <w:p w14:paraId="747FAEE6"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61659F85"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12A595CC"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75707CD6" w14:textId="77777777" w:rsidR="00D94E50" w:rsidRPr="00D35743" w:rsidRDefault="00000000">
            <w:pPr>
              <w:rPr>
                <w:rFonts w:cs="Times New Roman"/>
                <w:color w:val="000000" w:themeColor="text1"/>
                <w:sz w:val="22"/>
              </w:rPr>
            </w:pPr>
            <w:r w:rsidRPr="00D35743">
              <w:rPr>
                <w:rFonts w:cs="Times New Roman"/>
                <w:color w:val="000000" w:themeColor="text1"/>
                <w:sz w:val="22"/>
              </w:rPr>
              <w:t>3 of 7</w:t>
            </w:r>
          </w:p>
        </w:tc>
        <w:tc>
          <w:tcPr>
            <w:tcW w:w="1656" w:type="dxa"/>
          </w:tcPr>
          <w:p w14:paraId="777213C0"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6E6CB03F"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5AB258B2"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592C1465" w14:textId="77777777">
        <w:tc>
          <w:tcPr>
            <w:tcW w:w="432" w:type="dxa"/>
          </w:tcPr>
          <w:p w14:paraId="61EE4F0C" w14:textId="77777777" w:rsidR="00D94E50" w:rsidRPr="00D35743" w:rsidRDefault="00000000">
            <w:pPr>
              <w:rPr>
                <w:rFonts w:cs="Times New Roman"/>
                <w:color w:val="000000" w:themeColor="text1"/>
                <w:sz w:val="22"/>
              </w:rPr>
            </w:pPr>
            <w:r w:rsidRPr="00D35743">
              <w:rPr>
                <w:rFonts w:cs="Times New Roman"/>
                <w:color w:val="000000" w:themeColor="text1"/>
                <w:sz w:val="22"/>
              </w:rPr>
              <w:t>6</w:t>
            </w:r>
          </w:p>
        </w:tc>
        <w:tc>
          <w:tcPr>
            <w:tcW w:w="2880" w:type="dxa"/>
          </w:tcPr>
          <w:p w14:paraId="0E5B6C3C" w14:textId="77777777" w:rsidR="00D94E50" w:rsidRPr="00D35743" w:rsidRDefault="00000000">
            <w:pPr>
              <w:rPr>
                <w:rFonts w:cs="Times New Roman"/>
                <w:color w:val="000000" w:themeColor="text1"/>
                <w:sz w:val="22"/>
              </w:rPr>
            </w:pPr>
            <w:r w:rsidRPr="00D35743">
              <w:rPr>
                <w:rFonts w:cs="Times New Roman"/>
                <w:color w:val="000000" w:themeColor="text1"/>
                <w:sz w:val="22"/>
              </w:rPr>
              <w:t>age 65 and over</w:t>
            </w:r>
          </w:p>
        </w:tc>
        <w:tc>
          <w:tcPr>
            <w:tcW w:w="1656" w:type="dxa"/>
          </w:tcPr>
          <w:p w14:paraId="6453EA59"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02524D26"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2A66651A"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35415610" w14:textId="77777777" w:rsidR="00D94E50" w:rsidRPr="00D35743" w:rsidRDefault="00000000">
            <w:pPr>
              <w:rPr>
                <w:rFonts w:cs="Times New Roman"/>
                <w:color w:val="000000" w:themeColor="text1"/>
                <w:sz w:val="22"/>
              </w:rPr>
            </w:pPr>
            <w:r w:rsidRPr="00D35743">
              <w:rPr>
                <w:rFonts w:cs="Times New Roman"/>
                <w:color w:val="000000" w:themeColor="text1"/>
                <w:sz w:val="22"/>
              </w:rPr>
              <w:t>3 of 7</w:t>
            </w:r>
          </w:p>
        </w:tc>
        <w:tc>
          <w:tcPr>
            <w:tcW w:w="1656" w:type="dxa"/>
          </w:tcPr>
          <w:p w14:paraId="268F7676"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68C04DC1"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3473CA7E"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4A63B37A" w14:textId="77777777">
        <w:tc>
          <w:tcPr>
            <w:tcW w:w="432" w:type="dxa"/>
          </w:tcPr>
          <w:p w14:paraId="0B17519E" w14:textId="77777777" w:rsidR="00D94E50" w:rsidRPr="00D35743" w:rsidRDefault="00000000">
            <w:pPr>
              <w:rPr>
                <w:rFonts w:cs="Times New Roman"/>
                <w:color w:val="000000" w:themeColor="text1"/>
                <w:sz w:val="22"/>
              </w:rPr>
            </w:pPr>
            <w:r w:rsidRPr="00D35743">
              <w:rPr>
                <w:rFonts w:cs="Times New Roman"/>
                <w:color w:val="000000" w:themeColor="text1"/>
                <w:sz w:val="22"/>
              </w:rPr>
              <w:t>7</w:t>
            </w:r>
          </w:p>
        </w:tc>
        <w:tc>
          <w:tcPr>
            <w:tcW w:w="2880" w:type="dxa"/>
          </w:tcPr>
          <w:p w14:paraId="18A2D598" w14:textId="77777777" w:rsidR="00D94E50" w:rsidRPr="00D35743" w:rsidRDefault="00000000">
            <w:pPr>
              <w:rPr>
                <w:rFonts w:cs="Times New Roman"/>
                <w:color w:val="000000" w:themeColor="text1"/>
                <w:sz w:val="22"/>
              </w:rPr>
            </w:pPr>
            <w:r w:rsidRPr="00D35743">
              <w:rPr>
                <w:rFonts w:cs="Times New Roman"/>
                <w:color w:val="000000" w:themeColor="text1"/>
                <w:sz w:val="22"/>
              </w:rPr>
              <w:t>Asian and NHOPI combined, to match bridged category</w:t>
            </w:r>
          </w:p>
        </w:tc>
        <w:tc>
          <w:tcPr>
            <w:tcW w:w="1656" w:type="dxa"/>
          </w:tcPr>
          <w:p w14:paraId="39E8EEBA"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381B2C7D"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058685DD"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14CA2995"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2AA9F8BF" w14:textId="77777777" w:rsidR="00D94E50" w:rsidRPr="00D35743" w:rsidRDefault="00000000">
            <w:pPr>
              <w:rPr>
                <w:rFonts w:cs="Times New Roman"/>
                <w:color w:val="000000" w:themeColor="text1"/>
                <w:sz w:val="22"/>
              </w:rPr>
            </w:pPr>
            <w:r w:rsidRPr="00D35743">
              <w:rPr>
                <w:rFonts w:cs="Times New Roman"/>
                <w:color w:val="000000" w:themeColor="text1"/>
                <w:sz w:val="22"/>
              </w:rPr>
              <w:t>Not Hispanic or Latino</w:t>
            </w:r>
          </w:p>
        </w:tc>
        <w:tc>
          <w:tcPr>
            <w:tcW w:w="1800" w:type="dxa"/>
          </w:tcPr>
          <w:p w14:paraId="55B87307" w14:textId="77777777" w:rsidR="00D94E50" w:rsidRPr="00D35743" w:rsidRDefault="00000000">
            <w:pPr>
              <w:rPr>
                <w:rFonts w:cs="Times New Roman"/>
                <w:color w:val="000000" w:themeColor="text1"/>
                <w:sz w:val="22"/>
              </w:rPr>
            </w:pPr>
            <w:r w:rsidRPr="00D35743">
              <w:rPr>
                <w:rFonts w:cs="Times New Roman"/>
                <w:color w:val="000000" w:themeColor="text1"/>
                <w:sz w:val="22"/>
              </w:rPr>
              <w:t>Asian + NHOPI</w:t>
            </w:r>
          </w:p>
        </w:tc>
        <w:tc>
          <w:tcPr>
            <w:tcW w:w="1656" w:type="dxa"/>
          </w:tcPr>
          <w:p w14:paraId="2021C3DD"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772B53B1" w14:textId="77777777">
        <w:tc>
          <w:tcPr>
            <w:tcW w:w="432" w:type="dxa"/>
          </w:tcPr>
          <w:p w14:paraId="6DE92004" w14:textId="77777777" w:rsidR="00D94E50" w:rsidRPr="00D35743" w:rsidRDefault="00000000">
            <w:pPr>
              <w:rPr>
                <w:rFonts w:cs="Times New Roman"/>
                <w:color w:val="000000" w:themeColor="text1"/>
                <w:sz w:val="22"/>
              </w:rPr>
            </w:pPr>
            <w:r w:rsidRPr="00D35743">
              <w:rPr>
                <w:rFonts w:cs="Times New Roman"/>
                <w:color w:val="000000" w:themeColor="text1"/>
                <w:sz w:val="22"/>
              </w:rPr>
              <w:t>8</w:t>
            </w:r>
          </w:p>
        </w:tc>
        <w:tc>
          <w:tcPr>
            <w:tcW w:w="2880" w:type="dxa"/>
          </w:tcPr>
          <w:p w14:paraId="237E2B59" w14:textId="77777777" w:rsidR="00D94E50" w:rsidRPr="00D35743" w:rsidRDefault="00000000">
            <w:pPr>
              <w:rPr>
                <w:rFonts w:cs="Times New Roman"/>
                <w:color w:val="000000" w:themeColor="text1"/>
                <w:sz w:val="22"/>
              </w:rPr>
            </w:pPr>
            <w:r w:rsidRPr="00D35743">
              <w:rPr>
                <w:rFonts w:cs="Times New Roman"/>
                <w:color w:val="000000" w:themeColor="text1"/>
                <w:sz w:val="22"/>
              </w:rPr>
              <w:t>by census region</w:t>
            </w:r>
          </w:p>
        </w:tc>
        <w:tc>
          <w:tcPr>
            <w:tcW w:w="1656" w:type="dxa"/>
          </w:tcPr>
          <w:p w14:paraId="3A51AC68"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6A4FD8A9"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1437C528" w14:textId="77777777" w:rsidR="00D94E50" w:rsidRPr="00D35743" w:rsidRDefault="00000000">
            <w:pPr>
              <w:rPr>
                <w:rFonts w:cs="Times New Roman"/>
                <w:color w:val="000000" w:themeColor="text1"/>
                <w:sz w:val="22"/>
              </w:rPr>
            </w:pPr>
            <w:r w:rsidRPr="00D35743">
              <w:rPr>
                <w:rFonts w:cs="Times New Roman"/>
                <w:color w:val="000000" w:themeColor="text1"/>
                <w:sz w:val="22"/>
              </w:rPr>
              <w:t>Census Region; Year</w:t>
            </w:r>
          </w:p>
        </w:tc>
        <w:tc>
          <w:tcPr>
            <w:tcW w:w="936" w:type="dxa"/>
          </w:tcPr>
          <w:p w14:paraId="3A934960"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3F72CA68"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31CBCC27"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263BBDF"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0B9F26AA" w14:textId="77777777">
        <w:tc>
          <w:tcPr>
            <w:tcW w:w="432" w:type="dxa"/>
          </w:tcPr>
          <w:p w14:paraId="5436ACE7" w14:textId="77777777" w:rsidR="00D94E50" w:rsidRPr="00D35743" w:rsidRDefault="00000000">
            <w:pPr>
              <w:rPr>
                <w:rFonts w:cs="Times New Roman"/>
                <w:color w:val="000000" w:themeColor="text1"/>
                <w:sz w:val="22"/>
              </w:rPr>
            </w:pPr>
            <w:r w:rsidRPr="00D35743">
              <w:rPr>
                <w:rFonts w:cs="Times New Roman"/>
                <w:color w:val="000000" w:themeColor="text1"/>
                <w:sz w:val="22"/>
              </w:rPr>
              <w:t>9</w:t>
            </w:r>
          </w:p>
        </w:tc>
        <w:tc>
          <w:tcPr>
            <w:tcW w:w="2880" w:type="dxa"/>
          </w:tcPr>
          <w:p w14:paraId="509400A5" w14:textId="77777777" w:rsidR="00D94E50" w:rsidRPr="00D35743" w:rsidRDefault="00000000">
            <w:pPr>
              <w:rPr>
                <w:rFonts w:cs="Times New Roman"/>
                <w:color w:val="000000" w:themeColor="text1"/>
                <w:sz w:val="22"/>
              </w:rPr>
            </w:pPr>
            <w:r w:rsidRPr="00D35743">
              <w:rPr>
                <w:rFonts w:cs="Times New Roman"/>
                <w:color w:val="000000" w:themeColor="text1"/>
                <w:sz w:val="22"/>
              </w:rPr>
              <w:t>by census region</w:t>
            </w:r>
          </w:p>
        </w:tc>
        <w:tc>
          <w:tcPr>
            <w:tcW w:w="1656" w:type="dxa"/>
          </w:tcPr>
          <w:p w14:paraId="58E994E7"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14024F64"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37AC7144" w14:textId="77777777" w:rsidR="00D94E50" w:rsidRPr="00D35743" w:rsidRDefault="00000000">
            <w:pPr>
              <w:rPr>
                <w:rFonts w:cs="Times New Roman"/>
                <w:color w:val="000000" w:themeColor="text1"/>
                <w:sz w:val="22"/>
              </w:rPr>
            </w:pPr>
            <w:r w:rsidRPr="00D35743">
              <w:rPr>
                <w:rFonts w:cs="Times New Roman"/>
                <w:color w:val="000000" w:themeColor="text1"/>
                <w:sz w:val="22"/>
              </w:rPr>
              <w:t>Census Region; Year</w:t>
            </w:r>
          </w:p>
        </w:tc>
        <w:tc>
          <w:tcPr>
            <w:tcW w:w="936" w:type="dxa"/>
          </w:tcPr>
          <w:p w14:paraId="6D82118C"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31E80B84"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2E0E90C2"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FD43917"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3D73B943" w14:textId="77777777">
        <w:tc>
          <w:tcPr>
            <w:tcW w:w="432" w:type="dxa"/>
          </w:tcPr>
          <w:p w14:paraId="739AEC3F" w14:textId="77777777" w:rsidR="00D94E50" w:rsidRPr="00D35743" w:rsidRDefault="00000000">
            <w:pPr>
              <w:rPr>
                <w:rFonts w:cs="Times New Roman"/>
                <w:color w:val="000000" w:themeColor="text1"/>
                <w:sz w:val="22"/>
              </w:rPr>
            </w:pPr>
            <w:r w:rsidRPr="00D35743">
              <w:rPr>
                <w:rFonts w:cs="Times New Roman"/>
                <w:color w:val="000000" w:themeColor="text1"/>
                <w:sz w:val="22"/>
              </w:rPr>
              <w:t>10</w:t>
            </w:r>
          </w:p>
        </w:tc>
        <w:tc>
          <w:tcPr>
            <w:tcW w:w="2880" w:type="dxa"/>
          </w:tcPr>
          <w:p w14:paraId="19661856" w14:textId="77777777" w:rsidR="00D94E50" w:rsidRPr="00D35743" w:rsidRDefault="00000000">
            <w:pPr>
              <w:rPr>
                <w:rFonts w:cs="Times New Roman"/>
                <w:color w:val="000000" w:themeColor="text1"/>
                <w:sz w:val="22"/>
              </w:rPr>
            </w:pPr>
            <w:r w:rsidRPr="00D35743">
              <w:rPr>
                <w:rFonts w:cs="Times New Roman"/>
                <w:color w:val="000000" w:themeColor="text1"/>
                <w:sz w:val="22"/>
              </w:rPr>
              <w:t>by sex</w:t>
            </w:r>
          </w:p>
        </w:tc>
        <w:tc>
          <w:tcPr>
            <w:tcW w:w="1656" w:type="dxa"/>
          </w:tcPr>
          <w:p w14:paraId="7CC060D9"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7B505B37"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54C84CE2" w14:textId="77777777" w:rsidR="00D94E50" w:rsidRPr="00D35743" w:rsidRDefault="00000000">
            <w:pPr>
              <w:rPr>
                <w:rFonts w:cs="Times New Roman"/>
                <w:color w:val="000000" w:themeColor="text1"/>
                <w:sz w:val="22"/>
              </w:rPr>
            </w:pPr>
            <w:r w:rsidRPr="00D35743">
              <w:rPr>
                <w:rFonts w:cs="Times New Roman"/>
                <w:color w:val="000000" w:themeColor="text1"/>
                <w:sz w:val="22"/>
              </w:rPr>
              <w:t>Sex; Year</w:t>
            </w:r>
          </w:p>
        </w:tc>
        <w:tc>
          <w:tcPr>
            <w:tcW w:w="936" w:type="dxa"/>
          </w:tcPr>
          <w:p w14:paraId="233A5657"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100F1216"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2D359E99"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D122DCB"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4931B4EA" w14:textId="77777777">
        <w:tc>
          <w:tcPr>
            <w:tcW w:w="432" w:type="dxa"/>
          </w:tcPr>
          <w:p w14:paraId="1B970434" w14:textId="77777777" w:rsidR="00D94E50" w:rsidRPr="00D35743" w:rsidRDefault="00000000">
            <w:pPr>
              <w:rPr>
                <w:rFonts w:cs="Times New Roman"/>
                <w:color w:val="000000" w:themeColor="text1"/>
                <w:sz w:val="22"/>
              </w:rPr>
            </w:pPr>
            <w:r w:rsidRPr="00D35743">
              <w:rPr>
                <w:rFonts w:cs="Times New Roman"/>
                <w:color w:val="000000" w:themeColor="text1"/>
                <w:sz w:val="22"/>
              </w:rPr>
              <w:t>11</w:t>
            </w:r>
          </w:p>
        </w:tc>
        <w:tc>
          <w:tcPr>
            <w:tcW w:w="2880" w:type="dxa"/>
          </w:tcPr>
          <w:p w14:paraId="0B88EF99" w14:textId="77777777" w:rsidR="00D94E50" w:rsidRPr="00D35743" w:rsidRDefault="00000000">
            <w:pPr>
              <w:rPr>
                <w:rFonts w:cs="Times New Roman"/>
                <w:color w:val="000000" w:themeColor="text1"/>
                <w:sz w:val="22"/>
              </w:rPr>
            </w:pPr>
            <w:r w:rsidRPr="00D35743">
              <w:rPr>
                <w:rFonts w:cs="Times New Roman"/>
                <w:color w:val="000000" w:themeColor="text1"/>
                <w:sz w:val="22"/>
              </w:rPr>
              <w:t>by sex</w:t>
            </w:r>
          </w:p>
        </w:tc>
        <w:tc>
          <w:tcPr>
            <w:tcW w:w="1656" w:type="dxa"/>
          </w:tcPr>
          <w:p w14:paraId="1F5C769C"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393EF0BA"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3EA5CFEF" w14:textId="77777777" w:rsidR="00D94E50" w:rsidRPr="00D35743" w:rsidRDefault="00000000">
            <w:pPr>
              <w:rPr>
                <w:rFonts w:cs="Times New Roman"/>
                <w:color w:val="000000" w:themeColor="text1"/>
                <w:sz w:val="22"/>
              </w:rPr>
            </w:pPr>
            <w:r w:rsidRPr="00D35743">
              <w:rPr>
                <w:rFonts w:cs="Times New Roman"/>
                <w:color w:val="000000" w:themeColor="text1"/>
                <w:sz w:val="22"/>
              </w:rPr>
              <w:t>Sex; Year</w:t>
            </w:r>
          </w:p>
        </w:tc>
        <w:tc>
          <w:tcPr>
            <w:tcW w:w="936" w:type="dxa"/>
          </w:tcPr>
          <w:p w14:paraId="7A26DEC9"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403DB27D"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19F54DCA"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2B5F2D4"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63B089BF" w14:textId="77777777">
        <w:tc>
          <w:tcPr>
            <w:tcW w:w="432" w:type="dxa"/>
          </w:tcPr>
          <w:p w14:paraId="12F63F44" w14:textId="77777777" w:rsidR="00D94E50" w:rsidRPr="00D35743" w:rsidRDefault="00000000">
            <w:pPr>
              <w:rPr>
                <w:rFonts w:cs="Times New Roman"/>
                <w:color w:val="000000" w:themeColor="text1"/>
                <w:sz w:val="22"/>
              </w:rPr>
            </w:pPr>
            <w:r w:rsidRPr="00D35743">
              <w:rPr>
                <w:rFonts w:cs="Times New Roman"/>
                <w:color w:val="000000" w:themeColor="text1"/>
                <w:sz w:val="22"/>
              </w:rPr>
              <w:t>12</w:t>
            </w:r>
          </w:p>
        </w:tc>
        <w:tc>
          <w:tcPr>
            <w:tcW w:w="2880" w:type="dxa"/>
          </w:tcPr>
          <w:p w14:paraId="0BE5C768" w14:textId="77777777" w:rsidR="00D94E50" w:rsidRPr="00D35743" w:rsidRDefault="00000000">
            <w:pPr>
              <w:rPr>
                <w:rFonts w:cs="Times New Roman"/>
                <w:color w:val="000000" w:themeColor="text1"/>
                <w:sz w:val="22"/>
              </w:rPr>
            </w:pPr>
            <w:r w:rsidRPr="00D35743">
              <w:rPr>
                <w:rFonts w:cs="Times New Roman"/>
                <w:color w:val="000000" w:themeColor="text1"/>
                <w:sz w:val="22"/>
              </w:rPr>
              <w:t>Hispanic decedents, all races</w:t>
            </w:r>
          </w:p>
        </w:tc>
        <w:tc>
          <w:tcPr>
            <w:tcW w:w="1656" w:type="dxa"/>
          </w:tcPr>
          <w:p w14:paraId="091FA100"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1D7023AA"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7215001B" w14:textId="77777777" w:rsidR="00D94E50" w:rsidRPr="00D35743" w:rsidRDefault="00000000">
            <w:pPr>
              <w:rPr>
                <w:rFonts w:cs="Times New Roman"/>
                <w:color w:val="000000" w:themeColor="text1"/>
                <w:sz w:val="22"/>
              </w:rPr>
            </w:pPr>
            <w:r w:rsidRPr="00D35743">
              <w:rPr>
                <w:rFonts w:cs="Times New Roman"/>
                <w:color w:val="000000" w:themeColor="text1"/>
                <w:sz w:val="22"/>
              </w:rPr>
              <w:t>Hispanic Origin; Year</w:t>
            </w:r>
          </w:p>
        </w:tc>
        <w:tc>
          <w:tcPr>
            <w:tcW w:w="936" w:type="dxa"/>
          </w:tcPr>
          <w:p w14:paraId="2AB1F35C"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07D1EB50" w14:textId="77777777" w:rsidR="00D94E50" w:rsidRPr="00D35743" w:rsidRDefault="00000000">
            <w:pPr>
              <w:rPr>
                <w:rFonts w:cs="Times New Roman"/>
                <w:color w:val="000000" w:themeColor="text1"/>
                <w:sz w:val="22"/>
              </w:rPr>
            </w:pPr>
            <w:r w:rsidRPr="00D35743">
              <w:rPr>
                <w:rFonts w:cs="Times New Roman"/>
                <w:color w:val="000000" w:themeColor="text1"/>
                <w:sz w:val="22"/>
              </w:rPr>
              <w:t>Hispanic or Latino</w:t>
            </w:r>
          </w:p>
        </w:tc>
        <w:tc>
          <w:tcPr>
            <w:tcW w:w="1800" w:type="dxa"/>
          </w:tcPr>
          <w:p w14:paraId="1B3D1C34"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126FBCF4"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53B5F3A5" w14:textId="77777777">
        <w:tc>
          <w:tcPr>
            <w:tcW w:w="432" w:type="dxa"/>
          </w:tcPr>
          <w:p w14:paraId="06A14B91" w14:textId="77777777" w:rsidR="00D94E50" w:rsidRPr="00D35743" w:rsidRDefault="00000000">
            <w:pPr>
              <w:rPr>
                <w:rFonts w:cs="Times New Roman"/>
                <w:color w:val="000000" w:themeColor="text1"/>
                <w:sz w:val="22"/>
              </w:rPr>
            </w:pPr>
            <w:r w:rsidRPr="00D35743">
              <w:rPr>
                <w:rFonts w:cs="Times New Roman"/>
                <w:color w:val="000000" w:themeColor="text1"/>
                <w:sz w:val="22"/>
              </w:rPr>
              <w:t>13</w:t>
            </w:r>
          </w:p>
        </w:tc>
        <w:tc>
          <w:tcPr>
            <w:tcW w:w="2880" w:type="dxa"/>
          </w:tcPr>
          <w:p w14:paraId="74DCB1B8" w14:textId="77777777" w:rsidR="00D94E50" w:rsidRPr="00D35743" w:rsidRDefault="00000000">
            <w:pPr>
              <w:rPr>
                <w:rFonts w:cs="Times New Roman"/>
                <w:color w:val="000000" w:themeColor="text1"/>
                <w:sz w:val="22"/>
              </w:rPr>
            </w:pPr>
            <w:r w:rsidRPr="00D35743">
              <w:rPr>
                <w:rFonts w:cs="Times New Roman"/>
                <w:color w:val="000000" w:themeColor="text1"/>
                <w:sz w:val="22"/>
              </w:rPr>
              <w:t>Hispanic decedents, all races</w:t>
            </w:r>
          </w:p>
        </w:tc>
        <w:tc>
          <w:tcPr>
            <w:tcW w:w="1656" w:type="dxa"/>
          </w:tcPr>
          <w:p w14:paraId="519ADAF3"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3CCE86E7"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5A1A119A" w14:textId="77777777" w:rsidR="00D94E50" w:rsidRPr="00D35743" w:rsidRDefault="00000000">
            <w:pPr>
              <w:rPr>
                <w:rFonts w:cs="Times New Roman"/>
                <w:color w:val="000000" w:themeColor="text1"/>
                <w:sz w:val="22"/>
              </w:rPr>
            </w:pPr>
            <w:r w:rsidRPr="00D35743">
              <w:rPr>
                <w:rFonts w:cs="Times New Roman"/>
                <w:color w:val="000000" w:themeColor="text1"/>
                <w:sz w:val="22"/>
              </w:rPr>
              <w:t>Hispanic Origin; Year</w:t>
            </w:r>
          </w:p>
        </w:tc>
        <w:tc>
          <w:tcPr>
            <w:tcW w:w="936" w:type="dxa"/>
          </w:tcPr>
          <w:p w14:paraId="352217F0"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77FD279A" w14:textId="77777777" w:rsidR="00D94E50" w:rsidRPr="00D35743" w:rsidRDefault="00000000">
            <w:pPr>
              <w:rPr>
                <w:rFonts w:cs="Times New Roman"/>
                <w:color w:val="000000" w:themeColor="text1"/>
                <w:sz w:val="22"/>
              </w:rPr>
            </w:pPr>
            <w:r w:rsidRPr="00D35743">
              <w:rPr>
                <w:rFonts w:cs="Times New Roman"/>
                <w:color w:val="000000" w:themeColor="text1"/>
                <w:sz w:val="22"/>
              </w:rPr>
              <w:t>Hispanic or Latino</w:t>
            </w:r>
          </w:p>
        </w:tc>
        <w:tc>
          <w:tcPr>
            <w:tcW w:w="1800" w:type="dxa"/>
          </w:tcPr>
          <w:p w14:paraId="45E541D8"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071BE1E6"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1CF6C971" w14:textId="77777777">
        <w:tc>
          <w:tcPr>
            <w:tcW w:w="432" w:type="dxa"/>
          </w:tcPr>
          <w:p w14:paraId="0650D889" w14:textId="77777777" w:rsidR="00D94E50" w:rsidRPr="00D35743" w:rsidRDefault="00000000">
            <w:pPr>
              <w:rPr>
                <w:rFonts w:cs="Times New Roman"/>
                <w:color w:val="000000" w:themeColor="text1"/>
                <w:sz w:val="22"/>
              </w:rPr>
            </w:pPr>
            <w:r w:rsidRPr="00D35743">
              <w:rPr>
                <w:rFonts w:cs="Times New Roman"/>
                <w:color w:val="000000" w:themeColor="text1"/>
                <w:sz w:val="22"/>
              </w:rPr>
              <w:t>14</w:t>
            </w:r>
          </w:p>
        </w:tc>
        <w:tc>
          <w:tcPr>
            <w:tcW w:w="2880" w:type="dxa"/>
          </w:tcPr>
          <w:p w14:paraId="668FC035" w14:textId="77777777" w:rsidR="00D94E50" w:rsidRPr="00D35743" w:rsidRDefault="00000000">
            <w:pPr>
              <w:rPr>
                <w:rFonts w:cs="Times New Roman"/>
                <w:color w:val="000000" w:themeColor="text1"/>
                <w:sz w:val="22"/>
              </w:rPr>
            </w:pPr>
            <w:r w:rsidRPr="00D35743">
              <w:rPr>
                <w:rFonts w:cs="Times New Roman"/>
                <w:color w:val="000000" w:themeColor="text1"/>
                <w:sz w:val="22"/>
              </w:rPr>
              <w:t>metropolitan counties</w:t>
            </w:r>
          </w:p>
        </w:tc>
        <w:tc>
          <w:tcPr>
            <w:tcW w:w="1656" w:type="dxa"/>
          </w:tcPr>
          <w:p w14:paraId="33CD9330"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70945B6C"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068426EA"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16D5890C"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18F74104"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6085FE02"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0F6E7E7A"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7B62E222" w14:textId="77777777">
        <w:tc>
          <w:tcPr>
            <w:tcW w:w="432" w:type="dxa"/>
          </w:tcPr>
          <w:p w14:paraId="429AB397" w14:textId="77777777" w:rsidR="00D94E50" w:rsidRPr="00D35743" w:rsidRDefault="00000000">
            <w:pPr>
              <w:rPr>
                <w:rFonts w:cs="Times New Roman"/>
                <w:color w:val="000000" w:themeColor="text1"/>
                <w:sz w:val="22"/>
              </w:rPr>
            </w:pPr>
            <w:r w:rsidRPr="00D35743">
              <w:rPr>
                <w:rFonts w:cs="Times New Roman"/>
                <w:color w:val="000000" w:themeColor="text1"/>
                <w:sz w:val="22"/>
              </w:rPr>
              <w:t>15</w:t>
            </w:r>
          </w:p>
        </w:tc>
        <w:tc>
          <w:tcPr>
            <w:tcW w:w="2880" w:type="dxa"/>
          </w:tcPr>
          <w:p w14:paraId="43E882E5" w14:textId="77777777" w:rsidR="00D94E50" w:rsidRPr="00D35743" w:rsidRDefault="00000000">
            <w:pPr>
              <w:rPr>
                <w:rFonts w:cs="Times New Roman"/>
                <w:color w:val="000000" w:themeColor="text1"/>
                <w:sz w:val="22"/>
              </w:rPr>
            </w:pPr>
            <w:r w:rsidRPr="00D35743">
              <w:rPr>
                <w:rFonts w:cs="Times New Roman"/>
                <w:color w:val="000000" w:themeColor="text1"/>
                <w:sz w:val="22"/>
              </w:rPr>
              <w:t>nonmetropolitan counties</w:t>
            </w:r>
          </w:p>
        </w:tc>
        <w:tc>
          <w:tcPr>
            <w:tcW w:w="1656" w:type="dxa"/>
          </w:tcPr>
          <w:p w14:paraId="49F25944"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715769E1"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4185D752"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46A244EC"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5A3AED4C"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21AE551A"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38038DC7"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4EC714B1" w14:textId="77777777">
        <w:tc>
          <w:tcPr>
            <w:tcW w:w="432" w:type="dxa"/>
          </w:tcPr>
          <w:p w14:paraId="1B8A2033" w14:textId="77777777" w:rsidR="00D94E50" w:rsidRPr="00D35743" w:rsidRDefault="00000000">
            <w:pPr>
              <w:rPr>
                <w:rFonts w:cs="Times New Roman"/>
                <w:color w:val="000000" w:themeColor="text1"/>
                <w:sz w:val="22"/>
              </w:rPr>
            </w:pPr>
            <w:r w:rsidRPr="00D35743">
              <w:rPr>
                <w:rFonts w:cs="Times New Roman"/>
                <w:color w:val="000000" w:themeColor="text1"/>
                <w:sz w:val="22"/>
              </w:rPr>
              <w:t>16</w:t>
            </w:r>
          </w:p>
        </w:tc>
        <w:tc>
          <w:tcPr>
            <w:tcW w:w="2880" w:type="dxa"/>
          </w:tcPr>
          <w:p w14:paraId="1D0202F2" w14:textId="77777777" w:rsidR="00D94E50" w:rsidRPr="00D35743" w:rsidRDefault="00000000">
            <w:pPr>
              <w:rPr>
                <w:rFonts w:cs="Times New Roman"/>
                <w:color w:val="000000" w:themeColor="text1"/>
                <w:sz w:val="22"/>
              </w:rPr>
            </w:pPr>
            <w:r w:rsidRPr="00D35743">
              <w:rPr>
                <w:rFonts w:cs="Times New Roman"/>
                <w:color w:val="000000" w:themeColor="text1"/>
                <w:sz w:val="22"/>
              </w:rPr>
              <w:t>overall series</w:t>
            </w:r>
          </w:p>
        </w:tc>
        <w:tc>
          <w:tcPr>
            <w:tcW w:w="1656" w:type="dxa"/>
          </w:tcPr>
          <w:p w14:paraId="7137BD27"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026066B3"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4750994C"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7A15E242"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3495F32A"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779E6F64"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14244711"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73A4435F" w14:textId="77777777">
        <w:tc>
          <w:tcPr>
            <w:tcW w:w="432" w:type="dxa"/>
          </w:tcPr>
          <w:p w14:paraId="4671A903" w14:textId="77777777" w:rsidR="00D94E50" w:rsidRPr="00D35743" w:rsidRDefault="00000000">
            <w:pPr>
              <w:rPr>
                <w:rFonts w:cs="Times New Roman"/>
                <w:color w:val="000000" w:themeColor="text1"/>
                <w:sz w:val="22"/>
              </w:rPr>
            </w:pPr>
            <w:r w:rsidRPr="00D35743">
              <w:rPr>
                <w:rFonts w:cs="Times New Roman"/>
                <w:color w:val="000000" w:themeColor="text1"/>
                <w:sz w:val="22"/>
              </w:rPr>
              <w:t>17</w:t>
            </w:r>
          </w:p>
        </w:tc>
        <w:tc>
          <w:tcPr>
            <w:tcW w:w="2880" w:type="dxa"/>
          </w:tcPr>
          <w:p w14:paraId="116DA259" w14:textId="77777777" w:rsidR="00D94E50" w:rsidRPr="00D35743" w:rsidRDefault="00000000">
            <w:pPr>
              <w:rPr>
                <w:rFonts w:cs="Times New Roman"/>
                <w:color w:val="000000" w:themeColor="text1"/>
                <w:sz w:val="22"/>
              </w:rPr>
            </w:pPr>
            <w:r w:rsidRPr="00D35743">
              <w:rPr>
                <w:rFonts w:cs="Times New Roman"/>
                <w:color w:val="000000" w:themeColor="text1"/>
                <w:sz w:val="22"/>
              </w:rPr>
              <w:t>overall series</w:t>
            </w:r>
          </w:p>
        </w:tc>
        <w:tc>
          <w:tcPr>
            <w:tcW w:w="1656" w:type="dxa"/>
          </w:tcPr>
          <w:p w14:paraId="35F9E409"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4EADED7C"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017C7B14"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1F8A5741"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194219CE"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17E4B3DD"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3BD4F413"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23D56BD7" w14:textId="77777777">
        <w:tc>
          <w:tcPr>
            <w:tcW w:w="432" w:type="dxa"/>
          </w:tcPr>
          <w:p w14:paraId="7FB97A29" w14:textId="77777777" w:rsidR="00D94E50" w:rsidRPr="00D35743" w:rsidRDefault="00000000">
            <w:pPr>
              <w:rPr>
                <w:rFonts w:cs="Times New Roman"/>
                <w:color w:val="000000" w:themeColor="text1"/>
                <w:sz w:val="22"/>
              </w:rPr>
            </w:pPr>
            <w:r w:rsidRPr="00D35743">
              <w:rPr>
                <w:rFonts w:cs="Times New Roman"/>
                <w:color w:val="000000" w:themeColor="text1"/>
                <w:sz w:val="22"/>
              </w:rPr>
              <w:t>18</w:t>
            </w:r>
          </w:p>
        </w:tc>
        <w:tc>
          <w:tcPr>
            <w:tcW w:w="2880" w:type="dxa"/>
          </w:tcPr>
          <w:p w14:paraId="09907142" w14:textId="77777777" w:rsidR="00D94E50" w:rsidRPr="00D35743" w:rsidRDefault="00000000">
            <w:pPr>
              <w:rPr>
                <w:rFonts w:cs="Times New Roman"/>
                <w:color w:val="000000" w:themeColor="text1"/>
                <w:sz w:val="22"/>
              </w:rPr>
            </w:pPr>
            <w:r w:rsidRPr="00D35743">
              <w:rPr>
                <w:rFonts w:cs="Times New Roman"/>
                <w:color w:val="000000" w:themeColor="text1"/>
                <w:sz w:val="22"/>
              </w:rPr>
              <w:t>by place of death</w:t>
            </w:r>
          </w:p>
        </w:tc>
        <w:tc>
          <w:tcPr>
            <w:tcW w:w="1656" w:type="dxa"/>
          </w:tcPr>
          <w:p w14:paraId="055595EC"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3F6520E7"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25AC112A" w14:textId="77777777" w:rsidR="00D94E50" w:rsidRPr="00D35743" w:rsidRDefault="00000000">
            <w:pPr>
              <w:rPr>
                <w:rFonts w:cs="Times New Roman"/>
                <w:color w:val="000000" w:themeColor="text1"/>
                <w:sz w:val="22"/>
              </w:rPr>
            </w:pPr>
            <w:r w:rsidRPr="00D35743">
              <w:rPr>
                <w:rFonts w:cs="Times New Roman"/>
                <w:color w:val="000000" w:themeColor="text1"/>
                <w:sz w:val="22"/>
              </w:rPr>
              <w:t>Place of Death</w:t>
            </w:r>
          </w:p>
        </w:tc>
        <w:tc>
          <w:tcPr>
            <w:tcW w:w="936" w:type="dxa"/>
          </w:tcPr>
          <w:p w14:paraId="551B4A87"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130707D2"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0FC3B08D"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6158B99B"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0BE87EEB" w14:textId="77777777">
        <w:tc>
          <w:tcPr>
            <w:tcW w:w="432" w:type="dxa"/>
          </w:tcPr>
          <w:p w14:paraId="4D96EC99" w14:textId="77777777" w:rsidR="00D94E50" w:rsidRPr="00D35743" w:rsidRDefault="00000000">
            <w:pPr>
              <w:rPr>
                <w:rFonts w:cs="Times New Roman"/>
                <w:color w:val="000000" w:themeColor="text1"/>
                <w:sz w:val="22"/>
              </w:rPr>
            </w:pPr>
            <w:r w:rsidRPr="00D35743">
              <w:rPr>
                <w:rFonts w:cs="Times New Roman"/>
                <w:color w:val="000000" w:themeColor="text1"/>
                <w:sz w:val="22"/>
              </w:rPr>
              <w:t>19</w:t>
            </w:r>
          </w:p>
        </w:tc>
        <w:tc>
          <w:tcPr>
            <w:tcW w:w="2880" w:type="dxa"/>
          </w:tcPr>
          <w:p w14:paraId="31FF8D17" w14:textId="77777777" w:rsidR="00D94E50" w:rsidRPr="00D35743" w:rsidRDefault="00000000">
            <w:pPr>
              <w:rPr>
                <w:rFonts w:cs="Times New Roman"/>
                <w:color w:val="000000" w:themeColor="text1"/>
                <w:sz w:val="22"/>
              </w:rPr>
            </w:pPr>
            <w:r w:rsidRPr="00D35743">
              <w:rPr>
                <w:rFonts w:cs="Times New Roman"/>
                <w:color w:val="000000" w:themeColor="text1"/>
                <w:sz w:val="22"/>
              </w:rPr>
              <w:t>by place of death</w:t>
            </w:r>
          </w:p>
        </w:tc>
        <w:tc>
          <w:tcPr>
            <w:tcW w:w="1656" w:type="dxa"/>
          </w:tcPr>
          <w:p w14:paraId="33D46739" w14:textId="77777777" w:rsidR="00D94E50" w:rsidRPr="00D35743" w:rsidRDefault="00000000">
            <w:pPr>
              <w:rPr>
                <w:rFonts w:cs="Times New Roman"/>
                <w:color w:val="000000" w:themeColor="text1"/>
                <w:sz w:val="22"/>
              </w:rPr>
            </w:pPr>
            <w:r w:rsidRPr="00D35743">
              <w:rPr>
                <w:rFonts w:cs="Times New Roman"/>
                <w:color w:val="000000" w:themeColor="text1"/>
                <w:sz w:val="22"/>
              </w:rPr>
              <w:t>MCD 2018–</w:t>
            </w:r>
            <w:r w:rsidRPr="00D35743">
              <w:rPr>
                <w:rFonts w:cs="Times New Roman"/>
                <w:color w:val="000000" w:themeColor="text1"/>
                <w:sz w:val="22"/>
              </w:rPr>
              <w:lastRenderedPageBreak/>
              <w:t>2024</w:t>
            </w:r>
          </w:p>
        </w:tc>
        <w:tc>
          <w:tcPr>
            <w:tcW w:w="1224" w:type="dxa"/>
          </w:tcPr>
          <w:p w14:paraId="7688D490" w14:textId="77777777" w:rsidR="00D94E50" w:rsidRPr="00D35743" w:rsidRDefault="00000000">
            <w:pPr>
              <w:rPr>
                <w:rFonts w:cs="Times New Roman"/>
                <w:color w:val="000000" w:themeColor="text1"/>
                <w:sz w:val="22"/>
              </w:rPr>
            </w:pPr>
            <w:r w:rsidRPr="00D35743">
              <w:rPr>
                <w:rFonts w:cs="Times New Roman"/>
                <w:color w:val="000000" w:themeColor="text1"/>
                <w:sz w:val="22"/>
              </w:rPr>
              <w:lastRenderedPageBreak/>
              <w:t xml:space="preserve">any </w:t>
            </w:r>
            <w:r w:rsidRPr="00D35743">
              <w:rPr>
                <w:rFonts w:cs="Times New Roman"/>
                <w:color w:val="000000" w:themeColor="text1"/>
                <w:sz w:val="22"/>
              </w:rPr>
              <w:lastRenderedPageBreak/>
              <w:t>mention</w:t>
            </w:r>
          </w:p>
        </w:tc>
        <w:tc>
          <w:tcPr>
            <w:tcW w:w="2160" w:type="dxa"/>
          </w:tcPr>
          <w:p w14:paraId="7A4F96DD" w14:textId="77777777" w:rsidR="00D94E50" w:rsidRPr="00D35743" w:rsidRDefault="00000000">
            <w:pPr>
              <w:rPr>
                <w:rFonts w:cs="Times New Roman"/>
                <w:color w:val="000000" w:themeColor="text1"/>
                <w:sz w:val="22"/>
              </w:rPr>
            </w:pPr>
            <w:r w:rsidRPr="00D35743">
              <w:rPr>
                <w:rFonts w:cs="Times New Roman"/>
                <w:color w:val="000000" w:themeColor="text1"/>
                <w:sz w:val="22"/>
              </w:rPr>
              <w:lastRenderedPageBreak/>
              <w:t>Place of Death</w:t>
            </w:r>
          </w:p>
        </w:tc>
        <w:tc>
          <w:tcPr>
            <w:tcW w:w="936" w:type="dxa"/>
          </w:tcPr>
          <w:p w14:paraId="5A5B948B"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065E86DF"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7368BB7A"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13ED2671" w14:textId="77777777" w:rsidR="00D94E50" w:rsidRPr="00D35743" w:rsidRDefault="00000000">
            <w:pPr>
              <w:rPr>
                <w:rFonts w:cs="Times New Roman"/>
                <w:color w:val="000000" w:themeColor="text1"/>
                <w:sz w:val="22"/>
              </w:rPr>
            </w:pPr>
            <w:r w:rsidRPr="00D35743">
              <w:rPr>
                <w:rFonts w:cs="Times New Roman"/>
                <w:color w:val="000000" w:themeColor="text1"/>
                <w:sz w:val="22"/>
              </w:rPr>
              <w:t xml:space="preserve">2021; 2022; </w:t>
            </w:r>
            <w:r w:rsidRPr="00D35743">
              <w:rPr>
                <w:rFonts w:cs="Times New Roman"/>
                <w:color w:val="000000" w:themeColor="text1"/>
                <w:sz w:val="22"/>
              </w:rPr>
              <w:lastRenderedPageBreak/>
              <w:t>2023; 2024</w:t>
            </w:r>
          </w:p>
        </w:tc>
      </w:tr>
      <w:tr w:rsidR="00D94E50" w:rsidRPr="00D35743" w14:paraId="6484054F" w14:textId="77777777">
        <w:tc>
          <w:tcPr>
            <w:tcW w:w="432" w:type="dxa"/>
          </w:tcPr>
          <w:p w14:paraId="7159A3E2" w14:textId="77777777" w:rsidR="00D94E50" w:rsidRPr="00D35743" w:rsidRDefault="00000000">
            <w:pPr>
              <w:rPr>
                <w:rFonts w:cs="Times New Roman"/>
                <w:color w:val="000000" w:themeColor="text1"/>
                <w:sz w:val="22"/>
              </w:rPr>
            </w:pPr>
            <w:r w:rsidRPr="00D35743">
              <w:rPr>
                <w:rFonts w:cs="Times New Roman"/>
                <w:color w:val="000000" w:themeColor="text1"/>
                <w:sz w:val="22"/>
              </w:rPr>
              <w:lastRenderedPageBreak/>
              <w:t>20</w:t>
            </w:r>
          </w:p>
        </w:tc>
        <w:tc>
          <w:tcPr>
            <w:tcW w:w="2880" w:type="dxa"/>
          </w:tcPr>
          <w:p w14:paraId="16F0FCE1" w14:textId="77777777" w:rsidR="00D94E50" w:rsidRPr="00D35743" w:rsidRDefault="00000000">
            <w:pPr>
              <w:rPr>
                <w:rFonts w:cs="Times New Roman"/>
                <w:color w:val="000000" w:themeColor="text1"/>
                <w:sz w:val="22"/>
              </w:rPr>
            </w:pPr>
            <w:r w:rsidRPr="00D35743">
              <w:rPr>
                <w:rFonts w:cs="Times New Roman"/>
                <w:color w:val="000000" w:themeColor="text1"/>
                <w:sz w:val="22"/>
              </w:rPr>
              <w:t>by race, non-Hispanic</w:t>
            </w:r>
          </w:p>
        </w:tc>
        <w:tc>
          <w:tcPr>
            <w:tcW w:w="1656" w:type="dxa"/>
          </w:tcPr>
          <w:p w14:paraId="36220D3E"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5362E4A1"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13E9DDEA" w14:textId="77777777" w:rsidR="00D94E50" w:rsidRPr="00D35743" w:rsidRDefault="00000000">
            <w:pPr>
              <w:rPr>
                <w:rFonts w:cs="Times New Roman"/>
                <w:color w:val="000000" w:themeColor="text1"/>
                <w:sz w:val="22"/>
              </w:rPr>
            </w:pPr>
            <w:r w:rsidRPr="00D35743">
              <w:rPr>
                <w:rFonts w:cs="Times New Roman"/>
                <w:color w:val="000000" w:themeColor="text1"/>
                <w:sz w:val="22"/>
              </w:rPr>
              <w:t>Race; Year</w:t>
            </w:r>
          </w:p>
        </w:tc>
        <w:tc>
          <w:tcPr>
            <w:tcW w:w="936" w:type="dxa"/>
          </w:tcPr>
          <w:p w14:paraId="0DF3234B"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439D9A16" w14:textId="77777777" w:rsidR="00D94E50" w:rsidRPr="00D35743" w:rsidRDefault="00000000">
            <w:pPr>
              <w:rPr>
                <w:rFonts w:cs="Times New Roman"/>
                <w:color w:val="000000" w:themeColor="text1"/>
                <w:sz w:val="22"/>
              </w:rPr>
            </w:pPr>
            <w:r w:rsidRPr="00D35743">
              <w:rPr>
                <w:rFonts w:cs="Times New Roman"/>
                <w:color w:val="000000" w:themeColor="text1"/>
                <w:sz w:val="22"/>
              </w:rPr>
              <w:t>Not Hispanic or Latino</w:t>
            </w:r>
          </w:p>
        </w:tc>
        <w:tc>
          <w:tcPr>
            <w:tcW w:w="1800" w:type="dxa"/>
          </w:tcPr>
          <w:p w14:paraId="102D0D6B"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2B688A07"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2DDE6707" w14:textId="77777777">
        <w:tc>
          <w:tcPr>
            <w:tcW w:w="432" w:type="dxa"/>
          </w:tcPr>
          <w:p w14:paraId="37CC8E94" w14:textId="77777777" w:rsidR="00D94E50" w:rsidRPr="00D35743" w:rsidRDefault="00000000">
            <w:pPr>
              <w:rPr>
                <w:rFonts w:cs="Times New Roman"/>
                <w:color w:val="000000" w:themeColor="text1"/>
                <w:sz w:val="22"/>
              </w:rPr>
            </w:pPr>
            <w:r w:rsidRPr="00D35743">
              <w:rPr>
                <w:rFonts w:cs="Times New Roman"/>
                <w:color w:val="000000" w:themeColor="text1"/>
                <w:sz w:val="22"/>
              </w:rPr>
              <w:t>21</w:t>
            </w:r>
          </w:p>
        </w:tc>
        <w:tc>
          <w:tcPr>
            <w:tcW w:w="2880" w:type="dxa"/>
          </w:tcPr>
          <w:p w14:paraId="3D86864D" w14:textId="77777777" w:rsidR="00D94E50" w:rsidRPr="00D35743" w:rsidRDefault="00000000">
            <w:pPr>
              <w:rPr>
                <w:rFonts w:cs="Times New Roman"/>
                <w:color w:val="000000" w:themeColor="text1"/>
                <w:sz w:val="22"/>
              </w:rPr>
            </w:pPr>
            <w:r w:rsidRPr="00D35743">
              <w:rPr>
                <w:rFonts w:cs="Times New Roman"/>
                <w:color w:val="000000" w:themeColor="text1"/>
                <w:sz w:val="22"/>
              </w:rPr>
              <w:t>by race, non-Hispanic</w:t>
            </w:r>
          </w:p>
        </w:tc>
        <w:tc>
          <w:tcPr>
            <w:tcW w:w="1656" w:type="dxa"/>
          </w:tcPr>
          <w:p w14:paraId="6CDB1D33"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2CFC1694"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5DFAF891" w14:textId="77777777" w:rsidR="00D94E50" w:rsidRPr="00D35743" w:rsidRDefault="00000000">
            <w:pPr>
              <w:rPr>
                <w:rFonts w:cs="Times New Roman"/>
                <w:color w:val="000000" w:themeColor="text1"/>
                <w:sz w:val="22"/>
              </w:rPr>
            </w:pPr>
            <w:r w:rsidRPr="00D35743">
              <w:rPr>
                <w:rFonts w:cs="Times New Roman"/>
                <w:color w:val="000000" w:themeColor="text1"/>
                <w:sz w:val="22"/>
              </w:rPr>
              <w:t>Single Race 6; Year</w:t>
            </w:r>
          </w:p>
        </w:tc>
        <w:tc>
          <w:tcPr>
            <w:tcW w:w="936" w:type="dxa"/>
          </w:tcPr>
          <w:p w14:paraId="001EB37D"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34D86999" w14:textId="77777777" w:rsidR="00D94E50" w:rsidRPr="00D35743" w:rsidRDefault="00000000">
            <w:pPr>
              <w:rPr>
                <w:rFonts w:cs="Times New Roman"/>
                <w:color w:val="000000" w:themeColor="text1"/>
                <w:sz w:val="22"/>
              </w:rPr>
            </w:pPr>
            <w:r w:rsidRPr="00D35743">
              <w:rPr>
                <w:rFonts w:cs="Times New Roman"/>
                <w:color w:val="000000" w:themeColor="text1"/>
                <w:sz w:val="22"/>
              </w:rPr>
              <w:t>Not Hispanic or Latino</w:t>
            </w:r>
          </w:p>
        </w:tc>
        <w:tc>
          <w:tcPr>
            <w:tcW w:w="1800" w:type="dxa"/>
          </w:tcPr>
          <w:p w14:paraId="6D57EC58" w14:textId="77777777" w:rsidR="00D94E50" w:rsidRPr="00D35743" w:rsidRDefault="00000000">
            <w:pPr>
              <w:rPr>
                <w:rFonts w:cs="Times New Roman"/>
                <w:color w:val="000000" w:themeColor="text1"/>
                <w:sz w:val="22"/>
              </w:rPr>
            </w:pPr>
            <w:r w:rsidRPr="00D35743">
              <w:rPr>
                <w:rFonts w:cs="Times New Roman"/>
                <w:color w:val="000000" w:themeColor="text1"/>
                <w:sz w:val="22"/>
              </w:rPr>
              <w:t>5 of 6 †</w:t>
            </w:r>
          </w:p>
        </w:tc>
        <w:tc>
          <w:tcPr>
            <w:tcW w:w="1656" w:type="dxa"/>
          </w:tcPr>
          <w:p w14:paraId="6112EB6C"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4D856873" w14:textId="77777777">
        <w:tc>
          <w:tcPr>
            <w:tcW w:w="432" w:type="dxa"/>
          </w:tcPr>
          <w:p w14:paraId="48233462" w14:textId="77777777" w:rsidR="00D94E50" w:rsidRPr="00D35743" w:rsidRDefault="00000000">
            <w:pPr>
              <w:rPr>
                <w:rFonts w:cs="Times New Roman"/>
                <w:color w:val="000000" w:themeColor="text1"/>
                <w:sz w:val="22"/>
              </w:rPr>
            </w:pPr>
            <w:r w:rsidRPr="00D35743">
              <w:rPr>
                <w:rFonts w:cs="Times New Roman"/>
                <w:color w:val="000000" w:themeColor="text1"/>
                <w:sz w:val="22"/>
              </w:rPr>
              <w:t>22</w:t>
            </w:r>
          </w:p>
        </w:tc>
        <w:tc>
          <w:tcPr>
            <w:tcW w:w="2880" w:type="dxa"/>
          </w:tcPr>
          <w:p w14:paraId="099D8053" w14:textId="77777777" w:rsidR="00D94E50" w:rsidRPr="00D35743" w:rsidRDefault="00000000">
            <w:pPr>
              <w:rPr>
                <w:rFonts w:cs="Times New Roman"/>
                <w:color w:val="000000" w:themeColor="text1"/>
                <w:sz w:val="22"/>
              </w:rPr>
            </w:pPr>
            <w:r w:rsidRPr="00D35743">
              <w:rPr>
                <w:rFonts w:cs="Times New Roman"/>
                <w:color w:val="000000" w:themeColor="text1"/>
                <w:sz w:val="22"/>
              </w:rPr>
              <w:t>by state</w:t>
            </w:r>
          </w:p>
        </w:tc>
        <w:tc>
          <w:tcPr>
            <w:tcW w:w="1656" w:type="dxa"/>
          </w:tcPr>
          <w:p w14:paraId="7A50B921"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05DB240C"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430299FB" w14:textId="77777777" w:rsidR="00D94E50" w:rsidRPr="00D35743" w:rsidRDefault="00000000">
            <w:pPr>
              <w:rPr>
                <w:rFonts w:cs="Times New Roman"/>
                <w:color w:val="000000" w:themeColor="text1"/>
                <w:sz w:val="22"/>
              </w:rPr>
            </w:pPr>
            <w:r w:rsidRPr="00D35743">
              <w:rPr>
                <w:rFonts w:cs="Times New Roman"/>
                <w:color w:val="000000" w:themeColor="text1"/>
                <w:sz w:val="22"/>
              </w:rPr>
              <w:t>State</w:t>
            </w:r>
          </w:p>
        </w:tc>
        <w:tc>
          <w:tcPr>
            <w:tcW w:w="936" w:type="dxa"/>
          </w:tcPr>
          <w:p w14:paraId="55D9FFCF"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273788EF"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188CFF69"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42F16AA"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3ACB0877" w14:textId="77777777">
        <w:tc>
          <w:tcPr>
            <w:tcW w:w="432" w:type="dxa"/>
          </w:tcPr>
          <w:p w14:paraId="1204E4D0" w14:textId="77777777" w:rsidR="00D94E50" w:rsidRPr="00D35743" w:rsidRDefault="00000000">
            <w:pPr>
              <w:rPr>
                <w:rFonts w:cs="Times New Roman"/>
                <w:color w:val="000000" w:themeColor="text1"/>
                <w:sz w:val="22"/>
              </w:rPr>
            </w:pPr>
            <w:r w:rsidRPr="00D35743">
              <w:rPr>
                <w:rFonts w:cs="Times New Roman"/>
                <w:color w:val="000000" w:themeColor="text1"/>
                <w:sz w:val="22"/>
              </w:rPr>
              <w:t>23</w:t>
            </w:r>
          </w:p>
        </w:tc>
        <w:tc>
          <w:tcPr>
            <w:tcW w:w="2880" w:type="dxa"/>
          </w:tcPr>
          <w:p w14:paraId="60CABBA7" w14:textId="77777777" w:rsidR="00D94E50" w:rsidRPr="00D35743" w:rsidRDefault="00000000">
            <w:pPr>
              <w:rPr>
                <w:rFonts w:cs="Times New Roman"/>
                <w:color w:val="000000" w:themeColor="text1"/>
                <w:sz w:val="22"/>
              </w:rPr>
            </w:pPr>
            <w:r w:rsidRPr="00D35743">
              <w:rPr>
                <w:rFonts w:cs="Times New Roman"/>
                <w:color w:val="000000" w:themeColor="text1"/>
                <w:sz w:val="22"/>
              </w:rPr>
              <w:t>by state</w:t>
            </w:r>
          </w:p>
        </w:tc>
        <w:tc>
          <w:tcPr>
            <w:tcW w:w="1656" w:type="dxa"/>
          </w:tcPr>
          <w:p w14:paraId="5C8DE96E"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4B411327"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1A88921E" w14:textId="77777777" w:rsidR="00D94E50" w:rsidRPr="00D35743" w:rsidRDefault="00000000">
            <w:pPr>
              <w:rPr>
                <w:rFonts w:cs="Times New Roman"/>
                <w:color w:val="000000" w:themeColor="text1"/>
                <w:sz w:val="22"/>
              </w:rPr>
            </w:pPr>
            <w:r w:rsidRPr="00D35743">
              <w:rPr>
                <w:rFonts w:cs="Times New Roman"/>
                <w:color w:val="000000" w:themeColor="text1"/>
                <w:sz w:val="22"/>
              </w:rPr>
              <w:t>State</w:t>
            </w:r>
          </w:p>
        </w:tc>
        <w:tc>
          <w:tcPr>
            <w:tcW w:w="936" w:type="dxa"/>
          </w:tcPr>
          <w:p w14:paraId="045A3F4D"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153B1B82"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179AF5FD"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2EDBA162"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6D889559" w14:textId="77777777">
        <w:tc>
          <w:tcPr>
            <w:tcW w:w="432" w:type="dxa"/>
          </w:tcPr>
          <w:p w14:paraId="1A108B3C" w14:textId="77777777" w:rsidR="00D94E50" w:rsidRPr="00D35743" w:rsidRDefault="00000000">
            <w:pPr>
              <w:rPr>
                <w:rFonts w:cs="Times New Roman"/>
                <w:color w:val="000000" w:themeColor="text1"/>
                <w:sz w:val="22"/>
              </w:rPr>
            </w:pPr>
            <w:r w:rsidRPr="00D35743">
              <w:rPr>
                <w:rFonts w:cs="Times New Roman"/>
                <w:color w:val="000000" w:themeColor="text1"/>
                <w:sz w:val="22"/>
              </w:rPr>
              <w:t>24</w:t>
            </w:r>
          </w:p>
        </w:tc>
        <w:tc>
          <w:tcPr>
            <w:tcW w:w="2880" w:type="dxa"/>
          </w:tcPr>
          <w:p w14:paraId="07BA33A6" w14:textId="77777777" w:rsidR="00D94E50" w:rsidRPr="00D35743" w:rsidRDefault="00000000">
            <w:pPr>
              <w:rPr>
                <w:rFonts w:cs="Times New Roman"/>
                <w:color w:val="000000" w:themeColor="text1"/>
                <w:sz w:val="22"/>
              </w:rPr>
            </w:pPr>
            <w:r w:rsidRPr="00D35743">
              <w:rPr>
                <w:rFonts w:cs="Times New Roman"/>
                <w:color w:val="000000" w:themeColor="text1"/>
                <w:sz w:val="22"/>
              </w:rPr>
              <w:t>sensitivity: underlying cause</w:t>
            </w:r>
          </w:p>
        </w:tc>
        <w:tc>
          <w:tcPr>
            <w:tcW w:w="1656" w:type="dxa"/>
          </w:tcPr>
          <w:p w14:paraId="0D5C1949"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2142BEEB" w14:textId="77777777" w:rsidR="00D94E50" w:rsidRPr="00D35743" w:rsidRDefault="00000000">
            <w:pPr>
              <w:rPr>
                <w:rFonts w:cs="Times New Roman"/>
                <w:color w:val="000000" w:themeColor="text1"/>
                <w:sz w:val="22"/>
              </w:rPr>
            </w:pPr>
            <w:r w:rsidRPr="00D35743">
              <w:rPr>
                <w:rFonts w:cs="Times New Roman"/>
                <w:color w:val="000000" w:themeColor="text1"/>
                <w:sz w:val="22"/>
              </w:rPr>
              <w:t>underlying</w:t>
            </w:r>
          </w:p>
        </w:tc>
        <w:tc>
          <w:tcPr>
            <w:tcW w:w="2160" w:type="dxa"/>
          </w:tcPr>
          <w:p w14:paraId="18A2F618"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3EC7BD74"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0FBBD09A"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333E6608"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BDD22AF" w14:textId="77777777" w:rsidR="00D94E50" w:rsidRPr="00D35743" w:rsidRDefault="00000000">
            <w:pPr>
              <w:rPr>
                <w:rFonts w:cs="Times New Roman"/>
                <w:color w:val="000000" w:themeColor="text1"/>
                <w:sz w:val="22"/>
              </w:rPr>
            </w:pPr>
            <w:r w:rsidRPr="00D35743">
              <w:rPr>
                <w:rFonts w:cs="Times New Roman"/>
                <w:color w:val="000000" w:themeColor="text1"/>
                <w:sz w:val="22"/>
              </w:rPr>
              <w:t>2021; 2022; 2023; 2024</w:t>
            </w:r>
          </w:p>
        </w:tc>
      </w:tr>
      <w:tr w:rsidR="00D94E50" w:rsidRPr="00D35743" w14:paraId="3FF54F97" w14:textId="77777777">
        <w:tc>
          <w:tcPr>
            <w:tcW w:w="432" w:type="dxa"/>
          </w:tcPr>
          <w:p w14:paraId="2BD66840" w14:textId="77777777" w:rsidR="00D94E50" w:rsidRPr="00D35743" w:rsidRDefault="00000000">
            <w:pPr>
              <w:rPr>
                <w:rFonts w:cs="Times New Roman"/>
                <w:color w:val="000000" w:themeColor="text1"/>
                <w:sz w:val="22"/>
              </w:rPr>
            </w:pPr>
            <w:r w:rsidRPr="00D35743">
              <w:rPr>
                <w:rFonts w:cs="Times New Roman"/>
                <w:color w:val="000000" w:themeColor="text1"/>
                <w:sz w:val="22"/>
              </w:rPr>
              <w:t>25</w:t>
            </w:r>
          </w:p>
        </w:tc>
        <w:tc>
          <w:tcPr>
            <w:tcW w:w="2880" w:type="dxa"/>
          </w:tcPr>
          <w:p w14:paraId="5B6A2EE6" w14:textId="77777777" w:rsidR="00D94E50" w:rsidRPr="00D35743" w:rsidRDefault="00000000">
            <w:pPr>
              <w:rPr>
                <w:rFonts w:cs="Times New Roman"/>
                <w:color w:val="000000" w:themeColor="text1"/>
                <w:sz w:val="22"/>
              </w:rPr>
            </w:pPr>
            <w:r w:rsidRPr="00D35743">
              <w:rPr>
                <w:rFonts w:cs="Times New Roman"/>
                <w:color w:val="000000" w:themeColor="text1"/>
                <w:sz w:val="22"/>
              </w:rPr>
              <w:t>sensitivity: underlying cause</w:t>
            </w:r>
          </w:p>
        </w:tc>
        <w:tc>
          <w:tcPr>
            <w:tcW w:w="1656" w:type="dxa"/>
          </w:tcPr>
          <w:p w14:paraId="13960A9E"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7E2219CC" w14:textId="77777777" w:rsidR="00D94E50" w:rsidRPr="00D35743" w:rsidRDefault="00000000">
            <w:pPr>
              <w:rPr>
                <w:rFonts w:cs="Times New Roman"/>
                <w:color w:val="000000" w:themeColor="text1"/>
                <w:sz w:val="22"/>
              </w:rPr>
            </w:pPr>
            <w:r w:rsidRPr="00D35743">
              <w:rPr>
                <w:rFonts w:cs="Times New Roman"/>
                <w:color w:val="000000" w:themeColor="text1"/>
                <w:sz w:val="22"/>
              </w:rPr>
              <w:t>underlying</w:t>
            </w:r>
          </w:p>
        </w:tc>
        <w:tc>
          <w:tcPr>
            <w:tcW w:w="2160" w:type="dxa"/>
          </w:tcPr>
          <w:p w14:paraId="7D44B578"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4FF2C14B"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2EEE2819"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0185165C"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69B781A4"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1CEAE417" w14:textId="77777777">
        <w:tc>
          <w:tcPr>
            <w:tcW w:w="432" w:type="dxa"/>
          </w:tcPr>
          <w:p w14:paraId="40FB1F15" w14:textId="77777777" w:rsidR="00D94E50" w:rsidRPr="00D35743" w:rsidRDefault="00000000">
            <w:pPr>
              <w:rPr>
                <w:rFonts w:cs="Times New Roman"/>
                <w:color w:val="000000" w:themeColor="text1"/>
                <w:sz w:val="22"/>
              </w:rPr>
            </w:pPr>
            <w:r w:rsidRPr="00D35743">
              <w:rPr>
                <w:rFonts w:cs="Times New Roman"/>
                <w:color w:val="000000" w:themeColor="text1"/>
                <w:sz w:val="22"/>
              </w:rPr>
              <w:t>26</w:t>
            </w:r>
          </w:p>
        </w:tc>
        <w:tc>
          <w:tcPr>
            <w:tcW w:w="2880" w:type="dxa"/>
          </w:tcPr>
          <w:p w14:paraId="7CE4508D" w14:textId="77777777" w:rsidR="00D94E50" w:rsidRPr="00D35743" w:rsidRDefault="00000000">
            <w:pPr>
              <w:rPr>
                <w:rFonts w:cs="Times New Roman"/>
                <w:color w:val="000000" w:themeColor="text1"/>
                <w:sz w:val="22"/>
              </w:rPr>
            </w:pPr>
            <w:r w:rsidRPr="00D35743">
              <w:rPr>
                <w:rFonts w:cs="Times New Roman"/>
                <w:color w:val="000000" w:themeColor="text1"/>
                <w:sz w:val="22"/>
              </w:rPr>
              <w:t>denominator: all deaths, ages 25+</w:t>
            </w:r>
          </w:p>
        </w:tc>
        <w:tc>
          <w:tcPr>
            <w:tcW w:w="1656" w:type="dxa"/>
          </w:tcPr>
          <w:p w14:paraId="5DF32EF3"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555D1889" w14:textId="77777777" w:rsidR="00D94E50" w:rsidRPr="00D35743" w:rsidRDefault="00000000">
            <w:pPr>
              <w:rPr>
                <w:rFonts w:cs="Times New Roman"/>
                <w:color w:val="000000" w:themeColor="text1"/>
                <w:sz w:val="22"/>
              </w:rPr>
            </w:pPr>
            <w:r w:rsidRPr="00D35743">
              <w:rPr>
                <w:rFonts w:cs="Times New Roman"/>
                <w:color w:val="000000" w:themeColor="text1"/>
                <w:sz w:val="22"/>
              </w:rPr>
              <w:t>none (all causes)</w:t>
            </w:r>
          </w:p>
        </w:tc>
        <w:tc>
          <w:tcPr>
            <w:tcW w:w="2160" w:type="dxa"/>
          </w:tcPr>
          <w:p w14:paraId="6F832E10"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168B040A"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6E26C095"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5FB702DF"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0AF610B0"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5C96505E" w14:textId="77777777">
        <w:tc>
          <w:tcPr>
            <w:tcW w:w="432" w:type="dxa"/>
          </w:tcPr>
          <w:p w14:paraId="7A3D0A03" w14:textId="77777777" w:rsidR="00D94E50" w:rsidRPr="00D35743" w:rsidRDefault="00000000">
            <w:pPr>
              <w:rPr>
                <w:rFonts w:cs="Times New Roman"/>
                <w:color w:val="000000" w:themeColor="text1"/>
                <w:sz w:val="22"/>
              </w:rPr>
            </w:pPr>
            <w:r w:rsidRPr="00D35743">
              <w:rPr>
                <w:rFonts w:cs="Times New Roman"/>
                <w:color w:val="000000" w:themeColor="text1"/>
                <w:sz w:val="22"/>
              </w:rPr>
              <w:t>27</w:t>
            </w:r>
          </w:p>
        </w:tc>
        <w:tc>
          <w:tcPr>
            <w:tcW w:w="2880" w:type="dxa"/>
          </w:tcPr>
          <w:p w14:paraId="12B6161F" w14:textId="77777777" w:rsidR="00D94E50" w:rsidRPr="00D35743" w:rsidRDefault="00000000">
            <w:pPr>
              <w:rPr>
                <w:rFonts w:cs="Times New Roman"/>
                <w:color w:val="000000" w:themeColor="text1"/>
                <w:sz w:val="22"/>
              </w:rPr>
            </w:pPr>
            <w:r w:rsidRPr="00D35743">
              <w:rPr>
                <w:rFonts w:cs="Times New Roman"/>
                <w:color w:val="000000" w:themeColor="text1"/>
                <w:sz w:val="22"/>
              </w:rPr>
              <w:t>denominator: all deaths, ages 25+</w:t>
            </w:r>
          </w:p>
        </w:tc>
        <w:tc>
          <w:tcPr>
            <w:tcW w:w="1656" w:type="dxa"/>
          </w:tcPr>
          <w:p w14:paraId="6E7B4E7E"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0B7F3090" w14:textId="77777777" w:rsidR="00D94E50" w:rsidRPr="00D35743" w:rsidRDefault="00000000">
            <w:pPr>
              <w:rPr>
                <w:rFonts w:cs="Times New Roman"/>
                <w:color w:val="000000" w:themeColor="text1"/>
                <w:sz w:val="22"/>
              </w:rPr>
            </w:pPr>
            <w:r w:rsidRPr="00D35743">
              <w:rPr>
                <w:rFonts w:cs="Times New Roman"/>
                <w:color w:val="000000" w:themeColor="text1"/>
                <w:sz w:val="22"/>
              </w:rPr>
              <w:t>none (all causes)</w:t>
            </w:r>
          </w:p>
        </w:tc>
        <w:tc>
          <w:tcPr>
            <w:tcW w:w="2160" w:type="dxa"/>
          </w:tcPr>
          <w:p w14:paraId="2976B04C"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49561EFD"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07EF9F6A"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0EC34E46"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59E7FB6"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45328C80" w14:textId="77777777">
        <w:tc>
          <w:tcPr>
            <w:tcW w:w="432" w:type="dxa"/>
          </w:tcPr>
          <w:p w14:paraId="0D960B88" w14:textId="77777777" w:rsidR="00D94E50" w:rsidRPr="00D35743" w:rsidRDefault="00000000">
            <w:pPr>
              <w:rPr>
                <w:rFonts w:cs="Times New Roman"/>
                <w:color w:val="000000" w:themeColor="text1"/>
                <w:sz w:val="22"/>
              </w:rPr>
            </w:pPr>
            <w:r w:rsidRPr="00D35743">
              <w:rPr>
                <w:rFonts w:cs="Times New Roman"/>
                <w:color w:val="000000" w:themeColor="text1"/>
                <w:sz w:val="22"/>
              </w:rPr>
              <w:t>28</w:t>
            </w:r>
          </w:p>
        </w:tc>
        <w:tc>
          <w:tcPr>
            <w:tcW w:w="2880" w:type="dxa"/>
          </w:tcPr>
          <w:p w14:paraId="50450AAA" w14:textId="77777777" w:rsidR="00D94E50" w:rsidRPr="00D35743" w:rsidRDefault="00000000">
            <w:pPr>
              <w:rPr>
                <w:rFonts w:cs="Times New Roman"/>
                <w:color w:val="000000" w:themeColor="text1"/>
                <w:sz w:val="22"/>
              </w:rPr>
            </w:pPr>
            <w:r w:rsidRPr="00D35743">
              <w:rPr>
                <w:rFonts w:cs="Times New Roman"/>
                <w:color w:val="000000" w:themeColor="text1"/>
                <w:sz w:val="22"/>
              </w:rPr>
              <w:t>validation: deaths with origin unrestricted</w:t>
            </w:r>
          </w:p>
        </w:tc>
        <w:tc>
          <w:tcPr>
            <w:tcW w:w="1656" w:type="dxa"/>
          </w:tcPr>
          <w:p w14:paraId="03B706AF" w14:textId="77777777" w:rsidR="00D94E50" w:rsidRPr="00D35743" w:rsidRDefault="00000000">
            <w:pPr>
              <w:rPr>
                <w:rFonts w:cs="Times New Roman"/>
                <w:color w:val="000000" w:themeColor="text1"/>
                <w:sz w:val="22"/>
              </w:rPr>
            </w:pPr>
            <w:r w:rsidRPr="00D35743">
              <w:rPr>
                <w:rFonts w:cs="Times New Roman"/>
                <w:color w:val="000000" w:themeColor="text1"/>
                <w:sz w:val="22"/>
              </w:rPr>
              <w:t>MCD 1999–2020</w:t>
            </w:r>
          </w:p>
        </w:tc>
        <w:tc>
          <w:tcPr>
            <w:tcW w:w="1224" w:type="dxa"/>
          </w:tcPr>
          <w:p w14:paraId="1F8822C5"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44AAA613"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61B1FDD1"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04632FBE"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800" w:type="dxa"/>
          </w:tcPr>
          <w:p w14:paraId="6C2B4651"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53357767"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3F266E96" w14:textId="77777777">
        <w:tc>
          <w:tcPr>
            <w:tcW w:w="432" w:type="dxa"/>
          </w:tcPr>
          <w:p w14:paraId="3F44DB6C" w14:textId="77777777" w:rsidR="00D94E50" w:rsidRPr="00D35743" w:rsidRDefault="00000000">
            <w:pPr>
              <w:rPr>
                <w:rFonts w:cs="Times New Roman"/>
                <w:color w:val="000000" w:themeColor="text1"/>
                <w:sz w:val="22"/>
              </w:rPr>
            </w:pPr>
            <w:r w:rsidRPr="00D35743">
              <w:rPr>
                <w:rFonts w:cs="Times New Roman"/>
                <w:color w:val="000000" w:themeColor="text1"/>
                <w:sz w:val="22"/>
              </w:rPr>
              <w:t>29</w:t>
            </w:r>
          </w:p>
        </w:tc>
        <w:tc>
          <w:tcPr>
            <w:tcW w:w="2880" w:type="dxa"/>
          </w:tcPr>
          <w:p w14:paraId="4FA29EAB" w14:textId="77777777" w:rsidR="00D94E50" w:rsidRPr="00D35743" w:rsidRDefault="00000000">
            <w:pPr>
              <w:rPr>
                <w:rFonts w:cs="Times New Roman"/>
                <w:color w:val="000000" w:themeColor="text1"/>
                <w:sz w:val="22"/>
              </w:rPr>
            </w:pPr>
            <w:r w:rsidRPr="00D35743">
              <w:rPr>
                <w:rFonts w:cs="Times New Roman"/>
                <w:color w:val="000000" w:themeColor="text1"/>
                <w:sz w:val="22"/>
              </w:rPr>
              <w:t>validation: origin unrestricted</w:t>
            </w:r>
          </w:p>
        </w:tc>
        <w:tc>
          <w:tcPr>
            <w:tcW w:w="1656" w:type="dxa"/>
          </w:tcPr>
          <w:p w14:paraId="2CADD732"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2425612C"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490D9DD0"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2A6C23AF"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11A1B25D"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800" w:type="dxa"/>
          </w:tcPr>
          <w:p w14:paraId="03445FB3"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7117F532" w14:textId="77777777" w:rsidR="00D94E50" w:rsidRPr="00D35743" w:rsidRDefault="00000000">
            <w:pPr>
              <w:rPr>
                <w:rFonts w:cs="Times New Roman"/>
                <w:color w:val="000000" w:themeColor="text1"/>
                <w:sz w:val="22"/>
              </w:rPr>
            </w:pPr>
            <w:r w:rsidRPr="00D35743">
              <w:rPr>
                <w:rFonts w:cs="Times New Roman"/>
                <w:color w:val="000000" w:themeColor="text1"/>
                <w:sz w:val="22"/>
              </w:rPr>
              <w:t>all in file</w:t>
            </w:r>
          </w:p>
        </w:tc>
      </w:tr>
      <w:tr w:rsidR="00D94E50" w:rsidRPr="00D35743" w14:paraId="53CC170A" w14:textId="77777777">
        <w:tc>
          <w:tcPr>
            <w:tcW w:w="432" w:type="dxa"/>
          </w:tcPr>
          <w:p w14:paraId="406D3ECB" w14:textId="77777777" w:rsidR="00D94E50" w:rsidRPr="00D35743" w:rsidRDefault="00000000">
            <w:pPr>
              <w:rPr>
                <w:rFonts w:cs="Times New Roman"/>
                <w:color w:val="000000" w:themeColor="text1"/>
                <w:sz w:val="22"/>
              </w:rPr>
            </w:pPr>
            <w:r w:rsidRPr="00D35743">
              <w:rPr>
                <w:rFonts w:cs="Times New Roman"/>
                <w:color w:val="000000" w:themeColor="text1"/>
                <w:sz w:val="22"/>
              </w:rPr>
              <w:t>30</w:t>
            </w:r>
          </w:p>
        </w:tc>
        <w:tc>
          <w:tcPr>
            <w:tcW w:w="2880" w:type="dxa"/>
          </w:tcPr>
          <w:p w14:paraId="3A0EC478" w14:textId="77777777" w:rsidR="00D94E50" w:rsidRPr="00D35743" w:rsidRDefault="00000000">
            <w:pPr>
              <w:rPr>
                <w:rFonts w:cs="Times New Roman"/>
                <w:color w:val="000000" w:themeColor="text1"/>
                <w:sz w:val="22"/>
              </w:rPr>
            </w:pPr>
            <w:r w:rsidRPr="00D35743">
              <w:rPr>
                <w:rFonts w:cs="Times New Roman"/>
                <w:color w:val="000000" w:themeColor="text1"/>
                <w:sz w:val="22"/>
              </w:rPr>
              <w:t>validation: overlapping years</w:t>
            </w:r>
          </w:p>
        </w:tc>
        <w:tc>
          <w:tcPr>
            <w:tcW w:w="1656" w:type="dxa"/>
          </w:tcPr>
          <w:p w14:paraId="6393F773" w14:textId="77777777" w:rsidR="00D94E50" w:rsidRPr="00D35743" w:rsidRDefault="00000000">
            <w:pPr>
              <w:rPr>
                <w:rFonts w:cs="Times New Roman"/>
                <w:color w:val="000000" w:themeColor="text1"/>
                <w:sz w:val="22"/>
              </w:rPr>
            </w:pPr>
            <w:r w:rsidRPr="00D35743">
              <w:rPr>
                <w:rFonts w:cs="Times New Roman"/>
                <w:color w:val="000000" w:themeColor="text1"/>
                <w:sz w:val="22"/>
              </w:rPr>
              <w:t>MCD 2018–2024</w:t>
            </w:r>
          </w:p>
        </w:tc>
        <w:tc>
          <w:tcPr>
            <w:tcW w:w="1224" w:type="dxa"/>
          </w:tcPr>
          <w:p w14:paraId="3E88D809" w14:textId="77777777" w:rsidR="00D94E50" w:rsidRPr="00D35743" w:rsidRDefault="00000000">
            <w:pPr>
              <w:rPr>
                <w:rFonts w:cs="Times New Roman"/>
                <w:color w:val="000000" w:themeColor="text1"/>
                <w:sz w:val="22"/>
              </w:rPr>
            </w:pPr>
            <w:r w:rsidRPr="00D35743">
              <w:rPr>
                <w:rFonts w:cs="Times New Roman"/>
                <w:color w:val="000000" w:themeColor="text1"/>
                <w:sz w:val="22"/>
              </w:rPr>
              <w:t>any mention</w:t>
            </w:r>
          </w:p>
        </w:tc>
        <w:tc>
          <w:tcPr>
            <w:tcW w:w="2160" w:type="dxa"/>
          </w:tcPr>
          <w:p w14:paraId="22D4A245" w14:textId="77777777" w:rsidR="00D94E50" w:rsidRPr="00D35743" w:rsidRDefault="00000000">
            <w:pPr>
              <w:rPr>
                <w:rFonts w:cs="Times New Roman"/>
                <w:color w:val="000000" w:themeColor="text1"/>
                <w:sz w:val="22"/>
              </w:rPr>
            </w:pPr>
            <w:r w:rsidRPr="00D35743">
              <w:rPr>
                <w:rFonts w:cs="Times New Roman"/>
                <w:color w:val="000000" w:themeColor="text1"/>
                <w:sz w:val="22"/>
              </w:rPr>
              <w:t>Year</w:t>
            </w:r>
          </w:p>
        </w:tc>
        <w:tc>
          <w:tcPr>
            <w:tcW w:w="936" w:type="dxa"/>
          </w:tcPr>
          <w:p w14:paraId="5261F21A" w14:textId="77777777" w:rsidR="00D94E50" w:rsidRPr="00D35743" w:rsidRDefault="00000000">
            <w:pPr>
              <w:rPr>
                <w:rFonts w:cs="Times New Roman"/>
                <w:color w:val="000000" w:themeColor="text1"/>
                <w:sz w:val="22"/>
              </w:rPr>
            </w:pPr>
            <w:r w:rsidRPr="00D35743">
              <w:rPr>
                <w:rFonts w:cs="Times New Roman"/>
                <w:color w:val="000000" w:themeColor="text1"/>
                <w:sz w:val="22"/>
              </w:rPr>
              <w:t>7 of 7</w:t>
            </w:r>
          </w:p>
        </w:tc>
        <w:tc>
          <w:tcPr>
            <w:tcW w:w="1656" w:type="dxa"/>
          </w:tcPr>
          <w:p w14:paraId="1291C2C3" w14:textId="77777777" w:rsidR="00D94E50" w:rsidRPr="00D35743" w:rsidRDefault="00000000">
            <w:pPr>
              <w:rPr>
                <w:rFonts w:cs="Times New Roman"/>
                <w:color w:val="000000" w:themeColor="text1"/>
                <w:sz w:val="22"/>
              </w:rPr>
            </w:pPr>
            <w:r w:rsidRPr="00D35743">
              <w:rPr>
                <w:rFonts w:cs="Times New Roman"/>
                <w:color w:val="000000" w:themeColor="text1"/>
                <w:sz w:val="22"/>
              </w:rPr>
              <w:t>both categories</w:t>
            </w:r>
          </w:p>
        </w:tc>
        <w:tc>
          <w:tcPr>
            <w:tcW w:w="1800" w:type="dxa"/>
          </w:tcPr>
          <w:p w14:paraId="7CE97B38" w14:textId="77777777" w:rsidR="00D94E50" w:rsidRPr="00D35743" w:rsidRDefault="00000000">
            <w:pPr>
              <w:rPr>
                <w:rFonts w:cs="Times New Roman"/>
                <w:color w:val="000000" w:themeColor="text1"/>
                <w:sz w:val="22"/>
              </w:rPr>
            </w:pPr>
            <w:r w:rsidRPr="00D35743">
              <w:rPr>
                <w:rFonts w:cs="Times New Roman"/>
                <w:color w:val="000000" w:themeColor="text1"/>
                <w:sz w:val="22"/>
              </w:rPr>
              <w:t>unrestricted</w:t>
            </w:r>
          </w:p>
        </w:tc>
        <w:tc>
          <w:tcPr>
            <w:tcW w:w="1656" w:type="dxa"/>
          </w:tcPr>
          <w:p w14:paraId="2428FF05" w14:textId="77777777" w:rsidR="00D94E50" w:rsidRPr="00D35743" w:rsidRDefault="00000000">
            <w:pPr>
              <w:rPr>
                <w:rFonts w:cs="Times New Roman"/>
                <w:color w:val="000000" w:themeColor="text1"/>
                <w:sz w:val="22"/>
              </w:rPr>
            </w:pPr>
            <w:r w:rsidRPr="00D35743">
              <w:rPr>
                <w:rFonts w:cs="Times New Roman"/>
                <w:color w:val="000000" w:themeColor="text1"/>
                <w:sz w:val="22"/>
              </w:rPr>
              <w:t>2018; 2019; 2020</w:t>
            </w:r>
          </w:p>
        </w:tc>
      </w:tr>
    </w:tbl>
    <w:p w14:paraId="579CCBA0" w14:textId="77777777" w:rsidR="00D94E50" w:rsidRPr="00D35743" w:rsidRDefault="00D94E50">
      <w:pPr>
        <w:rPr>
          <w:rFonts w:cs="Times New Roman"/>
          <w:color w:val="000000" w:themeColor="text1"/>
          <w:sz w:val="22"/>
        </w:rPr>
      </w:pPr>
    </w:p>
    <w:p w14:paraId="353C8FAB" w14:textId="77777777" w:rsidR="00D94E50" w:rsidRPr="00D35743" w:rsidRDefault="00000000">
      <w:pPr>
        <w:rPr>
          <w:rFonts w:cs="Times New Roman"/>
          <w:color w:val="000000" w:themeColor="text1"/>
          <w:sz w:val="22"/>
        </w:rPr>
      </w:pPr>
      <w:r w:rsidRPr="00D35743">
        <w:rPr>
          <w:rFonts w:cs="Times New Roman"/>
          <w:i/>
          <w:color w:val="000000" w:themeColor="text1"/>
          <w:sz w:val="22"/>
        </w:rPr>
        <w:t>Every query used the multiple-cause ICD-10 code field with N31.0, N31.1, N31.2, N31.8 and N31.9 entered in the first code box and the second box left empty, so that the query returns any mention of these codes rather than a co-mention with a second condition; the underlying-cause field was left unrestricted except where the Cause field column states otherwise. All queries used the 2000 US standard population with rates per 100,000, and requested totals, zero values and suppressed values. Age groups are the ten-year groups from 25–34 to 85 years and over; a count below seven denotes a query restricted to a single age stratum. † marks queries in which the Single Race 6 field was restricted to five of its six categories, excluding decedents recorded as more than one race; these queries are the source of the 2021–2024 race strata reported in Tables 1, S5 and S6; the 40 non-Hispanic decedents recorded as more than one race are therefore absent from the race strata in that period, and are accounted for in the footnote to Table S6. This table is generated directly from the exported files rather than transcribed by hand.</w:t>
      </w:r>
    </w:p>
    <w:sectPr w:rsidR="00D94E50" w:rsidRPr="00D35743" w:rsidSect="00034616">
      <w:pgSz w:w="15840" w:h="12240"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0048730">
    <w:abstractNumId w:val="8"/>
  </w:num>
  <w:num w:numId="2" w16cid:durableId="58867023">
    <w:abstractNumId w:val="6"/>
  </w:num>
  <w:num w:numId="3" w16cid:durableId="2048944083">
    <w:abstractNumId w:val="5"/>
  </w:num>
  <w:num w:numId="4" w16cid:durableId="599605326">
    <w:abstractNumId w:val="4"/>
  </w:num>
  <w:num w:numId="5" w16cid:durableId="1980498276">
    <w:abstractNumId w:val="7"/>
  </w:num>
  <w:num w:numId="6" w16cid:durableId="2143427331">
    <w:abstractNumId w:val="3"/>
  </w:num>
  <w:num w:numId="7" w16cid:durableId="1781339070">
    <w:abstractNumId w:val="2"/>
  </w:num>
  <w:num w:numId="8" w16cid:durableId="1290669539">
    <w:abstractNumId w:val="1"/>
  </w:num>
  <w:num w:numId="9" w16cid:durableId="15254856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951DD"/>
    <w:rsid w:val="005B7DAD"/>
    <w:rsid w:val="00AA1D8D"/>
    <w:rsid w:val="00B47730"/>
    <w:rsid w:val="00CB0664"/>
    <w:rsid w:val="00D35743"/>
    <w:rsid w:val="00D94E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345BC7"/>
  <w14:defaultImageDpi w14:val="300"/>
  <w15:docId w15:val="{D6537A7D-50A0-E542-8424-09CCFB8B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5192</Words>
  <Characters>28975</Characters>
  <Application>Microsoft Office Word</Application>
  <DocSecurity>0</DocSecurity>
  <Lines>546</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Sadia Qazi</cp:lastModifiedBy>
  <cp:revision>2</cp:revision>
  <dcterms:created xsi:type="dcterms:W3CDTF">2026-09-02T11:32:00Z</dcterms:created>
  <dcterms:modified xsi:type="dcterms:W3CDTF">2026-09-02T11:32:00Z</dcterms:modified>
  <cp:category/>
</cp:coreProperties>
</file>