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A85B4" w14:textId="77777777">
      <w:pPr>
        <w:pStyle w:val="Title"/>
      </w:pPr>
      <w:r>
        <w:t>Additional file 1: Supplementary appendix</w:t>
      </w:r>
    </w:p>
    <w:p w14:paraId="13683A90" w14:textId="4EA2F887">
      <w:pPr>
        <w:pStyle w:val="Subtitle"/>
      </w:pPr>
      <w:r>
        <w:t>Weekly social-media duration and body image among emerging-adult women in Pakistan: a cross-sectional robustness analysis</w:t>
      </w:r>
    </w:p>
    <w:p w14:paraId="209B5692" w14:textId="77777777">
      <w:pPr>
        <w:pStyle w:val="Heading1"/>
      </w:pPr>
      <w:r>
        <w:t>Contents</w:t>
      </w:r>
    </w:p>
    <w:p w14:paraId="0254D19F" w14:textId="77777777">
      <w:pPr>
        <w:pStyle w:val="ListBullet"/>
      </w:pPr>
      <w:r>
        <w:t>S1. Participant flow and missingness</w:t>
      </w:r>
    </w:p>
    <w:p w14:paraId="0AFA652E" w14:textId="77777777">
      <w:pPr>
        <w:pStyle w:val="ListBullet"/>
      </w:pPr>
      <w:r>
        <w:t>S2. Questionnaire scoring and item evidence</w:t>
      </w:r>
    </w:p>
    <w:p w14:paraId="430853D4" w14:textId="77777777">
      <w:pPr>
        <w:pStyle w:val="ListBullet"/>
      </w:pPr>
      <w:r>
        <w:t>S3. Psychometric analyses</w:t>
      </w:r>
    </w:p>
    <w:p w14:paraId="3184CCBD" w14:textId="77777777">
      <w:pPr>
        <w:pStyle w:val="ListBullet"/>
      </w:pPr>
      <w:r>
        <w:t>S4. Primary model and diagnostics</w:t>
      </w:r>
    </w:p>
    <w:p w14:paraId="4EAF4C52" w14:textId="77777777">
      <w:pPr>
        <w:pStyle w:val="ListBullet"/>
      </w:pPr>
      <w:r>
        <w:t>S5. Secondary analyses and multiplicity</w:t>
      </w:r>
    </w:p>
    <w:p w14:paraId="360FC194" w14:textId="77777777">
      <w:pPr>
        <w:pStyle w:val="ListBullet"/>
      </w:pPr>
      <w:r>
        <w:t>S6. Sensitivity analyses</w:t>
      </w:r>
    </w:p>
    <w:p w14:paraId="158211CD" w14:textId="77777777">
      <w:pPr>
        <w:pStyle w:val="ListBullet"/>
      </w:pPr>
      <w:r>
        <w:t>S7. Post-hoc robustness enhancement</w:t>
      </w:r>
    </w:p>
    <w:p w14:paraId="39F1A071" w14:textId="77777777">
      <w:pPr>
        <w:pStyle w:val="ListBullet"/>
      </w:pPr>
      <w:r>
        <w:t>S8. Reproducibility and evidence map</w:t>
      </w:r>
    </w:p>
    <w:p w14:paraId="05A4E705" w14:textId="77777777">
      <w:r>
        <w:br w:type="page"/>
      </w:r>
    </w:p>
    <w:p w14:paraId="223F67BC" w14:textId="77777777">
      <w:pPr>
        <w:pStyle w:val="Heading1"/>
      </w:pPr>
      <w:r>
        <w:lastRenderedPageBreak/>
        <w:t>S1. Participant flow and missingness</w:t>
      </w:r>
    </w:p>
    <w:p w14:paraId="757B649F" w14:textId="77777777">
      <w:pPr>
        <w:keepNext/>
        <w:spacing w:before="80" w:after="80"/>
      </w:pPr>
      <w:r>
        <w:rPr>
          <w:b/>
          <w:color w:val="000000"/>
          <w:sz w:val="21"/>
        </w:rPr>
        <w:t xml:space="preserve">Supplementary Table S1. </w:t>
      </w:r>
      <w:r>
        <w:rPr>
          <w:i/>
          <w:color w:val="000000"/>
          <w:sz w:val="21"/>
        </w:rPr>
        <w:t>Hierarchical participant flow</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3168"/>
        <w:gridCol w:w="864"/>
        <w:gridCol w:w="5328"/>
      </w:tblGrid>
      <w:tr w14:paraId="4DDAAC8A" w14:textId="77777777">
        <w:trPr>
          <w:tblHeader/>
        </w:trPr>
        <w:tc>
          <w:tcPr>
            <w:tcW w:w="3168" w:type="dxa"/>
            <w:tcMar>
              <w:top w:w="80" w:type="dxa"/>
              <w:left w:w="120" w:type="dxa"/>
              <w:bottom w:w="80" w:type="dxa"/>
              <w:right w:w="120" w:type="dxa"/>
            </w:tcMar>
            <w:vAlign w:val="center"/>
          </w:tcPr>
          <w:p w14:paraId="19D012FD" w14:textId="77777777">
            <w:pPr>
              <w:spacing w:after="0" w:line="252" w:lineRule="auto"/>
            </w:pPr>
            <w:r>
              <w:rPr>
                <w:b/>
                <w:color w:val="000000"/>
                <w:sz w:val="16"/>
              </w:rPr>
              <w:t>Stage</w:t>
            </w:r>
          </w:p>
        </w:tc>
        <w:tc>
          <w:tcPr>
            <w:tcW w:w="864" w:type="dxa"/>
            <w:tcMar>
              <w:top w:w="80" w:type="dxa"/>
              <w:left w:w="120" w:type="dxa"/>
              <w:bottom w:w="80" w:type="dxa"/>
              <w:right w:w="120" w:type="dxa"/>
            </w:tcMar>
            <w:vAlign w:val="center"/>
          </w:tcPr>
          <w:p w14:paraId="5E7524B0" w14:textId="77777777">
            <w:pPr>
              <w:spacing w:after="0" w:line="252" w:lineRule="auto"/>
              <w:jc w:val="right"/>
            </w:pPr>
            <w:r>
              <w:rPr>
                <w:b/>
                <w:color w:val="000000"/>
                <w:sz w:val="16"/>
              </w:rPr>
              <w:t>n</w:t>
            </w:r>
          </w:p>
        </w:tc>
        <w:tc>
          <w:tcPr>
            <w:tcW w:w="5328" w:type="dxa"/>
            <w:tcMar>
              <w:top w:w="80" w:type="dxa"/>
              <w:left w:w="120" w:type="dxa"/>
              <w:bottom w:w="80" w:type="dxa"/>
              <w:right w:w="120" w:type="dxa"/>
            </w:tcMar>
            <w:vAlign w:val="center"/>
          </w:tcPr>
          <w:p w14:paraId="4F0D574B" w14:textId="77777777">
            <w:pPr>
              <w:spacing w:after="0" w:line="252" w:lineRule="auto"/>
            </w:pPr>
            <w:r>
              <w:rPr>
                <w:b/>
                <w:color w:val="000000"/>
                <w:sz w:val="16"/>
              </w:rPr>
              <w:t>Interpretation</w:t>
            </w:r>
          </w:p>
        </w:tc>
      </w:tr>
      <w:tr w14:paraId="20C84B5B" w14:textId="77777777">
        <w:tc>
          <w:tcPr>
            <w:tcW w:w="3168" w:type="dxa"/>
            <w:tcMar>
              <w:top w:w="80" w:type="dxa"/>
              <w:left w:w="120" w:type="dxa"/>
              <w:bottom w:w="80" w:type="dxa"/>
              <w:right w:w="120" w:type="dxa"/>
            </w:tcMar>
            <w:vAlign w:val="center"/>
          </w:tcPr>
          <w:p w14:paraId="591A113C" w14:textId="77777777">
            <w:pPr>
              <w:spacing w:after="0" w:line="252" w:lineRule="auto"/>
            </w:pPr>
            <w:r>
              <w:rPr>
                <w:color w:val="000000"/>
                <w:sz w:val="17"/>
              </w:rPr>
              <w:t>raw responses</w:t>
            </w:r>
          </w:p>
        </w:tc>
        <w:tc>
          <w:tcPr>
            <w:tcW w:w="864" w:type="dxa"/>
            <w:tcMar>
              <w:top w:w="80" w:type="dxa"/>
              <w:left w:w="120" w:type="dxa"/>
              <w:bottom w:w="80" w:type="dxa"/>
              <w:right w:w="120" w:type="dxa"/>
            </w:tcMar>
            <w:vAlign w:val="center"/>
          </w:tcPr>
          <w:p w14:paraId="5814023D" w14:textId="77777777">
            <w:pPr>
              <w:spacing w:after="0" w:line="252" w:lineRule="auto"/>
              <w:jc w:val="right"/>
            </w:pPr>
            <w:r>
              <w:rPr>
                <w:color w:val="000000"/>
                <w:sz w:val="17"/>
              </w:rPr>
              <w:t>254</w:t>
            </w:r>
          </w:p>
        </w:tc>
        <w:tc>
          <w:tcPr>
            <w:tcW w:w="5328" w:type="dxa"/>
            <w:tcMar>
              <w:top w:w="80" w:type="dxa"/>
              <w:left w:w="120" w:type="dxa"/>
              <w:bottom w:w="80" w:type="dxa"/>
              <w:right w:w="120" w:type="dxa"/>
            </w:tcMar>
            <w:vAlign w:val="center"/>
          </w:tcPr>
          <w:p w14:paraId="12A6B707" w14:textId="77777777">
            <w:pPr>
              <w:spacing w:after="0" w:line="252" w:lineRule="auto"/>
            </w:pPr>
            <w:r>
              <w:rPr>
                <w:color w:val="000000"/>
                <w:sz w:val="17"/>
              </w:rPr>
              <w:t>All frozen source records</w:t>
            </w:r>
          </w:p>
        </w:tc>
      </w:tr>
      <w:tr w14:paraId="73A2E75E" w14:textId="77777777">
        <w:tc>
          <w:tcPr>
            <w:tcW w:w="3168" w:type="dxa"/>
            <w:tcMar>
              <w:top w:w="80" w:type="dxa"/>
              <w:left w:w="120" w:type="dxa"/>
              <w:bottom w:w="80" w:type="dxa"/>
              <w:right w:w="120" w:type="dxa"/>
            </w:tcMar>
            <w:vAlign w:val="center"/>
          </w:tcPr>
          <w:p w14:paraId="3EFFA44C" w14:textId="77777777">
            <w:pPr>
              <w:spacing w:after="0" w:line="252" w:lineRule="auto"/>
            </w:pPr>
            <w:r>
              <w:rPr>
                <w:color w:val="000000"/>
                <w:sz w:val="17"/>
              </w:rPr>
              <w:t>excluded no valid consent</w:t>
            </w:r>
          </w:p>
        </w:tc>
        <w:tc>
          <w:tcPr>
            <w:tcW w:w="864" w:type="dxa"/>
            <w:tcMar>
              <w:top w:w="80" w:type="dxa"/>
              <w:left w:w="120" w:type="dxa"/>
              <w:bottom w:w="80" w:type="dxa"/>
              <w:right w:w="120" w:type="dxa"/>
            </w:tcMar>
            <w:vAlign w:val="center"/>
          </w:tcPr>
          <w:p w14:paraId="704EC0F6" w14:textId="77777777">
            <w:pPr>
              <w:spacing w:after="0" w:line="252" w:lineRule="auto"/>
              <w:jc w:val="right"/>
            </w:pPr>
            <w:r>
              <w:rPr>
                <w:color w:val="000000"/>
                <w:sz w:val="17"/>
              </w:rPr>
              <w:t>3</w:t>
            </w:r>
          </w:p>
        </w:tc>
        <w:tc>
          <w:tcPr>
            <w:tcW w:w="5328" w:type="dxa"/>
            <w:tcMar>
              <w:top w:w="80" w:type="dxa"/>
              <w:left w:w="120" w:type="dxa"/>
              <w:bottom w:w="80" w:type="dxa"/>
              <w:right w:w="120" w:type="dxa"/>
            </w:tcMar>
            <w:vAlign w:val="center"/>
          </w:tcPr>
          <w:p w14:paraId="184D96E7" w14:textId="77777777">
            <w:pPr>
              <w:spacing w:after="0" w:line="252" w:lineRule="auto"/>
            </w:pPr>
            <w:r>
              <w:rPr>
                <w:color w:val="000000"/>
                <w:sz w:val="17"/>
              </w:rPr>
              <w:t>Current ethical exclusion</w:t>
            </w:r>
          </w:p>
        </w:tc>
      </w:tr>
      <w:tr w14:paraId="466B4D04" w14:textId="77777777">
        <w:tc>
          <w:tcPr>
            <w:tcW w:w="3168" w:type="dxa"/>
            <w:tcMar>
              <w:top w:w="80" w:type="dxa"/>
              <w:left w:w="120" w:type="dxa"/>
              <w:bottom w:w="80" w:type="dxa"/>
              <w:right w:w="120" w:type="dxa"/>
            </w:tcMar>
            <w:vAlign w:val="center"/>
          </w:tcPr>
          <w:p w14:paraId="4B92FDFB" w14:textId="77777777">
            <w:pPr>
              <w:spacing w:after="0" w:line="252" w:lineRule="auto"/>
            </w:pPr>
            <w:r>
              <w:rPr>
                <w:color w:val="000000"/>
                <w:sz w:val="17"/>
              </w:rPr>
              <w:t>excluded not recorded female after consent</w:t>
            </w:r>
          </w:p>
        </w:tc>
        <w:tc>
          <w:tcPr>
            <w:tcW w:w="864" w:type="dxa"/>
            <w:tcMar>
              <w:top w:w="80" w:type="dxa"/>
              <w:left w:w="120" w:type="dxa"/>
              <w:bottom w:w="80" w:type="dxa"/>
              <w:right w:w="120" w:type="dxa"/>
            </w:tcMar>
            <w:vAlign w:val="center"/>
          </w:tcPr>
          <w:p w14:paraId="61265156" w14:textId="77777777">
            <w:pPr>
              <w:spacing w:after="0" w:line="252" w:lineRule="auto"/>
              <w:jc w:val="right"/>
            </w:pPr>
            <w:r>
              <w:rPr>
                <w:color w:val="000000"/>
                <w:sz w:val="17"/>
              </w:rPr>
              <w:t>0</w:t>
            </w:r>
          </w:p>
        </w:tc>
        <w:tc>
          <w:tcPr>
            <w:tcW w:w="5328" w:type="dxa"/>
            <w:tcMar>
              <w:top w:w="80" w:type="dxa"/>
              <w:left w:w="120" w:type="dxa"/>
              <w:bottom w:w="80" w:type="dxa"/>
              <w:right w:w="120" w:type="dxa"/>
            </w:tcMar>
            <w:vAlign w:val="center"/>
          </w:tcPr>
          <w:p w14:paraId="160B3134" w14:textId="77777777">
            <w:pPr>
              <w:spacing w:after="0" w:line="252" w:lineRule="auto"/>
            </w:pPr>
            <w:r>
              <w:rPr>
                <w:color w:val="000000"/>
                <w:sz w:val="17"/>
              </w:rPr>
              <w:t>Current population exclusion</w:t>
            </w:r>
          </w:p>
        </w:tc>
      </w:tr>
      <w:tr w14:paraId="45D22A8F" w14:textId="77777777">
        <w:tc>
          <w:tcPr>
            <w:tcW w:w="3168" w:type="dxa"/>
            <w:tcMar>
              <w:top w:w="80" w:type="dxa"/>
              <w:left w:w="120" w:type="dxa"/>
              <w:bottom w:w="80" w:type="dxa"/>
              <w:right w:w="120" w:type="dxa"/>
            </w:tcMar>
            <w:vAlign w:val="center"/>
          </w:tcPr>
          <w:p w14:paraId="1D7663FA" w14:textId="77777777">
            <w:pPr>
              <w:spacing w:after="0" w:line="252" w:lineRule="auto"/>
            </w:pPr>
            <w:r>
              <w:rPr>
                <w:color w:val="000000"/>
                <w:sz w:val="17"/>
              </w:rPr>
              <w:t>excluded age missing or unresolvable</w:t>
            </w:r>
          </w:p>
        </w:tc>
        <w:tc>
          <w:tcPr>
            <w:tcW w:w="864" w:type="dxa"/>
            <w:tcMar>
              <w:top w:w="80" w:type="dxa"/>
              <w:left w:w="120" w:type="dxa"/>
              <w:bottom w:w="80" w:type="dxa"/>
              <w:right w:w="120" w:type="dxa"/>
            </w:tcMar>
            <w:vAlign w:val="center"/>
          </w:tcPr>
          <w:p w14:paraId="61E63945" w14:textId="77777777">
            <w:pPr>
              <w:spacing w:after="0" w:line="252" w:lineRule="auto"/>
              <w:jc w:val="right"/>
            </w:pPr>
            <w:r>
              <w:rPr>
                <w:color w:val="000000"/>
                <w:sz w:val="17"/>
              </w:rPr>
              <w:t>6</w:t>
            </w:r>
          </w:p>
        </w:tc>
        <w:tc>
          <w:tcPr>
            <w:tcW w:w="5328" w:type="dxa"/>
            <w:tcMar>
              <w:top w:w="80" w:type="dxa"/>
              <w:left w:w="120" w:type="dxa"/>
              <w:bottom w:w="80" w:type="dxa"/>
              <w:right w:w="120" w:type="dxa"/>
            </w:tcMar>
            <w:vAlign w:val="center"/>
          </w:tcPr>
          <w:p w14:paraId="583008E5" w14:textId="77777777">
            <w:pPr>
              <w:spacing w:after="0" w:line="252" w:lineRule="auto"/>
            </w:pPr>
            <w:r>
              <w:rPr>
                <w:color w:val="000000"/>
                <w:sz w:val="17"/>
              </w:rPr>
              <w:t>Excluded because age could not be represented as one verified numeric age in years</w:t>
            </w:r>
          </w:p>
        </w:tc>
      </w:tr>
      <w:tr w14:paraId="6CC63A17" w14:textId="77777777">
        <w:tc>
          <w:tcPr>
            <w:tcW w:w="3168" w:type="dxa"/>
            <w:tcMar>
              <w:top w:w="80" w:type="dxa"/>
              <w:left w:w="120" w:type="dxa"/>
              <w:bottom w:w="80" w:type="dxa"/>
              <w:right w:w="120" w:type="dxa"/>
            </w:tcMar>
            <w:vAlign w:val="center"/>
          </w:tcPr>
          <w:p w14:paraId="2AB782F9" w14:textId="77777777">
            <w:pPr>
              <w:spacing w:after="0" w:line="252" w:lineRule="auto"/>
            </w:pPr>
            <w:r>
              <w:rPr>
                <w:color w:val="000000"/>
                <w:sz w:val="17"/>
              </w:rPr>
              <w:t>excluded outside locked age range</w:t>
            </w:r>
          </w:p>
        </w:tc>
        <w:tc>
          <w:tcPr>
            <w:tcW w:w="864" w:type="dxa"/>
            <w:tcMar>
              <w:top w:w="80" w:type="dxa"/>
              <w:left w:w="120" w:type="dxa"/>
              <w:bottom w:w="80" w:type="dxa"/>
              <w:right w:w="120" w:type="dxa"/>
            </w:tcMar>
            <w:vAlign w:val="center"/>
          </w:tcPr>
          <w:p w14:paraId="5D2847D2" w14:textId="77777777">
            <w:pPr>
              <w:spacing w:after="0" w:line="252" w:lineRule="auto"/>
              <w:jc w:val="right"/>
            </w:pPr>
            <w:r>
              <w:rPr>
                <w:color w:val="000000"/>
                <w:sz w:val="17"/>
              </w:rPr>
              <w:t>7</w:t>
            </w:r>
          </w:p>
        </w:tc>
        <w:tc>
          <w:tcPr>
            <w:tcW w:w="5328" w:type="dxa"/>
            <w:tcMar>
              <w:top w:w="80" w:type="dxa"/>
              <w:left w:w="120" w:type="dxa"/>
              <w:bottom w:w="80" w:type="dxa"/>
              <w:right w:w="120" w:type="dxa"/>
            </w:tcMar>
            <w:vAlign w:val="center"/>
          </w:tcPr>
          <w:p w14:paraId="6D583A6C" w14:textId="77777777">
            <w:pPr>
              <w:spacing w:after="0" w:line="252" w:lineRule="auto"/>
            </w:pPr>
            <w:r>
              <w:rPr>
                <w:rFonts w:ascii="Times New Roman" w:hAnsi="Times New Roman"/>
                <w:sz w:val="16"/>
              </w:rPr>
              <w:t>Excluded because verified age was outside the locked 18–29 range</w:t>
            </w:r>
          </w:p>
        </w:tc>
      </w:tr>
      <w:tr w14:paraId="00841312" w14:textId="77777777">
        <w:tc>
          <w:tcPr>
            <w:tcW w:w="3168" w:type="dxa"/>
            <w:tcMar>
              <w:top w:w="80" w:type="dxa"/>
              <w:left w:w="120" w:type="dxa"/>
              <w:bottom w:w="80" w:type="dxa"/>
              <w:right w:w="120" w:type="dxa"/>
            </w:tcMar>
            <w:vAlign w:val="center"/>
          </w:tcPr>
          <w:p w14:paraId="0BAF841D" w14:textId="77777777">
            <w:pPr>
              <w:spacing w:after="0" w:line="252" w:lineRule="auto"/>
            </w:pPr>
            <w:r>
              <w:rPr>
                <w:color w:val="000000"/>
                <w:sz w:val="17"/>
              </w:rPr>
              <w:t>final analytic base</w:t>
            </w:r>
          </w:p>
        </w:tc>
        <w:tc>
          <w:tcPr>
            <w:tcW w:w="864" w:type="dxa"/>
            <w:tcMar>
              <w:top w:w="80" w:type="dxa"/>
              <w:left w:w="120" w:type="dxa"/>
              <w:bottom w:w="80" w:type="dxa"/>
              <w:right w:w="120" w:type="dxa"/>
            </w:tcMar>
            <w:vAlign w:val="center"/>
          </w:tcPr>
          <w:p w14:paraId="676BF478" w14:textId="77777777">
            <w:pPr>
              <w:spacing w:after="0" w:line="252" w:lineRule="auto"/>
              <w:jc w:val="right"/>
            </w:pPr>
            <w:r>
              <w:rPr>
                <w:color w:val="000000"/>
                <w:sz w:val="17"/>
              </w:rPr>
              <w:t>238</w:t>
            </w:r>
          </w:p>
        </w:tc>
        <w:tc>
          <w:tcPr>
            <w:tcW w:w="5328" w:type="dxa"/>
            <w:tcMar>
              <w:top w:w="80" w:type="dxa"/>
              <w:left w:w="120" w:type="dxa"/>
              <w:bottom w:w="80" w:type="dxa"/>
              <w:right w:w="120" w:type="dxa"/>
            </w:tcMar>
            <w:vAlign w:val="center"/>
          </w:tcPr>
          <w:p w14:paraId="338E98AE" w14:textId="77777777">
            <w:pPr>
              <w:spacing w:after="0" w:line="252" w:lineRule="auto"/>
            </w:pPr>
            <w:r>
              <w:rPr>
                <w:color w:val="000000"/>
                <w:sz w:val="17"/>
              </w:rPr>
              <w:t>Final analysis-ready cohort after hierarchical eligibility exclusions</w:t>
            </w:r>
          </w:p>
        </w:tc>
      </w:tr>
    </w:tbl>
    <w:p w14:paraId="65DC546E" w14:textId="77777777">
      <w:pPr>
        <w:spacing w:before="100" w:after="160"/>
      </w:pPr>
      <w:r>
        <w:rPr>
          <w:rFonts w:ascii="Times New Roman" w:hAnsi="Times New Roman"/>
          <w:sz w:val="18"/>
        </w:rPr>
        <w:t>Note. Counts are hierarchical and reconcile exactly: 254 frozen responses - 3 without valid consent - 6 with unresolvable age - 7 outside age 18–29 = 238.</w:t>
      </w:r>
    </w:p>
    <w:p w14:paraId="509FF752" w14:textId="77777777">
      <w:pPr>
        <w:keepNext/>
        <w:spacing w:before="80" w:after="80"/>
      </w:pPr>
      <w:r>
        <w:rPr>
          <w:b/>
          <w:color w:val="000000"/>
          <w:sz w:val="21"/>
        </w:rPr>
        <w:t xml:space="preserve">Supplementary Table S2. </w:t>
      </w:r>
      <w:r>
        <w:rPr>
          <w:i/>
          <w:color w:val="000000"/>
          <w:sz w:val="21"/>
        </w:rPr>
        <w:t>Missingness in analysis variables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5040"/>
        <w:gridCol w:w="1440"/>
        <w:gridCol w:w="1440"/>
        <w:gridCol w:w="1440"/>
      </w:tblGrid>
      <w:tr w14:paraId="5F24D462" w14:textId="77777777">
        <w:trPr>
          <w:tblHeader/>
        </w:trPr>
        <w:tc>
          <w:tcPr>
            <w:tcW w:w="5040" w:type="dxa"/>
            <w:tcMar>
              <w:top w:w="80" w:type="dxa"/>
              <w:left w:w="120" w:type="dxa"/>
              <w:bottom w:w="80" w:type="dxa"/>
              <w:right w:w="120" w:type="dxa"/>
            </w:tcMar>
            <w:vAlign w:val="center"/>
          </w:tcPr>
          <w:p w14:paraId="23DFF7A8" w14:textId="77777777">
            <w:pPr>
              <w:spacing w:after="0" w:line="252" w:lineRule="auto"/>
            </w:pPr>
            <w:r>
              <w:rPr>
                <w:b/>
                <w:color w:val="000000"/>
                <w:sz w:val="16"/>
              </w:rPr>
              <w:t>Variable</w:t>
            </w:r>
          </w:p>
        </w:tc>
        <w:tc>
          <w:tcPr>
            <w:tcW w:w="1440" w:type="dxa"/>
            <w:tcMar>
              <w:top w:w="80" w:type="dxa"/>
              <w:left w:w="120" w:type="dxa"/>
              <w:bottom w:w="80" w:type="dxa"/>
              <w:right w:w="120" w:type="dxa"/>
            </w:tcMar>
            <w:vAlign w:val="center"/>
          </w:tcPr>
          <w:p w14:paraId="622CACF7" w14:textId="77777777">
            <w:pPr>
              <w:spacing w:after="0" w:line="252" w:lineRule="auto"/>
              <w:jc w:val="right"/>
            </w:pPr>
            <w:r>
              <w:rPr>
                <w:b/>
                <w:color w:val="000000"/>
                <w:sz w:val="16"/>
              </w:rPr>
              <w:t>Missing n</w:t>
            </w:r>
          </w:p>
        </w:tc>
        <w:tc>
          <w:tcPr>
            <w:tcW w:w="1440" w:type="dxa"/>
            <w:tcMar>
              <w:top w:w="80" w:type="dxa"/>
              <w:left w:w="120" w:type="dxa"/>
              <w:bottom w:w="80" w:type="dxa"/>
              <w:right w:w="120" w:type="dxa"/>
            </w:tcMar>
            <w:vAlign w:val="center"/>
          </w:tcPr>
          <w:p w14:paraId="66F45DC3" w14:textId="77777777">
            <w:pPr>
              <w:spacing w:after="0" w:line="252" w:lineRule="auto"/>
              <w:jc w:val="right"/>
            </w:pPr>
            <w:r>
              <w:rPr>
                <w:b/>
                <w:color w:val="000000"/>
                <w:sz w:val="16"/>
              </w:rPr>
              <w:t>Total n</w:t>
            </w:r>
          </w:p>
        </w:tc>
        <w:tc>
          <w:tcPr>
            <w:tcW w:w="1440" w:type="dxa"/>
            <w:tcMar>
              <w:top w:w="80" w:type="dxa"/>
              <w:left w:w="120" w:type="dxa"/>
              <w:bottom w:w="80" w:type="dxa"/>
              <w:right w:w="120" w:type="dxa"/>
            </w:tcMar>
            <w:vAlign w:val="center"/>
          </w:tcPr>
          <w:p w14:paraId="47BE0078" w14:textId="77777777">
            <w:pPr>
              <w:spacing w:after="0" w:line="252" w:lineRule="auto"/>
              <w:jc w:val="right"/>
            </w:pPr>
            <w:r>
              <w:rPr>
                <w:b/>
                <w:color w:val="000000"/>
                <w:sz w:val="16"/>
              </w:rPr>
              <w:t>Missing %</w:t>
            </w:r>
          </w:p>
        </w:tc>
      </w:tr>
      <w:tr w14:paraId="4A0D6813" w14:textId="77777777">
        <w:tc>
          <w:tcPr>
            <w:tcW w:w="5040" w:type="dxa"/>
            <w:tcMar>
              <w:top w:w="80" w:type="dxa"/>
              <w:left w:w="120" w:type="dxa"/>
              <w:bottom w:w="80" w:type="dxa"/>
              <w:right w:w="120" w:type="dxa"/>
            </w:tcMar>
            <w:vAlign w:val="center"/>
          </w:tcPr>
          <w:p w14:paraId="22F496CF" w14:textId="77777777">
            <w:pPr>
              <w:spacing w:after="0" w:line="252" w:lineRule="auto"/>
            </w:pPr>
            <w:r>
              <w:rPr>
                <w:color w:val="000000"/>
                <w:sz w:val="17"/>
              </w:rPr>
              <w:t>age years</w:t>
            </w:r>
          </w:p>
        </w:tc>
        <w:tc>
          <w:tcPr>
            <w:tcW w:w="1440" w:type="dxa"/>
            <w:tcMar>
              <w:top w:w="80" w:type="dxa"/>
              <w:left w:w="120" w:type="dxa"/>
              <w:bottom w:w="80" w:type="dxa"/>
              <w:right w:w="120" w:type="dxa"/>
            </w:tcMar>
            <w:vAlign w:val="center"/>
          </w:tcPr>
          <w:p w14:paraId="1C4A498F" w14:textId="77777777">
            <w:pPr>
              <w:spacing w:after="0" w:line="252" w:lineRule="auto"/>
              <w:jc w:val="right"/>
            </w:pPr>
            <w:r>
              <w:rPr>
                <w:color w:val="000000"/>
                <w:sz w:val="17"/>
              </w:rPr>
              <w:t>0</w:t>
            </w:r>
          </w:p>
        </w:tc>
        <w:tc>
          <w:tcPr>
            <w:tcW w:w="1440" w:type="dxa"/>
            <w:tcMar>
              <w:top w:w="80" w:type="dxa"/>
              <w:left w:w="120" w:type="dxa"/>
              <w:bottom w:w="80" w:type="dxa"/>
              <w:right w:w="120" w:type="dxa"/>
            </w:tcMar>
            <w:vAlign w:val="center"/>
          </w:tcPr>
          <w:p w14:paraId="68F4BBED"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0FDA7028" w14:textId="77777777">
            <w:pPr>
              <w:spacing w:after="0" w:line="252" w:lineRule="auto"/>
              <w:jc w:val="right"/>
            </w:pPr>
            <w:r>
              <w:rPr>
                <w:color w:val="000000"/>
                <w:sz w:val="17"/>
              </w:rPr>
              <w:t>0.0</w:t>
            </w:r>
          </w:p>
        </w:tc>
      </w:tr>
      <w:tr w14:paraId="23FD2810" w14:textId="77777777">
        <w:tc>
          <w:tcPr>
            <w:tcW w:w="5040" w:type="dxa"/>
            <w:tcMar>
              <w:top w:w="80" w:type="dxa"/>
              <w:left w:w="120" w:type="dxa"/>
              <w:bottom w:w="80" w:type="dxa"/>
              <w:right w:w="120" w:type="dxa"/>
            </w:tcMar>
            <w:vAlign w:val="center"/>
          </w:tcPr>
          <w:p w14:paraId="7F5E8DEB" w14:textId="77777777">
            <w:pPr>
              <w:spacing w:after="0" w:line="252" w:lineRule="auto"/>
            </w:pPr>
            <w:r>
              <w:rPr>
                <w:color w:val="000000"/>
                <w:sz w:val="17"/>
              </w:rPr>
              <w:t>socioeconomic status</w:t>
            </w:r>
          </w:p>
        </w:tc>
        <w:tc>
          <w:tcPr>
            <w:tcW w:w="1440" w:type="dxa"/>
            <w:tcMar>
              <w:top w:w="80" w:type="dxa"/>
              <w:left w:w="120" w:type="dxa"/>
              <w:bottom w:w="80" w:type="dxa"/>
              <w:right w:w="120" w:type="dxa"/>
            </w:tcMar>
            <w:vAlign w:val="center"/>
          </w:tcPr>
          <w:p w14:paraId="69777B96" w14:textId="77777777">
            <w:pPr>
              <w:spacing w:after="0" w:line="252" w:lineRule="auto"/>
              <w:jc w:val="right"/>
            </w:pPr>
            <w:r>
              <w:rPr>
                <w:color w:val="000000"/>
                <w:sz w:val="17"/>
              </w:rPr>
              <w:t>0</w:t>
            </w:r>
          </w:p>
        </w:tc>
        <w:tc>
          <w:tcPr>
            <w:tcW w:w="1440" w:type="dxa"/>
            <w:tcMar>
              <w:top w:w="80" w:type="dxa"/>
              <w:left w:w="120" w:type="dxa"/>
              <w:bottom w:w="80" w:type="dxa"/>
              <w:right w:w="120" w:type="dxa"/>
            </w:tcMar>
            <w:vAlign w:val="center"/>
          </w:tcPr>
          <w:p w14:paraId="27CD1637"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01DA04F7" w14:textId="77777777">
            <w:pPr>
              <w:spacing w:after="0" w:line="252" w:lineRule="auto"/>
              <w:jc w:val="right"/>
            </w:pPr>
            <w:r>
              <w:rPr>
                <w:color w:val="000000"/>
                <w:sz w:val="17"/>
              </w:rPr>
              <w:t>0.0</w:t>
            </w:r>
          </w:p>
        </w:tc>
      </w:tr>
      <w:tr w14:paraId="013B1541" w14:textId="77777777">
        <w:tc>
          <w:tcPr>
            <w:tcW w:w="5040" w:type="dxa"/>
            <w:tcMar>
              <w:top w:w="80" w:type="dxa"/>
              <w:left w:w="120" w:type="dxa"/>
              <w:bottom w:w="80" w:type="dxa"/>
              <w:right w:w="120" w:type="dxa"/>
            </w:tcMar>
            <w:vAlign w:val="center"/>
          </w:tcPr>
          <w:p w14:paraId="41F6A75C" w14:textId="77777777">
            <w:pPr>
              <w:spacing w:after="0" w:line="252" w:lineRule="auto"/>
            </w:pPr>
            <w:r>
              <w:rPr>
                <w:color w:val="000000"/>
                <w:sz w:val="17"/>
              </w:rPr>
              <w:t>sports participation</w:t>
            </w:r>
          </w:p>
        </w:tc>
        <w:tc>
          <w:tcPr>
            <w:tcW w:w="1440" w:type="dxa"/>
            <w:tcMar>
              <w:top w:w="80" w:type="dxa"/>
              <w:left w:w="120" w:type="dxa"/>
              <w:bottom w:w="80" w:type="dxa"/>
              <w:right w:w="120" w:type="dxa"/>
            </w:tcMar>
            <w:vAlign w:val="center"/>
          </w:tcPr>
          <w:p w14:paraId="2E7F5215" w14:textId="77777777">
            <w:pPr>
              <w:spacing w:after="0" w:line="252" w:lineRule="auto"/>
              <w:jc w:val="right"/>
            </w:pPr>
            <w:r>
              <w:rPr>
                <w:color w:val="000000"/>
                <w:sz w:val="17"/>
              </w:rPr>
              <w:t>2</w:t>
            </w:r>
          </w:p>
        </w:tc>
        <w:tc>
          <w:tcPr>
            <w:tcW w:w="1440" w:type="dxa"/>
            <w:tcMar>
              <w:top w:w="80" w:type="dxa"/>
              <w:left w:w="120" w:type="dxa"/>
              <w:bottom w:w="80" w:type="dxa"/>
              <w:right w:w="120" w:type="dxa"/>
            </w:tcMar>
            <w:vAlign w:val="center"/>
          </w:tcPr>
          <w:p w14:paraId="657CCB6A"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7F948EE6" w14:textId="77777777">
            <w:pPr>
              <w:spacing w:after="0" w:line="252" w:lineRule="auto"/>
              <w:jc w:val="right"/>
            </w:pPr>
            <w:r>
              <w:rPr>
                <w:color w:val="000000"/>
                <w:sz w:val="17"/>
              </w:rPr>
              <w:t>0.8</w:t>
            </w:r>
          </w:p>
        </w:tc>
      </w:tr>
      <w:tr w14:paraId="31A66CE4" w14:textId="77777777">
        <w:tc>
          <w:tcPr>
            <w:tcW w:w="5040" w:type="dxa"/>
            <w:tcMar>
              <w:top w:w="80" w:type="dxa"/>
              <w:left w:w="120" w:type="dxa"/>
              <w:bottom w:w="80" w:type="dxa"/>
              <w:right w:w="120" w:type="dxa"/>
            </w:tcMar>
            <w:vAlign w:val="center"/>
          </w:tcPr>
          <w:p w14:paraId="52AB104A" w14:textId="77777777">
            <w:pPr>
              <w:spacing w:after="0" w:line="252" w:lineRule="auto"/>
            </w:pPr>
            <w:r>
              <w:rPr>
                <w:color w:val="000000"/>
                <w:sz w:val="17"/>
              </w:rPr>
              <w:t>activity level</w:t>
            </w:r>
          </w:p>
        </w:tc>
        <w:tc>
          <w:tcPr>
            <w:tcW w:w="1440" w:type="dxa"/>
            <w:tcMar>
              <w:top w:w="80" w:type="dxa"/>
              <w:left w:w="120" w:type="dxa"/>
              <w:bottom w:w="80" w:type="dxa"/>
              <w:right w:w="120" w:type="dxa"/>
            </w:tcMar>
            <w:vAlign w:val="center"/>
          </w:tcPr>
          <w:p w14:paraId="079CD123" w14:textId="77777777">
            <w:pPr>
              <w:spacing w:after="0" w:line="252" w:lineRule="auto"/>
              <w:jc w:val="right"/>
            </w:pPr>
            <w:r>
              <w:rPr>
                <w:color w:val="000000"/>
                <w:sz w:val="17"/>
              </w:rPr>
              <w:t>1</w:t>
            </w:r>
          </w:p>
        </w:tc>
        <w:tc>
          <w:tcPr>
            <w:tcW w:w="1440" w:type="dxa"/>
            <w:tcMar>
              <w:top w:w="80" w:type="dxa"/>
              <w:left w:w="120" w:type="dxa"/>
              <w:bottom w:w="80" w:type="dxa"/>
              <w:right w:w="120" w:type="dxa"/>
            </w:tcMar>
            <w:vAlign w:val="center"/>
          </w:tcPr>
          <w:p w14:paraId="260FDA06"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492BD565" w14:textId="77777777">
            <w:pPr>
              <w:spacing w:after="0" w:line="252" w:lineRule="auto"/>
              <w:jc w:val="right"/>
            </w:pPr>
            <w:r>
              <w:rPr>
                <w:color w:val="000000"/>
                <w:sz w:val="17"/>
              </w:rPr>
              <w:t>0.4</w:t>
            </w:r>
          </w:p>
        </w:tc>
      </w:tr>
      <w:tr w14:paraId="1563FFBC" w14:textId="77777777">
        <w:tc>
          <w:tcPr>
            <w:tcW w:w="5040" w:type="dxa"/>
            <w:tcMar>
              <w:top w:w="80" w:type="dxa"/>
              <w:left w:w="120" w:type="dxa"/>
              <w:bottom w:w="80" w:type="dxa"/>
              <w:right w:w="120" w:type="dxa"/>
            </w:tcMar>
            <w:vAlign w:val="center"/>
          </w:tcPr>
          <w:p w14:paraId="58AC4191" w14:textId="77777777">
            <w:pPr>
              <w:spacing w:after="0" w:line="252" w:lineRule="auto"/>
            </w:pPr>
            <w:r>
              <w:rPr>
                <w:color w:val="000000"/>
                <w:sz w:val="17"/>
              </w:rPr>
              <w:t>social media hours category</w:t>
            </w:r>
          </w:p>
        </w:tc>
        <w:tc>
          <w:tcPr>
            <w:tcW w:w="1440" w:type="dxa"/>
            <w:tcMar>
              <w:top w:w="80" w:type="dxa"/>
              <w:left w:w="120" w:type="dxa"/>
              <w:bottom w:w="80" w:type="dxa"/>
              <w:right w:w="120" w:type="dxa"/>
            </w:tcMar>
            <w:vAlign w:val="center"/>
          </w:tcPr>
          <w:p w14:paraId="635C303D" w14:textId="77777777">
            <w:pPr>
              <w:spacing w:after="0" w:line="252" w:lineRule="auto"/>
              <w:jc w:val="right"/>
            </w:pPr>
            <w:r>
              <w:rPr>
                <w:color w:val="000000"/>
                <w:sz w:val="17"/>
              </w:rPr>
              <w:t>1</w:t>
            </w:r>
          </w:p>
        </w:tc>
        <w:tc>
          <w:tcPr>
            <w:tcW w:w="1440" w:type="dxa"/>
            <w:tcMar>
              <w:top w:w="80" w:type="dxa"/>
              <w:left w:w="120" w:type="dxa"/>
              <w:bottom w:w="80" w:type="dxa"/>
              <w:right w:w="120" w:type="dxa"/>
            </w:tcMar>
            <w:vAlign w:val="center"/>
          </w:tcPr>
          <w:p w14:paraId="62B388D2"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1C94D960" w14:textId="77777777">
            <w:pPr>
              <w:spacing w:after="0" w:line="252" w:lineRule="auto"/>
              <w:jc w:val="right"/>
            </w:pPr>
            <w:r>
              <w:rPr>
                <w:color w:val="000000"/>
                <w:sz w:val="17"/>
              </w:rPr>
              <w:t>0.4</w:t>
            </w:r>
          </w:p>
        </w:tc>
      </w:tr>
      <w:tr w14:paraId="498605E0" w14:textId="77777777">
        <w:tc>
          <w:tcPr>
            <w:tcW w:w="5040" w:type="dxa"/>
            <w:tcMar>
              <w:top w:w="80" w:type="dxa"/>
              <w:left w:w="120" w:type="dxa"/>
              <w:bottom w:w="80" w:type="dxa"/>
              <w:right w:w="120" w:type="dxa"/>
            </w:tcMar>
            <w:vAlign w:val="center"/>
          </w:tcPr>
          <w:p w14:paraId="38568A31" w14:textId="77777777">
            <w:pPr>
              <w:spacing w:after="0" w:line="252" w:lineRule="auto"/>
            </w:pPr>
            <w:r>
              <w:rPr>
                <w:color w:val="000000"/>
                <w:sz w:val="17"/>
              </w:rPr>
              <w:t>body image discussion frequency</w:t>
            </w:r>
          </w:p>
        </w:tc>
        <w:tc>
          <w:tcPr>
            <w:tcW w:w="1440" w:type="dxa"/>
            <w:tcMar>
              <w:top w:w="80" w:type="dxa"/>
              <w:left w:w="120" w:type="dxa"/>
              <w:bottom w:w="80" w:type="dxa"/>
              <w:right w:w="120" w:type="dxa"/>
            </w:tcMar>
            <w:vAlign w:val="center"/>
          </w:tcPr>
          <w:p w14:paraId="6B004ACC" w14:textId="77777777">
            <w:pPr>
              <w:spacing w:after="0" w:line="252" w:lineRule="auto"/>
              <w:jc w:val="right"/>
            </w:pPr>
            <w:r>
              <w:rPr>
                <w:color w:val="000000"/>
                <w:sz w:val="17"/>
              </w:rPr>
              <w:t>0</w:t>
            </w:r>
          </w:p>
        </w:tc>
        <w:tc>
          <w:tcPr>
            <w:tcW w:w="1440" w:type="dxa"/>
            <w:tcMar>
              <w:top w:w="80" w:type="dxa"/>
              <w:left w:w="120" w:type="dxa"/>
              <w:bottom w:w="80" w:type="dxa"/>
              <w:right w:w="120" w:type="dxa"/>
            </w:tcMar>
            <w:vAlign w:val="center"/>
          </w:tcPr>
          <w:p w14:paraId="05425B84"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5DBD7D8A" w14:textId="77777777">
            <w:pPr>
              <w:spacing w:after="0" w:line="252" w:lineRule="auto"/>
              <w:jc w:val="right"/>
            </w:pPr>
            <w:r>
              <w:rPr>
                <w:color w:val="000000"/>
                <w:sz w:val="17"/>
              </w:rPr>
              <w:t>0.0</w:t>
            </w:r>
          </w:p>
        </w:tc>
      </w:tr>
      <w:tr w14:paraId="3503D26C" w14:textId="77777777">
        <w:tc>
          <w:tcPr>
            <w:tcW w:w="5040" w:type="dxa"/>
            <w:tcMar>
              <w:top w:w="80" w:type="dxa"/>
              <w:left w:w="120" w:type="dxa"/>
              <w:bottom w:w="80" w:type="dxa"/>
              <w:right w:w="120" w:type="dxa"/>
            </w:tcMar>
            <w:vAlign w:val="center"/>
          </w:tcPr>
          <w:p w14:paraId="359C4E0C" w14:textId="77777777">
            <w:pPr>
              <w:spacing w:after="0" w:line="252" w:lineRule="auto"/>
            </w:pPr>
            <w:r>
              <w:rPr>
                <w:color w:val="000000"/>
                <w:sz w:val="17"/>
              </w:rPr>
              <w:t>appearance bullying teasing</w:t>
            </w:r>
          </w:p>
        </w:tc>
        <w:tc>
          <w:tcPr>
            <w:tcW w:w="1440" w:type="dxa"/>
            <w:tcMar>
              <w:top w:w="80" w:type="dxa"/>
              <w:left w:w="120" w:type="dxa"/>
              <w:bottom w:w="80" w:type="dxa"/>
              <w:right w:w="120" w:type="dxa"/>
            </w:tcMar>
            <w:vAlign w:val="center"/>
          </w:tcPr>
          <w:p w14:paraId="486AFCDF" w14:textId="77777777">
            <w:pPr>
              <w:spacing w:after="0" w:line="252" w:lineRule="auto"/>
              <w:jc w:val="right"/>
            </w:pPr>
            <w:r>
              <w:rPr>
                <w:color w:val="000000"/>
                <w:sz w:val="17"/>
              </w:rPr>
              <w:t>2</w:t>
            </w:r>
          </w:p>
        </w:tc>
        <w:tc>
          <w:tcPr>
            <w:tcW w:w="1440" w:type="dxa"/>
            <w:tcMar>
              <w:top w:w="80" w:type="dxa"/>
              <w:left w:w="120" w:type="dxa"/>
              <w:bottom w:w="80" w:type="dxa"/>
              <w:right w:w="120" w:type="dxa"/>
            </w:tcMar>
            <w:vAlign w:val="center"/>
          </w:tcPr>
          <w:p w14:paraId="4B73E109"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378CF0EF" w14:textId="77777777">
            <w:pPr>
              <w:spacing w:after="0" w:line="252" w:lineRule="auto"/>
              <w:jc w:val="right"/>
            </w:pPr>
            <w:r>
              <w:rPr>
                <w:color w:val="000000"/>
                <w:sz w:val="17"/>
              </w:rPr>
              <w:t>0.8</w:t>
            </w:r>
          </w:p>
        </w:tc>
      </w:tr>
      <w:tr w14:paraId="6263E691" w14:textId="77777777">
        <w:tc>
          <w:tcPr>
            <w:tcW w:w="5040" w:type="dxa"/>
            <w:tcMar>
              <w:top w:w="80" w:type="dxa"/>
              <w:left w:w="120" w:type="dxa"/>
              <w:bottom w:w="80" w:type="dxa"/>
              <w:right w:w="120" w:type="dxa"/>
            </w:tcMar>
            <w:vAlign w:val="center"/>
          </w:tcPr>
          <w:p w14:paraId="6EAC4BA7" w14:textId="77777777">
            <w:pPr>
              <w:spacing w:after="0" w:line="252" w:lineRule="auto"/>
            </w:pPr>
            <w:r>
              <w:rPr>
                <w:color w:val="000000"/>
                <w:sz w:val="17"/>
              </w:rPr>
              <w:t>diet plan</w:t>
            </w:r>
          </w:p>
        </w:tc>
        <w:tc>
          <w:tcPr>
            <w:tcW w:w="1440" w:type="dxa"/>
            <w:tcMar>
              <w:top w:w="80" w:type="dxa"/>
              <w:left w:w="120" w:type="dxa"/>
              <w:bottom w:w="80" w:type="dxa"/>
              <w:right w:w="120" w:type="dxa"/>
            </w:tcMar>
            <w:vAlign w:val="center"/>
          </w:tcPr>
          <w:p w14:paraId="62DF3E60" w14:textId="77777777">
            <w:pPr>
              <w:spacing w:after="0" w:line="252" w:lineRule="auto"/>
              <w:jc w:val="right"/>
            </w:pPr>
            <w:r>
              <w:rPr>
                <w:color w:val="000000"/>
                <w:sz w:val="17"/>
              </w:rPr>
              <w:t>1</w:t>
            </w:r>
          </w:p>
        </w:tc>
        <w:tc>
          <w:tcPr>
            <w:tcW w:w="1440" w:type="dxa"/>
            <w:tcMar>
              <w:top w:w="80" w:type="dxa"/>
              <w:left w:w="120" w:type="dxa"/>
              <w:bottom w:w="80" w:type="dxa"/>
              <w:right w:w="120" w:type="dxa"/>
            </w:tcMar>
            <w:vAlign w:val="center"/>
          </w:tcPr>
          <w:p w14:paraId="2968DAB1"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369A8EC5" w14:textId="77777777">
            <w:pPr>
              <w:spacing w:after="0" w:line="252" w:lineRule="auto"/>
              <w:jc w:val="right"/>
            </w:pPr>
            <w:r>
              <w:rPr>
                <w:color w:val="000000"/>
                <w:sz w:val="17"/>
              </w:rPr>
              <w:t>0.4</w:t>
            </w:r>
          </w:p>
        </w:tc>
      </w:tr>
      <w:tr w14:paraId="11B6C6E4" w14:textId="77777777">
        <w:tc>
          <w:tcPr>
            <w:tcW w:w="5040" w:type="dxa"/>
            <w:tcMar>
              <w:top w:w="80" w:type="dxa"/>
              <w:left w:w="120" w:type="dxa"/>
              <w:bottom w:w="80" w:type="dxa"/>
              <w:right w:w="120" w:type="dxa"/>
            </w:tcMar>
            <w:vAlign w:val="center"/>
          </w:tcPr>
          <w:p w14:paraId="2D914210" w14:textId="77777777">
            <w:pPr>
              <w:spacing w:after="0" w:line="252" w:lineRule="auto"/>
            </w:pPr>
            <w:r>
              <w:rPr>
                <w:color w:val="000000"/>
                <w:sz w:val="17"/>
              </w:rPr>
              <w:t>recruitment wave</w:t>
            </w:r>
          </w:p>
        </w:tc>
        <w:tc>
          <w:tcPr>
            <w:tcW w:w="1440" w:type="dxa"/>
            <w:tcMar>
              <w:top w:w="80" w:type="dxa"/>
              <w:left w:w="120" w:type="dxa"/>
              <w:bottom w:w="80" w:type="dxa"/>
              <w:right w:w="120" w:type="dxa"/>
            </w:tcMar>
            <w:vAlign w:val="center"/>
          </w:tcPr>
          <w:p w14:paraId="38A01D2E" w14:textId="77777777">
            <w:pPr>
              <w:spacing w:after="0" w:line="252" w:lineRule="auto"/>
              <w:jc w:val="right"/>
            </w:pPr>
            <w:r>
              <w:rPr>
                <w:color w:val="000000"/>
                <w:sz w:val="17"/>
              </w:rPr>
              <w:t>0</w:t>
            </w:r>
          </w:p>
        </w:tc>
        <w:tc>
          <w:tcPr>
            <w:tcW w:w="1440" w:type="dxa"/>
            <w:tcMar>
              <w:top w:w="80" w:type="dxa"/>
              <w:left w:w="120" w:type="dxa"/>
              <w:bottom w:w="80" w:type="dxa"/>
              <w:right w:w="120" w:type="dxa"/>
            </w:tcMar>
            <w:vAlign w:val="center"/>
          </w:tcPr>
          <w:p w14:paraId="718C3E7B" w14:textId="77777777">
            <w:pPr>
              <w:spacing w:after="0" w:line="252" w:lineRule="auto"/>
              <w:jc w:val="right"/>
            </w:pPr>
            <w:r>
              <w:rPr>
                <w:color w:val="000000"/>
                <w:sz w:val="17"/>
              </w:rPr>
              <w:t>238</w:t>
            </w:r>
          </w:p>
        </w:tc>
        <w:tc>
          <w:tcPr>
            <w:tcW w:w="1440" w:type="dxa"/>
            <w:tcMar>
              <w:top w:w="80" w:type="dxa"/>
              <w:left w:w="120" w:type="dxa"/>
              <w:bottom w:w="80" w:type="dxa"/>
              <w:right w:w="120" w:type="dxa"/>
            </w:tcMar>
            <w:vAlign w:val="center"/>
          </w:tcPr>
          <w:p w14:paraId="2C45ED8B" w14:textId="77777777">
            <w:pPr>
              <w:spacing w:after="0" w:line="252" w:lineRule="auto"/>
              <w:jc w:val="right"/>
            </w:pPr>
            <w:r>
              <w:rPr>
                <w:color w:val="000000"/>
                <w:sz w:val="17"/>
              </w:rPr>
              <w:t>0.0</w:t>
            </w:r>
          </w:p>
        </w:tc>
      </w:tr>
    </w:tbl>
    <w:p w14:paraId="2BF8C0B1" w14:textId="77777777">
      <w:pPr>
        <w:spacing w:before="100" w:after="160"/>
      </w:pPr>
      <w:r>
        <w:rPr>
          <w:rFonts w:ascii="Times New Roman" w:hAnsi="Times New Roman"/>
          <w:b/>
          <w:i/>
          <w:color w:val="000000"/>
          <w:sz w:val="18"/>
        </w:rPr>
        <w:t xml:space="preserve">Note. </w:t>
      </w:r>
      <w:r>
        <w:rPr>
          <w:rFonts w:ascii="Times New Roman" w:hAnsi="Times New Roman"/>
          <w:i/>
          <w:color w:val="000000"/>
          <w:sz w:val="18"/>
        </w:rPr>
        <w:t>All 238 participants had complete body-image item responses. The primary complete-case model retained 234 participants (98.3%).</w:t>
      </w:r>
    </w:p>
    <w:p w14:paraId="0105120F" w14:textId="77777777">
      <w:pPr>
        <w:pStyle w:val="Heading1"/>
      </w:pPr>
      <w:r>
        <w:t>S2. Questionnaire scoring and item evidence</w:t>
      </w:r>
    </w:p>
    <w:p w14:paraId="3A926F10" w14:textId="77777777">
      <w:pPr>
        <w:keepNext/>
        <w:spacing w:before="80" w:after="80"/>
      </w:pPr>
      <w:r>
        <w:rPr>
          <w:b/>
          <w:color w:val="000000"/>
          <w:sz w:val="21"/>
        </w:rPr>
        <w:t xml:space="preserve">Supplementary Table S3. </w:t>
      </w:r>
      <w:r>
        <w:rPr>
          <w:i/>
          <w:color w:val="000000"/>
          <w:sz w:val="21"/>
        </w:rPr>
        <w:t>Operational 18-item body-image scoring key</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648"/>
        <w:gridCol w:w="5400"/>
        <w:gridCol w:w="1440"/>
        <w:gridCol w:w="1872"/>
      </w:tblGrid>
      <w:tr w14:paraId="67833DBF" w14:textId="77777777">
        <w:trPr>
          <w:tblHeader/>
        </w:trPr>
        <w:tc>
          <w:tcPr>
            <w:tcW w:w="648" w:type="dxa"/>
            <w:tcMar>
              <w:top w:w="80" w:type="dxa"/>
              <w:left w:w="120" w:type="dxa"/>
              <w:bottom w:w="80" w:type="dxa"/>
              <w:right w:w="120" w:type="dxa"/>
            </w:tcMar>
            <w:vAlign w:val="center"/>
          </w:tcPr>
          <w:p w14:paraId="1EBB99B3" w14:textId="77777777">
            <w:pPr>
              <w:spacing w:after="0" w:line="252" w:lineRule="auto"/>
              <w:jc w:val="right"/>
            </w:pPr>
            <w:r>
              <w:rPr>
                <w:b/>
                <w:color w:val="000000"/>
                <w:sz w:val="16"/>
              </w:rPr>
              <w:t>Item</w:t>
            </w:r>
          </w:p>
        </w:tc>
        <w:tc>
          <w:tcPr>
            <w:tcW w:w="5400" w:type="dxa"/>
            <w:tcMar>
              <w:top w:w="80" w:type="dxa"/>
              <w:left w:w="120" w:type="dxa"/>
              <w:bottom w:w="80" w:type="dxa"/>
              <w:right w:w="120" w:type="dxa"/>
            </w:tcMar>
            <w:vAlign w:val="center"/>
          </w:tcPr>
          <w:p w14:paraId="1E0421A6" w14:textId="77777777">
            <w:pPr>
              <w:spacing w:after="0" w:line="252" w:lineRule="auto"/>
            </w:pPr>
            <w:r>
              <w:rPr>
                <w:b/>
                <w:color w:val="000000"/>
                <w:sz w:val="16"/>
              </w:rPr>
              <w:t>Administered statement</w:t>
            </w:r>
          </w:p>
        </w:tc>
        <w:tc>
          <w:tcPr>
            <w:tcW w:w="1440" w:type="dxa"/>
            <w:tcMar>
              <w:top w:w="80" w:type="dxa"/>
              <w:left w:w="120" w:type="dxa"/>
              <w:bottom w:w="80" w:type="dxa"/>
              <w:right w:w="120" w:type="dxa"/>
            </w:tcMar>
            <w:vAlign w:val="center"/>
          </w:tcPr>
          <w:p w14:paraId="1F8BAAEF" w14:textId="77777777">
            <w:pPr>
              <w:spacing w:after="0" w:line="252" w:lineRule="auto"/>
              <w:jc w:val="center"/>
            </w:pPr>
            <w:r>
              <w:rPr>
                <w:b/>
                <w:color w:val="000000"/>
                <w:sz w:val="16"/>
              </w:rPr>
              <w:t>Polarity</w:t>
            </w:r>
          </w:p>
        </w:tc>
        <w:tc>
          <w:tcPr>
            <w:tcW w:w="1872" w:type="dxa"/>
            <w:tcMar>
              <w:top w:w="80" w:type="dxa"/>
              <w:left w:w="120" w:type="dxa"/>
              <w:bottom w:w="80" w:type="dxa"/>
              <w:right w:w="120" w:type="dxa"/>
            </w:tcMar>
            <w:vAlign w:val="center"/>
          </w:tcPr>
          <w:p w14:paraId="4C294D31" w14:textId="77777777">
            <w:pPr>
              <w:spacing w:after="0" w:line="252" w:lineRule="auto"/>
              <w:jc w:val="center"/>
            </w:pPr>
            <w:r>
              <w:rPr>
                <w:b/>
                <w:color w:val="000000"/>
                <w:sz w:val="16"/>
              </w:rPr>
              <w:t>Formula</w:t>
            </w:r>
          </w:p>
        </w:tc>
      </w:tr>
      <w:tr w14:paraId="426F8420" w14:textId="77777777">
        <w:tc>
          <w:tcPr>
            <w:tcW w:w="648" w:type="dxa"/>
            <w:tcMar>
              <w:top w:w="80" w:type="dxa"/>
              <w:left w:w="120" w:type="dxa"/>
              <w:bottom w:w="80" w:type="dxa"/>
              <w:right w:w="120" w:type="dxa"/>
            </w:tcMar>
            <w:vAlign w:val="center"/>
          </w:tcPr>
          <w:p w14:paraId="30E4A646" w14:textId="77777777">
            <w:pPr>
              <w:spacing w:after="0" w:line="252" w:lineRule="auto"/>
              <w:jc w:val="right"/>
            </w:pPr>
            <w:r>
              <w:rPr>
                <w:color w:val="000000"/>
                <w:sz w:val="16"/>
              </w:rPr>
              <w:t>1</w:t>
            </w:r>
          </w:p>
        </w:tc>
        <w:tc>
          <w:tcPr>
            <w:tcW w:w="5400" w:type="dxa"/>
            <w:tcMar>
              <w:top w:w="80" w:type="dxa"/>
              <w:left w:w="120" w:type="dxa"/>
              <w:bottom w:w="80" w:type="dxa"/>
              <w:right w:w="120" w:type="dxa"/>
            </w:tcMar>
            <w:vAlign w:val="center"/>
          </w:tcPr>
          <w:p w14:paraId="4ECB95C2" w14:textId="77777777">
            <w:pPr>
              <w:spacing w:after="0" w:line="252" w:lineRule="auto"/>
            </w:pPr>
            <w:r>
              <w:rPr>
                <w:color w:val="000000"/>
                <w:sz w:val="16"/>
              </w:rPr>
              <w:t>I look like I have bad health.</w:t>
            </w:r>
          </w:p>
        </w:tc>
        <w:tc>
          <w:tcPr>
            <w:tcW w:w="1440" w:type="dxa"/>
            <w:tcMar>
              <w:top w:w="80" w:type="dxa"/>
              <w:left w:w="120" w:type="dxa"/>
              <w:bottom w:w="80" w:type="dxa"/>
              <w:right w:w="120" w:type="dxa"/>
            </w:tcMar>
            <w:vAlign w:val="center"/>
          </w:tcPr>
          <w:p w14:paraId="733D1482"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0948A1B0" w14:textId="77777777">
            <w:pPr>
              <w:spacing w:after="0" w:line="252" w:lineRule="auto"/>
              <w:jc w:val="center"/>
            </w:pPr>
            <w:r>
              <w:rPr>
                <w:color w:val="000000"/>
                <w:sz w:val="16"/>
              </w:rPr>
              <w:t>6 - raw response value</w:t>
            </w:r>
          </w:p>
        </w:tc>
      </w:tr>
      <w:tr w14:paraId="7D3BA27A" w14:textId="77777777">
        <w:tc>
          <w:tcPr>
            <w:tcW w:w="648" w:type="dxa"/>
            <w:tcMar>
              <w:top w:w="80" w:type="dxa"/>
              <w:left w:w="120" w:type="dxa"/>
              <w:bottom w:w="80" w:type="dxa"/>
              <w:right w:w="120" w:type="dxa"/>
            </w:tcMar>
            <w:vAlign w:val="center"/>
          </w:tcPr>
          <w:p w14:paraId="4B2C9964" w14:textId="77777777">
            <w:pPr>
              <w:spacing w:after="0" w:line="252" w:lineRule="auto"/>
              <w:jc w:val="right"/>
            </w:pPr>
            <w:r>
              <w:rPr>
                <w:color w:val="000000"/>
                <w:sz w:val="16"/>
              </w:rPr>
              <w:t>2</w:t>
            </w:r>
          </w:p>
        </w:tc>
        <w:tc>
          <w:tcPr>
            <w:tcW w:w="5400" w:type="dxa"/>
            <w:tcMar>
              <w:top w:w="80" w:type="dxa"/>
              <w:left w:w="120" w:type="dxa"/>
              <w:bottom w:w="80" w:type="dxa"/>
              <w:right w:w="120" w:type="dxa"/>
            </w:tcMar>
            <w:vAlign w:val="center"/>
          </w:tcPr>
          <w:p w14:paraId="09055C09" w14:textId="77777777">
            <w:pPr>
              <w:spacing w:after="0" w:line="252" w:lineRule="auto"/>
            </w:pPr>
            <w:r>
              <w:rPr>
                <w:color w:val="000000"/>
                <w:sz w:val="16"/>
              </w:rPr>
              <w:t>I look physically unattractive.</w:t>
            </w:r>
          </w:p>
        </w:tc>
        <w:tc>
          <w:tcPr>
            <w:tcW w:w="1440" w:type="dxa"/>
            <w:tcMar>
              <w:top w:w="80" w:type="dxa"/>
              <w:left w:w="120" w:type="dxa"/>
              <w:bottom w:w="80" w:type="dxa"/>
              <w:right w:w="120" w:type="dxa"/>
            </w:tcMar>
            <w:vAlign w:val="center"/>
          </w:tcPr>
          <w:p w14:paraId="2DA87C6B"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33B9E2B9" w14:textId="77777777">
            <w:pPr>
              <w:spacing w:after="0" w:line="252" w:lineRule="auto"/>
              <w:jc w:val="center"/>
            </w:pPr>
            <w:r>
              <w:rPr>
                <w:color w:val="000000"/>
                <w:sz w:val="16"/>
              </w:rPr>
              <w:t>6 - raw response value</w:t>
            </w:r>
          </w:p>
        </w:tc>
      </w:tr>
      <w:tr w14:paraId="5C17D966" w14:textId="77777777">
        <w:tc>
          <w:tcPr>
            <w:tcW w:w="648" w:type="dxa"/>
            <w:tcMar>
              <w:top w:w="80" w:type="dxa"/>
              <w:left w:w="120" w:type="dxa"/>
              <w:bottom w:w="80" w:type="dxa"/>
              <w:right w:w="120" w:type="dxa"/>
            </w:tcMar>
            <w:vAlign w:val="center"/>
          </w:tcPr>
          <w:p w14:paraId="73D52943" w14:textId="77777777">
            <w:pPr>
              <w:spacing w:after="0" w:line="252" w:lineRule="auto"/>
              <w:jc w:val="right"/>
            </w:pPr>
            <w:r>
              <w:rPr>
                <w:color w:val="000000"/>
                <w:sz w:val="16"/>
              </w:rPr>
              <w:t>3</w:t>
            </w:r>
          </w:p>
        </w:tc>
        <w:tc>
          <w:tcPr>
            <w:tcW w:w="5400" w:type="dxa"/>
            <w:tcMar>
              <w:top w:w="80" w:type="dxa"/>
              <w:left w:w="120" w:type="dxa"/>
              <w:bottom w:w="80" w:type="dxa"/>
              <w:right w:w="120" w:type="dxa"/>
            </w:tcMar>
            <w:vAlign w:val="center"/>
          </w:tcPr>
          <w:p w14:paraId="539CF4C9" w14:textId="77777777">
            <w:pPr>
              <w:spacing w:after="0" w:line="252" w:lineRule="auto"/>
            </w:pPr>
            <w:r>
              <w:rPr>
                <w:color w:val="000000"/>
                <w:sz w:val="16"/>
              </w:rPr>
              <w:t>My image is a source of my displeasure.</w:t>
            </w:r>
          </w:p>
        </w:tc>
        <w:tc>
          <w:tcPr>
            <w:tcW w:w="1440" w:type="dxa"/>
            <w:tcMar>
              <w:top w:w="80" w:type="dxa"/>
              <w:left w:w="120" w:type="dxa"/>
              <w:bottom w:w="80" w:type="dxa"/>
              <w:right w:w="120" w:type="dxa"/>
            </w:tcMar>
            <w:vAlign w:val="center"/>
          </w:tcPr>
          <w:p w14:paraId="4767B031"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6FDF143A" w14:textId="77777777">
            <w:pPr>
              <w:spacing w:after="0" w:line="252" w:lineRule="auto"/>
              <w:jc w:val="center"/>
            </w:pPr>
            <w:r>
              <w:rPr>
                <w:color w:val="000000"/>
                <w:sz w:val="16"/>
              </w:rPr>
              <w:t>6 - raw response value</w:t>
            </w:r>
          </w:p>
        </w:tc>
      </w:tr>
      <w:tr w14:paraId="0547ECEF" w14:textId="77777777">
        <w:tc>
          <w:tcPr>
            <w:tcW w:w="648" w:type="dxa"/>
            <w:tcMar>
              <w:top w:w="80" w:type="dxa"/>
              <w:left w:w="120" w:type="dxa"/>
              <w:bottom w:w="80" w:type="dxa"/>
              <w:right w:w="120" w:type="dxa"/>
            </w:tcMar>
            <w:vAlign w:val="center"/>
          </w:tcPr>
          <w:p w14:paraId="19FC004A" w14:textId="77777777">
            <w:pPr>
              <w:spacing w:after="0" w:line="252" w:lineRule="auto"/>
              <w:jc w:val="right"/>
            </w:pPr>
            <w:r>
              <w:rPr>
                <w:color w:val="000000"/>
                <w:sz w:val="16"/>
              </w:rPr>
              <w:lastRenderedPageBreak/>
              <w:t>4</w:t>
            </w:r>
          </w:p>
        </w:tc>
        <w:tc>
          <w:tcPr>
            <w:tcW w:w="5400" w:type="dxa"/>
            <w:tcMar>
              <w:top w:w="80" w:type="dxa"/>
              <w:left w:w="120" w:type="dxa"/>
              <w:bottom w:w="80" w:type="dxa"/>
              <w:right w:w="120" w:type="dxa"/>
            </w:tcMar>
            <w:vAlign w:val="center"/>
          </w:tcPr>
          <w:p w14:paraId="73A3CF60" w14:textId="77777777">
            <w:pPr>
              <w:spacing w:after="0" w:line="252" w:lineRule="auto"/>
            </w:pPr>
            <w:r>
              <w:rPr>
                <w:color w:val="000000"/>
                <w:sz w:val="16"/>
              </w:rPr>
              <w:t>I look impure and dirty.</w:t>
            </w:r>
          </w:p>
        </w:tc>
        <w:tc>
          <w:tcPr>
            <w:tcW w:w="1440" w:type="dxa"/>
            <w:tcMar>
              <w:top w:w="80" w:type="dxa"/>
              <w:left w:w="120" w:type="dxa"/>
              <w:bottom w:w="80" w:type="dxa"/>
              <w:right w:w="120" w:type="dxa"/>
            </w:tcMar>
            <w:vAlign w:val="center"/>
          </w:tcPr>
          <w:p w14:paraId="6E57946D"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30E611DC" w14:textId="77777777">
            <w:pPr>
              <w:spacing w:after="0" w:line="252" w:lineRule="auto"/>
              <w:jc w:val="center"/>
            </w:pPr>
            <w:r>
              <w:rPr>
                <w:color w:val="000000"/>
                <w:sz w:val="16"/>
              </w:rPr>
              <w:t>6 - raw response value</w:t>
            </w:r>
          </w:p>
        </w:tc>
      </w:tr>
      <w:tr w14:paraId="7C978F89" w14:textId="77777777">
        <w:tc>
          <w:tcPr>
            <w:tcW w:w="648" w:type="dxa"/>
            <w:tcMar>
              <w:top w:w="80" w:type="dxa"/>
              <w:left w:w="120" w:type="dxa"/>
              <w:bottom w:w="80" w:type="dxa"/>
              <w:right w:w="120" w:type="dxa"/>
            </w:tcMar>
            <w:vAlign w:val="center"/>
          </w:tcPr>
          <w:p w14:paraId="33592F4B" w14:textId="77777777">
            <w:pPr>
              <w:spacing w:after="0" w:line="252" w:lineRule="auto"/>
              <w:jc w:val="right"/>
            </w:pPr>
            <w:r>
              <w:rPr>
                <w:color w:val="000000"/>
                <w:sz w:val="16"/>
              </w:rPr>
              <w:t>5</w:t>
            </w:r>
          </w:p>
        </w:tc>
        <w:tc>
          <w:tcPr>
            <w:tcW w:w="5400" w:type="dxa"/>
            <w:tcMar>
              <w:top w:w="80" w:type="dxa"/>
              <w:left w:w="120" w:type="dxa"/>
              <w:bottom w:w="80" w:type="dxa"/>
              <w:right w:w="120" w:type="dxa"/>
            </w:tcMar>
            <w:vAlign w:val="center"/>
          </w:tcPr>
          <w:p w14:paraId="7F7818FF" w14:textId="77777777">
            <w:pPr>
              <w:spacing w:after="0" w:line="252" w:lineRule="auto"/>
            </w:pPr>
            <w:r>
              <w:rPr>
                <w:color w:val="000000"/>
                <w:sz w:val="16"/>
              </w:rPr>
              <w:t>I look daring.</w:t>
            </w:r>
          </w:p>
        </w:tc>
        <w:tc>
          <w:tcPr>
            <w:tcW w:w="1440" w:type="dxa"/>
            <w:tcMar>
              <w:top w:w="80" w:type="dxa"/>
              <w:left w:w="120" w:type="dxa"/>
              <w:bottom w:w="80" w:type="dxa"/>
              <w:right w:w="120" w:type="dxa"/>
            </w:tcMar>
            <w:vAlign w:val="center"/>
          </w:tcPr>
          <w:p w14:paraId="3D63FD27"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3FF3873A" w14:textId="77777777">
            <w:pPr>
              <w:spacing w:after="0" w:line="252" w:lineRule="auto"/>
              <w:jc w:val="center"/>
            </w:pPr>
            <w:r>
              <w:rPr>
                <w:color w:val="000000"/>
                <w:sz w:val="16"/>
              </w:rPr>
              <w:t>raw response value</w:t>
            </w:r>
          </w:p>
        </w:tc>
      </w:tr>
      <w:tr w14:paraId="0E7EF2DF" w14:textId="77777777">
        <w:tc>
          <w:tcPr>
            <w:tcW w:w="648" w:type="dxa"/>
            <w:tcMar>
              <w:top w:w="80" w:type="dxa"/>
              <w:left w:w="120" w:type="dxa"/>
              <w:bottom w:w="80" w:type="dxa"/>
              <w:right w:w="120" w:type="dxa"/>
            </w:tcMar>
            <w:vAlign w:val="center"/>
          </w:tcPr>
          <w:p w14:paraId="5D6A884F" w14:textId="77777777">
            <w:pPr>
              <w:spacing w:after="0" w:line="252" w:lineRule="auto"/>
              <w:jc w:val="right"/>
            </w:pPr>
            <w:r>
              <w:rPr>
                <w:color w:val="000000"/>
                <w:sz w:val="16"/>
              </w:rPr>
              <w:t>6</w:t>
            </w:r>
          </w:p>
        </w:tc>
        <w:tc>
          <w:tcPr>
            <w:tcW w:w="5400" w:type="dxa"/>
            <w:tcMar>
              <w:top w:w="80" w:type="dxa"/>
              <w:left w:w="120" w:type="dxa"/>
              <w:bottom w:w="80" w:type="dxa"/>
              <w:right w:w="120" w:type="dxa"/>
            </w:tcMar>
            <w:vAlign w:val="center"/>
          </w:tcPr>
          <w:p w14:paraId="5AFC1D2F" w14:textId="77777777">
            <w:pPr>
              <w:spacing w:after="0" w:line="252" w:lineRule="auto"/>
            </w:pPr>
            <w:r>
              <w:rPr>
                <w:color w:val="000000"/>
                <w:sz w:val="16"/>
              </w:rPr>
              <w:t>I look full of life.</w:t>
            </w:r>
          </w:p>
        </w:tc>
        <w:tc>
          <w:tcPr>
            <w:tcW w:w="1440" w:type="dxa"/>
            <w:tcMar>
              <w:top w:w="80" w:type="dxa"/>
              <w:left w:w="120" w:type="dxa"/>
              <w:bottom w:w="80" w:type="dxa"/>
              <w:right w:w="120" w:type="dxa"/>
            </w:tcMar>
            <w:vAlign w:val="center"/>
          </w:tcPr>
          <w:p w14:paraId="14F86FCA"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19E55873" w14:textId="77777777">
            <w:pPr>
              <w:spacing w:after="0" w:line="252" w:lineRule="auto"/>
              <w:jc w:val="center"/>
            </w:pPr>
            <w:r>
              <w:rPr>
                <w:color w:val="000000"/>
                <w:sz w:val="16"/>
              </w:rPr>
              <w:t>raw response value</w:t>
            </w:r>
          </w:p>
        </w:tc>
      </w:tr>
      <w:tr w14:paraId="7FC72A8C" w14:textId="77777777">
        <w:tc>
          <w:tcPr>
            <w:tcW w:w="648" w:type="dxa"/>
            <w:tcMar>
              <w:top w:w="80" w:type="dxa"/>
              <w:left w:w="120" w:type="dxa"/>
              <w:bottom w:w="80" w:type="dxa"/>
              <w:right w:w="120" w:type="dxa"/>
            </w:tcMar>
            <w:vAlign w:val="center"/>
          </w:tcPr>
          <w:p w14:paraId="3738063E" w14:textId="77777777">
            <w:pPr>
              <w:spacing w:after="0" w:line="252" w:lineRule="auto"/>
              <w:jc w:val="right"/>
            </w:pPr>
            <w:r>
              <w:rPr>
                <w:color w:val="000000"/>
                <w:sz w:val="16"/>
              </w:rPr>
              <w:t>7</w:t>
            </w:r>
          </w:p>
        </w:tc>
        <w:tc>
          <w:tcPr>
            <w:tcW w:w="5400" w:type="dxa"/>
            <w:tcMar>
              <w:top w:w="80" w:type="dxa"/>
              <w:left w:w="120" w:type="dxa"/>
              <w:bottom w:w="80" w:type="dxa"/>
              <w:right w:w="120" w:type="dxa"/>
            </w:tcMar>
            <w:vAlign w:val="center"/>
          </w:tcPr>
          <w:p w14:paraId="7B5438F5" w14:textId="77777777">
            <w:pPr>
              <w:spacing w:after="0" w:line="252" w:lineRule="auto"/>
            </w:pPr>
            <w:r>
              <w:rPr>
                <w:color w:val="000000"/>
                <w:sz w:val="16"/>
              </w:rPr>
              <w:t>I look like something that must not be touched.</w:t>
            </w:r>
          </w:p>
        </w:tc>
        <w:tc>
          <w:tcPr>
            <w:tcW w:w="1440" w:type="dxa"/>
            <w:tcMar>
              <w:top w:w="80" w:type="dxa"/>
              <w:left w:w="120" w:type="dxa"/>
              <w:bottom w:w="80" w:type="dxa"/>
              <w:right w:w="120" w:type="dxa"/>
            </w:tcMar>
            <w:vAlign w:val="center"/>
          </w:tcPr>
          <w:p w14:paraId="691A174C"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28FCA809" w14:textId="77777777">
            <w:pPr>
              <w:spacing w:after="0" w:line="252" w:lineRule="auto"/>
              <w:jc w:val="center"/>
            </w:pPr>
            <w:r>
              <w:rPr>
                <w:color w:val="000000"/>
                <w:sz w:val="16"/>
              </w:rPr>
              <w:t>6 - raw response value</w:t>
            </w:r>
          </w:p>
        </w:tc>
      </w:tr>
      <w:tr w14:paraId="4442CBCE" w14:textId="77777777">
        <w:tc>
          <w:tcPr>
            <w:tcW w:w="648" w:type="dxa"/>
            <w:tcMar>
              <w:top w:w="80" w:type="dxa"/>
              <w:left w:w="120" w:type="dxa"/>
              <w:bottom w:w="80" w:type="dxa"/>
              <w:right w:w="120" w:type="dxa"/>
            </w:tcMar>
            <w:vAlign w:val="center"/>
          </w:tcPr>
          <w:p w14:paraId="16B82F6D" w14:textId="77777777">
            <w:pPr>
              <w:spacing w:after="0" w:line="252" w:lineRule="auto"/>
              <w:jc w:val="right"/>
            </w:pPr>
            <w:r>
              <w:rPr>
                <w:color w:val="000000"/>
                <w:sz w:val="16"/>
              </w:rPr>
              <w:t>8</w:t>
            </w:r>
          </w:p>
        </w:tc>
        <w:tc>
          <w:tcPr>
            <w:tcW w:w="5400" w:type="dxa"/>
            <w:tcMar>
              <w:top w:w="80" w:type="dxa"/>
              <w:left w:w="120" w:type="dxa"/>
              <w:bottom w:w="80" w:type="dxa"/>
              <w:right w:w="120" w:type="dxa"/>
            </w:tcMar>
            <w:vAlign w:val="center"/>
          </w:tcPr>
          <w:p w14:paraId="33003819" w14:textId="77777777">
            <w:pPr>
              <w:spacing w:after="0" w:line="252" w:lineRule="auto"/>
            </w:pPr>
            <w:r>
              <w:rPr>
                <w:color w:val="000000"/>
                <w:sz w:val="16"/>
              </w:rPr>
              <w:t>I look tender and loving.</w:t>
            </w:r>
          </w:p>
        </w:tc>
        <w:tc>
          <w:tcPr>
            <w:tcW w:w="1440" w:type="dxa"/>
            <w:tcMar>
              <w:top w:w="80" w:type="dxa"/>
              <w:left w:w="120" w:type="dxa"/>
              <w:bottom w:w="80" w:type="dxa"/>
              <w:right w:w="120" w:type="dxa"/>
            </w:tcMar>
            <w:vAlign w:val="center"/>
          </w:tcPr>
          <w:p w14:paraId="2A74E635"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61B051E6" w14:textId="77777777">
            <w:pPr>
              <w:spacing w:after="0" w:line="252" w:lineRule="auto"/>
              <w:jc w:val="center"/>
            </w:pPr>
            <w:r>
              <w:rPr>
                <w:color w:val="000000"/>
                <w:sz w:val="16"/>
              </w:rPr>
              <w:t>raw response value</w:t>
            </w:r>
          </w:p>
        </w:tc>
      </w:tr>
      <w:tr w14:paraId="401F2CC3" w14:textId="77777777">
        <w:tc>
          <w:tcPr>
            <w:tcW w:w="648" w:type="dxa"/>
            <w:tcMar>
              <w:top w:w="80" w:type="dxa"/>
              <w:left w:w="120" w:type="dxa"/>
              <w:bottom w:w="80" w:type="dxa"/>
              <w:right w:w="120" w:type="dxa"/>
            </w:tcMar>
            <w:vAlign w:val="center"/>
          </w:tcPr>
          <w:p w14:paraId="51918337" w14:textId="77777777">
            <w:pPr>
              <w:spacing w:after="0" w:line="252" w:lineRule="auto"/>
              <w:jc w:val="right"/>
            </w:pPr>
            <w:r>
              <w:rPr>
                <w:color w:val="000000"/>
                <w:sz w:val="16"/>
              </w:rPr>
              <w:t>9</w:t>
            </w:r>
          </w:p>
        </w:tc>
        <w:tc>
          <w:tcPr>
            <w:tcW w:w="5400" w:type="dxa"/>
            <w:tcMar>
              <w:top w:w="80" w:type="dxa"/>
              <w:left w:w="120" w:type="dxa"/>
              <w:bottom w:w="80" w:type="dxa"/>
              <w:right w:w="120" w:type="dxa"/>
            </w:tcMar>
            <w:vAlign w:val="center"/>
          </w:tcPr>
          <w:p w14:paraId="5663A59A" w14:textId="77777777">
            <w:pPr>
              <w:spacing w:after="0" w:line="252" w:lineRule="auto"/>
            </w:pPr>
            <w:r>
              <w:rPr>
                <w:color w:val="000000"/>
                <w:sz w:val="16"/>
              </w:rPr>
              <w:t>I look appeasing(People will be appeased when they look at me.)</w:t>
            </w:r>
          </w:p>
        </w:tc>
        <w:tc>
          <w:tcPr>
            <w:tcW w:w="1440" w:type="dxa"/>
            <w:tcMar>
              <w:top w:w="80" w:type="dxa"/>
              <w:left w:w="120" w:type="dxa"/>
              <w:bottom w:w="80" w:type="dxa"/>
              <w:right w:w="120" w:type="dxa"/>
            </w:tcMar>
            <w:vAlign w:val="center"/>
          </w:tcPr>
          <w:p w14:paraId="47D4EFDE"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4F02F934" w14:textId="77777777">
            <w:pPr>
              <w:spacing w:after="0" w:line="252" w:lineRule="auto"/>
              <w:jc w:val="center"/>
            </w:pPr>
            <w:r>
              <w:rPr>
                <w:color w:val="000000"/>
                <w:sz w:val="16"/>
              </w:rPr>
              <w:t>raw response value</w:t>
            </w:r>
          </w:p>
        </w:tc>
      </w:tr>
      <w:tr w14:paraId="5E9C7D5C" w14:textId="77777777">
        <w:tc>
          <w:tcPr>
            <w:tcW w:w="648" w:type="dxa"/>
            <w:tcMar>
              <w:top w:w="80" w:type="dxa"/>
              <w:left w:w="120" w:type="dxa"/>
              <w:bottom w:w="80" w:type="dxa"/>
              <w:right w:w="120" w:type="dxa"/>
            </w:tcMar>
            <w:vAlign w:val="center"/>
          </w:tcPr>
          <w:p w14:paraId="07050BC3" w14:textId="77777777">
            <w:pPr>
              <w:spacing w:after="0" w:line="252" w:lineRule="auto"/>
              <w:jc w:val="right"/>
            </w:pPr>
            <w:r>
              <w:rPr>
                <w:color w:val="000000"/>
                <w:sz w:val="16"/>
              </w:rPr>
              <w:t>10</w:t>
            </w:r>
          </w:p>
        </w:tc>
        <w:tc>
          <w:tcPr>
            <w:tcW w:w="5400" w:type="dxa"/>
            <w:tcMar>
              <w:top w:w="80" w:type="dxa"/>
              <w:left w:w="120" w:type="dxa"/>
              <w:bottom w:w="80" w:type="dxa"/>
              <w:right w:w="120" w:type="dxa"/>
            </w:tcMar>
            <w:vAlign w:val="center"/>
          </w:tcPr>
          <w:p w14:paraId="67A0DFED" w14:textId="77777777">
            <w:pPr>
              <w:spacing w:after="0" w:line="252" w:lineRule="auto"/>
            </w:pPr>
            <w:r>
              <w:rPr>
                <w:color w:val="000000"/>
                <w:sz w:val="16"/>
              </w:rPr>
              <w:t>I seem to not have any expression.</w:t>
            </w:r>
          </w:p>
        </w:tc>
        <w:tc>
          <w:tcPr>
            <w:tcW w:w="1440" w:type="dxa"/>
            <w:tcMar>
              <w:top w:w="80" w:type="dxa"/>
              <w:left w:w="120" w:type="dxa"/>
              <w:bottom w:w="80" w:type="dxa"/>
              <w:right w:w="120" w:type="dxa"/>
            </w:tcMar>
            <w:vAlign w:val="center"/>
          </w:tcPr>
          <w:p w14:paraId="21BB67C2"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2D883D18" w14:textId="77777777">
            <w:pPr>
              <w:spacing w:after="0" w:line="252" w:lineRule="auto"/>
              <w:jc w:val="center"/>
            </w:pPr>
            <w:r>
              <w:rPr>
                <w:color w:val="000000"/>
                <w:sz w:val="16"/>
              </w:rPr>
              <w:t>6 - raw response value</w:t>
            </w:r>
          </w:p>
        </w:tc>
      </w:tr>
      <w:tr w14:paraId="07CE88F8" w14:textId="77777777">
        <w:tc>
          <w:tcPr>
            <w:tcW w:w="648" w:type="dxa"/>
            <w:tcMar>
              <w:top w:w="80" w:type="dxa"/>
              <w:left w:w="120" w:type="dxa"/>
              <w:bottom w:w="80" w:type="dxa"/>
              <w:right w:w="120" w:type="dxa"/>
            </w:tcMar>
            <w:vAlign w:val="center"/>
          </w:tcPr>
          <w:p w14:paraId="348222BE" w14:textId="77777777">
            <w:pPr>
              <w:spacing w:after="0" w:line="252" w:lineRule="auto"/>
              <w:jc w:val="right"/>
            </w:pPr>
            <w:r>
              <w:rPr>
                <w:color w:val="000000"/>
                <w:sz w:val="16"/>
              </w:rPr>
              <w:t>11</w:t>
            </w:r>
          </w:p>
        </w:tc>
        <w:tc>
          <w:tcPr>
            <w:tcW w:w="5400" w:type="dxa"/>
            <w:tcMar>
              <w:top w:w="80" w:type="dxa"/>
              <w:left w:w="120" w:type="dxa"/>
              <w:bottom w:w="80" w:type="dxa"/>
              <w:right w:w="120" w:type="dxa"/>
            </w:tcMar>
            <w:vAlign w:val="center"/>
          </w:tcPr>
          <w:p w14:paraId="7F7B9136" w14:textId="77777777">
            <w:pPr>
              <w:spacing w:after="0" w:line="252" w:lineRule="auto"/>
            </w:pPr>
            <w:r>
              <w:rPr>
                <w:color w:val="000000"/>
                <w:sz w:val="16"/>
              </w:rPr>
              <w:t>I look like I have a lot to show.</w:t>
            </w:r>
          </w:p>
        </w:tc>
        <w:tc>
          <w:tcPr>
            <w:tcW w:w="1440" w:type="dxa"/>
            <w:tcMar>
              <w:top w:w="80" w:type="dxa"/>
              <w:left w:w="120" w:type="dxa"/>
              <w:bottom w:w="80" w:type="dxa"/>
              <w:right w:w="120" w:type="dxa"/>
            </w:tcMar>
            <w:vAlign w:val="center"/>
          </w:tcPr>
          <w:p w14:paraId="427EBBAE"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12F2CDD1" w14:textId="77777777">
            <w:pPr>
              <w:spacing w:after="0" w:line="252" w:lineRule="auto"/>
              <w:jc w:val="center"/>
            </w:pPr>
            <w:r>
              <w:rPr>
                <w:color w:val="000000"/>
                <w:sz w:val="16"/>
              </w:rPr>
              <w:t>raw response value</w:t>
            </w:r>
          </w:p>
        </w:tc>
      </w:tr>
      <w:tr w14:paraId="2DB2580A" w14:textId="77777777">
        <w:tc>
          <w:tcPr>
            <w:tcW w:w="648" w:type="dxa"/>
            <w:tcMar>
              <w:top w:w="80" w:type="dxa"/>
              <w:left w:w="120" w:type="dxa"/>
              <w:bottom w:w="80" w:type="dxa"/>
              <w:right w:w="120" w:type="dxa"/>
            </w:tcMar>
            <w:vAlign w:val="center"/>
          </w:tcPr>
          <w:p w14:paraId="196954DC" w14:textId="77777777">
            <w:pPr>
              <w:spacing w:after="0" w:line="252" w:lineRule="auto"/>
              <w:jc w:val="right"/>
            </w:pPr>
            <w:r>
              <w:rPr>
                <w:color w:val="000000"/>
                <w:sz w:val="16"/>
              </w:rPr>
              <w:t>12</w:t>
            </w:r>
          </w:p>
        </w:tc>
        <w:tc>
          <w:tcPr>
            <w:tcW w:w="5400" w:type="dxa"/>
            <w:tcMar>
              <w:top w:w="80" w:type="dxa"/>
              <w:left w:w="120" w:type="dxa"/>
              <w:bottom w:w="80" w:type="dxa"/>
              <w:right w:w="120" w:type="dxa"/>
            </w:tcMar>
            <w:vAlign w:val="center"/>
          </w:tcPr>
          <w:p w14:paraId="78E92953" w14:textId="77777777">
            <w:pPr>
              <w:spacing w:after="0" w:line="252" w:lineRule="auto"/>
            </w:pPr>
            <w:r>
              <w:rPr>
                <w:color w:val="000000"/>
                <w:sz w:val="16"/>
              </w:rPr>
              <w:t>I look nervous and worried.</w:t>
            </w:r>
          </w:p>
        </w:tc>
        <w:tc>
          <w:tcPr>
            <w:tcW w:w="1440" w:type="dxa"/>
            <w:tcMar>
              <w:top w:w="80" w:type="dxa"/>
              <w:left w:w="120" w:type="dxa"/>
              <w:bottom w:w="80" w:type="dxa"/>
              <w:right w:w="120" w:type="dxa"/>
            </w:tcMar>
            <w:vAlign w:val="center"/>
          </w:tcPr>
          <w:p w14:paraId="23E35834"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63BB90E4" w14:textId="77777777">
            <w:pPr>
              <w:spacing w:after="0" w:line="252" w:lineRule="auto"/>
              <w:jc w:val="center"/>
            </w:pPr>
            <w:r>
              <w:rPr>
                <w:color w:val="000000"/>
                <w:sz w:val="16"/>
              </w:rPr>
              <w:t>6 - raw response value</w:t>
            </w:r>
          </w:p>
        </w:tc>
      </w:tr>
      <w:tr w14:paraId="52D5AE1A" w14:textId="77777777">
        <w:tc>
          <w:tcPr>
            <w:tcW w:w="648" w:type="dxa"/>
            <w:tcMar>
              <w:top w:w="80" w:type="dxa"/>
              <w:left w:w="120" w:type="dxa"/>
              <w:bottom w:w="80" w:type="dxa"/>
              <w:right w:w="120" w:type="dxa"/>
            </w:tcMar>
            <w:vAlign w:val="center"/>
          </w:tcPr>
          <w:p w14:paraId="2DE84FFA" w14:textId="77777777">
            <w:pPr>
              <w:spacing w:after="0" w:line="252" w:lineRule="auto"/>
              <w:jc w:val="right"/>
            </w:pPr>
            <w:r>
              <w:rPr>
                <w:color w:val="000000"/>
                <w:sz w:val="16"/>
              </w:rPr>
              <w:t>13</w:t>
            </w:r>
          </w:p>
        </w:tc>
        <w:tc>
          <w:tcPr>
            <w:tcW w:w="5400" w:type="dxa"/>
            <w:tcMar>
              <w:top w:w="80" w:type="dxa"/>
              <w:left w:w="120" w:type="dxa"/>
              <w:bottom w:w="80" w:type="dxa"/>
              <w:right w:w="120" w:type="dxa"/>
            </w:tcMar>
            <w:vAlign w:val="center"/>
          </w:tcPr>
          <w:p w14:paraId="4450E337" w14:textId="77777777">
            <w:pPr>
              <w:spacing w:after="0" w:line="252" w:lineRule="auto"/>
            </w:pPr>
            <w:r>
              <w:rPr>
                <w:color w:val="000000"/>
                <w:sz w:val="16"/>
              </w:rPr>
              <w:t>I look young.</w:t>
            </w:r>
          </w:p>
        </w:tc>
        <w:tc>
          <w:tcPr>
            <w:tcW w:w="1440" w:type="dxa"/>
            <w:tcMar>
              <w:top w:w="80" w:type="dxa"/>
              <w:left w:w="120" w:type="dxa"/>
              <w:bottom w:w="80" w:type="dxa"/>
              <w:right w:w="120" w:type="dxa"/>
            </w:tcMar>
            <w:vAlign w:val="center"/>
          </w:tcPr>
          <w:p w14:paraId="6E299410"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4C2216E8" w14:textId="77777777">
            <w:pPr>
              <w:spacing w:after="0" w:line="252" w:lineRule="auto"/>
              <w:jc w:val="center"/>
            </w:pPr>
            <w:r>
              <w:rPr>
                <w:color w:val="000000"/>
                <w:sz w:val="16"/>
              </w:rPr>
              <w:t>raw response value</w:t>
            </w:r>
          </w:p>
        </w:tc>
      </w:tr>
      <w:tr w14:paraId="47B4FB40" w14:textId="77777777">
        <w:tc>
          <w:tcPr>
            <w:tcW w:w="648" w:type="dxa"/>
            <w:tcMar>
              <w:top w:w="80" w:type="dxa"/>
              <w:left w:w="120" w:type="dxa"/>
              <w:bottom w:w="80" w:type="dxa"/>
              <w:right w:w="120" w:type="dxa"/>
            </w:tcMar>
            <w:vAlign w:val="center"/>
          </w:tcPr>
          <w:p w14:paraId="6A8503E5" w14:textId="77777777">
            <w:pPr>
              <w:spacing w:after="0" w:line="252" w:lineRule="auto"/>
              <w:jc w:val="right"/>
            </w:pPr>
            <w:r>
              <w:rPr>
                <w:color w:val="000000"/>
                <w:sz w:val="16"/>
              </w:rPr>
              <w:t>14</w:t>
            </w:r>
          </w:p>
        </w:tc>
        <w:tc>
          <w:tcPr>
            <w:tcW w:w="5400" w:type="dxa"/>
            <w:tcMar>
              <w:top w:w="80" w:type="dxa"/>
              <w:left w:w="120" w:type="dxa"/>
              <w:bottom w:w="80" w:type="dxa"/>
              <w:right w:w="120" w:type="dxa"/>
            </w:tcMar>
            <w:vAlign w:val="center"/>
          </w:tcPr>
          <w:p w14:paraId="0BF349FA" w14:textId="77777777">
            <w:pPr>
              <w:spacing w:after="0" w:line="252" w:lineRule="auto"/>
            </w:pPr>
            <w:r>
              <w:rPr>
                <w:color w:val="000000"/>
                <w:sz w:val="16"/>
              </w:rPr>
              <w:t>I do not look sexy at all.</w:t>
            </w:r>
          </w:p>
        </w:tc>
        <w:tc>
          <w:tcPr>
            <w:tcW w:w="1440" w:type="dxa"/>
            <w:tcMar>
              <w:top w:w="80" w:type="dxa"/>
              <w:left w:w="120" w:type="dxa"/>
              <w:bottom w:w="80" w:type="dxa"/>
              <w:right w:w="120" w:type="dxa"/>
            </w:tcMar>
            <w:vAlign w:val="center"/>
          </w:tcPr>
          <w:p w14:paraId="0F69B0DF"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64B32590" w14:textId="77777777">
            <w:pPr>
              <w:spacing w:after="0" w:line="252" w:lineRule="auto"/>
              <w:jc w:val="center"/>
            </w:pPr>
            <w:r>
              <w:rPr>
                <w:color w:val="000000"/>
                <w:sz w:val="16"/>
              </w:rPr>
              <w:t>6 - raw response value</w:t>
            </w:r>
          </w:p>
        </w:tc>
      </w:tr>
      <w:tr w14:paraId="350011E6" w14:textId="77777777">
        <w:tc>
          <w:tcPr>
            <w:tcW w:w="648" w:type="dxa"/>
            <w:tcMar>
              <w:top w:w="80" w:type="dxa"/>
              <w:left w:w="120" w:type="dxa"/>
              <w:bottom w:w="80" w:type="dxa"/>
              <w:right w:w="120" w:type="dxa"/>
            </w:tcMar>
            <w:vAlign w:val="center"/>
          </w:tcPr>
          <w:p w14:paraId="05179C59" w14:textId="77777777">
            <w:pPr>
              <w:spacing w:after="0" w:line="252" w:lineRule="auto"/>
              <w:jc w:val="right"/>
            </w:pPr>
            <w:r>
              <w:rPr>
                <w:color w:val="000000"/>
                <w:sz w:val="16"/>
              </w:rPr>
              <w:t>15</w:t>
            </w:r>
          </w:p>
        </w:tc>
        <w:tc>
          <w:tcPr>
            <w:tcW w:w="5400" w:type="dxa"/>
            <w:tcMar>
              <w:top w:w="80" w:type="dxa"/>
              <w:left w:w="120" w:type="dxa"/>
              <w:bottom w:w="80" w:type="dxa"/>
              <w:right w:w="120" w:type="dxa"/>
            </w:tcMar>
            <w:vAlign w:val="center"/>
          </w:tcPr>
          <w:p w14:paraId="75D5AA7E" w14:textId="77777777">
            <w:pPr>
              <w:spacing w:after="0" w:line="252" w:lineRule="auto"/>
            </w:pPr>
            <w:r>
              <w:rPr>
                <w:color w:val="000000"/>
                <w:sz w:val="16"/>
              </w:rPr>
              <w:t>I look robust and resistant.</w:t>
            </w:r>
          </w:p>
        </w:tc>
        <w:tc>
          <w:tcPr>
            <w:tcW w:w="1440" w:type="dxa"/>
            <w:tcMar>
              <w:top w:w="80" w:type="dxa"/>
              <w:left w:w="120" w:type="dxa"/>
              <w:bottom w:w="80" w:type="dxa"/>
              <w:right w:w="120" w:type="dxa"/>
            </w:tcMar>
            <w:vAlign w:val="center"/>
          </w:tcPr>
          <w:p w14:paraId="20FA8B67"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46C2A9FC" w14:textId="77777777">
            <w:pPr>
              <w:spacing w:after="0" w:line="252" w:lineRule="auto"/>
              <w:jc w:val="center"/>
            </w:pPr>
            <w:r>
              <w:rPr>
                <w:color w:val="000000"/>
                <w:sz w:val="16"/>
              </w:rPr>
              <w:t>raw response value</w:t>
            </w:r>
          </w:p>
        </w:tc>
      </w:tr>
      <w:tr w14:paraId="3D18F84A" w14:textId="77777777">
        <w:tc>
          <w:tcPr>
            <w:tcW w:w="648" w:type="dxa"/>
            <w:tcMar>
              <w:top w:w="80" w:type="dxa"/>
              <w:left w:w="120" w:type="dxa"/>
              <w:bottom w:w="80" w:type="dxa"/>
              <w:right w:w="120" w:type="dxa"/>
            </w:tcMar>
            <w:vAlign w:val="center"/>
          </w:tcPr>
          <w:p w14:paraId="5EBB66DD" w14:textId="77777777">
            <w:pPr>
              <w:spacing w:after="0" w:line="252" w:lineRule="auto"/>
              <w:jc w:val="right"/>
            </w:pPr>
            <w:r>
              <w:rPr>
                <w:color w:val="000000"/>
                <w:sz w:val="16"/>
              </w:rPr>
              <w:t>16</w:t>
            </w:r>
          </w:p>
        </w:tc>
        <w:tc>
          <w:tcPr>
            <w:tcW w:w="5400" w:type="dxa"/>
            <w:tcMar>
              <w:top w:w="80" w:type="dxa"/>
              <w:left w:w="120" w:type="dxa"/>
              <w:bottom w:w="80" w:type="dxa"/>
              <w:right w:w="120" w:type="dxa"/>
            </w:tcMar>
            <w:vAlign w:val="center"/>
          </w:tcPr>
          <w:p w14:paraId="566622F8" w14:textId="77777777">
            <w:pPr>
              <w:spacing w:after="0" w:line="252" w:lineRule="auto"/>
            </w:pPr>
            <w:r>
              <w:rPr>
                <w:color w:val="000000"/>
                <w:sz w:val="16"/>
              </w:rPr>
              <w:t>I look sad and depressive.</w:t>
            </w:r>
          </w:p>
        </w:tc>
        <w:tc>
          <w:tcPr>
            <w:tcW w:w="1440" w:type="dxa"/>
            <w:tcMar>
              <w:top w:w="80" w:type="dxa"/>
              <w:left w:w="120" w:type="dxa"/>
              <w:bottom w:w="80" w:type="dxa"/>
              <w:right w:w="120" w:type="dxa"/>
            </w:tcMar>
            <w:vAlign w:val="center"/>
          </w:tcPr>
          <w:p w14:paraId="27587982" w14:textId="77777777">
            <w:pPr>
              <w:spacing w:after="0" w:line="252" w:lineRule="auto"/>
              <w:jc w:val="center"/>
            </w:pPr>
            <w:r>
              <w:rPr>
                <w:color w:val="000000"/>
                <w:sz w:val="16"/>
              </w:rPr>
              <w:t>Reverse</w:t>
            </w:r>
          </w:p>
        </w:tc>
        <w:tc>
          <w:tcPr>
            <w:tcW w:w="1872" w:type="dxa"/>
            <w:tcMar>
              <w:top w:w="80" w:type="dxa"/>
              <w:left w:w="120" w:type="dxa"/>
              <w:bottom w:w="80" w:type="dxa"/>
              <w:right w:w="120" w:type="dxa"/>
            </w:tcMar>
            <w:vAlign w:val="center"/>
          </w:tcPr>
          <w:p w14:paraId="083A3BE8" w14:textId="77777777">
            <w:pPr>
              <w:spacing w:after="0" w:line="252" w:lineRule="auto"/>
              <w:jc w:val="center"/>
            </w:pPr>
            <w:r>
              <w:rPr>
                <w:color w:val="000000"/>
                <w:sz w:val="16"/>
              </w:rPr>
              <w:t>6 - raw response value</w:t>
            </w:r>
          </w:p>
        </w:tc>
      </w:tr>
      <w:tr w14:paraId="01AA8EE3" w14:textId="77777777">
        <w:tc>
          <w:tcPr>
            <w:tcW w:w="648" w:type="dxa"/>
            <w:tcMar>
              <w:top w:w="80" w:type="dxa"/>
              <w:left w:w="120" w:type="dxa"/>
              <w:bottom w:w="80" w:type="dxa"/>
              <w:right w:w="120" w:type="dxa"/>
            </w:tcMar>
            <w:vAlign w:val="center"/>
          </w:tcPr>
          <w:p w14:paraId="01FA13E4" w14:textId="77777777">
            <w:pPr>
              <w:spacing w:after="0" w:line="252" w:lineRule="auto"/>
              <w:jc w:val="right"/>
            </w:pPr>
            <w:r>
              <w:rPr>
                <w:color w:val="000000"/>
                <w:sz w:val="16"/>
              </w:rPr>
              <w:t>17</w:t>
            </w:r>
          </w:p>
        </w:tc>
        <w:tc>
          <w:tcPr>
            <w:tcW w:w="5400" w:type="dxa"/>
            <w:tcMar>
              <w:top w:w="80" w:type="dxa"/>
              <w:left w:w="120" w:type="dxa"/>
              <w:bottom w:w="80" w:type="dxa"/>
              <w:right w:w="120" w:type="dxa"/>
            </w:tcMar>
            <w:vAlign w:val="center"/>
          </w:tcPr>
          <w:p w14:paraId="71D9BF9B" w14:textId="77777777">
            <w:pPr>
              <w:spacing w:after="0" w:line="252" w:lineRule="auto"/>
            </w:pPr>
            <w:r>
              <w:rPr>
                <w:color w:val="000000"/>
                <w:sz w:val="16"/>
              </w:rPr>
              <w:t>My appearance is something that people will love to look at.</w:t>
            </w:r>
          </w:p>
        </w:tc>
        <w:tc>
          <w:tcPr>
            <w:tcW w:w="1440" w:type="dxa"/>
            <w:tcMar>
              <w:top w:w="80" w:type="dxa"/>
              <w:left w:w="120" w:type="dxa"/>
              <w:bottom w:w="80" w:type="dxa"/>
              <w:right w:w="120" w:type="dxa"/>
            </w:tcMar>
            <w:vAlign w:val="center"/>
          </w:tcPr>
          <w:p w14:paraId="49989CD7"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7EC5B480" w14:textId="77777777">
            <w:pPr>
              <w:spacing w:after="0" w:line="252" w:lineRule="auto"/>
              <w:jc w:val="center"/>
            </w:pPr>
            <w:r>
              <w:rPr>
                <w:color w:val="000000"/>
                <w:sz w:val="16"/>
              </w:rPr>
              <w:t>raw response value</w:t>
            </w:r>
          </w:p>
        </w:tc>
      </w:tr>
      <w:tr w14:paraId="5AA32C8F" w14:textId="77777777">
        <w:tc>
          <w:tcPr>
            <w:tcW w:w="648" w:type="dxa"/>
            <w:tcMar>
              <w:top w:w="80" w:type="dxa"/>
              <w:left w:w="120" w:type="dxa"/>
              <w:bottom w:w="80" w:type="dxa"/>
              <w:right w:w="120" w:type="dxa"/>
            </w:tcMar>
            <w:vAlign w:val="center"/>
          </w:tcPr>
          <w:p w14:paraId="07383BA9" w14:textId="77777777">
            <w:pPr>
              <w:spacing w:after="0" w:line="252" w:lineRule="auto"/>
              <w:jc w:val="right"/>
            </w:pPr>
            <w:r>
              <w:rPr>
                <w:color w:val="000000"/>
                <w:sz w:val="16"/>
              </w:rPr>
              <w:t>18</w:t>
            </w:r>
          </w:p>
        </w:tc>
        <w:tc>
          <w:tcPr>
            <w:tcW w:w="5400" w:type="dxa"/>
            <w:tcMar>
              <w:top w:w="80" w:type="dxa"/>
              <w:left w:w="120" w:type="dxa"/>
              <w:bottom w:w="80" w:type="dxa"/>
              <w:right w:w="120" w:type="dxa"/>
            </w:tcMar>
            <w:vAlign w:val="center"/>
          </w:tcPr>
          <w:p w14:paraId="135587C9" w14:textId="77777777">
            <w:pPr>
              <w:spacing w:after="0" w:line="252" w:lineRule="auto"/>
            </w:pPr>
            <w:r>
              <w:rPr>
                <w:color w:val="000000"/>
                <w:sz w:val="16"/>
              </w:rPr>
              <w:t>I look energetic.</w:t>
            </w:r>
          </w:p>
        </w:tc>
        <w:tc>
          <w:tcPr>
            <w:tcW w:w="1440" w:type="dxa"/>
            <w:tcMar>
              <w:top w:w="80" w:type="dxa"/>
              <w:left w:w="120" w:type="dxa"/>
              <w:bottom w:w="80" w:type="dxa"/>
              <w:right w:w="120" w:type="dxa"/>
            </w:tcMar>
            <w:vAlign w:val="center"/>
          </w:tcPr>
          <w:p w14:paraId="5346D5C4" w14:textId="77777777">
            <w:pPr>
              <w:spacing w:after="0" w:line="252" w:lineRule="auto"/>
              <w:jc w:val="center"/>
            </w:pPr>
            <w:r>
              <w:rPr>
                <w:color w:val="000000"/>
                <w:sz w:val="16"/>
              </w:rPr>
              <w:t>Direct</w:t>
            </w:r>
          </w:p>
        </w:tc>
        <w:tc>
          <w:tcPr>
            <w:tcW w:w="1872" w:type="dxa"/>
            <w:tcMar>
              <w:top w:w="80" w:type="dxa"/>
              <w:left w:w="120" w:type="dxa"/>
              <w:bottom w:w="80" w:type="dxa"/>
              <w:right w:w="120" w:type="dxa"/>
            </w:tcMar>
            <w:vAlign w:val="center"/>
          </w:tcPr>
          <w:p w14:paraId="5F83B427" w14:textId="77777777">
            <w:pPr>
              <w:spacing w:after="0" w:line="252" w:lineRule="auto"/>
              <w:jc w:val="center"/>
            </w:pPr>
            <w:r>
              <w:rPr>
                <w:color w:val="000000"/>
                <w:sz w:val="16"/>
              </w:rPr>
              <w:t>raw response value</w:t>
            </w:r>
          </w:p>
        </w:tc>
      </w:tr>
    </w:tbl>
    <w:p w14:paraId="40F15579" w14:textId="77777777">
      <w:pPr>
        <w:spacing w:before="100" w:after="160"/>
      </w:pPr>
      <w:r>
        <w:rPr>
          <w:rFonts w:ascii="Times New Roman" w:hAnsi="Times New Roman"/>
          <w:sz w:val="18"/>
        </w:rPr>
        <w:t>Note. Raw responses are coded 1–5. Reverse-scored adapted items are 1, 2, 3, 4, 7, 10, 12, 14, and 16. Total scores range from 18 to 90; higher scores indicate more favorable body image. One original item—item 4, concerning masculine/feminine appearance and scored differently by sex—was not administered. The administered score is an adapted operational composite, not an assertion of equivalence to the original instrument or a validated one-factor scale.</w:t>
      </w:r>
    </w:p>
    <w:p w14:paraId="0568CF8A" w14:textId="77777777">
      <w:pPr>
        <w:keepNext/>
        <w:spacing w:before="80" w:after="80"/>
      </w:pPr>
      <w:r>
        <w:rPr>
          <w:b/>
          <w:color w:val="000000"/>
          <w:sz w:val="21"/>
        </w:rPr>
        <w:t xml:space="preserve">Supplementary Table S4. </w:t>
      </w:r>
      <w:r>
        <w:rPr>
          <w:i/>
          <w:color w:val="000000"/>
          <w:sz w:val="21"/>
        </w:rPr>
        <w:t>Item-level diagnostics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648"/>
        <w:gridCol w:w="936"/>
        <w:gridCol w:w="936"/>
        <w:gridCol w:w="1080"/>
        <w:gridCol w:w="1224"/>
        <w:gridCol w:w="2376"/>
        <w:gridCol w:w="2160"/>
      </w:tblGrid>
      <w:tr w14:paraId="749BB5DF" w14:textId="77777777">
        <w:trPr>
          <w:tblHeader/>
        </w:trPr>
        <w:tc>
          <w:tcPr>
            <w:tcW w:w="648" w:type="dxa"/>
            <w:tcMar>
              <w:top w:w="80" w:type="dxa"/>
              <w:left w:w="120" w:type="dxa"/>
              <w:bottom w:w="80" w:type="dxa"/>
              <w:right w:w="120" w:type="dxa"/>
            </w:tcMar>
            <w:vAlign w:val="center"/>
          </w:tcPr>
          <w:p w14:paraId="20EE86AD" w14:textId="77777777">
            <w:pPr>
              <w:spacing w:after="0" w:line="252" w:lineRule="auto"/>
              <w:jc w:val="right"/>
            </w:pPr>
            <w:r>
              <w:rPr>
                <w:b/>
                <w:color w:val="000000"/>
                <w:sz w:val="16"/>
              </w:rPr>
              <w:t>Item</w:t>
            </w:r>
          </w:p>
        </w:tc>
        <w:tc>
          <w:tcPr>
            <w:tcW w:w="936" w:type="dxa"/>
            <w:tcMar>
              <w:top w:w="80" w:type="dxa"/>
              <w:left w:w="120" w:type="dxa"/>
              <w:bottom w:w="80" w:type="dxa"/>
              <w:right w:w="120" w:type="dxa"/>
            </w:tcMar>
            <w:vAlign w:val="center"/>
          </w:tcPr>
          <w:p w14:paraId="79B14E65" w14:textId="77777777">
            <w:pPr>
              <w:spacing w:after="0" w:line="252" w:lineRule="auto"/>
              <w:jc w:val="right"/>
            </w:pPr>
            <w:r>
              <w:rPr>
                <w:b/>
                <w:color w:val="000000"/>
                <w:sz w:val="16"/>
              </w:rPr>
              <w:t>Mean</w:t>
            </w:r>
          </w:p>
        </w:tc>
        <w:tc>
          <w:tcPr>
            <w:tcW w:w="936" w:type="dxa"/>
            <w:tcMar>
              <w:top w:w="80" w:type="dxa"/>
              <w:left w:w="120" w:type="dxa"/>
              <w:bottom w:w="80" w:type="dxa"/>
              <w:right w:w="120" w:type="dxa"/>
            </w:tcMar>
            <w:vAlign w:val="center"/>
          </w:tcPr>
          <w:p w14:paraId="221977B2" w14:textId="77777777">
            <w:pPr>
              <w:spacing w:after="0" w:line="252" w:lineRule="auto"/>
              <w:jc w:val="right"/>
            </w:pPr>
            <w:r>
              <w:rPr>
                <w:b/>
                <w:color w:val="000000"/>
                <w:sz w:val="16"/>
              </w:rPr>
              <w:t>SD</w:t>
            </w:r>
          </w:p>
        </w:tc>
        <w:tc>
          <w:tcPr>
            <w:tcW w:w="1080" w:type="dxa"/>
            <w:tcMar>
              <w:top w:w="80" w:type="dxa"/>
              <w:left w:w="120" w:type="dxa"/>
              <w:bottom w:w="80" w:type="dxa"/>
              <w:right w:w="120" w:type="dxa"/>
            </w:tcMar>
            <w:vAlign w:val="center"/>
          </w:tcPr>
          <w:p w14:paraId="4611BD02" w14:textId="77777777">
            <w:pPr>
              <w:spacing w:after="0" w:line="252" w:lineRule="auto"/>
              <w:jc w:val="right"/>
            </w:pPr>
            <w:r>
              <w:rPr>
                <w:b/>
                <w:color w:val="000000"/>
                <w:sz w:val="16"/>
              </w:rPr>
              <w:t>Floor %</w:t>
            </w:r>
          </w:p>
        </w:tc>
        <w:tc>
          <w:tcPr>
            <w:tcW w:w="1224" w:type="dxa"/>
            <w:tcMar>
              <w:top w:w="80" w:type="dxa"/>
              <w:left w:w="120" w:type="dxa"/>
              <w:bottom w:w="80" w:type="dxa"/>
              <w:right w:w="120" w:type="dxa"/>
            </w:tcMar>
            <w:vAlign w:val="center"/>
          </w:tcPr>
          <w:p w14:paraId="318CCB4C" w14:textId="77777777">
            <w:pPr>
              <w:spacing w:after="0" w:line="252" w:lineRule="auto"/>
              <w:jc w:val="right"/>
            </w:pPr>
            <w:r>
              <w:rPr>
                <w:b/>
                <w:color w:val="000000"/>
                <w:sz w:val="16"/>
              </w:rPr>
              <w:t>Ceiling %</w:t>
            </w:r>
          </w:p>
        </w:tc>
        <w:tc>
          <w:tcPr>
            <w:tcW w:w="2376" w:type="dxa"/>
            <w:tcMar>
              <w:top w:w="80" w:type="dxa"/>
              <w:left w:w="120" w:type="dxa"/>
              <w:bottom w:w="80" w:type="dxa"/>
              <w:right w:w="120" w:type="dxa"/>
            </w:tcMar>
            <w:vAlign w:val="center"/>
          </w:tcPr>
          <w:p w14:paraId="015FE6B9" w14:textId="77777777">
            <w:pPr>
              <w:spacing w:after="0" w:line="252" w:lineRule="auto"/>
              <w:jc w:val="right"/>
            </w:pPr>
            <w:r>
              <w:rPr>
                <w:b/>
                <w:color w:val="000000"/>
                <w:sz w:val="16"/>
              </w:rPr>
              <w:t>Corrected item-total r</w:t>
            </w:r>
          </w:p>
        </w:tc>
        <w:tc>
          <w:tcPr>
            <w:tcW w:w="2160" w:type="dxa"/>
            <w:tcMar>
              <w:top w:w="80" w:type="dxa"/>
              <w:left w:w="120" w:type="dxa"/>
              <w:bottom w:w="80" w:type="dxa"/>
              <w:right w:w="120" w:type="dxa"/>
            </w:tcMar>
            <w:vAlign w:val="center"/>
          </w:tcPr>
          <w:p w14:paraId="5722FEF4" w14:textId="77777777">
            <w:pPr>
              <w:spacing w:after="0" w:line="252" w:lineRule="auto"/>
              <w:jc w:val="right"/>
            </w:pPr>
            <w:r>
              <w:rPr>
                <w:rFonts w:ascii="Times New Roman" w:hAnsi="Times New Roman"/>
                <w:sz w:val="16"/>
              </w:rPr>
              <w:t>α if deleted</w:t>
            </w:r>
          </w:p>
        </w:tc>
      </w:tr>
      <w:tr w14:paraId="1F74F35A" w14:textId="77777777">
        <w:tc>
          <w:tcPr>
            <w:tcW w:w="648" w:type="dxa"/>
            <w:tcMar>
              <w:top w:w="80" w:type="dxa"/>
              <w:left w:w="120" w:type="dxa"/>
              <w:bottom w:w="80" w:type="dxa"/>
              <w:right w:w="120" w:type="dxa"/>
            </w:tcMar>
            <w:vAlign w:val="center"/>
          </w:tcPr>
          <w:p w14:paraId="149D3283" w14:textId="77777777">
            <w:pPr>
              <w:spacing w:after="0" w:line="252" w:lineRule="auto"/>
              <w:jc w:val="right"/>
            </w:pPr>
            <w:r>
              <w:rPr>
                <w:color w:val="000000"/>
                <w:sz w:val="16"/>
              </w:rPr>
              <w:t>1</w:t>
            </w:r>
          </w:p>
        </w:tc>
        <w:tc>
          <w:tcPr>
            <w:tcW w:w="936" w:type="dxa"/>
            <w:tcMar>
              <w:top w:w="80" w:type="dxa"/>
              <w:left w:w="120" w:type="dxa"/>
              <w:bottom w:w="80" w:type="dxa"/>
              <w:right w:w="120" w:type="dxa"/>
            </w:tcMar>
            <w:vAlign w:val="center"/>
          </w:tcPr>
          <w:p w14:paraId="6DA780DD" w14:textId="77777777">
            <w:pPr>
              <w:spacing w:after="0" w:line="252" w:lineRule="auto"/>
              <w:jc w:val="right"/>
            </w:pPr>
            <w:r>
              <w:rPr>
                <w:color w:val="000000"/>
                <w:sz w:val="16"/>
              </w:rPr>
              <w:t>3.32</w:t>
            </w:r>
          </w:p>
        </w:tc>
        <w:tc>
          <w:tcPr>
            <w:tcW w:w="936" w:type="dxa"/>
            <w:tcMar>
              <w:top w:w="80" w:type="dxa"/>
              <w:left w:w="120" w:type="dxa"/>
              <w:bottom w:w="80" w:type="dxa"/>
              <w:right w:w="120" w:type="dxa"/>
            </w:tcMar>
            <w:vAlign w:val="center"/>
          </w:tcPr>
          <w:p w14:paraId="4E077DBE" w14:textId="77777777">
            <w:pPr>
              <w:spacing w:after="0" w:line="252" w:lineRule="auto"/>
              <w:jc w:val="right"/>
            </w:pPr>
            <w:r>
              <w:rPr>
                <w:color w:val="000000"/>
                <w:sz w:val="16"/>
              </w:rPr>
              <w:t>1.08</w:t>
            </w:r>
          </w:p>
        </w:tc>
        <w:tc>
          <w:tcPr>
            <w:tcW w:w="1080" w:type="dxa"/>
            <w:tcMar>
              <w:top w:w="80" w:type="dxa"/>
              <w:left w:w="120" w:type="dxa"/>
              <w:bottom w:w="80" w:type="dxa"/>
              <w:right w:w="120" w:type="dxa"/>
            </w:tcMar>
            <w:vAlign w:val="center"/>
          </w:tcPr>
          <w:p w14:paraId="106FCBC0" w14:textId="77777777">
            <w:pPr>
              <w:spacing w:after="0" w:line="252" w:lineRule="auto"/>
              <w:jc w:val="right"/>
            </w:pPr>
            <w:r>
              <w:rPr>
                <w:color w:val="000000"/>
                <w:sz w:val="16"/>
              </w:rPr>
              <w:t>2.9</w:t>
            </w:r>
          </w:p>
        </w:tc>
        <w:tc>
          <w:tcPr>
            <w:tcW w:w="1224" w:type="dxa"/>
            <w:tcMar>
              <w:top w:w="80" w:type="dxa"/>
              <w:left w:w="120" w:type="dxa"/>
              <w:bottom w:w="80" w:type="dxa"/>
              <w:right w:w="120" w:type="dxa"/>
            </w:tcMar>
            <w:vAlign w:val="center"/>
          </w:tcPr>
          <w:p w14:paraId="2BE8438B" w14:textId="77777777">
            <w:pPr>
              <w:spacing w:after="0" w:line="252" w:lineRule="auto"/>
              <w:jc w:val="right"/>
            </w:pPr>
            <w:r>
              <w:rPr>
                <w:color w:val="000000"/>
                <w:sz w:val="16"/>
              </w:rPr>
              <w:t>15.5</w:t>
            </w:r>
          </w:p>
        </w:tc>
        <w:tc>
          <w:tcPr>
            <w:tcW w:w="2376" w:type="dxa"/>
            <w:tcMar>
              <w:top w:w="80" w:type="dxa"/>
              <w:left w:w="120" w:type="dxa"/>
              <w:bottom w:w="80" w:type="dxa"/>
              <w:right w:w="120" w:type="dxa"/>
            </w:tcMar>
            <w:vAlign w:val="center"/>
          </w:tcPr>
          <w:p w14:paraId="0873E738" w14:textId="77777777">
            <w:pPr>
              <w:spacing w:after="0" w:line="252" w:lineRule="auto"/>
              <w:jc w:val="right"/>
            </w:pPr>
            <w:r>
              <w:rPr>
                <w:color w:val="000000"/>
                <w:sz w:val="16"/>
              </w:rPr>
              <w:t>0.35</w:t>
            </w:r>
          </w:p>
        </w:tc>
        <w:tc>
          <w:tcPr>
            <w:tcW w:w="2160" w:type="dxa"/>
            <w:tcMar>
              <w:top w:w="80" w:type="dxa"/>
              <w:left w:w="120" w:type="dxa"/>
              <w:bottom w:w="80" w:type="dxa"/>
              <w:right w:w="120" w:type="dxa"/>
            </w:tcMar>
            <w:vAlign w:val="center"/>
          </w:tcPr>
          <w:p w14:paraId="6179F9E7" w14:textId="77777777">
            <w:pPr>
              <w:spacing w:after="0" w:line="252" w:lineRule="auto"/>
              <w:jc w:val="right"/>
            </w:pPr>
            <w:r>
              <w:rPr>
                <w:color w:val="000000"/>
                <w:sz w:val="16"/>
              </w:rPr>
              <w:t>0.760</w:t>
            </w:r>
          </w:p>
        </w:tc>
      </w:tr>
      <w:tr w14:paraId="0BBB3884" w14:textId="77777777">
        <w:tc>
          <w:tcPr>
            <w:tcW w:w="648" w:type="dxa"/>
            <w:tcMar>
              <w:top w:w="80" w:type="dxa"/>
              <w:left w:w="120" w:type="dxa"/>
              <w:bottom w:w="80" w:type="dxa"/>
              <w:right w:w="120" w:type="dxa"/>
            </w:tcMar>
            <w:vAlign w:val="center"/>
          </w:tcPr>
          <w:p w14:paraId="64A894C4" w14:textId="77777777">
            <w:pPr>
              <w:spacing w:after="0" w:line="252" w:lineRule="auto"/>
              <w:jc w:val="right"/>
            </w:pPr>
            <w:r>
              <w:rPr>
                <w:color w:val="000000"/>
                <w:sz w:val="16"/>
              </w:rPr>
              <w:t>2</w:t>
            </w:r>
          </w:p>
        </w:tc>
        <w:tc>
          <w:tcPr>
            <w:tcW w:w="936" w:type="dxa"/>
            <w:tcMar>
              <w:top w:w="80" w:type="dxa"/>
              <w:left w:w="120" w:type="dxa"/>
              <w:bottom w:w="80" w:type="dxa"/>
              <w:right w:w="120" w:type="dxa"/>
            </w:tcMar>
            <w:vAlign w:val="center"/>
          </w:tcPr>
          <w:p w14:paraId="32601193" w14:textId="77777777">
            <w:pPr>
              <w:spacing w:after="0" w:line="252" w:lineRule="auto"/>
              <w:jc w:val="right"/>
            </w:pPr>
            <w:r>
              <w:rPr>
                <w:color w:val="000000"/>
                <w:sz w:val="16"/>
              </w:rPr>
              <w:t>3.80</w:t>
            </w:r>
          </w:p>
        </w:tc>
        <w:tc>
          <w:tcPr>
            <w:tcW w:w="936" w:type="dxa"/>
            <w:tcMar>
              <w:top w:w="80" w:type="dxa"/>
              <w:left w:w="120" w:type="dxa"/>
              <w:bottom w:w="80" w:type="dxa"/>
              <w:right w:w="120" w:type="dxa"/>
            </w:tcMar>
            <w:vAlign w:val="center"/>
          </w:tcPr>
          <w:p w14:paraId="2A8EFD3C" w14:textId="77777777">
            <w:pPr>
              <w:spacing w:after="0" w:line="252" w:lineRule="auto"/>
              <w:jc w:val="right"/>
            </w:pPr>
            <w:r>
              <w:rPr>
                <w:color w:val="000000"/>
                <w:sz w:val="16"/>
              </w:rPr>
              <w:t>0.91</w:t>
            </w:r>
          </w:p>
        </w:tc>
        <w:tc>
          <w:tcPr>
            <w:tcW w:w="1080" w:type="dxa"/>
            <w:tcMar>
              <w:top w:w="80" w:type="dxa"/>
              <w:left w:w="120" w:type="dxa"/>
              <w:bottom w:w="80" w:type="dxa"/>
              <w:right w:w="120" w:type="dxa"/>
            </w:tcMar>
            <w:vAlign w:val="center"/>
          </w:tcPr>
          <w:p w14:paraId="4A95AF8D" w14:textId="77777777">
            <w:pPr>
              <w:spacing w:after="0" w:line="252" w:lineRule="auto"/>
              <w:jc w:val="right"/>
            </w:pPr>
            <w:r>
              <w:rPr>
                <w:color w:val="000000"/>
                <w:sz w:val="16"/>
              </w:rPr>
              <w:t>1.3</w:t>
            </w:r>
          </w:p>
        </w:tc>
        <w:tc>
          <w:tcPr>
            <w:tcW w:w="1224" w:type="dxa"/>
            <w:tcMar>
              <w:top w:w="80" w:type="dxa"/>
              <w:left w:w="120" w:type="dxa"/>
              <w:bottom w:w="80" w:type="dxa"/>
              <w:right w:w="120" w:type="dxa"/>
            </w:tcMar>
            <w:vAlign w:val="center"/>
          </w:tcPr>
          <w:p w14:paraId="6B7C9C5F" w14:textId="77777777">
            <w:pPr>
              <w:spacing w:after="0" w:line="252" w:lineRule="auto"/>
              <w:jc w:val="right"/>
            </w:pPr>
            <w:r>
              <w:rPr>
                <w:color w:val="000000"/>
                <w:sz w:val="16"/>
              </w:rPr>
              <w:t>23.1</w:t>
            </w:r>
          </w:p>
        </w:tc>
        <w:tc>
          <w:tcPr>
            <w:tcW w:w="2376" w:type="dxa"/>
            <w:tcMar>
              <w:top w:w="80" w:type="dxa"/>
              <w:left w:w="120" w:type="dxa"/>
              <w:bottom w:w="80" w:type="dxa"/>
              <w:right w:w="120" w:type="dxa"/>
            </w:tcMar>
            <w:vAlign w:val="center"/>
          </w:tcPr>
          <w:p w14:paraId="2687D4C9" w14:textId="77777777">
            <w:pPr>
              <w:spacing w:after="0" w:line="252" w:lineRule="auto"/>
              <w:jc w:val="right"/>
            </w:pPr>
            <w:r>
              <w:rPr>
                <w:color w:val="000000"/>
                <w:sz w:val="16"/>
              </w:rPr>
              <w:t>0.51</w:t>
            </w:r>
          </w:p>
        </w:tc>
        <w:tc>
          <w:tcPr>
            <w:tcW w:w="2160" w:type="dxa"/>
            <w:tcMar>
              <w:top w:w="80" w:type="dxa"/>
              <w:left w:w="120" w:type="dxa"/>
              <w:bottom w:w="80" w:type="dxa"/>
              <w:right w:w="120" w:type="dxa"/>
            </w:tcMar>
            <w:vAlign w:val="center"/>
          </w:tcPr>
          <w:p w14:paraId="43FAE8A1" w14:textId="77777777">
            <w:pPr>
              <w:spacing w:after="0" w:line="252" w:lineRule="auto"/>
              <w:jc w:val="right"/>
            </w:pPr>
            <w:r>
              <w:rPr>
                <w:color w:val="000000"/>
                <w:sz w:val="16"/>
              </w:rPr>
              <w:t>0.748</w:t>
            </w:r>
          </w:p>
        </w:tc>
      </w:tr>
      <w:tr w14:paraId="19119B1C" w14:textId="77777777">
        <w:tc>
          <w:tcPr>
            <w:tcW w:w="648" w:type="dxa"/>
            <w:tcMar>
              <w:top w:w="80" w:type="dxa"/>
              <w:left w:w="120" w:type="dxa"/>
              <w:bottom w:w="80" w:type="dxa"/>
              <w:right w:w="120" w:type="dxa"/>
            </w:tcMar>
            <w:vAlign w:val="center"/>
          </w:tcPr>
          <w:p w14:paraId="2873D322" w14:textId="77777777">
            <w:pPr>
              <w:spacing w:after="0" w:line="252" w:lineRule="auto"/>
              <w:jc w:val="right"/>
            </w:pPr>
            <w:r>
              <w:rPr>
                <w:color w:val="000000"/>
                <w:sz w:val="16"/>
              </w:rPr>
              <w:t>3</w:t>
            </w:r>
          </w:p>
        </w:tc>
        <w:tc>
          <w:tcPr>
            <w:tcW w:w="936" w:type="dxa"/>
            <w:tcMar>
              <w:top w:w="80" w:type="dxa"/>
              <w:left w:w="120" w:type="dxa"/>
              <w:bottom w:w="80" w:type="dxa"/>
              <w:right w:w="120" w:type="dxa"/>
            </w:tcMar>
            <w:vAlign w:val="center"/>
          </w:tcPr>
          <w:p w14:paraId="7E777526" w14:textId="77777777">
            <w:pPr>
              <w:spacing w:after="0" w:line="252" w:lineRule="auto"/>
              <w:jc w:val="right"/>
            </w:pPr>
            <w:r>
              <w:rPr>
                <w:color w:val="000000"/>
                <w:sz w:val="16"/>
              </w:rPr>
              <w:t>3.86</w:t>
            </w:r>
          </w:p>
        </w:tc>
        <w:tc>
          <w:tcPr>
            <w:tcW w:w="936" w:type="dxa"/>
            <w:tcMar>
              <w:top w:w="80" w:type="dxa"/>
              <w:left w:w="120" w:type="dxa"/>
              <w:bottom w:w="80" w:type="dxa"/>
              <w:right w:w="120" w:type="dxa"/>
            </w:tcMar>
            <w:vAlign w:val="center"/>
          </w:tcPr>
          <w:p w14:paraId="47D61CAE" w14:textId="77777777">
            <w:pPr>
              <w:spacing w:after="0" w:line="252" w:lineRule="auto"/>
              <w:jc w:val="right"/>
            </w:pPr>
            <w:r>
              <w:rPr>
                <w:color w:val="000000"/>
                <w:sz w:val="16"/>
              </w:rPr>
              <w:t>1.02</w:t>
            </w:r>
          </w:p>
        </w:tc>
        <w:tc>
          <w:tcPr>
            <w:tcW w:w="1080" w:type="dxa"/>
            <w:tcMar>
              <w:top w:w="80" w:type="dxa"/>
              <w:left w:w="120" w:type="dxa"/>
              <w:bottom w:w="80" w:type="dxa"/>
              <w:right w:w="120" w:type="dxa"/>
            </w:tcMar>
            <w:vAlign w:val="center"/>
          </w:tcPr>
          <w:p w14:paraId="7C170C02" w14:textId="77777777">
            <w:pPr>
              <w:spacing w:after="0" w:line="252" w:lineRule="auto"/>
              <w:jc w:val="right"/>
            </w:pPr>
            <w:r>
              <w:rPr>
                <w:color w:val="000000"/>
                <w:sz w:val="16"/>
              </w:rPr>
              <w:t>2.5</w:t>
            </w:r>
          </w:p>
        </w:tc>
        <w:tc>
          <w:tcPr>
            <w:tcW w:w="1224" w:type="dxa"/>
            <w:tcMar>
              <w:top w:w="80" w:type="dxa"/>
              <w:left w:w="120" w:type="dxa"/>
              <w:bottom w:w="80" w:type="dxa"/>
              <w:right w:w="120" w:type="dxa"/>
            </w:tcMar>
            <w:vAlign w:val="center"/>
          </w:tcPr>
          <w:p w14:paraId="1B34AFE6" w14:textId="77777777">
            <w:pPr>
              <w:spacing w:after="0" w:line="252" w:lineRule="auto"/>
              <w:jc w:val="right"/>
            </w:pPr>
            <w:r>
              <w:rPr>
                <w:color w:val="000000"/>
                <w:sz w:val="16"/>
              </w:rPr>
              <w:t>29.8</w:t>
            </w:r>
          </w:p>
        </w:tc>
        <w:tc>
          <w:tcPr>
            <w:tcW w:w="2376" w:type="dxa"/>
            <w:tcMar>
              <w:top w:w="80" w:type="dxa"/>
              <w:left w:w="120" w:type="dxa"/>
              <w:bottom w:w="80" w:type="dxa"/>
              <w:right w:w="120" w:type="dxa"/>
            </w:tcMar>
            <w:vAlign w:val="center"/>
          </w:tcPr>
          <w:p w14:paraId="4F4CD81B" w14:textId="77777777">
            <w:pPr>
              <w:spacing w:after="0" w:line="252" w:lineRule="auto"/>
              <w:jc w:val="right"/>
            </w:pPr>
            <w:r>
              <w:rPr>
                <w:color w:val="000000"/>
                <w:sz w:val="16"/>
              </w:rPr>
              <w:t>0.51</w:t>
            </w:r>
          </w:p>
        </w:tc>
        <w:tc>
          <w:tcPr>
            <w:tcW w:w="2160" w:type="dxa"/>
            <w:tcMar>
              <w:top w:w="80" w:type="dxa"/>
              <w:left w:w="120" w:type="dxa"/>
              <w:bottom w:w="80" w:type="dxa"/>
              <w:right w:w="120" w:type="dxa"/>
            </w:tcMar>
            <w:vAlign w:val="center"/>
          </w:tcPr>
          <w:p w14:paraId="520B5D92" w14:textId="77777777">
            <w:pPr>
              <w:spacing w:after="0" w:line="252" w:lineRule="auto"/>
              <w:jc w:val="right"/>
            </w:pPr>
            <w:r>
              <w:rPr>
                <w:color w:val="000000"/>
                <w:sz w:val="16"/>
              </w:rPr>
              <w:t>0.747</w:t>
            </w:r>
          </w:p>
        </w:tc>
      </w:tr>
      <w:tr w14:paraId="120BD242" w14:textId="77777777">
        <w:tc>
          <w:tcPr>
            <w:tcW w:w="648" w:type="dxa"/>
            <w:tcMar>
              <w:top w:w="80" w:type="dxa"/>
              <w:left w:w="120" w:type="dxa"/>
              <w:bottom w:w="80" w:type="dxa"/>
              <w:right w:w="120" w:type="dxa"/>
            </w:tcMar>
            <w:vAlign w:val="center"/>
          </w:tcPr>
          <w:p w14:paraId="53783851" w14:textId="77777777">
            <w:pPr>
              <w:spacing w:after="0" w:line="252" w:lineRule="auto"/>
              <w:jc w:val="right"/>
            </w:pPr>
            <w:r>
              <w:rPr>
                <w:color w:val="000000"/>
                <w:sz w:val="16"/>
              </w:rPr>
              <w:t>4</w:t>
            </w:r>
          </w:p>
        </w:tc>
        <w:tc>
          <w:tcPr>
            <w:tcW w:w="936" w:type="dxa"/>
            <w:tcMar>
              <w:top w:w="80" w:type="dxa"/>
              <w:left w:w="120" w:type="dxa"/>
              <w:bottom w:w="80" w:type="dxa"/>
              <w:right w:w="120" w:type="dxa"/>
            </w:tcMar>
            <w:vAlign w:val="center"/>
          </w:tcPr>
          <w:p w14:paraId="46156FA4" w14:textId="77777777">
            <w:pPr>
              <w:spacing w:after="0" w:line="252" w:lineRule="auto"/>
              <w:jc w:val="right"/>
            </w:pPr>
            <w:r>
              <w:rPr>
                <w:color w:val="000000"/>
                <w:sz w:val="16"/>
              </w:rPr>
              <w:t>4.40</w:t>
            </w:r>
          </w:p>
        </w:tc>
        <w:tc>
          <w:tcPr>
            <w:tcW w:w="936" w:type="dxa"/>
            <w:tcMar>
              <w:top w:w="80" w:type="dxa"/>
              <w:left w:w="120" w:type="dxa"/>
              <w:bottom w:w="80" w:type="dxa"/>
              <w:right w:w="120" w:type="dxa"/>
            </w:tcMar>
            <w:vAlign w:val="center"/>
          </w:tcPr>
          <w:p w14:paraId="3F68B5DA" w14:textId="77777777">
            <w:pPr>
              <w:spacing w:after="0" w:line="252" w:lineRule="auto"/>
              <w:jc w:val="right"/>
            </w:pPr>
            <w:r>
              <w:rPr>
                <w:color w:val="000000"/>
                <w:sz w:val="16"/>
              </w:rPr>
              <w:t>0.79</w:t>
            </w:r>
          </w:p>
        </w:tc>
        <w:tc>
          <w:tcPr>
            <w:tcW w:w="1080" w:type="dxa"/>
            <w:tcMar>
              <w:top w:w="80" w:type="dxa"/>
              <w:left w:w="120" w:type="dxa"/>
              <w:bottom w:w="80" w:type="dxa"/>
              <w:right w:w="120" w:type="dxa"/>
            </w:tcMar>
            <w:vAlign w:val="center"/>
          </w:tcPr>
          <w:p w14:paraId="2F154CC7" w14:textId="77777777">
            <w:pPr>
              <w:spacing w:after="0" w:line="252" w:lineRule="auto"/>
              <w:jc w:val="right"/>
            </w:pPr>
            <w:r>
              <w:rPr>
                <w:color w:val="000000"/>
                <w:sz w:val="16"/>
              </w:rPr>
              <w:t>0.8</w:t>
            </w:r>
          </w:p>
        </w:tc>
        <w:tc>
          <w:tcPr>
            <w:tcW w:w="1224" w:type="dxa"/>
            <w:tcMar>
              <w:top w:w="80" w:type="dxa"/>
              <w:left w:w="120" w:type="dxa"/>
              <w:bottom w:w="80" w:type="dxa"/>
              <w:right w:w="120" w:type="dxa"/>
            </w:tcMar>
            <w:vAlign w:val="center"/>
          </w:tcPr>
          <w:p w14:paraId="5F2F4D4D" w14:textId="77777777">
            <w:pPr>
              <w:spacing w:after="0" w:line="252" w:lineRule="auto"/>
              <w:jc w:val="right"/>
            </w:pPr>
            <w:r>
              <w:rPr>
                <w:color w:val="000000"/>
                <w:sz w:val="16"/>
              </w:rPr>
              <w:t>53.8</w:t>
            </w:r>
          </w:p>
        </w:tc>
        <w:tc>
          <w:tcPr>
            <w:tcW w:w="2376" w:type="dxa"/>
            <w:tcMar>
              <w:top w:w="80" w:type="dxa"/>
              <w:left w:w="120" w:type="dxa"/>
              <w:bottom w:w="80" w:type="dxa"/>
              <w:right w:w="120" w:type="dxa"/>
            </w:tcMar>
            <w:vAlign w:val="center"/>
          </w:tcPr>
          <w:p w14:paraId="34B5691A" w14:textId="77777777">
            <w:pPr>
              <w:spacing w:after="0" w:line="252" w:lineRule="auto"/>
              <w:jc w:val="right"/>
            </w:pPr>
            <w:r>
              <w:rPr>
                <w:color w:val="000000"/>
                <w:sz w:val="16"/>
              </w:rPr>
              <w:t>0.34</w:t>
            </w:r>
          </w:p>
        </w:tc>
        <w:tc>
          <w:tcPr>
            <w:tcW w:w="2160" w:type="dxa"/>
            <w:tcMar>
              <w:top w:w="80" w:type="dxa"/>
              <w:left w:w="120" w:type="dxa"/>
              <w:bottom w:w="80" w:type="dxa"/>
              <w:right w:w="120" w:type="dxa"/>
            </w:tcMar>
            <w:vAlign w:val="center"/>
          </w:tcPr>
          <w:p w14:paraId="2E8DD407" w14:textId="77777777">
            <w:pPr>
              <w:spacing w:after="0" w:line="252" w:lineRule="auto"/>
              <w:jc w:val="right"/>
            </w:pPr>
            <w:r>
              <w:rPr>
                <w:color w:val="000000"/>
                <w:sz w:val="16"/>
              </w:rPr>
              <w:t>0.761</w:t>
            </w:r>
          </w:p>
        </w:tc>
      </w:tr>
      <w:tr w14:paraId="0A87B108" w14:textId="77777777">
        <w:tc>
          <w:tcPr>
            <w:tcW w:w="648" w:type="dxa"/>
            <w:tcMar>
              <w:top w:w="80" w:type="dxa"/>
              <w:left w:w="120" w:type="dxa"/>
              <w:bottom w:w="80" w:type="dxa"/>
              <w:right w:w="120" w:type="dxa"/>
            </w:tcMar>
            <w:vAlign w:val="center"/>
          </w:tcPr>
          <w:p w14:paraId="6A8DECEA" w14:textId="77777777">
            <w:pPr>
              <w:spacing w:after="0" w:line="252" w:lineRule="auto"/>
              <w:jc w:val="right"/>
            </w:pPr>
            <w:r>
              <w:rPr>
                <w:color w:val="000000"/>
                <w:sz w:val="16"/>
              </w:rPr>
              <w:t>5</w:t>
            </w:r>
          </w:p>
        </w:tc>
        <w:tc>
          <w:tcPr>
            <w:tcW w:w="936" w:type="dxa"/>
            <w:tcMar>
              <w:top w:w="80" w:type="dxa"/>
              <w:left w:w="120" w:type="dxa"/>
              <w:bottom w:w="80" w:type="dxa"/>
              <w:right w:w="120" w:type="dxa"/>
            </w:tcMar>
            <w:vAlign w:val="center"/>
          </w:tcPr>
          <w:p w14:paraId="61C6BD06" w14:textId="77777777">
            <w:pPr>
              <w:spacing w:after="0" w:line="252" w:lineRule="auto"/>
              <w:jc w:val="right"/>
            </w:pPr>
            <w:r>
              <w:rPr>
                <w:color w:val="000000"/>
                <w:sz w:val="16"/>
              </w:rPr>
              <w:t>3.07</w:t>
            </w:r>
          </w:p>
        </w:tc>
        <w:tc>
          <w:tcPr>
            <w:tcW w:w="936" w:type="dxa"/>
            <w:tcMar>
              <w:top w:w="80" w:type="dxa"/>
              <w:left w:w="120" w:type="dxa"/>
              <w:bottom w:w="80" w:type="dxa"/>
              <w:right w:w="120" w:type="dxa"/>
            </w:tcMar>
            <w:vAlign w:val="center"/>
          </w:tcPr>
          <w:p w14:paraId="204E7E3A" w14:textId="77777777">
            <w:pPr>
              <w:spacing w:after="0" w:line="252" w:lineRule="auto"/>
              <w:jc w:val="right"/>
            </w:pPr>
            <w:r>
              <w:rPr>
                <w:color w:val="000000"/>
                <w:sz w:val="16"/>
              </w:rPr>
              <w:t>1.03</w:t>
            </w:r>
          </w:p>
        </w:tc>
        <w:tc>
          <w:tcPr>
            <w:tcW w:w="1080" w:type="dxa"/>
            <w:tcMar>
              <w:top w:w="80" w:type="dxa"/>
              <w:left w:w="120" w:type="dxa"/>
              <w:bottom w:w="80" w:type="dxa"/>
              <w:right w:w="120" w:type="dxa"/>
            </w:tcMar>
            <w:vAlign w:val="center"/>
          </w:tcPr>
          <w:p w14:paraId="7E4D31E3" w14:textId="77777777">
            <w:pPr>
              <w:spacing w:after="0" w:line="252" w:lineRule="auto"/>
              <w:jc w:val="right"/>
            </w:pPr>
            <w:r>
              <w:rPr>
                <w:color w:val="000000"/>
                <w:sz w:val="16"/>
              </w:rPr>
              <w:t>8.4</w:t>
            </w:r>
          </w:p>
        </w:tc>
        <w:tc>
          <w:tcPr>
            <w:tcW w:w="1224" w:type="dxa"/>
            <w:tcMar>
              <w:top w:w="80" w:type="dxa"/>
              <w:left w:w="120" w:type="dxa"/>
              <w:bottom w:w="80" w:type="dxa"/>
              <w:right w:w="120" w:type="dxa"/>
            </w:tcMar>
            <w:vAlign w:val="center"/>
          </w:tcPr>
          <w:p w14:paraId="727FC1DB" w14:textId="77777777">
            <w:pPr>
              <w:spacing w:after="0" w:line="252" w:lineRule="auto"/>
              <w:jc w:val="right"/>
            </w:pPr>
            <w:r>
              <w:rPr>
                <w:color w:val="000000"/>
                <w:sz w:val="16"/>
              </w:rPr>
              <w:t>7.1</w:t>
            </w:r>
          </w:p>
        </w:tc>
        <w:tc>
          <w:tcPr>
            <w:tcW w:w="2376" w:type="dxa"/>
            <w:tcMar>
              <w:top w:w="80" w:type="dxa"/>
              <w:left w:w="120" w:type="dxa"/>
              <w:bottom w:w="80" w:type="dxa"/>
              <w:right w:w="120" w:type="dxa"/>
            </w:tcMar>
            <w:vAlign w:val="center"/>
          </w:tcPr>
          <w:p w14:paraId="2A3CDA15" w14:textId="77777777">
            <w:pPr>
              <w:spacing w:after="0" w:line="252" w:lineRule="auto"/>
              <w:jc w:val="right"/>
            </w:pPr>
            <w:r>
              <w:rPr>
                <w:color w:val="000000"/>
                <w:sz w:val="16"/>
              </w:rPr>
              <w:t>0.22</w:t>
            </w:r>
          </w:p>
        </w:tc>
        <w:tc>
          <w:tcPr>
            <w:tcW w:w="2160" w:type="dxa"/>
            <w:tcMar>
              <w:top w:w="80" w:type="dxa"/>
              <w:left w:w="120" w:type="dxa"/>
              <w:bottom w:w="80" w:type="dxa"/>
              <w:right w:w="120" w:type="dxa"/>
            </w:tcMar>
            <w:vAlign w:val="center"/>
          </w:tcPr>
          <w:p w14:paraId="7B872447" w14:textId="77777777">
            <w:pPr>
              <w:spacing w:after="0" w:line="252" w:lineRule="auto"/>
              <w:jc w:val="right"/>
            </w:pPr>
            <w:r>
              <w:rPr>
                <w:color w:val="000000"/>
                <w:sz w:val="16"/>
              </w:rPr>
              <w:t>0.770</w:t>
            </w:r>
          </w:p>
        </w:tc>
      </w:tr>
      <w:tr w14:paraId="2C4C59D0" w14:textId="77777777">
        <w:tc>
          <w:tcPr>
            <w:tcW w:w="648" w:type="dxa"/>
            <w:tcMar>
              <w:top w:w="80" w:type="dxa"/>
              <w:left w:w="120" w:type="dxa"/>
              <w:bottom w:w="80" w:type="dxa"/>
              <w:right w:w="120" w:type="dxa"/>
            </w:tcMar>
            <w:vAlign w:val="center"/>
          </w:tcPr>
          <w:p w14:paraId="129F2F7D" w14:textId="77777777">
            <w:pPr>
              <w:spacing w:after="0" w:line="252" w:lineRule="auto"/>
              <w:jc w:val="right"/>
            </w:pPr>
            <w:r>
              <w:rPr>
                <w:color w:val="000000"/>
                <w:sz w:val="16"/>
              </w:rPr>
              <w:t>6</w:t>
            </w:r>
          </w:p>
        </w:tc>
        <w:tc>
          <w:tcPr>
            <w:tcW w:w="936" w:type="dxa"/>
            <w:tcMar>
              <w:top w:w="80" w:type="dxa"/>
              <w:left w:w="120" w:type="dxa"/>
              <w:bottom w:w="80" w:type="dxa"/>
              <w:right w:w="120" w:type="dxa"/>
            </w:tcMar>
            <w:vAlign w:val="center"/>
          </w:tcPr>
          <w:p w14:paraId="7FED8EFF" w14:textId="77777777">
            <w:pPr>
              <w:spacing w:after="0" w:line="252" w:lineRule="auto"/>
              <w:jc w:val="right"/>
            </w:pPr>
            <w:r>
              <w:rPr>
                <w:color w:val="000000"/>
                <w:sz w:val="16"/>
              </w:rPr>
              <w:t>3.50</w:t>
            </w:r>
          </w:p>
        </w:tc>
        <w:tc>
          <w:tcPr>
            <w:tcW w:w="936" w:type="dxa"/>
            <w:tcMar>
              <w:top w:w="80" w:type="dxa"/>
              <w:left w:w="120" w:type="dxa"/>
              <w:bottom w:w="80" w:type="dxa"/>
              <w:right w:w="120" w:type="dxa"/>
            </w:tcMar>
            <w:vAlign w:val="center"/>
          </w:tcPr>
          <w:p w14:paraId="5793BC81" w14:textId="77777777">
            <w:pPr>
              <w:spacing w:after="0" w:line="252" w:lineRule="auto"/>
              <w:jc w:val="right"/>
            </w:pPr>
            <w:r>
              <w:rPr>
                <w:color w:val="000000"/>
                <w:sz w:val="16"/>
              </w:rPr>
              <w:t>0.96</w:t>
            </w:r>
          </w:p>
        </w:tc>
        <w:tc>
          <w:tcPr>
            <w:tcW w:w="1080" w:type="dxa"/>
            <w:tcMar>
              <w:top w:w="80" w:type="dxa"/>
              <w:left w:w="120" w:type="dxa"/>
              <w:bottom w:w="80" w:type="dxa"/>
              <w:right w:w="120" w:type="dxa"/>
            </w:tcMar>
            <w:vAlign w:val="center"/>
          </w:tcPr>
          <w:p w14:paraId="59B3820B" w14:textId="77777777">
            <w:pPr>
              <w:spacing w:after="0" w:line="252" w:lineRule="auto"/>
              <w:jc w:val="right"/>
            </w:pPr>
            <w:r>
              <w:rPr>
                <w:color w:val="000000"/>
                <w:sz w:val="16"/>
              </w:rPr>
              <w:t>4.6</w:t>
            </w:r>
          </w:p>
        </w:tc>
        <w:tc>
          <w:tcPr>
            <w:tcW w:w="1224" w:type="dxa"/>
            <w:tcMar>
              <w:top w:w="80" w:type="dxa"/>
              <w:left w:w="120" w:type="dxa"/>
              <w:bottom w:w="80" w:type="dxa"/>
              <w:right w:w="120" w:type="dxa"/>
            </w:tcMar>
            <w:vAlign w:val="center"/>
          </w:tcPr>
          <w:p w14:paraId="5690D063" w14:textId="77777777">
            <w:pPr>
              <w:spacing w:after="0" w:line="252" w:lineRule="auto"/>
              <w:jc w:val="right"/>
            </w:pPr>
            <w:r>
              <w:rPr>
                <w:color w:val="000000"/>
                <w:sz w:val="16"/>
              </w:rPr>
              <w:t>11.3</w:t>
            </w:r>
          </w:p>
        </w:tc>
        <w:tc>
          <w:tcPr>
            <w:tcW w:w="2376" w:type="dxa"/>
            <w:tcMar>
              <w:top w:w="80" w:type="dxa"/>
              <w:left w:w="120" w:type="dxa"/>
              <w:bottom w:w="80" w:type="dxa"/>
              <w:right w:w="120" w:type="dxa"/>
            </w:tcMar>
            <w:vAlign w:val="center"/>
          </w:tcPr>
          <w:p w14:paraId="0C97517E" w14:textId="77777777">
            <w:pPr>
              <w:spacing w:after="0" w:line="252" w:lineRule="auto"/>
              <w:jc w:val="right"/>
            </w:pPr>
            <w:r>
              <w:rPr>
                <w:color w:val="000000"/>
                <w:sz w:val="16"/>
              </w:rPr>
              <w:t>0.58</w:t>
            </w:r>
          </w:p>
        </w:tc>
        <w:tc>
          <w:tcPr>
            <w:tcW w:w="2160" w:type="dxa"/>
            <w:tcMar>
              <w:top w:w="80" w:type="dxa"/>
              <w:left w:w="120" w:type="dxa"/>
              <w:bottom w:w="80" w:type="dxa"/>
              <w:right w:w="120" w:type="dxa"/>
            </w:tcMar>
            <w:vAlign w:val="center"/>
          </w:tcPr>
          <w:p w14:paraId="241DF4FD" w14:textId="77777777">
            <w:pPr>
              <w:spacing w:after="0" w:line="252" w:lineRule="auto"/>
              <w:jc w:val="right"/>
            </w:pPr>
            <w:r>
              <w:rPr>
                <w:color w:val="000000"/>
                <w:sz w:val="16"/>
              </w:rPr>
              <w:t>0.742</w:t>
            </w:r>
          </w:p>
        </w:tc>
      </w:tr>
      <w:tr w14:paraId="1E540A37" w14:textId="77777777">
        <w:tc>
          <w:tcPr>
            <w:tcW w:w="648" w:type="dxa"/>
            <w:tcMar>
              <w:top w:w="80" w:type="dxa"/>
              <w:left w:w="120" w:type="dxa"/>
              <w:bottom w:w="80" w:type="dxa"/>
              <w:right w:w="120" w:type="dxa"/>
            </w:tcMar>
            <w:vAlign w:val="center"/>
          </w:tcPr>
          <w:p w14:paraId="081E5A7B" w14:textId="77777777">
            <w:pPr>
              <w:spacing w:after="0" w:line="252" w:lineRule="auto"/>
              <w:jc w:val="right"/>
            </w:pPr>
            <w:r>
              <w:rPr>
                <w:color w:val="000000"/>
                <w:sz w:val="16"/>
              </w:rPr>
              <w:t>7</w:t>
            </w:r>
          </w:p>
        </w:tc>
        <w:tc>
          <w:tcPr>
            <w:tcW w:w="936" w:type="dxa"/>
            <w:tcMar>
              <w:top w:w="80" w:type="dxa"/>
              <w:left w:w="120" w:type="dxa"/>
              <w:bottom w:w="80" w:type="dxa"/>
              <w:right w:w="120" w:type="dxa"/>
            </w:tcMar>
            <w:vAlign w:val="center"/>
          </w:tcPr>
          <w:p w14:paraId="0F81D2F7" w14:textId="77777777">
            <w:pPr>
              <w:spacing w:after="0" w:line="252" w:lineRule="auto"/>
              <w:jc w:val="right"/>
            </w:pPr>
            <w:r>
              <w:rPr>
                <w:color w:val="000000"/>
                <w:sz w:val="16"/>
              </w:rPr>
              <w:t>3.23</w:t>
            </w:r>
          </w:p>
        </w:tc>
        <w:tc>
          <w:tcPr>
            <w:tcW w:w="936" w:type="dxa"/>
            <w:tcMar>
              <w:top w:w="80" w:type="dxa"/>
              <w:left w:w="120" w:type="dxa"/>
              <w:bottom w:w="80" w:type="dxa"/>
              <w:right w:w="120" w:type="dxa"/>
            </w:tcMar>
            <w:vAlign w:val="center"/>
          </w:tcPr>
          <w:p w14:paraId="0286FCA4" w14:textId="77777777">
            <w:pPr>
              <w:spacing w:after="0" w:line="252" w:lineRule="auto"/>
              <w:jc w:val="right"/>
            </w:pPr>
            <w:r>
              <w:rPr>
                <w:color w:val="000000"/>
                <w:sz w:val="16"/>
              </w:rPr>
              <w:t>1.18</w:t>
            </w:r>
          </w:p>
        </w:tc>
        <w:tc>
          <w:tcPr>
            <w:tcW w:w="1080" w:type="dxa"/>
            <w:tcMar>
              <w:top w:w="80" w:type="dxa"/>
              <w:left w:w="120" w:type="dxa"/>
              <w:bottom w:w="80" w:type="dxa"/>
              <w:right w:w="120" w:type="dxa"/>
            </w:tcMar>
            <w:vAlign w:val="center"/>
          </w:tcPr>
          <w:p w14:paraId="0F96C7D1" w14:textId="77777777">
            <w:pPr>
              <w:spacing w:after="0" w:line="252" w:lineRule="auto"/>
              <w:jc w:val="right"/>
            </w:pPr>
            <w:r>
              <w:rPr>
                <w:color w:val="000000"/>
                <w:sz w:val="16"/>
              </w:rPr>
              <w:t>7.6</w:t>
            </w:r>
          </w:p>
        </w:tc>
        <w:tc>
          <w:tcPr>
            <w:tcW w:w="1224" w:type="dxa"/>
            <w:tcMar>
              <w:top w:w="80" w:type="dxa"/>
              <w:left w:w="120" w:type="dxa"/>
              <w:bottom w:w="80" w:type="dxa"/>
              <w:right w:w="120" w:type="dxa"/>
            </w:tcMar>
            <w:vAlign w:val="center"/>
          </w:tcPr>
          <w:p w14:paraId="267C6529" w14:textId="77777777">
            <w:pPr>
              <w:spacing w:after="0" w:line="252" w:lineRule="auto"/>
              <w:jc w:val="right"/>
            </w:pPr>
            <w:r>
              <w:rPr>
                <w:color w:val="000000"/>
                <w:sz w:val="16"/>
              </w:rPr>
              <w:t>18.1</w:t>
            </w:r>
          </w:p>
        </w:tc>
        <w:tc>
          <w:tcPr>
            <w:tcW w:w="2376" w:type="dxa"/>
            <w:tcMar>
              <w:top w:w="80" w:type="dxa"/>
              <w:left w:w="120" w:type="dxa"/>
              <w:bottom w:w="80" w:type="dxa"/>
              <w:right w:w="120" w:type="dxa"/>
            </w:tcMar>
            <w:vAlign w:val="center"/>
          </w:tcPr>
          <w:p w14:paraId="0D41A446" w14:textId="77777777">
            <w:pPr>
              <w:spacing w:after="0" w:line="252" w:lineRule="auto"/>
              <w:jc w:val="right"/>
            </w:pPr>
            <w:r>
              <w:rPr>
                <w:rFonts w:ascii="Times New Roman" w:hAnsi="Times New Roman"/>
                <w:sz w:val="16"/>
              </w:rPr>
              <w:t>−0.00</w:t>
            </w:r>
          </w:p>
        </w:tc>
        <w:tc>
          <w:tcPr>
            <w:tcW w:w="2160" w:type="dxa"/>
            <w:tcMar>
              <w:top w:w="80" w:type="dxa"/>
              <w:left w:w="120" w:type="dxa"/>
              <w:bottom w:w="80" w:type="dxa"/>
              <w:right w:w="120" w:type="dxa"/>
            </w:tcMar>
            <w:vAlign w:val="center"/>
          </w:tcPr>
          <w:p w14:paraId="2A47C4C2" w14:textId="77777777">
            <w:pPr>
              <w:spacing w:after="0" w:line="252" w:lineRule="auto"/>
              <w:jc w:val="right"/>
            </w:pPr>
            <w:r>
              <w:rPr>
                <w:color w:val="000000"/>
                <w:sz w:val="16"/>
              </w:rPr>
              <w:t>0.792</w:t>
            </w:r>
          </w:p>
        </w:tc>
      </w:tr>
      <w:tr w14:paraId="7453A114" w14:textId="77777777">
        <w:tc>
          <w:tcPr>
            <w:tcW w:w="648" w:type="dxa"/>
            <w:tcMar>
              <w:top w:w="80" w:type="dxa"/>
              <w:left w:w="120" w:type="dxa"/>
              <w:bottom w:w="80" w:type="dxa"/>
              <w:right w:w="120" w:type="dxa"/>
            </w:tcMar>
            <w:vAlign w:val="center"/>
          </w:tcPr>
          <w:p w14:paraId="19189B40" w14:textId="77777777">
            <w:pPr>
              <w:spacing w:after="0" w:line="252" w:lineRule="auto"/>
              <w:jc w:val="right"/>
            </w:pPr>
            <w:r>
              <w:rPr>
                <w:color w:val="000000"/>
                <w:sz w:val="16"/>
              </w:rPr>
              <w:t>8</w:t>
            </w:r>
          </w:p>
        </w:tc>
        <w:tc>
          <w:tcPr>
            <w:tcW w:w="936" w:type="dxa"/>
            <w:tcMar>
              <w:top w:w="80" w:type="dxa"/>
              <w:left w:w="120" w:type="dxa"/>
              <w:bottom w:w="80" w:type="dxa"/>
              <w:right w:w="120" w:type="dxa"/>
            </w:tcMar>
            <w:vAlign w:val="center"/>
          </w:tcPr>
          <w:p w14:paraId="6008B3B9" w14:textId="77777777">
            <w:pPr>
              <w:spacing w:after="0" w:line="252" w:lineRule="auto"/>
              <w:jc w:val="right"/>
            </w:pPr>
            <w:r>
              <w:rPr>
                <w:color w:val="000000"/>
                <w:sz w:val="16"/>
              </w:rPr>
              <w:t>3.63</w:t>
            </w:r>
          </w:p>
        </w:tc>
        <w:tc>
          <w:tcPr>
            <w:tcW w:w="936" w:type="dxa"/>
            <w:tcMar>
              <w:top w:w="80" w:type="dxa"/>
              <w:left w:w="120" w:type="dxa"/>
              <w:bottom w:w="80" w:type="dxa"/>
              <w:right w:w="120" w:type="dxa"/>
            </w:tcMar>
            <w:vAlign w:val="center"/>
          </w:tcPr>
          <w:p w14:paraId="48E3B95E" w14:textId="77777777">
            <w:pPr>
              <w:spacing w:after="0" w:line="252" w:lineRule="auto"/>
              <w:jc w:val="right"/>
            </w:pPr>
            <w:r>
              <w:rPr>
                <w:color w:val="000000"/>
                <w:sz w:val="16"/>
              </w:rPr>
              <w:t>0.83</w:t>
            </w:r>
          </w:p>
        </w:tc>
        <w:tc>
          <w:tcPr>
            <w:tcW w:w="1080" w:type="dxa"/>
            <w:tcMar>
              <w:top w:w="80" w:type="dxa"/>
              <w:left w:w="120" w:type="dxa"/>
              <w:bottom w:w="80" w:type="dxa"/>
              <w:right w:w="120" w:type="dxa"/>
            </w:tcMar>
            <w:vAlign w:val="center"/>
          </w:tcPr>
          <w:p w14:paraId="634B19F9" w14:textId="77777777">
            <w:pPr>
              <w:spacing w:after="0" w:line="252" w:lineRule="auto"/>
              <w:jc w:val="right"/>
            </w:pPr>
            <w:r>
              <w:rPr>
                <w:color w:val="000000"/>
                <w:sz w:val="16"/>
              </w:rPr>
              <w:t>2.1</w:t>
            </w:r>
          </w:p>
        </w:tc>
        <w:tc>
          <w:tcPr>
            <w:tcW w:w="1224" w:type="dxa"/>
            <w:tcMar>
              <w:top w:w="80" w:type="dxa"/>
              <w:left w:w="120" w:type="dxa"/>
              <w:bottom w:w="80" w:type="dxa"/>
              <w:right w:w="120" w:type="dxa"/>
            </w:tcMar>
            <w:vAlign w:val="center"/>
          </w:tcPr>
          <w:p w14:paraId="53304298" w14:textId="77777777">
            <w:pPr>
              <w:spacing w:after="0" w:line="252" w:lineRule="auto"/>
              <w:jc w:val="right"/>
            </w:pPr>
            <w:r>
              <w:rPr>
                <w:color w:val="000000"/>
                <w:sz w:val="16"/>
              </w:rPr>
              <w:t>10.5</w:t>
            </w:r>
          </w:p>
        </w:tc>
        <w:tc>
          <w:tcPr>
            <w:tcW w:w="2376" w:type="dxa"/>
            <w:tcMar>
              <w:top w:w="80" w:type="dxa"/>
              <w:left w:w="120" w:type="dxa"/>
              <w:bottom w:w="80" w:type="dxa"/>
              <w:right w:w="120" w:type="dxa"/>
            </w:tcMar>
            <w:vAlign w:val="center"/>
          </w:tcPr>
          <w:p w14:paraId="7D779296" w14:textId="77777777">
            <w:pPr>
              <w:spacing w:after="0" w:line="252" w:lineRule="auto"/>
              <w:jc w:val="right"/>
            </w:pPr>
            <w:r>
              <w:rPr>
                <w:color w:val="000000"/>
                <w:sz w:val="16"/>
              </w:rPr>
              <w:t>0.41</w:t>
            </w:r>
          </w:p>
        </w:tc>
        <w:tc>
          <w:tcPr>
            <w:tcW w:w="2160" w:type="dxa"/>
            <w:tcMar>
              <w:top w:w="80" w:type="dxa"/>
              <w:left w:w="120" w:type="dxa"/>
              <w:bottom w:w="80" w:type="dxa"/>
              <w:right w:w="120" w:type="dxa"/>
            </w:tcMar>
            <w:vAlign w:val="center"/>
          </w:tcPr>
          <w:p w14:paraId="6F3F8EBB" w14:textId="77777777">
            <w:pPr>
              <w:spacing w:after="0" w:line="252" w:lineRule="auto"/>
              <w:jc w:val="right"/>
            </w:pPr>
            <w:r>
              <w:rPr>
                <w:color w:val="000000"/>
                <w:sz w:val="16"/>
              </w:rPr>
              <w:t>0.756</w:t>
            </w:r>
          </w:p>
        </w:tc>
      </w:tr>
      <w:tr w14:paraId="38BF0C5A" w14:textId="77777777">
        <w:tc>
          <w:tcPr>
            <w:tcW w:w="648" w:type="dxa"/>
            <w:tcMar>
              <w:top w:w="80" w:type="dxa"/>
              <w:left w:w="120" w:type="dxa"/>
              <w:bottom w:w="80" w:type="dxa"/>
              <w:right w:w="120" w:type="dxa"/>
            </w:tcMar>
            <w:vAlign w:val="center"/>
          </w:tcPr>
          <w:p w14:paraId="475773ED" w14:textId="77777777">
            <w:pPr>
              <w:spacing w:after="0" w:line="252" w:lineRule="auto"/>
              <w:jc w:val="right"/>
            </w:pPr>
            <w:r>
              <w:rPr>
                <w:color w:val="000000"/>
                <w:sz w:val="16"/>
              </w:rPr>
              <w:t>9</w:t>
            </w:r>
          </w:p>
        </w:tc>
        <w:tc>
          <w:tcPr>
            <w:tcW w:w="936" w:type="dxa"/>
            <w:tcMar>
              <w:top w:w="80" w:type="dxa"/>
              <w:left w:w="120" w:type="dxa"/>
              <w:bottom w:w="80" w:type="dxa"/>
              <w:right w:w="120" w:type="dxa"/>
            </w:tcMar>
            <w:vAlign w:val="center"/>
          </w:tcPr>
          <w:p w14:paraId="01072816" w14:textId="77777777">
            <w:pPr>
              <w:spacing w:after="0" w:line="252" w:lineRule="auto"/>
              <w:jc w:val="right"/>
            </w:pPr>
            <w:r>
              <w:rPr>
                <w:color w:val="000000"/>
                <w:sz w:val="16"/>
              </w:rPr>
              <w:t>3.39</w:t>
            </w:r>
          </w:p>
        </w:tc>
        <w:tc>
          <w:tcPr>
            <w:tcW w:w="936" w:type="dxa"/>
            <w:tcMar>
              <w:top w:w="80" w:type="dxa"/>
              <w:left w:w="120" w:type="dxa"/>
              <w:bottom w:w="80" w:type="dxa"/>
              <w:right w:w="120" w:type="dxa"/>
            </w:tcMar>
            <w:vAlign w:val="center"/>
          </w:tcPr>
          <w:p w14:paraId="0A99976E" w14:textId="77777777">
            <w:pPr>
              <w:spacing w:after="0" w:line="252" w:lineRule="auto"/>
              <w:jc w:val="right"/>
            </w:pPr>
            <w:r>
              <w:rPr>
                <w:color w:val="000000"/>
                <w:sz w:val="16"/>
              </w:rPr>
              <w:t>0.75</w:t>
            </w:r>
          </w:p>
        </w:tc>
        <w:tc>
          <w:tcPr>
            <w:tcW w:w="1080" w:type="dxa"/>
            <w:tcMar>
              <w:top w:w="80" w:type="dxa"/>
              <w:left w:w="120" w:type="dxa"/>
              <w:bottom w:w="80" w:type="dxa"/>
              <w:right w:w="120" w:type="dxa"/>
            </w:tcMar>
            <w:vAlign w:val="center"/>
          </w:tcPr>
          <w:p w14:paraId="41531CB8" w14:textId="77777777">
            <w:pPr>
              <w:spacing w:after="0" w:line="252" w:lineRule="auto"/>
              <w:jc w:val="right"/>
            </w:pPr>
            <w:r>
              <w:rPr>
                <w:color w:val="000000"/>
                <w:sz w:val="16"/>
              </w:rPr>
              <w:t>0.8</w:t>
            </w:r>
          </w:p>
        </w:tc>
        <w:tc>
          <w:tcPr>
            <w:tcW w:w="1224" w:type="dxa"/>
            <w:tcMar>
              <w:top w:w="80" w:type="dxa"/>
              <w:left w:w="120" w:type="dxa"/>
              <w:bottom w:w="80" w:type="dxa"/>
              <w:right w:w="120" w:type="dxa"/>
            </w:tcMar>
            <w:vAlign w:val="center"/>
          </w:tcPr>
          <w:p w14:paraId="2C81A84F" w14:textId="77777777">
            <w:pPr>
              <w:spacing w:after="0" w:line="252" w:lineRule="auto"/>
              <w:jc w:val="right"/>
            </w:pPr>
            <w:r>
              <w:rPr>
                <w:color w:val="000000"/>
                <w:sz w:val="16"/>
              </w:rPr>
              <w:t>6.3</w:t>
            </w:r>
          </w:p>
        </w:tc>
        <w:tc>
          <w:tcPr>
            <w:tcW w:w="2376" w:type="dxa"/>
            <w:tcMar>
              <w:top w:w="80" w:type="dxa"/>
              <w:left w:w="120" w:type="dxa"/>
              <w:bottom w:w="80" w:type="dxa"/>
              <w:right w:w="120" w:type="dxa"/>
            </w:tcMar>
            <w:vAlign w:val="center"/>
          </w:tcPr>
          <w:p w14:paraId="05229840" w14:textId="77777777">
            <w:pPr>
              <w:spacing w:after="0" w:line="252" w:lineRule="auto"/>
              <w:jc w:val="right"/>
            </w:pPr>
            <w:r>
              <w:rPr>
                <w:color w:val="000000"/>
                <w:sz w:val="16"/>
              </w:rPr>
              <w:t>0.36</w:t>
            </w:r>
          </w:p>
        </w:tc>
        <w:tc>
          <w:tcPr>
            <w:tcW w:w="2160" w:type="dxa"/>
            <w:tcMar>
              <w:top w:w="80" w:type="dxa"/>
              <w:left w:w="120" w:type="dxa"/>
              <w:bottom w:w="80" w:type="dxa"/>
              <w:right w:w="120" w:type="dxa"/>
            </w:tcMar>
            <w:vAlign w:val="center"/>
          </w:tcPr>
          <w:p w14:paraId="1B376F8C" w14:textId="77777777">
            <w:pPr>
              <w:spacing w:after="0" w:line="252" w:lineRule="auto"/>
              <w:jc w:val="right"/>
            </w:pPr>
            <w:r>
              <w:rPr>
                <w:color w:val="000000"/>
                <w:sz w:val="16"/>
              </w:rPr>
              <w:t>0.760</w:t>
            </w:r>
          </w:p>
        </w:tc>
      </w:tr>
      <w:tr w14:paraId="28FE77F6" w14:textId="77777777">
        <w:tc>
          <w:tcPr>
            <w:tcW w:w="648" w:type="dxa"/>
            <w:tcMar>
              <w:top w:w="80" w:type="dxa"/>
              <w:left w:w="120" w:type="dxa"/>
              <w:bottom w:w="80" w:type="dxa"/>
              <w:right w:w="120" w:type="dxa"/>
            </w:tcMar>
            <w:vAlign w:val="center"/>
          </w:tcPr>
          <w:p w14:paraId="14499EE8" w14:textId="77777777">
            <w:pPr>
              <w:spacing w:after="0" w:line="252" w:lineRule="auto"/>
              <w:jc w:val="right"/>
            </w:pPr>
            <w:r>
              <w:rPr>
                <w:color w:val="000000"/>
                <w:sz w:val="16"/>
              </w:rPr>
              <w:t>10</w:t>
            </w:r>
          </w:p>
        </w:tc>
        <w:tc>
          <w:tcPr>
            <w:tcW w:w="936" w:type="dxa"/>
            <w:tcMar>
              <w:top w:w="80" w:type="dxa"/>
              <w:left w:w="120" w:type="dxa"/>
              <w:bottom w:w="80" w:type="dxa"/>
              <w:right w:w="120" w:type="dxa"/>
            </w:tcMar>
            <w:vAlign w:val="center"/>
          </w:tcPr>
          <w:p w14:paraId="6761E553" w14:textId="77777777">
            <w:pPr>
              <w:spacing w:after="0" w:line="252" w:lineRule="auto"/>
              <w:jc w:val="right"/>
            </w:pPr>
            <w:r>
              <w:rPr>
                <w:color w:val="000000"/>
                <w:sz w:val="16"/>
              </w:rPr>
              <w:t>3.29</w:t>
            </w:r>
          </w:p>
        </w:tc>
        <w:tc>
          <w:tcPr>
            <w:tcW w:w="936" w:type="dxa"/>
            <w:tcMar>
              <w:top w:w="80" w:type="dxa"/>
              <w:left w:w="120" w:type="dxa"/>
              <w:bottom w:w="80" w:type="dxa"/>
              <w:right w:w="120" w:type="dxa"/>
            </w:tcMar>
            <w:vAlign w:val="center"/>
          </w:tcPr>
          <w:p w14:paraId="31A78016" w14:textId="77777777">
            <w:pPr>
              <w:spacing w:after="0" w:line="252" w:lineRule="auto"/>
              <w:jc w:val="right"/>
            </w:pPr>
            <w:r>
              <w:rPr>
                <w:color w:val="000000"/>
                <w:sz w:val="16"/>
              </w:rPr>
              <w:t>1.05</w:t>
            </w:r>
          </w:p>
        </w:tc>
        <w:tc>
          <w:tcPr>
            <w:tcW w:w="1080" w:type="dxa"/>
            <w:tcMar>
              <w:top w:w="80" w:type="dxa"/>
              <w:left w:w="120" w:type="dxa"/>
              <w:bottom w:w="80" w:type="dxa"/>
              <w:right w:w="120" w:type="dxa"/>
            </w:tcMar>
            <w:vAlign w:val="center"/>
          </w:tcPr>
          <w:p w14:paraId="01E9AB28" w14:textId="77777777">
            <w:pPr>
              <w:spacing w:after="0" w:line="252" w:lineRule="auto"/>
              <w:jc w:val="right"/>
            </w:pPr>
            <w:r>
              <w:rPr>
                <w:color w:val="000000"/>
                <w:sz w:val="16"/>
              </w:rPr>
              <w:t>3.4</w:t>
            </w:r>
          </w:p>
        </w:tc>
        <w:tc>
          <w:tcPr>
            <w:tcW w:w="1224" w:type="dxa"/>
            <w:tcMar>
              <w:top w:w="80" w:type="dxa"/>
              <w:left w:w="120" w:type="dxa"/>
              <w:bottom w:w="80" w:type="dxa"/>
              <w:right w:w="120" w:type="dxa"/>
            </w:tcMar>
            <w:vAlign w:val="center"/>
          </w:tcPr>
          <w:p w14:paraId="7C57C4DE" w14:textId="77777777">
            <w:pPr>
              <w:spacing w:after="0" w:line="252" w:lineRule="auto"/>
              <w:jc w:val="right"/>
            </w:pPr>
            <w:r>
              <w:rPr>
                <w:color w:val="000000"/>
                <w:sz w:val="16"/>
              </w:rPr>
              <w:t>12.2</w:t>
            </w:r>
          </w:p>
        </w:tc>
        <w:tc>
          <w:tcPr>
            <w:tcW w:w="2376" w:type="dxa"/>
            <w:tcMar>
              <w:top w:w="80" w:type="dxa"/>
              <w:left w:w="120" w:type="dxa"/>
              <w:bottom w:w="80" w:type="dxa"/>
              <w:right w:w="120" w:type="dxa"/>
            </w:tcMar>
            <w:vAlign w:val="center"/>
          </w:tcPr>
          <w:p w14:paraId="4E28605A" w14:textId="77777777">
            <w:pPr>
              <w:spacing w:after="0" w:line="252" w:lineRule="auto"/>
              <w:jc w:val="right"/>
            </w:pPr>
            <w:r>
              <w:rPr>
                <w:color w:val="000000"/>
                <w:sz w:val="16"/>
              </w:rPr>
              <w:t>0.21</w:t>
            </w:r>
          </w:p>
        </w:tc>
        <w:tc>
          <w:tcPr>
            <w:tcW w:w="2160" w:type="dxa"/>
            <w:tcMar>
              <w:top w:w="80" w:type="dxa"/>
              <w:left w:w="120" w:type="dxa"/>
              <w:bottom w:w="80" w:type="dxa"/>
              <w:right w:w="120" w:type="dxa"/>
            </w:tcMar>
            <w:vAlign w:val="center"/>
          </w:tcPr>
          <w:p w14:paraId="7E05363B" w14:textId="77777777">
            <w:pPr>
              <w:spacing w:after="0" w:line="252" w:lineRule="auto"/>
              <w:jc w:val="right"/>
            </w:pPr>
            <w:r>
              <w:rPr>
                <w:color w:val="000000"/>
                <w:sz w:val="16"/>
              </w:rPr>
              <w:t>0.771</w:t>
            </w:r>
          </w:p>
        </w:tc>
      </w:tr>
      <w:tr w14:paraId="155E7585" w14:textId="77777777">
        <w:tc>
          <w:tcPr>
            <w:tcW w:w="648" w:type="dxa"/>
            <w:tcMar>
              <w:top w:w="80" w:type="dxa"/>
              <w:left w:w="120" w:type="dxa"/>
              <w:bottom w:w="80" w:type="dxa"/>
              <w:right w:w="120" w:type="dxa"/>
            </w:tcMar>
            <w:vAlign w:val="center"/>
          </w:tcPr>
          <w:p w14:paraId="454CDC07" w14:textId="77777777">
            <w:pPr>
              <w:spacing w:after="0" w:line="252" w:lineRule="auto"/>
              <w:jc w:val="right"/>
            </w:pPr>
            <w:r>
              <w:rPr>
                <w:color w:val="000000"/>
                <w:sz w:val="16"/>
              </w:rPr>
              <w:t>11</w:t>
            </w:r>
          </w:p>
        </w:tc>
        <w:tc>
          <w:tcPr>
            <w:tcW w:w="936" w:type="dxa"/>
            <w:tcMar>
              <w:top w:w="80" w:type="dxa"/>
              <w:left w:w="120" w:type="dxa"/>
              <w:bottom w:w="80" w:type="dxa"/>
              <w:right w:w="120" w:type="dxa"/>
            </w:tcMar>
            <w:vAlign w:val="center"/>
          </w:tcPr>
          <w:p w14:paraId="30A1D335" w14:textId="77777777">
            <w:pPr>
              <w:spacing w:after="0" w:line="252" w:lineRule="auto"/>
              <w:jc w:val="right"/>
            </w:pPr>
            <w:r>
              <w:rPr>
                <w:color w:val="000000"/>
                <w:sz w:val="16"/>
              </w:rPr>
              <w:t>2.95</w:t>
            </w:r>
          </w:p>
        </w:tc>
        <w:tc>
          <w:tcPr>
            <w:tcW w:w="936" w:type="dxa"/>
            <w:tcMar>
              <w:top w:w="80" w:type="dxa"/>
              <w:left w:w="120" w:type="dxa"/>
              <w:bottom w:w="80" w:type="dxa"/>
              <w:right w:w="120" w:type="dxa"/>
            </w:tcMar>
            <w:vAlign w:val="center"/>
          </w:tcPr>
          <w:p w14:paraId="4B3069DA" w14:textId="77777777">
            <w:pPr>
              <w:spacing w:after="0" w:line="252" w:lineRule="auto"/>
              <w:jc w:val="right"/>
            </w:pPr>
            <w:r>
              <w:rPr>
                <w:color w:val="000000"/>
                <w:sz w:val="16"/>
              </w:rPr>
              <w:t>0.88</w:t>
            </w:r>
          </w:p>
        </w:tc>
        <w:tc>
          <w:tcPr>
            <w:tcW w:w="1080" w:type="dxa"/>
            <w:tcMar>
              <w:top w:w="80" w:type="dxa"/>
              <w:left w:w="120" w:type="dxa"/>
              <w:bottom w:w="80" w:type="dxa"/>
              <w:right w:w="120" w:type="dxa"/>
            </w:tcMar>
            <w:vAlign w:val="center"/>
          </w:tcPr>
          <w:p w14:paraId="1B59A29E" w14:textId="77777777">
            <w:pPr>
              <w:spacing w:after="0" w:line="252" w:lineRule="auto"/>
              <w:jc w:val="right"/>
            </w:pPr>
            <w:r>
              <w:rPr>
                <w:color w:val="000000"/>
                <w:sz w:val="16"/>
              </w:rPr>
              <w:t>4.2</w:t>
            </w:r>
          </w:p>
        </w:tc>
        <w:tc>
          <w:tcPr>
            <w:tcW w:w="1224" w:type="dxa"/>
            <w:tcMar>
              <w:top w:w="80" w:type="dxa"/>
              <w:left w:w="120" w:type="dxa"/>
              <w:bottom w:w="80" w:type="dxa"/>
              <w:right w:w="120" w:type="dxa"/>
            </w:tcMar>
            <w:vAlign w:val="center"/>
          </w:tcPr>
          <w:p w14:paraId="58C059BE" w14:textId="77777777">
            <w:pPr>
              <w:spacing w:after="0" w:line="252" w:lineRule="auto"/>
              <w:jc w:val="right"/>
            </w:pPr>
            <w:r>
              <w:rPr>
                <w:color w:val="000000"/>
                <w:sz w:val="16"/>
              </w:rPr>
              <w:t>3.8</w:t>
            </w:r>
          </w:p>
        </w:tc>
        <w:tc>
          <w:tcPr>
            <w:tcW w:w="2376" w:type="dxa"/>
            <w:tcMar>
              <w:top w:w="80" w:type="dxa"/>
              <w:left w:w="120" w:type="dxa"/>
              <w:bottom w:w="80" w:type="dxa"/>
              <w:right w:w="120" w:type="dxa"/>
            </w:tcMar>
            <w:vAlign w:val="center"/>
          </w:tcPr>
          <w:p w14:paraId="663FBFC3" w14:textId="77777777">
            <w:pPr>
              <w:spacing w:after="0" w:line="252" w:lineRule="auto"/>
              <w:jc w:val="right"/>
            </w:pPr>
            <w:r>
              <w:rPr>
                <w:color w:val="000000"/>
                <w:sz w:val="16"/>
              </w:rPr>
              <w:t>0.21</w:t>
            </w:r>
          </w:p>
        </w:tc>
        <w:tc>
          <w:tcPr>
            <w:tcW w:w="2160" w:type="dxa"/>
            <w:tcMar>
              <w:top w:w="80" w:type="dxa"/>
              <w:left w:w="120" w:type="dxa"/>
              <w:bottom w:w="80" w:type="dxa"/>
              <w:right w:w="120" w:type="dxa"/>
            </w:tcMar>
            <w:vAlign w:val="center"/>
          </w:tcPr>
          <w:p w14:paraId="36AC91B4" w14:textId="77777777">
            <w:pPr>
              <w:spacing w:after="0" w:line="252" w:lineRule="auto"/>
              <w:jc w:val="right"/>
            </w:pPr>
            <w:r>
              <w:rPr>
                <w:color w:val="000000"/>
                <w:sz w:val="16"/>
              </w:rPr>
              <w:t>0.769</w:t>
            </w:r>
          </w:p>
        </w:tc>
      </w:tr>
      <w:tr w14:paraId="3849D484" w14:textId="77777777">
        <w:tc>
          <w:tcPr>
            <w:tcW w:w="648" w:type="dxa"/>
            <w:tcMar>
              <w:top w:w="80" w:type="dxa"/>
              <w:left w:w="120" w:type="dxa"/>
              <w:bottom w:w="80" w:type="dxa"/>
              <w:right w:w="120" w:type="dxa"/>
            </w:tcMar>
            <w:vAlign w:val="center"/>
          </w:tcPr>
          <w:p w14:paraId="63CF1B99" w14:textId="77777777">
            <w:pPr>
              <w:spacing w:after="0" w:line="252" w:lineRule="auto"/>
              <w:jc w:val="right"/>
            </w:pPr>
            <w:r>
              <w:rPr>
                <w:color w:val="000000"/>
                <w:sz w:val="16"/>
              </w:rPr>
              <w:t>12</w:t>
            </w:r>
          </w:p>
        </w:tc>
        <w:tc>
          <w:tcPr>
            <w:tcW w:w="936" w:type="dxa"/>
            <w:tcMar>
              <w:top w:w="80" w:type="dxa"/>
              <w:left w:w="120" w:type="dxa"/>
              <w:bottom w:w="80" w:type="dxa"/>
              <w:right w:w="120" w:type="dxa"/>
            </w:tcMar>
            <w:vAlign w:val="center"/>
          </w:tcPr>
          <w:p w14:paraId="1B62A3D6" w14:textId="77777777">
            <w:pPr>
              <w:spacing w:after="0" w:line="252" w:lineRule="auto"/>
              <w:jc w:val="right"/>
            </w:pPr>
            <w:r>
              <w:rPr>
                <w:color w:val="000000"/>
                <w:sz w:val="16"/>
              </w:rPr>
              <w:t>3.32</w:t>
            </w:r>
          </w:p>
        </w:tc>
        <w:tc>
          <w:tcPr>
            <w:tcW w:w="936" w:type="dxa"/>
            <w:tcMar>
              <w:top w:w="80" w:type="dxa"/>
              <w:left w:w="120" w:type="dxa"/>
              <w:bottom w:w="80" w:type="dxa"/>
              <w:right w:w="120" w:type="dxa"/>
            </w:tcMar>
            <w:vAlign w:val="center"/>
          </w:tcPr>
          <w:p w14:paraId="323407C2" w14:textId="77777777">
            <w:pPr>
              <w:spacing w:after="0" w:line="252" w:lineRule="auto"/>
              <w:jc w:val="right"/>
            </w:pPr>
            <w:r>
              <w:rPr>
                <w:color w:val="000000"/>
                <w:sz w:val="16"/>
              </w:rPr>
              <w:t>1.05</w:t>
            </w:r>
          </w:p>
        </w:tc>
        <w:tc>
          <w:tcPr>
            <w:tcW w:w="1080" w:type="dxa"/>
            <w:tcMar>
              <w:top w:w="80" w:type="dxa"/>
              <w:left w:w="120" w:type="dxa"/>
              <w:bottom w:w="80" w:type="dxa"/>
              <w:right w:w="120" w:type="dxa"/>
            </w:tcMar>
            <w:vAlign w:val="center"/>
          </w:tcPr>
          <w:p w14:paraId="111A6E1A" w14:textId="77777777">
            <w:pPr>
              <w:spacing w:after="0" w:line="252" w:lineRule="auto"/>
              <w:jc w:val="right"/>
            </w:pPr>
            <w:r>
              <w:rPr>
                <w:color w:val="000000"/>
                <w:sz w:val="16"/>
              </w:rPr>
              <w:t>4.2</w:t>
            </w:r>
          </w:p>
        </w:tc>
        <w:tc>
          <w:tcPr>
            <w:tcW w:w="1224" w:type="dxa"/>
            <w:tcMar>
              <w:top w:w="80" w:type="dxa"/>
              <w:left w:w="120" w:type="dxa"/>
              <w:bottom w:w="80" w:type="dxa"/>
              <w:right w:w="120" w:type="dxa"/>
            </w:tcMar>
            <w:vAlign w:val="center"/>
          </w:tcPr>
          <w:p w14:paraId="3DFEA001" w14:textId="77777777">
            <w:pPr>
              <w:spacing w:after="0" w:line="252" w:lineRule="auto"/>
              <w:jc w:val="right"/>
            </w:pPr>
            <w:r>
              <w:rPr>
                <w:color w:val="000000"/>
                <w:sz w:val="16"/>
              </w:rPr>
              <w:t>13.0</w:t>
            </w:r>
          </w:p>
        </w:tc>
        <w:tc>
          <w:tcPr>
            <w:tcW w:w="2376" w:type="dxa"/>
            <w:tcMar>
              <w:top w:w="80" w:type="dxa"/>
              <w:left w:w="120" w:type="dxa"/>
              <w:bottom w:w="80" w:type="dxa"/>
              <w:right w:w="120" w:type="dxa"/>
            </w:tcMar>
            <w:vAlign w:val="center"/>
          </w:tcPr>
          <w:p w14:paraId="6C4D27EB" w14:textId="77777777">
            <w:pPr>
              <w:spacing w:after="0" w:line="252" w:lineRule="auto"/>
              <w:jc w:val="right"/>
            </w:pPr>
            <w:r>
              <w:rPr>
                <w:color w:val="000000"/>
                <w:sz w:val="16"/>
              </w:rPr>
              <w:t>0.46</w:t>
            </w:r>
          </w:p>
        </w:tc>
        <w:tc>
          <w:tcPr>
            <w:tcW w:w="2160" w:type="dxa"/>
            <w:tcMar>
              <w:top w:w="80" w:type="dxa"/>
              <w:left w:w="120" w:type="dxa"/>
              <w:bottom w:w="80" w:type="dxa"/>
              <w:right w:w="120" w:type="dxa"/>
            </w:tcMar>
            <w:vAlign w:val="center"/>
          </w:tcPr>
          <w:p w14:paraId="67014F3D" w14:textId="77777777">
            <w:pPr>
              <w:spacing w:after="0" w:line="252" w:lineRule="auto"/>
              <w:jc w:val="right"/>
            </w:pPr>
            <w:r>
              <w:rPr>
                <w:color w:val="000000"/>
                <w:sz w:val="16"/>
              </w:rPr>
              <w:t>0.751</w:t>
            </w:r>
          </w:p>
        </w:tc>
      </w:tr>
      <w:tr w14:paraId="5B8EDC79" w14:textId="77777777">
        <w:tc>
          <w:tcPr>
            <w:tcW w:w="648" w:type="dxa"/>
            <w:tcMar>
              <w:top w:w="80" w:type="dxa"/>
              <w:left w:w="120" w:type="dxa"/>
              <w:bottom w:w="80" w:type="dxa"/>
              <w:right w:w="120" w:type="dxa"/>
            </w:tcMar>
            <w:vAlign w:val="center"/>
          </w:tcPr>
          <w:p w14:paraId="036AA160" w14:textId="77777777">
            <w:pPr>
              <w:spacing w:after="0" w:line="252" w:lineRule="auto"/>
              <w:jc w:val="right"/>
            </w:pPr>
            <w:r>
              <w:rPr>
                <w:color w:val="000000"/>
                <w:sz w:val="16"/>
              </w:rPr>
              <w:lastRenderedPageBreak/>
              <w:t>13</w:t>
            </w:r>
          </w:p>
        </w:tc>
        <w:tc>
          <w:tcPr>
            <w:tcW w:w="936" w:type="dxa"/>
            <w:tcMar>
              <w:top w:w="80" w:type="dxa"/>
              <w:left w:w="120" w:type="dxa"/>
              <w:bottom w:w="80" w:type="dxa"/>
              <w:right w:w="120" w:type="dxa"/>
            </w:tcMar>
            <w:vAlign w:val="center"/>
          </w:tcPr>
          <w:p w14:paraId="2CBD960D" w14:textId="77777777">
            <w:pPr>
              <w:spacing w:after="0" w:line="252" w:lineRule="auto"/>
              <w:jc w:val="right"/>
            </w:pPr>
            <w:r>
              <w:rPr>
                <w:color w:val="000000"/>
                <w:sz w:val="16"/>
              </w:rPr>
              <w:t>3.90</w:t>
            </w:r>
          </w:p>
        </w:tc>
        <w:tc>
          <w:tcPr>
            <w:tcW w:w="936" w:type="dxa"/>
            <w:tcMar>
              <w:top w:w="80" w:type="dxa"/>
              <w:left w:w="120" w:type="dxa"/>
              <w:bottom w:w="80" w:type="dxa"/>
              <w:right w:w="120" w:type="dxa"/>
            </w:tcMar>
            <w:vAlign w:val="center"/>
          </w:tcPr>
          <w:p w14:paraId="003230B7" w14:textId="77777777">
            <w:pPr>
              <w:spacing w:after="0" w:line="252" w:lineRule="auto"/>
              <w:jc w:val="right"/>
            </w:pPr>
            <w:r>
              <w:rPr>
                <w:color w:val="000000"/>
                <w:sz w:val="16"/>
              </w:rPr>
              <w:t>0.87</w:t>
            </w:r>
          </w:p>
        </w:tc>
        <w:tc>
          <w:tcPr>
            <w:tcW w:w="1080" w:type="dxa"/>
            <w:tcMar>
              <w:top w:w="80" w:type="dxa"/>
              <w:left w:w="120" w:type="dxa"/>
              <w:bottom w:w="80" w:type="dxa"/>
              <w:right w:w="120" w:type="dxa"/>
            </w:tcMar>
            <w:vAlign w:val="center"/>
          </w:tcPr>
          <w:p w14:paraId="2083949B" w14:textId="77777777">
            <w:pPr>
              <w:spacing w:after="0" w:line="252" w:lineRule="auto"/>
              <w:jc w:val="right"/>
            </w:pPr>
            <w:r>
              <w:rPr>
                <w:color w:val="000000"/>
                <w:sz w:val="16"/>
              </w:rPr>
              <w:t>2.1</w:t>
            </w:r>
          </w:p>
        </w:tc>
        <w:tc>
          <w:tcPr>
            <w:tcW w:w="1224" w:type="dxa"/>
            <w:tcMar>
              <w:top w:w="80" w:type="dxa"/>
              <w:left w:w="120" w:type="dxa"/>
              <w:bottom w:w="80" w:type="dxa"/>
              <w:right w:w="120" w:type="dxa"/>
            </w:tcMar>
            <w:vAlign w:val="center"/>
          </w:tcPr>
          <w:p w14:paraId="72E8B3A8" w14:textId="77777777">
            <w:pPr>
              <w:spacing w:after="0" w:line="252" w:lineRule="auto"/>
              <w:jc w:val="right"/>
            </w:pPr>
            <w:r>
              <w:rPr>
                <w:color w:val="000000"/>
                <w:sz w:val="16"/>
              </w:rPr>
              <w:t>21.0</w:t>
            </w:r>
          </w:p>
        </w:tc>
        <w:tc>
          <w:tcPr>
            <w:tcW w:w="2376" w:type="dxa"/>
            <w:tcMar>
              <w:top w:w="80" w:type="dxa"/>
              <w:left w:w="120" w:type="dxa"/>
              <w:bottom w:w="80" w:type="dxa"/>
              <w:right w:w="120" w:type="dxa"/>
            </w:tcMar>
            <w:vAlign w:val="center"/>
          </w:tcPr>
          <w:p w14:paraId="644128D8" w14:textId="77777777">
            <w:pPr>
              <w:spacing w:after="0" w:line="252" w:lineRule="auto"/>
              <w:jc w:val="right"/>
            </w:pPr>
            <w:r>
              <w:rPr>
                <w:color w:val="000000"/>
                <w:sz w:val="16"/>
              </w:rPr>
              <w:t>0.47</w:t>
            </w:r>
          </w:p>
        </w:tc>
        <w:tc>
          <w:tcPr>
            <w:tcW w:w="2160" w:type="dxa"/>
            <w:tcMar>
              <w:top w:w="80" w:type="dxa"/>
              <w:left w:w="120" w:type="dxa"/>
              <w:bottom w:w="80" w:type="dxa"/>
              <w:right w:w="120" w:type="dxa"/>
            </w:tcMar>
            <w:vAlign w:val="center"/>
          </w:tcPr>
          <w:p w14:paraId="32C8C734" w14:textId="77777777">
            <w:pPr>
              <w:spacing w:after="0" w:line="252" w:lineRule="auto"/>
              <w:jc w:val="right"/>
            </w:pPr>
            <w:r>
              <w:rPr>
                <w:color w:val="000000"/>
                <w:sz w:val="16"/>
              </w:rPr>
              <w:t>0.752</w:t>
            </w:r>
          </w:p>
        </w:tc>
      </w:tr>
      <w:tr w14:paraId="24F59EFD" w14:textId="77777777">
        <w:tc>
          <w:tcPr>
            <w:tcW w:w="648" w:type="dxa"/>
            <w:tcMar>
              <w:top w:w="80" w:type="dxa"/>
              <w:left w:w="120" w:type="dxa"/>
              <w:bottom w:w="80" w:type="dxa"/>
              <w:right w:w="120" w:type="dxa"/>
            </w:tcMar>
            <w:vAlign w:val="center"/>
          </w:tcPr>
          <w:p w14:paraId="12ACEBD8" w14:textId="77777777">
            <w:pPr>
              <w:spacing w:after="0" w:line="252" w:lineRule="auto"/>
              <w:jc w:val="right"/>
            </w:pPr>
            <w:r>
              <w:rPr>
                <w:color w:val="000000"/>
                <w:sz w:val="16"/>
              </w:rPr>
              <w:t>14</w:t>
            </w:r>
          </w:p>
        </w:tc>
        <w:tc>
          <w:tcPr>
            <w:tcW w:w="936" w:type="dxa"/>
            <w:tcMar>
              <w:top w:w="80" w:type="dxa"/>
              <w:left w:w="120" w:type="dxa"/>
              <w:bottom w:w="80" w:type="dxa"/>
              <w:right w:w="120" w:type="dxa"/>
            </w:tcMar>
            <w:vAlign w:val="center"/>
          </w:tcPr>
          <w:p w14:paraId="0EE087CD" w14:textId="77777777">
            <w:pPr>
              <w:spacing w:after="0" w:line="252" w:lineRule="auto"/>
              <w:jc w:val="right"/>
            </w:pPr>
            <w:r>
              <w:rPr>
                <w:color w:val="000000"/>
                <w:sz w:val="16"/>
              </w:rPr>
              <w:t>3.24</w:t>
            </w:r>
          </w:p>
        </w:tc>
        <w:tc>
          <w:tcPr>
            <w:tcW w:w="936" w:type="dxa"/>
            <w:tcMar>
              <w:top w:w="80" w:type="dxa"/>
              <w:left w:w="120" w:type="dxa"/>
              <w:bottom w:w="80" w:type="dxa"/>
              <w:right w:w="120" w:type="dxa"/>
            </w:tcMar>
            <w:vAlign w:val="center"/>
          </w:tcPr>
          <w:p w14:paraId="56C67E24" w14:textId="77777777">
            <w:pPr>
              <w:spacing w:after="0" w:line="252" w:lineRule="auto"/>
              <w:jc w:val="right"/>
            </w:pPr>
            <w:r>
              <w:rPr>
                <w:color w:val="000000"/>
                <w:sz w:val="16"/>
              </w:rPr>
              <w:t>0.97</w:t>
            </w:r>
          </w:p>
        </w:tc>
        <w:tc>
          <w:tcPr>
            <w:tcW w:w="1080" w:type="dxa"/>
            <w:tcMar>
              <w:top w:w="80" w:type="dxa"/>
              <w:left w:w="120" w:type="dxa"/>
              <w:bottom w:w="80" w:type="dxa"/>
              <w:right w:w="120" w:type="dxa"/>
            </w:tcMar>
            <w:vAlign w:val="center"/>
          </w:tcPr>
          <w:p w14:paraId="17E20D89" w14:textId="77777777">
            <w:pPr>
              <w:spacing w:after="0" w:line="252" w:lineRule="auto"/>
              <w:jc w:val="right"/>
            </w:pPr>
            <w:r>
              <w:rPr>
                <w:color w:val="000000"/>
                <w:sz w:val="16"/>
              </w:rPr>
              <w:t>3.4</w:t>
            </w:r>
          </w:p>
        </w:tc>
        <w:tc>
          <w:tcPr>
            <w:tcW w:w="1224" w:type="dxa"/>
            <w:tcMar>
              <w:top w:w="80" w:type="dxa"/>
              <w:left w:w="120" w:type="dxa"/>
              <w:bottom w:w="80" w:type="dxa"/>
              <w:right w:w="120" w:type="dxa"/>
            </w:tcMar>
            <w:vAlign w:val="center"/>
          </w:tcPr>
          <w:p w14:paraId="562E0E2B" w14:textId="77777777">
            <w:pPr>
              <w:spacing w:after="0" w:line="252" w:lineRule="auto"/>
              <w:jc w:val="right"/>
            </w:pPr>
            <w:r>
              <w:rPr>
                <w:color w:val="000000"/>
                <w:sz w:val="16"/>
              </w:rPr>
              <w:t>11.8</w:t>
            </w:r>
          </w:p>
        </w:tc>
        <w:tc>
          <w:tcPr>
            <w:tcW w:w="2376" w:type="dxa"/>
            <w:tcMar>
              <w:top w:w="80" w:type="dxa"/>
              <w:left w:w="120" w:type="dxa"/>
              <w:bottom w:w="80" w:type="dxa"/>
              <w:right w:w="120" w:type="dxa"/>
            </w:tcMar>
            <w:vAlign w:val="center"/>
          </w:tcPr>
          <w:p w14:paraId="3FE279D0" w14:textId="77777777">
            <w:pPr>
              <w:spacing w:after="0" w:line="252" w:lineRule="auto"/>
              <w:jc w:val="right"/>
            </w:pPr>
            <w:r>
              <w:rPr>
                <w:color w:val="000000"/>
                <w:sz w:val="16"/>
              </w:rPr>
              <w:t>0.38</w:t>
            </w:r>
          </w:p>
        </w:tc>
        <w:tc>
          <w:tcPr>
            <w:tcW w:w="2160" w:type="dxa"/>
            <w:tcMar>
              <w:top w:w="80" w:type="dxa"/>
              <w:left w:w="120" w:type="dxa"/>
              <w:bottom w:w="80" w:type="dxa"/>
              <w:right w:w="120" w:type="dxa"/>
            </w:tcMar>
            <w:vAlign w:val="center"/>
          </w:tcPr>
          <w:p w14:paraId="6E67F381" w14:textId="77777777">
            <w:pPr>
              <w:spacing w:after="0" w:line="252" w:lineRule="auto"/>
              <w:jc w:val="right"/>
            </w:pPr>
            <w:r>
              <w:rPr>
                <w:color w:val="000000"/>
                <w:sz w:val="16"/>
              </w:rPr>
              <w:t>0.758</w:t>
            </w:r>
          </w:p>
        </w:tc>
      </w:tr>
      <w:tr w14:paraId="162C24E5" w14:textId="77777777">
        <w:tc>
          <w:tcPr>
            <w:tcW w:w="648" w:type="dxa"/>
            <w:tcMar>
              <w:top w:w="80" w:type="dxa"/>
              <w:left w:w="120" w:type="dxa"/>
              <w:bottom w:w="80" w:type="dxa"/>
              <w:right w:w="120" w:type="dxa"/>
            </w:tcMar>
            <w:vAlign w:val="center"/>
          </w:tcPr>
          <w:p w14:paraId="7DE124F3" w14:textId="77777777">
            <w:pPr>
              <w:spacing w:after="0" w:line="252" w:lineRule="auto"/>
              <w:jc w:val="right"/>
            </w:pPr>
            <w:r>
              <w:rPr>
                <w:color w:val="000000"/>
                <w:sz w:val="16"/>
              </w:rPr>
              <w:t>15</w:t>
            </w:r>
          </w:p>
        </w:tc>
        <w:tc>
          <w:tcPr>
            <w:tcW w:w="936" w:type="dxa"/>
            <w:tcMar>
              <w:top w:w="80" w:type="dxa"/>
              <w:left w:w="120" w:type="dxa"/>
              <w:bottom w:w="80" w:type="dxa"/>
              <w:right w:w="120" w:type="dxa"/>
            </w:tcMar>
            <w:vAlign w:val="center"/>
          </w:tcPr>
          <w:p w14:paraId="415384B3" w14:textId="77777777">
            <w:pPr>
              <w:spacing w:after="0" w:line="252" w:lineRule="auto"/>
              <w:jc w:val="right"/>
            </w:pPr>
            <w:r>
              <w:rPr>
                <w:color w:val="000000"/>
                <w:sz w:val="16"/>
              </w:rPr>
              <w:t>3.03</w:t>
            </w:r>
          </w:p>
        </w:tc>
        <w:tc>
          <w:tcPr>
            <w:tcW w:w="936" w:type="dxa"/>
            <w:tcMar>
              <w:top w:w="80" w:type="dxa"/>
              <w:left w:w="120" w:type="dxa"/>
              <w:bottom w:w="80" w:type="dxa"/>
              <w:right w:w="120" w:type="dxa"/>
            </w:tcMar>
            <w:vAlign w:val="center"/>
          </w:tcPr>
          <w:p w14:paraId="3C169BC6" w14:textId="77777777">
            <w:pPr>
              <w:spacing w:after="0" w:line="252" w:lineRule="auto"/>
              <w:jc w:val="right"/>
            </w:pPr>
            <w:r>
              <w:rPr>
                <w:color w:val="000000"/>
                <w:sz w:val="16"/>
              </w:rPr>
              <w:t>0.90</w:t>
            </w:r>
          </w:p>
        </w:tc>
        <w:tc>
          <w:tcPr>
            <w:tcW w:w="1080" w:type="dxa"/>
            <w:tcMar>
              <w:top w:w="80" w:type="dxa"/>
              <w:left w:w="120" w:type="dxa"/>
              <w:bottom w:w="80" w:type="dxa"/>
              <w:right w:w="120" w:type="dxa"/>
            </w:tcMar>
            <w:vAlign w:val="center"/>
          </w:tcPr>
          <w:p w14:paraId="4A62BF1D" w14:textId="77777777">
            <w:pPr>
              <w:spacing w:after="0" w:line="252" w:lineRule="auto"/>
              <w:jc w:val="right"/>
            </w:pPr>
            <w:r>
              <w:rPr>
                <w:color w:val="000000"/>
                <w:sz w:val="16"/>
              </w:rPr>
              <w:t>7.1</w:t>
            </w:r>
          </w:p>
        </w:tc>
        <w:tc>
          <w:tcPr>
            <w:tcW w:w="1224" w:type="dxa"/>
            <w:tcMar>
              <w:top w:w="80" w:type="dxa"/>
              <w:left w:w="120" w:type="dxa"/>
              <w:bottom w:w="80" w:type="dxa"/>
              <w:right w:w="120" w:type="dxa"/>
            </w:tcMar>
            <w:vAlign w:val="center"/>
          </w:tcPr>
          <w:p w14:paraId="494AA09D" w14:textId="77777777">
            <w:pPr>
              <w:spacing w:after="0" w:line="252" w:lineRule="auto"/>
              <w:jc w:val="right"/>
            </w:pPr>
            <w:r>
              <w:rPr>
                <w:color w:val="000000"/>
                <w:sz w:val="16"/>
              </w:rPr>
              <w:t>2.9</w:t>
            </w:r>
          </w:p>
        </w:tc>
        <w:tc>
          <w:tcPr>
            <w:tcW w:w="2376" w:type="dxa"/>
            <w:tcMar>
              <w:top w:w="80" w:type="dxa"/>
              <w:left w:w="120" w:type="dxa"/>
              <w:bottom w:w="80" w:type="dxa"/>
              <w:right w:w="120" w:type="dxa"/>
            </w:tcMar>
            <w:vAlign w:val="center"/>
          </w:tcPr>
          <w:p w14:paraId="4F008226" w14:textId="77777777">
            <w:pPr>
              <w:spacing w:after="0" w:line="252" w:lineRule="auto"/>
              <w:jc w:val="right"/>
            </w:pPr>
            <w:r>
              <w:rPr>
                <w:rFonts w:ascii="Times New Roman" w:hAnsi="Times New Roman"/>
                <w:sz w:val="16"/>
              </w:rPr>
              <w:t>−0.12</w:t>
            </w:r>
          </w:p>
        </w:tc>
        <w:tc>
          <w:tcPr>
            <w:tcW w:w="2160" w:type="dxa"/>
            <w:tcMar>
              <w:top w:w="80" w:type="dxa"/>
              <w:left w:w="120" w:type="dxa"/>
              <w:bottom w:w="80" w:type="dxa"/>
              <w:right w:w="120" w:type="dxa"/>
            </w:tcMar>
            <w:vAlign w:val="center"/>
          </w:tcPr>
          <w:p w14:paraId="618DC0D9" w14:textId="77777777">
            <w:pPr>
              <w:spacing w:after="0" w:line="252" w:lineRule="auto"/>
              <w:jc w:val="right"/>
            </w:pPr>
            <w:r>
              <w:rPr>
                <w:color w:val="000000"/>
                <w:sz w:val="16"/>
              </w:rPr>
              <w:t>0.791</w:t>
            </w:r>
          </w:p>
        </w:tc>
      </w:tr>
      <w:tr w14:paraId="6BDC19B4" w14:textId="77777777">
        <w:tc>
          <w:tcPr>
            <w:tcW w:w="648" w:type="dxa"/>
            <w:tcMar>
              <w:top w:w="80" w:type="dxa"/>
              <w:left w:w="120" w:type="dxa"/>
              <w:bottom w:w="80" w:type="dxa"/>
              <w:right w:w="120" w:type="dxa"/>
            </w:tcMar>
            <w:vAlign w:val="center"/>
          </w:tcPr>
          <w:p w14:paraId="3690136C" w14:textId="77777777">
            <w:pPr>
              <w:spacing w:after="0" w:line="252" w:lineRule="auto"/>
              <w:jc w:val="right"/>
            </w:pPr>
            <w:r>
              <w:rPr>
                <w:color w:val="000000"/>
                <w:sz w:val="16"/>
              </w:rPr>
              <w:t>16</w:t>
            </w:r>
          </w:p>
        </w:tc>
        <w:tc>
          <w:tcPr>
            <w:tcW w:w="936" w:type="dxa"/>
            <w:tcMar>
              <w:top w:w="80" w:type="dxa"/>
              <w:left w:w="120" w:type="dxa"/>
              <w:bottom w:w="80" w:type="dxa"/>
              <w:right w:w="120" w:type="dxa"/>
            </w:tcMar>
            <w:vAlign w:val="center"/>
          </w:tcPr>
          <w:p w14:paraId="5045F2D8" w14:textId="77777777">
            <w:pPr>
              <w:spacing w:after="0" w:line="252" w:lineRule="auto"/>
              <w:jc w:val="right"/>
            </w:pPr>
            <w:r>
              <w:rPr>
                <w:color w:val="000000"/>
                <w:sz w:val="16"/>
              </w:rPr>
              <w:t>3.49</w:t>
            </w:r>
          </w:p>
        </w:tc>
        <w:tc>
          <w:tcPr>
            <w:tcW w:w="936" w:type="dxa"/>
            <w:tcMar>
              <w:top w:w="80" w:type="dxa"/>
              <w:left w:w="120" w:type="dxa"/>
              <w:bottom w:w="80" w:type="dxa"/>
              <w:right w:w="120" w:type="dxa"/>
            </w:tcMar>
            <w:vAlign w:val="center"/>
          </w:tcPr>
          <w:p w14:paraId="268235CA" w14:textId="77777777">
            <w:pPr>
              <w:spacing w:after="0" w:line="252" w:lineRule="auto"/>
              <w:jc w:val="right"/>
            </w:pPr>
            <w:r>
              <w:rPr>
                <w:color w:val="000000"/>
                <w:sz w:val="16"/>
              </w:rPr>
              <w:t>1.03</w:t>
            </w:r>
          </w:p>
        </w:tc>
        <w:tc>
          <w:tcPr>
            <w:tcW w:w="1080" w:type="dxa"/>
            <w:tcMar>
              <w:top w:w="80" w:type="dxa"/>
              <w:left w:w="120" w:type="dxa"/>
              <w:bottom w:w="80" w:type="dxa"/>
              <w:right w:w="120" w:type="dxa"/>
            </w:tcMar>
            <w:vAlign w:val="center"/>
          </w:tcPr>
          <w:p w14:paraId="6C5660BE" w14:textId="77777777">
            <w:pPr>
              <w:spacing w:after="0" w:line="252" w:lineRule="auto"/>
              <w:jc w:val="right"/>
            </w:pPr>
            <w:r>
              <w:rPr>
                <w:color w:val="000000"/>
                <w:sz w:val="16"/>
              </w:rPr>
              <w:t>2.1</w:t>
            </w:r>
          </w:p>
        </w:tc>
        <w:tc>
          <w:tcPr>
            <w:tcW w:w="1224" w:type="dxa"/>
            <w:tcMar>
              <w:top w:w="80" w:type="dxa"/>
              <w:left w:w="120" w:type="dxa"/>
              <w:bottom w:w="80" w:type="dxa"/>
              <w:right w:w="120" w:type="dxa"/>
            </w:tcMar>
            <w:vAlign w:val="center"/>
          </w:tcPr>
          <w:p w14:paraId="48CA5B79" w14:textId="77777777">
            <w:pPr>
              <w:spacing w:after="0" w:line="252" w:lineRule="auto"/>
              <w:jc w:val="right"/>
            </w:pPr>
            <w:r>
              <w:rPr>
                <w:color w:val="000000"/>
                <w:sz w:val="16"/>
              </w:rPr>
              <w:t>17.6</w:t>
            </w:r>
          </w:p>
        </w:tc>
        <w:tc>
          <w:tcPr>
            <w:tcW w:w="2376" w:type="dxa"/>
            <w:tcMar>
              <w:top w:w="80" w:type="dxa"/>
              <w:left w:w="120" w:type="dxa"/>
              <w:bottom w:w="80" w:type="dxa"/>
              <w:right w:w="120" w:type="dxa"/>
            </w:tcMar>
            <w:vAlign w:val="center"/>
          </w:tcPr>
          <w:p w14:paraId="162413F1" w14:textId="77777777">
            <w:pPr>
              <w:spacing w:after="0" w:line="252" w:lineRule="auto"/>
              <w:jc w:val="right"/>
            </w:pPr>
            <w:r>
              <w:rPr>
                <w:color w:val="000000"/>
                <w:sz w:val="16"/>
              </w:rPr>
              <w:t>0.58</w:t>
            </w:r>
          </w:p>
        </w:tc>
        <w:tc>
          <w:tcPr>
            <w:tcW w:w="2160" w:type="dxa"/>
            <w:tcMar>
              <w:top w:w="80" w:type="dxa"/>
              <w:left w:w="120" w:type="dxa"/>
              <w:bottom w:w="80" w:type="dxa"/>
              <w:right w:w="120" w:type="dxa"/>
            </w:tcMar>
            <w:vAlign w:val="center"/>
          </w:tcPr>
          <w:p w14:paraId="011DB602" w14:textId="77777777">
            <w:pPr>
              <w:spacing w:after="0" w:line="252" w:lineRule="auto"/>
              <w:jc w:val="right"/>
            </w:pPr>
            <w:r>
              <w:rPr>
                <w:color w:val="000000"/>
                <w:sz w:val="16"/>
              </w:rPr>
              <w:t>0.741</w:t>
            </w:r>
          </w:p>
        </w:tc>
      </w:tr>
      <w:tr w14:paraId="6CBE425B" w14:textId="77777777">
        <w:tc>
          <w:tcPr>
            <w:tcW w:w="648" w:type="dxa"/>
            <w:tcMar>
              <w:top w:w="80" w:type="dxa"/>
              <w:left w:w="120" w:type="dxa"/>
              <w:bottom w:w="80" w:type="dxa"/>
              <w:right w:w="120" w:type="dxa"/>
            </w:tcMar>
            <w:vAlign w:val="center"/>
          </w:tcPr>
          <w:p w14:paraId="75D30A52" w14:textId="77777777">
            <w:pPr>
              <w:spacing w:after="0" w:line="252" w:lineRule="auto"/>
              <w:jc w:val="right"/>
            </w:pPr>
            <w:r>
              <w:rPr>
                <w:color w:val="000000"/>
                <w:sz w:val="16"/>
              </w:rPr>
              <w:t>17</w:t>
            </w:r>
          </w:p>
        </w:tc>
        <w:tc>
          <w:tcPr>
            <w:tcW w:w="936" w:type="dxa"/>
            <w:tcMar>
              <w:top w:w="80" w:type="dxa"/>
              <w:left w:w="120" w:type="dxa"/>
              <w:bottom w:w="80" w:type="dxa"/>
              <w:right w:w="120" w:type="dxa"/>
            </w:tcMar>
            <w:vAlign w:val="center"/>
          </w:tcPr>
          <w:p w14:paraId="3C3FE1CD" w14:textId="77777777">
            <w:pPr>
              <w:spacing w:after="0" w:line="252" w:lineRule="auto"/>
              <w:jc w:val="right"/>
            </w:pPr>
            <w:r>
              <w:rPr>
                <w:color w:val="000000"/>
                <w:sz w:val="16"/>
              </w:rPr>
              <w:t>3.21</w:t>
            </w:r>
          </w:p>
        </w:tc>
        <w:tc>
          <w:tcPr>
            <w:tcW w:w="936" w:type="dxa"/>
            <w:tcMar>
              <w:top w:w="80" w:type="dxa"/>
              <w:left w:w="120" w:type="dxa"/>
              <w:bottom w:w="80" w:type="dxa"/>
              <w:right w:w="120" w:type="dxa"/>
            </w:tcMar>
            <w:vAlign w:val="center"/>
          </w:tcPr>
          <w:p w14:paraId="79C6529B" w14:textId="77777777">
            <w:pPr>
              <w:spacing w:after="0" w:line="252" w:lineRule="auto"/>
              <w:jc w:val="right"/>
            </w:pPr>
            <w:r>
              <w:rPr>
                <w:color w:val="000000"/>
                <w:sz w:val="16"/>
              </w:rPr>
              <w:t>0.86</w:t>
            </w:r>
          </w:p>
        </w:tc>
        <w:tc>
          <w:tcPr>
            <w:tcW w:w="1080" w:type="dxa"/>
            <w:tcMar>
              <w:top w:w="80" w:type="dxa"/>
              <w:left w:w="120" w:type="dxa"/>
              <w:bottom w:w="80" w:type="dxa"/>
              <w:right w:w="120" w:type="dxa"/>
            </w:tcMar>
            <w:vAlign w:val="center"/>
          </w:tcPr>
          <w:p w14:paraId="485BFC0B" w14:textId="77777777">
            <w:pPr>
              <w:spacing w:after="0" w:line="252" w:lineRule="auto"/>
              <w:jc w:val="right"/>
            </w:pPr>
            <w:r>
              <w:rPr>
                <w:color w:val="000000"/>
                <w:sz w:val="16"/>
              </w:rPr>
              <w:t>3.8</w:t>
            </w:r>
          </w:p>
        </w:tc>
        <w:tc>
          <w:tcPr>
            <w:tcW w:w="1224" w:type="dxa"/>
            <w:tcMar>
              <w:top w:w="80" w:type="dxa"/>
              <w:left w:w="120" w:type="dxa"/>
              <w:bottom w:w="80" w:type="dxa"/>
              <w:right w:w="120" w:type="dxa"/>
            </w:tcMar>
            <w:vAlign w:val="center"/>
          </w:tcPr>
          <w:p w14:paraId="0BE11607" w14:textId="77777777">
            <w:pPr>
              <w:spacing w:after="0" w:line="252" w:lineRule="auto"/>
              <w:jc w:val="right"/>
            </w:pPr>
            <w:r>
              <w:rPr>
                <w:color w:val="000000"/>
                <w:sz w:val="16"/>
              </w:rPr>
              <w:t>5.5</w:t>
            </w:r>
          </w:p>
        </w:tc>
        <w:tc>
          <w:tcPr>
            <w:tcW w:w="2376" w:type="dxa"/>
            <w:tcMar>
              <w:top w:w="80" w:type="dxa"/>
              <w:left w:w="120" w:type="dxa"/>
              <w:bottom w:w="80" w:type="dxa"/>
              <w:right w:w="120" w:type="dxa"/>
            </w:tcMar>
            <w:vAlign w:val="center"/>
          </w:tcPr>
          <w:p w14:paraId="5516D0D3" w14:textId="77777777">
            <w:pPr>
              <w:spacing w:after="0" w:line="252" w:lineRule="auto"/>
              <w:jc w:val="right"/>
            </w:pPr>
            <w:r>
              <w:rPr>
                <w:color w:val="000000"/>
                <w:sz w:val="16"/>
              </w:rPr>
              <w:t>0.39</w:t>
            </w:r>
          </w:p>
        </w:tc>
        <w:tc>
          <w:tcPr>
            <w:tcW w:w="2160" w:type="dxa"/>
            <w:tcMar>
              <w:top w:w="80" w:type="dxa"/>
              <w:left w:w="120" w:type="dxa"/>
              <w:bottom w:w="80" w:type="dxa"/>
              <w:right w:w="120" w:type="dxa"/>
            </w:tcMar>
            <w:vAlign w:val="center"/>
          </w:tcPr>
          <w:p w14:paraId="67561706" w14:textId="77777777">
            <w:pPr>
              <w:spacing w:after="0" w:line="252" w:lineRule="auto"/>
              <w:jc w:val="right"/>
            </w:pPr>
            <w:r>
              <w:rPr>
                <w:color w:val="000000"/>
                <w:sz w:val="16"/>
              </w:rPr>
              <w:t>0.757</w:t>
            </w:r>
          </w:p>
        </w:tc>
      </w:tr>
      <w:tr w14:paraId="36FCAD52" w14:textId="77777777">
        <w:tc>
          <w:tcPr>
            <w:tcW w:w="648" w:type="dxa"/>
            <w:tcMar>
              <w:top w:w="80" w:type="dxa"/>
              <w:left w:w="120" w:type="dxa"/>
              <w:bottom w:w="80" w:type="dxa"/>
              <w:right w:w="120" w:type="dxa"/>
            </w:tcMar>
            <w:vAlign w:val="center"/>
          </w:tcPr>
          <w:p w14:paraId="5A047C97" w14:textId="77777777">
            <w:pPr>
              <w:spacing w:after="0" w:line="252" w:lineRule="auto"/>
              <w:jc w:val="right"/>
            </w:pPr>
            <w:r>
              <w:rPr>
                <w:color w:val="000000"/>
                <w:sz w:val="16"/>
              </w:rPr>
              <w:t>18</w:t>
            </w:r>
          </w:p>
        </w:tc>
        <w:tc>
          <w:tcPr>
            <w:tcW w:w="936" w:type="dxa"/>
            <w:tcMar>
              <w:top w:w="80" w:type="dxa"/>
              <w:left w:w="120" w:type="dxa"/>
              <w:bottom w:w="80" w:type="dxa"/>
              <w:right w:w="120" w:type="dxa"/>
            </w:tcMar>
            <w:vAlign w:val="center"/>
          </w:tcPr>
          <w:p w14:paraId="792C9D78" w14:textId="77777777">
            <w:pPr>
              <w:spacing w:after="0" w:line="252" w:lineRule="auto"/>
              <w:jc w:val="right"/>
            </w:pPr>
            <w:r>
              <w:rPr>
                <w:color w:val="000000"/>
                <w:sz w:val="16"/>
              </w:rPr>
              <w:t>3.52</w:t>
            </w:r>
          </w:p>
        </w:tc>
        <w:tc>
          <w:tcPr>
            <w:tcW w:w="936" w:type="dxa"/>
            <w:tcMar>
              <w:top w:w="80" w:type="dxa"/>
              <w:left w:w="120" w:type="dxa"/>
              <w:bottom w:w="80" w:type="dxa"/>
              <w:right w:w="120" w:type="dxa"/>
            </w:tcMar>
            <w:vAlign w:val="center"/>
          </w:tcPr>
          <w:p w14:paraId="3FA20505" w14:textId="77777777">
            <w:pPr>
              <w:spacing w:after="0" w:line="252" w:lineRule="auto"/>
              <w:jc w:val="right"/>
            </w:pPr>
            <w:r>
              <w:rPr>
                <w:color w:val="000000"/>
                <w:sz w:val="16"/>
              </w:rPr>
              <w:t>0.94</w:t>
            </w:r>
          </w:p>
        </w:tc>
        <w:tc>
          <w:tcPr>
            <w:tcW w:w="1080" w:type="dxa"/>
            <w:tcMar>
              <w:top w:w="80" w:type="dxa"/>
              <w:left w:w="120" w:type="dxa"/>
              <w:bottom w:w="80" w:type="dxa"/>
              <w:right w:w="120" w:type="dxa"/>
            </w:tcMar>
            <w:vAlign w:val="center"/>
          </w:tcPr>
          <w:p w14:paraId="45A7778B" w14:textId="77777777">
            <w:pPr>
              <w:spacing w:after="0" w:line="252" w:lineRule="auto"/>
              <w:jc w:val="right"/>
            </w:pPr>
            <w:r>
              <w:rPr>
                <w:color w:val="000000"/>
                <w:sz w:val="16"/>
              </w:rPr>
              <w:t>2.9</w:t>
            </w:r>
          </w:p>
        </w:tc>
        <w:tc>
          <w:tcPr>
            <w:tcW w:w="1224" w:type="dxa"/>
            <w:tcMar>
              <w:top w:w="80" w:type="dxa"/>
              <w:left w:w="120" w:type="dxa"/>
              <w:bottom w:w="80" w:type="dxa"/>
              <w:right w:w="120" w:type="dxa"/>
            </w:tcMar>
            <w:vAlign w:val="center"/>
          </w:tcPr>
          <w:p w14:paraId="44A1EA76" w14:textId="77777777">
            <w:pPr>
              <w:spacing w:after="0" w:line="252" w:lineRule="auto"/>
              <w:jc w:val="right"/>
            </w:pPr>
            <w:r>
              <w:rPr>
                <w:color w:val="000000"/>
                <w:sz w:val="16"/>
              </w:rPr>
              <w:t>13.0</w:t>
            </w:r>
          </w:p>
        </w:tc>
        <w:tc>
          <w:tcPr>
            <w:tcW w:w="2376" w:type="dxa"/>
            <w:tcMar>
              <w:top w:w="80" w:type="dxa"/>
              <w:left w:w="120" w:type="dxa"/>
              <w:bottom w:w="80" w:type="dxa"/>
              <w:right w:w="120" w:type="dxa"/>
            </w:tcMar>
            <w:vAlign w:val="center"/>
          </w:tcPr>
          <w:p w14:paraId="12AC77FA" w14:textId="77777777">
            <w:pPr>
              <w:spacing w:after="0" w:line="252" w:lineRule="auto"/>
              <w:jc w:val="right"/>
            </w:pPr>
            <w:r>
              <w:rPr>
                <w:color w:val="000000"/>
                <w:sz w:val="16"/>
              </w:rPr>
              <w:t>0.56</w:t>
            </w:r>
          </w:p>
        </w:tc>
        <w:tc>
          <w:tcPr>
            <w:tcW w:w="2160" w:type="dxa"/>
            <w:tcMar>
              <w:top w:w="80" w:type="dxa"/>
              <w:left w:w="120" w:type="dxa"/>
              <w:bottom w:w="80" w:type="dxa"/>
              <w:right w:w="120" w:type="dxa"/>
            </w:tcMar>
            <w:vAlign w:val="center"/>
          </w:tcPr>
          <w:p w14:paraId="7D8373C1" w14:textId="77777777">
            <w:pPr>
              <w:spacing w:after="0" w:line="252" w:lineRule="auto"/>
              <w:jc w:val="right"/>
            </w:pPr>
            <w:r>
              <w:rPr>
                <w:color w:val="000000"/>
                <w:sz w:val="16"/>
              </w:rPr>
              <w:t>0.744</w:t>
            </w:r>
          </w:p>
        </w:tc>
      </w:tr>
    </w:tbl>
    <w:p w14:paraId="16920685" w14:textId="77777777">
      <w:pPr>
        <w:spacing w:before="100" w:after="160"/>
      </w:pPr>
      <w:r>
        <w:rPr>
          <w:rFonts w:ascii="Times New Roman" w:hAnsi="Times New Roman"/>
          <w:sz w:val="18"/>
        </w:rPr>
        <w:t>Note. N = 238 for every item. Items 7 and 15 showed the weakest corrected item-total performance and were removed only in an exploratory 16-item sensitivity outcome.</w:t>
      </w:r>
    </w:p>
    <w:p w14:paraId="7B10ED16" w14:textId="77777777">
      <w:pPr>
        <w:pStyle w:val="Heading1"/>
      </w:pPr>
      <w:r>
        <w:t>S3. Psychometric analyses</w:t>
      </w:r>
    </w:p>
    <w:p w14:paraId="53645DDA" w14:textId="77777777">
      <w:pPr>
        <w:keepNext/>
        <w:spacing w:before="80" w:after="80"/>
      </w:pPr>
      <w:r>
        <w:rPr>
          <w:b/>
          <w:color w:val="000000"/>
          <w:sz w:val="21"/>
        </w:rPr>
        <w:t xml:space="preserve">Supplementary Table S5. </w:t>
      </w:r>
      <w:r>
        <w:rPr>
          <w:i/>
          <w:color w:val="000000"/>
          <w:sz w:val="21"/>
        </w:rPr>
        <w:t>Reliability estimates for the 18-item operational composite</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3744"/>
        <w:gridCol w:w="1152"/>
        <w:gridCol w:w="1872"/>
        <w:gridCol w:w="2592"/>
      </w:tblGrid>
      <w:tr w14:paraId="151596D6" w14:textId="77777777">
        <w:trPr>
          <w:tblHeader/>
        </w:trPr>
        <w:tc>
          <w:tcPr>
            <w:tcW w:w="3744" w:type="dxa"/>
            <w:tcMar>
              <w:top w:w="80" w:type="dxa"/>
              <w:left w:w="120" w:type="dxa"/>
              <w:bottom w:w="80" w:type="dxa"/>
              <w:right w:w="120" w:type="dxa"/>
            </w:tcMar>
            <w:vAlign w:val="center"/>
          </w:tcPr>
          <w:p w14:paraId="4C714D96" w14:textId="77777777">
            <w:pPr>
              <w:spacing w:after="0" w:line="252" w:lineRule="auto"/>
            </w:pPr>
            <w:r>
              <w:rPr>
                <w:b/>
                <w:color w:val="000000"/>
                <w:sz w:val="16"/>
              </w:rPr>
              <w:t>Estimate</w:t>
            </w:r>
          </w:p>
        </w:tc>
        <w:tc>
          <w:tcPr>
            <w:tcW w:w="1152" w:type="dxa"/>
            <w:tcMar>
              <w:top w:w="80" w:type="dxa"/>
              <w:left w:w="120" w:type="dxa"/>
              <w:bottom w:w="80" w:type="dxa"/>
              <w:right w:w="120" w:type="dxa"/>
            </w:tcMar>
            <w:vAlign w:val="center"/>
          </w:tcPr>
          <w:p w14:paraId="31BA41B8" w14:textId="77777777">
            <w:pPr>
              <w:spacing w:after="0" w:line="252" w:lineRule="auto"/>
              <w:jc w:val="right"/>
            </w:pPr>
            <w:r>
              <w:rPr>
                <w:b/>
                <w:color w:val="000000"/>
                <w:sz w:val="16"/>
              </w:rPr>
              <w:t>Value</w:t>
            </w:r>
          </w:p>
        </w:tc>
        <w:tc>
          <w:tcPr>
            <w:tcW w:w="1872" w:type="dxa"/>
            <w:tcMar>
              <w:top w:w="80" w:type="dxa"/>
              <w:left w:w="120" w:type="dxa"/>
              <w:bottom w:w="80" w:type="dxa"/>
              <w:right w:w="120" w:type="dxa"/>
            </w:tcMar>
            <w:vAlign w:val="center"/>
          </w:tcPr>
          <w:p w14:paraId="5177FB98" w14:textId="77777777">
            <w:pPr>
              <w:spacing w:after="0" w:line="252" w:lineRule="auto"/>
              <w:jc w:val="center"/>
            </w:pPr>
            <w:r>
              <w:rPr>
                <w:b/>
                <w:color w:val="000000"/>
                <w:sz w:val="16"/>
              </w:rPr>
              <w:t>95% CI</w:t>
            </w:r>
          </w:p>
        </w:tc>
        <w:tc>
          <w:tcPr>
            <w:tcW w:w="2592" w:type="dxa"/>
            <w:tcMar>
              <w:top w:w="80" w:type="dxa"/>
              <w:left w:w="120" w:type="dxa"/>
              <w:bottom w:w="80" w:type="dxa"/>
              <w:right w:w="120" w:type="dxa"/>
            </w:tcMar>
            <w:vAlign w:val="center"/>
          </w:tcPr>
          <w:p w14:paraId="02FBE890" w14:textId="77777777">
            <w:pPr>
              <w:spacing w:after="0" w:line="252" w:lineRule="auto"/>
            </w:pPr>
            <w:r>
              <w:rPr>
                <w:b/>
                <w:color w:val="000000"/>
                <w:sz w:val="16"/>
              </w:rPr>
              <w:t>Matrix/model</w:t>
            </w:r>
          </w:p>
        </w:tc>
      </w:tr>
      <w:tr w14:paraId="23D3FE40" w14:textId="77777777">
        <w:tc>
          <w:tcPr>
            <w:tcW w:w="3744" w:type="dxa"/>
            <w:tcMar>
              <w:top w:w="80" w:type="dxa"/>
              <w:left w:w="120" w:type="dxa"/>
              <w:bottom w:w="80" w:type="dxa"/>
              <w:right w:w="120" w:type="dxa"/>
            </w:tcMar>
            <w:vAlign w:val="center"/>
          </w:tcPr>
          <w:p w14:paraId="78483DE6" w14:textId="77777777">
            <w:pPr>
              <w:spacing w:after="0" w:line="252" w:lineRule="auto"/>
            </w:pPr>
            <w:r>
              <w:rPr>
                <w:rFonts w:ascii="Times New Roman" w:hAnsi="Times New Roman"/>
                <w:sz w:val="16"/>
              </w:rPr>
              <w:t>cronbach α raw</w:t>
            </w:r>
          </w:p>
        </w:tc>
        <w:tc>
          <w:tcPr>
            <w:tcW w:w="1152" w:type="dxa"/>
            <w:tcMar>
              <w:top w:w="80" w:type="dxa"/>
              <w:left w:w="120" w:type="dxa"/>
              <w:bottom w:w="80" w:type="dxa"/>
              <w:right w:w="120" w:type="dxa"/>
            </w:tcMar>
            <w:vAlign w:val="center"/>
          </w:tcPr>
          <w:p w14:paraId="067B8D34" w14:textId="77777777">
            <w:pPr>
              <w:spacing w:after="0" w:line="252" w:lineRule="auto"/>
              <w:jc w:val="right"/>
            </w:pPr>
            <w:r>
              <w:rPr>
                <w:color w:val="000000"/>
                <w:sz w:val="17"/>
              </w:rPr>
              <w:t>0.770</w:t>
            </w:r>
          </w:p>
        </w:tc>
        <w:tc>
          <w:tcPr>
            <w:tcW w:w="1872" w:type="dxa"/>
            <w:tcMar>
              <w:top w:w="80" w:type="dxa"/>
              <w:left w:w="120" w:type="dxa"/>
              <w:bottom w:w="80" w:type="dxa"/>
              <w:right w:w="120" w:type="dxa"/>
            </w:tcMar>
            <w:vAlign w:val="center"/>
          </w:tcPr>
          <w:p w14:paraId="4CE4C60D" w14:textId="77777777">
            <w:pPr>
              <w:spacing w:after="0" w:line="252" w:lineRule="auto"/>
              <w:jc w:val="center"/>
            </w:pPr>
            <w:r>
              <w:rPr>
                <w:color w:val="000000"/>
                <w:sz w:val="17"/>
              </w:rPr>
              <w:t>0.723 to 0.807</w:t>
            </w:r>
          </w:p>
        </w:tc>
        <w:tc>
          <w:tcPr>
            <w:tcW w:w="2592" w:type="dxa"/>
            <w:tcMar>
              <w:top w:w="80" w:type="dxa"/>
              <w:left w:w="120" w:type="dxa"/>
              <w:bottom w:w="80" w:type="dxa"/>
              <w:right w:w="120" w:type="dxa"/>
            </w:tcMar>
            <w:vAlign w:val="center"/>
          </w:tcPr>
          <w:p w14:paraId="7F8EC978" w14:textId="77777777">
            <w:pPr>
              <w:spacing w:after="0" w:line="252" w:lineRule="auto"/>
            </w:pPr>
            <w:r>
              <w:rPr>
                <w:color w:val="000000"/>
                <w:sz w:val="17"/>
              </w:rPr>
              <w:t>Pearson covariance</w:t>
            </w:r>
          </w:p>
        </w:tc>
      </w:tr>
      <w:tr w14:paraId="78EA7669" w14:textId="77777777">
        <w:tc>
          <w:tcPr>
            <w:tcW w:w="3744" w:type="dxa"/>
            <w:tcMar>
              <w:top w:w="80" w:type="dxa"/>
              <w:left w:w="120" w:type="dxa"/>
              <w:bottom w:w="80" w:type="dxa"/>
              <w:right w:w="120" w:type="dxa"/>
            </w:tcMar>
            <w:vAlign w:val="center"/>
          </w:tcPr>
          <w:p w14:paraId="16CDA842" w14:textId="77777777">
            <w:pPr>
              <w:spacing w:after="0" w:line="252" w:lineRule="auto"/>
            </w:pPr>
            <w:r>
              <w:rPr>
                <w:rFonts w:ascii="Times New Roman" w:hAnsi="Times New Roman"/>
                <w:sz w:val="16"/>
              </w:rPr>
              <w:t>cronbach α standardized</w:t>
            </w:r>
          </w:p>
        </w:tc>
        <w:tc>
          <w:tcPr>
            <w:tcW w:w="1152" w:type="dxa"/>
            <w:tcMar>
              <w:top w:w="80" w:type="dxa"/>
              <w:left w:w="120" w:type="dxa"/>
              <w:bottom w:w="80" w:type="dxa"/>
              <w:right w:w="120" w:type="dxa"/>
            </w:tcMar>
            <w:vAlign w:val="center"/>
          </w:tcPr>
          <w:p w14:paraId="6ABC98A2" w14:textId="77777777">
            <w:pPr>
              <w:spacing w:after="0" w:line="252" w:lineRule="auto"/>
              <w:jc w:val="right"/>
            </w:pPr>
            <w:r>
              <w:rPr>
                <w:color w:val="000000"/>
                <w:sz w:val="17"/>
              </w:rPr>
              <w:t>0.778</w:t>
            </w:r>
          </w:p>
        </w:tc>
        <w:tc>
          <w:tcPr>
            <w:tcW w:w="1872" w:type="dxa"/>
            <w:tcMar>
              <w:top w:w="80" w:type="dxa"/>
              <w:left w:w="120" w:type="dxa"/>
              <w:bottom w:w="80" w:type="dxa"/>
              <w:right w:w="120" w:type="dxa"/>
            </w:tcMar>
            <w:vAlign w:val="center"/>
          </w:tcPr>
          <w:p w14:paraId="60386294" w14:textId="77777777">
            <w:pPr>
              <w:spacing w:after="0" w:line="252" w:lineRule="auto"/>
              <w:jc w:val="center"/>
            </w:pPr>
          </w:p>
        </w:tc>
        <w:tc>
          <w:tcPr>
            <w:tcW w:w="2592" w:type="dxa"/>
            <w:tcMar>
              <w:top w:w="80" w:type="dxa"/>
              <w:left w:w="120" w:type="dxa"/>
              <w:bottom w:w="80" w:type="dxa"/>
              <w:right w:w="120" w:type="dxa"/>
            </w:tcMar>
            <w:vAlign w:val="center"/>
          </w:tcPr>
          <w:p w14:paraId="6E2ABEE6" w14:textId="77777777">
            <w:pPr>
              <w:spacing w:after="0" w:line="252" w:lineRule="auto"/>
            </w:pPr>
            <w:r>
              <w:rPr>
                <w:color w:val="000000"/>
                <w:sz w:val="17"/>
              </w:rPr>
              <w:t>Pearson correlation</w:t>
            </w:r>
          </w:p>
        </w:tc>
      </w:tr>
      <w:tr w14:paraId="1170645A" w14:textId="77777777">
        <w:tc>
          <w:tcPr>
            <w:tcW w:w="3744" w:type="dxa"/>
            <w:tcMar>
              <w:top w:w="80" w:type="dxa"/>
              <w:left w:w="120" w:type="dxa"/>
              <w:bottom w:w="80" w:type="dxa"/>
              <w:right w:w="120" w:type="dxa"/>
            </w:tcMar>
            <w:vAlign w:val="center"/>
          </w:tcPr>
          <w:p w14:paraId="55CD99E5" w14:textId="77777777">
            <w:pPr>
              <w:spacing w:after="0" w:line="252" w:lineRule="auto"/>
            </w:pPr>
            <w:r>
              <w:rPr>
                <w:rFonts w:ascii="Times New Roman" w:hAnsi="Times New Roman"/>
                <w:sz w:val="16"/>
              </w:rPr>
              <w:t>ordinal α polychoric</w:t>
            </w:r>
          </w:p>
        </w:tc>
        <w:tc>
          <w:tcPr>
            <w:tcW w:w="1152" w:type="dxa"/>
            <w:tcMar>
              <w:top w:w="80" w:type="dxa"/>
              <w:left w:w="120" w:type="dxa"/>
              <w:bottom w:w="80" w:type="dxa"/>
              <w:right w:w="120" w:type="dxa"/>
            </w:tcMar>
            <w:vAlign w:val="center"/>
          </w:tcPr>
          <w:p w14:paraId="4B95DADB" w14:textId="77777777">
            <w:pPr>
              <w:spacing w:after="0" w:line="252" w:lineRule="auto"/>
              <w:jc w:val="right"/>
            </w:pPr>
            <w:r>
              <w:rPr>
                <w:color w:val="000000"/>
                <w:sz w:val="17"/>
              </w:rPr>
              <w:t>0.814</w:t>
            </w:r>
          </w:p>
        </w:tc>
        <w:tc>
          <w:tcPr>
            <w:tcW w:w="1872" w:type="dxa"/>
            <w:tcMar>
              <w:top w:w="80" w:type="dxa"/>
              <w:left w:w="120" w:type="dxa"/>
              <w:bottom w:w="80" w:type="dxa"/>
              <w:right w:w="120" w:type="dxa"/>
            </w:tcMar>
            <w:vAlign w:val="center"/>
          </w:tcPr>
          <w:p w14:paraId="4EF9D647" w14:textId="77777777">
            <w:pPr>
              <w:spacing w:after="0" w:line="252" w:lineRule="auto"/>
              <w:jc w:val="center"/>
            </w:pPr>
          </w:p>
        </w:tc>
        <w:tc>
          <w:tcPr>
            <w:tcW w:w="2592" w:type="dxa"/>
            <w:tcMar>
              <w:top w:w="80" w:type="dxa"/>
              <w:left w:w="120" w:type="dxa"/>
              <w:bottom w:w="80" w:type="dxa"/>
              <w:right w:w="120" w:type="dxa"/>
            </w:tcMar>
            <w:vAlign w:val="center"/>
          </w:tcPr>
          <w:p w14:paraId="619E5003" w14:textId="77777777">
            <w:pPr>
              <w:spacing w:after="0" w:line="252" w:lineRule="auto"/>
            </w:pPr>
            <w:r>
              <w:rPr>
                <w:color w:val="000000"/>
                <w:sz w:val="17"/>
              </w:rPr>
              <w:t>polychoric correlation</w:t>
            </w:r>
          </w:p>
        </w:tc>
      </w:tr>
      <w:tr w14:paraId="1DF0A53B" w14:textId="77777777">
        <w:tc>
          <w:tcPr>
            <w:tcW w:w="3744" w:type="dxa"/>
            <w:tcMar>
              <w:top w:w="80" w:type="dxa"/>
              <w:left w:w="120" w:type="dxa"/>
              <w:bottom w:w="80" w:type="dxa"/>
              <w:right w:w="120" w:type="dxa"/>
            </w:tcMar>
            <w:vAlign w:val="center"/>
          </w:tcPr>
          <w:p w14:paraId="1FC67B55" w14:textId="77777777">
            <w:pPr>
              <w:spacing w:after="0" w:line="252" w:lineRule="auto"/>
            </w:pPr>
            <w:r>
              <w:rPr>
                <w:rFonts w:ascii="Times New Roman" w:hAnsi="Times New Roman"/>
                <w:sz w:val="16"/>
              </w:rPr>
              <w:t>ordinal ω total one factor</w:t>
            </w:r>
          </w:p>
        </w:tc>
        <w:tc>
          <w:tcPr>
            <w:tcW w:w="1152" w:type="dxa"/>
            <w:tcMar>
              <w:top w:w="80" w:type="dxa"/>
              <w:left w:w="120" w:type="dxa"/>
              <w:bottom w:w="80" w:type="dxa"/>
              <w:right w:w="120" w:type="dxa"/>
            </w:tcMar>
            <w:vAlign w:val="center"/>
          </w:tcPr>
          <w:p w14:paraId="1C762CEB" w14:textId="77777777">
            <w:pPr>
              <w:spacing w:after="0" w:line="252" w:lineRule="auto"/>
              <w:jc w:val="right"/>
            </w:pPr>
            <w:r>
              <w:rPr>
                <w:color w:val="000000"/>
                <w:sz w:val="17"/>
              </w:rPr>
              <w:t>0.827</w:t>
            </w:r>
          </w:p>
        </w:tc>
        <w:tc>
          <w:tcPr>
            <w:tcW w:w="1872" w:type="dxa"/>
            <w:tcMar>
              <w:top w:w="80" w:type="dxa"/>
              <w:left w:w="120" w:type="dxa"/>
              <w:bottom w:w="80" w:type="dxa"/>
              <w:right w:w="120" w:type="dxa"/>
            </w:tcMar>
            <w:vAlign w:val="center"/>
          </w:tcPr>
          <w:p w14:paraId="7CA60052" w14:textId="77777777">
            <w:pPr>
              <w:spacing w:after="0" w:line="252" w:lineRule="auto"/>
              <w:jc w:val="center"/>
            </w:pPr>
          </w:p>
        </w:tc>
        <w:tc>
          <w:tcPr>
            <w:tcW w:w="2592" w:type="dxa"/>
            <w:tcMar>
              <w:top w:w="80" w:type="dxa"/>
              <w:left w:w="120" w:type="dxa"/>
              <w:bottom w:w="80" w:type="dxa"/>
              <w:right w:w="120" w:type="dxa"/>
            </w:tcMar>
            <w:vAlign w:val="center"/>
          </w:tcPr>
          <w:p w14:paraId="07673889" w14:textId="77777777">
            <w:pPr>
              <w:spacing w:after="0" w:line="252" w:lineRule="auto"/>
            </w:pPr>
            <w:r>
              <w:rPr>
                <w:color w:val="000000"/>
                <w:sz w:val="17"/>
              </w:rPr>
              <w:t>one-factor MINRES on polychoric correlation</w:t>
            </w:r>
          </w:p>
        </w:tc>
      </w:tr>
    </w:tbl>
    <w:p w14:paraId="33FF8A85" w14:textId="77777777">
      <w:pPr>
        <w:spacing w:before="100" w:after="160"/>
      </w:pPr>
      <w:r>
        <w:rPr>
          <w:rFonts w:ascii="Times New Roman" w:hAnsi="Times New Roman"/>
          <w:sz w:val="18"/>
        </w:rPr>
        <w:t>Note. Cronbach α bootstrap confidence limits are shown where available. Reliability does not establish unidimensionality.</w:t>
      </w:r>
    </w:p>
    <w:p w14:paraId="6D71F218" w14:textId="77777777">
      <w:pPr>
        <w:keepNext/>
        <w:spacing w:before="80" w:after="80"/>
      </w:pPr>
      <w:r>
        <w:rPr>
          <w:b/>
          <w:color w:val="000000"/>
          <w:sz w:val="21"/>
        </w:rPr>
        <w:t xml:space="preserve">Supplementary Table S6. </w:t>
      </w:r>
      <w:r>
        <w:rPr>
          <w:i/>
          <w:color w:val="000000"/>
          <w:sz w:val="21"/>
        </w:rPr>
        <w:t>One-factor confirmatory factor analysis fit</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4032"/>
        <w:gridCol w:w="1440"/>
        <w:gridCol w:w="2016"/>
        <w:gridCol w:w="1872"/>
      </w:tblGrid>
      <w:tr w14:paraId="214EE720" w14:textId="77777777">
        <w:trPr>
          <w:tblHeader/>
        </w:trPr>
        <w:tc>
          <w:tcPr>
            <w:tcW w:w="4032" w:type="dxa"/>
            <w:tcMar>
              <w:top w:w="80" w:type="dxa"/>
              <w:left w:w="120" w:type="dxa"/>
              <w:bottom w:w="80" w:type="dxa"/>
              <w:right w:w="120" w:type="dxa"/>
            </w:tcMar>
            <w:vAlign w:val="center"/>
          </w:tcPr>
          <w:p w14:paraId="4761847F" w14:textId="77777777">
            <w:pPr>
              <w:spacing w:after="0" w:line="252" w:lineRule="auto"/>
            </w:pPr>
            <w:r>
              <w:rPr>
                <w:b/>
                <w:color w:val="000000"/>
                <w:sz w:val="16"/>
              </w:rPr>
              <w:t>Fit index</w:t>
            </w:r>
          </w:p>
        </w:tc>
        <w:tc>
          <w:tcPr>
            <w:tcW w:w="1440" w:type="dxa"/>
            <w:tcMar>
              <w:top w:w="80" w:type="dxa"/>
              <w:left w:w="120" w:type="dxa"/>
              <w:bottom w:w="80" w:type="dxa"/>
              <w:right w:w="120" w:type="dxa"/>
            </w:tcMar>
            <w:vAlign w:val="center"/>
          </w:tcPr>
          <w:p w14:paraId="0324C6B2" w14:textId="77777777">
            <w:pPr>
              <w:spacing w:after="0" w:line="252" w:lineRule="auto"/>
              <w:jc w:val="right"/>
            </w:pPr>
            <w:r>
              <w:rPr>
                <w:b/>
                <w:color w:val="000000"/>
                <w:sz w:val="16"/>
              </w:rPr>
              <w:t>Value</w:t>
            </w:r>
          </w:p>
        </w:tc>
        <w:tc>
          <w:tcPr>
            <w:tcW w:w="2016" w:type="dxa"/>
            <w:tcMar>
              <w:top w:w="80" w:type="dxa"/>
              <w:left w:w="120" w:type="dxa"/>
              <w:bottom w:w="80" w:type="dxa"/>
              <w:right w:w="120" w:type="dxa"/>
            </w:tcMar>
            <w:vAlign w:val="center"/>
          </w:tcPr>
          <w:p w14:paraId="34E743E0" w14:textId="77777777">
            <w:pPr>
              <w:spacing w:after="0" w:line="252" w:lineRule="auto"/>
              <w:jc w:val="center"/>
            </w:pPr>
            <w:r>
              <w:rPr>
                <w:b/>
                <w:color w:val="000000"/>
                <w:sz w:val="16"/>
              </w:rPr>
              <w:t>Estimator</w:t>
            </w:r>
          </w:p>
        </w:tc>
        <w:tc>
          <w:tcPr>
            <w:tcW w:w="1872" w:type="dxa"/>
            <w:tcMar>
              <w:top w:w="80" w:type="dxa"/>
              <w:left w:w="120" w:type="dxa"/>
              <w:bottom w:w="80" w:type="dxa"/>
              <w:right w:w="120" w:type="dxa"/>
            </w:tcMar>
            <w:vAlign w:val="center"/>
          </w:tcPr>
          <w:p w14:paraId="2723BE79" w14:textId="77777777">
            <w:pPr>
              <w:spacing w:after="0" w:line="252" w:lineRule="auto"/>
              <w:jc w:val="right"/>
            </w:pPr>
            <w:r>
              <w:rPr>
                <w:b/>
                <w:color w:val="000000"/>
                <w:sz w:val="16"/>
              </w:rPr>
              <w:t>Ordered items</w:t>
            </w:r>
          </w:p>
        </w:tc>
      </w:tr>
      <w:tr w14:paraId="7D8BCE0F" w14:textId="77777777">
        <w:tc>
          <w:tcPr>
            <w:tcW w:w="4032" w:type="dxa"/>
            <w:tcMar>
              <w:top w:w="80" w:type="dxa"/>
              <w:left w:w="120" w:type="dxa"/>
              <w:bottom w:w="80" w:type="dxa"/>
              <w:right w:w="120" w:type="dxa"/>
            </w:tcMar>
            <w:vAlign w:val="center"/>
          </w:tcPr>
          <w:p w14:paraId="6B056ED2" w14:textId="77777777">
            <w:pPr>
              <w:spacing w:after="0" w:line="252" w:lineRule="auto"/>
            </w:pPr>
            <w:r>
              <w:rPr>
                <w:color w:val="000000"/>
                <w:sz w:val="17"/>
              </w:rPr>
              <w:t>chisq.scaled</w:t>
            </w:r>
          </w:p>
        </w:tc>
        <w:tc>
          <w:tcPr>
            <w:tcW w:w="1440" w:type="dxa"/>
            <w:tcMar>
              <w:top w:w="80" w:type="dxa"/>
              <w:left w:w="120" w:type="dxa"/>
              <w:bottom w:w="80" w:type="dxa"/>
              <w:right w:w="120" w:type="dxa"/>
            </w:tcMar>
            <w:vAlign w:val="center"/>
          </w:tcPr>
          <w:p w14:paraId="4A7950F8" w14:textId="77777777">
            <w:pPr>
              <w:spacing w:after="0" w:line="252" w:lineRule="auto"/>
              <w:jc w:val="right"/>
            </w:pPr>
            <w:r>
              <w:rPr>
                <w:color w:val="000000"/>
                <w:sz w:val="17"/>
              </w:rPr>
              <w:t>616.295</w:t>
            </w:r>
          </w:p>
        </w:tc>
        <w:tc>
          <w:tcPr>
            <w:tcW w:w="2016" w:type="dxa"/>
            <w:tcMar>
              <w:top w:w="80" w:type="dxa"/>
              <w:left w:w="120" w:type="dxa"/>
              <w:bottom w:w="80" w:type="dxa"/>
              <w:right w:w="120" w:type="dxa"/>
            </w:tcMar>
            <w:vAlign w:val="center"/>
          </w:tcPr>
          <w:p w14:paraId="2B241C7A"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23653AC1" w14:textId="77777777">
            <w:pPr>
              <w:spacing w:after="0" w:line="252" w:lineRule="auto"/>
              <w:jc w:val="right"/>
            </w:pPr>
            <w:r>
              <w:rPr>
                <w:color w:val="000000"/>
                <w:sz w:val="17"/>
              </w:rPr>
              <w:t>18</w:t>
            </w:r>
          </w:p>
        </w:tc>
      </w:tr>
      <w:tr w14:paraId="26669C8B" w14:textId="77777777">
        <w:tc>
          <w:tcPr>
            <w:tcW w:w="4032" w:type="dxa"/>
            <w:tcMar>
              <w:top w:w="80" w:type="dxa"/>
              <w:left w:w="120" w:type="dxa"/>
              <w:bottom w:w="80" w:type="dxa"/>
              <w:right w:w="120" w:type="dxa"/>
            </w:tcMar>
            <w:vAlign w:val="center"/>
          </w:tcPr>
          <w:p w14:paraId="776D0E61" w14:textId="77777777">
            <w:pPr>
              <w:spacing w:after="0" w:line="252" w:lineRule="auto"/>
            </w:pPr>
            <w:r>
              <w:rPr>
                <w:color w:val="000000"/>
                <w:sz w:val="17"/>
              </w:rPr>
              <w:t>df.scaled</w:t>
            </w:r>
          </w:p>
        </w:tc>
        <w:tc>
          <w:tcPr>
            <w:tcW w:w="1440" w:type="dxa"/>
            <w:tcMar>
              <w:top w:w="80" w:type="dxa"/>
              <w:left w:w="120" w:type="dxa"/>
              <w:bottom w:w="80" w:type="dxa"/>
              <w:right w:w="120" w:type="dxa"/>
            </w:tcMar>
            <w:vAlign w:val="center"/>
          </w:tcPr>
          <w:p w14:paraId="2DCDA609" w14:textId="77777777">
            <w:pPr>
              <w:spacing w:after="0" w:line="252" w:lineRule="auto"/>
              <w:jc w:val="right"/>
            </w:pPr>
            <w:r>
              <w:rPr>
                <w:color w:val="000000"/>
                <w:sz w:val="17"/>
              </w:rPr>
              <w:t>135.000</w:t>
            </w:r>
          </w:p>
        </w:tc>
        <w:tc>
          <w:tcPr>
            <w:tcW w:w="2016" w:type="dxa"/>
            <w:tcMar>
              <w:top w:w="80" w:type="dxa"/>
              <w:left w:w="120" w:type="dxa"/>
              <w:bottom w:w="80" w:type="dxa"/>
              <w:right w:w="120" w:type="dxa"/>
            </w:tcMar>
            <w:vAlign w:val="center"/>
          </w:tcPr>
          <w:p w14:paraId="4567786B"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2D836FD9" w14:textId="77777777">
            <w:pPr>
              <w:spacing w:after="0" w:line="252" w:lineRule="auto"/>
              <w:jc w:val="right"/>
            </w:pPr>
            <w:r>
              <w:rPr>
                <w:color w:val="000000"/>
                <w:sz w:val="17"/>
              </w:rPr>
              <w:t>18</w:t>
            </w:r>
          </w:p>
        </w:tc>
      </w:tr>
      <w:tr w14:paraId="032B0DA0" w14:textId="77777777">
        <w:tc>
          <w:tcPr>
            <w:tcW w:w="4032" w:type="dxa"/>
            <w:tcMar>
              <w:top w:w="80" w:type="dxa"/>
              <w:left w:w="120" w:type="dxa"/>
              <w:bottom w:w="80" w:type="dxa"/>
              <w:right w:w="120" w:type="dxa"/>
            </w:tcMar>
            <w:vAlign w:val="center"/>
          </w:tcPr>
          <w:p w14:paraId="499049A0" w14:textId="77777777">
            <w:pPr>
              <w:spacing w:after="0" w:line="252" w:lineRule="auto"/>
            </w:pPr>
            <w:r>
              <w:rPr>
                <w:color w:val="000000"/>
                <w:sz w:val="17"/>
              </w:rPr>
              <w:t>pvalue.scaled</w:t>
            </w:r>
          </w:p>
        </w:tc>
        <w:tc>
          <w:tcPr>
            <w:tcW w:w="1440" w:type="dxa"/>
            <w:tcMar>
              <w:top w:w="80" w:type="dxa"/>
              <w:left w:w="120" w:type="dxa"/>
              <w:bottom w:w="80" w:type="dxa"/>
              <w:right w:w="120" w:type="dxa"/>
            </w:tcMar>
            <w:vAlign w:val="center"/>
          </w:tcPr>
          <w:p w14:paraId="3F6563C1" w14:textId="77777777">
            <w:pPr>
              <w:spacing w:after="0" w:line="252" w:lineRule="auto"/>
              <w:jc w:val="right"/>
            </w:pPr>
            <w:r>
              <w:rPr>
                <w:color w:val="000000"/>
                <w:sz w:val="17"/>
              </w:rPr>
              <w:t>0.000</w:t>
            </w:r>
          </w:p>
        </w:tc>
        <w:tc>
          <w:tcPr>
            <w:tcW w:w="2016" w:type="dxa"/>
            <w:tcMar>
              <w:top w:w="80" w:type="dxa"/>
              <w:left w:w="120" w:type="dxa"/>
              <w:bottom w:w="80" w:type="dxa"/>
              <w:right w:w="120" w:type="dxa"/>
            </w:tcMar>
            <w:vAlign w:val="center"/>
          </w:tcPr>
          <w:p w14:paraId="2FB0BAC8"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29FA5211" w14:textId="77777777">
            <w:pPr>
              <w:spacing w:after="0" w:line="252" w:lineRule="auto"/>
              <w:jc w:val="right"/>
            </w:pPr>
            <w:r>
              <w:rPr>
                <w:color w:val="000000"/>
                <w:sz w:val="17"/>
              </w:rPr>
              <w:t>18</w:t>
            </w:r>
          </w:p>
        </w:tc>
      </w:tr>
      <w:tr w14:paraId="19695F2A" w14:textId="77777777">
        <w:tc>
          <w:tcPr>
            <w:tcW w:w="4032" w:type="dxa"/>
            <w:tcMar>
              <w:top w:w="80" w:type="dxa"/>
              <w:left w:w="120" w:type="dxa"/>
              <w:bottom w:w="80" w:type="dxa"/>
              <w:right w:w="120" w:type="dxa"/>
            </w:tcMar>
            <w:vAlign w:val="center"/>
          </w:tcPr>
          <w:p w14:paraId="25B6767D" w14:textId="77777777">
            <w:pPr>
              <w:spacing w:after="0" w:line="252" w:lineRule="auto"/>
            </w:pPr>
            <w:r>
              <w:rPr>
                <w:color w:val="000000"/>
                <w:sz w:val="17"/>
              </w:rPr>
              <w:t>cfi.scaled</w:t>
            </w:r>
          </w:p>
        </w:tc>
        <w:tc>
          <w:tcPr>
            <w:tcW w:w="1440" w:type="dxa"/>
            <w:tcMar>
              <w:top w:w="80" w:type="dxa"/>
              <w:left w:w="120" w:type="dxa"/>
              <w:bottom w:w="80" w:type="dxa"/>
              <w:right w:w="120" w:type="dxa"/>
            </w:tcMar>
            <w:vAlign w:val="center"/>
          </w:tcPr>
          <w:p w14:paraId="63EC5833" w14:textId="77777777">
            <w:pPr>
              <w:spacing w:after="0" w:line="252" w:lineRule="auto"/>
              <w:jc w:val="right"/>
            </w:pPr>
            <w:r>
              <w:rPr>
                <w:color w:val="000000"/>
                <w:sz w:val="17"/>
              </w:rPr>
              <w:t>0.785</w:t>
            </w:r>
          </w:p>
        </w:tc>
        <w:tc>
          <w:tcPr>
            <w:tcW w:w="2016" w:type="dxa"/>
            <w:tcMar>
              <w:top w:w="80" w:type="dxa"/>
              <w:left w:w="120" w:type="dxa"/>
              <w:bottom w:w="80" w:type="dxa"/>
              <w:right w:w="120" w:type="dxa"/>
            </w:tcMar>
            <w:vAlign w:val="center"/>
          </w:tcPr>
          <w:p w14:paraId="7D00959C"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1A786FE5" w14:textId="77777777">
            <w:pPr>
              <w:spacing w:after="0" w:line="252" w:lineRule="auto"/>
              <w:jc w:val="right"/>
            </w:pPr>
            <w:r>
              <w:rPr>
                <w:color w:val="000000"/>
                <w:sz w:val="17"/>
              </w:rPr>
              <w:t>18</w:t>
            </w:r>
          </w:p>
        </w:tc>
      </w:tr>
      <w:tr w14:paraId="77B63ED8" w14:textId="77777777">
        <w:tc>
          <w:tcPr>
            <w:tcW w:w="4032" w:type="dxa"/>
            <w:tcMar>
              <w:top w:w="80" w:type="dxa"/>
              <w:left w:w="120" w:type="dxa"/>
              <w:bottom w:w="80" w:type="dxa"/>
              <w:right w:w="120" w:type="dxa"/>
            </w:tcMar>
            <w:vAlign w:val="center"/>
          </w:tcPr>
          <w:p w14:paraId="7A747FDB" w14:textId="77777777">
            <w:pPr>
              <w:spacing w:after="0" w:line="252" w:lineRule="auto"/>
            </w:pPr>
            <w:r>
              <w:rPr>
                <w:color w:val="000000"/>
                <w:sz w:val="17"/>
              </w:rPr>
              <w:t>tli.scaled</w:t>
            </w:r>
          </w:p>
        </w:tc>
        <w:tc>
          <w:tcPr>
            <w:tcW w:w="1440" w:type="dxa"/>
            <w:tcMar>
              <w:top w:w="80" w:type="dxa"/>
              <w:left w:w="120" w:type="dxa"/>
              <w:bottom w:w="80" w:type="dxa"/>
              <w:right w:w="120" w:type="dxa"/>
            </w:tcMar>
            <w:vAlign w:val="center"/>
          </w:tcPr>
          <w:p w14:paraId="6259FE33" w14:textId="77777777">
            <w:pPr>
              <w:spacing w:after="0" w:line="252" w:lineRule="auto"/>
              <w:jc w:val="right"/>
            </w:pPr>
            <w:r>
              <w:rPr>
                <w:color w:val="000000"/>
                <w:sz w:val="17"/>
              </w:rPr>
              <w:t>0.756</w:t>
            </w:r>
          </w:p>
        </w:tc>
        <w:tc>
          <w:tcPr>
            <w:tcW w:w="2016" w:type="dxa"/>
            <w:tcMar>
              <w:top w:w="80" w:type="dxa"/>
              <w:left w:w="120" w:type="dxa"/>
              <w:bottom w:w="80" w:type="dxa"/>
              <w:right w:w="120" w:type="dxa"/>
            </w:tcMar>
            <w:vAlign w:val="center"/>
          </w:tcPr>
          <w:p w14:paraId="3179DE4B"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2B51AF13" w14:textId="77777777">
            <w:pPr>
              <w:spacing w:after="0" w:line="252" w:lineRule="auto"/>
              <w:jc w:val="right"/>
            </w:pPr>
            <w:r>
              <w:rPr>
                <w:color w:val="000000"/>
                <w:sz w:val="17"/>
              </w:rPr>
              <w:t>18</w:t>
            </w:r>
          </w:p>
        </w:tc>
      </w:tr>
      <w:tr w14:paraId="334EB9EC" w14:textId="77777777">
        <w:tc>
          <w:tcPr>
            <w:tcW w:w="4032" w:type="dxa"/>
            <w:tcMar>
              <w:top w:w="80" w:type="dxa"/>
              <w:left w:w="120" w:type="dxa"/>
              <w:bottom w:w="80" w:type="dxa"/>
              <w:right w:w="120" w:type="dxa"/>
            </w:tcMar>
            <w:vAlign w:val="center"/>
          </w:tcPr>
          <w:p w14:paraId="2595E798" w14:textId="77777777">
            <w:pPr>
              <w:spacing w:after="0" w:line="252" w:lineRule="auto"/>
            </w:pPr>
            <w:r>
              <w:rPr>
                <w:color w:val="000000"/>
                <w:sz w:val="17"/>
              </w:rPr>
              <w:t>rmsea.scaled</w:t>
            </w:r>
          </w:p>
        </w:tc>
        <w:tc>
          <w:tcPr>
            <w:tcW w:w="1440" w:type="dxa"/>
            <w:tcMar>
              <w:top w:w="80" w:type="dxa"/>
              <w:left w:w="120" w:type="dxa"/>
              <w:bottom w:w="80" w:type="dxa"/>
              <w:right w:w="120" w:type="dxa"/>
            </w:tcMar>
            <w:vAlign w:val="center"/>
          </w:tcPr>
          <w:p w14:paraId="02E28744" w14:textId="77777777">
            <w:pPr>
              <w:spacing w:after="0" w:line="252" w:lineRule="auto"/>
              <w:jc w:val="right"/>
            </w:pPr>
            <w:r>
              <w:rPr>
                <w:color w:val="000000"/>
                <w:sz w:val="17"/>
              </w:rPr>
              <w:t>0.123</w:t>
            </w:r>
          </w:p>
        </w:tc>
        <w:tc>
          <w:tcPr>
            <w:tcW w:w="2016" w:type="dxa"/>
            <w:tcMar>
              <w:top w:w="80" w:type="dxa"/>
              <w:left w:w="120" w:type="dxa"/>
              <w:bottom w:w="80" w:type="dxa"/>
              <w:right w:w="120" w:type="dxa"/>
            </w:tcMar>
            <w:vAlign w:val="center"/>
          </w:tcPr>
          <w:p w14:paraId="476BF566"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13B21EA7" w14:textId="77777777">
            <w:pPr>
              <w:spacing w:after="0" w:line="252" w:lineRule="auto"/>
              <w:jc w:val="right"/>
            </w:pPr>
            <w:r>
              <w:rPr>
                <w:color w:val="000000"/>
                <w:sz w:val="17"/>
              </w:rPr>
              <w:t>18</w:t>
            </w:r>
          </w:p>
        </w:tc>
      </w:tr>
      <w:tr w14:paraId="1097B4F8" w14:textId="77777777">
        <w:tc>
          <w:tcPr>
            <w:tcW w:w="4032" w:type="dxa"/>
            <w:tcMar>
              <w:top w:w="80" w:type="dxa"/>
              <w:left w:w="120" w:type="dxa"/>
              <w:bottom w:w="80" w:type="dxa"/>
              <w:right w:w="120" w:type="dxa"/>
            </w:tcMar>
            <w:vAlign w:val="center"/>
          </w:tcPr>
          <w:p w14:paraId="6E3F509F" w14:textId="77777777">
            <w:pPr>
              <w:spacing w:after="0" w:line="252" w:lineRule="auto"/>
            </w:pPr>
            <w:r>
              <w:rPr>
                <w:color w:val="000000"/>
                <w:sz w:val="17"/>
              </w:rPr>
              <w:t>rmsea.ci.lower.scaled</w:t>
            </w:r>
          </w:p>
        </w:tc>
        <w:tc>
          <w:tcPr>
            <w:tcW w:w="1440" w:type="dxa"/>
            <w:tcMar>
              <w:top w:w="80" w:type="dxa"/>
              <w:left w:w="120" w:type="dxa"/>
              <w:bottom w:w="80" w:type="dxa"/>
              <w:right w:w="120" w:type="dxa"/>
            </w:tcMar>
            <w:vAlign w:val="center"/>
          </w:tcPr>
          <w:p w14:paraId="0E04E551" w14:textId="77777777">
            <w:pPr>
              <w:spacing w:after="0" w:line="252" w:lineRule="auto"/>
              <w:jc w:val="right"/>
            </w:pPr>
            <w:r>
              <w:rPr>
                <w:color w:val="000000"/>
                <w:sz w:val="17"/>
              </w:rPr>
              <w:t>0.113</w:t>
            </w:r>
          </w:p>
        </w:tc>
        <w:tc>
          <w:tcPr>
            <w:tcW w:w="2016" w:type="dxa"/>
            <w:tcMar>
              <w:top w:w="80" w:type="dxa"/>
              <w:left w:w="120" w:type="dxa"/>
              <w:bottom w:w="80" w:type="dxa"/>
              <w:right w:w="120" w:type="dxa"/>
            </w:tcMar>
            <w:vAlign w:val="center"/>
          </w:tcPr>
          <w:p w14:paraId="6CDE0A26"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1D3836B6" w14:textId="77777777">
            <w:pPr>
              <w:spacing w:after="0" w:line="252" w:lineRule="auto"/>
              <w:jc w:val="right"/>
            </w:pPr>
            <w:r>
              <w:rPr>
                <w:color w:val="000000"/>
                <w:sz w:val="17"/>
              </w:rPr>
              <w:t>18</w:t>
            </w:r>
          </w:p>
        </w:tc>
      </w:tr>
      <w:tr w14:paraId="0AED600D" w14:textId="77777777">
        <w:tc>
          <w:tcPr>
            <w:tcW w:w="4032" w:type="dxa"/>
            <w:tcMar>
              <w:top w:w="80" w:type="dxa"/>
              <w:left w:w="120" w:type="dxa"/>
              <w:bottom w:w="80" w:type="dxa"/>
              <w:right w:w="120" w:type="dxa"/>
            </w:tcMar>
            <w:vAlign w:val="center"/>
          </w:tcPr>
          <w:p w14:paraId="27064132" w14:textId="77777777">
            <w:pPr>
              <w:spacing w:after="0" w:line="252" w:lineRule="auto"/>
            </w:pPr>
            <w:r>
              <w:rPr>
                <w:color w:val="000000"/>
                <w:sz w:val="17"/>
              </w:rPr>
              <w:t>rmsea.ci.upper.scaled</w:t>
            </w:r>
          </w:p>
        </w:tc>
        <w:tc>
          <w:tcPr>
            <w:tcW w:w="1440" w:type="dxa"/>
            <w:tcMar>
              <w:top w:w="80" w:type="dxa"/>
              <w:left w:w="120" w:type="dxa"/>
              <w:bottom w:w="80" w:type="dxa"/>
              <w:right w:w="120" w:type="dxa"/>
            </w:tcMar>
            <w:vAlign w:val="center"/>
          </w:tcPr>
          <w:p w14:paraId="35FFF05C" w14:textId="77777777">
            <w:pPr>
              <w:spacing w:after="0" w:line="252" w:lineRule="auto"/>
              <w:jc w:val="right"/>
            </w:pPr>
            <w:r>
              <w:rPr>
                <w:color w:val="000000"/>
                <w:sz w:val="17"/>
              </w:rPr>
              <w:t>0.133</w:t>
            </w:r>
          </w:p>
        </w:tc>
        <w:tc>
          <w:tcPr>
            <w:tcW w:w="2016" w:type="dxa"/>
            <w:tcMar>
              <w:top w:w="80" w:type="dxa"/>
              <w:left w:w="120" w:type="dxa"/>
              <w:bottom w:w="80" w:type="dxa"/>
              <w:right w:w="120" w:type="dxa"/>
            </w:tcMar>
            <w:vAlign w:val="center"/>
          </w:tcPr>
          <w:p w14:paraId="36B4C10E"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4F5F0270" w14:textId="77777777">
            <w:pPr>
              <w:spacing w:after="0" w:line="252" w:lineRule="auto"/>
              <w:jc w:val="right"/>
            </w:pPr>
            <w:r>
              <w:rPr>
                <w:color w:val="000000"/>
                <w:sz w:val="17"/>
              </w:rPr>
              <w:t>18</w:t>
            </w:r>
          </w:p>
        </w:tc>
      </w:tr>
      <w:tr w14:paraId="40960A97" w14:textId="77777777">
        <w:tc>
          <w:tcPr>
            <w:tcW w:w="4032" w:type="dxa"/>
            <w:tcMar>
              <w:top w:w="80" w:type="dxa"/>
              <w:left w:w="120" w:type="dxa"/>
              <w:bottom w:w="80" w:type="dxa"/>
              <w:right w:w="120" w:type="dxa"/>
            </w:tcMar>
            <w:vAlign w:val="center"/>
          </w:tcPr>
          <w:p w14:paraId="4F8A92A3" w14:textId="77777777">
            <w:pPr>
              <w:spacing w:after="0" w:line="252" w:lineRule="auto"/>
            </w:pPr>
            <w:r>
              <w:rPr>
                <w:color w:val="000000"/>
                <w:sz w:val="17"/>
              </w:rPr>
              <w:t>srmr</w:t>
            </w:r>
          </w:p>
        </w:tc>
        <w:tc>
          <w:tcPr>
            <w:tcW w:w="1440" w:type="dxa"/>
            <w:tcMar>
              <w:top w:w="80" w:type="dxa"/>
              <w:left w:w="120" w:type="dxa"/>
              <w:bottom w:w="80" w:type="dxa"/>
              <w:right w:w="120" w:type="dxa"/>
            </w:tcMar>
            <w:vAlign w:val="center"/>
          </w:tcPr>
          <w:p w14:paraId="12284EBC" w14:textId="77777777">
            <w:pPr>
              <w:spacing w:after="0" w:line="252" w:lineRule="auto"/>
              <w:jc w:val="right"/>
            </w:pPr>
            <w:r>
              <w:rPr>
                <w:color w:val="000000"/>
                <w:sz w:val="17"/>
              </w:rPr>
              <w:t>0.111</w:t>
            </w:r>
          </w:p>
        </w:tc>
        <w:tc>
          <w:tcPr>
            <w:tcW w:w="2016" w:type="dxa"/>
            <w:tcMar>
              <w:top w:w="80" w:type="dxa"/>
              <w:left w:w="120" w:type="dxa"/>
              <w:bottom w:w="80" w:type="dxa"/>
              <w:right w:w="120" w:type="dxa"/>
            </w:tcMar>
            <w:vAlign w:val="center"/>
          </w:tcPr>
          <w:p w14:paraId="2F613BC5" w14:textId="77777777">
            <w:pPr>
              <w:spacing w:after="0" w:line="252" w:lineRule="auto"/>
              <w:jc w:val="center"/>
            </w:pPr>
            <w:r>
              <w:rPr>
                <w:color w:val="000000"/>
                <w:sz w:val="17"/>
              </w:rPr>
              <w:t>WLSMV</w:t>
            </w:r>
          </w:p>
        </w:tc>
        <w:tc>
          <w:tcPr>
            <w:tcW w:w="1872" w:type="dxa"/>
            <w:tcMar>
              <w:top w:w="80" w:type="dxa"/>
              <w:left w:w="120" w:type="dxa"/>
              <w:bottom w:w="80" w:type="dxa"/>
              <w:right w:w="120" w:type="dxa"/>
            </w:tcMar>
            <w:vAlign w:val="center"/>
          </w:tcPr>
          <w:p w14:paraId="403EB441" w14:textId="77777777">
            <w:pPr>
              <w:spacing w:after="0" w:line="252" w:lineRule="auto"/>
              <w:jc w:val="right"/>
            </w:pPr>
            <w:r>
              <w:rPr>
                <w:color w:val="000000"/>
                <w:sz w:val="17"/>
              </w:rPr>
              <w:t>18</w:t>
            </w:r>
          </w:p>
        </w:tc>
      </w:tr>
    </w:tbl>
    <w:p w14:paraId="572108B0" w14:textId="77777777">
      <w:pPr>
        <w:spacing w:before="100" w:after="160"/>
      </w:pPr>
      <w:r>
        <w:rPr>
          <w:rFonts w:ascii="Times New Roman" w:hAnsi="Times New Roman"/>
          <w:sz w:val="18"/>
        </w:rPr>
        <w:t>Note. WLSMV one-factor fit was poor (CFI = .785, TLI = .756, RMSEA = .123, SRMR = .111); the composite is therefore described as operational and structurally limited.</w:t>
      </w:r>
    </w:p>
    <w:p w14:paraId="29572CDE" w14:textId="77777777">
      <w:pPr>
        <w:keepNext/>
        <w:spacing w:before="80" w:after="80"/>
      </w:pPr>
      <w:r>
        <w:rPr>
          <w:b/>
          <w:color w:val="000000"/>
          <w:sz w:val="21"/>
        </w:rPr>
        <w:lastRenderedPageBreak/>
        <w:t xml:space="preserve">Supplementary Table S7. </w:t>
      </w:r>
      <w:r>
        <w:rPr>
          <w:i/>
          <w:color w:val="000000"/>
          <w:sz w:val="21"/>
        </w:rPr>
        <w:t>Exploratory three-factor pattern loadings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1728"/>
        <w:gridCol w:w="1440"/>
        <w:gridCol w:w="1440"/>
        <w:gridCol w:w="1440"/>
        <w:gridCol w:w="1656"/>
        <w:gridCol w:w="1656"/>
      </w:tblGrid>
      <w:tr w14:paraId="4912546D" w14:textId="77777777">
        <w:trPr>
          <w:tblHeader/>
        </w:trPr>
        <w:tc>
          <w:tcPr>
            <w:tcW w:w="1728" w:type="dxa"/>
            <w:tcMar>
              <w:top w:w="80" w:type="dxa"/>
              <w:left w:w="120" w:type="dxa"/>
              <w:bottom w:w="80" w:type="dxa"/>
              <w:right w:w="120" w:type="dxa"/>
            </w:tcMar>
            <w:vAlign w:val="center"/>
          </w:tcPr>
          <w:p w14:paraId="10610DD4" w14:textId="77777777">
            <w:pPr>
              <w:spacing w:after="0" w:line="252" w:lineRule="auto"/>
            </w:pPr>
            <w:r>
              <w:rPr>
                <w:b/>
                <w:color w:val="000000"/>
                <w:sz w:val="16"/>
              </w:rPr>
              <w:t>Item</w:t>
            </w:r>
          </w:p>
        </w:tc>
        <w:tc>
          <w:tcPr>
            <w:tcW w:w="1440" w:type="dxa"/>
            <w:tcMar>
              <w:top w:w="80" w:type="dxa"/>
              <w:left w:w="120" w:type="dxa"/>
              <w:bottom w:w="80" w:type="dxa"/>
              <w:right w:w="120" w:type="dxa"/>
            </w:tcMar>
            <w:vAlign w:val="center"/>
          </w:tcPr>
          <w:p w14:paraId="765C34EF" w14:textId="77777777">
            <w:pPr>
              <w:spacing w:after="0" w:line="252" w:lineRule="auto"/>
              <w:jc w:val="right"/>
            </w:pPr>
            <w:r>
              <w:rPr>
                <w:b/>
                <w:color w:val="000000"/>
                <w:sz w:val="16"/>
              </w:rPr>
              <w:t>Factor MR1</w:t>
            </w:r>
          </w:p>
        </w:tc>
        <w:tc>
          <w:tcPr>
            <w:tcW w:w="1440" w:type="dxa"/>
            <w:tcMar>
              <w:top w:w="80" w:type="dxa"/>
              <w:left w:w="120" w:type="dxa"/>
              <w:bottom w:w="80" w:type="dxa"/>
              <w:right w:w="120" w:type="dxa"/>
            </w:tcMar>
            <w:vAlign w:val="center"/>
          </w:tcPr>
          <w:p w14:paraId="4A67BA7F" w14:textId="77777777">
            <w:pPr>
              <w:spacing w:after="0" w:line="252" w:lineRule="auto"/>
              <w:jc w:val="right"/>
            </w:pPr>
            <w:r>
              <w:rPr>
                <w:b/>
                <w:color w:val="000000"/>
                <w:sz w:val="16"/>
              </w:rPr>
              <w:t>Factor MR2</w:t>
            </w:r>
          </w:p>
        </w:tc>
        <w:tc>
          <w:tcPr>
            <w:tcW w:w="1440" w:type="dxa"/>
            <w:tcMar>
              <w:top w:w="80" w:type="dxa"/>
              <w:left w:w="120" w:type="dxa"/>
              <w:bottom w:w="80" w:type="dxa"/>
              <w:right w:w="120" w:type="dxa"/>
            </w:tcMar>
            <w:vAlign w:val="center"/>
          </w:tcPr>
          <w:p w14:paraId="086A75C7" w14:textId="77777777">
            <w:pPr>
              <w:spacing w:after="0" w:line="252" w:lineRule="auto"/>
              <w:jc w:val="right"/>
            </w:pPr>
            <w:r>
              <w:rPr>
                <w:b/>
                <w:color w:val="000000"/>
                <w:sz w:val="16"/>
              </w:rPr>
              <w:t>Factor MR3</w:t>
            </w:r>
          </w:p>
        </w:tc>
        <w:tc>
          <w:tcPr>
            <w:tcW w:w="1656" w:type="dxa"/>
            <w:tcMar>
              <w:top w:w="80" w:type="dxa"/>
              <w:left w:w="120" w:type="dxa"/>
              <w:bottom w:w="80" w:type="dxa"/>
              <w:right w:w="120" w:type="dxa"/>
            </w:tcMar>
            <w:vAlign w:val="center"/>
          </w:tcPr>
          <w:p w14:paraId="77350C63" w14:textId="77777777">
            <w:pPr>
              <w:spacing w:after="0" w:line="252" w:lineRule="auto"/>
              <w:jc w:val="right"/>
            </w:pPr>
            <w:r>
              <w:rPr>
                <w:b/>
                <w:color w:val="000000"/>
                <w:sz w:val="16"/>
              </w:rPr>
              <w:t>Communality</w:t>
            </w:r>
          </w:p>
        </w:tc>
        <w:tc>
          <w:tcPr>
            <w:tcW w:w="1656" w:type="dxa"/>
            <w:tcMar>
              <w:top w:w="80" w:type="dxa"/>
              <w:left w:w="120" w:type="dxa"/>
              <w:bottom w:w="80" w:type="dxa"/>
              <w:right w:w="120" w:type="dxa"/>
            </w:tcMar>
            <w:vAlign w:val="center"/>
          </w:tcPr>
          <w:p w14:paraId="49291B8A" w14:textId="77777777">
            <w:pPr>
              <w:spacing w:after="0" w:line="252" w:lineRule="auto"/>
              <w:jc w:val="right"/>
            </w:pPr>
            <w:r>
              <w:rPr>
                <w:b/>
                <w:color w:val="000000"/>
                <w:sz w:val="16"/>
              </w:rPr>
              <w:t>Uniqueness</w:t>
            </w:r>
          </w:p>
        </w:tc>
      </w:tr>
      <w:tr w14:paraId="6A28879D" w14:textId="77777777">
        <w:tc>
          <w:tcPr>
            <w:tcW w:w="1728" w:type="dxa"/>
            <w:tcMar>
              <w:top w:w="80" w:type="dxa"/>
              <w:left w:w="120" w:type="dxa"/>
              <w:bottom w:w="80" w:type="dxa"/>
              <w:right w:w="120" w:type="dxa"/>
            </w:tcMar>
            <w:vAlign w:val="center"/>
          </w:tcPr>
          <w:p w14:paraId="5F3DA486" w14:textId="77777777">
            <w:pPr>
              <w:spacing w:after="0" w:line="252" w:lineRule="auto"/>
            </w:pPr>
            <w:r>
              <w:rPr>
                <w:color w:val="000000"/>
                <w:sz w:val="16"/>
              </w:rPr>
              <w:t>01</w:t>
            </w:r>
          </w:p>
        </w:tc>
        <w:tc>
          <w:tcPr>
            <w:tcW w:w="1440" w:type="dxa"/>
            <w:tcMar>
              <w:top w:w="80" w:type="dxa"/>
              <w:left w:w="120" w:type="dxa"/>
              <w:bottom w:w="80" w:type="dxa"/>
              <w:right w:w="120" w:type="dxa"/>
            </w:tcMar>
            <w:vAlign w:val="center"/>
          </w:tcPr>
          <w:p w14:paraId="5ADD9B18" w14:textId="77777777">
            <w:pPr>
              <w:spacing w:after="0" w:line="252" w:lineRule="auto"/>
              <w:jc w:val="right"/>
            </w:pPr>
            <w:r>
              <w:rPr>
                <w:color w:val="000000"/>
                <w:sz w:val="16"/>
              </w:rPr>
              <w:t>0.05</w:t>
            </w:r>
          </w:p>
        </w:tc>
        <w:tc>
          <w:tcPr>
            <w:tcW w:w="1440" w:type="dxa"/>
            <w:tcMar>
              <w:top w:w="80" w:type="dxa"/>
              <w:left w:w="120" w:type="dxa"/>
              <w:bottom w:w="80" w:type="dxa"/>
              <w:right w:w="120" w:type="dxa"/>
            </w:tcMar>
            <w:vAlign w:val="center"/>
          </w:tcPr>
          <w:p w14:paraId="0293CF93" w14:textId="77777777">
            <w:pPr>
              <w:spacing w:after="0" w:line="252" w:lineRule="auto"/>
              <w:jc w:val="right"/>
            </w:pPr>
            <w:r>
              <w:rPr>
                <w:color w:val="000000"/>
                <w:sz w:val="16"/>
              </w:rPr>
              <w:t>0.00</w:t>
            </w:r>
          </w:p>
        </w:tc>
        <w:tc>
          <w:tcPr>
            <w:tcW w:w="1440" w:type="dxa"/>
            <w:tcMar>
              <w:top w:w="80" w:type="dxa"/>
              <w:left w:w="120" w:type="dxa"/>
              <w:bottom w:w="80" w:type="dxa"/>
              <w:right w:w="120" w:type="dxa"/>
            </w:tcMar>
            <w:vAlign w:val="center"/>
          </w:tcPr>
          <w:p w14:paraId="7B8EE46F" w14:textId="77777777">
            <w:pPr>
              <w:spacing w:after="0" w:line="252" w:lineRule="auto"/>
              <w:jc w:val="right"/>
            </w:pPr>
            <w:r>
              <w:rPr>
                <w:color w:val="000000"/>
                <w:sz w:val="16"/>
              </w:rPr>
              <w:t>0.50</w:t>
            </w:r>
          </w:p>
        </w:tc>
        <w:tc>
          <w:tcPr>
            <w:tcW w:w="1656" w:type="dxa"/>
            <w:tcMar>
              <w:top w:w="80" w:type="dxa"/>
              <w:left w:w="120" w:type="dxa"/>
              <w:bottom w:w="80" w:type="dxa"/>
              <w:right w:w="120" w:type="dxa"/>
            </w:tcMar>
            <w:vAlign w:val="center"/>
          </w:tcPr>
          <w:p w14:paraId="33DE72B5" w14:textId="77777777">
            <w:pPr>
              <w:spacing w:after="0" w:line="252" w:lineRule="auto"/>
              <w:jc w:val="right"/>
            </w:pPr>
            <w:r>
              <w:rPr>
                <w:color w:val="000000"/>
                <w:sz w:val="16"/>
              </w:rPr>
              <w:t>0.27</w:t>
            </w:r>
          </w:p>
        </w:tc>
        <w:tc>
          <w:tcPr>
            <w:tcW w:w="1656" w:type="dxa"/>
            <w:tcMar>
              <w:top w:w="80" w:type="dxa"/>
              <w:left w:w="120" w:type="dxa"/>
              <w:bottom w:w="80" w:type="dxa"/>
              <w:right w:w="120" w:type="dxa"/>
            </w:tcMar>
            <w:vAlign w:val="center"/>
          </w:tcPr>
          <w:p w14:paraId="77E36863" w14:textId="77777777">
            <w:pPr>
              <w:spacing w:after="0" w:line="252" w:lineRule="auto"/>
              <w:jc w:val="right"/>
            </w:pPr>
            <w:r>
              <w:rPr>
                <w:color w:val="000000"/>
                <w:sz w:val="16"/>
              </w:rPr>
              <w:t>0.73</w:t>
            </w:r>
          </w:p>
        </w:tc>
      </w:tr>
      <w:tr w14:paraId="48C212AF" w14:textId="77777777">
        <w:tc>
          <w:tcPr>
            <w:tcW w:w="1728" w:type="dxa"/>
            <w:tcMar>
              <w:top w:w="80" w:type="dxa"/>
              <w:left w:w="120" w:type="dxa"/>
              <w:bottom w:w="80" w:type="dxa"/>
              <w:right w:w="120" w:type="dxa"/>
            </w:tcMar>
            <w:vAlign w:val="center"/>
          </w:tcPr>
          <w:p w14:paraId="2FE7705F" w14:textId="77777777">
            <w:pPr>
              <w:spacing w:after="0" w:line="252" w:lineRule="auto"/>
            </w:pPr>
            <w:r>
              <w:rPr>
                <w:color w:val="000000"/>
                <w:sz w:val="16"/>
              </w:rPr>
              <w:t>02</w:t>
            </w:r>
          </w:p>
        </w:tc>
        <w:tc>
          <w:tcPr>
            <w:tcW w:w="1440" w:type="dxa"/>
            <w:tcMar>
              <w:top w:w="80" w:type="dxa"/>
              <w:left w:w="120" w:type="dxa"/>
              <w:bottom w:w="80" w:type="dxa"/>
              <w:right w:w="120" w:type="dxa"/>
            </w:tcMar>
            <w:vAlign w:val="center"/>
          </w:tcPr>
          <w:p w14:paraId="5CCEBA49" w14:textId="77777777">
            <w:pPr>
              <w:spacing w:after="0" w:line="252" w:lineRule="auto"/>
              <w:jc w:val="right"/>
            </w:pPr>
            <w:r>
              <w:rPr>
                <w:color w:val="000000"/>
                <w:sz w:val="16"/>
              </w:rPr>
              <w:t>0.01</w:t>
            </w:r>
          </w:p>
        </w:tc>
        <w:tc>
          <w:tcPr>
            <w:tcW w:w="1440" w:type="dxa"/>
            <w:tcMar>
              <w:top w:w="80" w:type="dxa"/>
              <w:left w:w="120" w:type="dxa"/>
              <w:bottom w:w="80" w:type="dxa"/>
              <w:right w:w="120" w:type="dxa"/>
            </w:tcMar>
            <w:vAlign w:val="center"/>
          </w:tcPr>
          <w:p w14:paraId="01CD7131" w14:textId="77777777">
            <w:pPr>
              <w:spacing w:after="0" w:line="252" w:lineRule="auto"/>
              <w:jc w:val="right"/>
            </w:pPr>
            <w:r>
              <w:rPr>
                <w:color w:val="000000"/>
                <w:sz w:val="16"/>
              </w:rPr>
              <w:t>0.04</w:t>
            </w:r>
          </w:p>
        </w:tc>
        <w:tc>
          <w:tcPr>
            <w:tcW w:w="1440" w:type="dxa"/>
            <w:tcMar>
              <w:top w:w="80" w:type="dxa"/>
              <w:left w:w="120" w:type="dxa"/>
              <w:bottom w:w="80" w:type="dxa"/>
              <w:right w:w="120" w:type="dxa"/>
            </w:tcMar>
            <w:vAlign w:val="center"/>
          </w:tcPr>
          <w:p w14:paraId="417C2324" w14:textId="77777777">
            <w:pPr>
              <w:spacing w:after="0" w:line="252" w:lineRule="auto"/>
              <w:jc w:val="right"/>
            </w:pPr>
            <w:r>
              <w:rPr>
                <w:color w:val="000000"/>
                <w:sz w:val="16"/>
              </w:rPr>
              <w:t>0.78</w:t>
            </w:r>
          </w:p>
        </w:tc>
        <w:tc>
          <w:tcPr>
            <w:tcW w:w="1656" w:type="dxa"/>
            <w:tcMar>
              <w:top w:w="80" w:type="dxa"/>
              <w:left w:w="120" w:type="dxa"/>
              <w:bottom w:w="80" w:type="dxa"/>
              <w:right w:w="120" w:type="dxa"/>
            </w:tcMar>
            <w:vAlign w:val="center"/>
          </w:tcPr>
          <w:p w14:paraId="525CFAB7" w14:textId="77777777">
            <w:pPr>
              <w:spacing w:after="0" w:line="252" w:lineRule="auto"/>
              <w:jc w:val="right"/>
            </w:pPr>
            <w:r>
              <w:rPr>
                <w:color w:val="000000"/>
                <w:sz w:val="16"/>
              </w:rPr>
              <w:t>0.64</w:t>
            </w:r>
          </w:p>
        </w:tc>
        <w:tc>
          <w:tcPr>
            <w:tcW w:w="1656" w:type="dxa"/>
            <w:tcMar>
              <w:top w:w="80" w:type="dxa"/>
              <w:left w:w="120" w:type="dxa"/>
              <w:bottom w:w="80" w:type="dxa"/>
              <w:right w:w="120" w:type="dxa"/>
            </w:tcMar>
            <w:vAlign w:val="center"/>
          </w:tcPr>
          <w:p w14:paraId="540B18C5" w14:textId="77777777">
            <w:pPr>
              <w:spacing w:after="0" w:line="252" w:lineRule="auto"/>
              <w:jc w:val="right"/>
            </w:pPr>
            <w:r>
              <w:rPr>
                <w:color w:val="000000"/>
                <w:sz w:val="16"/>
              </w:rPr>
              <w:t>0.36</w:t>
            </w:r>
          </w:p>
        </w:tc>
      </w:tr>
      <w:tr w14:paraId="1A39A2C9" w14:textId="77777777">
        <w:tc>
          <w:tcPr>
            <w:tcW w:w="1728" w:type="dxa"/>
            <w:tcMar>
              <w:top w:w="80" w:type="dxa"/>
              <w:left w:w="120" w:type="dxa"/>
              <w:bottom w:w="80" w:type="dxa"/>
              <w:right w:w="120" w:type="dxa"/>
            </w:tcMar>
            <w:vAlign w:val="center"/>
          </w:tcPr>
          <w:p w14:paraId="5853AA99" w14:textId="77777777">
            <w:pPr>
              <w:spacing w:after="0" w:line="252" w:lineRule="auto"/>
            </w:pPr>
            <w:r>
              <w:rPr>
                <w:color w:val="000000"/>
                <w:sz w:val="16"/>
              </w:rPr>
              <w:t>03</w:t>
            </w:r>
          </w:p>
        </w:tc>
        <w:tc>
          <w:tcPr>
            <w:tcW w:w="1440" w:type="dxa"/>
            <w:tcMar>
              <w:top w:w="80" w:type="dxa"/>
              <w:left w:w="120" w:type="dxa"/>
              <w:bottom w:w="80" w:type="dxa"/>
              <w:right w:w="120" w:type="dxa"/>
            </w:tcMar>
            <w:vAlign w:val="center"/>
          </w:tcPr>
          <w:p w14:paraId="1CC4A66C" w14:textId="77777777">
            <w:pPr>
              <w:spacing w:after="0" w:line="252" w:lineRule="auto"/>
              <w:jc w:val="right"/>
            </w:pPr>
            <w:r>
              <w:rPr>
                <w:color w:val="000000"/>
                <w:sz w:val="16"/>
              </w:rPr>
              <w:t>0.03</w:t>
            </w:r>
          </w:p>
        </w:tc>
        <w:tc>
          <w:tcPr>
            <w:tcW w:w="1440" w:type="dxa"/>
            <w:tcMar>
              <w:top w:w="80" w:type="dxa"/>
              <w:left w:w="120" w:type="dxa"/>
              <w:bottom w:w="80" w:type="dxa"/>
              <w:right w:w="120" w:type="dxa"/>
            </w:tcMar>
            <w:vAlign w:val="center"/>
          </w:tcPr>
          <w:p w14:paraId="3F3133DC" w14:textId="77777777">
            <w:pPr>
              <w:spacing w:after="0" w:line="252" w:lineRule="auto"/>
              <w:jc w:val="right"/>
            </w:pPr>
            <w:r>
              <w:rPr>
                <w:rFonts w:ascii="Times New Roman" w:hAnsi="Times New Roman"/>
                <w:sz w:val="16"/>
              </w:rPr>
              <w:t>−0.06</w:t>
            </w:r>
          </w:p>
        </w:tc>
        <w:tc>
          <w:tcPr>
            <w:tcW w:w="1440" w:type="dxa"/>
            <w:tcMar>
              <w:top w:w="80" w:type="dxa"/>
              <w:left w:w="120" w:type="dxa"/>
              <w:bottom w:w="80" w:type="dxa"/>
              <w:right w:w="120" w:type="dxa"/>
            </w:tcMar>
            <w:vAlign w:val="center"/>
          </w:tcPr>
          <w:p w14:paraId="5D9F425B" w14:textId="77777777">
            <w:pPr>
              <w:spacing w:after="0" w:line="252" w:lineRule="auto"/>
              <w:jc w:val="right"/>
            </w:pPr>
            <w:r>
              <w:rPr>
                <w:color w:val="000000"/>
                <w:sz w:val="16"/>
              </w:rPr>
              <w:t>0.89</w:t>
            </w:r>
          </w:p>
        </w:tc>
        <w:tc>
          <w:tcPr>
            <w:tcW w:w="1656" w:type="dxa"/>
            <w:tcMar>
              <w:top w:w="80" w:type="dxa"/>
              <w:left w:w="120" w:type="dxa"/>
              <w:bottom w:w="80" w:type="dxa"/>
              <w:right w:w="120" w:type="dxa"/>
            </w:tcMar>
            <w:vAlign w:val="center"/>
          </w:tcPr>
          <w:p w14:paraId="41C1892E" w14:textId="77777777">
            <w:pPr>
              <w:spacing w:after="0" w:line="252" w:lineRule="auto"/>
              <w:jc w:val="right"/>
            </w:pPr>
            <w:r>
              <w:rPr>
                <w:color w:val="000000"/>
                <w:sz w:val="16"/>
              </w:rPr>
              <w:t>0.79</w:t>
            </w:r>
          </w:p>
        </w:tc>
        <w:tc>
          <w:tcPr>
            <w:tcW w:w="1656" w:type="dxa"/>
            <w:tcMar>
              <w:top w:w="80" w:type="dxa"/>
              <w:left w:w="120" w:type="dxa"/>
              <w:bottom w:w="80" w:type="dxa"/>
              <w:right w:w="120" w:type="dxa"/>
            </w:tcMar>
            <w:vAlign w:val="center"/>
          </w:tcPr>
          <w:p w14:paraId="38B887AC" w14:textId="77777777">
            <w:pPr>
              <w:spacing w:after="0" w:line="252" w:lineRule="auto"/>
              <w:jc w:val="right"/>
            </w:pPr>
            <w:r>
              <w:rPr>
                <w:color w:val="000000"/>
                <w:sz w:val="16"/>
              </w:rPr>
              <w:t>0.21</w:t>
            </w:r>
          </w:p>
        </w:tc>
      </w:tr>
      <w:tr w14:paraId="540ED6FB" w14:textId="77777777">
        <w:tc>
          <w:tcPr>
            <w:tcW w:w="1728" w:type="dxa"/>
            <w:tcMar>
              <w:top w:w="80" w:type="dxa"/>
              <w:left w:w="120" w:type="dxa"/>
              <w:bottom w:w="80" w:type="dxa"/>
              <w:right w:w="120" w:type="dxa"/>
            </w:tcMar>
            <w:vAlign w:val="center"/>
          </w:tcPr>
          <w:p w14:paraId="3026AF92" w14:textId="77777777">
            <w:pPr>
              <w:spacing w:after="0" w:line="252" w:lineRule="auto"/>
            </w:pPr>
            <w:r>
              <w:rPr>
                <w:color w:val="000000"/>
                <w:sz w:val="16"/>
              </w:rPr>
              <w:t>04</w:t>
            </w:r>
          </w:p>
        </w:tc>
        <w:tc>
          <w:tcPr>
            <w:tcW w:w="1440" w:type="dxa"/>
            <w:tcMar>
              <w:top w:w="80" w:type="dxa"/>
              <w:left w:w="120" w:type="dxa"/>
              <w:bottom w:w="80" w:type="dxa"/>
              <w:right w:w="120" w:type="dxa"/>
            </w:tcMar>
            <w:vAlign w:val="center"/>
          </w:tcPr>
          <w:p w14:paraId="572A3081" w14:textId="77777777">
            <w:pPr>
              <w:spacing w:after="0" w:line="252" w:lineRule="auto"/>
              <w:jc w:val="right"/>
            </w:pPr>
            <w:r>
              <w:rPr>
                <w:color w:val="000000"/>
                <w:sz w:val="16"/>
              </w:rPr>
              <w:t>0.28</w:t>
            </w:r>
          </w:p>
        </w:tc>
        <w:tc>
          <w:tcPr>
            <w:tcW w:w="1440" w:type="dxa"/>
            <w:tcMar>
              <w:top w:w="80" w:type="dxa"/>
              <w:left w:w="120" w:type="dxa"/>
              <w:bottom w:w="80" w:type="dxa"/>
              <w:right w:w="120" w:type="dxa"/>
            </w:tcMar>
            <w:vAlign w:val="center"/>
          </w:tcPr>
          <w:p w14:paraId="0893B51C" w14:textId="77777777">
            <w:pPr>
              <w:spacing w:after="0" w:line="252" w:lineRule="auto"/>
              <w:jc w:val="right"/>
            </w:pPr>
            <w:r>
              <w:rPr>
                <w:color w:val="000000"/>
                <w:sz w:val="16"/>
              </w:rPr>
              <w:t>0.09</w:t>
            </w:r>
          </w:p>
        </w:tc>
        <w:tc>
          <w:tcPr>
            <w:tcW w:w="1440" w:type="dxa"/>
            <w:tcMar>
              <w:top w:w="80" w:type="dxa"/>
              <w:left w:w="120" w:type="dxa"/>
              <w:bottom w:w="80" w:type="dxa"/>
              <w:right w:w="120" w:type="dxa"/>
            </w:tcMar>
            <w:vAlign w:val="center"/>
          </w:tcPr>
          <w:p w14:paraId="2597AA65" w14:textId="77777777">
            <w:pPr>
              <w:spacing w:after="0" w:line="252" w:lineRule="auto"/>
              <w:jc w:val="right"/>
            </w:pPr>
            <w:r>
              <w:rPr>
                <w:color w:val="000000"/>
                <w:sz w:val="16"/>
              </w:rPr>
              <w:t>0.32</w:t>
            </w:r>
          </w:p>
        </w:tc>
        <w:tc>
          <w:tcPr>
            <w:tcW w:w="1656" w:type="dxa"/>
            <w:tcMar>
              <w:top w:w="80" w:type="dxa"/>
              <w:left w:w="120" w:type="dxa"/>
              <w:bottom w:w="80" w:type="dxa"/>
              <w:right w:w="120" w:type="dxa"/>
            </w:tcMar>
            <w:vAlign w:val="center"/>
          </w:tcPr>
          <w:p w14:paraId="4670B983" w14:textId="77777777">
            <w:pPr>
              <w:spacing w:after="0" w:line="252" w:lineRule="auto"/>
              <w:jc w:val="right"/>
            </w:pPr>
            <w:r>
              <w:rPr>
                <w:color w:val="000000"/>
                <w:sz w:val="16"/>
              </w:rPr>
              <w:t>0.29</w:t>
            </w:r>
          </w:p>
        </w:tc>
        <w:tc>
          <w:tcPr>
            <w:tcW w:w="1656" w:type="dxa"/>
            <w:tcMar>
              <w:top w:w="80" w:type="dxa"/>
              <w:left w:w="120" w:type="dxa"/>
              <w:bottom w:w="80" w:type="dxa"/>
              <w:right w:w="120" w:type="dxa"/>
            </w:tcMar>
            <w:vAlign w:val="center"/>
          </w:tcPr>
          <w:p w14:paraId="6D89A1BE" w14:textId="77777777">
            <w:pPr>
              <w:spacing w:after="0" w:line="252" w:lineRule="auto"/>
              <w:jc w:val="right"/>
            </w:pPr>
            <w:r>
              <w:rPr>
                <w:color w:val="000000"/>
                <w:sz w:val="16"/>
              </w:rPr>
              <w:t>0.71</w:t>
            </w:r>
          </w:p>
        </w:tc>
      </w:tr>
      <w:tr w14:paraId="75C71989" w14:textId="77777777">
        <w:tc>
          <w:tcPr>
            <w:tcW w:w="1728" w:type="dxa"/>
            <w:tcMar>
              <w:top w:w="80" w:type="dxa"/>
              <w:left w:w="120" w:type="dxa"/>
              <w:bottom w:w="80" w:type="dxa"/>
              <w:right w:w="120" w:type="dxa"/>
            </w:tcMar>
            <w:vAlign w:val="center"/>
          </w:tcPr>
          <w:p w14:paraId="585A36D2" w14:textId="77777777">
            <w:pPr>
              <w:spacing w:after="0" w:line="252" w:lineRule="auto"/>
            </w:pPr>
            <w:r>
              <w:rPr>
                <w:color w:val="000000"/>
                <w:sz w:val="16"/>
              </w:rPr>
              <w:t>05</w:t>
            </w:r>
          </w:p>
        </w:tc>
        <w:tc>
          <w:tcPr>
            <w:tcW w:w="1440" w:type="dxa"/>
            <w:tcMar>
              <w:top w:w="80" w:type="dxa"/>
              <w:left w:w="120" w:type="dxa"/>
              <w:bottom w:w="80" w:type="dxa"/>
              <w:right w:w="120" w:type="dxa"/>
            </w:tcMar>
            <w:vAlign w:val="center"/>
          </w:tcPr>
          <w:p w14:paraId="17F5F5C0" w14:textId="77777777">
            <w:pPr>
              <w:spacing w:after="0" w:line="252" w:lineRule="auto"/>
              <w:jc w:val="right"/>
            </w:pPr>
            <w:r>
              <w:rPr>
                <w:color w:val="000000"/>
                <w:sz w:val="16"/>
              </w:rPr>
              <w:t>0.13</w:t>
            </w:r>
          </w:p>
        </w:tc>
        <w:tc>
          <w:tcPr>
            <w:tcW w:w="1440" w:type="dxa"/>
            <w:tcMar>
              <w:top w:w="80" w:type="dxa"/>
              <w:left w:w="120" w:type="dxa"/>
              <w:bottom w:w="80" w:type="dxa"/>
              <w:right w:w="120" w:type="dxa"/>
            </w:tcMar>
            <w:vAlign w:val="center"/>
          </w:tcPr>
          <w:p w14:paraId="51E189F6" w14:textId="77777777">
            <w:pPr>
              <w:spacing w:after="0" w:line="252" w:lineRule="auto"/>
              <w:jc w:val="right"/>
            </w:pPr>
            <w:r>
              <w:rPr>
                <w:color w:val="000000"/>
                <w:sz w:val="16"/>
              </w:rPr>
              <w:t>0.33</w:t>
            </w:r>
          </w:p>
        </w:tc>
        <w:tc>
          <w:tcPr>
            <w:tcW w:w="1440" w:type="dxa"/>
            <w:tcMar>
              <w:top w:w="80" w:type="dxa"/>
              <w:left w:w="120" w:type="dxa"/>
              <w:bottom w:w="80" w:type="dxa"/>
              <w:right w:w="120" w:type="dxa"/>
            </w:tcMar>
            <w:vAlign w:val="center"/>
          </w:tcPr>
          <w:p w14:paraId="54767995" w14:textId="77777777">
            <w:pPr>
              <w:spacing w:after="0" w:line="252" w:lineRule="auto"/>
              <w:jc w:val="right"/>
            </w:pPr>
            <w:r>
              <w:rPr>
                <w:rFonts w:ascii="Times New Roman" w:hAnsi="Times New Roman"/>
                <w:sz w:val="16"/>
              </w:rPr>
              <w:t>−0.10</w:t>
            </w:r>
          </w:p>
        </w:tc>
        <w:tc>
          <w:tcPr>
            <w:tcW w:w="1656" w:type="dxa"/>
            <w:tcMar>
              <w:top w:w="80" w:type="dxa"/>
              <w:left w:w="120" w:type="dxa"/>
              <w:bottom w:w="80" w:type="dxa"/>
              <w:right w:w="120" w:type="dxa"/>
            </w:tcMar>
            <w:vAlign w:val="center"/>
          </w:tcPr>
          <w:p w14:paraId="60233373" w14:textId="77777777">
            <w:pPr>
              <w:spacing w:after="0" w:line="252" w:lineRule="auto"/>
              <w:jc w:val="right"/>
            </w:pPr>
            <w:r>
              <w:rPr>
                <w:color w:val="000000"/>
                <w:sz w:val="16"/>
              </w:rPr>
              <w:t>0.12</w:t>
            </w:r>
          </w:p>
        </w:tc>
        <w:tc>
          <w:tcPr>
            <w:tcW w:w="1656" w:type="dxa"/>
            <w:tcMar>
              <w:top w:w="80" w:type="dxa"/>
              <w:left w:w="120" w:type="dxa"/>
              <w:bottom w:w="80" w:type="dxa"/>
              <w:right w:w="120" w:type="dxa"/>
            </w:tcMar>
            <w:vAlign w:val="center"/>
          </w:tcPr>
          <w:p w14:paraId="4179B950" w14:textId="77777777">
            <w:pPr>
              <w:spacing w:after="0" w:line="252" w:lineRule="auto"/>
              <w:jc w:val="right"/>
            </w:pPr>
            <w:r>
              <w:rPr>
                <w:color w:val="000000"/>
                <w:sz w:val="16"/>
              </w:rPr>
              <w:t>0.88</w:t>
            </w:r>
          </w:p>
        </w:tc>
      </w:tr>
      <w:tr w14:paraId="463637BB" w14:textId="77777777">
        <w:tc>
          <w:tcPr>
            <w:tcW w:w="1728" w:type="dxa"/>
            <w:tcMar>
              <w:top w:w="80" w:type="dxa"/>
              <w:left w:w="120" w:type="dxa"/>
              <w:bottom w:w="80" w:type="dxa"/>
              <w:right w:w="120" w:type="dxa"/>
            </w:tcMar>
            <w:vAlign w:val="center"/>
          </w:tcPr>
          <w:p w14:paraId="722B970D" w14:textId="77777777">
            <w:pPr>
              <w:spacing w:after="0" w:line="252" w:lineRule="auto"/>
            </w:pPr>
            <w:r>
              <w:rPr>
                <w:color w:val="000000"/>
                <w:sz w:val="16"/>
              </w:rPr>
              <w:t>06</w:t>
            </w:r>
          </w:p>
        </w:tc>
        <w:tc>
          <w:tcPr>
            <w:tcW w:w="1440" w:type="dxa"/>
            <w:tcMar>
              <w:top w:w="80" w:type="dxa"/>
              <w:left w:w="120" w:type="dxa"/>
              <w:bottom w:w="80" w:type="dxa"/>
              <w:right w:w="120" w:type="dxa"/>
            </w:tcMar>
            <w:vAlign w:val="center"/>
          </w:tcPr>
          <w:p w14:paraId="0D4EB859" w14:textId="77777777">
            <w:pPr>
              <w:spacing w:after="0" w:line="252" w:lineRule="auto"/>
              <w:jc w:val="right"/>
            </w:pPr>
            <w:r>
              <w:rPr>
                <w:color w:val="000000"/>
                <w:sz w:val="16"/>
              </w:rPr>
              <w:t>0.24</w:t>
            </w:r>
          </w:p>
        </w:tc>
        <w:tc>
          <w:tcPr>
            <w:tcW w:w="1440" w:type="dxa"/>
            <w:tcMar>
              <w:top w:w="80" w:type="dxa"/>
              <w:left w:w="120" w:type="dxa"/>
              <w:bottom w:w="80" w:type="dxa"/>
              <w:right w:w="120" w:type="dxa"/>
            </w:tcMar>
            <w:vAlign w:val="center"/>
          </w:tcPr>
          <w:p w14:paraId="2002F418" w14:textId="77777777">
            <w:pPr>
              <w:spacing w:after="0" w:line="252" w:lineRule="auto"/>
              <w:jc w:val="right"/>
            </w:pPr>
            <w:r>
              <w:rPr>
                <w:color w:val="000000"/>
                <w:sz w:val="16"/>
              </w:rPr>
              <w:t>0.58</w:t>
            </w:r>
          </w:p>
        </w:tc>
        <w:tc>
          <w:tcPr>
            <w:tcW w:w="1440" w:type="dxa"/>
            <w:tcMar>
              <w:top w:w="80" w:type="dxa"/>
              <w:left w:w="120" w:type="dxa"/>
              <w:bottom w:w="80" w:type="dxa"/>
              <w:right w:w="120" w:type="dxa"/>
            </w:tcMar>
            <w:vAlign w:val="center"/>
          </w:tcPr>
          <w:p w14:paraId="2C5AF451" w14:textId="77777777">
            <w:pPr>
              <w:spacing w:after="0" w:line="252" w:lineRule="auto"/>
              <w:jc w:val="right"/>
            </w:pPr>
            <w:r>
              <w:rPr>
                <w:color w:val="000000"/>
                <w:sz w:val="16"/>
              </w:rPr>
              <w:t>0.10</w:t>
            </w:r>
          </w:p>
        </w:tc>
        <w:tc>
          <w:tcPr>
            <w:tcW w:w="1656" w:type="dxa"/>
            <w:tcMar>
              <w:top w:w="80" w:type="dxa"/>
              <w:left w:w="120" w:type="dxa"/>
              <w:bottom w:w="80" w:type="dxa"/>
              <w:right w:w="120" w:type="dxa"/>
            </w:tcMar>
            <w:vAlign w:val="center"/>
          </w:tcPr>
          <w:p w14:paraId="385B98B9" w14:textId="77777777">
            <w:pPr>
              <w:spacing w:after="0" w:line="252" w:lineRule="auto"/>
              <w:jc w:val="right"/>
            </w:pPr>
            <w:r>
              <w:rPr>
                <w:color w:val="000000"/>
                <w:sz w:val="16"/>
              </w:rPr>
              <w:t>0.54</w:t>
            </w:r>
          </w:p>
        </w:tc>
        <w:tc>
          <w:tcPr>
            <w:tcW w:w="1656" w:type="dxa"/>
            <w:tcMar>
              <w:top w:w="80" w:type="dxa"/>
              <w:left w:w="120" w:type="dxa"/>
              <w:bottom w:w="80" w:type="dxa"/>
              <w:right w:w="120" w:type="dxa"/>
            </w:tcMar>
            <w:vAlign w:val="center"/>
          </w:tcPr>
          <w:p w14:paraId="2CFECE1F" w14:textId="77777777">
            <w:pPr>
              <w:spacing w:after="0" w:line="252" w:lineRule="auto"/>
              <w:jc w:val="right"/>
            </w:pPr>
            <w:r>
              <w:rPr>
                <w:color w:val="000000"/>
                <w:sz w:val="16"/>
              </w:rPr>
              <w:t>0.46</w:t>
            </w:r>
          </w:p>
        </w:tc>
      </w:tr>
      <w:tr w14:paraId="15EDCE93" w14:textId="77777777">
        <w:tc>
          <w:tcPr>
            <w:tcW w:w="1728" w:type="dxa"/>
            <w:tcMar>
              <w:top w:w="80" w:type="dxa"/>
              <w:left w:w="120" w:type="dxa"/>
              <w:bottom w:w="80" w:type="dxa"/>
              <w:right w:w="120" w:type="dxa"/>
            </w:tcMar>
            <w:vAlign w:val="center"/>
          </w:tcPr>
          <w:p w14:paraId="2904CAD1" w14:textId="77777777">
            <w:pPr>
              <w:spacing w:after="0" w:line="252" w:lineRule="auto"/>
            </w:pPr>
            <w:r>
              <w:rPr>
                <w:color w:val="000000"/>
                <w:sz w:val="16"/>
              </w:rPr>
              <w:t>07</w:t>
            </w:r>
          </w:p>
        </w:tc>
        <w:tc>
          <w:tcPr>
            <w:tcW w:w="1440" w:type="dxa"/>
            <w:tcMar>
              <w:top w:w="80" w:type="dxa"/>
              <w:left w:w="120" w:type="dxa"/>
              <w:bottom w:w="80" w:type="dxa"/>
              <w:right w:w="120" w:type="dxa"/>
            </w:tcMar>
            <w:vAlign w:val="center"/>
          </w:tcPr>
          <w:p w14:paraId="37E56B26" w14:textId="77777777">
            <w:pPr>
              <w:spacing w:after="0" w:line="252" w:lineRule="auto"/>
              <w:jc w:val="right"/>
            </w:pPr>
            <w:r>
              <w:rPr>
                <w:color w:val="000000"/>
                <w:sz w:val="16"/>
              </w:rPr>
              <w:t>0.25</w:t>
            </w:r>
          </w:p>
        </w:tc>
        <w:tc>
          <w:tcPr>
            <w:tcW w:w="1440" w:type="dxa"/>
            <w:tcMar>
              <w:top w:w="80" w:type="dxa"/>
              <w:left w:w="120" w:type="dxa"/>
              <w:bottom w:w="80" w:type="dxa"/>
              <w:right w:w="120" w:type="dxa"/>
            </w:tcMar>
            <w:vAlign w:val="center"/>
          </w:tcPr>
          <w:p w14:paraId="774C659F" w14:textId="77777777">
            <w:pPr>
              <w:spacing w:after="0" w:line="252" w:lineRule="auto"/>
              <w:jc w:val="right"/>
            </w:pPr>
            <w:r>
              <w:rPr>
                <w:rFonts w:ascii="Times New Roman" w:hAnsi="Times New Roman"/>
                <w:sz w:val="16"/>
              </w:rPr>
              <w:t>−0.29</w:t>
            </w:r>
          </w:p>
        </w:tc>
        <w:tc>
          <w:tcPr>
            <w:tcW w:w="1440" w:type="dxa"/>
            <w:tcMar>
              <w:top w:w="80" w:type="dxa"/>
              <w:left w:w="120" w:type="dxa"/>
              <w:bottom w:w="80" w:type="dxa"/>
              <w:right w:w="120" w:type="dxa"/>
            </w:tcMar>
            <w:vAlign w:val="center"/>
          </w:tcPr>
          <w:p w14:paraId="48E37647" w14:textId="77777777">
            <w:pPr>
              <w:spacing w:after="0" w:line="252" w:lineRule="auto"/>
              <w:jc w:val="right"/>
            </w:pPr>
            <w:r>
              <w:rPr>
                <w:color w:val="000000"/>
                <w:sz w:val="16"/>
              </w:rPr>
              <w:t>0.11</w:t>
            </w:r>
          </w:p>
        </w:tc>
        <w:tc>
          <w:tcPr>
            <w:tcW w:w="1656" w:type="dxa"/>
            <w:tcMar>
              <w:top w:w="80" w:type="dxa"/>
              <w:left w:w="120" w:type="dxa"/>
              <w:bottom w:w="80" w:type="dxa"/>
              <w:right w:w="120" w:type="dxa"/>
            </w:tcMar>
            <w:vAlign w:val="center"/>
          </w:tcPr>
          <w:p w14:paraId="593D62D3" w14:textId="77777777">
            <w:pPr>
              <w:spacing w:after="0" w:line="252" w:lineRule="auto"/>
              <w:jc w:val="right"/>
            </w:pPr>
            <w:r>
              <w:rPr>
                <w:color w:val="000000"/>
                <w:sz w:val="16"/>
              </w:rPr>
              <w:t>0.12</w:t>
            </w:r>
          </w:p>
        </w:tc>
        <w:tc>
          <w:tcPr>
            <w:tcW w:w="1656" w:type="dxa"/>
            <w:tcMar>
              <w:top w:w="80" w:type="dxa"/>
              <w:left w:w="120" w:type="dxa"/>
              <w:bottom w:w="80" w:type="dxa"/>
              <w:right w:w="120" w:type="dxa"/>
            </w:tcMar>
            <w:vAlign w:val="center"/>
          </w:tcPr>
          <w:p w14:paraId="23051B1C" w14:textId="77777777">
            <w:pPr>
              <w:spacing w:after="0" w:line="252" w:lineRule="auto"/>
              <w:jc w:val="right"/>
            </w:pPr>
            <w:r>
              <w:rPr>
                <w:color w:val="000000"/>
                <w:sz w:val="16"/>
              </w:rPr>
              <w:t>0.88</w:t>
            </w:r>
          </w:p>
        </w:tc>
      </w:tr>
      <w:tr w14:paraId="5D5EF06A" w14:textId="77777777">
        <w:tc>
          <w:tcPr>
            <w:tcW w:w="1728" w:type="dxa"/>
            <w:tcMar>
              <w:top w:w="80" w:type="dxa"/>
              <w:left w:w="120" w:type="dxa"/>
              <w:bottom w:w="80" w:type="dxa"/>
              <w:right w:w="120" w:type="dxa"/>
            </w:tcMar>
            <w:vAlign w:val="center"/>
          </w:tcPr>
          <w:p w14:paraId="5F1AA93A" w14:textId="77777777">
            <w:pPr>
              <w:spacing w:after="0" w:line="252" w:lineRule="auto"/>
            </w:pPr>
            <w:r>
              <w:rPr>
                <w:color w:val="000000"/>
                <w:sz w:val="16"/>
              </w:rPr>
              <w:t>08</w:t>
            </w:r>
          </w:p>
        </w:tc>
        <w:tc>
          <w:tcPr>
            <w:tcW w:w="1440" w:type="dxa"/>
            <w:tcMar>
              <w:top w:w="80" w:type="dxa"/>
              <w:left w:w="120" w:type="dxa"/>
              <w:bottom w:w="80" w:type="dxa"/>
              <w:right w:w="120" w:type="dxa"/>
            </w:tcMar>
            <w:vAlign w:val="center"/>
          </w:tcPr>
          <w:p w14:paraId="1CDB0F62" w14:textId="77777777">
            <w:pPr>
              <w:spacing w:after="0" w:line="252" w:lineRule="auto"/>
              <w:jc w:val="right"/>
            </w:pPr>
            <w:r>
              <w:rPr>
                <w:color w:val="000000"/>
                <w:sz w:val="16"/>
              </w:rPr>
              <w:t>0.02</w:t>
            </w:r>
          </w:p>
        </w:tc>
        <w:tc>
          <w:tcPr>
            <w:tcW w:w="1440" w:type="dxa"/>
            <w:tcMar>
              <w:top w:w="80" w:type="dxa"/>
              <w:left w:w="120" w:type="dxa"/>
              <w:bottom w:w="80" w:type="dxa"/>
              <w:right w:w="120" w:type="dxa"/>
            </w:tcMar>
            <w:vAlign w:val="center"/>
          </w:tcPr>
          <w:p w14:paraId="1AE9D901" w14:textId="77777777">
            <w:pPr>
              <w:spacing w:after="0" w:line="252" w:lineRule="auto"/>
              <w:jc w:val="right"/>
            </w:pPr>
            <w:r>
              <w:rPr>
                <w:color w:val="000000"/>
                <w:sz w:val="16"/>
              </w:rPr>
              <w:t>0.78</w:t>
            </w:r>
          </w:p>
        </w:tc>
        <w:tc>
          <w:tcPr>
            <w:tcW w:w="1440" w:type="dxa"/>
            <w:tcMar>
              <w:top w:w="80" w:type="dxa"/>
              <w:left w:w="120" w:type="dxa"/>
              <w:bottom w:w="80" w:type="dxa"/>
              <w:right w:w="120" w:type="dxa"/>
            </w:tcMar>
            <w:vAlign w:val="center"/>
          </w:tcPr>
          <w:p w14:paraId="1836A9E6" w14:textId="77777777">
            <w:pPr>
              <w:spacing w:after="0" w:line="252" w:lineRule="auto"/>
              <w:jc w:val="right"/>
            </w:pPr>
            <w:r>
              <w:rPr>
                <w:rFonts w:ascii="Times New Roman" w:hAnsi="Times New Roman"/>
                <w:sz w:val="16"/>
              </w:rPr>
              <w:t>−0.10</w:t>
            </w:r>
          </w:p>
        </w:tc>
        <w:tc>
          <w:tcPr>
            <w:tcW w:w="1656" w:type="dxa"/>
            <w:tcMar>
              <w:top w:w="80" w:type="dxa"/>
              <w:left w:w="120" w:type="dxa"/>
              <w:bottom w:w="80" w:type="dxa"/>
              <w:right w:w="120" w:type="dxa"/>
            </w:tcMar>
            <w:vAlign w:val="center"/>
          </w:tcPr>
          <w:p w14:paraId="04208851" w14:textId="77777777">
            <w:pPr>
              <w:spacing w:after="0" w:line="252" w:lineRule="auto"/>
              <w:jc w:val="right"/>
            </w:pPr>
            <w:r>
              <w:rPr>
                <w:color w:val="000000"/>
                <w:sz w:val="16"/>
              </w:rPr>
              <w:t>0.56</w:t>
            </w:r>
          </w:p>
        </w:tc>
        <w:tc>
          <w:tcPr>
            <w:tcW w:w="1656" w:type="dxa"/>
            <w:tcMar>
              <w:top w:w="80" w:type="dxa"/>
              <w:left w:w="120" w:type="dxa"/>
              <w:bottom w:w="80" w:type="dxa"/>
              <w:right w:w="120" w:type="dxa"/>
            </w:tcMar>
            <w:vAlign w:val="center"/>
          </w:tcPr>
          <w:p w14:paraId="6F1A41E5" w14:textId="77777777">
            <w:pPr>
              <w:spacing w:after="0" w:line="252" w:lineRule="auto"/>
              <w:jc w:val="right"/>
            </w:pPr>
            <w:r>
              <w:rPr>
                <w:color w:val="000000"/>
                <w:sz w:val="16"/>
              </w:rPr>
              <w:t>0.44</w:t>
            </w:r>
          </w:p>
        </w:tc>
      </w:tr>
      <w:tr w14:paraId="0E9BA3ED" w14:textId="77777777">
        <w:tc>
          <w:tcPr>
            <w:tcW w:w="1728" w:type="dxa"/>
            <w:tcMar>
              <w:top w:w="80" w:type="dxa"/>
              <w:left w:w="120" w:type="dxa"/>
              <w:bottom w:w="80" w:type="dxa"/>
              <w:right w:w="120" w:type="dxa"/>
            </w:tcMar>
            <w:vAlign w:val="center"/>
          </w:tcPr>
          <w:p w14:paraId="1E3A0706" w14:textId="77777777">
            <w:pPr>
              <w:spacing w:after="0" w:line="252" w:lineRule="auto"/>
            </w:pPr>
            <w:r>
              <w:rPr>
                <w:color w:val="000000"/>
                <w:sz w:val="16"/>
              </w:rPr>
              <w:t>09</w:t>
            </w:r>
          </w:p>
        </w:tc>
        <w:tc>
          <w:tcPr>
            <w:tcW w:w="1440" w:type="dxa"/>
            <w:tcMar>
              <w:top w:w="80" w:type="dxa"/>
              <w:left w:w="120" w:type="dxa"/>
              <w:bottom w:w="80" w:type="dxa"/>
              <w:right w:w="120" w:type="dxa"/>
            </w:tcMar>
            <w:vAlign w:val="center"/>
          </w:tcPr>
          <w:p w14:paraId="332C35F7" w14:textId="77777777">
            <w:pPr>
              <w:spacing w:after="0" w:line="252" w:lineRule="auto"/>
              <w:jc w:val="right"/>
            </w:pPr>
            <w:r>
              <w:rPr>
                <w:color w:val="000000"/>
                <w:sz w:val="16"/>
              </w:rPr>
              <w:t>0.01</w:t>
            </w:r>
          </w:p>
        </w:tc>
        <w:tc>
          <w:tcPr>
            <w:tcW w:w="1440" w:type="dxa"/>
            <w:tcMar>
              <w:top w:w="80" w:type="dxa"/>
              <w:left w:w="120" w:type="dxa"/>
              <w:bottom w:w="80" w:type="dxa"/>
              <w:right w:w="120" w:type="dxa"/>
            </w:tcMar>
            <w:vAlign w:val="center"/>
          </w:tcPr>
          <w:p w14:paraId="421F14D4" w14:textId="77777777">
            <w:pPr>
              <w:spacing w:after="0" w:line="252" w:lineRule="auto"/>
              <w:jc w:val="right"/>
            </w:pPr>
            <w:r>
              <w:rPr>
                <w:color w:val="000000"/>
                <w:sz w:val="16"/>
              </w:rPr>
              <w:t>0.65</w:t>
            </w:r>
          </w:p>
        </w:tc>
        <w:tc>
          <w:tcPr>
            <w:tcW w:w="1440" w:type="dxa"/>
            <w:tcMar>
              <w:top w:w="80" w:type="dxa"/>
              <w:left w:w="120" w:type="dxa"/>
              <w:bottom w:w="80" w:type="dxa"/>
              <w:right w:w="120" w:type="dxa"/>
            </w:tcMar>
            <w:vAlign w:val="center"/>
          </w:tcPr>
          <w:p w14:paraId="3D6EE986" w14:textId="77777777">
            <w:pPr>
              <w:spacing w:after="0" w:line="252" w:lineRule="auto"/>
              <w:jc w:val="right"/>
            </w:pPr>
            <w:r>
              <w:rPr>
                <w:rFonts w:ascii="Times New Roman" w:hAnsi="Times New Roman"/>
                <w:sz w:val="16"/>
              </w:rPr>
              <w:t>−0.10</w:t>
            </w:r>
          </w:p>
        </w:tc>
        <w:tc>
          <w:tcPr>
            <w:tcW w:w="1656" w:type="dxa"/>
            <w:tcMar>
              <w:top w:w="80" w:type="dxa"/>
              <w:left w:w="120" w:type="dxa"/>
              <w:bottom w:w="80" w:type="dxa"/>
              <w:right w:w="120" w:type="dxa"/>
            </w:tcMar>
            <w:vAlign w:val="center"/>
          </w:tcPr>
          <w:p w14:paraId="630191B8" w14:textId="77777777">
            <w:pPr>
              <w:spacing w:after="0" w:line="252" w:lineRule="auto"/>
              <w:jc w:val="right"/>
            </w:pPr>
            <w:r>
              <w:rPr>
                <w:color w:val="000000"/>
                <w:sz w:val="16"/>
              </w:rPr>
              <w:t>0.38</w:t>
            </w:r>
          </w:p>
        </w:tc>
        <w:tc>
          <w:tcPr>
            <w:tcW w:w="1656" w:type="dxa"/>
            <w:tcMar>
              <w:top w:w="80" w:type="dxa"/>
              <w:left w:w="120" w:type="dxa"/>
              <w:bottom w:w="80" w:type="dxa"/>
              <w:right w:w="120" w:type="dxa"/>
            </w:tcMar>
            <w:vAlign w:val="center"/>
          </w:tcPr>
          <w:p w14:paraId="4E402A17" w14:textId="77777777">
            <w:pPr>
              <w:spacing w:after="0" w:line="252" w:lineRule="auto"/>
              <w:jc w:val="right"/>
            </w:pPr>
            <w:r>
              <w:rPr>
                <w:color w:val="000000"/>
                <w:sz w:val="16"/>
              </w:rPr>
              <w:t>0.62</w:t>
            </w:r>
          </w:p>
        </w:tc>
      </w:tr>
      <w:tr w14:paraId="1E9C931A" w14:textId="77777777">
        <w:tc>
          <w:tcPr>
            <w:tcW w:w="1728" w:type="dxa"/>
            <w:tcMar>
              <w:top w:w="80" w:type="dxa"/>
              <w:left w:w="120" w:type="dxa"/>
              <w:bottom w:w="80" w:type="dxa"/>
              <w:right w:w="120" w:type="dxa"/>
            </w:tcMar>
            <w:vAlign w:val="center"/>
          </w:tcPr>
          <w:p w14:paraId="03EC8056" w14:textId="77777777">
            <w:pPr>
              <w:spacing w:after="0" w:line="252" w:lineRule="auto"/>
            </w:pPr>
            <w:r>
              <w:rPr>
                <w:color w:val="000000"/>
                <w:sz w:val="16"/>
              </w:rPr>
              <w:t>10</w:t>
            </w:r>
          </w:p>
        </w:tc>
        <w:tc>
          <w:tcPr>
            <w:tcW w:w="1440" w:type="dxa"/>
            <w:tcMar>
              <w:top w:w="80" w:type="dxa"/>
              <w:left w:w="120" w:type="dxa"/>
              <w:bottom w:w="80" w:type="dxa"/>
              <w:right w:w="120" w:type="dxa"/>
            </w:tcMar>
            <w:vAlign w:val="center"/>
          </w:tcPr>
          <w:p w14:paraId="2304106D" w14:textId="77777777">
            <w:pPr>
              <w:spacing w:after="0" w:line="252" w:lineRule="auto"/>
              <w:jc w:val="right"/>
            </w:pPr>
            <w:r>
              <w:rPr>
                <w:color w:val="000000"/>
                <w:sz w:val="16"/>
              </w:rPr>
              <w:t>0.37</w:t>
            </w:r>
          </w:p>
        </w:tc>
        <w:tc>
          <w:tcPr>
            <w:tcW w:w="1440" w:type="dxa"/>
            <w:tcMar>
              <w:top w:w="80" w:type="dxa"/>
              <w:left w:w="120" w:type="dxa"/>
              <w:bottom w:w="80" w:type="dxa"/>
              <w:right w:w="120" w:type="dxa"/>
            </w:tcMar>
            <w:vAlign w:val="center"/>
          </w:tcPr>
          <w:p w14:paraId="6DF6ED60" w14:textId="77777777">
            <w:pPr>
              <w:spacing w:after="0" w:line="252" w:lineRule="auto"/>
              <w:jc w:val="right"/>
            </w:pPr>
            <w:r>
              <w:rPr>
                <w:rFonts w:ascii="Times New Roman" w:hAnsi="Times New Roman"/>
                <w:sz w:val="16"/>
              </w:rPr>
              <w:t>−0.05</w:t>
            </w:r>
          </w:p>
        </w:tc>
        <w:tc>
          <w:tcPr>
            <w:tcW w:w="1440" w:type="dxa"/>
            <w:tcMar>
              <w:top w:w="80" w:type="dxa"/>
              <w:left w:w="120" w:type="dxa"/>
              <w:bottom w:w="80" w:type="dxa"/>
              <w:right w:w="120" w:type="dxa"/>
            </w:tcMar>
            <w:vAlign w:val="center"/>
          </w:tcPr>
          <w:p w14:paraId="34FD7C87" w14:textId="77777777">
            <w:pPr>
              <w:spacing w:after="0" w:line="252" w:lineRule="auto"/>
              <w:jc w:val="right"/>
            </w:pPr>
            <w:r>
              <w:rPr>
                <w:color w:val="000000"/>
                <w:sz w:val="16"/>
              </w:rPr>
              <w:t>0.09</w:t>
            </w:r>
          </w:p>
        </w:tc>
        <w:tc>
          <w:tcPr>
            <w:tcW w:w="1656" w:type="dxa"/>
            <w:tcMar>
              <w:top w:w="80" w:type="dxa"/>
              <w:left w:w="120" w:type="dxa"/>
              <w:bottom w:w="80" w:type="dxa"/>
              <w:right w:w="120" w:type="dxa"/>
            </w:tcMar>
            <w:vAlign w:val="center"/>
          </w:tcPr>
          <w:p w14:paraId="7B9F1C3C" w14:textId="77777777">
            <w:pPr>
              <w:spacing w:after="0" w:line="252" w:lineRule="auto"/>
              <w:jc w:val="right"/>
            </w:pPr>
            <w:r>
              <w:rPr>
                <w:color w:val="000000"/>
                <w:sz w:val="16"/>
              </w:rPr>
              <w:t>0.16</w:t>
            </w:r>
          </w:p>
        </w:tc>
        <w:tc>
          <w:tcPr>
            <w:tcW w:w="1656" w:type="dxa"/>
            <w:tcMar>
              <w:top w:w="80" w:type="dxa"/>
              <w:left w:w="120" w:type="dxa"/>
              <w:bottom w:w="80" w:type="dxa"/>
              <w:right w:w="120" w:type="dxa"/>
            </w:tcMar>
            <w:vAlign w:val="center"/>
          </w:tcPr>
          <w:p w14:paraId="220B17CB" w14:textId="77777777">
            <w:pPr>
              <w:spacing w:after="0" w:line="252" w:lineRule="auto"/>
              <w:jc w:val="right"/>
            </w:pPr>
            <w:r>
              <w:rPr>
                <w:color w:val="000000"/>
                <w:sz w:val="16"/>
              </w:rPr>
              <w:t>0.84</w:t>
            </w:r>
          </w:p>
        </w:tc>
      </w:tr>
      <w:tr w14:paraId="42F2E512" w14:textId="77777777">
        <w:tc>
          <w:tcPr>
            <w:tcW w:w="1728" w:type="dxa"/>
            <w:tcMar>
              <w:top w:w="80" w:type="dxa"/>
              <w:left w:w="120" w:type="dxa"/>
              <w:bottom w:w="80" w:type="dxa"/>
              <w:right w:w="120" w:type="dxa"/>
            </w:tcMar>
            <w:vAlign w:val="center"/>
          </w:tcPr>
          <w:p w14:paraId="77C40371" w14:textId="77777777">
            <w:pPr>
              <w:spacing w:after="0" w:line="252" w:lineRule="auto"/>
            </w:pPr>
            <w:r>
              <w:rPr>
                <w:color w:val="000000"/>
                <w:sz w:val="16"/>
              </w:rPr>
              <w:t>11</w:t>
            </w:r>
          </w:p>
        </w:tc>
        <w:tc>
          <w:tcPr>
            <w:tcW w:w="1440" w:type="dxa"/>
            <w:tcMar>
              <w:top w:w="80" w:type="dxa"/>
              <w:left w:w="120" w:type="dxa"/>
              <w:bottom w:w="80" w:type="dxa"/>
              <w:right w:w="120" w:type="dxa"/>
            </w:tcMar>
            <w:vAlign w:val="center"/>
          </w:tcPr>
          <w:p w14:paraId="35C4EC54" w14:textId="77777777">
            <w:pPr>
              <w:spacing w:after="0" w:line="252" w:lineRule="auto"/>
              <w:jc w:val="right"/>
            </w:pPr>
            <w:r>
              <w:rPr>
                <w:rFonts w:ascii="Times New Roman" w:hAnsi="Times New Roman"/>
                <w:sz w:val="16"/>
              </w:rPr>
              <w:t>−0.30</w:t>
            </w:r>
          </w:p>
        </w:tc>
        <w:tc>
          <w:tcPr>
            <w:tcW w:w="1440" w:type="dxa"/>
            <w:tcMar>
              <w:top w:w="80" w:type="dxa"/>
              <w:left w:w="120" w:type="dxa"/>
              <w:bottom w:w="80" w:type="dxa"/>
              <w:right w:w="120" w:type="dxa"/>
            </w:tcMar>
            <w:vAlign w:val="center"/>
          </w:tcPr>
          <w:p w14:paraId="5EAB2A1B" w14:textId="77777777">
            <w:pPr>
              <w:spacing w:after="0" w:line="252" w:lineRule="auto"/>
              <w:jc w:val="right"/>
            </w:pPr>
            <w:r>
              <w:rPr>
                <w:color w:val="000000"/>
                <w:sz w:val="16"/>
              </w:rPr>
              <w:t>0.40</w:t>
            </w:r>
          </w:p>
        </w:tc>
        <w:tc>
          <w:tcPr>
            <w:tcW w:w="1440" w:type="dxa"/>
            <w:tcMar>
              <w:top w:w="80" w:type="dxa"/>
              <w:left w:w="120" w:type="dxa"/>
              <w:bottom w:w="80" w:type="dxa"/>
              <w:right w:w="120" w:type="dxa"/>
            </w:tcMar>
            <w:vAlign w:val="center"/>
          </w:tcPr>
          <w:p w14:paraId="677B349C" w14:textId="77777777">
            <w:pPr>
              <w:spacing w:after="0" w:line="252" w:lineRule="auto"/>
              <w:jc w:val="right"/>
            </w:pPr>
            <w:r>
              <w:rPr>
                <w:color w:val="000000"/>
                <w:sz w:val="16"/>
              </w:rPr>
              <w:t>0.15</w:t>
            </w:r>
          </w:p>
        </w:tc>
        <w:tc>
          <w:tcPr>
            <w:tcW w:w="1656" w:type="dxa"/>
            <w:tcMar>
              <w:top w:w="80" w:type="dxa"/>
              <w:left w:w="120" w:type="dxa"/>
              <w:bottom w:w="80" w:type="dxa"/>
              <w:right w:w="120" w:type="dxa"/>
            </w:tcMar>
            <w:vAlign w:val="center"/>
          </w:tcPr>
          <w:p w14:paraId="7C9E269A" w14:textId="77777777">
            <w:pPr>
              <w:spacing w:after="0" w:line="252" w:lineRule="auto"/>
              <w:jc w:val="right"/>
            </w:pPr>
            <w:r>
              <w:rPr>
                <w:color w:val="000000"/>
                <w:sz w:val="16"/>
              </w:rPr>
              <w:t>0.22</w:t>
            </w:r>
          </w:p>
        </w:tc>
        <w:tc>
          <w:tcPr>
            <w:tcW w:w="1656" w:type="dxa"/>
            <w:tcMar>
              <w:top w:w="80" w:type="dxa"/>
              <w:left w:w="120" w:type="dxa"/>
              <w:bottom w:w="80" w:type="dxa"/>
              <w:right w:w="120" w:type="dxa"/>
            </w:tcMar>
            <w:vAlign w:val="center"/>
          </w:tcPr>
          <w:p w14:paraId="5A3BCB4B" w14:textId="77777777">
            <w:pPr>
              <w:spacing w:after="0" w:line="252" w:lineRule="auto"/>
              <w:jc w:val="right"/>
            </w:pPr>
            <w:r>
              <w:rPr>
                <w:color w:val="000000"/>
                <w:sz w:val="16"/>
              </w:rPr>
              <w:t>0.78</w:t>
            </w:r>
          </w:p>
        </w:tc>
      </w:tr>
      <w:tr w14:paraId="755F314A" w14:textId="77777777">
        <w:tc>
          <w:tcPr>
            <w:tcW w:w="1728" w:type="dxa"/>
            <w:tcMar>
              <w:top w:w="80" w:type="dxa"/>
              <w:left w:w="120" w:type="dxa"/>
              <w:bottom w:w="80" w:type="dxa"/>
              <w:right w:w="120" w:type="dxa"/>
            </w:tcMar>
            <w:vAlign w:val="center"/>
          </w:tcPr>
          <w:p w14:paraId="7B4AC1CC" w14:textId="77777777">
            <w:pPr>
              <w:spacing w:after="0" w:line="252" w:lineRule="auto"/>
            </w:pPr>
            <w:r>
              <w:rPr>
                <w:color w:val="000000"/>
                <w:sz w:val="16"/>
              </w:rPr>
              <w:t>12</w:t>
            </w:r>
          </w:p>
        </w:tc>
        <w:tc>
          <w:tcPr>
            <w:tcW w:w="1440" w:type="dxa"/>
            <w:tcMar>
              <w:top w:w="80" w:type="dxa"/>
              <w:left w:w="120" w:type="dxa"/>
              <w:bottom w:w="80" w:type="dxa"/>
              <w:right w:w="120" w:type="dxa"/>
            </w:tcMar>
            <w:vAlign w:val="center"/>
          </w:tcPr>
          <w:p w14:paraId="7DF99C47" w14:textId="77777777">
            <w:pPr>
              <w:spacing w:after="0" w:line="252" w:lineRule="auto"/>
              <w:jc w:val="right"/>
            </w:pPr>
            <w:r>
              <w:rPr>
                <w:color w:val="000000"/>
                <w:sz w:val="16"/>
              </w:rPr>
              <w:t>0.68</w:t>
            </w:r>
          </w:p>
        </w:tc>
        <w:tc>
          <w:tcPr>
            <w:tcW w:w="1440" w:type="dxa"/>
            <w:tcMar>
              <w:top w:w="80" w:type="dxa"/>
              <w:left w:w="120" w:type="dxa"/>
              <w:bottom w:w="80" w:type="dxa"/>
              <w:right w:w="120" w:type="dxa"/>
            </w:tcMar>
            <w:vAlign w:val="center"/>
          </w:tcPr>
          <w:p w14:paraId="6BED42A8" w14:textId="77777777">
            <w:pPr>
              <w:spacing w:after="0" w:line="252" w:lineRule="auto"/>
              <w:jc w:val="right"/>
            </w:pPr>
            <w:r>
              <w:rPr>
                <w:color w:val="000000"/>
                <w:sz w:val="16"/>
              </w:rPr>
              <w:t>0.08</w:t>
            </w:r>
          </w:p>
        </w:tc>
        <w:tc>
          <w:tcPr>
            <w:tcW w:w="1440" w:type="dxa"/>
            <w:tcMar>
              <w:top w:w="80" w:type="dxa"/>
              <w:left w:w="120" w:type="dxa"/>
              <w:bottom w:w="80" w:type="dxa"/>
              <w:right w:w="120" w:type="dxa"/>
            </w:tcMar>
            <w:vAlign w:val="center"/>
          </w:tcPr>
          <w:p w14:paraId="08231268" w14:textId="77777777">
            <w:pPr>
              <w:spacing w:after="0" w:line="252" w:lineRule="auto"/>
              <w:jc w:val="right"/>
            </w:pPr>
            <w:r>
              <w:rPr>
                <w:color w:val="000000"/>
                <w:sz w:val="16"/>
              </w:rPr>
              <w:t>0.14</w:t>
            </w:r>
          </w:p>
        </w:tc>
        <w:tc>
          <w:tcPr>
            <w:tcW w:w="1656" w:type="dxa"/>
            <w:tcMar>
              <w:top w:w="80" w:type="dxa"/>
              <w:left w:w="120" w:type="dxa"/>
              <w:bottom w:w="80" w:type="dxa"/>
              <w:right w:w="120" w:type="dxa"/>
            </w:tcMar>
            <w:vAlign w:val="center"/>
          </w:tcPr>
          <w:p w14:paraId="4485DE7F" w14:textId="77777777">
            <w:pPr>
              <w:spacing w:after="0" w:line="252" w:lineRule="auto"/>
              <w:jc w:val="right"/>
            </w:pPr>
            <w:r>
              <w:rPr>
                <w:color w:val="000000"/>
                <w:sz w:val="16"/>
              </w:rPr>
              <w:t>0.59</w:t>
            </w:r>
          </w:p>
        </w:tc>
        <w:tc>
          <w:tcPr>
            <w:tcW w:w="1656" w:type="dxa"/>
            <w:tcMar>
              <w:top w:w="80" w:type="dxa"/>
              <w:left w:w="120" w:type="dxa"/>
              <w:bottom w:w="80" w:type="dxa"/>
              <w:right w:w="120" w:type="dxa"/>
            </w:tcMar>
            <w:vAlign w:val="center"/>
          </w:tcPr>
          <w:p w14:paraId="5EB5893F" w14:textId="77777777">
            <w:pPr>
              <w:spacing w:after="0" w:line="252" w:lineRule="auto"/>
              <w:jc w:val="right"/>
            </w:pPr>
            <w:r>
              <w:rPr>
                <w:color w:val="000000"/>
                <w:sz w:val="16"/>
              </w:rPr>
              <w:t>0.41</w:t>
            </w:r>
          </w:p>
        </w:tc>
      </w:tr>
      <w:tr w14:paraId="63D2011A" w14:textId="77777777">
        <w:tc>
          <w:tcPr>
            <w:tcW w:w="1728" w:type="dxa"/>
            <w:tcMar>
              <w:top w:w="80" w:type="dxa"/>
              <w:left w:w="120" w:type="dxa"/>
              <w:bottom w:w="80" w:type="dxa"/>
              <w:right w:w="120" w:type="dxa"/>
            </w:tcMar>
            <w:vAlign w:val="center"/>
          </w:tcPr>
          <w:p w14:paraId="5FF2EA4D" w14:textId="77777777">
            <w:pPr>
              <w:spacing w:after="0" w:line="252" w:lineRule="auto"/>
            </w:pPr>
            <w:r>
              <w:rPr>
                <w:color w:val="000000"/>
                <w:sz w:val="16"/>
              </w:rPr>
              <w:t>13</w:t>
            </w:r>
          </w:p>
        </w:tc>
        <w:tc>
          <w:tcPr>
            <w:tcW w:w="1440" w:type="dxa"/>
            <w:tcMar>
              <w:top w:w="80" w:type="dxa"/>
              <w:left w:w="120" w:type="dxa"/>
              <w:bottom w:w="80" w:type="dxa"/>
              <w:right w:w="120" w:type="dxa"/>
            </w:tcMar>
            <w:vAlign w:val="center"/>
          </w:tcPr>
          <w:p w14:paraId="05138715" w14:textId="77777777">
            <w:pPr>
              <w:spacing w:after="0" w:line="252" w:lineRule="auto"/>
              <w:jc w:val="right"/>
            </w:pPr>
            <w:r>
              <w:rPr>
                <w:color w:val="000000"/>
                <w:sz w:val="16"/>
              </w:rPr>
              <w:t>0.21</w:t>
            </w:r>
          </w:p>
        </w:tc>
        <w:tc>
          <w:tcPr>
            <w:tcW w:w="1440" w:type="dxa"/>
            <w:tcMar>
              <w:top w:w="80" w:type="dxa"/>
              <w:left w:w="120" w:type="dxa"/>
              <w:bottom w:w="80" w:type="dxa"/>
              <w:right w:w="120" w:type="dxa"/>
            </w:tcMar>
            <w:vAlign w:val="center"/>
          </w:tcPr>
          <w:p w14:paraId="5931F4D0" w14:textId="77777777">
            <w:pPr>
              <w:spacing w:after="0" w:line="252" w:lineRule="auto"/>
              <w:jc w:val="right"/>
            </w:pPr>
            <w:r>
              <w:rPr>
                <w:color w:val="000000"/>
                <w:sz w:val="16"/>
              </w:rPr>
              <w:t>0.62</w:t>
            </w:r>
          </w:p>
        </w:tc>
        <w:tc>
          <w:tcPr>
            <w:tcW w:w="1440" w:type="dxa"/>
            <w:tcMar>
              <w:top w:w="80" w:type="dxa"/>
              <w:left w:w="120" w:type="dxa"/>
              <w:bottom w:w="80" w:type="dxa"/>
              <w:right w:w="120" w:type="dxa"/>
            </w:tcMar>
            <w:vAlign w:val="center"/>
          </w:tcPr>
          <w:p w14:paraId="6C89B4A3" w14:textId="77777777">
            <w:pPr>
              <w:spacing w:after="0" w:line="252" w:lineRule="auto"/>
              <w:jc w:val="right"/>
            </w:pPr>
            <w:r>
              <w:rPr>
                <w:rFonts w:ascii="Times New Roman" w:hAnsi="Times New Roman"/>
                <w:sz w:val="16"/>
              </w:rPr>
              <w:t>−0.03</w:t>
            </w:r>
          </w:p>
        </w:tc>
        <w:tc>
          <w:tcPr>
            <w:tcW w:w="1656" w:type="dxa"/>
            <w:tcMar>
              <w:top w:w="80" w:type="dxa"/>
              <w:left w:w="120" w:type="dxa"/>
              <w:bottom w:w="80" w:type="dxa"/>
              <w:right w:w="120" w:type="dxa"/>
            </w:tcMar>
            <w:vAlign w:val="center"/>
          </w:tcPr>
          <w:p w14:paraId="79E3D2B0" w14:textId="77777777">
            <w:pPr>
              <w:spacing w:after="0" w:line="252" w:lineRule="auto"/>
              <w:jc w:val="right"/>
            </w:pPr>
            <w:r>
              <w:rPr>
                <w:color w:val="000000"/>
                <w:sz w:val="16"/>
              </w:rPr>
              <w:t>0.48</w:t>
            </w:r>
          </w:p>
        </w:tc>
        <w:tc>
          <w:tcPr>
            <w:tcW w:w="1656" w:type="dxa"/>
            <w:tcMar>
              <w:top w:w="80" w:type="dxa"/>
              <w:left w:w="120" w:type="dxa"/>
              <w:bottom w:w="80" w:type="dxa"/>
              <w:right w:w="120" w:type="dxa"/>
            </w:tcMar>
            <w:vAlign w:val="center"/>
          </w:tcPr>
          <w:p w14:paraId="3416A558" w14:textId="77777777">
            <w:pPr>
              <w:spacing w:after="0" w:line="252" w:lineRule="auto"/>
              <w:jc w:val="right"/>
            </w:pPr>
            <w:r>
              <w:rPr>
                <w:color w:val="000000"/>
                <w:sz w:val="16"/>
              </w:rPr>
              <w:t>0.52</w:t>
            </w:r>
          </w:p>
        </w:tc>
      </w:tr>
      <w:tr w14:paraId="063A1EAC" w14:textId="77777777">
        <w:tc>
          <w:tcPr>
            <w:tcW w:w="1728" w:type="dxa"/>
            <w:tcMar>
              <w:top w:w="80" w:type="dxa"/>
              <w:left w:w="120" w:type="dxa"/>
              <w:bottom w:w="80" w:type="dxa"/>
              <w:right w:w="120" w:type="dxa"/>
            </w:tcMar>
            <w:vAlign w:val="center"/>
          </w:tcPr>
          <w:p w14:paraId="0A811E03" w14:textId="77777777">
            <w:pPr>
              <w:spacing w:after="0" w:line="252" w:lineRule="auto"/>
            </w:pPr>
            <w:r>
              <w:rPr>
                <w:color w:val="000000"/>
                <w:sz w:val="16"/>
              </w:rPr>
              <w:t>14</w:t>
            </w:r>
          </w:p>
        </w:tc>
        <w:tc>
          <w:tcPr>
            <w:tcW w:w="1440" w:type="dxa"/>
            <w:tcMar>
              <w:top w:w="80" w:type="dxa"/>
              <w:left w:w="120" w:type="dxa"/>
              <w:bottom w:w="80" w:type="dxa"/>
              <w:right w:w="120" w:type="dxa"/>
            </w:tcMar>
            <w:vAlign w:val="center"/>
          </w:tcPr>
          <w:p w14:paraId="16690B38" w14:textId="77777777">
            <w:pPr>
              <w:spacing w:after="0" w:line="252" w:lineRule="auto"/>
              <w:jc w:val="right"/>
            </w:pPr>
            <w:r>
              <w:rPr>
                <w:color w:val="000000"/>
                <w:sz w:val="16"/>
              </w:rPr>
              <w:t>0.06</w:t>
            </w:r>
          </w:p>
        </w:tc>
        <w:tc>
          <w:tcPr>
            <w:tcW w:w="1440" w:type="dxa"/>
            <w:tcMar>
              <w:top w:w="80" w:type="dxa"/>
              <w:left w:w="120" w:type="dxa"/>
              <w:bottom w:w="80" w:type="dxa"/>
              <w:right w:w="120" w:type="dxa"/>
            </w:tcMar>
            <w:vAlign w:val="center"/>
          </w:tcPr>
          <w:p w14:paraId="56E02AAD" w14:textId="77777777">
            <w:pPr>
              <w:spacing w:after="0" w:line="252" w:lineRule="auto"/>
              <w:jc w:val="right"/>
            </w:pPr>
            <w:r>
              <w:rPr>
                <w:color w:val="000000"/>
                <w:sz w:val="16"/>
              </w:rPr>
              <w:t>0.05</w:t>
            </w:r>
          </w:p>
        </w:tc>
        <w:tc>
          <w:tcPr>
            <w:tcW w:w="1440" w:type="dxa"/>
            <w:tcMar>
              <w:top w:w="80" w:type="dxa"/>
              <w:left w:w="120" w:type="dxa"/>
              <w:bottom w:w="80" w:type="dxa"/>
              <w:right w:w="120" w:type="dxa"/>
            </w:tcMar>
            <w:vAlign w:val="center"/>
          </w:tcPr>
          <w:p w14:paraId="70D205B0" w14:textId="77777777">
            <w:pPr>
              <w:spacing w:after="0" w:line="252" w:lineRule="auto"/>
              <w:jc w:val="right"/>
            </w:pPr>
            <w:r>
              <w:rPr>
                <w:color w:val="000000"/>
                <w:sz w:val="16"/>
              </w:rPr>
              <w:t>0.43</w:t>
            </w:r>
          </w:p>
        </w:tc>
        <w:tc>
          <w:tcPr>
            <w:tcW w:w="1656" w:type="dxa"/>
            <w:tcMar>
              <w:top w:w="80" w:type="dxa"/>
              <w:left w:w="120" w:type="dxa"/>
              <w:bottom w:w="80" w:type="dxa"/>
              <w:right w:w="120" w:type="dxa"/>
            </w:tcMar>
            <w:vAlign w:val="center"/>
          </w:tcPr>
          <w:p w14:paraId="44311EC8" w14:textId="77777777">
            <w:pPr>
              <w:spacing w:after="0" w:line="252" w:lineRule="auto"/>
              <w:jc w:val="right"/>
            </w:pPr>
            <w:r>
              <w:rPr>
                <w:color w:val="000000"/>
                <w:sz w:val="16"/>
              </w:rPr>
              <w:t>0.23</w:t>
            </w:r>
          </w:p>
        </w:tc>
        <w:tc>
          <w:tcPr>
            <w:tcW w:w="1656" w:type="dxa"/>
            <w:tcMar>
              <w:top w:w="80" w:type="dxa"/>
              <w:left w:w="120" w:type="dxa"/>
              <w:bottom w:w="80" w:type="dxa"/>
              <w:right w:w="120" w:type="dxa"/>
            </w:tcMar>
            <w:vAlign w:val="center"/>
          </w:tcPr>
          <w:p w14:paraId="2B76C396" w14:textId="77777777">
            <w:pPr>
              <w:spacing w:after="0" w:line="252" w:lineRule="auto"/>
              <w:jc w:val="right"/>
            </w:pPr>
            <w:r>
              <w:rPr>
                <w:color w:val="000000"/>
                <w:sz w:val="16"/>
              </w:rPr>
              <w:t>0.77</w:t>
            </w:r>
          </w:p>
        </w:tc>
      </w:tr>
      <w:tr w14:paraId="66C8A227" w14:textId="77777777">
        <w:tc>
          <w:tcPr>
            <w:tcW w:w="1728" w:type="dxa"/>
            <w:tcMar>
              <w:top w:w="80" w:type="dxa"/>
              <w:left w:w="120" w:type="dxa"/>
              <w:bottom w:w="80" w:type="dxa"/>
              <w:right w:w="120" w:type="dxa"/>
            </w:tcMar>
            <w:vAlign w:val="center"/>
          </w:tcPr>
          <w:p w14:paraId="7EB76367" w14:textId="77777777">
            <w:pPr>
              <w:spacing w:after="0" w:line="252" w:lineRule="auto"/>
            </w:pPr>
            <w:r>
              <w:rPr>
                <w:color w:val="000000"/>
                <w:sz w:val="16"/>
              </w:rPr>
              <w:t>15</w:t>
            </w:r>
          </w:p>
        </w:tc>
        <w:tc>
          <w:tcPr>
            <w:tcW w:w="1440" w:type="dxa"/>
            <w:tcMar>
              <w:top w:w="80" w:type="dxa"/>
              <w:left w:w="120" w:type="dxa"/>
              <w:bottom w:w="80" w:type="dxa"/>
              <w:right w:w="120" w:type="dxa"/>
            </w:tcMar>
            <w:vAlign w:val="center"/>
          </w:tcPr>
          <w:p w14:paraId="5C6D6C17" w14:textId="77777777">
            <w:pPr>
              <w:spacing w:after="0" w:line="252" w:lineRule="auto"/>
              <w:jc w:val="right"/>
            </w:pPr>
            <w:r>
              <w:rPr>
                <w:rFonts w:ascii="Times New Roman" w:hAnsi="Times New Roman"/>
                <w:sz w:val="16"/>
              </w:rPr>
              <w:t>−0.19</w:t>
            </w:r>
          </w:p>
        </w:tc>
        <w:tc>
          <w:tcPr>
            <w:tcW w:w="1440" w:type="dxa"/>
            <w:tcMar>
              <w:top w:w="80" w:type="dxa"/>
              <w:left w:w="120" w:type="dxa"/>
              <w:bottom w:w="80" w:type="dxa"/>
              <w:right w:w="120" w:type="dxa"/>
            </w:tcMar>
            <w:vAlign w:val="center"/>
          </w:tcPr>
          <w:p w14:paraId="6CD889FE" w14:textId="77777777">
            <w:pPr>
              <w:spacing w:after="0" w:line="252" w:lineRule="auto"/>
              <w:jc w:val="right"/>
            </w:pPr>
            <w:r>
              <w:rPr>
                <w:color w:val="000000"/>
                <w:sz w:val="16"/>
              </w:rPr>
              <w:t>0.17</w:t>
            </w:r>
          </w:p>
        </w:tc>
        <w:tc>
          <w:tcPr>
            <w:tcW w:w="1440" w:type="dxa"/>
            <w:tcMar>
              <w:top w:w="80" w:type="dxa"/>
              <w:left w:w="120" w:type="dxa"/>
              <w:bottom w:w="80" w:type="dxa"/>
              <w:right w:w="120" w:type="dxa"/>
            </w:tcMar>
            <w:vAlign w:val="center"/>
          </w:tcPr>
          <w:p w14:paraId="4A32B4BB" w14:textId="77777777">
            <w:pPr>
              <w:spacing w:after="0" w:line="252" w:lineRule="auto"/>
              <w:jc w:val="right"/>
            </w:pPr>
            <w:r>
              <w:rPr>
                <w:rFonts w:ascii="Times New Roman" w:hAnsi="Times New Roman"/>
                <w:sz w:val="16"/>
              </w:rPr>
              <w:t>−0.18</w:t>
            </w:r>
          </w:p>
        </w:tc>
        <w:tc>
          <w:tcPr>
            <w:tcW w:w="1656" w:type="dxa"/>
            <w:tcMar>
              <w:top w:w="80" w:type="dxa"/>
              <w:left w:w="120" w:type="dxa"/>
              <w:bottom w:w="80" w:type="dxa"/>
              <w:right w:w="120" w:type="dxa"/>
            </w:tcMar>
            <w:vAlign w:val="center"/>
          </w:tcPr>
          <w:p w14:paraId="164C53A9" w14:textId="77777777">
            <w:pPr>
              <w:spacing w:after="0" w:line="252" w:lineRule="auto"/>
              <w:jc w:val="right"/>
            </w:pPr>
            <w:r>
              <w:rPr>
                <w:color w:val="000000"/>
                <w:sz w:val="16"/>
              </w:rPr>
              <w:t>0.09</w:t>
            </w:r>
          </w:p>
        </w:tc>
        <w:tc>
          <w:tcPr>
            <w:tcW w:w="1656" w:type="dxa"/>
            <w:tcMar>
              <w:top w:w="80" w:type="dxa"/>
              <w:left w:w="120" w:type="dxa"/>
              <w:bottom w:w="80" w:type="dxa"/>
              <w:right w:w="120" w:type="dxa"/>
            </w:tcMar>
            <w:vAlign w:val="center"/>
          </w:tcPr>
          <w:p w14:paraId="09323930" w14:textId="77777777">
            <w:pPr>
              <w:spacing w:after="0" w:line="252" w:lineRule="auto"/>
              <w:jc w:val="right"/>
            </w:pPr>
            <w:r>
              <w:rPr>
                <w:color w:val="000000"/>
                <w:sz w:val="16"/>
              </w:rPr>
              <w:t>0.91</w:t>
            </w:r>
          </w:p>
        </w:tc>
      </w:tr>
      <w:tr w14:paraId="6638F19F" w14:textId="77777777">
        <w:tc>
          <w:tcPr>
            <w:tcW w:w="1728" w:type="dxa"/>
            <w:tcMar>
              <w:top w:w="80" w:type="dxa"/>
              <w:left w:w="120" w:type="dxa"/>
              <w:bottom w:w="80" w:type="dxa"/>
              <w:right w:w="120" w:type="dxa"/>
            </w:tcMar>
            <w:vAlign w:val="center"/>
          </w:tcPr>
          <w:p w14:paraId="3A01A974" w14:textId="77777777">
            <w:pPr>
              <w:spacing w:after="0" w:line="252" w:lineRule="auto"/>
            </w:pPr>
            <w:r>
              <w:rPr>
                <w:color w:val="000000"/>
                <w:sz w:val="16"/>
              </w:rPr>
              <w:t>16</w:t>
            </w:r>
          </w:p>
        </w:tc>
        <w:tc>
          <w:tcPr>
            <w:tcW w:w="1440" w:type="dxa"/>
            <w:tcMar>
              <w:top w:w="80" w:type="dxa"/>
              <w:left w:w="120" w:type="dxa"/>
              <w:bottom w:w="80" w:type="dxa"/>
              <w:right w:w="120" w:type="dxa"/>
            </w:tcMar>
            <w:vAlign w:val="center"/>
          </w:tcPr>
          <w:p w14:paraId="6CCEA792" w14:textId="77777777">
            <w:pPr>
              <w:spacing w:after="0" w:line="252" w:lineRule="auto"/>
              <w:jc w:val="right"/>
            </w:pPr>
            <w:r>
              <w:rPr>
                <w:color w:val="000000"/>
                <w:sz w:val="16"/>
              </w:rPr>
              <w:t>0.58</w:t>
            </w:r>
          </w:p>
        </w:tc>
        <w:tc>
          <w:tcPr>
            <w:tcW w:w="1440" w:type="dxa"/>
            <w:tcMar>
              <w:top w:w="80" w:type="dxa"/>
              <w:left w:w="120" w:type="dxa"/>
              <w:bottom w:w="80" w:type="dxa"/>
              <w:right w:w="120" w:type="dxa"/>
            </w:tcMar>
            <w:vAlign w:val="center"/>
          </w:tcPr>
          <w:p w14:paraId="4EFF8379" w14:textId="77777777">
            <w:pPr>
              <w:spacing w:after="0" w:line="252" w:lineRule="auto"/>
              <w:jc w:val="right"/>
            </w:pPr>
            <w:r>
              <w:rPr>
                <w:color w:val="000000"/>
                <w:sz w:val="16"/>
              </w:rPr>
              <w:t>0.19</w:t>
            </w:r>
          </w:p>
        </w:tc>
        <w:tc>
          <w:tcPr>
            <w:tcW w:w="1440" w:type="dxa"/>
            <w:tcMar>
              <w:top w:w="80" w:type="dxa"/>
              <w:left w:w="120" w:type="dxa"/>
              <w:bottom w:w="80" w:type="dxa"/>
              <w:right w:w="120" w:type="dxa"/>
            </w:tcMar>
            <w:vAlign w:val="center"/>
          </w:tcPr>
          <w:p w14:paraId="3B63A77A" w14:textId="77777777">
            <w:pPr>
              <w:spacing w:after="0" w:line="252" w:lineRule="auto"/>
              <w:jc w:val="right"/>
            </w:pPr>
            <w:r>
              <w:rPr>
                <w:color w:val="000000"/>
                <w:sz w:val="16"/>
              </w:rPr>
              <w:t>0.24</w:t>
            </w:r>
          </w:p>
        </w:tc>
        <w:tc>
          <w:tcPr>
            <w:tcW w:w="1656" w:type="dxa"/>
            <w:tcMar>
              <w:top w:w="80" w:type="dxa"/>
              <w:left w:w="120" w:type="dxa"/>
              <w:bottom w:w="80" w:type="dxa"/>
              <w:right w:w="120" w:type="dxa"/>
            </w:tcMar>
            <w:vAlign w:val="center"/>
          </w:tcPr>
          <w:p w14:paraId="791CCA16" w14:textId="77777777">
            <w:pPr>
              <w:spacing w:after="0" w:line="252" w:lineRule="auto"/>
              <w:jc w:val="right"/>
            </w:pPr>
            <w:r>
              <w:rPr>
                <w:color w:val="000000"/>
                <w:sz w:val="16"/>
              </w:rPr>
              <w:t>0.62</w:t>
            </w:r>
          </w:p>
        </w:tc>
        <w:tc>
          <w:tcPr>
            <w:tcW w:w="1656" w:type="dxa"/>
            <w:tcMar>
              <w:top w:w="80" w:type="dxa"/>
              <w:left w:w="120" w:type="dxa"/>
              <w:bottom w:w="80" w:type="dxa"/>
              <w:right w:w="120" w:type="dxa"/>
            </w:tcMar>
            <w:vAlign w:val="center"/>
          </w:tcPr>
          <w:p w14:paraId="608194DE" w14:textId="77777777">
            <w:pPr>
              <w:spacing w:after="0" w:line="252" w:lineRule="auto"/>
              <w:jc w:val="right"/>
            </w:pPr>
            <w:r>
              <w:rPr>
                <w:color w:val="000000"/>
                <w:sz w:val="16"/>
              </w:rPr>
              <w:t>0.38</w:t>
            </w:r>
          </w:p>
        </w:tc>
      </w:tr>
      <w:tr w14:paraId="485DC720" w14:textId="77777777">
        <w:tc>
          <w:tcPr>
            <w:tcW w:w="1728" w:type="dxa"/>
            <w:tcMar>
              <w:top w:w="80" w:type="dxa"/>
              <w:left w:w="120" w:type="dxa"/>
              <w:bottom w:w="80" w:type="dxa"/>
              <w:right w:w="120" w:type="dxa"/>
            </w:tcMar>
            <w:vAlign w:val="center"/>
          </w:tcPr>
          <w:p w14:paraId="319A4CF6" w14:textId="77777777">
            <w:pPr>
              <w:spacing w:after="0" w:line="252" w:lineRule="auto"/>
            </w:pPr>
            <w:r>
              <w:rPr>
                <w:color w:val="000000"/>
                <w:sz w:val="16"/>
              </w:rPr>
              <w:t>17</w:t>
            </w:r>
          </w:p>
        </w:tc>
        <w:tc>
          <w:tcPr>
            <w:tcW w:w="1440" w:type="dxa"/>
            <w:tcMar>
              <w:top w:w="80" w:type="dxa"/>
              <w:left w:w="120" w:type="dxa"/>
              <w:bottom w:w="80" w:type="dxa"/>
              <w:right w:w="120" w:type="dxa"/>
            </w:tcMar>
            <w:vAlign w:val="center"/>
          </w:tcPr>
          <w:p w14:paraId="078737F0" w14:textId="77777777">
            <w:pPr>
              <w:spacing w:after="0" w:line="252" w:lineRule="auto"/>
              <w:jc w:val="right"/>
            </w:pPr>
            <w:r>
              <w:rPr>
                <w:rFonts w:ascii="Times New Roman" w:hAnsi="Times New Roman"/>
                <w:sz w:val="16"/>
              </w:rPr>
              <w:t>−0.31</w:t>
            </w:r>
          </w:p>
        </w:tc>
        <w:tc>
          <w:tcPr>
            <w:tcW w:w="1440" w:type="dxa"/>
            <w:tcMar>
              <w:top w:w="80" w:type="dxa"/>
              <w:left w:w="120" w:type="dxa"/>
              <w:bottom w:w="80" w:type="dxa"/>
              <w:right w:w="120" w:type="dxa"/>
            </w:tcMar>
            <w:vAlign w:val="center"/>
          </w:tcPr>
          <w:p w14:paraId="69799900" w14:textId="77777777">
            <w:pPr>
              <w:spacing w:after="0" w:line="252" w:lineRule="auto"/>
              <w:jc w:val="right"/>
            </w:pPr>
            <w:r>
              <w:rPr>
                <w:color w:val="000000"/>
                <w:sz w:val="16"/>
              </w:rPr>
              <w:t>0.71</w:t>
            </w:r>
          </w:p>
        </w:tc>
        <w:tc>
          <w:tcPr>
            <w:tcW w:w="1440" w:type="dxa"/>
            <w:tcMar>
              <w:top w:w="80" w:type="dxa"/>
              <w:left w:w="120" w:type="dxa"/>
              <w:bottom w:w="80" w:type="dxa"/>
              <w:right w:w="120" w:type="dxa"/>
            </w:tcMar>
            <w:vAlign w:val="center"/>
          </w:tcPr>
          <w:p w14:paraId="78EF7248" w14:textId="77777777">
            <w:pPr>
              <w:spacing w:after="0" w:line="252" w:lineRule="auto"/>
              <w:jc w:val="right"/>
            </w:pPr>
            <w:r>
              <w:rPr>
                <w:color w:val="000000"/>
                <w:sz w:val="16"/>
              </w:rPr>
              <w:t>0.20</w:t>
            </w:r>
          </w:p>
        </w:tc>
        <w:tc>
          <w:tcPr>
            <w:tcW w:w="1656" w:type="dxa"/>
            <w:tcMar>
              <w:top w:w="80" w:type="dxa"/>
              <w:left w:w="120" w:type="dxa"/>
              <w:bottom w:w="80" w:type="dxa"/>
              <w:right w:w="120" w:type="dxa"/>
            </w:tcMar>
            <w:vAlign w:val="center"/>
          </w:tcPr>
          <w:p w14:paraId="150039D5" w14:textId="77777777">
            <w:pPr>
              <w:spacing w:after="0" w:line="252" w:lineRule="auto"/>
              <w:jc w:val="right"/>
            </w:pPr>
            <w:r>
              <w:rPr>
                <w:color w:val="000000"/>
                <w:sz w:val="16"/>
              </w:rPr>
              <w:t>0.59</w:t>
            </w:r>
          </w:p>
        </w:tc>
        <w:tc>
          <w:tcPr>
            <w:tcW w:w="1656" w:type="dxa"/>
            <w:tcMar>
              <w:top w:w="80" w:type="dxa"/>
              <w:left w:w="120" w:type="dxa"/>
              <w:bottom w:w="80" w:type="dxa"/>
              <w:right w:w="120" w:type="dxa"/>
            </w:tcMar>
            <w:vAlign w:val="center"/>
          </w:tcPr>
          <w:p w14:paraId="44B755A7" w14:textId="77777777">
            <w:pPr>
              <w:spacing w:after="0" w:line="252" w:lineRule="auto"/>
              <w:jc w:val="right"/>
            </w:pPr>
            <w:r>
              <w:rPr>
                <w:color w:val="000000"/>
                <w:sz w:val="16"/>
              </w:rPr>
              <w:t>0.41</w:t>
            </w:r>
          </w:p>
        </w:tc>
      </w:tr>
      <w:tr w14:paraId="48EFE217" w14:textId="77777777">
        <w:tc>
          <w:tcPr>
            <w:tcW w:w="1728" w:type="dxa"/>
            <w:tcMar>
              <w:top w:w="80" w:type="dxa"/>
              <w:left w:w="120" w:type="dxa"/>
              <w:bottom w:w="80" w:type="dxa"/>
              <w:right w:w="120" w:type="dxa"/>
            </w:tcMar>
            <w:vAlign w:val="center"/>
          </w:tcPr>
          <w:p w14:paraId="50AD0033" w14:textId="77777777">
            <w:pPr>
              <w:spacing w:after="0" w:line="252" w:lineRule="auto"/>
            </w:pPr>
            <w:r>
              <w:rPr>
                <w:color w:val="000000"/>
                <w:sz w:val="16"/>
              </w:rPr>
              <w:t>18</w:t>
            </w:r>
          </w:p>
        </w:tc>
        <w:tc>
          <w:tcPr>
            <w:tcW w:w="1440" w:type="dxa"/>
            <w:tcMar>
              <w:top w:w="80" w:type="dxa"/>
              <w:left w:w="120" w:type="dxa"/>
              <w:bottom w:w="80" w:type="dxa"/>
              <w:right w:w="120" w:type="dxa"/>
            </w:tcMar>
            <w:vAlign w:val="center"/>
          </w:tcPr>
          <w:p w14:paraId="17ED7BBF" w14:textId="77777777">
            <w:pPr>
              <w:spacing w:after="0" w:line="252" w:lineRule="auto"/>
              <w:jc w:val="right"/>
            </w:pPr>
            <w:r>
              <w:rPr>
                <w:color w:val="000000"/>
                <w:sz w:val="16"/>
              </w:rPr>
              <w:t>0.22</w:t>
            </w:r>
          </w:p>
        </w:tc>
        <w:tc>
          <w:tcPr>
            <w:tcW w:w="1440" w:type="dxa"/>
            <w:tcMar>
              <w:top w:w="80" w:type="dxa"/>
              <w:left w:w="120" w:type="dxa"/>
              <w:bottom w:w="80" w:type="dxa"/>
              <w:right w:w="120" w:type="dxa"/>
            </w:tcMar>
            <w:vAlign w:val="center"/>
          </w:tcPr>
          <w:p w14:paraId="0CB1125A" w14:textId="77777777">
            <w:pPr>
              <w:spacing w:after="0" w:line="252" w:lineRule="auto"/>
              <w:jc w:val="right"/>
            </w:pPr>
            <w:r>
              <w:rPr>
                <w:color w:val="000000"/>
                <w:sz w:val="16"/>
              </w:rPr>
              <w:t>0.65</w:t>
            </w:r>
          </w:p>
        </w:tc>
        <w:tc>
          <w:tcPr>
            <w:tcW w:w="1440" w:type="dxa"/>
            <w:tcMar>
              <w:top w:w="80" w:type="dxa"/>
              <w:left w:w="120" w:type="dxa"/>
              <w:bottom w:w="80" w:type="dxa"/>
              <w:right w:w="120" w:type="dxa"/>
            </w:tcMar>
            <w:vAlign w:val="center"/>
          </w:tcPr>
          <w:p w14:paraId="0019B082" w14:textId="77777777">
            <w:pPr>
              <w:spacing w:after="0" w:line="252" w:lineRule="auto"/>
              <w:jc w:val="right"/>
            </w:pPr>
            <w:r>
              <w:rPr>
                <w:color w:val="000000"/>
                <w:sz w:val="16"/>
              </w:rPr>
              <w:t>0.05</w:t>
            </w:r>
          </w:p>
        </w:tc>
        <w:tc>
          <w:tcPr>
            <w:tcW w:w="1656" w:type="dxa"/>
            <w:tcMar>
              <w:top w:w="80" w:type="dxa"/>
              <w:left w:w="120" w:type="dxa"/>
              <w:bottom w:w="80" w:type="dxa"/>
              <w:right w:w="120" w:type="dxa"/>
            </w:tcMar>
            <w:vAlign w:val="center"/>
          </w:tcPr>
          <w:p w14:paraId="74952C56" w14:textId="77777777">
            <w:pPr>
              <w:spacing w:after="0" w:line="252" w:lineRule="auto"/>
              <w:jc w:val="right"/>
            </w:pPr>
            <w:r>
              <w:rPr>
                <w:color w:val="000000"/>
                <w:sz w:val="16"/>
              </w:rPr>
              <w:t>0.58</w:t>
            </w:r>
          </w:p>
        </w:tc>
        <w:tc>
          <w:tcPr>
            <w:tcW w:w="1656" w:type="dxa"/>
            <w:tcMar>
              <w:top w:w="80" w:type="dxa"/>
              <w:left w:w="120" w:type="dxa"/>
              <w:bottom w:w="80" w:type="dxa"/>
              <w:right w:w="120" w:type="dxa"/>
            </w:tcMar>
            <w:vAlign w:val="center"/>
          </w:tcPr>
          <w:p w14:paraId="19D2D987" w14:textId="77777777">
            <w:pPr>
              <w:spacing w:after="0" w:line="252" w:lineRule="auto"/>
              <w:jc w:val="right"/>
            </w:pPr>
            <w:r>
              <w:rPr>
                <w:color w:val="000000"/>
                <w:sz w:val="16"/>
              </w:rPr>
              <w:t>0.42</w:t>
            </w:r>
          </w:p>
        </w:tc>
      </w:tr>
    </w:tbl>
    <w:p w14:paraId="35C16239" w14:textId="77777777">
      <w:pPr>
        <w:spacing w:before="100" w:after="160"/>
      </w:pPr>
      <w:r>
        <w:rPr>
          <w:rFonts w:ascii="Times New Roman" w:hAnsi="Times New Roman"/>
          <w:b/>
          <w:i/>
          <w:color w:val="000000"/>
          <w:sz w:val="18"/>
        </w:rPr>
        <w:t xml:space="preserve">Note. </w:t>
      </w:r>
      <w:r>
        <w:rPr>
          <w:rFonts w:ascii="Times New Roman" w:hAnsi="Times New Roman"/>
          <w:i/>
          <w:color w:val="000000"/>
          <w:sz w:val="18"/>
        </w:rPr>
        <w:t>Minimum-residual extraction with oblimin rotation. Parallel analysis (500 replications) recommended three factors; this EFA is exploratory and uses the same sample as the CFA.</w:t>
      </w:r>
    </w:p>
    <w:p w14:paraId="56E204B0" w14:textId="77777777">
      <w:pPr>
        <w:pStyle w:val="Heading1"/>
      </w:pPr>
      <w:r>
        <w:t>S4. Primary model and diagnostics</w:t>
      </w:r>
    </w:p>
    <w:p w14:paraId="37DAC7ED" w14:textId="77777777">
      <w:pPr>
        <w:keepNext/>
        <w:spacing w:before="80" w:after="80"/>
      </w:pPr>
      <w:r>
        <w:rPr>
          <w:b/>
          <w:color w:val="000000"/>
          <w:sz w:val="21"/>
        </w:rPr>
        <w:t xml:space="preserve">Supplementary Table S8. </w:t>
      </w:r>
      <w:r>
        <w:rPr>
          <w:i/>
          <w:color w:val="000000"/>
          <w:sz w:val="21"/>
        </w:rPr>
        <w:t>Fully adjusted primary model coefficients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3528"/>
        <w:gridCol w:w="936"/>
        <w:gridCol w:w="1080"/>
        <w:gridCol w:w="2088"/>
        <w:gridCol w:w="936"/>
        <w:gridCol w:w="792"/>
      </w:tblGrid>
      <w:tr w14:paraId="3FD09254" w14:textId="77777777">
        <w:trPr>
          <w:tblHeader/>
        </w:trPr>
        <w:tc>
          <w:tcPr>
            <w:tcW w:w="3528" w:type="dxa"/>
            <w:tcMar>
              <w:top w:w="80" w:type="dxa"/>
              <w:left w:w="120" w:type="dxa"/>
              <w:bottom w:w="80" w:type="dxa"/>
              <w:right w:w="120" w:type="dxa"/>
            </w:tcMar>
            <w:vAlign w:val="center"/>
          </w:tcPr>
          <w:p w14:paraId="5F34AFD4" w14:textId="77777777">
            <w:pPr>
              <w:spacing w:after="0" w:line="252" w:lineRule="auto"/>
            </w:pPr>
            <w:r>
              <w:rPr>
                <w:b/>
                <w:color w:val="000000"/>
                <w:sz w:val="16"/>
              </w:rPr>
              <w:t>Term</w:t>
            </w:r>
          </w:p>
        </w:tc>
        <w:tc>
          <w:tcPr>
            <w:tcW w:w="936" w:type="dxa"/>
            <w:tcMar>
              <w:top w:w="80" w:type="dxa"/>
              <w:left w:w="120" w:type="dxa"/>
              <w:bottom w:w="80" w:type="dxa"/>
              <w:right w:w="120" w:type="dxa"/>
            </w:tcMar>
            <w:vAlign w:val="center"/>
          </w:tcPr>
          <w:p w14:paraId="034A44F7" w14:textId="77777777">
            <w:pPr>
              <w:spacing w:after="0" w:line="252" w:lineRule="auto"/>
              <w:jc w:val="right"/>
            </w:pPr>
            <w:r>
              <w:rPr>
                <w:b/>
                <w:color w:val="000000"/>
                <w:sz w:val="16"/>
              </w:rPr>
              <w:t>B</w:t>
            </w:r>
          </w:p>
        </w:tc>
        <w:tc>
          <w:tcPr>
            <w:tcW w:w="1080" w:type="dxa"/>
            <w:tcMar>
              <w:top w:w="80" w:type="dxa"/>
              <w:left w:w="120" w:type="dxa"/>
              <w:bottom w:w="80" w:type="dxa"/>
              <w:right w:w="120" w:type="dxa"/>
            </w:tcMar>
            <w:vAlign w:val="center"/>
          </w:tcPr>
          <w:p w14:paraId="53446F40" w14:textId="77777777">
            <w:pPr>
              <w:spacing w:after="0" w:line="252" w:lineRule="auto"/>
              <w:jc w:val="right"/>
            </w:pPr>
            <w:r>
              <w:rPr>
                <w:b/>
                <w:color w:val="000000"/>
                <w:sz w:val="16"/>
              </w:rPr>
              <w:t>HC3 SE</w:t>
            </w:r>
          </w:p>
        </w:tc>
        <w:tc>
          <w:tcPr>
            <w:tcW w:w="2088" w:type="dxa"/>
            <w:tcMar>
              <w:top w:w="80" w:type="dxa"/>
              <w:left w:w="120" w:type="dxa"/>
              <w:bottom w:w="80" w:type="dxa"/>
              <w:right w:w="120" w:type="dxa"/>
            </w:tcMar>
            <w:vAlign w:val="center"/>
          </w:tcPr>
          <w:p w14:paraId="036CDAF3" w14:textId="77777777">
            <w:pPr>
              <w:spacing w:after="0" w:line="252" w:lineRule="auto"/>
              <w:jc w:val="center"/>
            </w:pPr>
            <w:r>
              <w:rPr>
                <w:b/>
                <w:color w:val="000000"/>
                <w:sz w:val="16"/>
              </w:rPr>
              <w:t>95% CI</w:t>
            </w:r>
          </w:p>
        </w:tc>
        <w:tc>
          <w:tcPr>
            <w:tcW w:w="936" w:type="dxa"/>
            <w:tcMar>
              <w:top w:w="80" w:type="dxa"/>
              <w:left w:w="120" w:type="dxa"/>
              <w:bottom w:w="80" w:type="dxa"/>
              <w:right w:w="120" w:type="dxa"/>
            </w:tcMar>
            <w:vAlign w:val="center"/>
          </w:tcPr>
          <w:p w14:paraId="02184797" w14:textId="77777777">
            <w:pPr>
              <w:spacing w:after="0" w:line="252" w:lineRule="auto"/>
              <w:jc w:val="right"/>
            </w:pPr>
            <w:r>
              <w:rPr>
                <w:b/>
                <w:color w:val="000000"/>
                <w:sz w:val="16"/>
              </w:rPr>
              <w:t>p</w:t>
            </w:r>
          </w:p>
        </w:tc>
        <w:tc>
          <w:tcPr>
            <w:tcW w:w="792" w:type="dxa"/>
            <w:tcMar>
              <w:top w:w="80" w:type="dxa"/>
              <w:left w:w="120" w:type="dxa"/>
              <w:bottom w:w="80" w:type="dxa"/>
              <w:right w:w="120" w:type="dxa"/>
            </w:tcMar>
            <w:vAlign w:val="center"/>
          </w:tcPr>
          <w:p w14:paraId="787F1EE1" w14:textId="77777777">
            <w:pPr>
              <w:spacing w:after="0" w:line="252" w:lineRule="auto"/>
              <w:jc w:val="right"/>
            </w:pPr>
            <w:r>
              <w:rPr>
                <w:b/>
                <w:color w:val="000000"/>
                <w:sz w:val="16"/>
              </w:rPr>
              <w:t>N</w:t>
            </w:r>
          </w:p>
        </w:tc>
      </w:tr>
      <w:tr w14:paraId="2AC6DD8A" w14:textId="77777777">
        <w:tc>
          <w:tcPr>
            <w:tcW w:w="3528" w:type="dxa"/>
            <w:tcMar>
              <w:top w:w="80" w:type="dxa"/>
              <w:left w:w="120" w:type="dxa"/>
              <w:bottom w:w="80" w:type="dxa"/>
              <w:right w:w="120" w:type="dxa"/>
            </w:tcMar>
            <w:vAlign w:val="center"/>
          </w:tcPr>
          <w:p w14:paraId="3F8A8359" w14:textId="77777777">
            <w:pPr>
              <w:spacing w:after="0" w:line="252" w:lineRule="auto"/>
            </w:pPr>
            <w:r>
              <w:rPr>
                <w:color w:val="000000"/>
                <w:sz w:val="16"/>
              </w:rPr>
              <w:t>Intercept</w:t>
            </w:r>
          </w:p>
        </w:tc>
        <w:tc>
          <w:tcPr>
            <w:tcW w:w="936" w:type="dxa"/>
            <w:tcMar>
              <w:top w:w="80" w:type="dxa"/>
              <w:left w:w="120" w:type="dxa"/>
              <w:bottom w:w="80" w:type="dxa"/>
              <w:right w:w="120" w:type="dxa"/>
            </w:tcMar>
            <w:vAlign w:val="center"/>
          </w:tcPr>
          <w:p w14:paraId="3FDDB736" w14:textId="77777777">
            <w:pPr>
              <w:spacing w:after="0" w:line="252" w:lineRule="auto"/>
              <w:jc w:val="right"/>
            </w:pPr>
            <w:r>
              <w:rPr>
                <w:color w:val="000000"/>
                <w:sz w:val="16"/>
              </w:rPr>
              <w:t>60.68</w:t>
            </w:r>
          </w:p>
        </w:tc>
        <w:tc>
          <w:tcPr>
            <w:tcW w:w="1080" w:type="dxa"/>
            <w:tcMar>
              <w:top w:w="80" w:type="dxa"/>
              <w:left w:w="120" w:type="dxa"/>
              <w:bottom w:w="80" w:type="dxa"/>
              <w:right w:w="120" w:type="dxa"/>
            </w:tcMar>
            <w:vAlign w:val="center"/>
          </w:tcPr>
          <w:p w14:paraId="37CA7034" w14:textId="77777777">
            <w:pPr>
              <w:spacing w:after="0" w:line="252" w:lineRule="auto"/>
              <w:jc w:val="right"/>
            </w:pPr>
            <w:r>
              <w:rPr>
                <w:color w:val="000000"/>
                <w:sz w:val="16"/>
              </w:rPr>
              <w:t>1.75</w:t>
            </w:r>
          </w:p>
        </w:tc>
        <w:tc>
          <w:tcPr>
            <w:tcW w:w="2088" w:type="dxa"/>
            <w:tcMar>
              <w:top w:w="80" w:type="dxa"/>
              <w:left w:w="120" w:type="dxa"/>
              <w:bottom w:w="80" w:type="dxa"/>
              <w:right w:w="120" w:type="dxa"/>
            </w:tcMar>
            <w:vAlign w:val="center"/>
          </w:tcPr>
          <w:p w14:paraId="6C3F4FB5" w14:textId="77777777">
            <w:pPr>
              <w:spacing w:after="0" w:line="252" w:lineRule="auto"/>
              <w:jc w:val="center"/>
            </w:pPr>
            <w:r>
              <w:rPr>
                <w:color w:val="000000"/>
                <w:sz w:val="16"/>
              </w:rPr>
              <w:t>57.22 to 64.14</w:t>
            </w:r>
          </w:p>
        </w:tc>
        <w:tc>
          <w:tcPr>
            <w:tcW w:w="936" w:type="dxa"/>
            <w:tcMar>
              <w:top w:w="80" w:type="dxa"/>
              <w:left w:w="120" w:type="dxa"/>
              <w:bottom w:w="80" w:type="dxa"/>
              <w:right w:w="120" w:type="dxa"/>
            </w:tcMar>
            <w:vAlign w:val="center"/>
          </w:tcPr>
          <w:p w14:paraId="53E1C445" w14:textId="77777777">
            <w:pPr>
              <w:spacing w:after="0" w:line="252" w:lineRule="auto"/>
              <w:jc w:val="right"/>
            </w:pPr>
            <w:r>
              <w:rPr>
                <w:color w:val="000000"/>
                <w:sz w:val="16"/>
              </w:rPr>
              <w:t>&lt;.001</w:t>
            </w:r>
          </w:p>
        </w:tc>
        <w:tc>
          <w:tcPr>
            <w:tcW w:w="792" w:type="dxa"/>
            <w:tcMar>
              <w:top w:w="80" w:type="dxa"/>
              <w:left w:w="120" w:type="dxa"/>
              <w:bottom w:w="80" w:type="dxa"/>
              <w:right w:w="120" w:type="dxa"/>
            </w:tcMar>
            <w:vAlign w:val="center"/>
          </w:tcPr>
          <w:p w14:paraId="17336C1A" w14:textId="77777777">
            <w:pPr>
              <w:spacing w:after="0" w:line="252" w:lineRule="auto"/>
              <w:jc w:val="right"/>
            </w:pPr>
            <w:r>
              <w:rPr>
                <w:color w:val="000000"/>
                <w:sz w:val="16"/>
              </w:rPr>
              <w:t>234</w:t>
            </w:r>
          </w:p>
        </w:tc>
      </w:tr>
      <w:tr w14:paraId="31FF26EC" w14:textId="77777777">
        <w:tc>
          <w:tcPr>
            <w:tcW w:w="3528" w:type="dxa"/>
            <w:tcMar>
              <w:top w:w="80" w:type="dxa"/>
              <w:left w:w="120" w:type="dxa"/>
              <w:bottom w:w="80" w:type="dxa"/>
              <w:right w:w="120" w:type="dxa"/>
            </w:tcMar>
            <w:vAlign w:val="center"/>
          </w:tcPr>
          <w:p w14:paraId="2A2DC489" w14:textId="77777777">
            <w:pPr>
              <w:spacing w:after="0" w:line="252" w:lineRule="auto"/>
            </w:pPr>
            <w:r>
              <w:rPr>
                <w:rFonts w:ascii="Times New Roman" w:hAnsi="Times New Roman"/>
                <w:sz w:val="16"/>
              </w:rPr>
              <w:t>Social media: 4–6 vs ≤3 hours/week</w:t>
            </w:r>
          </w:p>
        </w:tc>
        <w:tc>
          <w:tcPr>
            <w:tcW w:w="936" w:type="dxa"/>
            <w:tcMar>
              <w:top w:w="80" w:type="dxa"/>
              <w:left w:w="120" w:type="dxa"/>
              <w:bottom w:w="80" w:type="dxa"/>
              <w:right w:w="120" w:type="dxa"/>
            </w:tcMar>
            <w:vAlign w:val="center"/>
          </w:tcPr>
          <w:p w14:paraId="38D98799" w14:textId="77777777">
            <w:pPr>
              <w:spacing w:after="0" w:line="252" w:lineRule="auto"/>
              <w:jc w:val="right"/>
            </w:pPr>
            <w:r>
              <w:rPr>
                <w:color w:val="000000"/>
                <w:sz w:val="16"/>
              </w:rPr>
              <w:t>3.84</w:t>
            </w:r>
          </w:p>
        </w:tc>
        <w:tc>
          <w:tcPr>
            <w:tcW w:w="1080" w:type="dxa"/>
            <w:tcMar>
              <w:top w:w="80" w:type="dxa"/>
              <w:left w:w="120" w:type="dxa"/>
              <w:bottom w:w="80" w:type="dxa"/>
              <w:right w:w="120" w:type="dxa"/>
            </w:tcMar>
            <w:vAlign w:val="center"/>
          </w:tcPr>
          <w:p w14:paraId="0C33CB88" w14:textId="77777777">
            <w:pPr>
              <w:spacing w:after="0" w:line="252" w:lineRule="auto"/>
              <w:jc w:val="right"/>
            </w:pPr>
            <w:r>
              <w:rPr>
                <w:color w:val="000000"/>
                <w:sz w:val="16"/>
              </w:rPr>
              <w:t>1.45</w:t>
            </w:r>
          </w:p>
        </w:tc>
        <w:tc>
          <w:tcPr>
            <w:tcW w:w="2088" w:type="dxa"/>
            <w:tcMar>
              <w:top w:w="80" w:type="dxa"/>
              <w:left w:w="120" w:type="dxa"/>
              <w:bottom w:w="80" w:type="dxa"/>
              <w:right w:w="120" w:type="dxa"/>
            </w:tcMar>
            <w:vAlign w:val="center"/>
          </w:tcPr>
          <w:p w14:paraId="3A13D6CE" w14:textId="77777777">
            <w:pPr>
              <w:spacing w:after="0" w:line="252" w:lineRule="auto"/>
              <w:jc w:val="center"/>
            </w:pPr>
            <w:r>
              <w:rPr>
                <w:color w:val="000000"/>
                <w:sz w:val="16"/>
              </w:rPr>
              <w:t>0.98 to 6.69</w:t>
            </w:r>
          </w:p>
        </w:tc>
        <w:tc>
          <w:tcPr>
            <w:tcW w:w="936" w:type="dxa"/>
            <w:tcMar>
              <w:top w:w="80" w:type="dxa"/>
              <w:left w:w="120" w:type="dxa"/>
              <w:bottom w:w="80" w:type="dxa"/>
              <w:right w:w="120" w:type="dxa"/>
            </w:tcMar>
            <w:vAlign w:val="center"/>
          </w:tcPr>
          <w:p w14:paraId="262471BB" w14:textId="77777777">
            <w:pPr>
              <w:spacing w:after="0" w:line="252" w:lineRule="auto"/>
              <w:jc w:val="right"/>
            </w:pPr>
            <w:r>
              <w:rPr>
                <w:color w:val="000000"/>
                <w:sz w:val="16"/>
              </w:rPr>
              <w:t>.009</w:t>
            </w:r>
          </w:p>
        </w:tc>
        <w:tc>
          <w:tcPr>
            <w:tcW w:w="792" w:type="dxa"/>
            <w:tcMar>
              <w:top w:w="80" w:type="dxa"/>
              <w:left w:w="120" w:type="dxa"/>
              <w:bottom w:w="80" w:type="dxa"/>
              <w:right w:w="120" w:type="dxa"/>
            </w:tcMar>
            <w:vAlign w:val="center"/>
          </w:tcPr>
          <w:p w14:paraId="5F2BE50E" w14:textId="77777777">
            <w:pPr>
              <w:spacing w:after="0" w:line="252" w:lineRule="auto"/>
              <w:jc w:val="right"/>
            </w:pPr>
            <w:r>
              <w:rPr>
                <w:color w:val="000000"/>
                <w:sz w:val="16"/>
              </w:rPr>
              <w:t>234</w:t>
            </w:r>
          </w:p>
        </w:tc>
      </w:tr>
      <w:tr w14:paraId="55E747D8" w14:textId="77777777">
        <w:tc>
          <w:tcPr>
            <w:tcW w:w="3528" w:type="dxa"/>
            <w:tcMar>
              <w:top w:w="80" w:type="dxa"/>
              <w:left w:w="120" w:type="dxa"/>
              <w:bottom w:w="80" w:type="dxa"/>
              <w:right w:w="120" w:type="dxa"/>
            </w:tcMar>
            <w:vAlign w:val="center"/>
          </w:tcPr>
          <w:p w14:paraId="24850799" w14:textId="77777777">
            <w:pPr>
              <w:spacing w:after="0" w:line="252" w:lineRule="auto"/>
            </w:pPr>
            <w:r>
              <w:rPr>
                <w:rFonts w:ascii="Times New Roman" w:hAnsi="Times New Roman"/>
                <w:sz w:val="16"/>
              </w:rPr>
              <w:t>Social media: 7–9 vs ≤3 hours/week</w:t>
            </w:r>
          </w:p>
        </w:tc>
        <w:tc>
          <w:tcPr>
            <w:tcW w:w="936" w:type="dxa"/>
            <w:tcMar>
              <w:top w:w="80" w:type="dxa"/>
              <w:left w:w="120" w:type="dxa"/>
              <w:bottom w:w="80" w:type="dxa"/>
              <w:right w:w="120" w:type="dxa"/>
            </w:tcMar>
            <w:vAlign w:val="center"/>
          </w:tcPr>
          <w:p w14:paraId="1E814696" w14:textId="77777777">
            <w:pPr>
              <w:spacing w:after="0" w:line="252" w:lineRule="auto"/>
              <w:jc w:val="right"/>
            </w:pPr>
            <w:r>
              <w:rPr>
                <w:color w:val="000000"/>
                <w:sz w:val="16"/>
              </w:rPr>
              <w:t>1.85</w:t>
            </w:r>
          </w:p>
        </w:tc>
        <w:tc>
          <w:tcPr>
            <w:tcW w:w="1080" w:type="dxa"/>
            <w:tcMar>
              <w:top w:w="80" w:type="dxa"/>
              <w:left w:w="120" w:type="dxa"/>
              <w:bottom w:w="80" w:type="dxa"/>
              <w:right w:w="120" w:type="dxa"/>
            </w:tcMar>
            <w:vAlign w:val="center"/>
          </w:tcPr>
          <w:p w14:paraId="607D9F57" w14:textId="77777777">
            <w:pPr>
              <w:spacing w:after="0" w:line="252" w:lineRule="auto"/>
              <w:jc w:val="right"/>
            </w:pPr>
            <w:r>
              <w:rPr>
                <w:color w:val="000000"/>
                <w:sz w:val="16"/>
              </w:rPr>
              <w:t>1.61</w:t>
            </w:r>
          </w:p>
        </w:tc>
        <w:tc>
          <w:tcPr>
            <w:tcW w:w="2088" w:type="dxa"/>
            <w:tcMar>
              <w:top w:w="80" w:type="dxa"/>
              <w:left w:w="120" w:type="dxa"/>
              <w:bottom w:w="80" w:type="dxa"/>
              <w:right w:w="120" w:type="dxa"/>
            </w:tcMar>
            <w:vAlign w:val="center"/>
          </w:tcPr>
          <w:p w14:paraId="4E56A4F2" w14:textId="77777777">
            <w:pPr>
              <w:spacing w:after="0" w:line="252" w:lineRule="auto"/>
              <w:jc w:val="center"/>
            </w:pPr>
            <w:r>
              <w:rPr>
                <w:rFonts w:ascii="Times New Roman" w:hAnsi="Times New Roman"/>
                <w:sz w:val="16"/>
              </w:rPr>
              <w:t>−1.32 to 5.03</w:t>
            </w:r>
          </w:p>
        </w:tc>
        <w:tc>
          <w:tcPr>
            <w:tcW w:w="936" w:type="dxa"/>
            <w:tcMar>
              <w:top w:w="80" w:type="dxa"/>
              <w:left w:w="120" w:type="dxa"/>
              <w:bottom w:w="80" w:type="dxa"/>
              <w:right w:w="120" w:type="dxa"/>
            </w:tcMar>
            <w:vAlign w:val="center"/>
          </w:tcPr>
          <w:p w14:paraId="6D02B7AC" w14:textId="77777777">
            <w:pPr>
              <w:spacing w:after="0" w:line="252" w:lineRule="auto"/>
              <w:jc w:val="right"/>
            </w:pPr>
            <w:r>
              <w:rPr>
                <w:color w:val="000000"/>
                <w:sz w:val="16"/>
              </w:rPr>
              <w:t>.251</w:t>
            </w:r>
          </w:p>
        </w:tc>
        <w:tc>
          <w:tcPr>
            <w:tcW w:w="792" w:type="dxa"/>
            <w:tcMar>
              <w:top w:w="80" w:type="dxa"/>
              <w:left w:w="120" w:type="dxa"/>
              <w:bottom w:w="80" w:type="dxa"/>
              <w:right w:w="120" w:type="dxa"/>
            </w:tcMar>
            <w:vAlign w:val="center"/>
          </w:tcPr>
          <w:p w14:paraId="1C4D2092" w14:textId="77777777">
            <w:pPr>
              <w:spacing w:after="0" w:line="252" w:lineRule="auto"/>
              <w:jc w:val="right"/>
            </w:pPr>
            <w:r>
              <w:rPr>
                <w:color w:val="000000"/>
                <w:sz w:val="16"/>
              </w:rPr>
              <w:t>234</w:t>
            </w:r>
          </w:p>
        </w:tc>
      </w:tr>
      <w:tr w14:paraId="392EE849" w14:textId="77777777">
        <w:tc>
          <w:tcPr>
            <w:tcW w:w="3528" w:type="dxa"/>
            <w:tcMar>
              <w:top w:w="80" w:type="dxa"/>
              <w:left w:w="120" w:type="dxa"/>
              <w:bottom w:w="80" w:type="dxa"/>
              <w:right w:w="120" w:type="dxa"/>
            </w:tcMar>
            <w:vAlign w:val="center"/>
          </w:tcPr>
          <w:p w14:paraId="24BC1C43" w14:textId="77777777">
            <w:pPr>
              <w:spacing w:after="0" w:line="252" w:lineRule="auto"/>
            </w:pPr>
            <w:r>
              <w:rPr>
                <w:color w:val="000000"/>
                <w:sz w:val="16"/>
              </w:rPr>
              <w:t>social media exposure≥10 hours/week</w:t>
            </w:r>
          </w:p>
        </w:tc>
        <w:tc>
          <w:tcPr>
            <w:tcW w:w="936" w:type="dxa"/>
            <w:tcMar>
              <w:top w:w="80" w:type="dxa"/>
              <w:left w:w="120" w:type="dxa"/>
              <w:bottom w:w="80" w:type="dxa"/>
              <w:right w:w="120" w:type="dxa"/>
            </w:tcMar>
            <w:vAlign w:val="center"/>
          </w:tcPr>
          <w:p w14:paraId="5F94F44E" w14:textId="77777777">
            <w:pPr>
              <w:spacing w:after="0" w:line="252" w:lineRule="auto"/>
              <w:jc w:val="right"/>
            </w:pPr>
            <w:r>
              <w:rPr>
                <w:color w:val="000000"/>
                <w:sz w:val="16"/>
              </w:rPr>
              <w:t>3.48</w:t>
            </w:r>
          </w:p>
        </w:tc>
        <w:tc>
          <w:tcPr>
            <w:tcW w:w="1080" w:type="dxa"/>
            <w:tcMar>
              <w:top w:w="80" w:type="dxa"/>
              <w:left w:w="120" w:type="dxa"/>
              <w:bottom w:w="80" w:type="dxa"/>
              <w:right w:w="120" w:type="dxa"/>
            </w:tcMar>
            <w:vAlign w:val="center"/>
          </w:tcPr>
          <w:p w14:paraId="706D367D" w14:textId="77777777">
            <w:pPr>
              <w:spacing w:after="0" w:line="252" w:lineRule="auto"/>
              <w:jc w:val="right"/>
            </w:pPr>
            <w:r>
              <w:rPr>
                <w:color w:val="000000"/>
                <w:sz w:val="16"/>
              </w:rPr>
              <w:t>1.67</w:t>
            </w:r>
          </w:p>
        </w:tc>
        <w:tc>
          <w:tcPr>
            <w:tcW w:w="2088" w:type="dxa"/>
            <w:tcMar>
              <w:top w:w="80" w:type="dxa"/>
              <w:left w:w="120" w:type="dxa"/>
              <w:bottom w:w="80" w:type="dxa"/>
              <w:right w:w="120" w:type="dxa"/>
            </w:tcMar>
            <w:vAlign w:val="center"/>
          </w:tcPr>
          <w:p w14:paraId="28D057AB" w14:textId="77777777">
            <w:pPr>
              <w:spacing w:after="0" w:line="252" w:lineRule="auto"/>
              <w:jc w:val="center"/>
            </w:pPr>
            <w:r>
              <w:rPr>
                <w:color w:val="000000"/>
                <w:sz w:val="16"/>
              </w:rPr>
              <w:t>0.19 to 6.76</w:t>
            </w:r>
          </w:p>
        </w:tc>
        <w:tc>
          <w:tcPr>
            <w:tcW w:w="936" w:type="dxa"/>
            <w:tcMar>
              <w:top w:w="80" w:type="dxa"/>
              <w:left w:w="120" w:type="dxa"/>
              <w:bottom w:w="80" w:type="dxa"/>
              <w:right w:w="120" w:type="dxa"/>
            </w:tcMar>
            <w:vAlign w:val="center"/>
          </w:tcPr>
          <w:p w14:paraId="5BBFF125" w14:textId="77777777">
            <w:pPr>
              <w:spacing w:after="0" w:line="252" w:lineRule="auto"/>
              <w:jc w:val="right"/>
            </w:pPr>
            <w:r>
              <w:rPr>
                <w:color w:val="000000"/>
                <w:sz w:val="16"/>
              </w:rPr>
              <w:t>.038</w:t>
            </w:r>
          </w:p>
        </w:tc>
        <w:tc>
          <w:tcPr>
            <w:tcW w:w="792" w:type="dxa"/>
            <w:tcMar>
              <w:top w:w="80" w:type="dxa"/>
              <w:left w:w="120" w:type="dxa"/>
              <w:bottom w:w="80" w:type="dxa"/>
              <w:right w:w="120" w:type="dxa"/>
            </w:tcMar>
            <w:vAlign w:val="center"/>
          </w:tcPr>
          <w:p w14:paraId="6D92F0DB" w14:textId="77777777">
            <w:pPr>
              <w:spacing w:after="0" w:line="252" w:lineRule="auto"/>
              <w:jc w:val="right"/>
            </w:pPr>
            <w:r>
              <w:rPr>
                <w:color w:val="000000"/>
                <w:sz w:val="16"/>
              </w:rPr>
              <w:t>234</w:t>
            </w:r>
          </w:p>
        </w:tc>
      </w:tr>
      <w:tr w14:paraId="731995B3" w14:textId="77777777">
        <w:tc>
          <w:tcPr>
            <w:tcW w:w="3528" w:type="dxa"/>
            <w:tcMar>
              <w:top w:w="80" w:type="dxa"/>
              <w:left w:w="120" w:type="dxa"/>
              <w:bottom w:w="80" w:type="dxa"/>
              <w:right w:w="120" w:type="dxa"/>
            </w:tcMar>
            <w:vAlign w:val="center"/>
          </w:tcPr>
          <w:p w14:paraId="5792138E" w14:textId="77777777">
            <w:pPr>
              <w:spacing w:after="0" w:line="252" w:lineRule="auto"/>
            </w:pPr>
            <w:r>
              <w:rPr>
                <w:color w:val="000000"/>
                <w:sz w:val="16"/>
              </w:rPr>
              <w:t>Age (centered)</w:t>
            </w:r>
          </w:p>
        </w:tc>
        <w:tc>
          <w:tcPr>
            <w:tcW w:w="936" w:type="dxa"/>
            <w:tcMar>
              <w:top w:w="80" w:type="dxa"/>
              <w:left w:w="120" w:type="dxa"/>
              <w:bottom w:w="80" w:type="dxa"/>
              <w:right w:w="120" w:type="dxa"/>
            </w:tcMar>
            <w:vAlign w:val="center"/>
          </w:tcPr>
          <w:p w14:paraId="1A052307" w14:textId="77777777">
            <w:pPr>
              <w:spacing w:after="0" w:line="252" w:lineRule="auto"/>
              <w:jc w:val="right"/>
            </w:pPr>
            <w:r>
              <w:rPr>
                <w:color w:val="000000"/>
                <w:sz w:val="16"/>
              </w:rPr>
              <w:t>0.09</w:t>
            </w:r>
          </w:p>
        </w:tc>
        <w:tc>
          <w:tcPr>
            <w:tcW w:w="1080" w:type="dxa"/>
            <w:tcMar>
              <w:top w:w="80" w:type="dxa"/>
              <w:left w:w="120" w:type="dxa"/>
              <w:bottom w:w="80" w:type="dxa"/>
              <w:right w:w="120" w:type="dxa"/>
            </w:tcMar>
            <w:vAlign w:val="center"/>
          </w:tcPr>
          <w:p w14:paraId="521D815C" w14:textId="77777777">
            <w:pPr>
              <w:spacing w:after="0" w:line="252" w:lineRule="auto"/>
              <w:jc w:val="right"/>
            </w:pPr>
            <w:r>
              <w:rPr>
                <w:color w:val="000000"/>
                <w:sz w:val="16"/>
              </w:rPr>
              <w:t>0.30</w:t>
            </w:r>
          </w:p>
        </w:tc>
        <w:tc>
          <w:tcPr>
            <w:tcW w:w="2088" w:type="dxa"/>
            <w:tcMar>
              <w:top w:w="80" w:type="dxa"/>
              <w:left w:w="120" w:type="dxa"/>
              <w:bottom w:w="80" w:type="dxa"/>
              <w:right w:w="120" w:type="dxa"/>
            </w:tcMar>
            <w:vAlign w:val="center"/>
          </w:tcPr>
          <w:p w14:paraId="50F87AA4" w14:textId="77777777">
            <w:pPr>
              <w:spacing w:after="0" w:line="252" w:lineRule="auto"/>
              <w:jc w:val="center"/>
            </w:pPr>
            <w:r>
              <w:rPr>
                <w:rFonts w:ascii="Times New Roman" w:hAnsi="Times New Roman"/>
                <w:sz w:val="16"/>
              </w:rPr>
              <w:t>−0.49 to 0.67</w:t>
            </w:r>
          </w:p>
        </w:tc>
        <w:tc>
          <w:tcPr>
            <w:tcW w:w="936" w:type="dxa"/>
            <w:tcMar>
              <w:top w:w="80" w:type="dxa"/>
              <w:left w:w="120" w:type="dxa"/>
              <w:bottom w:w="80" w:type="dxa"/>
              <w:right w:w="120" w:type="dxa"/>
            </w:tcMar>
            <w:vAlign w:val="center"/>
          </w:tcPr>
          <w:p w14:paraId="6785C5B6" w14:textId="77777777">
            <w:pPr>
              <w:spacing w:after="0" w:line="252" w:lineRule="auto"/>
              <w:jc w:val="right"/>
            </w:pPr>
            <w:r>
              <w:rPr>
                <w:color w:val="000000"/>
                <w:sz w:val="16"/>
              </w:rPr>
              <w:t>.763</w:t>
            </w:r>
          </w:p>
        </w:tc>
        <w:tc>
          <w:tcPr>
            <w:tcW w:w="792" w:type="dxa"/>
            <w:tcMar>
              <w:top w:w="80" w:type="dxa"/>
              <w:left w:w="120" w:type="dxa"/>
              <w:bottom w:w="80" w:type="dxa"/>
              <w:right w:w="120" w:type="dxa"/>
            </w:tcMar>
            <w:vAlign w:val="center"/>
          </w:tcPr>
          <w:p w14:paraId="11FEB2AF" w14:textId="77777777">
            <w:pPr>
              <w:spacing w:after="0" w:line="252" w:lineRule="auto"/>
              <w:jc w:val="right"/>
            </w:pPr>
            <w:r>
              <w:rPr>
                <w:color w:val="000000"/>
                <w:sz w:val="16"/>
              </w:rPr>
              <w:t>234</w:t>
            </w:r>
          </w:p>
        </w:tc>
      </w:tr>
      <w:tr w14:paraId="7352D5BF" w14:textId="77777777">
        <w:tc>
          <w:tcPr>
            <w:tcW w:w="3528" w:type="dxa"/>
            <w:tcMar>
              <w:top w:w="80" w:type="dxa"/>
              <w:left w:w="120" w:type="dxa"/>
              <w:bottom w:w="80" w:type="dxa"/>
              <w:right w:w="120" w:type="dxa"/>
            </w:tcMar>
            <w:vAlign w:val="center"/>
          </w:tcPr>
          <w:p w14:paraId="3790E1B9" w14:textId="77777777">
            <w:pPr>
              <w:spacing w:after="0" w:line="252" w:lineRule="auto"/>
            </w:pPr>
            <w:r>
              <w:rPr>
                <w:color w:val="000000"/>
                <w:sz w:val="16"/>
              </w:rPr>
              <w:t>Socioeconomic status: high vs low/middle</w:t>
            </w:r>
          </w:p>
        </w:tc>
        <w:tc>
          <w:tcPr>
            <w:tcW w:w="936" w:type="dxa"/>
            <w:tcMar>
              <w:top w:w="80" w:type="dxa"/>
              <w:left w:w="120" w:type="dxa"/>
              <w:bottom w:w="80" w:type="dxa"/>
              <w:right w:w="120" w:type="dxa"/>
            </w:tcMar>
            <w:vAlign w:val="center"/>
          </w:tcPr>
          <w:p w14:paraId="4C304D0C" w14:textId="77777777">
            <w:pPr>
              <w:spacing w:after="0" w:line="252" w:lineRule="auto"/>
              <w:jc w:val="right"/>
            </w:pPr>
            <w:r>
              <w:rPr>
                <w:color w:val="000000"/>
                <w:sz w:val="16"/>
              </w:rPr>
              <w:t>1.03</w:t>
            </w:r>
          </w:p>
        </w:tc>
        <w:tc>
          <w:tcPr>
            <w:tcW w:w="1080" w:type="dxa"/>
            <w:tcMar>
              <w:top w:w="80" w:type="dxa"/>
              <w:left w:w="120" w:type="dxa"/>
              <w:bottom w:w="80" w:type="dxa"/>
              <w:right w:w="120" w:type="dxa"/>
            </w:tcMar>
            <w:vAlign w:val="center"/>
          </w:tcPr>
          <w:p w14:paraId="7408B334" w14:textId="77777777">
            <w:pPr>
              <w:spacing w:after="0" w:line="252" w:lineRule="auto"/>
              <w:jc w:val="right"/>
            </w:pPr>
            <w:r>
              <w:rPr>
                <w:color w:val="000000"/>
                <w:sz w:val="16"/>
              </w:rPr>
              <w:t>1.55</w:t>
            </w:r>
          </w:p>
        </w:tc>
        <w:tc>
          <w:tcPr>
            <w:tcW w:w="2088" w:type="dxa"/>
            <w:tcMar>
              <w:top w:w="80" w:type="dxa"/>
              <w:left w:w="120" w:type="dxa"/>
              <w:bottom w:w="80" w:type="dxa"/>
              <w:right w:w="120" w:type="dxa"/>
            </w:tcMar>
            <w:vAlign w:val="center"/>
          </w:tcPr>
          <w:p w14:paraId="0CCFB6AC" w14:textId="77777777">
            <w:pPr>
              <w:spacing w:after="0" w:line="252" w:lineRule="auto"/>
              <w:jc w:val="center"/>
            </w:pPr>
            <w:r>
              <w:rPr>
                <w:rFonts w:ascii="Times New Roman" w:hAnsi="Times New Roman"/>
                <w:sz w:val="16"/>
              </w:rPr>
              <w:t>−2.03 to 4.09</w:t>
            </w:r>
          </w:p>
        </w:tc>
        <w:tc>
          <w:tcPr>
            <w:tcW w:w="936" w:type="dxa"/>
            <w:tcMar>
              <w:top w:w="80" w:type="dxa"/>
              <w:left w:w="120" w:type="dxa"/>
              <w:bottom w:w="80" w:type="dxa"/>
              <w:right w:w="120" w:type="dxa"/>
            </w:tcMar>
            <w:vAlign w:val="center"/>
          </w:tcPr>
          <w:p w14:paraId="179FA3CD" w14:textId="77777777">
            <w:pPr>
              <w:spacing w:after="0" w:line="252" w:lineRule="auto"/>
              <w:jc w:val="right"/>
            </w:pPr>
            <w:r>
              <w:rPr>
                <w:color w:val="000000"/>
                <w:sz w:val="16"/>
              </w:rPr>
              <w:t>.509</w:t>
            </w:r>
          </w:p>
        </w:tc>
        <w:tc>
          <w:tcPr>
            <w:tcW w:w="792" w:type="dxa"/>
            <w:tcMar>
              <w:top w:w="80" w:type="dxa"/>
              <w:left w:w="120" w:type="dxa"/>
              <w:bottom w:w="80" w:type="dxa"/>
              <w:right w:w="120" w:type="dxa"/>
            </w:tcMar>
            <w:vAlign w:val="center"/>
          </w:tcPr>
          <w:p w14:paraId="625BB59B" w14:textId="77777777">
            <w:pPr>
              <w:spacing w:after="0" w:line="252" w:lineRule="auto"/>
              <w:jc w:val="right"/>
            </w:pPr>
            <w:r>
              <w:rPr>
                <w:color w:val="000000"/>
                <w:sz w:val="16"/>
              </w:rPr>
              <w:t>234</w:t>
            </w:r>
          </w:p>
        </w:tc>
      </w:tr>
      <w:tr w14:paraId="71CC50B8" w14:textId="77777777">
        <w:tc>
          <w:tcPr>
            <w:tcW w:w="3528" w:type="dxa"/>
            <w:tcMar>
              <w:top w:w="80" w:type="dxa"/>
              <w:left w:w="120" w:type="dxa"/>
              <w:bottom w:w="80" w:type="dxa"/>
              <w:right w:w="120" w:type="dxa"/>
            </w:tcMar>
            <w:vAlign w:val="center"/>
          </w:tcPr>
          <w:p w14:paraId="4BDEE371" w14:textId="77777777">
            <w:pPr>
              <w:spacing w:after="0" w:line="252" w:lineRule="auto"/>
            </w:pPr>
            <w:r>
              <w:rPr>
                <w:color w:val="000000"/>
                <w:sz w:val="16"/>
              </w:rPr>
              <w:t>Activity: lightly active vs sedentary</w:t>
            </w:r>
          </w:p>
        </w:tc>
        <w:tc>
          <w:tcPr>
            <w:tcW w:w="936" w:type="dxa"/>
            <w:tcMar>
              <w:top w:w="80" w:type="dxa"/>
              <w:left w:w="120" w:type="dxa"/>
              <w:bottom w:w="80" w:type="dxa"/>
              <w:right w:w="120" w:type="dxa"/>
            </w:tcMar>
            <w:vAlign w:val="center"/>
          </w:tcPr>
          <w:p w14:paraId="40C844FC" w14:textId="77777777">
            <w:pPr>
              <w:spacing w:after="0" w:line="252" w:lineRule="auto"/>
              <w:jc w:val="right"/>
            </w:pPr>
            <w:r>
              <w:rPr>
                <w:color w:val="000000"/>
                <w:sz w:val="16"/>
              </w:rPr>
              <w:t>0.95</w:t>
            </w:r>
          </w:p>
        </w:tc>
        <w:tc>
          <w:tcPr>
            <w:tcW w:w="1080" w:type="dxa"/>
            <w:tcMar>
              <w:top w:w="80" w:type="dxa"/>
              <w:left w:w="120" w:type="dxa"/>
              <w:bottom w:w="80" w:type="dxa"/>
              <w:right w:w="120" w:type="dxa"/>
            </w:tcMar>
            <w:vAlign w:val="center"/>
          </w:tcPr>
          <w:p w14:paraId="5E0B56B4" w14:textId="77777777">
            <w:pPr>
              <w:spacing w:after="0" w:line="252" w:lineRule="auto"/>
              <w:jc w:val="right"/>
            </w:pPr>
            <w:r>
              <w:rPr>
                <w:color w:val="000000"/>
                <w:sz w:val="16"/>
              </w:rPr>
              <w:t>1.25</w:t>
            </w:r>
          </w:p>
        </w:tc>
        <w:tc>
          <w:tcPr>
            <w:tcW w:w="2088" w:type="dxa"/>
            <w:tcMar>
              <w:top w:w="80" w:type="dxa"/>
              <w:left w:w="120" w:type="dxa"/>
              <w:bottom w:w="80" w:type="dxa"/>
              <w:right w:w="120" w:type="dxa"/>
            </w:tcMar>
            <w:vAlign w:val="center"/>
          </w:tcPr>
          <w:p w14:paraId="740A2B74" w14:textId="77777777">
            <w:pPr>
              <w:spacing w:after="0" w:line="252" w:lineRule="auto"/>
              <w:jc w:val="center"/>
            </w:pPr>
            <w:r>
              <w:rPr>
                <w:rFonts w:ascii="Times New Roman" w:hAnsi="Times New Roman"/>
                <w:sz w:val="16"/>
              </w:rPr>
              <w:t>−1.52 to 3.43</w:t>
            </w:r>
          </w:p>
        </w:tc>
        <w:tc>
          <w:tcPr>
            <w:tcW w:w="936" w:type="dxa"/>
            <w:tcMar>
              <w:top w:w="80" w:type="dxa"/>
              <w:left w:w="120" w:type="dxa"/>
              <w:bottom w:w="80" w:type="dxa"/>
              <w:right w:w="120" w:type="dxa"/>
            </w:tcMar>
            <w:vAlign w:val="center"/>
          </w:tcPr>
          <w:p w14:paraId="4531E8D7" w14:textId="77777777">
            <w:pPr>
              <w:spacing w:after="0" w:line="252" w:lineRule="auto"/>
              <w:jc w:val="right"/>
            </w:pPr>
            <w:r>
              <w:rPr>
                <w:color w:val="000000"/>
                <w:sz w:val="16"/>
              </w:rPr>
              <w:t>.447</w:t>
            </w:r>
          </w:p>
        </w:tc>
        <w:tc>
          <w:tcPr>
            <w:tcW w:w="792" w:type="dxa"/>
            <w:tcMar>
              <w:top w:w="80" w:type="dxa"/>
              <w:left w:w="120" w:type="dxa"/>
              <w:bottom w:w="80" w:type="dxa"/>
              <w:right w:w="120" w:type="dxa"/>
            </w:tcMar>
            <w:vAlign w:val="center"/>
          </w:tcPr>
          <w:p w14:paraId="26BE68EF" w14:textId="77777777">
            <w:pPr>
              <w:spacing w:after="0" w:line="252" w:lineRule="auto"/>
              <w:jc w:val="right"/>
            </w:pPr>
            <w:r>
              <w:rPr>
                <w:color w:val="000000"/>
                <w:sz w:val="16"/>
              </w:rPr>
              <w:t>234</w:t>
            </w:r>
          </w:p>
        </w:tc>
      </w:tr>
      <w:tr w14:paraId="3A07B9FC" w14:textId="77777777">
        <w:tc>
          <w:tcPr>
            <w:tcW w:w="3528" w:type="dxa"/>
            <w:tcMar>
              <w:top w:w="80" w:type="dxa"/>
              <w:left w:w="120" w:type="dxa"/>
              <w:bottom w:w="80" w:type="dxa"/>
              <w:right w:w="120" w:type="dxa"/>
            </w:tcMar>
            <w:vAlign w:val="center"/>
          </w:tcPr>
          <w:p w14:paraId="46419004" w14:textId="77777777">
            <w:pPr>
              <w:spacing w:after="0" w:line="252" w:lineRule="auto"/>
            </w:pPr>
            <w:r>
              <w:rPr>
                <w:color w:val="000000"/>
                <w:sz w:val="16"/>
              </w:rPr>
              <w:t>Activity: moderately active vs sedentary</w:t>
            </w:r>
          </w:p>
        </w:tc>
        <w:tc>
          <w:tcPr>
            <w:tcW w:w="936" w:type="dxa"/>
            <w:tcMar>
              <w:top w:w="80" w:type="dxa"/>
              <w:left w:w="120" w:type="dxa"/>
              <w:bottom w:w="80" w:type="dxa"/>
              <w:right w:w="120" w:type="dxa"/>
            </w:tcMar>
            <w:vAlign w:val="center"/>
          </w:tcPr>
          <w:p w14:paraId="5C3EB5F4" w14:textId="77777777">
            <w:pPr>
              <w:spacing w:after="0" w:line="252" w:lineRule="auto"/>
              <w:jc w:val="right"/>
            </w:pPr>
            <w:r>
              <w:rPr>
                <w:color w:val="000000"/>
                <w:sz w:val="16"/>
              </w:rPr>
              <w:t>2.62</w:t>
            </w:r>
          </w:p>
        </w:tc>
        <w:tc>
          <w:tcPr>
            <w:tcW w:w="1080" w:type="dxa"/>
            <w:tcMar>
              <w:top w:w="80" w:type="dxa"/>
              <w:left w:w="120" w:type="dxa"/>
              <w:bottom w:w="80" w:type="dxa"/>
              <w:right w:w="120" w:type="dxa"/>
            </w:tcMar>
            <w:vAlign w:val="center"/>
          </w:tcPr>
          <w:p w14:paraId="6CD73CEF" w14:textId="77777777">
            <w:pPr>
              <w:spacing w:after="0" w:line="252" w:lineRule="auto"/>
              <w:jc w:val="right"/>
            </w:pPr>
            <w:r>
              <w:rPr>
                <w:color w:val="000000"/>
                <w:sz w:val="16"/>
              </w:rPr>
              <w:t>1.41</w:t>
            </w:r>
          </w:p>
        </w:tc>
        <w:tc>
          <w:tcPr>
            <w:tcW w:w="2088" w:type="dxa"/>
            <w:tcMar>
              <w:top w:w="80" w:type="dxa"/>
              <w:left w:w="120" w:type="dxa"/>
              <w:bottom w:w="80" w:type="dxa"/>
              <w:right w:w="120" w:type="dxa"/>
            </w:tcMar>
            <w:vAlign w:val="center"/>
          </w:tcPr>
          <w:p w14:paraId="1849A13A" w14:textId="77777777">
            <w:pPr>
              <w:spacing w:after="0" w:line="252" w:lineRule="auto"/>
              <w:jc w:val="center"/>
            </w:pPr>
            <w:r>
              <w:rPr>
                <w:rFonts w:ascii="Times New Roman" w:hAnsi="Times New Roman"/>
                <w:sz w:val="16"/>
              </w:rPr>
              <w:t>−0.16 to 5.39</w:t>
            </w:r>
          </w:p>
        </w:tc>
        <w:tc>
          <w:tcPr>
            <w:tcW w:w="936" w:type="dxa"/>
            <w:tcMar>
              <w:top w:w="80" w:type="dxa"/>
              <w:left w:w="120" w:type="dxa"/>
              <w:bottom w:w="80" w:type="dxa"/>
              <w:right w:w="120" w:type="dxa"/>
            </w:tcMar>
            <w:vAlign w:val="center"/>
          </w:tcPr>
          <w:p w14:paraId="5BBAE00C" w14:textId="77777777">
            <w:pPr>
              <w:spacing w:after="0" w:line="252" w:lineRule="auto"/>
              <w:jc w:val="right"/>
            </w:pPr>
            <w:r>
              <w:rPr>
                <w:color w:val="000000"/>
                <w:sz w:val="16"/>
              </w:rPr>
              <w:t>.065</w:t>
            </w:r>
          </w:p>
        </w:tc>
        <w:tc>
          <w:tcPr>
            <w:tcW w:w="792" w:type="dxa"/>
            <w:tcMar>
              <w:top w:w="80" w:type="dxa"/>
              <w:left w:w="120" w:type="dxa"/>
              <w:bottom w:w="80" w:type="dxa"/>
              <w:right w:w="120" w:type="dxa"/>
            </w:tcMar>
            <w:vAlign w:val="center"/>
          </w:tcPr>
          <w:p w14:paraId="2B320C1F" w14:textId="77777777">
            <w:pPr>
              <w:spacing w:after="0" w:line="252" w:lineRule="auto"/>
              <w:jc w:val="right"/>
            </w:pPr>
            <w:r>
              <w:rPr>
                <w:color w:val="000000"/>
                <w:sz w:val="16"/>
              </w:rPr>
              <w:t>234</w:t>
            </w:r>
          </w:p>
        </w:tc>
      </w:tr>
      <w:tr w14:paraId="27219C87" w14:textId="77777777">
        <w:tc>
          <w:tcPr>
            <w:tcW w:w="3528" w:type="dxa"/>
            <w:tcMar>
              <w:top w:w="80" w:type="dxa"/>
              <w:left w:w="120" w:type="dxa"/>
              <w:bottom w:w="80" w:type="dxa"/>
              <w:right w:w="120" w:type="dxa"/>
            </w:tcMar>
            <w:vAlign w:val="center"/>
          </w:tcPr>
          <w:p w14:paraId="5576BF47" w14:textId="77777777">
            <w:pPr>
              <w:spacing w:after="0" w:line="252" w:lineRule="auto"/>
            </w:pPr>
            <w:r>
              <w:rPr>
                <w:color w:val="000000"/>
                <w:sz w:val="16"/>
              </w:rPr>
              <w:lastRenderedPageBreak/>
              <w:t>Activity: very/super active vs sedentary</w:t>
            </w:r>
          </w:p>
        </w:tc>
        <w:tc>
          <w:tcPr>
            <w:tcW w:w="936" w:type="dxa"/>
            <w:tcMar>
              <w:top w:w="80" w:type="dxa"/>
              <w:left w:w="120" w:type="dxa"/>
              <w:bottom w:w="80" w:type="dxa"/>
              <w:right w:w="120" w:type="dxa"/>
            </w:tcMar>
            <w:vAlign w:val="center"/>
          </w:tcPr>
          <w:p w14:paraId="4794F29D" w14:textId="77777777">
            <w:pPr>
              <w:spacing w:after="0" w:line="252" w:lineRule="auto"/>
              <w:jc w:val="right"/>
            </w:pPr>
            <w:r>
              <w:rPr>
                <w:color w:val="000000"/>
                <w:sz w:val="16"/>
              </w:rPr>
              <w:t>6.73</w:t>
            </w:r>
          </w:p>
        </w:tc>
        <w:tc>
          <w:tcPr>
            <w:tcW w:w="1080" w:type="dxa"/>
            <w:tcMar>
              <w:top w:w="80" w:type="dxa"/>
              <w:left w:w="120" w:type="dxa"/>
              <w:bottom w:w="80" w:type="dxa"/>
              <w:right w:w="120" w:type="dxa"/>
            </w:tcMar>
            <w:vAlign w:val="center"/>
          </w:tcPr>
          <w:p w14:paraId="382C597C" w14:textId="77777777">
            <w:pPr>
              <w:spacing w:after="0" w:line="252" w:lineRule="auto"/>
              <w:jc w:val="right"/>
            </w:pPr>
            <w:r>
              <w:rPr>
                <w:color w:val="000000"/>
                <w:sz w:val="16"/>
              </w:rPr>
              <w:t>1.61</w:t>
            </w:r>
          </w:p>
        </w:tc>
        <w:tc>
          <w:tcPr>
            <w:tcW w:w="2088" w:type="dxa"/>
            <w:tcMar>
              <w:top w:w="80" w:type="dxa"/>
              <w:left w:w="120" w:type="dxa"/>
              <w:bottom w:w="80" w:type="dxa"/>
              <w:right w:w="120" w:type="dxa"/>
            </w:tcMar>
            <w:vAlign w:val="center"/>
          </w:tcPr>
          <w:p w14:paraId="1871CBD5" w14:textId="77777777">
            <w:pPr>
              <w:spacing w:after="0" w:line="252" w:lineRule="auto"/>
              <w:jc w:val="center"/>
            </w:pPr>
            <w:r>
              <w:rPr>
                <w:color w:val="000000"/>
                <w:sz w:val="16"/>
              </w:rPr>
              <w:t>3.57 to 9.90</w:t>
            </w:r>
          </w:p>
        </w:tc>
        <w:tc>
          <w:tcPr>
            <w:tcW w:w="936" w:type="dxa"/>
            <w:tcMar>
              <w:top w:w="80" w:type="dxa"/>
              <w:left w:w="120" w:type="dxa"/>
              <w:bottom w:w="80" w:type="dxa"/>
              <w:right w:w="120" w:type="dxa"/>
            </w:tcMar>
            <w:vAlign w:val="center"/>
          </w:tcPr>
          <w:p w14:paraId="60A55F6D" w14:textId="77777777">
            <w:pPr>
              <w:spacing w:after="0" w:line="252" w:lineRule="auto"/>
              <w:jc w:val="right"/>
            </w:pPr>
            <w:r>
              <w:rPr>
                <w:color w:val="000000"/>
                <w:sz w:val="16"/>
              </w:rPr>
              <w:t>&lt;.001</w:t>
            </w:r>
          </w:p>
        </w:tc>
        <w:tc>
          <w:tcPr>
            <w:tcW w:w="792" w:type="dxa"/>
            <w:tcMar>
              <w:top w:w="80" w:type="dxa"/>
              <w:left w:w="120" w:type="dxa"/>
              <w:bottom w:w="80" w:type="dxa"/>
              <w:right w:w="120" w:type="dxa"/>
            </w:tcMar>
            <w:vAlign w:val="center"/>
          </w:tcPr>
          <w:p w14:paraId="434AC984" w14:textId="77777777">
            <w:pPr>
              <w:spacing w:after="0" w:line="252" w:lineRule="auto"/>
              <w:jc w:val="right"/>
            </w:pPr>
            <w:r>
              <w:rPr>
                <w:color w:val="000000"/>
                <w:sz w:val="16"/>
              </w:rPr>
              <w:t>234</w:t>
            </w:r>
          </w:p>
        </w:tc>
      </w:tr>
      <w:tr w14:paraId="2F47F698" w14:textId="77777777">
        <w:tc>
          <w:tcPr>
            <w:tcW w:w="3528" w:type="dxa"/>
            <w:tcMar>
              <w:top w:w="80" w:type="dxa"/>
              <w:left w:w="120" w:type="dxa"/>
              <w:bottom w:w="80" w:type="dxa"/>
              <w:right w:w="120" w:type="dxa"/>
            </w:tcMar>
            <w:vAlign w:val="center"/>
          </w:tcPr>
          <w:p w14:paraId="4F7EBD23" w14:textId="77777777">
            <w:pPr>
              <w:spacing w:after="0" w:line="252" w:lineRule="auto"/>
            </w:pPr>
            <w:r>
              <w:rPr>
                <w:color w:val="000000"/>
                <w:sz w:val="16"/>
              </w:rPr>
              <w:t>Bullying/teasing: rarely vs never</w:t>
            </w:r>
          </w:p>
        </w:tc>
        <w:tc>
          <w:tcPr>
            <w:tcW w:w="936" w:type="dxa"/>
            <w:tcMar>
              <w:top w:w="80" w:type="dxa"/>
              <w:left w:w="120" w:type="dxa"/>
              <w:bottom w:w="80" w:type="dxa"/>
              <w:right w:w="120" w:type="dxa"/>
            </w:tcMar>
            <w:vAlign w:val="center"/>
          </w:tcPr>
          <w:p w14:paraId="4C2AB63D" w14:textId="77777777">
            <w:pPr>
              <w:spacing w:after="0" w:line="252" w:lineRule="auto"/>
              <w:jc w:val="right"/>
            </w:pPr>
            <w:r>
              <w:rPr>
                <w:rFonts w:ascii="Times New Roman" w:hAnsi="Times New Roman"/>
                <w:sz w:val="16"/>
              </w:rPr>
              <w:t>−1.47</w:t>
            </w:r>
          </w:p>
        </w:tc>
        <w:tc>
          <w:tcPr>
            <w:tcW w:w="1080" w:type="dxa"/>
            <w:tcMar>
              <w:top w:w="80" w:type="dxa"/>
              <w:left w:w="120" w:type="dxa"/>
              <w:bottom w:w="80" w:type="dxa"/>
              <w:right w:w="120" w:type="dxa"/>
            </w:tcMar>
            <w:vAlign w:val="center"/>
          </w:tcPr>
          <w:p w14:paraId="1D9E29CA" w14:textId="77777777">
            <w:pPr>
              <w:spacing w:after="0" w:line="252" w:lineRule="auto"/>
              <w:jc w:val="right"/>
            </w:pPr>
            <w:r>
              <w:rPr>
                <w:color w:val="000000"/>
                <w:sz w:val="16"/>
              </w:rPr>
              <w:t>1.23</w:t>
            </w:r>
          </w:p>
        </w:tc>
        <w:tc>
          <w:tcPr>
            <w:tcW w:w="2088" w:type="dxa"/>
            <w:tcMar>
              <w:top w:w="80" w:type="dxa"/>
              <w:left w:w="120" w:type="dxa"/>
              <w:bottom w:w="80" w:type="dxa"/>
              <w:right w:w="120" w:type="dxa"/>
            </w:tcMar>
            <w:vAlign w:val="center"/>
          </w:tcPr>
          <w:p w14:paraId="57B5E5E0" w14:textId="77777777">
            <w:pPr>
              <w:spacing w:after="0" w:line="252" w:lineRule="auto"/>
              <w:jc w:val="center"/>
            </w:pPr>
            <w:r>
              <w:rPr>
                <w:rFonts w:ascii="Times New Roman" w:hAnsi="Times New Roman"/>
                <w:sz w:val="16"/>
              </w:rPr>
              <w:t>−3.90 to 0.95</w:t>
            </w:r>
          </w:p>
        </w:tc>
        <w:tc>
          <w:tcPr>
            <w:tcW w:w="936" w:type="dxa"/>
            <w:tcMar>
              <w:top w:w="80" w:type="dxa"/>
              <w:left w:w="120" w:type="dxa"/>
              <w:bottom w:w="80" w:type="dxa"/>
              <w:right w:w="120" w:type="dxa"/>
            </w:tcMar>
            <w:vAlign w:val="center"/>
          </w:tcPr>
          <w:p w14:paraId="7840A4C1" w14:textId="77777777">
            <w:pPr>
              <w:spacing w:after="0" w:line="252" w:lineRule="auto"/>
              <w:jc w:val="right"/>
            </w:pPr>
            <w:r>
              <w:rPr>
                <w:color w:val="000000"/>
                <w:sz w:val="16"/>
              </w:rPr>
              <w:t>.233</w:t>
            </w:r>
          </w:p>
        </w:tc>
        <w:tc>
          <w:tcPr>
            <w:tcW w:w="792" w:type="dxa"/>
            <w:tcMar>
              <w:top w:w="80" w:type="dxa"/>
              <w:left w:w="120" w:type="dxa"/>
              <w:bottom w:w="80" w:type="dxa"/>
              <w:right w:w="120" w:type="dxa"/>
            </w:tcMar>
            <w:vAlign w:val="center"/>
          </w:tcPr>
          <w:p w14:paraId="62FD6CE8" w14:textId="77777777">
            <w:pPr>
              <w:spacing w:after="0" w:line="252" w:lineRule="auto"/>
              <w:jc w:val="right"/>
            </w:pPr>
            <w:r>
              <w:rPr>
                <w:color w:val="000000"/>
                <w:sz w:val="16"/>
              </w:rPr>
              <w:t>234</w:t>
            </w:r>
          </w:p>
        </w:tc>
      </w:tr>
      <w:tr w14:paraId="5F8A293F" w14:textId="77777777">
        <w:tc>
          <w:tcPr>
            <w:tcW w:w="3528" w:type="dxa"/>
            <w:tcMar>
              <w:top w:w="80" w:type="dxa"/>
              <w:left w:w="120" w:type="dxa"/>
              <w:bottom w:w="80" w:type="dxa"/>
              <w:right w:w="120" w:type="dxa"/>
            </w:tcMar>
            <w:vAlign w:val="center"/>
          </w:tcPr>
          <w:p w14:paraId="76CBF7C9" w14:textId="77777777">
            <w:pPr>
              <w:spacing w:after="0" w:line="252" w:lineRule="auto"/>
            </w:pPr>
            <w:r>
              <w:rPr>
                <w:color w:val="000000"/>
                <w:sz w:val="16"/>
              </w:rPr>
              <w:t>Bullying/teasing: sometimes vs never</w:t>
            </w:r>
          </w:p>
        </w:tc>
        <w:tc>
          <w:tcPr>
            <w:tcW w:w="936" w:type="dxa"/>
            <w:tcMar>
              <w:top w:w="80" w:type="dxa"/>
              <w:left w:w="120" w:type="dxa"/>
              <w:bottom w:w="80" w:type="dxa"/>
              <w:right w:w="120" w:type="dxa"/>
            </w:tcMar>
            <w:vAlign w:val="center"/>
          </w:tcPr>
          <w:p w14:paraId="09EDE0AB" w14:textId="77777777">
            <w:pPr>
              <w:spacing w:after="0" w:line="252" w:lineRule="auto"/>
              <w:jc w:val="right"/>
            </w:pPr>
            <w:r>
              <w:rPr>
                <w:rFonts w:ascii="Times New Roman" w:hAnsi="Times New Roman"/>
                <w:sz w:val="16"/>
              </w:rPr>
              <w:t>−4.46</w:t>
            </w:r>
          </w:p>
        </w:tc>
        <w:tc>
          <w:tcPr>
            <w:tcW w:w="1080" w:type="dxa"/>
            <w:tcMar>
              <w:top w:w="80" w:type="dxa"/>
              <w:left w:w="120" w:type="dxa"/>
              <w:bottom w:w="80" w:type="dxa"/>
              <w:right w:w="120" w:type="dxa"/>
            </w:tcMar>
            <w:vAlign w:val="center"/>
          </w:tcPr>
          <w:p w14:paraId="05D0C356" w14:textId="77777777">
            <w:pPr>
              <w:spacing w:after="0" w:line="252" w:lineRule="auto"/>
              <w:jc w:val="right"/>
            </w:pPr>
            <w:r>
              <w:rPr>
                <w:color w:val="000000"/>
                <w:sz w:val="16"/>
              </w:rPr>
              <w:t>1.24</w:t>
            </w:r>
          </w:p>
        </w:tc>
        <w:tc>
          <w:tcPr>
            <w:tcW w:w="2088" w:type="dxa"/>
            <w:tcMar>
              <w:top w:w="80" w:type="dxa"/>
              <w:left w:w="120" w:type="dxa"/>
              <w:bottom w:w="80" w:type="dxa"/>
              <w:right w:w="120" w:type="dxa"/>
            </w:tcMar>
            <w:vAlign w:val="center"/>
          </w:tcPr>
          <w:p w14:paraId="34E26B19" w14:textId="77777777">
            <w:pPr>
              <w:spacing w:after="0" w:line="252" w:lineRule="auto"/>
              <w:jc w:val="center"/>
            </w:pPr>
            <w:r>
              <w:rPr>
                <w:rFonts w:ascii="Times New Roman" w:hAnsi="Times New Roman"/>
                <w:sz w:val="16"/>
              </w:rPr>
              <w:t>−6.91 to −2.01</w:t>
            </w:r>
          </w:p>
        </w:tc>
        <w:tc>
          <w:tcPr>
            <w:tcW w:w="936" w:type="dxa"/>
            <w:tcMar>
              <w:top w:w="80" w:type="dxa"/>
              <w:left w:w="120" w:type="dxa"/>
              <w:bottom w:w="80" w:type="dxa"/>
              <w:right w:w="120" w:type="dxa"/>
            </w:tcMar>
            <w:vAlign w:val="center"/>
          </w:tcPr>
          <w:p w14:paraId="6D33620A" w14:textId="77777777">
            <w:pPr>
              <w:spacing w:after="0" w:line="252" w:lineRule="auto"/>
              <w:jc w:val="right"/>
            </w:pPr>
            <w:r>
              <w:rPr>
                <w:color w:val="000000"/>
                <w:sz w:val="16"/>
              </w:rPr>
              <w:t>&lt;.001</w:t>
            </w:r>
          </w:p>
        </w:tc>
        <w:tc>
          <w:tcPr>
            <w:tcW w:w="792" w:type="dxa"/>
            <w:tcMar>
              <w:top w:w="80" w:type="dxa"/>
              <w:left w:w="120" w:type="dxa"/>
              <w:bottom w:w="80" w:type="dxa"/>
              <w:right w:w="120" w:type="dxa"/>
            </w:tcMar>
            <w:vAlign w:val="center"/>
          </w:tcPr>
          <w:p w14:paraId="6745102B" w14:textId="77777777">
            <w:pPr>
              <w:spacing w:after="0" w:line="252" w:lineRule="auto"/>
              <w:jc w:val="right"/>
            </w:pPr>
            <w:r>
              <w:rPr>
                <w:color w:val="000000"/>
                <w:sz w:val="16"/>
              </w:rPr>
              <w:t>234</w:t>
            </w:r>
          </w:p>
        </w:tc>
      </w:tr>
      <w:tr w14:paraId="630221EF" w14:textId="77777777">
        <w:tc>
          <w:tcPr>
            <w:tcW w:w="3528" w:type="dxa"/>
            <w:tcMar>
              <w:top w:w="80" w:type="dxa"/>
              <w:left w:w="120" w:type="dxa"/>
              <w:bottom w:w="80" w:type="dxa"/>
              <w:right w:w="120" w:type="dxa"/>
            </w:tcMar>
            <w:vAlign w:val="center"/>
          </w:tcPr>
          <w:p w14:paraId="525D37BE" w14:textId="77777777">
            <w:pPr>
              <w:spacing w:after="0" w:line="252" w:lineRule="auto"/>
            </w:pPr>
            <w:r>
              <w:rPr>
                <w:color w:val="000000"/>
                <w:sz w:val="16"/>
              </w:rPr>
              <w:t>Bullying/teasing: often/very often vs never</w:t>
            </w:r>
          </w:p>
        </w:tc>
        <w:tc>
          <w:tcPr>
            <w:tcW w:w="936" w:type="dxa"/>
            <w:tcMar>
              <w:top w:w="80" w:type="dxa"/>
              <w:left w:w="120" w:type="dxa"/>
              <w:bottom w:w="80" w:type="dxa"/>
              <w:right w:w="120" w:type="dxa"/>
            </w:tcMar>
            <w:vAlign w:val="center"/>
          </w:tcPr>
          <w:p w14:paraId="5D305667" w14:textId="77777777">
            <w:pPr>
              <w:spacing w:after="0" w:line="252" w:lineRule="auto"/>
              <w:jc w:val="right"/>
            </w:pPr>
            <w:r>
              <w:rPr>
                <w:rFonts w:ascii="Times New Roman" w:hAnsi="Times New Roman"/>
                <w:sz w:val="16"/>
              </w:rPr>
              <w:t>−4.08</w:t>
            </w:r>
          </w:p>
        </w:tc>
        <w:tc>
          <w:tcPr>
            <w:tcW w:w="1080" w:type="dxa"/>
            <w:tcMar>
              <w:top w:w="80" w:type="dxa"/>
              <w:left w:w="120" w:type="dxa"/>
              <w:bottom w:w="80" w:type="dxa"/>
              <w:right w:w="120" w:type="dxa"/>
            </w:tcMar>
            <w:vAlign w:val="center"/>
          </w:tcPr>
          <w:p w14:paraId="226F9A37" w14:textId="77777777">
            <w:pPr>
              <w:spacing w:after="0" w:line="252" w:lineRule="auto"/>
              <w:jc w:val="right"/>
            </w:pPr>
            <w:r>
              <w:rPr>
                <w:color w:val="000000"/>
                <w:sz w:val="16"/>
              </w:rPr>
              <w:t>2.09</w:t>
            </w:r>
          </w:p>
        </w:tc>
        <w:tc>
          <w:tcPr>
            <w:tcW w:w="2088" w:type="dxa"/>
            <w:tcMar>
              <w:top w:w="80" w:type="dxa"/>
              <w:left w:w="120" w:type="dxa"/>
              <w:bottom w:w="80" w:type="dxa"/>
              <w:right w:w="120" w:type="dxa"/>
            </w:tcMar>
            <w:vAlign w:val="center"/>
          </w:tcPr>
          <w:p w14:paraId="2E7BFFEE" w14:textId="77777777">
            <w:pPr>
              <w:spacing w:after="0" w:line="252" w:lineRule="auto"/>
              <w:jc w:val="center"/>
            </w:pPr>
            <w:r>
              <w:rPr>
                <w:rFonts w:ascii="Times New Roman" w:hAnsi="Times New Roman"/>
                <w:sz w:val="16"/>
              </w:rPr>
              <w:t>−8.20 to 0.04</w:t>
            </w:r>
          </w:p>
        </w:tc>
        <w:tc>
          <w:tcPr>
            <w:tcW w:w="936" w:type="dxa"/>
            <w:tcMar>
              <w:top w:w="80" w:type="dxa"/>
              <w:left w:w="120" w:type="dxa"/>
              <w:bottom w:w="80" w:type="dxa"/>
              <w:right w:w="120" w:type="dxa"/>
            </w:tcMar>
            <w:vAlign w:val="center"/>
          </w:tcPr>
          <w:p w14:paraId="66162008" w14:textId="77777777">
            <w:pPr>
              <w:spacing w:after="0" w:line="252" w:lineRule="auto"/>
              <w:jc w:val="right"/>
            </w:pPr>
            <w:r>
              <w:rPr>
                <w:color w:val="000000"/>
                <w:sz w:val="16"/>
              </w:rPr>
              <w:t>.052</w:t>
            </w:r>
          </w:p>
        </w:tc>
        <w:tc>
          <w:tcPr>
            <w:tcW w:w="792" w:type="dxa"/>
            <w:tcMar>
              <w:top w:w="80" w:type="dxa"/>
              <w:left w:w="120" w:type="dxa"/>
              <w:bottom w:w="80" w:type="dxa"/>
              <w:right w:w="120" w:type="dxa"/>
            </w:tcMar>
            <w:vAlign w:val="center"/>
          </w:tcPr>
          <w:p w14:paraId="79D7B330" w14:textId="77777777">
            <w:pPr>
              <w:spacing w:after="0" w:line="252" w:lineRule="auto"/>
              <w:jc w:val="right"/>
            </w:pPr>
            <w:r>
              <w:rPr>
                <w:color w:val="000000"/>
                <w:sz w:val="16"/>
              </w:rPr>
              <w:t>234</w:t>
            </w:r>
          </w:p>
        </w:tc>
      </w:tr>
      <w:tr w14:paraId="670BC328" w14:textId="77777777">
        <w:tc>
          <w:tcPr>
            <w:tcW w:w="3528" w:type="dxa"/>
            <w:tcMar>
              <w:top w:w="80" w:type="dxa"/>
              <w:left w:w="120" w:type="dxa"/>
              <w:bottom w:w="80" w:type="dxa"/>
              <w:right w:w="120" w:type="dxa"/>
            </w:tcMar>
            <w:vAlign w:val="center"/>
          </w:tcPr>
          <w:p w14:paraId="63DCC46F" w14:textId="77777777">
            <w:pPr>
              <w:spacing w:after="0" w:line="252" w:lineRule="auto"/>
            </w:pPr>
            <w:r>
              <w:rPr>
                <w:color w:val="000000"/>
                <w:sz w:val="16"/>
              </w:rPr>
              <w:t>Recruitment wave: 2025 vs 2024</w:t>
            </w:r>
          </w:p>
        </w:tc>
        <w:tc>
          <w:tcPr>
            <w:tcW w:w="936" w:type="dxa"/>
            <w:tcMar>
              <w:top w:w="80" w:type="dxa"/>
              <w:left w:w="120" w:type="dxa"/>
              <w:bottom w:w="80" w:type="dxa"/>
              <w:right w:w="120" w:type="dxa"/>
            </w:tcMar>
            <w:vAlign w:val="center"/>
          </w:tcPr>
          <w:p w14:paraId="2768C4C5" w14:textId="77777777">
            <w:pPr>
              <w:spacing w:after="0" w:line="252" w:lineRule="auto"/>
              <w:jc w:val="right"/>
            </w:pPr>
            <w:r>
              <w:rPr>
                <w:rFonts w:ascii="Times New Roman" w:hAnsi="Times New Roman"/>
                <w:sz w:val="16"/>
              </w:rPr>
              <w:t>−1.39</w:t>
            </w:r>
          </w:p>
        </w:tc>
        <w:tc>
          <w:tcPr>
            <w:tcW w:w="1080" w:type="dxa"/>
            <w:tcMar>
              <w:top w:w="80" w:type="dxa"/>
              <w:left w:w="120" w:type="dxa"/>
              <w:bottom w:w="80" w:type="dxa"/>
              <w:right w:w="120" w:type="dxa"/>
            </w:tcMar>
            <w:vAlign w:val="center"/>
          </w:tcPr>
          <w:p w14:paraId="7951895D" w14:textId="77777777">
            <w:pPr>
              <w:spacing w:after="0" w:line="252" w:lineRule="auto"/>
              <w:jc w:val="right"/>
            </w:pPr>
            <w:r>
              <w:rPr>
                <w:color w:val="000000"/>
                <w:sz w:val="16"/>
              </w:rPr>
              <w:t>1.17</w:t>
            </w:r>
          </w:p>
        </w:tc>
        <w:tc>
          <w:tcPr>
            <w:tcW w:w="2088" w:type="dxa"/>
            <w:tcMar>
              <w:top w:w="80" w:type="dxa"/>
              <w:left w:w="120" w:type="dxa"/>
              <w:bottom w:w="80" w:type="dxa"/>
              <w:right w:w="120" w:type="dxa"/>
            </w:tcMar>
            <w:vAlign w:val="center"/>
          </w:tcPr>
          <w:p w14:paraId="480F9FC8" w14:textId="77777777">
            <w:pPr>
              <w:spacing w:after="0" w:line="252" w:lineRule="auto"/>
              <w:jc w:val="center"/>
            </w:pPr>
            <w:r>
              <w:rPr>
                <w:rFonts w:ascii="Times New Roman" w:hAnsi="Times New Roman"/>
                <w:sz w:val="16"/>
              </w:rPr>
              <w:t>−3.69 to 0.91</w:t>
            </w:r>
          </w:p>
        </w:tc>
        <w:tc>
          <w:tcPr>
            <w:tcW w:w="936" w:type="dxa"/>
            <w:tcMar>
              <w:top w:w="80" w:type="dxa"/>
              <w:left w:w="120" w:type="dxa"/>
              <w:bottom w:w="80" w:type="dxa"/>
              <w:right w:w="120" w:type="dxa"/>
            </w:tcMar>
            <w:vAlign w:val="center"/>
          </w:tcPr>
          <w:p w14:paraId="1A71A42F" w14:textId="77777777">
            <w:pPr>
              <w:spacing w:after="0" w:line="252" w:lineRule="auto"/>
              <w:jc w:val="right"/>
            </w:pPr>
            <w:r>
              <w:rPr>
                <w:color w:val="000000"/>
                <w:sz w:val="16"/>
              </w:rPr>
              <w:t>.234</w:t>
            </w:r>
          </w:p>
        </w:tc>
        <w:tc>
          <w:tcPr>
            <w:tcW w:w="792" w:type="dxa"/>
            <w:tcMar>
              <w:top w:w="80" w:type="dxa"/>
              <w:left w:w="120" w:type="dxa"/>
              <w:bottom w:w="80" w:type="dxa"/>
              <w:right w:w="120" w:type="dxa"/>
            </w:tcMar>
            <w:vAlign w:val="center"/>
          </w:tcPr>
          <w:p w14:paraId="14B46177" w14:textId="77777777">
            <w:pPr>
              <w:spacing w:after="0" w:line="252" w:lineRule="auto"/>
              <w:jc w:val="right"/>
            </w:pPr>
            <w:r>
              <w:rPr>
                <w:color w:val="000000"/>
                <w:sz w:val="16"/>
              </w:rPr>
              <w:t>234</w:t>
            </w:r>
          </w:p>
        </w:tc>
      </w:tr>
    </w:tbl>
    <w:p w14:paraId="494AC6D3" w14:textId="77777777">
      <w:pPr>
        <w:spacing w:before="100" w:after="160"/>
      </w:pPr>
      <w:r>
        <w:rPr>
          <w:rFonts w:ascii="Times New Roman" w:hAnsi="Times New Roman"/>
          <w:sz w:val="18"/>
        </w:rPr>
        <w:t>Note. Outcome: body-image composite (18–90). Reference groups: ≤3 hours/week, low/middle socioeconomic status, sedentary activity, never bullied/teased, and recruitment wave 2024. HC3 inference is used throughout.</w:t>
      </w:r>
    </w:p>
    <w:p w14:paraId="54BA58B4" w14:textId="77777777">
      <w:pPr>
        <w:keepNext/>
        <w:spacing w:before="80" w:after="80"/>
      </w:pPr>
      <w:r>
        <w:rPr>
          <w:b/>
          <w:color w:val="000000"/>
          <w:sz w:val="21"/>
        </w:rPr>
        <w:t xml:space="preserve">Supplementary Table S9. </w:t>
      </w:r>
      <w:r>
        <w:rPr>
          <w:i/>
          <w:color w:val="000000"/>
          <w:sz w:val="21"/>
        </w:rPr>
        <w:t>Primary-model diagnostics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6912"/>
        <w:gridCol w:w="2448"/>
      </w:tblGrid>
      <w:tr w14:paraId="20E406C1" w14:textId="77777777">
        <w:trPr>
          <w:tblHeader/>
        </w:trPr>
        <w:tc>
          <w:tcPr>
            <w:tcW w:w="6912" w:type="dxa"/>
            <w:tcMar>
              <w:top w:w="80" w:type="dxa"/>
              <w:left w:w="120" w:type="dxa"/>
              <w:bottom w:w="80" w:type="dxa"/>
              <w:right w:w="120" w:type="dxa"/>
            </w:tcMar>
            <w:vAlign w:val="center"/>
          </w:tcPr>
          <w:p w14:paraId="0BE9D93F" w14:textId="77777777">
            <w:pPr>
              <w:spacing w:after="0" w:line="252" w:lineRule="auto"/>
            </w:pPr>
            <w:r>
              <w:rPr>
                <w:b/>
                <w:color w:val="000000"/>
                <w:sz w:val="16"/>
              </w:rPr>
              <w:t>Diagnostic</w:t>
            </w:r>
          </w:p>
        </w:tc>
        <w:tc>
          <w:tcPr>
            <w:tcW w:w="2448" w:type="dxa"/>
            <w:tcMar>
              <w:top w:w="80" w:type="dxa"/>
              <w:left w:w="120" w:type="dxa"/>
              <w:bottom w:w="80" w:type="dxa"/>
              <w:right w:w="120" w:type="dxa"/>
            </w:tcMar>
            <w:vAlign w:val="center"/>
          </w:tcPr>
          <w:p w14:paraId="253FEFEC" w14:textId="77777777">
            <w:pPr>
              <w:spacing w:after="0" w:line="252" w:lineRule="auto"/>
              <w:jc w:val="right"/>
            </w:pPr>
            <w:r>
              <w:rPr>
                <w:b/>
                <w:color w:val="000000"/>
                <w:sz w:val="16"/>
              </w:rPr>
              <w:t>Value</w:t>
            </w:r>
          </w:p>
        </w:tc>
      </w:tr>
      <w:tr w14:paraId="15D94E22" w14:textId="77777777">
        <w:tc>
          <w:tcPr>
            <w:tcW w:w="6912" w:type="dxa"/>
            <w:tcMar>
              <w:top w:w="80" w:type="dxa"/>
              <w:left w:w="120" w:type="dxa"/>
              <w:bottom w:w="80" w:type="dxa"/>
              <w:right w:w="120" w:type="dxa"/>
            </w:tcMar>
            <w:vAlign w:val="center"/>
          </w:tcPr>
          <w:p w14:paraId="66E3E1AB" w14:textId="77777777">
            <w:pPr>
              <w:spacing w:after="0" w:line="252" w:lineRule="auto"/>
            </w:pPr>
            <w:r>
              <w:rPr>
                <w:color w:val="000000"/>
                <w:sz w:val="17"/>
              </w:rPr>
              <w:t>model n</w:t>
            </w:r>
          </w:p>
        </w:tc>
        <w:tc>
          <w:tcPr>
            <w:tcW w:w="2448" w:type="dxa"/>
            <w:tcMar>
              <w:top w:w="80" w:type="dxa"/>
              <w:left w:w="120" w:type="dxa"/>
              <w:bottom w:w="80" w:type="dxa"/>
              <w:right w:w="120" w:type="dxa"/>
            </w:tcMar>
            <w:vAlign w:val="center"/>
          </w:tcPr>
          <w:p w14:paraId="4F5548DE" w14:textId="77777777">
            <w:pPr>
              <w:spacing w:after="0" w:line="252" w:lineRule="auto"/>
              <w:jc w:val="right"/>
            </w:pPr>
            <w:r>
              <w:rPr>
                <w:color w:val="000000"/>
                <w:sz w:val="17"/>
              </w:rPr>
              <w:t>234.0000</w:t>
            </w:r>
          </w:p>
        </w:tc>
      </w:tr>
      <w:tr w14:paraId="47EC38B9" w14:textId="77777777">
        <w:tc>
          <w:tcPr>
            <w:tcW w:w="6912" w:type="dxa"/>
            <w:tcMar>
              <w:top w:w="80" w:type="dxa"/>
              <w:left w:w="120" w:type="dxa"/>
              <w:bottom w:w="80" w:type="dxa"/>
              <w:right w:w="120" w:type="dxa"/>
            </w:tcMar>
            <w:vAlign w:val="center"/>
          </w:tcPr>
          <w:p w14:paraId="4C972DE4" w14:textId="77777777">
            <w:pPr>
              <w:spacing w:after="0" w:line="252" w:lineRule="auto"/>
            </w:pPr>
            <w:r>
              <w:rPr>
                <w:color w:val="000000"/>
                <w:sz w:val="17"/>
              </w:rPr>
              <w:t>parameters including intercept</w:t>
            </w:r>
          </w:p>
        </w:tc>
        <w:tc>
          <w:tcPr>
            <w:tcW w:w="2448" w:type="dxa"/>
            <w:tcMar>
              <w:top w:w="80" w:type="dxa"/>
              <w:left w:w="120" w:type="dxa"/>
              <w:bottom w:w="80" w:type="dxa"/>
              <w:right w:w="120" w:type="dxa"/>
            </w:tcMar>
            <w:vAlign w:val="center"/>
          </w:tcPr>
          <w:p w14:paraId="5EC85EDD" w14:textId="77777777">
            <w:pPr>
              <w:spacing w:after="0" w:line="252" w:lineRule="auto"/>
              <w:jc w:val="right"/>
            </w:pPr>
            <w:r>
              <w:rPr>
                <w:color w:val="000000"/>
                <w:sz w:val="17"/>
              </w:rPr>
              <w:t>13.0000</w:t>
            </w:r>
          </w:p>
        </w:tc>
      </w:tr>
      <w:tr w14:paraId="1C860A36" w14:textId="77777777">
        <w:tc>
          <w:tcPr>
            <w:tcW w:w="6912" w:type="dxa"/>
            <w:tcMar>
              <w:top w:w="80" w:type="dxa"/>
              <w:left w:w="120" w:type="dxa"/>
              <w:bottom w:w="80" w:type="dxa"/>
              <w:right w:w="120" w:type="dxa"/>
            </w:tcMar>
            <w:vAlign w:val="center"/>
          </w:tcPr>
          <w:p w14:paraId="4C48F563" w14:textId="77777777">
            <w:pPr>
              <w:spacing w:after="0" w:line="252" w:lineRule="auto"/>
            </w:pPr>
            <w:r>
              <w:rPr>
                <w:color w:val="000000"/>
                <w:sz w:val="17"/>
              </w:rPr>
              <w:t>residual df</w:t>
            </w:r>
          </w:p>
        </w:tc>
        <w:tc>
          <w:tcPr>
            <w:tcW w:w="2448" w:type="dxa"/>
            <w:tcMar>
              <w:top w:w="80" w:type="dxa"/>
              <w:left w:w="120" w:type="dxa"/>
              <w:bottom w:w="80" w:type="dxa"/>
              <w:right w:w="120" w:type="dxa"/>
            </w:tcMar>
            <w:vAlign w:val="center"/>
          </w:tcPr>
          <w:p w14:paraId="25FAAB30" w14:textId="77777777">
            <w:pPr>
              <w:spacing w:after="0" w:line="252" w:lineRule="auto"/>
              <w:jc w:val="right"/>
            </w:pPr>
            <w:r>
              <w:rPr>
                <w:color w:val="000000"/>
                <w:sz w:val="17"/>
              </w:rPr>
              <w:t>221.0000</w:t>
            </w:r>
          </w:p>
        </w:tc>
      </w:tr>
      <w:tr w14:paraId="5EC27034" w14:textId="77777777">
        <w:tc>
          <w:tcPr>
            <w:tcW w:w="6912" w:type="dxa"/>
            <w:tcMar>
              <w:top w:w="80" w:type="dxa"/>
              <w:left w:w="120" w:type="dxa"/>
              <w:bottom w:w="80" w:type="dxa"/>
              <w:right w:w="120" w:type="dxa"/>
            </w:tcMar>
            <w:vAlign w:val="center"/>
          </w:tcPr>
          <w:p w14:paraId="5D426ED1" w14:textId="77777777">
            <w:pPr>
              <w:spacing w:after="0" w:line="252" w:lineRule="auto"/>
            </w:pPr>
            <w:r>
              <w:rPr>
                <w:color w:val="000000"/>
                <w:sz w:val="17"/>
              </w:rPr>
              <w:t>condition number</w:t>
            </w:r>
          </w:p>
        </w:tc>
        <w:tc>
          <w:tcPr>
            <w:tcW w:w="2448" w:type="dxa"/>
            <w:tcMar>
              <w:top w:w="80" w:type="dxa"/>
              <w:left w:w="120" w:type="dxa"/>
              <w:bottom w:w="80" w:type="dxa"/>
              <w:right w:w="120" w:type="dxa"/>
            </w:tcMar>
            <w:vAlign w:val="center"/>
          </w:tcPr>
          <w:p w14:paraId="58A2206A" w14:textId="77777777">
            <w:pPr>
              <w:spacing w:after="0" w:line="252" w:lineRule="auto"/>
              <w:jc w:val="right"/>
            </w:pPr>
            <w:r>
              <w:rPr>
                <w:color w:val="000000"/>
                <w:sz w:val="17"/>
              </w:rPr>
              <w:t>12.9053</w:t>
            </w:r>
          </w:p>
        </w:tc>
      </w:tr>
      <w:tr w14:paraId="3B789712" w14:textId="77777777">
        <w:tc>
          <w:tcPr>
            <w:tcW w:w="6912" w:type="dxa"/>
            <w:tcMar>
              <w:top w:w="80" w:type="dxa"/>
              <w:left w:w="120" w:type="dxa"/>
              <w:bottom w:w="80" w:type="dxa"/>
              <w:right w:w="120" w:type="dxa"/>
            </w:tcMar>
            <w:vAlign w:val="center"/>
          </w:tcPr>
          <w:p w14:paraId="645751BB" w14:textId="77777777">
            <w:pPr>
              <w:spacing w:after="0" w:line="252" w:lineRule="auto"/>
            </w:pPr>
            <w:r>
              <w:rPr>
                <w:color w:val="000000"/>
                <w:sz w:val="17"/>
              </w:rPr>
              <w:t>breusch pagan statistic</w:t>
            </w:r>
          </w:p>
        </w:tc>
        <w:tc>
          <w:tcPr>
            <w:tcW w:w="2448" w:type="dxa"/>
            <w:tcMar>
              <w:top w:w="80" w:type="dxa"/>
              <w:left w:w="120" w:type="dxa"/>
              <w:bottom w:w="80" w:type="dxa"/>
              <w:right w:w="120" w:type="dxa"/>
            </w:tcMar>
            <w:vAlign w:val="center"/>
          </w:tcPr>
          <w:p w14:paraId="04E760C8" w14:textId="77777777">
            <w:pPr>
              <w:spacing w:after="0" w:line="252" w:lineRule="auto"/>
              <w:jc w:val="right"/>
            </w:pPr>
            <w:r>
              <w:rPr>
                <w:color w:val="000000"/>
                <w:sz w:val="17"/>
              </w:rPr>
              <w:t>26.7416</w:t>
            </w:r>
          </w:p>
        </w:tc>
      </w:tr>
      <w:tr w14:paraId="268E45DF" w14:textId="77777777">
        <w:tc>
          <w:tcPr>
            <w:tcW w:w="6912" w:type="dxa"/>
            <w:tcMar>
              <w:top w:w="80" w:type="dxa"/>
              <w:left w:w="120" w:type="dxa"/>
              <w:bottom w:w="80" w:type="dxa"/>
              <w:right w:w="120" w:type="dxa"/>
            </w:tcMar>
            <w:vAlign w:val="center"/>
          </w:tcPr>
          <w:p w14:paraId="1C487325" w14:textId="77777777">
            <w:pPr>
              <w:spacing w:after="0" w:line="252" w:lineRule="auto"/>
            </w:pPr>
            <w:r>
              <w:rPr>
                <w:color w:val="000000"/>
                <w:sz w:val="17"/>
              </w:rPr>
              <w:t>breusch pagan df</w:t>
            </w:r>
          </w:p>
        </w:tc>
        <w:tc>
          <w:tcPr>
            <w:tcW w:w="2448" w:type="dxa"/>
            <w:tcMar>
              <w:top w:w="80" w:type="dxa"/>
              <w:left w:w="120" w:type="dxa"/>
              <w:bottom w:w="80" w:type="dxa"/>
              <w:right w:w="120" w:type="dxa"/>
            </w:tcMar>
            <w:vAlign w:val="center"/>
          </w:tcPr>
          <w:p w14:paraId="2276119C" w14:textId="77777777">
            <w:pPr>
              <w:spacing w:after="0" w:line="252" w:lineRule="auto"/>
              <w:jc w:val="right"/>
            </w:pPr>
            <w:r>
              <w:rPr>
                <w:color w:val="000000"/>
                <w:sz w:val="17"/>
              </w:rPr>
              <w:t>12.0000</w:t>
            </w:r>
          </w:p>
        </w:tc>
      </w:tr>
      <w:tr w14:paraId="03F3EE1F" w14:textId="77777777">
        <w:tc>
          <w:tcPr>
            <w:tcW w:w="6912" w:type="dxa"/>
            <w:tcMar>
              <w:top w:w="80" w:type="dxa"/>
              <w:left w:w="120" w:type="dxa"/>
              <w:bottom w:w="80" w:type="dxa"/>
              <w:right w:w="120" w:type="dxa"/>
            </w:tcMar>
            <w:vAlign w:val="center"/>
          </w:tcPr>
          <w:p w14:paraId="3B1B3854" w14:textId="77777777">
            <w:pPr>
              <w:spacing w:after="0" w:line="252" w:lineRule="auto"/>
            </w:pPr>
            <w:r>
              <w:rPr>
                <w:color w:val="000000"/>
                <w:sz w:val="17"/>
              </w:rPr>
              <w:t>breusch pagan p</w:t>
            </w:r>
          </w:p>
        </w:tc>
        <w:tc>
          <w:tcPr>
            <w:tcW w:w="2448" w:type="dxa"/>
            <w:tcMar>
              <w:top w:w="80" w:type="dxa"/>
              <w:left w:w="120" w:type="dxa"/>
              <w:bottom w:w="80" w:type="dxa"/>
              <w:right w:w="120" w:type="dxa"/>
            </w:tcMar>
            <w:vAlign w:val="center"/>
          </w:tcPr>
          <w:p w14:paraId="1E4CD0D3" w14:textId="77777777">
            <w:pPr>
              <w:spacing w:after="0" w:line="252" w:lineRule="auto"/>
              <w:jc w:val="right"/>
            </w:pPr>
            <w:r>
              <w:rPr>
                <w:color w:val="000000"/>
                <w:sz w:val="17"/>
              </w:rPr>
              <w:t>0.0084</w:t>
            </w:r>
          </w:p>
        </w:tc>
      </w:tr>
      <w:tr w14:paraId="6F7F8EAF" w14:textId="77777777">
        <w:tc>
          <w:tcPr>
            <w:tcW w:w="6912" w:type="dxa"/>
            <w:tcMar>
              <w:top w:w="80" w:type="dxa"/>
              <w:left w:w="120" w:type="dxa"/>
              <w:bottom w:w="80" w:type="dxa"/>
              <w:right w:w="120" w:type="dxa"/>
            </w:tcMar>
            <w:vAlign w:val="center"/>
          </w:tcPr>
          <w:p w14:paraId="4002C8F8" w14:textId="77777777">
            <w:pPr>
              <w:spacing w:after="0" w:line="252" w:lineRule="auto"/>
            </w:pPr>
            <w:r>
              <w:rPr>
                <w:color w:val="000000"/>
                <w:sz w:val="17"/>
              </w:rPr>
              <w:t>reset statistic</w:t>
            </w:r>
          </w:p>
        </w:tc>
        <w:tc>
          <w:tcPr>
            <w:tcW w:w="2448" w:type="dxa"/>
            <w:tcMar>
              <w:top w:w="80" w:type="dxa"/>
              <w:left w:w="120" w:type="dxa"/>
              <w:bottom w:w="80" w:type="dxa"/>
              <w:right w:w="120" w:type="dxa"/>
            </w:tcMar>
            <w:vAlign w:val="center"/>
          </w:tcPr>
          <w:p w14:paraId="45E4A44A" w14:textId="77777777">
            <w:pPr>
              <w:spacing w:after="0" w:line="252" w:lineRule="auto"/>
              <w:jc w:val="right"/>
            </w:pPr>
            <w:r>
              <w:rPr>
                <w:color w:val="000000"/>
                <w:sz w:val="17"/>
              </w:rPr>
              <w:t>0.5251</w:t>
            </w:r>
          </w:p>
        </w:tc>
      </w:tr>
      <w:tr w14:paraId="6A7EE60D" w14:textId="77777777">
        <w:tc>
          <w:tcPr>
            <w:tcW w:w="6912" w:type="dxa"/>
            <w:tcMar>
              <w:top w:w="80" w:type="dxa"/>
              <w:left w:w="120" w:type="dxa"/>
              <w:bottom w:w="80" w:type="dxa"/>
              <w:right w:w="120" w:type="dxa"/>
            </w:tcMar>
            <w:vAlign w:val="center"/>
          </w:tcPr>
          <w:p w14:paraId="0B91CDAF" w14:textId="77777777">
            <w:pPr>
              <w:spacing w:after="0" w:line="252" w:lineRule="auto"/>
            </w:pPr>
            <w:r>
              <w:rPr>
                <w:color w:val="000000"/>
                <w:sz w:val="17"/>
              </w:rPr>
              <w:t>reset p</w:t>
            </w:r>
          </w:p>
        </w:tc>
        <w:tc>
          <w:tcPr>
            <w:tcW w:w="2448" w:type="dxa"/>
            <w:tcMar>
              <w:top w:w="80" w:type="dxa"/>
              <w:left w:w="120" w:type="dxa"/>
              <w:bottom w:w="80" w:type="dxa"/>
              <w:right w:w="120" w:type="dxa"/>
            </w:tcMar>
            <w:vAlign w:val="center"/>
          </w:tcPr>
          <w:p w14:paraId="738C5AA8" w14:textId="77777777">
            <w:pPr>
              <w:spacing w:after="0" w:line="252" w:lineRule="auto"/>
              <w:jc w:val="right"/>
            </w:pPr>
            <w:r>
              <w:rPr>
                <w:color w:val="000000"/>
                <w:sz w:val="17"/>
              </w:rPr>
              <w:t>0.5923</w:t>
            </w:r>
          </w:p>
        </w:tc>
      </w:tr>
      <w:tr w14:paraId="602FCE01" w14:textId="77777777">
        <w:tc>
          <w:tcPr>
            <w:tcW w:w="6912" w:type="dxa"/>
            <w:tcMar>
              <w:top w:w="80" w:type="dxa"/>
              <w:left w:w="120" w:type="dxa"/>
              <w:bottom w:w="80" w:type="dxa"/>
              <w:right w:w="120" w:type="dxa"/>
            </w:tcMar>
            <w:vAlign w:val="center"/>
          </w:tcPr>
          <w:p w14:paraId="214C66DA" w14:textId="77777777">
            <w:pPr>
              <w:spacing w:after="0" w:line="252" w:lineRule="auto"/>
            </w:pPr>
            <w:r>
              <w:rPr>
                <w:color w:val="000000"/>
                <w:sz w:val="17"/>
              </w:rPr>
              <w:t>age squared hc3 p</w:t>
            </w:r>
          </w:p>
        </w:tc>
        <w:tc>
          <w:tcPr>
            <w:tcW w:w="2448" w:type="dxa"/>
            <w:tcMar>
              <w:top w:w="80" w:type="dxa"/>
              <w:left w:w="120" w:type="dxa"/>
              <w:bottom w:w="80" w:type="dxa"/>
              <w:right w:w="120" w:type="dxa"/>
            </w:tcMar>
            <w:vAlign w:val="center"/>
          </w:tcPr>
          <w:p w14:paraId="0B1282C7" w14:textId="77777777">
            <w:pPr>
              <w:spacing w:after="0" w:line="252" w:lineRule="auto"/>
              <w:jc w:val="right"/>
            </w:pPr>
            <w:r>
              <w:rPr>
                <w:color w:val="000000"/>
                <w:sz w:val="17"/>
              </w:rPr>
              <w:t>0.3143</w:t>
            </w:r>
          </w:p>
        </w:tc>
      </w:tr>
      <w:tr w14:paraId="42F068F9" w14:textId="77777777">
        <w:tc>
          <w:tcPr>
            <w:tcW w:w="6912" w:type="dxa"/>
            <w:tcMar>
              <w:top w:w="80" w:type="dxa"/>
              <w:left w:w="120" w:type="dxa"/>
              <w:bottom w:w="80" w:type="dxa"/>
              <w:right w:w="120" w:type="dxa"/>
            </w:tcMar>
            <w:vAlign w:val="center"/>
          </w:tcPr>
          <w:p w14:paraId="24FEE1AB" w14:textId="77777777">
            <w:pPr>
              <w:spacing w:after="0" w:line="252" w:lineRule="auto"/>
            </w:pPr>
            <w:r>
              <w:rPr>
                <w:color w:val="000000"/>
                <w:sz w:val="17"/>
              </w:rPr>
              <w:t>max cooks distance</w:t>
            </w:r>
          </w:p>
        </w:tc>
        <w:tc>
          <w:tcPr>
            <w:tcW w:w="2448" w:type="dxa"/>
            <w:tcMar>
              <w:top w:w="80" w:type="dxa"/>
              <w:left w:w="120" w:type="dxa"/>
              <w:bottom w:w="80" w:type="dxa"/>
              <w:right w:w="120" w:type="dxa"/>
            </w:tcMar>
            <w:vAlign w:val="center"/>
          </w:tcPr>
          <w:p w14:paraId="612426C6" w14:textId="77777777">
            <w:pPr>
              <w:spacing w:after="0" w:line="252" w:lineRule="auto"/>
              <w:jc w:val="right"/>
            </w:pPr>
            <w:r>
              <w:rPr>
                <w:color w:val="000000"/>
                <w:sz w:val="17"/>
              </w:rPr>
              <w:t>0.0557</w:t>
            </w:r>
          </w:p>
        </w:tc>
      </w:tr>
      <w:tr w14:paraId="530C6FD4" w14:textId="77777777">
        <w:tc>
          <w:tcPr>
            <w:tcW w:w="6912" w:type="dxa"/>
            <w:tcMar>
              <w:top w:w="80" w:type="dxa"/>
              <w:left w:w="120" w:type="dxa"/>
              <w:bottom w:w="80" w:type="dxa"/>
              <w:right w:w="120" w:type="dxa"/>
            </w:tcMar>
            <w:vAlign w:val="center"/>
          </w:tcPr>
          <w:p w14:paraId="1BF7F9A4" w14:textId="77777777">
            <w:pPr>
              <w:spacing w:after="0" w:line="252" w:lineRule="auto"/>
            </w:pPr>
            <w:r>
              <w:rPr>
                <w:color w:val="000000"/>
                <w:sz w:val="17"/>
              </w:rPr>
              <w:t>cooks above threshold n</w:t>
            </w:r>
          </w:p>
        </w:tc>
        <w:tc>
          <w:tcPr>
            <w:tcW w:w="2448" w:type="dxa"/>
            <w:tcMar>
              <w:top w:w="80" w:type="dxa"/>
              <w:left w:w="120" w:type="dxa"/>
              <w:bottom w:w="80" w:type="dxa"/>
              <w:right w:w="120" w:type="dxa"/>
            </w:tcMar>
            <w:vAlign w:val="center"/>
          </w:tcPr>
          <w:p w14:paraId="1330D29C" w14:textId="77777777">
            <w:pPr>
              <w:spacing w:after="0" w:line="252" w:lineRule="auto"/>
              <w:jc w:val="right"/>
            </w:pPr>
            <w:r>
              <w:rPr>
                <w:color w:val="000000"/>
                <w:sz w:val="17"/>
              </w:rPr>
              <w:t>15.0000</w:t>
            </w:r>
          </w:p>
        </w:tc>
      </w:tr>
      <w:tr w14:paraId="0AA4B233" w14:textId="77777777">
        <w:tc>
          <w:tcPr>
            <w:tcW w:w="6912" w:type="dxa"/>
            <w:tcMar>
              <w:top w:w="80" w:type="dxa"/>
              <w:left w:w="120" w:type="dxa"/>
              <w:bottom w:w="80" w:type="dxa"/>
              <w:right w:w="120" w:type="dxa"/>
            </w:tcMar>
            <w:vAlign w:val="center"/>
          </w:tcPr>
          <w:p w14:paraId="1F2B0AF5" w14:textId="77777777">
            <w:pPr>
              <w:spacing w:after="0" w:line="252" w:lineRule="auto"/>
            </w:pPr>
            <w:r>
              <w:rPr>
                <w:color w:val="000000"/>
                <w:sz w:val="17"/>
              </w:rPr>
              <w:t>max hat value</w:t>
            </w:r>
          </w:p>
        </w:tc>
        <w:tc>
          <w:tcPr>
            <w:tcW w:w="2448" w:type="dxa"/>
            <w:tcMar>
              <w:top w:w="80" w:type="dxa"/>
              <w:left w:w="120" w:type="dxa"/>
              <w:bottom w:w="80" w:type="dxa"/>
              <w:right w:w="120" w:type="dxa"/>
            </w:tcMar>
            <w:vAlign w:val="center"/>
          </w:tcPr>
          <w:p w14:paraId="515024E8" w14:textId="77777777">
            <w:pPr>
              <w:spacing w:after="0" w:line="252" w:lineRule="auto"/>
              <w:jc w:val="right"/>
            </w:pPr>
            <w:r>
              <w:rPr>
                <w:color w:val="000000"/>
                <w:sz w:val="17"/>
              </w:rPr>
              <w:t>0.1174</w:t>
            </w:r>
          </w:p>
        </w:tc>
      </w:tr>
      <w:tr w14:paraId="7D663E8E" w14:textId="77777777">
        <w:tc>
          <w:tcPr>
            <w:tcW w:w="6912" w:type="dxa"/>
            <w:tcMar>
              <w:top w:w="80" w:type="dxa"/>
              <w:left w:w="120" w:type="dxa"/>
              <w:bottom w:w="80" w:type="dxa"/>
              <w:right w:w="120" w:type="dxa"/>
            </w:tcMar>
            <w:vAlign w:val="center"/>
          </w:tcPr>
          <w:p w14:paraId="6B5500CD" w14:textId="77777777">
            <w:pPr>
              <w:spacing w:after="0" w:line="252" w:lineRule="auto"/>
            </w:pPr>
            <w:r>
              <w:rPr>
                <w:color w:val="000000"/>
                <w:sz w:val="17"/>
              </w:rPr>
              <w:t>leverage above threshold n</w:t>
            </w:r>
          </w:p>
        </w:tc>
        <w:tc>
          <w:tcPr>
            <w:tcW w:w="2448" w:type="dxa"/>
            <w:tcMar>
              <w:top w:w="80" w:type="dxa"/>
              <w:left w:w="120" w:type="dxa"/>
              <w:bottom w:w="80" w:type="dxa"/>
              <w:right w:w="120" w:type="dxa"/>
            </w:tcMar>
            <w:vAlign w:val="center"/>
          </w:tcPr>
          <w:p w14:paraId="370CB41B" w14:textId="77777777">
            <w:pPr>
              <w:spacing w:after="0" w:line="252" w:lineRule="auto"/>
              <w:jc w:val="right"/>
            </w:pPr>
            <w:r>
              <w:rPr>
                <w:color w:val="000000"/>
                <w:sz w:val="17"/>
              </w:rPr>
              <w:t>3.0000</w:t>
            </w:r>
          </w:p>
        </w:tc>
      </w:tr>
      <w:tr w14:paraId="466FBD93" w14:textId="77777777">
        <w:tc>
          <w:tcPr>
            <w:tcW w:w="6912" w:type="dxa"/>
            <w:tcMar>
              <w:top w:w="80" w:type="dxa"/>
              <w:left w:w="120" w:type="dxa"/>
              <w:bottom w:w="80" w:type="dxa"/>
              <w:right w:w="120" w:type="dxa"/>
            </w:tcMar>
            <w:vAlign w:val="center"/>
          </w:tcPr>
          <w:p w14:paraId="567ACA1E" w14:textId="77777777">
            <w:pPr>
              <w:spacing w:after="0" w:line="252" w:lineRule="auto"/>
            </w:pPr>
            <w:r>
              <w:rPr>
                <w:color w:val="000000"/>
                <w:sz w:val="17"/>
              </w:rPr>
              <w:t>dfbeta above threshold n</w:t>
            </w:r>
          </w:p>
        </w:tc>
        <w:tc>
          <w:tcPr>
            <w:tcW w:w="2448" w:type="dxa"/>
            <w:tcMar>
              <w:top w:w="80" w:type="dxa"/>
              <w:left w:w="120" w:type="dxa"/>
              <w:bottom w:w="80" w:type="dxa"/>
              <w:right w:w="120" w:type="dxa"/>
            </w:tcMar>
            <w:vAlign w:val="center"/>
          </w:tcPr>
          <w:p w14:paraId="3FA8B68B" w14:textId="77777777">
            <w:pPr>
              <w:spacing w:after="0" w:line="252" w:lineRule="auto"/>
              <w:jc w:val="right"/>
            </w:pPr>
            <w:r>
              <w:rPr>
                <w:color w:val="000000"/>
                <w:sz w:val="17"/>
              </w:rPr>
              <w:t>66.0000</w:t>
            </w:r>
          </w:p>
        </w:tc>
      </w:tr>
      <w:tr w14:paraId="7727B155" w14:textId="77777777">
        <w:tc>
          <w:tcPr>
            <w:tcW w:w="6912" w:type="dxa"/>
            <w:tcMar>
              <w:top w:w="80" w:type="dxa"/>
              <w:left w:w="120" w:type="dxa"/>
              <w:bottom w:w="80" w:type="dxa"/>
              <w:right w:w="120" w:type="dxa"/>
            </w:tcMar>
            <w:vAlign w:val="center"/>
          </w:tcPr>
          <w:p w14:paraId="47C88A64" w14:textId="77777777">
            <w:pPr>
              <w:spacing w:after="0" w:line="252" w:lineRule="auto"/>
            </w:pPr>
            <w:r>
              <w:rPr>
                <w:color w:val="000000"/>
                <w:sz w:val="17"/>
              </w:rPr>
              <w:t>residual skewness</w:t>
            </w:r>
          </w:p>
        </w:tc>
        <w:tc>
          <w:tcPr>
            <w:tcW w:w="2448" w:type="dxa"/>
            <w:tcMar>
              <w:top w:w="80" w:type="dxa"/>
              <w:left w:w="120" w:type="dxa"/>
              <w:bottom w:w="80" w:type="dxa"/>
              <w:right w:w="120" w:type="dxa"/>
            </w:tcMar>
            <w:vAlign w:val="center"/>
          </w:tcPr>
          <w:p w14:paraId="7371FDEF" w14:textId="77777777">
            <w:pPr>
              <w:spacing w:after="0" w:line="252" w:lineRule="auto"/>
              <w:jc w:val="right"/>
            </w:pPr>
            <w:r>
              <w:rPr>
                <w:color w:val="000000"/>
                <w:sz w:val="17"/>
              </w:rPr>
              <w:t>0.2576</w:t>
            </w:r>
          </w:p>
        </w:tc>
      </w:tr>
      <w:tr w14:paraId="4AC347FA" w14:textId="77777777">
        <w:tc>
          <w:tcPr>
            <w:tcW w:w="6912" w:type="dxa"/>
            <w:tcMar>
              <w:top w:w="80" w:type="dxa"/>
              <w:left w:w="120" w:type="dxa"/>
              <w:bottom w:w="80" w:type="dxa"/>
              <w:right w:w="120" w:type="dxa"/>
            </w:tcMar>
            <w:vAlign w:val="center"/>
          </w:tcPr>
          <w:p w14:paraId="48CAFF4B" w14:textId="77777777">
            <w:pPr>
              <w:spacing w:after="0" w:line="252" w:lineRule="auto"/>
            </w:pPr>
            <w:r>
              <w:rPr>
                <w:color w:val="000000"/>
                <w:sz w:val="17"/>
              </w:rPr>
              <w:t>residual kurtosis</w:t>
            </w:r>
          </w:p>
        </w:tc>
        <w:tc>
          <w:tcPr>
            <w:tcW w:w="2448" w:type="dxa"/>
            <w:tcMar>
              <w:top w:w="80" w:type="dxa"/>
              <w:left w:w="120" w:type="dxa"/>
              <w:bottom w:w="80" w:type="dxa"/>
              <w:right w:w="120" w:type="dxa"/>
            </w:tcMar>
            <w:vAlign w:val="center"/>
          </w:tcPr>
          <w:p w14:paraId="2EB0AC00" w14:textId="77777777">
            <w:pPr>
              <w:spacing w:after="0" w:line="252" w:lineRule="auto"/>
              <w:jc w:val="right"/>
            </w:pPr>
            <w:r>
              <w:rPr>
                <w:color w:val="000000"/>
                <w:sz w:val="17"/>
              </w:rPr>
              <w:t>0.2168</w:t>
            </w:r>
          </w:p>
        </w:tc>
      </w:tr>
    </w:tbl>
    <w:p w14:paraId="40AD22B4" w14:textId="77777777">
      <w:pPr>
        <w:spacing w:before="100" w:after="160"/>
      </w:pPr>
      <w:r>
        <w:rPr>
          <w:rFonts w:ascii="Times New Roman" w:hAnsi="Times New Roman"/>
          <w:b/>
          <w:i/>
          <w:color w:val="000000"/>
          <w:sz w:val="18"/>
        </w:rPr>
        <w:t xml:space="preserve">Note. </w:t>
      </w:r>
      <w:r>
        <w:rPr>
          <w:rFonts w:ascii="Times New Roman" w:hAnsi="Times New Roman"/>
          <w:i/>
          <w:color w:val="000000"/>
          <w:sz w:val="18"/>
        </w:rPr>
        <w:t>The Breusch-Pagan test indicated heteroskedasticity; HC3 covariance was prespecified and retained. Influence thresholds are screening indicators, not automatic exclusion rules. The complete diagnostic register is supplied as a machine-readable CSV. See Supplementary Figure S1.</w:t>
      </w:r>
    </w:p>
    <w:p>
      <w:r>
        <w:rPr>
          <w:b/>
        </w:rPr>
        <w:t>Supplementary Figure S1 Primary-model diagnostic panels</w:t>
      </w:r>
    </w:p>
    <w:p>
      <w:pPr>
        <w:jc w:val="center"/>
      </w:pPr>
      <w:r>
        <w:drawing>
          <wp:inline xmlns:a="http://schemas.openxmlformats.org/drawingml/2006/main" xmlns:pic="http://schemas.openxmlformats.org/drawingml/2006/picture">
            <wp:extent cx="5669280" cy="4744479"/>
            <wp:docPr id="1" name="Picture 1"/>
            <wp:cNvGraphicFramePr>
              <a:graphicFrameLocks noChangeAspect="1"/>
            </wp:cNvGraphicFramePr>
            <a:graphic>
              <a:graphicData uri="http://schemas.openxmlformats.org/drawingml/2006/picture">
                <pic:pic>
                  <pic:nvPicPr>
                    <pic:cNvPr id="0" name="Figure_S1_Primary_Model_Diagnostics.png"/>
                    <pic:cNvPicPr/>
                  </pic:nvPicPr>
                  <pic:blipFill>
                    <a:blip r:embed="rId11"/>
                    <a:stretch>
                      <a:fillRect/>
                    </a:stretch>
                  </pic:blipFill>
                  <pic:spPr>
                    <a:xfrm>
                      <a:off x="0" y="0"/>
                      <a:ext cx="5669280" cy="4744479"/>
                    </a:xfrm>
                    <a:prstGeom prst="rect"/>
                  </pic:spPr>
                </pic:pic>
              </a:graphicData>
            </a:graphic>
          </wp:inline>
        </w:drawing>
      </w:r>
    </w:p>
    <w:p>
      <w:r>
        <w:t>Diagnostic panels display residual behavior and influence screening for the complete-case primary model. Flags are diagnostic indicators and were not used as automatic exclusion rules.</w:t>
      </w:r>
    </w:p>
    <w:p w14:paraId="4D1927E9" w14:textId="77777777">
      <w:pPr>
        <w:pStyle w:val="Heading1"/>
      </w:pPr>
      <w:r>
        <w:lastRenderedPageBreak/>
        <w:t>S5. Secondary analyses and multiplicity</w:t>
      </w:r>
    </w:p>
    <w:p w14:paraId="591CEB49" w14:textId="77777777">
      <w:pPr>
        <w:keepNext/>
        <w:spacing w:before="80" w:after="80"/>
      </w:pPr>
      <w:r>
        <w:rPr>
          <w:b/>
          <w:color w:val="000000"/>
          <w:sz w:val="21"/>
        </w:rPr>
        <w:t xml:space="preserve">Supplementary Table S10. </w:t>
      </w:r>
      <w:r>
        <w:rPr>
          <w:i/>
          <w:color w:val="000000"/>
          <w:sz w:val="21"/>
        </w:rPr>
        <w:t>Secondary omnibus tests and BH false-discovery-rate correction</w:t>
      </w:r>
    </w:p>
    <w:tbl>
      <w:tblPr>
        <w:tblW w:w="9072"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936"/>
        <w:gridCol w:w="3600"/>
        <w:gridCol w:w="792"/>
        <w:gridCol w:w="1080"/>
        <w:gridCol w:w="936"/>
        <w:gridCol w:w="936"/>
        <w:gridCol w:w="792"/>
      </w:tblGrid>
      <w:tr w14:paraId="5517BCBB" w14:textId="77777777">
        <w:trPr>
          <w:tblHeader/>
        </w:trPr>
        <w:tc>
          <w:tcPr>
            <w:tcW w:w="936" w:type="dxa"/>
            <w:tcMar>
              <w:top w:w="80" w:type="dxa"/>
              <w:left w:w="120" w:type="dxa"/>
              <w:bottom w:w="80" w:type="dxa"/>
              <w:right w:w="120" w:type="dxa"/>
            </w:tcMar>
            <w:vAlign w:val="center"/>
          </w:tcPr>
          <w:p w14:paraId="457B40F6" w14:textId="77777777">
            <w:pPr>
              <w:spacing w:after="0" w:line="252" w:lineRule="auto"/>
            </w:pPr>
            <w:r>
              <w:rPr>
                <w:b/>
                <w:color w:val="000000"/>
                <w:sz w:val="16"/>
              </w:rPr>
              <w:t>Analysis</w:t>
            </w:r>
          </w:p>
        </w:tc>
        <w:tc>
          <w:tcPr>
            <w:tcW w:w="3600" w:type="dxa"/>
            <w:tcMar>
              <w:top w:w="80" w:type="dxa"/>
              <w:left w:w="120" w:type="dxa"/>
              <w:bottom w:w="80" w:type="dxa"/>
              <w:right w:w="120" w:type="dxa"/>
            </w:tcMar>
            <w:vAlign w:val="center"/>
          </w:tcPr>
          <w:p w14:paraId="2477F75C" w14:textId="77777777">
            <w:pPr>
              <w:spacing w:after="0" w:line="252" w:lineRule="auto"/>
            </w:pPr>
            <w:r>
              <w:rPr>
                <w:b/>
                <w:color w:val="000000"/>
                <w:sz w:val="16"/>
              </w:rPr>
              <w:t>Secondary exposure</w:t>
            </w:r>
          </w:p>
        </w:tc>
        <w:tc>
          <w:tcPr>
            <w:tcW w:w="792" w:type="dxa"/>
            <w:tcMar>
              <w:top w:w="80" w:type="dxa"/>
              <w:left w:w="120" w:type="dxa"/>
              <w:bottom w:w="80" w:type="dxa"/>
              <w:right w:w="120" w:type="dxa"/>
            </w:tcMar>
            <w:vAlign w:val="center"/>
          </w:tcPr>
          <w:p w14:paraId="29593DAB" w14:textId="77777777">
            <w:pPr>
              <w:spacing w:after="0" w:line="252" w:lineRule="auto"/>
              <w:jc w:val="right"/>
            </w:pPr>
            <w:r>
              <w:rPr>
                <w:b/>
                <w:color w:val="000000"/>
                <w:sz w:val="16"/>
              </w:rPr>
              <w:t>F</w:t>
            </w:r>
          </w:p>
        </w:tc>
        <w:tc>
          <w:tcPr>
            <w:tcW w:w="1080" w:type="dxa"/>
            <w:tcMar>
              <w:top w:w="80" w:type="dxa"/>
              <w:left w:w="120" w:type="dxa"/>
              <w:bottom w:w="80" w:type="dxa"/>
              <w:right w:w="120" w:type="dxa"/>
            </w:tcMar>
            <w:vAlign w:val="center"/>
          </w:tcPr>
          <w:p w14:paraId="5F9F9A44" w14:textId="77777777">
            <w:pPr>
              <w:spacing w:after="0" w:line="252" w:lineRule="auto"/>
              <w:jc w:val="center"/>
            </w:pPr>
            <w:r>
              <w:rPr>
                <w:b/>
                <w:color w:val="000000"/>
                <w:sz w:val="16"/>
              </w:rPr>
              <w:t>df</w:t>
            </w:r>
          </w:p>
        </w:tc>
        <w:tc>
          <w:tcPr>
            <w:tcW w:w="936" w:type="dxa"/>
            <w:tcMar>
              <w:top w:w="80" w:type="dxa"/>
              <w:left w:w="120" w:type="dxa"/>
              <w:bottom w:w="80" w:type="dxa"/>
              <w:right w:w="120" w:type="dxa"/>
            </w:tcMar>
            <w:vAlign w:val="center"/>
          </w:tcPr>
          <w:p w14:paraId="08EE180B" w14:textId="77777777">
            <w:pPr>
              <w:spacing w:after="0" w:line="252" w:lineRule="auto"/>
              <w:jc w:val="right"/>
            </w:pPr>
            <w:r>
              <w:rPr>
                <w:b/>
                <w:color w:val="000000"/>
                <w:sz w:val="16"/>
              </w:rPr>
              <w:t>Raw p</w:t>
            </w:r>
          </w:p>
        </w:tc>
        <w:tc>
          <w:tcPr>
            <w:tcW w:w="936" w:type="dxa"/>
            <w:tcMar>
              <w:top w:w="80" w:type="dxa"/>
              <w:left w:w="120" w:type="dxa"/>
              <w:bottom w:w="80" w:type="dxa"/>
              <w:right w:w="120" w:type="dxa"/>
            </w:tcMar>
            <w:vAlign w:val="center"/>
          </w:tcPr>
          <w:p w14:paraId="311D22B5" w14:textId="77777777">
            <w:pPr>
              <w:spacing w:after="0" w:line="252" w:lineRule="auto"/>
              <w:jc w:val="right"/>
            </w:pPr>
            <w:r>
              <w:rPr>
                <w:b/>
                <w:color w:val="000000"/>
                <w:sz w:val="16"/>
              </w:rPr>
              <w:t>BH p</w:t>
            </w:r>
          </w:p>
        </w:tc>
        <w:tc>
          <w:tcPr>
            <w:tcW w:w="792" w:type="dxa"/>
            <w:tcMar>
              <w:top w:w="80" w:type="dxa"/>
              <w:left w:w="120" w:type="dxa"/>
              <w:bottom w:w="80" w:type="dxa"/>
              <w:right w:w="120" w:type="dxa"/>
            </w:tcMar>
            <w:vAlign w:val="center"/>
          </w:tcPr>
          <w:p w14:paraId="45C942E2" w14:textId="77777777">
            <w:pPr>
              <w:spacing w:after="0" w:line="252" w:lineRule="auto"/>
              <w:jc w:val="right"/>
            </w:pPr>
            <w:r>
              <w:rPr>
                <w:b/>
                <w:color w:val="000000"/>
                <w:sz w:val="16"/>
              </w:rPr>
              <w:t>N</w:t>
            </w:r>
          </w:p>
        </w:tc>
      </w:tr>
      <w:tr w14:paraId="301F47E1" w14:textId="77777777">
        <w:tc>
          <w:tcPr>
            <w:tcW w:w="936" w:type="dxa"/>
            <w:tcMar>
              <w:top w:w="80" w:type="dxa"/>
              <w:left w:w="120" w:type="dxa"/>
              <w:bottom w:w="80" w:type="dxa"/>
              <w:right w:w="120" w:type="dxa"/>
            </w:tcMar>
            <w:vAlign w:val="center"/>
          </w:tcPr>
          <w:p w14:paraId="0AB0299A" w14:textId="77777777">
            <w:pPr>
              <w:spacing w:after="0" w:line="252" w:lineRule="auto"/>
            </w:pPr>
            <w:r>
              <w:rPr>
                <w:color w:val="000000"/>
                <w:sz w:val="16"/>
              </w:rPr>
              <w:t>SEC01</w:t>
            </w:r>
          </w:p>
        </w:tc>
        <w:tc>
          <w:tcPr>
            <w:tcW w:w="3600" w:type="dxa"/>
            <w:tcMar>
              <w:top w:w="80" w:type="dxa"/>
              <w:left w:w="120" w:type="dxa"/>
              <w:bottom w:w="80" w:type="dxa"/>
              <w:right w:w="120" w:type="dxa"/>
            </w:tcMar>
            <w:vAlign w:val="center"/>
          </w:tcPr>
          <w:p w14:paraId="2338C05B" w14:textId="77777777">
            <w:pPr>
              <w:spacing w:after="0" w:line="252" w:lineRule="auto"/>
            </w:pPr>
            <w:r>
              <w:rPr>
                <w:color w:val="000000"/>
                <w:sz w:val="16"/>
              </w:rPr>
              <w:t>appearance-related bullying/teasing</w:t>
            </w:r>
          </w:p>
        </w:tc>
        <w:tc>
          <w:tcPr>
            <w:tcW w:w="792" w:type="dxa"/>
            <w:tcMar>
              <w:top w:w="80" w:type="dxa"/>
              <w:left w:w="120" w:type="dxa"/>
              <w:bottom w:w="80" w:type="dxa"/>
              <w:right w:w="120" w:type="dxa"/>
            </w:tcMar>
            <w:vAlign w:val="center"/>
          </w:tcPr>
          <w:p w14:paraId="53381A81" w14:textId="77777777">
            <w:pPr>
              <w:spacing w:after="0" w:line="252" w:lineRule="auto"/>
              <w:jc w:val="right"/>
            </w:pPr>
            <w:r>
              <w:rPr>
                <w:color w:val="000000"/>
                <w:sz w:val="16"/>
              </w:rPr>
              <w:t>4.870</w:t>
            </w:r>
          </w:p>
        </w:tc>
        <w:tc>
          <w:tcPr>
            <w:tcW w:w="1080" w:type="dxa"/>
            <w:tcMar>
              <w:top w:w="80" w:type="dxa"/>
              <w:left w:w="120" w:type="dxa"/>
              <w:bottom w:w="80" w:type="dxa"/>
              <w:right w:w="120" w:type="dxa"/>
            </w:tcMar>
            <w:vAlign w:val="center"/>
          </w:tcPr>
          <w:p w14:paraId="2A5DB097" w14:textId="77777777">
            <w:pPr>
              <w:spacing w:after="0" w:line="252" w:lineRule="auto"/>
              <w:jc w:val="center"/>
            </w:pPr>
            <w:r>
              <w:rPr>
                <w:color w:val="000000"/>
                <w:sz w:val="16"/>
              </w:rPr>
              <w:t>3, 221</w:t>
            </w:r>
          </w:p>
        </w:tc>
        <w:tc>
          <w:tcPr>
            <w:tcW w:w="936" w:type="dxa"/>
            <w:tcMar>
              <w:top w:w="80" w:type="dxa"/>
              <w:left w:w="120" w:type="dxa"/>
              <w:bottom w:w="80" w:type="dxa"/>
              <w:right w:w="120" w:type="dxa"/>
            </w:tcMar>
            <w:vAlign w:val="center"/>
          </w:tcPr>
          <w:p w14:paraId="674C4FA5" w14:textId="77777777">
            <w:pPr>
              <w:spacing w:after="0" w:line="252" w:lineRule="auto"/>
              <w:jc w:val="right"/>
            </w:pPr>
            <w:r>
              <w:rPr>
                <w:color w:val="000000"/>
                <w:sz w:val="16"/>
              </w:rPr>
              <w:t>.003</w:t>
            </w:r>
          </w:p>
        </w:tc>
        <w:tc>
          <w:tcPr>
            <w:tcW w:w="936" w:type="dxa"/>
            <w:tcMar>
              <w:top w:w="80" w:type="dxa"/>
              <w:left w:w="120" w:type="dxa"/>
              <w:bottom w:w="80" w:type="dxa"/>
              <w:right w:w="120" w:type="dxa"/>
            </w:tcMar>
            <w:vAlign w:val="center"/>
          </w:tcPr>
          <w:p w14:paraId="75984F05" w14:textId="77777777">
            <w:pPr>
              <w:spacing w:after="0" w:line="252" w:lineRule="auto"/>
              <w:jc w:val="right"/>
            </w:pPr>
            <w:r>
              <w:rPr>
                <w:color w:val="000000"/>
                <w:sz w:val="16"/>
              </w:rPr>
              <w:t>.007</w:t>
            </w:r>
          </w:p>
        </w:tc>
        <w:tc>
          <w:tcPr>
            <w:tcW w:w="792" w:type="dxa"/>
            <w:tcMar>
              <w:top w:w="80" w:type="dxa"/>
              <w:left w:w="120" w:type="dxa"/>
              <w:bottom w:w="80" w:type="dxa"/>
              <w:right w:w="120" w:type="dxa"/>
            </w:tcMar>
            <w:vAlign w:val="center"/>
          </w:tcPr>
          <w:p w14:paraId="6F1C6A1A" w14:textId="77777777">
            <w:pPr>
              <w:spacing w:after="0" w:line="252" w:lineRule="auto"/>
              <w:jc w:val="right"/>
            </w:pPr>
            <w:r>
              <w:rPr>
                <w:color w:val="000000"/>
                <w:sz w:val="16"/>
              </w:rPr>
              <w:t>234</w:t>
            </w:r>
          </w:p>
        </w:tc>
      </w:tr>
      <w:tr w14:paraId="336E8082" w14:textId="77777777">
        <w:tc>
          <w:tcPr>
            <w:tcW w:w="936" w:type="dxa"/>
            <w:tcMar>
              <w:top w:w="80" w:type="dxa"/>
              <w:left w:w="120" w:type="dxa"/>
              <w:bottom w:w="80" w:type="dxa"/>
              <w:right w:w="120" w:type="dxa"/>
            </w:tcMar>
            <w:vAlign w:val="center"/>
          </w:tcPr>
          <w:p w14:paraId="3B1553E3" w14:textId="77777777">
            <w:pPr>
              <w:spacing w:after="0" w:line="252" w:lineRule="auto"/>
            </w:pPr>
            <w:r>
              <w:rPr>
                <w:color w:val="000000"/>
                <w:sz w:val="16"/>
              </w:rPr>
              <w:t>SEC02</w:t>
            </w:r>
          </w:p>
        </w:tc>
        <w:tc>
          <w:tcPr>
            <w:tcW w:w="3600" w:type="dxa"/>
            <w:tcMar>
              <w:top w:w="80" w:type="dxa"/>
              <w:left w:w="120" w:type="dxa"/>
              <w:bottom w:w="80" w:type="dxa"/>
              <w:right w:w="120" w:type="dxa"/>
            </w:tcMar>
            <w:vAlign w:val="center"/>
          </w:tcPr>
          <w:p w14:paraId="3C3FFA71" w14:textId="77777777">
            <w:pPr>
              <w:spacing w:after="0" w:line="252" w:lineRule="auto"/>
            </w:pPr>
            <w:r>
              <w:rPr>
                <w:color w:val="000000"/>
                <w:sz w:val="16"/>
              </w:rPr>
              <w:t>overall activity level</w:t>
            </w:r>
          </w:p>
        </w:tc>
        <w:tc>
          <w:tcPr>
            <w:tcW w:w="792" w:type="dxa"/>
            <w:tcMar>
              <w:top w:w="80" w:type="dxa"/>
              <w:left w:w="120" w:type="dxa"/>
              <w:bottom w:w="80" w:type="dxa"/>
              <w:right w:w="120" w:type="dxa"/>
            </w:tcMar>
            <w:vAlign w:val="center"/>
          </w:tcPr>
          <w:p w14:paraId="7D7785C2" w14:textId="77777777">
            <w:pPr>
              <w:spacing w:after="0" w:line="252" w:lineRule="auto"/>
              <w:jc w:val="right"/>
            </w:pPr>
            <w:r>
              <w:rPr>
                <w:color w:val="000000"/>
                <w:sz w:val="16"/>
              </w:rPr>
              <w:t>6.752</w:t>
            </w:r>
          </w:p>
        </w:tc>
        <w:tc>
          <w:tcPr>
            <w:tcW w:w="1080" w:type="dxa"/>
            <w:tcMar>
              <w:top w:w="80" w:type="dxa"/>
              <w:left w:w="120" w:type="dxa"/>
              <w:bottom w:w="80" w:type="dxa"/>
              <w:right w:w="120" w:type="dxa"/>
            </w:tcMar>
            <w:vAlign w:val="center"/>
          </w:tcPr>
          <w:p w14:paraId="6D5352F8" w14:textId="77777777">
            <w:pPr>
              <w:spacing w:after="0" w:line="252" w:lineRule="auto"/>
              <w:jc w:val="center"/>
            </w:pPr>
            <w:r>
              <w:rPr>
                <w:color w:val="000000"/>
                <w:sz w:val="16"/>
              </w:rPr>
              <w:t>3, 221</w:t>
            </w:r>
          </w:p>
        </w:tc>
        <w:tc>
          <w:tcPr>
            <w:tcW w:w="936" w:type="dxa"/>
            <w:tcMar>
              <w:top w:w="80" w:type="dxa"/>
              <w:left w:w="120" w:type="dxa"/>
              <w:bottom w:w="80" w:type="dxa"/>
              <w:right w:w="120" w:type="dxa"/>
            </w:tcMar>
            <w:vAlign w:val="center"/>
          </w:tcPr>
          <w:p w14:paraId="30A2D8B9" w14:textId="77777777">
            <w:pPr>
              <w:spacing w:after="0" w:line="252" w:lineRule="auto"/>
              <w:jc w:val="right"/>
            </w:pPr>
            <w:r>
              <w:rPr>
                <w:color w:val="000000"/>
                <w:sz w:val="16"/>
              </w:rPr>
              <w:t>&lt;.001</w:t>
            </w:r>
          </w:p>
        </w:tc>
        <w:tc>
          <w:tcPr>
            <w:tcW w:w="936" w:type="dxa"/>
            <w:tcMar>
              <w:top w:w="80" w:type="dxa"/>
              <w:left w:w="120" w:type="dxa"/>
              <w:bottom w:w="80" w:type="dxa"/>
              <w:right w:w="120" w:type="dxa"/>
            </w:tcMar>
            <w:vAlign w:val="center"/>
          </w:tcPr>
          <w:p w14:paraId="726108F2" w14:textId="77777777">
            <w:pPr>
              <w:spacing w:after="0" w:line="252" w:lineRule="auto"/>
              <w:jc w:val="right"/>
            </w:pPr>
            <w:r>
              <w:rPr>
                <w:color w:val="000000"/>
                <w:sz w:val="16"/>
              </w:rPr>
              <w:t>.001</w:t>
            </w:r>
          </w:p>
        </w:tc>
        <w:tc>
          <w:tcPr>
            <w:tcW w:w="792" w:type="dxa"/>
            <w:tcMar>
              <w:top w:w="80" w:type="dxa"/>
              <w:left w:w="120" w:type="dxa"/>
              <w:bottom w:w="80" w:type="dxa"/>
              <w:right w:w="120" w:type="dxa"/>
            </w:tcMar>
            <w:vAlign w:val="center"/>
          </w:tcPr>
          <w:p w14:paraId="0FA120A8" w14:textId="77777777">
            <w:pPr>
              <w:spacing w:after="0" w:line="252" w:lineRule="auto"/>
              <w:jc w:val="right"/>
            </w:pPr>
            <w:r>
              <w:rPr>
                <w:color w:val="000000"/>
                <w:sz w:val="16"/>
              </w:rPr>
              <w:t>234</w:t>
            </w:r>
          </w:p>
        </w:tc>
      </w:tr>
      <w:tr w14:paraId="6E2C260D" w14:textId="77777777">
        <w:tc>
          <w:tcPr>
            <w:tcW w:w="936" w:type="dxa"/>
            <w:tcMar>
              <w:top w:w="80" w:type="dxa"/>
              <w:left w:w="120" w:type="dxa"/>
              <w:bottom w:w="80" w:type="dxa"/>
              <w:right w:w="120" w:type="dxa"/>
            </w:tcMar>
            <w:vAlign w:val="center"/>
          </w:tcPr>
          <w:p w14:paraId="3144CCE6" w14:textId="77777777">
            <w:pPr>
              <w:spacing w:after="0" w:line="252" w:lineRule="auto"/>
            </w:pPr>
            <w:r>
              <w:rPr>
                <w:color w:val="000000"/>
                <w:sz w:val="16"/>
              </w:rPr>
              <w:t>SEC03</w:t>
            </w:r>
          </w:p>
        </w:tc>
        <w:tc>
          <w:tcPr>
            <w:tcW w:w="3600" w:type="dxa"/>
            <w:tcMar>
              <w:top w:w="80" w:type="dxa"/>
              <w:left w:w="120" w:type="dxa"/>
              <w:bottom w:w="80" w:type="dxa"/>
              <w:right w:w="120" w:type="dxa"/>
            </w:tcMar>
            <w:vAlign w:val="center"/>
          </w:tcPr>
          <w:p w14:paraId="37756CF2" w14:textId="77777777">
            <w:pPr>
              <w:spacing w:after="0" w:line="252" w:lineRule="auto"/>
            </w:pPr>
            <w:r>
              <w:rPr>
                <w:color w:val="000000"/>
                <w:sz w:val="16"/>
              </w:rPr>
              <w:t>sports participation</w:t>
            </w:r>
          </w:p>
        </w:tc>
        <w:tc>
          <w:tcPr>
            <w:tcW w:w="792" w:type="dxa"/>
            <w:tcMar>
              <w:top w:w="80" w:type="dxa"/>
              <w:left w:w="120" w:type="dxa"/>
              <w:bottom w:w="80" w:type="dxa"/>
              <w:right w:w="120" w:type="dxa"/>
            </w:tcMar>
            <w:vAlign w:val="center"/>
          </w:tcPr>
          <w:p w14:paraId="2EE14E24" w14:textId="77777777">
            <w:pPr>
              <w:spacing w:after="0" w:line="252" w:lineRule="auto"/>
              <w:jc w:val="right"/>
            </w:pPr>
            <w:r>
              <w:rPr>
                <w:color w:val="000000"/>
                <w:sz w:val="16"/>
              </w:rPr>
              <w:t>7.286</w:t>
            </w:r>
          </w:p>
        </w:tc>
        <w:tc>
          <w:tcPr>
            <w:tcW w:w="1080" w:type="dxa"/>
            <w:tcMar>
              <w:top w:w="80" w:type="dxa"/>
              <w:left w:w="120" w:type="dxa"/>
              <w:bottom w:w="80" w:type="dxa"/>
              <w:right w:w="120" w:type="dxa"/>
            </w:tcMar>
            <w:vAlign w:val="center"/>
          </w:tcPr>
          <w:p w14:paraId="147F86D5" w14:textId="77777777">
            <w:pPr>
              <w:spacing w:after="0" w:line="252" w:lineRule="auto"/>
              <w:jc w:val="center"/>
            </w:pPr>
            <w:r>
              <w:rPr>
                <w:color w:val="000000"/>
                <w:sz w:val="16"/>
              </w:rPr>
              <w:t>1, 222</w:t>
            </w:r>
          </w:p>
        </w:tc>
        <w:tc>
          <w:tcPr>
            <w:tcW w:w="936" w:type="dxa"/>
            <w:tcMar>
              <w:top w:w="80" w:type="dxa"/>
              <w:left w:w="120" w:type="dxa"/>
              <w:bottom w:w="80" w:type="dxa"/>
              <w:right w:w="120" w:type="dxa"/>
            </w:tcMar>
            <w:vAlign w:val="center"/>
          </w:tcPr>
          <w:p w14:paraId="7B64655A" w14:textId="77777777">
            <w:pPr>
              <w:spacing w:after="0" w:line="252" w:lineRule="auto"/>
              <w:jc w:val="right"/>
            </w:pPr>
            <w:r>
              <w:rPr>
                <w:color w:val="000000"/>
                <w:sz w:val="16"/>
              </w:rPr>
              <w:t>.007</w:t>
            </w:r>
          </w:p>
        </w:tc>
        <w:tc>
          <w:tcPr>
            <w:tcW w:w="936" w:type="dxa"/>
            <w:tcMar>
              <w:top w:w="80" w:type="dxa"/>
              <w:left w:w="120" w:type="dxa"/>
              <w:bottom w:w="80" w:type="dxa"/>
              <w:right w:w="120" w:type="dxa"/>
            </w:tcMar>
            <w:vAlign w:val="center"/>
          </w:tcPr>
          <w:p w14:paraId="559134F1" w14:textId="77777777">
            <w:pPr>
              <w:spacing w:after="0" w:line="252" w:lineRule="auto"/>
              <w:jc w:val="right"/>
            </w:pPr>
            <w:r>
              <w:rPr>
                <w:color w:val="000000"/>
                <w:sz w:val="16"/>
              </w:rPr>
              <w:t>.012</w:t>
            </w:r>
          </w:p>
        </w:tc>
        <w:tc>
          <w:tcPr>
            <w:tcW w:w="792" w:type="dxa"/>
            <w:tcMar>
              <w:top w:w="80" w:type="dxa"/>
              <w:left w:w="120" w:type="dxa"/>
              <w:bottom w:w="80" w:type="dxa"/>
              <w:right w:w="120" w:type="dxa"/>
            </w:tcMar>
            <w:vAlign w:val="center"/>
          </w:tcPr>
          <w:p w14:paraId="3EA8D625" w14:textId="77777777">
            <w:pPr>
              <w:spacing w:after="0" w:line="252" w:lineRule="auto"/>
              <w:jc w:val="right"/>
            </w:pPr>
            <w:r>
              <w:rPr>
                <w:color w:val="000000"/>
                <w:sz w:val="16"/>
              </w:rPr>
              <w:t>233</w:t>
            </w:r>
          </w:p>
        </w:tc>
      </w:tr>
      <w:tr w14:paraId="721BC261" w14:textId="77777777">
        <w:tc>
          <w:tcPr>
            <w:tcW w:w="936" w:type="dxa"/>
            <w:tcMar>
              <w:top w:w="80" w:type="dxa"/>
              <w:left w:w="120" w:type="dxa"/>
              <w:bottom w:w="80" w:type="dxa"/>
              <w:right w:w="120" w:type="dxa"/>
            </w:tcMar>
            <w:vAlign w:val="center"/>
          </w:tcPr>
          <w:p w14:paraId="2EBCAE0B" w14:textId="77777777">
            <w:pPr>
              <w:spacing w:after="0" w:line="252" w:lineRule="auto"/>
            </w:pPr>
            <w:r>
              <w:rPr>
                <w:color w:val="000000"/>
                <w:sz w:val="16"/>
              </w:rPr>
              <w:t>SEC04</w:t>
            </w:r>
          </w:p>
        </w:tc>
        <w:tc>
          <w:tcPr>
            <w:tcW w:w="3600" w:type="dxa"/>
            <w:tcMar>
              <w:top w:w="80" w:type="dxa"/>
              <w:left w:w="120" w:type="dxa"/>
              <w:bottom w:w="80" w:type="dxa"/>
              <w:right w:w="120" w:type="dxa"/>
            </w:tcMar>
            <w:vAlign w:val="center"/>
          </w:tcPr>
          <w:p w14:paraId="176DB670" w14:textId="77777777">
            <w:pPr>
              <w:spacing w:after="0" w:line="252" w:lineRule="auto"/>
            </w:pPr>
            <w:r>
              <w:rPr>
                <w:color w:val="000000"/>
                <w:sz w:val="16"/>
              </w:rPr>
              <w:t>diet-plan status</w:t>
            </w:r>
          </w:p>
        </w:tc>
        <w:tc>
          <w:tcPr>
            <w:tcW w:w="792" w:type="dxa"/>
            <w:tcMar>
              <w:top w:w="80" w:type="dxa"/>
              <w:left w:w="120" w:type="dxa"/>
              <w:bottom w:w="80" w:type="dxa"/>
              <w:right w:w="120" w:type="dxa"/>
            </w:tcMar>
            <w:vAlign w:val="center"/>
          </w:tcPr>
          <w:p w14:paraId="66FCA361" w14:textId="77777777">
            <w:pPr>
              <w:spacing w:after="0" w:line="252" w:lineRule="auto"/>
              <w:jc w:val="right"/>
            </w:pPr>
            <w:r>
              <w:rPr>
                <w:color w:val="000000"/>
                <w:sz w:val="16"/>
              </w:rPr>
              <w:t>0.003</w:t>
            </w:r>
          </w:p>
        </w:tc>
        <w:tc>
          <w:tcPr>
            <w:tcW w:w="1080" w:type="dxa"/>
            <w:tcMar>
              <w:top w:w="80" w:type="dxa"/>
              <w:left w:w="120" w:type="dxa"/>
              <w:bottom w:w="80" w:type="dxa"/>
              <w:right w:w="120" w:type="dxa"/>
            </w:tcMar>
            <w:vAlign w:val="center"/>
          </w:tcPr>
          <w:p w14:paraId="05149F07" w14:textId="77777777">
            <w:pPr>
              <w:spacing w:after="0" w:line="252" w:lineRule="auto"/>
              <w:jc w:val="center"/>
            </w:pPr>
            <w:r>
              <w:rPr>
                <w:color w:val="000000"/>
                <w:sz w:val="16"/>
              </w:rPr>
              <w:t>1, 220</w:t>
            </w:r>
          </w:p>
        </w:tc>
        <w:tc>
          <w:tcPr>
            <w:tcW w:w="936" w:type="dxa"/>
            <w:tcMar>
              <w:top w:w="80" w:type="dxa"/>
              <w:left w:w="120" w:type="dxa"/>
              <w:bottom w:w="80" w:type="dxa"/>
              <w:right w:w="120" w:type="dxa"/>
            </w:tcMar>
            <w:vAlign w:val="center"/>
          </w:tcPr>
          <w:p w14:paraId="03257A68" w14:textId="77777777">
            <w:pPr>
              <w:spacing w:after="0" w:line="252" w:lineRule="auto"/>
              <w:jc w:val="right"/>
            </w:pPr>
            <w:r>
              <w:rPr>
                <w:color w:val="000000"/>
                <w:sz w:val="16"/>
              </w:rPr>
              <w:t>.959</w:t>
            </w:r>
          </w:p>
        </w:tc>
        <w:tc>
          <w:tcPr>
            <w:tcW w:w="936" w:type="dxa"/>
            <w:tcMar>
              <w:top w:w="80" w:type="dxa"/>
              <w:left w:w="120" w:type="dxa"/>
              <w:bottom w:w="80" w:type="dxa"/>
              <w:right w:w="120" w:type="dxa"/>
            </w:tcMar>
            <w:vAlign w:val="center"/>
          </w:tcPr>
          <w:p w14:paraId="4FD5975C" w14:textId="77777777">
            <w:pPr>
              <w:spacing w:after="0" w:line="252" w:lineRule="auto"/>
              <w:jc w:val="right"/>
            </w:pPr>
            <w:r>
              <w:rPr>
                <w:color w:val="000000"/>
                <w:sz w:val="16"/>
              </w:rPr>
              <w:t>.959</w:t>
            </w:r>
          </w:p>
        </w:tc>
        <w:tc>
          <w:tcPr>
            <w:tcW w:w="792" w:type="dxa"/>
            <w:tcMar>
              <w:top w:w="80" w:type="dxa"/>
              <w:left w:w="120" w:type="dxa"/>
              <w:bottom w:w="80" w:type="dxa"/>
              <w:right w:w="120" w:type="dxa"/>
            </w:tcMar>
            <w:vAlign w:val="center"/>
          </w:tcPr>
          <w:p w14:paraId="501C8B60" w14:textId="77777777">
            <w:pPr>
              <w:spacing w:after="0" w:line="252" w:lineRule="auto"/>
              <w:jc w:val="right"/>
            </w:pPr>
            <w:r>
              <w:rPr>
                <w:color w:val="000000"/>
                <w:sz w:val="16"/>
              </w:rPr>
              <w:t>234</w:t>
            </w:r>
          </w:p>
        </w:tc>
      </w:tr>
      <w:tr w14:paraId="76DDDEAC" w14:textId="77777777">
        <w:tc>
          <w:tcPr>
            <w:tcW w:w="936" w:type="dxa"/>
            <w:tcMar>
              <w:top w:w="80" w:type="dxa"/>
              <w:left w:w="120" w:type="dxa"/>
              <w:bottom w:w="80" w:type="dxa"/>
              <w:right w:w="120" w:type="dxa"/>
            </w:tcMar>
            <w:vAlign w:val="center"/>
          </w:tcPr>
          <w:p w14:paraId="2DFD01A5" w14:textId="77777777">
            <w:pPr>
              <w:spacing w:after="0" w:line="252" w:lineRule="auto"/>
            </w:pPr>
            <w:r>
              <w:rPr>
                <w:color w:val="000000"/>
                <w:sz w:val="16"/>
              </w:rPr>
              <w:t>SEC05</w:t>
            </w:r>
          </w:p>
        </w:tc>
        <w:tc>
          <w:tcPr>
            <w:tcW w:w="3600" w:type="dxa"/>
            <w:tcMar>
              <w:top w:w="80" w:type="dxa"/>
              <w:left w:w="120" w:type="dxa"/>
              <w:bottom w:w="80" w:type="dxa"/>
              <w:right w:w="120" w:type="dxa"/>
            </w:tcMar>
            <w:vAlign w:val="center"/>
          </w:tcPr>
          <w:p w14:paraId="5E34DAE6" w14:textId="77777777">
            <w:pPr>
              <w:spacing w:after="0" w:line="252" w:lineRule="auto"/>
            </w:pPr>
            <w:r>
              <w:rPr>
                <w:color w:val="000000"/>
                <w:sz w:val="16"/>
              </w:rPr>
              <w:t>body-image discussion frequency</w:t>
            </w:r>
          </w:p>
        </w:tc>
        <w:tc>
          <w:tcPr>
            <w:tcW w:w="792" w:type="dxa"/>
            <w:tcMar>
              <w:top w:w="80" w:type="dxa"/>
              <w:left w:w="120" w:type="dxa"/>
              <w:bottom w:w="80" w:type="dxa"/>
              <w:right w:w="120" w:type="dxa"/>
            </w:tcMar>
            <w:vAlign w:val="center"/>
          </w:tcPr>
          <w:p w14:paraId="2CBEA018" w14:textId="77777777">
            <w:pPr>
              <w:spacing w:after="0" w:line="252" w:lineRule="auto"/>
              <w:jc w:val="right"/>
            </w:pPr>
            <w:r>
              <w:rPr>
                <w:color w:val="000000"/>
                <w:sz w:val="16"/>
              </w:rPr>
              <w:t>1.677</w:t>
            </w:r>
          </w:p>
        </w:tc>
        <w:tc>
          <w:tcPr>
            <w:tcW w:w="1080" w:type="dxa"/>
            <w:tcMar>
              <w:top w:w="80" w:type="dxa"/>
              <w:left w:w="120" w:type="dxa"/>
              <w:bottom w:w="80" w:type="dxa"/>
              <w:right w:w="120" w:type="dxa"/>
            </w:tcMar>
            <w:vAlign w:val="center"/>
          </w:tcPr>
          <w:p w14:paraId="281079D5" w14:textId="77777777">
            <w:pPr>
              <w:spacing w:after="0" w:line="252" w:lineRule="auto"/>
              <w:jc w:val="center"/>
            </w:pPr>
            <w:r>
              <w:rPr>
                <w:color w:val="000000"/>
                <w:sz w:val="16"/>
              </w:rPr>
              <w:t>3, 218</w:t>
            </w:r>
          </w:p>
        </w:tc>
        <w:tc>
          <w:tcPr>
            <w:tcW w:w="936" w:type="dxa"/>
            <w:tcMar>
              <w:top w:w="80" w:type="dxa"/>
              <w:left w:w="120" w:type="dxa"/>
              <w:bottom w:w="80" w:type="dxa"/>
              <w:right w:w="120" w:type="dxa"/>
            </w:tcMar>
            <w:vAlign w:val="center"/>
          </w:tcPr>
          <w:p w14:paraId="1B1EB44D" w14:textId="77777777">
            <w:pPr>
              <w:spacing w:after="0" w:line="252" w:lineRule="auto"/>
              <w:jc w:val="right"/>
            </w:pPr>
            <w:r>
              <w:rPr>
                <w:color w:val="000000"/>
                <w:sz w:val="16"/>
              </w:rPr>
              <w:t>.173</w:t>
            </w:r>
          </w:p>
        </w:tc>
        <w:tc>
          <w:tcPr>
            <w:tcW w:w="936" w:type="dxa"/>
            <w:tcMar>
              <w:top w:w="80" w:type="dxa"/>
              <w:left w:w="120" w:type="dxa"/>
              <w:bottom w:w="80" w:type="dxa"/>
              <w:right w:w="120" w:type="dxa"/>
            </w:tcMar>
            <w:vAlign w:val="center"/>
          </w:tcPr>
          <w:p w14:paraId="03F7B23C" w14:textId="77777777">
            <w:pPr>
              <w:spacing w:after="0" w:line="252" w:lineRule="auto"/>
              <w:jc w:val="right"/>
            </w:pPr>
            <w:r>
              <w:rPr>
                <w:color w:val="000000"/>
                <w:sz w:val="16"/>
              </w:rPr>
              <w:t>.216</w:t>
            </w:r>
          </w:p>
        </w:tc>
        <w:tc>
          <w:tcPr>
            <w:tcW w:w="792" w:type="dxa"/>
            <w:tcMar>
              <w:top w:w="80" w:type="dxa"/>
              <w:left w:w="120" w:type="dxa"/>
              <w:bottom w:w="80" w:type="dxa"/>
              <w:right w:w="120" w:type="dxa"/>
            </w:tcMar>
            <w:vAlign w:val="center"/>
          </w:tcPr>
          <w:p w14:paraId="507D6D7B" w14:textId="77777777">
            <w:pPr>
              <w:spacing w:after="0" w:line="252" w:lineRule="auto"/>
              <w:jc w:val="right"/>
            </w:pPr>
            <w:r>
              <w:rPr>
                <w:color w:val="000000"/>
                <w:sz w:val="16"/>
              </w:rPr>
              <w:t>234</w:t>
            </w:r>
          </w:p>
        </w:tc>
      </w:tr>
    </w:tbl>
    <w:p w14:paraId="38B46844" w14:textId="77777777">
      <w:pPr>
        <w:spacing w:before="100" w:after="160"/>
      </w:pPr>
      <w:r>
        <w:rPr>
          <w:rFonts w:ascii="Times New Roman" w:hAnsi="Times New Roman"/>
          <w:sz w:val="18"/>
        </w:rPr>
        <w:t>Note. The multiplicity family contains SEC01–SEC05 exactly once. Appearance-related bullying/teasing, activity level, and sports participation survived BH correction; diet-plan status and discussion frequency did not. SEC03 used 233 available cases and did not adjust for activity level. Discussion frequency was modeled as Never, Rarely, Sometimes, and Often/very often; Often and Very often were combined before modeling.</w:t>
      </w:r>
    </w:p>
    <w:p w14:paraId="7C10D53C" w14:textId="77777777">
      <w:pPr>
        <w:keepNext/>
        <w:spacing w:before="80" w:after="80"/>
      </w:pPr>
      <w:r>
        <w:rPr>
          <w:b/>
          <w:color w:val="000000"/>
          <w:sz w:val="21"/>
        </w:rPr>
        <w:t xml:space="preserve">Supplementary Table S11. </w:t>
      </w:r>
      <w:r>
        <w:rPr>
          <w:i/>
          <w:color w:val="000000"/>
          <w:sz w:val="21"/>
        </w:rPr>
        <w:t>Complete secondary-analysis coefficients</w:t>
      </w:r>
    </w:p>
    <w:tbl>
      <w:tblPr>
        <w:tblW w:w="8856"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1944"/>
        <w:gridCol w:w="1584"/>
        <w:gridCol w:w="1944"/>
        <w:gridCol w:w="792"/>
        <w:gridCol w:w="1008"/>
        <w:gridCol w:w="936"/>
        <w:gridCol w:w="648"/>
      </w:tblGrid>
      <w:tr w14:paraId="1E12F59D" w14:textId="77777777">
        <w:trPr>
          <w:tblHeader/>
        </w:trPr>
        <w:tc>
          <w:tcPr>
            <w:tcW w:w="1944" w:type="dxa"/>
            <w:tcMar>
              <w:top w:w="80" w:type="dxa"/>
              <w:left w:w="120" w:type="dxa"/>
              <w:bottom w:w="80" w:type="dxa"/>
              <w:right w:w="120" w:type="dxa"/>
            </w:tcMar>
            <w:vAlign w:val="center"/>
          </w:tcPr>
          <w:p w14:paraId="2CD16B84" w14:textId="77777777">
            <w:pPr>
              <w:spacing w:after="0" w:line="252" w:lineRule="auto"/>
            </w:pPr>
            <w:r>
              <w:rPr>
                <w:b/>
                <w:color w:val="000000"/>
                <w:sz w:val="15"/>
              </w:rPr>
              <w:t>Exposure</w:t>
            </w:r>
          </w:p>
        </w:tc>
        <w:tc>
          <w:tcPr>
            <w:tcW w:w="1584" w:type="dxa"/>
            <w:tcMar>
              <w:top w:w="80" w:type="dxa"/>
              <w:left w:w="120" w:type="dxa"/>
              <w:bottom w:w="80" w:type="dxa"/>
              <w:right w:w="120" w:type="dxa"/>
            </w:tcMar>
            <w:vAlign w:val="center"/>
          </w:tcPr>
          <w:p w14:paraId="79165F39" w14:textId="77777777">
            <w:pPr>
              <w:spacing w:after="0" w:line="252" w:lineRule="auto"/>
            </w:pPr>
            <w:r>
              <w:rPr>
                <w:b/>
                <w:color w:val="000000"/>
                <w:sz w:val="15"/>
              </w:rPr>
              <w:t>Contrast</w:t>
            </w:r>
          </w:p>
        </w:tc>
        <w:tc>
          <w:tcPr>
            <w:tcW w:w="1944" w:type="dxa"/>
            <w:tcMar>
              <w:top w:w="80" w:type="dxa"/>
              <w:left w:w="120" w:type="dxa"/>
              <w:bottom w:w="80" w:type="dxa"/>
              <w:right w:w="120" w:type="dxa"/>
            </w:tcMar>
            <w:vAlign w:val="center"/>
          </w:tcPr>
          <w:p w14:paraId="6A4FF75B" w14:textId="77777777">
            <w:pPr>
              <w:spacing w:after="0" w:line="252" w:lineRule="auto"/>
              <w:jc w:val="center"/>
            </w:pPr>
            <w:r>
              <w:rPr>
                <w:b/>
                <w:color w:val="000000"/>
                <w:sz w:val="15"/>
              </w:rPr>
              <w:t>B (95% CI)</w:t>
            </w:r>
          </w:p>
        </w:tc>
        <w:tc>
          <w:tcPr>
            <w:tcW w:w="792" w:type="dxa"/>
            <w:tcMar>
              <w:top w:w="80" w:type="dxa"/>
              <w:left w:w="120" w:type="dxa"/>
              <w:bottom w:w="80" w:type="dxa"/>
              <w:right w:w="120" w:type="dxa"/>
            </w:tcMar>
            <w:vAlign w:val="center"/>
          </w:tcPr>
          <w:p w14:paraId="18D13C65" w14:textId="77777777">
            <w:pPr>
              <w:spacing w:after="0" w:line="252" w:lineRule="auto"/>
              <w:jc w:val="right"/>
            </w:pPr>
            <w:r>
              <w:rPr>
                <w:b/>
                <w:color w:val="000000"/>
                <w:sz w:val="15"/>
              </w:rPr>
              <w:t>p</w:t>
            </w:r>
          </w:p>
        </w:tc>
        <w:tc>
          <w:tcPr>
            <w:tcW w:w="1008" w:type="dxa"/>
            <w:tcMar>
              <w:top w:w="80" w:type="dxa"/>
              <w:left w:w="120" w:type="dxa"/>
              <w:bottom w:w="80" w:type="dxa"/>
              <w:right w:w="120" w:type="dxa"/>
            </w:tcMar>
            <w:vAlign w:val="center"/>
          </w:tcPr>
          <w:p w14:paraId="2E06BC78" w14:textId="77777777">
            <w:pPr>
              <w:spacing w:after="0" w:line="252" w:lineRule="auto"/>
              <w:jc w:val="right"/>
            </w:pPr>
            <w:r>
              <w:rPr>
                <w:b/>
                <w:color w:val="000000"/>
                <w:sz w:val="15"/>
              </w:rPr>
              <w:t>Omnibus p</w:t>
            </w:r>
          </w:p>
        </w:tc>
        <w:tc>
          <w:tcPr>
            <w:tcW w:w="936" w:type="dxa"/>
            <w:tcMar>
              <w:top w:w="80" w:type="dxa"/>
              <w:left w:w="120" w:type="dxa"/>
              <w:bottom w:w="80" w:type="dxa"/>
              <w:right w:w="120" w:type="dxa"/>
            </w:tcMar>
            <w:vAlign w:val="center"/>
          </w:tcPr>
          <w:p w14:paraId="53790FE6" w14:textId="77777777">
            <w:pPr>
              <w:spacing w:after="0" w:line="252" w:lineRule="auto"/>
              <w:jc w:val="right"/>
            </w:pPr>
            <w:r>
              <w:rPr>
                <w:b/>
                <w:color w:val="000000"/>
                <w:sz w:val="15"/>
              </w:rPr>
              <w:t>BH p</w:t>
            </w:r>
          </w:p>
        </w:tc>
        <w:tc>
          <w:tcPr>
            <w:tcW w:w="648" w:type="dxa"/>
            <w:tcMar>
              <w:top w:w="80" w:type="dxa"/>
              <w:left w:w="120" w:type="dxa"/>
              <w:bottom w:w="80" w:type="dxa"/>
              <w:right w:w="120" w:type="dxa"/>
            </w:tcMar>
            <w:vAlign w:val="center"/>
          </w:tcPr>
          <w:p w14:paraId="6663CF42" w14:textId="77777777">
            <w:pPr>
              <w:spacing w:after="0" w:line="252" w:lineRule="auto"/>
              <w:jc w:val="right"/>
            </w:pPr>
            <w:r>
              <w:rPr>
                <w:b/>
                <w:color w:val="000000"/>
                <w:sz w:val="15"/>
              </w:rPr>
              <w:t>N</w:t>
            </w:r>
          </w:p>
        </w:tc>
      </w:tr>
      <w:tr w14:paraId="7209E2DF" w14:textId="77777777">
        <w:tc>
          <w:tcPr>
            <w:tcW w:w="1944" w:type="dxa"/>
            <w:tcMar>
              <w:top w:w="80" w:type="dxa"/>
              <w:left w:w="120" w:type="dxa"/>
              <w:bottom w:w="80" w:type="dxa"/>
              <w:right w:w="120" w:type="dxa"/>
            </w:tcMar>
            <w:vAlign w:val="center"/>
          </w:tcPr>
          <w:p w14:paraId="58654B52" w14:textId="77777777">
            <w:pPr>
              <w:spacing w:after="0" w:line="252" w:lineRule="auto"/>
            </w:pPr>
            <w:r>
              <w:rPr>
                <w:color w:val="000000"/>
                <w:sz w:val="15"/>
              </w:rPr>
              <w:t>appearance-related bullying/teasing</w:t>
            </w:r>
          </w:p>
        </w:tc>
        <w:tc>
          <w:tcPr>
            <w:tcW w:w="1584" w:type="dxa"/>
            <w:tcMar>
              <w:top w:w="80" w:type="dxa"/>
              <w:left w:w="120" w:type="dxa"/>
              <w:bottom w:w="80" w:type="dxa"/>
              <w:right w:w="120" w:type="dxa"/>
            </w:tcMar>
            <w:vAlign w:val="center"/>
          </w:tcPr>
          <w:p w14:paraId="410766F9" w14:textId="77777777">
            <w:pPr>
              <w:spacing w:after="0" w:line="252" w:lineRule="auto"/>
            </w:pPr>
            <w:r>
              <w:rPr>
                <w:color w:val="000000"/>
                <w:sz w:val="15"/>
              </w:rPr>
              <w:t>Rarely</w:t>
            </w:r>
          </w:p>
        </w:tc>
        <w:tc>
          <w:tcPr>
            <w:tcW w:w="1944" w:type="dxa"/>
            <w:tcMar>
              <w:top w:w="80" w:type="dxa"/>
              <w:left w:w="120" w:type="dxa"/>
              <w:bottom w:w="80" w:type="dxa"/>
              <w:right w:w="120" w:type="dxa"/>
            </w:tcMar>
            <w:vAlign w:val="center"/>
          </w:tcPr>
          <w:p w14:paraId="540644A9" w14:textId="77777777">
            <w:pPr>
              <w:spacing w:after="0" w:line="252" w:lineRule="auto"/>
              <w:jc w:val="center"/>
            </w:pPr>
            <w:r>
              <w:rPr>
                <w:rFonts w:ascii="Times New Roman" w:hAnsi="Times New Roman"/>
                <w:sz w:val="16"/>
              </w:rPr>
              <w:t>−1.47 (−3.90, 0.95)</w:t>
            </w:r>
          </w:p>
        </w:tc>
        <w:tc>
          <w:tcPr>
            <w:tcW w:w="792" w:type="dxa"/>
            <w:tcMar>
              <w:top w:w="80" w:type="dxa"/>
              <w:left w:w="120" w:type="dxa"/>
              <w:bottom w:w="80" w:type="dxa"/>
              <w:right w:w="120" w:type="dxa"/>
            </w:tcMar>
            <w:vAlign w:val="center"/>
          </w:tcPr>
          <w:p w14:paraId="0F84D7F2" w14:textId="77777777">
            <w:pPr>
              <w:spacing w:after="0" w:line="252" w:lineRule="auto"/>
              <w:jc w:val="right"/>
            </w:pPr>
            <w:r>
              <w:rPr>
                <w:color w:val="000000"/>
                <w:sz w:val="15"/>
              </w:rPr>
              <w:t>0.233</w:t>
            </w:r>
          </w:p>
        </w:tc>
        <w:tc>
          <w:tcPr>
            <w:tcW w:w="1008" w:type="dxa"/>
            <w:tcMar>
              <w:top w:w="80" w:type="dxa"/>
              <w:left w:w="120" w:type="dxa"/>
              <w:bottom w:w="80" w:type="dxa"/>
              <w:right w:w="120" w:type="dxa"/>
            </w:tcMar>
            <w:vAlign w:val="center"/>
          </w:tcPr>
          <w:p w14:paraId="765D1C81" w14:textId="77777777">
            <w:pPr>
              <w:spacing w:after="0" w:line="252" w:lineRule="auto"/>
              <w:jc w:val="right"/>
            </w:pPr>
            <w:r>
              <w:rPr>
                <w:color w:val="000000"/>
                <w:sz w:val="15"/>
              </w:rPr>
              <w:t>0.003</w:t>
            </w:r>
          </w:p>
        </w:tc>
        <w:tc>
          <w:tcPr>
            <w:tcW w:w="936" w:type="dxa"/>
            <w:tcMar>
              <w:top w:w="80" w:type="dxa"/>
              <w:left w:w="120" w:type="dxa"/>
              <w:bottom w:w="80" w:type="dxa"/>
              <w:right w:w="120" w:type="dxa"/>
            </w:tcMar>
            <w:vAlign w:val="center"/>
          </w:tcPr>
          <w:p w14:paraId="6D1B668A" w14:textId="77777777">
            <w:pPr>
              <w:spacing w:after="0" w:line="252" w:lineRule="auto"/>
              <w:jc w:val="right"/>
            </w:pPr>
            <w:r>
              <w:rPr>
                <w:color w:val="000000"/>
                <w:sz w:val="15"/>
              </w:rPr>
              <w:t>0.007</w:t>
            </w:r>
          </w:p>
        </w:tc>
        <w:tc>
          <w:tcPr>
            <w:tcW w:w="648" w:type="dxa"/>
            <w:tcMar>
              <w:top w:w="80" w:type="dxa"/>
              <w:left w:w="120" w:type="dxa"/>
              <w:bottom w:w="80" w:type="dxa"/>
              <w:right w:w="120" w:type="dxa"/>
            </w:tcMar>
            <w:vAlign w:val="center"/>
          </w:tcPr>
          <w:p w14:paraId="4F39A8B4" w14:textId="77777777">
            <w:pPr>
              <w:spacing w:after="0" w:line="252" w:lineRule="auto"/>
              <w:jc w:val="right"/>
            </w:pPr>
            <w:r>
              <w:rPr>
                <w:color w:val="000000"/>
                <w:sz w:val="15"/>
              </w:rPr>
              <w:t>234</w:t>
            </w:r>
          </w:p>
        </w:tc>
      </w:tr>
      <w:tr w14:paraId="015F82E9" w14:textId="77777777">
        <w:tc>
          <w:tcPr>
            <w:tcW w:w="1944" w:type="dxa"/>
            <w:tcMar>
              <w:top w:w="80" w:type="dxa"/>
              <w:left w:w="120" w:type="dxa"/>
              <w:bottom w:w="80" w:type="dxa"/>
              <w:right w:w="120" w:type="dxa"/>
            </w:tcMar>
            <w:vAlign w:val="center"/>
          </w:tcPr>
          <w:p w14:paraId="00516AEB" w14:textId="77777777">
            <w:pPr>
              <w:spacing w:after="0" w:line="252" w:lineRule="auto"/>
            </w:pPr>
            <w:r>
              <w:rPr>
                <w:color w:val="000000"/>
                <w:sz w:val="15"/>
              </w:rPr>
              <w:t>appearance-related bullying/teasing</w:t>
            </w:r>
          </w:p>
        </w:tc>
        <w:tc>
          <w:tcPr>
            <w:tcW w:w="1584" w:type="dxa"/>
            <w:tcMar>
              <w:top w:w="80" w:type="dxa"/>
              <w:left w:w="120" w:type="dxa"/>
              <w:bottom w:w="80" w:type="dxa"/>
              <w:right w:w="120" w:type="dxa"/>
            </w:tcMar>
            <w:vAlign w:val="center"/>
          </w:tcPr>
          <w:p w14:paraId="4E7F6E0C" w14:textId="77777777">
            <w:pPr>
              <w:spacing w:after="0" w:line="252" w:lineRule="auto"/>
            </w:pPr>
            <w:r>
              <w:rPr>
                <w:color w:val="000000"/>
                <w:sz w:val="15"/>
              </w:rPr>
              <w:t>Sometimes</w:t>
            </w:r>
          </w:p>
        </w:tc>
        <w:tc>
          <w:tcPr>
            <w:tcW w:w="1944" w:type="dxa"/>
            <w:tcMar>
              <w:top w:w="80" w:type="dxa"/>
              <w:left w:w="120" w:type="dxa"/>
              <w:bottom w:w="80" w:type="dxa"/>
              <w:right w:w="120" w:type="dxa"/>
            </w:tcMar>
            <w:vAlign w:val="center"/>
          </w:tcPr>
          <w:p w14:paraId="09AD9071" w14:textId="77777777">
            <w:pPr>
              <w:spacing w:after="0" w:line="252" w:lineRule="auto"/>
              <w:jc w:val="center"/>
            </w:pPr>
            <w:r>
              <w:rPr>
                <w:rFonts w:ascii="Times New Roman" w:hAnsi="Times New Roman"/>
                <w:sz w:val="16"/>
              </w:rPr>
              <w:t>−4.46 (−6.91, −2.01)</w:t>
            </w:r>
          </w:p>
        </w:tc>
        <w:tc>
          <w:tcPr>
            <w:tcW w:w="792" w:type="dxa"/>
            <w:tcMar>
              <w:top w:w="80" w:type="dxa"/>
              <w:left w:w="120" w:type="dxa"/>
              <w:bottom w:w="80" w:type="dxa"/>
              <w:right w:w="120" w:type="dxa"/>
            </w:tcMar>
            <w:vAlign w:val="center"/>
          </w:tcPr>
          <w:p w14:paraId="628AE4E3" w14:textId="77777777">
            <w:pPr>
              <w:spacing w:after="0" w:line="252" w:lineRule="auto"/>
              <w:jc w:val="right"/>
            </w:pPr>
            <w:r>
              <w:rPr>
                <w:color w:val="000000"/>
                <w:sz w:val="15"/>
              </w:rPr>
              <w:t>&lt;.001</w:t>
            </w:r>
          </w:p>
        </w:tc>
        <w:tc>
          <w:tcPr>
            <w:tcW w:w="1008" w:type="dxa"/>
            <w:tcMar>
              <w:top w:w="80" w:type="dxa"/>
              <w:left w:w="120" w:type="dxa"/>
              <w:bottom w:w="80" w:type="dxa"/>
              <w:right w:w="120" w:type="dxa"/>
            </w:tcMar>
            <w:vAlign w:val="center"/>
          </w:tcPr>
          <w:p w14:paraId="057BCE42" w14:textId="77777777">
            <w:pPr>
              <w:spacing w:after="0" w:line="252" w:lineRule="auto"/>
              <w:jc w:val="right"/>
            </w:pPr>
            <w:r>
              <w:rPr>
                <w:color w:val="000000"/>
                <w:sz w:val="15"/>
              </w:rPr>
              <w:t>0.003</w:t>
            </w:r>
          </w:p>
        </w:tc>
        <w:tc>
          <w:tcPr>
            <w:tcW w:w="936" w:type="dxa"/>
            <w:tcMar>
              <w:top w:w="80" w:type="dxa"/>
              <w:left w:w="120" w:type="dxa"/>
              <w:bottom w:w="80" w:type="dxa"/>
              <w:right w:w="120" w:type="dxa"/>
            </w:tcMar>
            <w:vAlign w:val="center"/>
          </w:tcPr>
          <w:p w14:paraId="79A45BC4" w14:textId="77777777">
            <w:pPr>
              <w:spacing w:after="0" w:line="252" w:lineRule="auto"/>
              <w:jc w:val="right"/>
            </w:pPr>
            <w:r>
              <w:rPr>
                <w:color w:val="000000"/>
                <w:sz w:val="15"/>
              </w:rPr>
              <w:t>0.007</w:t>
            </w:r>
          </w:p>
        </w:tc>
        <w:tc>
          <w:tcPr>
            <w:tcW w:w="648" w:type="dxa"/>
            <w:tcMar>
              <w:top w:w="80" w:type="dxa"/>
              <w:left w:w="120" w:type="dxa"/>
              <w:bottom w:w="80" w:type="dxa"/>
              <w:right w:w="120" w:type="dxa"/>
            </w:tcMar>
            <w:vAlign w:val="center"/>
          </w:tcPr>
          <w:p w14:paraId="31616B56" w14:textId="77777777">
            <w:pPr>
              <w:spacing w:after="0" w:line="252" w:lineRule="auto"/>
              <w:jc w:val="right"/>
            </w:pPr>
            <w:r>
              <w:rPr>
                <w:color w:val="000000"/>
                <w:sz w:val="15"/>
              </w:rPr>
              <w:t>234</w:t>
            </w:r>
          </w:p>
        </w:tc>
      </w:tr>
      <w:tr w14:paraId="105B0640" w14:textId="77777777">
        <w:tc>
          <w:tcPr>
            <w:tcW w:w="1944" w:type="dxa"/>
            <w:tcMar>
              <w:top w:w="80" w:type="dxa"/>
              <w:left w:w="120" w:type="dxa"/>
              <w:bottom w:w="80" w:type="dxa"/>
              <w:right w:w="120" w:type="dxa"/>
            </w:tcMar>
            <w:vAlign w:val="center"/>
          </w:tcPr>
          <w:p w14:paraId="482DCEC1" w14:textId="77777777">
            <w:pPr>
              <w:spacing w:after="0" w:line="252" w:lineRule="auto"/>
            </w:pPr>
            <w:r>
              <w:rPr>
                <w:color w:val="000000"/>
                <w:sz w:val="15"/>
              </w:rPr>
              <w:t>appearance-related bullying/teasing</w:t>
            </w:r>
          </w:p>
        </w:tc>
        <w:tc>
          <w:tcPr>
            <w:tcW w:w="1584" w:type="dxa"/>
            <w:tcMar>
              <w:top w:w="80" w:type="dxa"/>
              <w:left w:w="120" w:type="dxa"/>
              <w:bottom w:w="80" w:type="dxa"/>
              <w:right w:w="120" w:type="dxa"/>
            </w:tcMar>
            <w:vAlign w:val="center"/>
          </w:tcPr>
          <w:p w14:paraId="20619F1A" w14:textId="77777777">
            <w:pPr>
              <w:spacing w:after="0" w:line="252" w:lineRule="auto"/>
            </w:pPr>
            <w:r>
              <w:rPr>
                <w:color w:val="000000"/>
                <w:sz w:val="15"/>
              </w:rPr>
              <w:t>Often/very often</w:t>
            </w:r>
          </w:p>
        </w:tc>
        <w:tc>
          <w:tcPr>
            <w:tcW w:w="1944" w:type="dxa"/>
            <w:tcMar>
              <w:top w:w="80" w:type="dxa"/>
              <w:left w:w="120" w:type="dxa"/>
              <w:bottom w:w="80" w:type="dxa"/>
              <w:right w:w="120" w:type="dxa"/>
            </w:tcMar>
            <w:vAlign w:val="center"/>
          </w:tcPr>
          <w:p w14:paraId="5C217758" w14:textId="77777777">
            <w:pPr>
              <w:spacing w:after="0" w:line="252" w:lineRule="auto"/>
              <w:jc w:val="center"/>
            </w:pPr>
            <w:r>
              <w:rPr>
                <w:rFonts w:ascii="Times New Roman" w:hAnsi="Times New Roman"/>
                <w:sz w:val="16"/>
              </w:rPr>
              <w:t>−4.08 (−8.20, 0.04)</w:t>
            </w:r>
          </w:p>
        </w:tc>
        <w:tc>
          <w:tcPr>
            <w:tcW w:w="792" w:type="dxa"/>
            <w:tcMar>
              <w:top w:w="80" w:type="dxa"/>
              <w:left w:w="120" w:type="dxa"/>
              <w:bottom w:w="80" w:type="dxa"/>
              <w:right w:w="120" w:type="dxa"/>
            </w:tcMar>
            <w:vAlign w:val="center"/>
          </w:tcPr>
          <w:p w14:paraId="0AEC4F14" w14:textId="77777777">
            <w:pPr>
              <w:spacing w:after="0" w:line="252" w:lineRule="auto"/>
              <w:jc w:val="right"/>
            </w:pPr>
            <w:r>
              <w:rPr>
                <w:color w:val="000000"/>
                <w:sz w:val="15"/>
              </w:rPr>
              <w:t>0.052</w:t>
            </w:r>
          </w:p>
        </w:tc>
        <w:tc>
          <w:tcPr>
            <w:tcW w:w="1008" w:type="dxa"/>
            <w:tcMar>
              <w:top w:w="80" w:type="dxa"/>
              <w:left w:w="120" w:type="dxa"/>
              <w:bottom w:w="80" w:type="dxa"/>
              <w:right w:w="120" w:type="dxa"/>
            </w:tcMar>
            <w:vAlign w:val="center"/>
          </w:tcPr>
          <w:p w14:paraId="26A25928" w14:textId="77777777">
            <w:pPr>
              <w:spacing w:after="0" w:line="252" w:lineRule="auto"/>
              <w:jc w:val="right"/>
            </w:pPr>
            <w:r>
              <w:rPr>
                <w:color w:val="000000"/>
                <w:sz w:val="15"/>
              </w:rPr>
              <w:t>0.003</w:t>
            </w:r>
          </w:p>
        </w:tc>
        <w:tc>
          <w:tcPr>
            <w:tcW w:w="936" w:type="dxa"/>
            <w:tcMar>
              <w:top w:w="80" w:type="dxa"/>
              <w:left w:w="120" w:type="dxa"/>
              <w:bottom w:w="80" w:type="dxa"/>
              <w:right w:w="120" w:type="dxa"/>
            </w:tcMar>
            <w:vAlign w:val="center"/>
          </w:tcPr>
          <w:p w14:paraId="3D43116C" w14:textId="77777777">
            <w:pPr>
              <w:spacing w:after="0" w:line="252" w:lineRule="auto"/>
              <w:jc w:val="right"/>
            </w:pPr>
            <w:r>
              <w:rPr>
                <w:color w:val="000000"/>
                <w:sz w:val="15"/>
              </w:rPr>
              <w:t>0.007</w:t>
            </w:r>
          </w:p>
        </w:tc>
        <w:tc>
          <w:tcPr>
            <w:tcW w:w="648" w:type="dxa"/>
            <w:tcMar>
              <w:top w:w="80" w:type="dxa"/>
              <w:left w:w="120" w:type="dxa"/>
              <w:bottom w:w="80" w:type="dxa"/>
              <w:right w:w="120" w:type="dxa"/>
            </w:tcMar>
            <w:vAlign w:val="center"/>
          </w:tcPr>
          <w:p w14:paraId="5100376C" w14:textId="77777777">
            <w:pPr>
              <w:spacing w:after="0" w:line="252" w:lineRule="auto"/>
              <w:jc w:val="right"/>
            </w:pPr>
            <w:r>
              <w:rPr>
                <w:color w:val="000000"/>
                <w:sz w:val="15"/>
              </w:rPr>
              <w:t>234</w:t>
            </w:r>
          </w:p>
        </w:tc>
      </w:tr>
      <w:tr w14:paraId="7CD96495" w14:textId="77777777">
        <w:tc>
          <w:tcPr>
            <w:tcW w:w="1944" w:type="dxa"/>
            <w:tcMar>
              <w:top w:w="80" w:type="dxa"/>
              <w:left w:w="120" w:type="dxa"/>
              <w:bottom w:w="80" w:type="dxa"/>
              <w:right w:w="120" w:type="dxa"/>
            </w:tcMar>
            <w:vAlign w:val="center"/>
          </w:tcPr>
          <w:p w14:paraId="0F0B7AD4" w14:textId="77777777">
            <w:pPr>
              <w:spacing w:after="0" w:line="252" w:lineRule="auto"/>
            </w:pPr>
            <w:r>
              <w:rPr>
                <w:color w:val="000000"/>
                <w:sz w:val="15"/>
              </w:rPr>
              <w:t>overall activity level</w:t>
            </w:r>
          </w:p>
        </w:tc>
        <w:tc>
          <w:tcPr>
            <w:tcW w:w="1584" w:type="dxa"/>
            <w:tcMar>
              <w:top w:w="80" w:type="dxa"/>
              <w:left w:w="120" w:type="dxa"/>
              <w:bottom w:w="80" w:type="dxa"/>
              <w:right w:w="120" w:type="dxa"/>
            </w:tcMar>
            <w:vAlign w:val="center"/>
          </w:tcPr>
          <w:p w14:paraId="4673C59F" w14:textId="77777777">
            <w:pPr>
              <w:spacing w:after="0" w:line="252" w:lineRule="auto"/>
            </w:pPr>
            <w:r>
              <w:rPr>
                <w:color w:val="000000"/>
                <w:sz w:val="15"/>
              </w:rPr>
              <w:t>Lightly active</w:t>
            </w:r>
          </w:p>
        </w:tc>
        <w:tc>
          <w:tcPr>
            <w:tcW w:w="1944" w:type="dxa"/>
            <w:tcMar>
              <w:top w:w="80" w:type="dxa"/>
              <w:left w:w="120" w:type="dxa"/>
              <w:bottom w:w="80" w:type="dxa"/>
              <w:right w:w="120" w:type="dxa"/>
            </w:tcMar>
            <w:vAlign w:val="center"/>
          </w:tcPr>
          <w:p w14:paraId="62713DDA" w14:textId="77777777">
            <w:pPr>
              <w:spacing w:after="0" w:line="252" w:lineRule="auto"/>
              <w:jc w:val="center"/>
            </w:pPr>
            <w:r>
              <w:rPr>
                <w:rFonts w:ascii="Times New Roman" w:hAnsi="Times New Roman"/>
                <w:sz w:val="16"/>
              </w:rPr>
              <w:t>0.95 (−1.52, 3.43)</w:t>
            </w:r>
          </w:p>
        </w:tc>
        <w:tc>
          <w:tcPr>
            <w:tcW w:w="792" w:type="dxa"/>
            <w:tcMar>
              <w:top w:w="80" w:type="dxa"/>
              <w:left w:w="120" w:type="dxa"/>
              <w:bottom w:w="80" w:type="dxa"/>
              <w:right w:w="120" w:type="dxa"/>
            </w:tcMar>
            <w:vAlign w:val="center"/>
          </w:tcPr>
          <w:p w14:paraId="2D5EACE9" w14:textId="77777777">
            <w:pPr>
              <w:spacing w:after="0" w:line="252" w:lineRule="auto"/>
              <w:jc w:val="right"/>
            </w:pPr>
            <w:r>
              <w:rPr>
                <w:color w:val="000000"/>
                <w:sz w:val="15"/>
              </w:rPr>
              <w:t>0.447</w:t>
            </w:r>
          </w:p>
        </w:tc>
        <w:tc>
          <w:tcPr>
            <w:tcW w:w="1008" w:type="dxa"/>
            <w:tcMar>
              <w:top w:w="80" w:type="dxa"/>
              <w:left w:w="120" w:type="dxa"/>
              <w:bottom w:w="80" w:type="dxa"/>
              <w:right w:w="120" w:type="dxa"/>
            </w:tcMar>
            <w:vAlign w:val="center"/>
          </w:tcPr>
          <w:p w14:paraId="241C42E2" w14:textId="77777777">
            <w:pPr>
              <w:spacing w:after="0" w:line="252" w:lineRule="auto"/>
              <w:jc w:val="right"/>
            </w:pPr>
            <w:r>
              <w:rPr>
                <w:color w:val="000000"/>
                <w:sz w:val="15"/>
              </w:rPr>
              <w:t>&lt;.001</w:t>
            </w:r>
          </w:p>
        </w:tc>
        <w:tc>
          <w:tcPr>
            <w:tcW w:w="936" w:type="dxa"/>
            <w:tcMar>
              <w:top w:w="80" w:type="dxa"/>
              <w:left w:w="120" w:type="dxa"/>
              <w:bottom w:w="80" w:type="dxa"/>
              <w:right w:w="120" w:type="dxa"/>
            </w:tcMar>
            <w:vAlign w:val="center"/>
          </w:tcPr>
          <w:p w14:paraId="6B3EA294" w14:textId="77777777">
            <w:pPr>
              <w:spacing w:after="0" w:line="252" w:lineRule="auto"/>
              <w:jc w:val="right"/>
            </w:pPr>
            <w:r>
              <w:rPr>
                <w:color w:val="000000"/>
                <w:sz w:val="15"/>
              </w:rPr>
              <w:t>0.001</w:t>
            </w:r>
          </w:p>
        </w:tc>
        <w:tc>
          <w:tcPr>
            <w:tcW w:w="648" w:type="dxa"/>
            <w:tcMar>
              <w:top w:w="80" w:type="dxa"/>
              <w:left w:w="120" w:type="dxa"/>
              <w:bottom w:w="80" w:type="dxa"/>
              <w:right w:w="120" w:type="dxa"/>
            </w:tcMar>
            <w:vAlign w:val="center"/>
          </w:tcPr>
          <w:p w14:paraId="5CEFF6BC" w14:textId="77777777">
            <w:pPr>
              <w:spacing w:after="0" w:line="252" w:lineRule="auto"/>
              <w:jc w:val="right"/>
            </w:pPr>
            <w:r>
              <w:rPr>
                <w:color w:val="000000"/>
                <w:sz w:val="15"/>
              </w:rPr>
              <w:t>234</w:t>
            </w:r>
          </w:p>
        </w:tc>
      </w:tr>
      <w:tr w14:paraId="7E98A938" w14:textId="77777777">
        <w:tc>
          <w:tcPr>
            <w:tcW w:w="1944" w:type="dxa"/>
            <w:tcMar>
              <w:top w:w="80" w:type="dxa"/>
              <w:left w:w="120" w:type="dxa"/>
              <w:bottom w:w="80" w:type="dxa"/>
              <w:right w:w="120" w:type="dxa"/>
            </w:tcMar>
            <w:vAlign w:val="center"/>
          </w:tcPr>
          <w:p w14:paraId="3AF4A39D" w14:textId="77777777">
            <w:pPr>
              <w:spacing w:after="0" w:line="252" w:lineRule="auto"/>
            </w:pPr>
            <w:r>
              <w:rPr>
                <w:color w:val="000000"/>
                <w:sz w:val="15"/>
              </w:rPr>
              <w:t>overall activity level</w:t>
            </w:r>
          </w:p>
        </w:tc>
        <w:tc>
          <w:tcPr>
            <w:tcW w:w="1584" w:type="dxa"/>
            <w:tcMar>
              <w:top w:w="80" w:type="dxa"/>
              <w:left w:w="120" w:type="dxa"/>
              <w:bottom w:w="80" w:type="dxa"/>
              <w:right w:w="120" w:type="dxa"/>
            </w:tcMar>
            <w:vAlign w:val="center"/>
          </w:tcPr>
          <w:p w14:paraId="56357EB2" w14:textId="77777777">
            <w:pPr>
              <w:spacing w:after="0" w:line="252" w:lineRule="auto"/>
            </w:pPr>
            <w:r>
              <w:rPr>
                <w:color w:val="000000"/>
                <w:sz w:val="15"/>
              </w:rPr>
              <w:t>Moderately active</w:t>
            </w:r>
          </w:p>
        </w:tc>
        <w:tc>
          <w:tcPr>
            <w:tcW w:w="1944" w:type="dxa"/>
            <w:tcMar>
              <w:top w:w="80" w:type="dxa"/>
              <w:left w:w="120" w:type="dxa"/>
              <w:bottom w:w="80" w:type="dxa"/>
              <w:right w:w="120" w:type="dxa"/>
            </w:tcMar>
            <w:vAlign w:val="center"/>
          </w:tcPr>
          <w:p w14:paraId="5D4A6980" w14:textId="77777777">
            <w:pPr>
              <w:spacing w:after="0" w:line="252" w:lineRule="auto"/>
              <w:jc w:val="center"/>
            </w:pPr>
            <w:r>
              <w:rPr>
                <w:rFonts w:ascii="Times New Roman" w:hAnsi="Times New Roman"/>
                <w:sz w:val="16"/>
              </w:rPr>
              <w:t>2.62 (−0.16, 5.39)</w:t>
            </w:r>
          </w:p>
        </w:tc>
        <w:tc>
          <w:tcPr>
            <w:tcW w:w="792" w:type="dxa"/>
            <w:tcMar>
              <w:top w:w="80" w:type="dxa"/>
              <w:left w:w="120" w:type="dxa"/>
              <w:bottom w:w="80" w:type="dxa"/>
              <w:right w:w="120" w:type="dxa"/>
            </w:tcMar>
            <w:vAlign w:val="center"/>
          </w:tcPr>
          <w:p w14:paraId="0ABE307D" w14:textId="77777777">
            <w:pPr>
              <w:spacing w:after="0" w:line="252" w:lineRule="auto"/>
              <w:jc w:val="right"/>
            </w:pPr>
            <w:r>
              <w:rPr>
                <w:color w:val="000000"/>
                <w:sz w:val="15"/>
              </w:rPr>
              <w:t>0.065</w:t>
            </w:r>
          </w:p>
        </w:tc>
        <w:tc>
          <w:tcPr>
            <w:tcW w:w="1008" w:type="dxa"/>
            <w:tcMar>
              <w:top w:w="80" w:type="dxa"/>
              <w:left w:w="120" w:type="dxa"/>
              <w:bottom w:w="80" w:type="dxa"/>
              <w:right w:w="120" w:type="dxa"/>
            </w:tcMar>
            <w:vAlign w:val="center"/>
          </w:tcPr>
          <w:p w14:paraId="3D56EED9" w14:textId="77777777">
            <w:pPr>
              <w:spacing w:after="0" w:line="252" w:lineRule="auto"/>
              <w:jc w:val="right"/>
            </w:pPr>
            <w:r>
              <w:rPr>
                <w:color w:val="000000"/>
                <w:sz w:val="15"/>
              </w:rPr>
              <w:t>&lt;.001</w:t>
            </w:r>
          </w:p>
        </w:tc>
        <w:tc>
          <w:tcPr>
            <w:tcW w:w="936" w:type="dxa"/>
            <w:tcMar>
              <w:top w:w="80" w:type="dxa"/>
              <w:left w:w="120" w:type="dxa"/>
              <w:bottom w:w="80" w:type="dxa"/>
              <w:right w:w="120" w:type="dxa"/>
            </w:tcMar>
            <w:vAlign w:val="center"/>
          </w:tcPr>
          <w:p w14:paraId="4B15C097" w14:textId="77777777">
            <w:pPr>
              <w:spacing w:after="0" w:line="252" w:lineRule="auto"/>
              <w:jc w:val="right"/>
            </w:pPr>
            <w:r>
              <w:rPr>
                <w:color w:val="000000"/>
                <w:sz w:val="15"/>
              </w:rPr>
              <w:t>0.001</w:t>
            </w:r>
          </w:p>
        </w:tc>
        <w:tc>
          <w:tcPr>
            <w:tcW w:w="648" w:type="dxa"/>
            <w:tcMar>
              <w:top w:w="80" w:type="dxa"/>
              <w:left w:w="120" w:type="dxa"/>
              <w:bottom w:w="80" w:type="dxa"/>
              <w:right w:w="120" w:type="dxa"/>
            </w:tcMar>
            <w:vAlign w:val="center"/>
          </w:tcPr>
          <w:p w14:paraId="1C8A3ED1" w14:textId="77777777">
            <w:pPr>
              <w:spacing w:after="0" w:line="252" w:lineRule="auto"/>
              <w:jc w:val="right"/>
            </w:pPr>
            <w:r>
              <w:rPr>
                <w:color w:val="000000"/>
                <w:sz w:val="15"/>
              </w:rPr>
              <w:t>234</w:t>
            </w:r>
          </w:p>
        </w:tc>
      </w:tr>
      <w:tr w14:paraId="11D59BBE" w14:textId="77777777">
        <w:tc>
          <w:tcPr>
            <w:tcW w:w="1944" w:type="dxa"/>
            <w:tcMar>
              <w:top w:w="80" w:type="dxa"/>
              <w:left w:w="120" w:type="dxa"/>
              <w:bottom w:w="80" w:type="dxa"/>
              <w:right w:w="120" w:type="dxa"/>
            </w:tcMar>
            <w:vAlign w:val="center"/>
          </w:tcPr>
          <w:p w14:paraId="41A0CC9E" w14:textId="77777777">
            <w:pPr>
              <w:spacing w:after="0" w:line="252" w:lineRule="auto"/>
            </w:pPr>
            <w:r>
              <w:rPr>
                <w:color w:val="000000"/>
                <w:sz w:val="15"/>
              </w:rPr>
              <w:t>overall activity level</w:t>
            </w:r>
          </w:p>
        </w:tc>
        <w:tc>
          <w:tcPr>
            <w:tcW w:w="1584" w:type="dxa"/>
            <w:tcMar>
              <w:top w:w="80" w:type="dxa"/>
              <w:left w:w="120" w:type="dxa"/>
              <w:bottom w:w="80" w:type="dxa"/>
              <w:right w:w="120" w:type="dxa"/>
            </w:tcMar>
            <w:vAlign w:val="center"/>
          </w:tcPr>
          <w:p w14:paraId="50D6AC3A" w14:textId="77777777">
            <w:pPr>
              <w:spacing w:after="0" w:line="252" w:lineRule="auto"/>
            </w:pPr>
            <w:r>
              <w:rPr>
                <w:color w:val="000000"/>
                <w:sz w:val="15"/>
              </w:rPr>
              <w:t>Very/super active</w:t>
            </w:r>
          </w:p>
        </w:tc>
        <w:tc>
          <w:tcPr>
            <w:tcW w:w="1944" w:type="dxa"/>
            <w:tcMar>
              <w:top w:w="80" w:type="dxa"/>
              <w:left w:w="120" w:type="dxa"/>
              <w:bottom w:w="80" w:type="dxa"/>
              <w:right w:w="120" w:type="dxa"/>
            </w:tcMar>
            <w:vAlign w:val="center"/>
          </w:tcPr>
          <w:p w14:paraId="569A1D50" w14:textId="77777777">
            <w:pPr>
              <w:spacing w:after="0" w:line="252" w:lineRule="auto"/>
              <w:jc w:val="center"/>
            </w:pPr>
            <w:r>
              <w:rPr>
                <w:color w:val="000000"/>
                <w:sz w:val="15"/>
              </w:rPr>
              <w:t>6.73 (3.57, 9.90)</w:t>
            </w:r>
          </w:p>
        </w:tc>
        <w:tc>
          <w:tcPr>
            <w:tcW w:w="792" w:type="dxa"/>
            <w:tcMar>
              <w:top w:w="80" w:type="dxa"/>
              <w:left w:w="120" w:type="dxa"/>
              <w:bottom w:w="80" w:type="dxa"/>
              <w:right w:w="120" w:type="dxa"/>
            </w:tcMar>
            <w:vAlign w:val="center"/>
          </w:tcPr>
          <w:p w14:paraId="716363A5" w14:textId="77777777">
            <w:pPr>
              <w:spacing w:after="0" w:line="252" w:lineRule="auto"/>
              <w:jc w:val="right"/>
            </w:pPr>
            <w:r>
              <w:rPr>
                <w:color w:val="000000"/>
                <w:sz w:val="15"/>
              </w:rPr>
              <w:t>&lt;.001</w:t>
            </w:r>
          </w:p>
        </w:tc>
        <w:tc>
          <w:tcPr>
            <w:tcW w:w="1008" w:type="dxa"/>
            <w:tcMar>
              <w:top w:w="80" w:type="dxa"/>
              <w:left w:w="120" w:type="dxa"/>
              <w:bottom w:w="80" w:type="dxa"/>
              <w:right w:w="120" w:type="dxa"/>
            </w:tcMar>
            <w:vAlign w:val="center"/>
          </w:tcPr>
          <w:p w14:paraId="0CF2AC21" w14:textId="77777777">
            <w:pPr>
              <w:spacing w:after="0" w:line="252" w:lineRule="auto"/>
              <w:jc w:val="right"/>
            </w:pPr>
            <w:r>
              <w:rPr>
                <w:color w:val="000000"/>
                <w:sz w:val="15"/>
              </w:rPr>
              <w:t>&lt;.001</w:t>
            </w:r>
          </w:p>
        </w:tc>
        <w:tc>
          <w:tcPr>
            <w:tcW w:w="936" w:type="dxa"/>
            <w:tcMar>
              <w:top w:w="80" w:type="dxa"/>
              <w:left w:w="120" w:type="dxa"/>
              <w:bottom w:w="80" w:type="dxa"/>
              <w:right w:w="120" w:type="dxa"/>
            </w:tcMar>
            <w:vAlign w:val="center"/>
          </w:tcPr>
          <w:p w14:paraId="54C212C7" w14:textId="77777777">
            <w:pPr>
              <w:spacing w:after="0" w:line="252" w:lineRule="auto"/>
              <w:jc w:val="right"/>
            </w:pPr>
            <w:r>
              <w:rPr>
                <w:color w:val="000000"/>
                <w:sz w:val="15"/>
              </w:rPr>
              <w:t>0.001</w:t>
            </w:r>
          </w:p>
        </w:tc>
        <w:tc>
          <w:tcPr>
            <w:tcW w:w="648" w:type="dxa"/>
            <w:tcMar>
              <w:top w:w="80" w:type="dxa"/>
              <w:left w:w="120" w:type="dxa"/>
              <w:bottom w:w="80" w:type="dxa"/>
              <w:right w:w="120" w:type="dxa"/>
            </w:tcMar>
            <w:vAlign w:val="center"/>
          </w:tcPr>
          <w:p w14:paraId="34573D40" w14:textId="77777777">
            <w:pPr>
              <w:spacing w:after="0" w:line="252" w:lineRule="auto"/>
              <w:jc w:val="right"/>
            </w:pPr>
            <w:r>
              <w:rPr>
                <w:color w:val="000000"/>
                <w:sz w:val="15"/>
              </w:rPr>
              <w:t>234</w:t>
            </w:r>
          </w:p>
        </w:tc>
      </w:tr>
      <w:tr w14:paraId="62ECD361" w14:textId="77777777">
        <w:tc>
          <w:tcPr>
            <w:tcW w:w="1944" w:type="dxa"/>
            <w:tcMar>
              <w:top w:w="80" w:type="dxa"/>
              <w:left w:w="120" w:type="dxa"/>
              <w:bottom w:w="80" w:type="dxa"/>
              <w:right w:w="120" w:type="dxa"/>
            </w:tcMar>
            <w:vAlign w:val="center"/>
          </w:tcPr>
          <w:p w14:paraId="4AC4732F" w14:textId="77777777">
            <w:pPr>
              <w:spacing w:after="0" w:line="252" w:lineRule="auto"/>
            </w:pPr>
            <w:r>
              <w:rPr>
                <w:color w:val="000000"/>
                <w:sz w:val="15"/>
              </w:rPr>
              <w:t>sports participation</w:t>
            </w:r>
          </w:p>
        </w:tc>
        <w:tc>
          <w:tcPr>
            <w:tcW w:w="1584" w:type="dxa"/>
            <w:tcMar>
              <w:top w:w="80" w:type="dxa"/>
              <w:left w:w="120" w:type="dxa"/>
              <w:bottom w:w="80" w:type="dxa"/>
              <w:right w:w="120" w:type="dxa"/>
            </w:tcMar>
            <w:vAlign w:val="center"/>
          </w:tcPr>
          <w:p w14:paraId="6D839D86" w14:textId="77777777">
            <w:pPr>
              <w:spacing w:after="0" w:line="252" w:lineRule="auto"/>
            </w:pPr>
            <w:r>
              <w:rPr>
                <w:color w:val="000000"/>
                <w:sz w:val="15"/>
              </w:rPr>
              <w:t>Yes</w:t>
            </w:r>
          </w:p>
        </w:tc>
        <w:tc>
          <w:tcPr>
            <w:tcW w:w="1944" w:type="dxa"/>
            <w:tcMar>
              <w:top w:w="80" w:type="dxa"/>
              <w:left w:w="120" w:type="dxa"/>
              <w:bottom w:w="80" w:type="dxa"/>
              <w:right w:w="120" w:type="dxa"/>
            </w:tcMar>
            <w:vAlign w:val="center"/>
          </w:tcPr>
          <w:p w14:paraId="6D3F1A82" w14:textId="77777777">
            <w:pPr>
              <w:spacing w:after="0" w:line="252" w:lineRule="auto"/>
              <w:jc w:val="center"/>
            </w:pPr>
            <w:r>
              <w:rPr>
                <w:color w:val="000000"/>
                <w:sz w:val="15"/>
              </w:rPr>
              <w:t>2.65 (0.72, 4.59)</w:t>
            </w:r>
          </w:p>
        </w:tc>
        <w:tc>
          <w:tcPr>
            <w:tcW w:w="792" w:type="dxa"/>
            <w:tcMar>
              <w:top w:w="80" w:type="dxa"/>
              <w:left w:w="120" w:type="dxa"/>
              <w:bottom w:w="80" w:type="dxa"/>
              <w:right w:w="120" w:type="dxa"/>
            </w:tcMar>
            <w:vAlign w:val="center"/>
          </w:tcPr>
          <w:p w14:paraId="28E8DEBF" w14:textId="77777777">
            <w:pPr>
              <w:spacing w:after="0" w:line="252" w:lineRule="auto"/>
              <w:jc w:val="right"/>
            </w:pPr>
            <w:r>
              <w:rPr>
                <w:color w:val="000000"/>
                <w:sz w:val="15"/>
              </w:rPr>
              <w:t>0.007</w:t>
            </w:r>
          </w:p>
        </w:tc>
        <w:tc>
          <w:tcPr>
            <w:tcW w:w="1008" w:type="dxa"/>
            <w:tcMar>
              <w:top w:w="80" w:type="dxa"/>
              <w:left w:w="120" w:type="dxa"/>
              <w:bottom w:w="80" w:type="dxa"/>
              <w:right w:w="120" w:type="dxa"/>
            </w:tcMar>
            <w:vAlign w:val="center"/>
          </w:tcPr>
          <w:p w14:paraId="08B6000F" w14:textId="77777777">
            <w:pPr>
              <w:spacing w:after="0" w:line="252" w:lineRule="auto"/>
              <w:jc w:val="right"/>
            </w:pPr>
            <w:r>
              <w:rPr>
                <w:color w:val="000000"/>
                <w:sz w:val="15"/>
              </w:rPr>
              <w:t>0.007</w:t>
            </w:r>
          </w:p>
        </w:tc>
        <w:tc>
          <w:tcPr>
            <w:tcW w:w="936" w:type="dxa"/>
            <w:tcMar>
              <w:top w:w="80" w:type="dxa"/>
              <w:left w:w="120" w:type="dxa"/>
              <w:bottom w:w="80" w:type="dxa"/>
              <w:right w:w="120" w:type="dxa"/>
            </w:tcMar>
            <w:vAlign w:val="center"/>
          </w:tcPr>
          <w:p w14:paraId="492CFB8B" w14:textId="77777777">
            <w:pPr>
              <w:spacing w:after="0" w:line="252" w:lineRule="auto"/>
              <w:jc w:val="right"/>
            </w:pPr>
            <w:r>
              <w:rPr>
                <w:color w:val="000000"/>
                <w:sz w:val="15"/>
              </w:rPr>
              <w:t>0.012</w:t>
            </w:r>
          </w:p>
        </w:tc>
        <w:tc>
          <w:tcPr>
            <w:tcW w:w="648" w:type="dxa"/>
            <w:tcMar>
              <w:top w:w="80" w:type="dxa"/>
              <w:left w:w="120" w:type="dxa"/>
              <w:bottom w:w="80" w:type="dxa"/>
              <w:right w:w="120" w:type="dxa"/>
            </w:tcMar>
            <w:vAlign w:val="center"/>
          </w:tcPr>
          <w:p w14:paraId="5DBAD0E5" w14:textId="77777777">
            <w:pPr>
              <w:spacing w:after="0" w:line="252" w:lineRule="auto"/>
              <w:jc w:val="right"/>
            </w:pPr>
            <w:r>
              <w:rPr>
                <w:color w:val="000000"/>
                <w:sz w:val="15"/>
              </w:rPr>
              <w:t>233</w:t>
            </w:r>
          </w:p>
        </w:tc>
      </w:tr>
      <w:tr w14:paraId="58600852" w14:textId="77777777">
        <w:tc>
          <w:tcPr>
            <w:tcW w:w="1944" w:type="dxa"/>
            <w:tcMar>
              <w:top w:w="80" w:type="dxa"/>
              <w:left w:w="120" w:type="dxa"/>
              <w:bottom w:w="80" w:type="dxa"/>
              <w:right w:w="120" w:type="dxa"/>
            </w:tcMar>
            <w:vAlign w:val="center"/>
          </w:tcPr>
          <w:p w14:paraId="3276298C" w14:textId="77777777">
            <w:pPr>
              <w:spacing w:after="0" w:line="252" w:lineRule="auto"/>
            </w:pPr>
            <w:r>
              <w:rPr>
                <w:color w:val="000000"/>
                <w:sz w:val="15"/>
              </w:rPr>
              <w:t>diet-plan status</w:t>
            </w:r>
          </w:p>
        </w:tc>
        <w:tc>
          <w:tcPr>
            <w:tcW w:w="1584" w:type="dxa"/>
            <w:tcMar>
              <w:top w:w="80" w:type="dxa"/>
              <w:left w:w="120" w:type="dxa"/>
              <w:bottom w:w="80" w:type="dxa"/>
              <w:right w:w="120" w:type="dxa"/>
            </w:tcMar>
            <w:vAlign w:val="center"/>
          </w:tcPr>
          <w:p w14:paraId="7A24BC9E" w14:textId="77777777">
            <w:pPr>
              <w:spacing w:after="0" w:line="252" w:lineRule="auto"/>
            </w:pPr>
            <w:r>
              <w:rPr>
                <w:color w:val="000000"/>
                <w:sz w:val="15"/>
              </w:rPr>
              <w:t>Yes</w:t>
            </w:r>
          </w:p>
        </w:tc>
        <w:tc>
          <w:tcPr>
            <w:tcW w:w="1944" w:type="dxa"/>
            <w:tcMar>
              <w:top w:w="80" w:type="dxa"/>
              <w:left w:w="120" w:type="dxa"/>
              <w:bottom w:w="80" w:type="dxa"/>
              <w:right w:w="120" w:type="dxa"/>
            </w:tcMar>
            <w:vAlign w:val="center"/>
          </w:tcPr>
          <w:p w14:paraId="6E64F4A7" w14:textId="77777777">
            <w:pPr>
              <w:spacing w:after="0" w:line="252" w:lineRule="auto"/>
              <w:jc w:val="center"/>
            </w:pPr>
            <w:r>
              <w:rPr>
                <w:rFonts w:ascii="Times New Roman" w:hAnsi="Times New Roman"/>
                <w:sz w:val="16"/>
              </w:rPr>
              <w:t>0.06 (−2.37, 2.49)</w:t>
            </w:r>
          </w:p>
        </w:tc>
        <w:tc>
          <w:tcPr>
            <w:tcW w:w="792" w:type="dxa"/>
            <w:tcMar>
              <w:top w:w="80" w:type="dxa"/>
              <w:left w:w="120" w:type="dxa"/>
              <w:bottom w:w="80" w:type="dxa"/>
              <w:right w:w="120" w:type="dxa"/>
            </w:tcMar>
            <w:vAlign w:val="center"/>
          </w:tcPr>
          <w:p w14:paraId="320AA33B" w14:textId="77777777">
            <w:pPr>
              <w:spacing w:after="0" w:line="252" w:lineRule="auto"/>
              <w:jc w:val="right"/>
            </w:pPr>
            <w:r>
              <w:rPr>
                <w:color w:val="000000"/>
                <w:sz w:val="15"/>
              </w:rPr>
              <w:t>0.959</w:t>
            </w:r>
          </w:p>
        </w:tc>
        <w:tc>
          <w:tcPr>
            <w:tcW w:w="1008" w:type="dxa"/>
            <w:tcMar>
              <w:top w:w="80" w:type="dxa"/>
              <w:left w:w="120" w:type="dxa"/>
              <w:bottom w:w="80" w:type="dxa"/>
              <w:right w:w="120" w:type="dxa"/>
            </w:tcMar>
            <w:vAlign w:val="center"/>
          </w:tcPr>
          <w:p w14:paraId="5D24CBF3" w14:textId="77777777">
            <w:pPr>
              <w:spacing w:after="0" w:line="252" w:lineRule="auto"/>
              <w:jc w:val="right"/>
            </w:pPr>
            <w:r>
              <w:rPr>
                <w:color w:val="000000"/>
                <w:sz w:val="15"/>
              </w:rPr>
              <w:t>0.959</w:t>
            </w:r>
          </w:p>
        </w:tc>
        <w:tc>
          <w:tcPr>
            <w:tcW w:w="936" w:type="dxa"/>
            <w:tcMar>
              <w:top w:w="80" w:type="dxa"/>
              <w:left w:w="120" w:type="dxa"/>
              <w:bottom w:w="80" w:type="dxa"/>
              <w:right w:w="120" w:type="dxa"/>
            </w:tcMar>
            <w:vAlign w:val="center"/>
          </w:tcPr>
          <w:p w14:paraId="67B107FC" w14:textId="77777777">
            <w:pPr>
              <w:spacing w:after="0" w:line="252" w:lineRule="auto"/>
              <w:jc w:val="right"/>
            </w:pPr>
            <w:r>
              <w:rPr>
                <w:color w:val="000000"/>
                <w:sz w:val="15"/>
              </w:rPr>
              <w:t>0.959</w:t>
            </w:r>
          </w:p>
        </w:tc>
        <w:tc>
          <w:tcPr>
            <w:tcW w:w="648" w:type="dxa"/>
            <w:tcMar>
              <w:top w:w="80" w:type="dxa"/>
              <w:left w:w="120" w:type="dxa"/>
              <w:bottom w:w="80" w:type="dxa"/>
              <w:right w:w="120" w:type="dxa"/>
            </w:tcMar>
            <w:vAlign w:val="center"/>
          </w:tcPr>
          <w:p w14:paraId="0D8C3F2B" w14:textId="77777777">
            <w:pPr>
              <w:spacing w:after="0" w:line="252" w:lineRule="auto"/>
              <w:jc w:val="right"/>
            </w:pPr>
            <w:r>
              <w:rPr>
                <w:color w:val="000000"/>
                <w:sz w:val="15"/>
              </w:rPr>
              <w:t>234</w:t>
            </w:r>
          </w:p>
        </w:tc>
      </w:tr>
      <w:tr w14:paraId="33F9CD1D" w14:textId="77777777">
        <w:tc>
          <w:tcPr>
            <w:tcW w:w="1944" w:type="dxa"/>
            <w:tcMar>
              <w:top w:w="80" w:type="dxa"/>
              <w:left w:w="120" w:type="dxa"/>
              <w:bottom w:w="80" w:type="dxa"/>
              <w:right w:w="120" w:type="dxa"/>
            </w:tcMar>
            <w:vAlign w:val="center"/>
          </w:tcPr>
          <w:p w14:paraId="772C185D" w14:textId="77777777">
            <w:pPr>
              <w:spacing w:after="0" w:line="252" w:lineRule="auto"/>
            </w:pPr>
            <w:r>
              <w:rPr>
                <w:color w:val="000000"/>
                <w:sz w:val="15"/>
              </w:rPr>
              <w:t>body-image discussion frequency</w:t>
            </w:r>
          </w:p>
        </w:tc>
        <w:tc>
          <w:tcPr>
            <w:tcW w:w="1584" w:type="dxa"/>
            <w:tcMar>
              <w:top w:w="80" w:type="dxa"/>
              <w:left w:w="120" w:type="dxa"/>
              <w:bottom w:w="80" w:type="dxa"/>
              <w:right w:w="120" w:type="dxa"/>
            </w:tcMar>
            <w:vAlign w:val="center"/>
          </w:tcPr>
          <w:p w14:paraId="71AF9B2C" w14:textId="77777777">
            <w:pPr>
              <w:spacing w:after="0" w:line="252" w:lineRule="auto"/>
            </w:pPr>
            <w:r>
              <w:rPr>
                <w:color w:val="000000"/>
                <w:sz w:val="15"/>
              </w:rPr>
              <w:t>Rarely</w:t>
            </w:r>
          </w:p>
        </w:tc>
        <w:tc>
          <w:tcPr>
            <w:tcW w:w="1944" w:type="dxa"/>
            <w:tcMar>
              <w:top w:w="80" w:type="dxa"/>
              <w:left w:w="120" w:type="dxa"/>
              <w:bottom w:w="80" w:type="dxa"/>
              <w:right w:w="120" w:type="dxa"/>
            </w:tcMar>
            <w:vAlign w:val="center"/>
          </w:tcPr>
          <w:p w14:paraId="78E0DCB2" w14:textId="77777777">
            <w:pPr>
              <w:spacing w:after="0" w:line="252" w:lineRule="auto"/>
              <w:jc w:val="center"/>
            </w:pPr>
            <w:r>
              <w:rPr>
                <w:rFonts w:ascii="Times New Roman" w:hAnsi="Times New Roman"/>
                <w:sz w:val="16"/>
              </w:rPr>
              <w:t>−1.78 (−4.38, 0.82)</w:t>
            </w:r>
          </w:p>
        </w:tc>
        <w:tc>
          <w:tcPr>
            <w:tcW w:w="792" w:type="dxa"/>
            <w:tcMar>
              <w:top w:w="80" w:type="dxa"/>
              <w:left w:w="120" w:type="dxa"/>
              <w:bottom w:w="80" w:type="dxa"/>
              <w:right w:w="120" w:type="dxa"/>
            </w:tcMar>
            <w:vAlign w:val="center"/>
          </w:tcPr>
          <w:p w14:paraId="657F804A" w14:textId="77777777">
            <w:pPr>
              <w:spacing w:after="0" w:line="252" w:lineRule="auto"/>
              <w:jc w:val="right"/>
            </w:pPr>
            <w:r>
              <w:rPr>
                <w:color w:val="000000"/>
                <w:sz w:val="15"/>
              </w:rPr>
              <w:t>0.179</w:t>
            </w:r>
          </w:p>
        </w:tc>
        <w:tc>
          <w:tcPr>
            <w:tcW w:w="1008" w:type="dxa"/>
            <w:tcMar>
              <w:top w:w="80" w:type="dxa"/>
              <w:left w:w="120" w:type="dxa"/>
              <w:bottom w:w="80" w:type="dxa"/>
              <w:right w:w="120" w:type="dxa"/>
            </w:tcMar>
            <w:vAlign w:val="center"/>
          </w:tcPr>
          <w:p w14:paraId="676978D0" w14:textId="77777777">
            <w:pPr>
              <w:spacing w:after="0" w:line="252" w:lineRule="auto"/>
              <w:jc w:val="right"/>
            </w:pPr>
            <w:r>
              <w:rPr>
                <w:color w:val="000000"/>
                <w:sz w:val="15"/>
              </w:rPr>
              <w:t>0.173</w:t>
            </w:r>
          </w:p>
        </w:tc>
        <w:tc>
          <w:tcPr>
            <w:tcW w:w="936" w:type="dxa"/>
            <w:tcMar>
              <w:top w:w="80" w:type="dxa"/>
              <w:left w:w="120" w:type="dxa"/>
              <w:bottom w:w="80" w:type="dxa"/>
              <w:right w:w="120" w:type="dxa"/>
            </w:tcMar>
            <w:vAlign w:val="center"/>
          </w:tcPr>
          <w:p w14:paraId="544CACE9" w14:textId="77777777">
            <w:pPr>
              <w:spacing w:after="0" w:line="252" w:lineRule="auto"/>
              <w:jc w:val="right"/>
            </w:pPr>
            <w:r>
              <w:rPr>
                <w:color w:val="000000"/>
                <w:sz w:val="15"/>
              </w:rPr>
              <w:t>0.216</w:t>
            </w:r>
          </w:p>
        </w:tc>
        <w:tc>
          <w:tcPr>
            <w:tcW w:w="648" w:type="dxa"/>
            <w:tcMar>
              <w:top w:w="80" w:type="dxa"/>
              <w:left w:w="120" w:type="dxa"/>
              <w:bottom w:w="80" w:type="dxa"/>
              <w:right w:w="120" w:type="dxa"/>
            </w:tcMar>
            <w:vAlign w:val="center"/>
          </w:tcPr>
          <w:p w14:paraId="1C924F52" w14:textId="77777777">
            <w:pPr>
              <w:spacing w:after="0" w:line="252" w:lineRule="auto"/>
              <w:jc w:val="right"/>
            </w:pPr>
            <w:r>
              <w:rPr>
                <w:color w:val="000000"/>
                <w:sz w:val="15"/>
              </w:rPr>
              <w:t>234</w:t>
            </w:r>
          </w:p>
        </w:tc>
      </w:tr>
      <w:tr w14:paraId="7225976D" w14:textId="77777777">
        <w:tc>
          <w:tcPr>
            <w:tcW w:w="1944" w:type="dxa"/>
            <w:tcMar>
              <w:top w:w="80" w:type="dxa"/>
              <w:left w:w="120" w:type="dxa"/>
              <w:bottom w:w="80" w:type="dxa"/>
              <w:right w:w="120" w:type="dxa"/>
            </w:tcMar>
            <w:vAlign w:val="center"/>
          </w:tcPr>
          <w:p w14:paraId="113EA096" w14:textId="77777777">
            <w:pPr>
              <w:spacing w:after="0" w:line="252" w:lineRule="auto"/>
            </w:pPr>
            <w:r>
              <w:rPr>
                <w:color w:val="000000"/>
                <w:sz w:val="15"/>
              </w:rPr>
              <w:t>body-image discussion frequency</w:t>
            </w:r>
          </w:p>
        </w:tc>
        <w:tc>
          <w:tcPr>
            <w:tcW w:w="1584" w:type="dxa"/>
            <w:tcMar>
              <w:top w:w="80" w:type="dxa"/>
              <w:left w:w="120" w:type="dxa"/>
              <w:bottom w:w="80" w:type="dxa"/>
              <w:right w:w="120" w:type="dxa"/>
            </w:tcMar>
            <w:vAlign w:val="center"/>
          </w:tcPr>
          <w:p w14:paraId="2AA3662C" w14:textId="77777777">
            <w:pPr>
              <w:spacing w:after="0" w:line="252" w:lineRule="auto"/>
            </w:pPr>
            <w:r>
              <w:rPr>
                <w:color w:val="000000"/>
                <w:sz w:val="15"/>
              </w:rPr>
              <w:t>Sometimes</w:t>
            </w:r>
          </w:p>
        </w:tc>
        <w:tc>
          <w:tcPr>
            <w:tcW w:w="1944" w:type="dxa"/>
            <w:tcMar>
              <w:top w:w="80" w:type="dxa"/>
              <w:left w:w="120" w:type="dxa"/>
              <w:bottom w:w="80" w:type="dxa"/>
              <w:right w:w="120" w:type="dxa"/>
            </w:tcMar>
            <w:vAlign w:val="center"/>
          </w:tcPr>
          <w:p w14:paraId="59936AFE" w14:textId="77777777">
            <w:pPr>
              <w:spacing w:after="0" w:line="252" w:lineRule="auto"/>
              <w:jc w:val="center"/>
            </w:pPr>
            <w:r>
              <w:rPr>
                <w:rFonts w:ascii="Times New Roman" w:hAnsi="Times New Roman"/>
                <w:sz w:val="16"/>
              </w:rPr>
              <w:t>0.35 (−2.38, 3.08)</w:t>
            </w:r>
          </w:p>
        </w:tc>
        <w:tc>
          <w:tcPr>
            <w:tcW w:w="792" w:type="dxa"/>
            <w:tcMar>
              <w:top w:w="80" w:type="dxa"/>
              <w:left w:w="120" w:type="dxa"/>
              <w:bottom w:w="80" w:type="dxa"/>
              <w:right w:w="120" w:type="dxa"/>
            </w:tcMar>
            <w:vAlign w:val="center"/>
          </w:tcPr>
          <w:p w14:paraId="077C7748" w14:textId="77777777">
            <w:pPr>
              <w:spacing w:after="0" w:line="252" w:lineRule="auto"/>
              <w:jc w:val="right"/>
            </w:pPr>
            <w:r>
              <w:rPr>
                <w:color w:val="000000"/>
                <w:sz w:val="15"/>
              </w:rPr>
              <w:t>0.800</w:t>
            </w:r>
          </w:p>
        </w:tc>
        <w:tc>
          <w:tcPr>
            <w:tcW w:w="1008" w:type="dxa"/>
            <w:tcMar>
              <w:top w:w="80" w:type="dxa"/>
              <w:left w:w="120" w:type="dxa"/>
              <w:bottom w:w="80" w:type="dxa"/>
              <w:right w:w="120" w:type="dxa"/>
            </w:tcMar>
            <w:vAlign w:val="center"/>
          </w:tcPr>
          <w:p w14:paraId="4CF8B2F0" w14:textId="77777777">
            <w:pPr>
              <w:spacing w:after="0" w:line="252" w:lineRule="auto"/>
              <w:jc w:val="right"/>
            </w:pPr>
            <w:r>
              <w:rPr>
                <w:color w:val="000000"/>
                <w:sz w:val="15"/>
              </w:rPr>
              <w:t>0.173</w:t>
            </w:r>
          </w:p>
        </w:tc>
        <w:tc>
          <w:tcPr>
            <w:tcW w:w="936" w:type="dxa"/>
            <w:tcMar>
              <w:top w:w="80" w:type="dxa"/>
              <w:left w:w="120" w:type="dxa"/>
              <w:bottom w:w="80" w:type="dxa"/>
              <w:right w:w="120" w:type="dxa"/>
            </w:tcMar>
            <w:vAlign w:val="center"/>
          </w:tcPr>
          <w:p w14:paraId="7BF57A59" w14:textId="77777777">
            <w:pPr>
              <w:spacing w:after="0" w:line="252" w:lineRule="auto"/>
              <w:jc w:val="right"/>
            </w:pPr>
            <w:r>
              <w:rPr>
                <w:color w:val="000000"/>
                <w:sz w:val="15"/>
              </w:rPr>
              <w:t>0.216</w:t>
            </w:r>
          </w:p>
        </w:tc>
        <w:tc>
          <w:tcPr>
            <w:tcW w:w="648" w:type="dxa"/>
            <w:tcMar>
              <w:top w:w="80" w:type="dxa"/>
              <w:left w:w="120" w:type="dxa"/>
              <w:bottom w:w="80" w:type="dxa"/>
              <w:right w:w="120" w:type="dxa"/>
            </w:tcMar>
            <w:vAlign w:val="center"/>
          </w:tcPr>
          <w:p w14:paraId="1363AE62" w14:textId="77777777">
            <w:pPr>
              <w:spacing w:after="0" w:line="252" w:lineRule="auto"/>
              <w:jc w:val="right"/>
            </w:pPr>
            <w:r>
              <w:rPr>
                <w:color w:val="000000"/>
                <w:sz w:val="15"/>
              </w:rPr>
              <w:t>234</w:t>
            </w:r>
          </w:p>
        </w:tc>
      </w:tr>
      <w:tr w14:paraId="7CD12A72" w14:textId="77777777">
        <w:tc>
          <w:tcPr>
            <w:tcW w:w="1944" w:type="dxa"/>
            <w:tcMar>
              <w:top w:w="80" w:type="dxa"/>
              <w:left w:w="120" w:type="dxa"/>
              <w:bottom w:w="80" w:type="dxa"/>
              <w:right w:w="120" w:type="dxa"/>
            </w:tcMar>
            <w:vAlign w:val="center"/>
          </w:tcPr>
          <w:p w14:paraId="272F28C9" w14:textId="77777777">
            <w:pPr>
              <w:spacing w:after="0" w:line="252" w:lineRule="auto"/>
            </w:pPr>
            <w:r>
              <w:rPr>
                <w:color w:val="000000"/>
                <w:sz w:val="15"/>
              </w:rPr>
              <w:t>body-image discussion frequency</w:t>
            </w:r>
          </w:p>
        </w:tc>
        <w:tc>
          <w:tcPr>
            <w:tcW w:w="1584" w:type="dxa"/>
            <w:tcMar>
              <w:top w:w="80" w:type="dxa"/>
              <w:left w:w="120" w:type="dxa"/>
              <w:bottom w:w="80" w:type="dxa"/>
              <w:right w:w="120" w:type="dxa"/>
            </w:tcMar>
            <w:vAlign w:val="center"/>
          </w:tcPr>
          <w:p w14:paraId="573C67FB" w14:textId="77777777">
            <w:pPr>
              <w:spacing w:after="0" w:line="252" w:lineRule="auto"/>
            </w:pPr>
            <w:r>
              <w:rPr>
                <w:color w:val="000000"/>
                <w:sz w:val="15"/>
              </w:rPr>
              <w:t>Often/very often</w:t>
            </w:r>
          </w:p>
        </w:tc>
        <w:tc>
          <w:tcPr>
            <w:tcW w:w="1944" w:type="dxa"/>
            <w:tcMar>
              <w:top w:w="80" w:type="dxa"/>
              <w:left w:w="120" w:type="dxa"/>
              <w:bottom w:w="80" w:type="dxa"/>
              <w:right w:w="120" w:type="dxa"/>
            </w:tcMar>
            <w:vAlign w:val="center"/>
          </w:tcPr>
          <w:p w14:paraId="436DF488" w14:textId="77777777">
            <w:pPr>
              <w:spacing w:after="0" w:line="252" w:lineRule="auto"/>
              <w:jc w:val="center"/>
            </w:pPr>
            <w:r>
              <w:rPr>
                <w:rFonts w:ascii="Times New Roman" w:hAnsi="Times New Roman"/>
                <w:sz w:val="16"/>
              </w:rPr>
              <w:t>1.42 (−2.23, 5.07)</w:t>
            </w:r>
          </w:p>
        </w:tc>
        <w:tc>
          <w:tcPr>
            <w:tcW w:w="792" w:type="dxa"/>
            <w:tcMar>
              <w:top w:w="80" w:type="dxa"/>
              <w:left w:w="120" w:type="dxa"/>
              <w:bottom w:w="80" w:type="dxa"/>
              <w:right w:w="120" w:type="dxa"/>
            </w:tcMar>
            <w:vAlign w:val="center"/>
          </w:tcPr>
          <w:p w14:paraId="6C4AD1E8" w14:textId="77777777">
            <w:pPr>
              <w:spacing w:after="0" w:line="252" w:lineRule="auto"/>
              <w:jc w:val="right"/>
            </w:pPr>
            <w:r>
              <w:rPr>
                <w:color w:val="000000"/>
                <w:sz w:val="15"/>
              </w:rPr>
              <w:t>0.445</w:t>
            </w:r>
          </w:p>
        </w:tc>
        <w:tc>
          <w:tcPr>
            <w:tcW w:w="1008" w:type="dxa"/>
            <w:tcMar>
              <w:top w:w="80" w:type="dxa"/>
              <w:left w:w="120" w:type="dxa"/>
              <w:bottom w:w="80" w:type="dxa"/>
              <w:right w:w="120" w:type="dxa"/>
            </w:tcMar>
            <w:vAlign w:val="center"/>
          </w:tcPr>
          <w:p w14:paraId="0D639C95" w14:textId="77777777">
            <w:pPr>
              <w:spacing w:after="0" w:line="252" w:lineRule="auto"/>
              <w:jc w:val="right"/>
            </w:pPr>
            <w:r>
              <w:rPr>
                <w:color w:val="000000"/>
                <w:sz w:val="15"/>
              </w:rPr>
              <w:t>0.173</w:t>
            </w:r>
          </w:p>
        </w:tc>
        <w:tc>
          <w:tcPr>
            <w:tcW w:w="936" w:type="dxa"/>
            <w:tcMar>
              <w:top w:w="80" w:type="dxa"/>
              <w:left w:w="120" w:type="dxa"/>
              <w:bottom w:w="80" w:type="dxa"/>
              <w:right w:w="120" w:type="dxa"/>
            </w:tcMar>
            <w:vAlign w:val="center"/>
          </w:tcPr>
          <w:p w14:paraId="417AB7CD" w14:textId="77777777">
            <w:pPr>
              <w:spacing w:after="0" w:line="252" w:lineRule="auto"/>
              <w:jc w:val="right"/>
            </w:pPr>
            <w:r>
              <w:rPr>
                <w:color w:val="000000"/>
                <w:sz w:val="15"/>
              </w:rPr>
              <w:t>0.216</w:t>
            </w:r>
          </w:p>
        </w:tc>
        <w:tc>
          <w:tcPr>
            <w:tcW w:w="648" w:type="dxa"/>
            <w:tcMar>
              <w:top w:w="80" w:type="dxa"/>
              <w:left w:w="120" w:type="dxa"/>
              <w:bottom w:w="80" w:type="dxa"/>
              <w:right w:w="120" w:type="dxa"/>
            </w:tcMar>
            <w:vAlign w:val="center"/>
          </w:tcPr>
          <w:p w14:paraId="1BEA0BBE" w14:textId="77777777">
            <w:pPr>
              <w:spacing w:after="0" w:line="252" w:lineRule="auto"/>
              <w:jc w:val="right"/>
            </w:pPr>
            <w:r>
              <w:rPr>
                <w:color w:val="000000"/>
                <w:sz w:val="15"/>
              </w:rPr>
              <w:t>234</w:t>
            </w:r>
          </w:p>
        </w:tc>
      </w:tr>
      <w:tr w14:paraId="008F49F6" w14:textId="77777777">
        <w:tc>
          <w:tcPr>
            <w:tcW w:w="1944" w:type="dxa"/>
            <w:tcMar>
              <w:top w:w="80" w:type="dxa"/>
              <w:left w:w="120" w:type="dxa"/>
              <w:bottom w:w="80" w:type="dxa"/>
              <w:right w:w="120" w:type="dxa"/>
            </w:tcMar>
            <w:vAlign w:val="center"/>
          </w:tcPr>
          <w:p w14:paraId="7F5660FB" w14:textId="77777777">
            <w:r>
              <w:rPr>
                <w:rFonts w:ascii="Times New Roman" w:hAnsi="Times New Roman"/>
                <w:sz w:val="17"/>
              </w:rPr>
              <w:t>sports participation</w:t>
            </w:r>
          </w:p>
        </w:tc>
        <w:tc>
          <w:tcPr>
            <w:tcW w:w="1584" w:type="dxa"/>
            <w:tcMar>
              <w:top w:w="80" w:type="dxa"/>
              <w:left w:w="120" w:type="dxa"/>
              <w:bottom w:w="80" w:type="dxa"/>
              <w:right w:w="120" w:type="dxa"/>
            </w:tcMar>
            <w:vAlign w:val="center"/>
          </w:tcPr>
          <w:p w14:paraId="2FD369E8" w14:textId="77777777">
            <w:r>
              <w:rPr>
                <w:rFonts w:ascii="Times New Roman" w:hAnsi="Times New Roman"/>
                <w:sz w:val="17"/>
              </w:rPr>
              <w:t>Yes vs no; activity-adjusted sensitivity</w:t>
            </w:r>
          </w:p>
        </w:tc>
        <w:tc>
          <w:tcPr>
            <w:tcW w:w="1944" w:type="dxa"/>
            <w:tcMar>
              <w:top w:w="80" w:type="dxa"/>
              <w:left w:w="120" w:type="dxa"/>
              <w:bottom w:w="80" w:type="dxa"/>
              <w:right w:w="120" w:type="dxa"/>
            </w:tcMar>
            <w:vAlign w:val="center"/>
          </w:tcPr>
          <w:p w14:paraId="5C92B256" w14:textId="77777777">
            <w:r>
              <w:rPr>
                <w:rFonts w:ascii="Times New Roman" w:hAnsi="Times New Roman"/>
                <w:sz w:val="17"/>
              </w:rPr>
              <w:t>1.84 (−0.30, 3.97)</w:t>
            </w:r>
          </w:p>
        </w:tc>
        <w:tc>
          <w:tcPr>
            <w:tcW w:w="792" w:type="dxa"/>
            <w:tcMar>
              <w:top w:w="80" w:type="dxa"/>
              <w:left w:w="120" w:type="dxa"/>
              <w:bottom w:w="80" w:type="dxa"/>
              <w:right w:w="120" w:type="dxa"/>
            </w:tcMar>
            <w:vAlign w:val="center"/>
          </w:tcPr>
          <w:p w14:paraId="02D06AE8" w14:textId="77777777">
            <w:r>
              <w:rPr>
                <w:rFonts w:ascii="Times New Roman" w:hAnsi="Times New Roman"/>
                <w:sz w:val="17"/>
              </w:rPr>
              <w:t>.091</w:t>
            </w:r>
          </w:p>
        </w:tc>
        <w:tc>
          <w:tcPr>
            <w:tcW w:w="1008" w:type="dxa"/>
            <w:tcMar>
              <w:top w:w="80" w:type="dxa"/>
              <w:left w:w="120" w:type="dxa"/>
              <w:bottom w:w="80" w:type="dxa"/>
              <w:right w:w="120" w:type="dxa"/>
            </w:tcMar>
            <w:vAlign w:val="center"/>
          </w:tcPr>
          <w:p w14:paraId="10A1FBB5" w14:textId="77777777">
            <w:r>
              <w:rPr>
                <w:rFonts w:ascii="Times New Roman" w:hAnsi="Times New Roman"/>
                <w:sz w:val="17"/>
              </w:rPr>
              <w:t>—</w:t>
            </w:r>
          </w:p>
        </w:tc>
        <w:tc>
          <w:tcPr>
            <w:tcW w:w="936" w:type="dxa"/>
            <w:tcMar>
              <w:top w:w="80" w:type="dxa"/>
              <w:left w:w="120" w:type="dxa"/>
              <w:bottom w:w="80" w:type="dxa"/>
              <w:right w:w="120" w:type="dxa"/>
            </w:tcMar>
            <w:vAlign w:val="center"/>
          </w:tcPr>
          <w:p w14:paraId="314215CA" w14:textId="77777777">
            <w:r>
              <w:rPr>
                <w:rFonts w:ascii="Times New Roman" w:hAnsi="Times New Roman"/>
                <w:sz w:val="17"/>
              </w:rPr>
              <w:t>—</w:t>
            </w:r>
          </w:p>
        </w:tc>
        <w:tc>
          <w:tcPr>
            <w:tcW w:w="648" w:type="dxa"/>
            <w:tcMar>
              <w:top w:w="80" w:type="dxa"/>
              <w:left w:w="120" w:type="dxa"/>
              <w:bottom w:w="80" w:type="dxa"/>
              <w:right w:w="120" w:type="dxa"/>
            </w:tcMar>
            <w:vAlign w:val="center"/>
          </w:tcPr>
          <w:p w14:paraId="4F4AB85B" w14:textId="77777777">
            <w:r>
              <w:rPr>
                <w:rFonts w:ascii="Times New Roman" w:hAnsi="Times New Roman"/>
                <w:sz w:val="17"/>
              </w:rPr>
              <w:t>232</w:t>
            </w:r>
          </w:p>
        </w:tc>
      </w:tr>
    </w:tbl>
    <w:p w14:paraId="1415201C" w14:textId="77777777">
      <w:pPr>
        <w:spacing w:before="100" w:after="160"/>
      </w:pPr>
      <w:r>
        <w:t>Note. These analyses are secondary. BH p values apply to the five exposure-level omnibus tests, not individual contrasts. The documented secondary sports model excluded activity and estimated B = 2.65 (95% CI [0.72, 4.59], p = .007; N = 233). A post hoc activity-adjusted sensitivity estimated B = 1.84 (95% CI [−0.30, 3.97], p = .091; N = 232). The models are cross-sectional and do not establish causal or temporal effects.</w:t>
      </w:r>
    </w:p>
    <w:p w14:paraId="097D9F6E" w14:textId="77777777">
      <w:pPr>
        <w:pStyle w:val="Heading1"/>
      </w:pPr>
      <w:r>
        <w:lastRenderedPageBreak/>
        <w:t>S6. Sensitivity analyses</w:t>
      </w:r>
    </w:p>
    <w:p w14:paraId="3359E1FE" w14:textId="77777777">
      <w:pPr>
        <w:keepNext/>
        <w:spacing w:before="80" w:after="80"/>
      </w:pPr>
      <w:r>
        <w:rPr>
          <w:b/>
          <w:color w:val="000000"/>
          <w:sz w:val="21"/>
        </w:rPr>
        <w:t xml:space="preserve">Supplementary Table S12. </w:t>
      </w:r>
      <w:r>
        <w:rPr>
          <w:i/>
          <w:color w:val="000000"/>
          <w:sz w:val="21"/>
        </w:rPr>
        <w:t>Sensitivity omnibus tests</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3888"/>
        <w:gridCol w:w="1080"/>
        <w:gridCol w:w="1080"/>
        <w:gridCol w:w="936"/>
        <w:gridCol w:w="792"/>
        <w:gridCol w:w="1584"/>
      </w:tblGrid>
      <w:tr w14:paraId="5E30DBF8" w14:textId="77777777">
        <w:trPr>
          <w:tblHeader/>
        </w:trPr>
        <w:tc>
          <w:tcPr>
            <w:tcW w:w="3888" w:type="dxa"/>
            <w:tcMar>
              <w:top w:w="80" w:type="dxa"/>
              <w:left w:w="120" w:type="dxa"/>
              <w:bottom w:w="80" w:type="dxa"/>
              <w:right w:w="120" w:type="dxa"/>
            </w:tcMar>
            <w:vAlign w:val="center"/>
          </w:tcPr>
          <w:p w14:paraId="1A3F90C0" w14:textId="77777777">
            <w:pPr>
              <w:spacing w:after="0" w:line="252" w:lineRule="auto"/>
            </w:pPr>
            <w:r>
              <w:rPr>
                <w:b/>
                <w:color w:val="000000"/>
                <w:sz w:val="16"/>
              </w:rPr>
              <w:t>Sensitivity</w:t>
            </w:r>
          </w:p>
        </w:tc>
        <w:tc>
          <w:tcPr>
            <w:tcW w:w="1080" w:type="dxa"/>
            <w:tcMar>
              <w:top w:w="80" w:type="dxa"/>
              <w:left w:w="120" w:type="dxa"/>
              <w:bottom w:w="80" w:type="dxa"/>
              <w:right w:w="120" w:type="dxa"/>
            </w:tcMar>
            <w:vAlign w:val="center"/>
          </w:tcPr>
          <w:p w14:paraId="13A0CBD0" w14:textId="77777777">
            <w:pPr>
              <w:spacing w:after="0" w:line="252" w:lineRule="auto"/>
              <w:jc w:val="right"/>
            </w:pPr>
            <w:r>
              <w:rPr>
                <w:b/>
                <w:color w:val="000000"/>
                <w:sz w:val="16"/>
              </w:rPr>
              <w:t>Statistic</w:t>
            </w:r>
          </w:p>
        </w:tc>
        <w:tc>
          <w:tcPr>
            <w:tcW w:w="1080" w:type="dxa"/>
            <w:tcMar>
              <w:top w:w="80" w:type="dxa"/>
              <w:left w:w="120" w:type="dxa"/>
              <w:bottom w:w="80" w:type="dxa"/>
              <w:right w:w="120" w:type="dxa"/>
            </w:tcMar>
            <w:vAlign w:val="center"/>
          </w:tcPr>
          <w:p w14:paraId="1AB7B348" w14:textId="77777777">
            <w:pPr>
              <w:spacing w:after="0" w:line="252" w:lineRule="auto"/>
              <w:jc w:val="center"/>
            </w:pPr>
            <w:r>
              <w:rPr>
                <w:b/>
                <w:color w:val="000000"/>
                <w:sz w:val="16"/>
              </w:rPr>
              <w:t>df</w:t>
            </w:r>
          </w:p>
        </w:tc>
        <w:tc>
          <w:tcPr>
            <w:tcW w:w="936" w:type="dxa"/>
            <w:tcMar>
              <w:top w:w="80" w:type="dxa"/>
              <w:left w:w="120" w:type="dxa"/>
              <w:bottom w:w="80" w:type="dxa"/>
              <w:right w:w="120" w:type="dxa"/>
            </w:tcMar>
            <w:vAlign w:val="center"/>
          </w:tcPr>
          <w:p w14:paraId="1465A2A5" w14:textId="77777777">
            <w:pPr>
              <w:spacing w:after="0" w:line="252" w:lineRule="auto"/>
              <w:jc w:val="right"/>
            </w:pPr>
            <w:r>
              <w:rPr>
                <w:b/>
                <w:color w:val="000000"/>
                <w:sz w:val="16"/>
              </w:rPr>
              <w:t>p</w:t>
            </w:r>
          </w:p>
        </w:tc>
        <w:tc>
          <w:tcPr>
            <w:tcW w:w="792" w:type="dxa"/>
            <w:tcMar>
              <w:top w:w="80" w:type="dxa"/>
              <w:left w:w="120" w:type="dxa"/>
              <w:bottom w:w="80" w:type="dxa"/>
              <w:right w:w="120" w:type="dxa"/>
            </w:tcMar>
            <w:vAlign w:val="center"/>
          </w:tcPr>
          <w:p w14:paraId="1A1D48BB" w14:textId="77777777">
            <w:pPr>
              <w:spacing w:after="0" w:line="252" w:lineRule="auto"/>
              <w:jc w:val="right"/>
            </w:pPr>
            <w:r>
              <w:rPr>
                <w:b/>
                <w:color w:val="000000"/>
                <w:sz w:val="16"/>
              </w:rPr>
              <w:t>N</w:t>
            </w:r>
          </w:p>
        </w:tc>
        <w:tc>
          <w:tcPr>
            <w:tcW w:w="1584" w:type="dxa"/>
            <w:tcMar>
              <w:top w:w="80" w:type="dxa"/>
              <w:left w:w="120" w:type="dxa"/>
              <w:bottom w:w="80" w:type="dxa"/>
              <w:right w:w="120" w:type="dxa"/>
            </w:tcMar>
            <w:vAlign w:val="center"/>
          </w:tcPr>
          <w:p w14:paraId="707BF347" w14:textId="77777777">
            <w:pPr>
              <w:spacing w:after="0" w:line="252" w:lineRule="auto"/>
              <w:jc w:val="center"/>
            </w:pPr>
            <w:r>
              <w:rPr>
                <w:b/>
                <w:color w:val="000000"/>
                <w:sz w:val="16"/>
              </w:rPr>
              <w:t>Method</w:t>
            </w:r>
          </w:p>
        </w:tc>
      </w:tr>
      <w:tr w14:paraId="31D05679" w14:textId="77777777">
        <w:tc>
          <w:tcPr>
            <w:tcW w:w="3888" w:type="dxa"/>
            <w:tcMar>
              <w:top w:w="80" w:type="dxa"/>
              <w:left w:w="120" w:type="dxa"/>
              <w:bottom w:w="80" w:type="dxa"/>
              <w:right w:w="120" w:type="dxa"/>
            </w:tcMar>
            <w:vAlign w:val="center"/>
          </w:tcPr>
          <w:p w14:paraId="1373B45B" w14:textId="77777777">
            <w:pPr>
              <w:spacing w:after="0" w:line="252" w:lineRule="auto"/>
            </w:pPr>
            <w:r>
              <w:rPr>
                <w:color w:val="000000"/>
                <w:sz w:val="16"/>
              </w:rPr>
              <w:t>Original five exposure categories</w:t>
            </w:r>
          </w:p>
        </w:tc>
        <w:tc>
          <w:tcPr>
            <w:tcW w:w="1080" w:type="dxa"/>
            <w:tcMar>
              <w:top w:w="80" w:type="dxa"/>
              <w:left w:w="120" w:type="dxa"/>
              <w:bottom w:w="80" w:type="dxa"/>
              <w:right w:w="120" w:type="dxa"/>
            </w:tcMar>
            <w:vAlign w:val="center"/>
          </w:tcPr>
          <w:p w14:paraId="58DAB2D1" w14:textId="77777777">
            <w:pPr>
              <w:spacing w:after="0" w:line="252" w:lineRule="auto"/>
              <w:jc w:val="right"/>
            </w:pPr>
            <w:r>
              <w:rPr>
                <w:color w:val="000000"/>
                <w:sz w:val="16"/>
              </w:rPr>
              <w:t>2.066</w:t>
            </w:r>
          </w:p>
        </w:tc>
        <w:tc>
          <w:tcPr>
            <w:tcW w:w="1080" w:type="dxa"/>
            <w:tcMar>
              <w:top w:w="80" w:type="dxa"/>
              <w:left w:w="120" w:type="dxa"/>
              <w:bottom w:w="80" w:type="dxa"/>
              <w:right w:w="120" w:type="dxa"/>
            </w:tcMar>
            <w:vAlign w:val="center"/>
          </w:tcPr>
          <w:p w14:paraId="590AD8C3" w14:textId="77777777">
            <w:pPr>
              <w:spacing w:after="0" w:line="252" w:lineRule="auto"/>
              <w:jc w:val="center"/>
            </w:pPr>
            <w:r>
              <w:rPr>
                <w:color w:val="000000"/>
                <w:sz w:val="16"/>
              </w:rPr>
              <w:t>4, 220</w:t>
            </w:r>
          </w:p>
        </w:tc>
        <w:tc>
          <w:tcPr>
            <w:tcW w:w="936" w:type="dxa"/>
            <w:tcMar>
              <w:top w:w="80" w:type="dxa"/>
              <w:left w:w="120" w:type="dxa"/>
              <w:bottom w:w="80" w:type="dxa"/>
              <w:right w:w="120" w:type="dxa"/>
            </w:tcMar>
            <w:vAlign w:val="center"/>
          </w:tcPr>
          <w:p w14:paraId="102A8CB5" w14:textId="77777777">
            <w:pPr>
              <w:spacing w:after="0" w:line="252" w:lineRule="auto"/>
              <w:jc w:val="right"/>
            </w:pPr>
            <w:r>
              <w:rPr>
                <w:color w:val="000000"/>
                <w:sz w:val="16"/>
              </w:rPr>
              <w:t>.086</w:t>
            </w:r>
          </w:p>
        </w:tc>
        <w:tc>
          <w:tcPr>
            <w:tcW w:w="792" w:type="dxa"/>
            <w:tcMar>
              <w:top w:w="80" w:type="dxa"/>
              <w:left w:w="120" w:type="dxa"/>
              <w:bottom w:w="80" w:type="dxa"/>
              <w:right w:w="120" w:type="dxa"/>
            </w:tcMar>
            <w:vAlign w:val="center"/>
          </w:tcPr>
          <w:p w14:paraId="4B64A364"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6EDD1089" w14:textId="77777777">
            <w:pPr>
              <w:spacing w:after="0" w:line="252" w:lineRule="auto"/>
              <w:jc w:val="center"/>
            </w:pPr>
            <w:r>
              <w:rPr>
                <w:color w:val="000000"/>
                <w:sz w:val="16"/>
              </w:rPr>
              <w:t>HC3</w:t>
            </w:r>
          </w:p>
        </w:tc>
      </w:tr>
      <w:tr w14:paraId="368B5965" w14:textId="77777777">
        <w:tc>
          <w:tcPr>
            <w:tcW w:w="3888" w:type="dxa"/>
            <w:tcMar>
              <w:top w:w="80" w:type="dxa"/>
              <w:left w:w="120" w:type="dxa"/>
              <w:bottom w:w="80" w:type="dxa"/>
              <w:right w:w="120" w:type="dxa"/>
            </w:tcMar>
            <w:vAlign w:val="center"/>
          </w:tcPr>
          <w:p w14:paraId="20923FCB" w14:textId="77777777">
            <w:pPr>
              <w:spacing w:after="0" w:line="252" w:lineRule="auto"/>
            </w:pPr>
            <w:r>
              <w:rPr>
                <w:color w:val="000000"/>
                <w:sz w:val="16"/>
              </w:rPr>
              <w:t>Ordinal exposure trend</w:t>
            </w:r>
          </w:p>
        </w:tc>
        <w:tc>
          <w:tcPr>
            <w:tcW w:w="1080" w:type="dxa"/>
            <w:tcMar>
              <w:top w:w="80" w:type="dxa"/>
              <w:left w:w="120" w:type="dxa"/>
              <w:bottom w:w="80" w:type="dxa"/>
              <w:right w:w="120" w:type="dxa"/>
            </w:tcMar>
            <w:vAlign w:val="center"/>
          </w:tcPr>
          <w:p w14:paraId="25A60E70" w14:textId="77777777">
            <w:pPr>
              <w:spacing w:after="0" w:line="252" w:lineRule="auto"/>
              <w:jc w:val="right"/>
            </w:pPr>
            <w:r>
              <w:rPr>
                <w:color w:val="000000"/>
                <w:sz w:val="16"/>
              </w:rPr>
              <w:t>1.031</w:t>
            </w:r>
          </w:p>
        </w:tc>
        <w:tc>
          <w:tcPr>
            <w:tcW w:w="1080" w:type="dxa"/>
            <w:tcMar>
              <w:top w:w="80" w:type="dxa"/>
              <w:left w:w="120" w:type="dxa"/>
              <w:bottom w:w="80" w:type="dxa"/>
              <w:right w:w="120" w:type="dxa"/>
            </w:tcMar>
            <w:vAlign w:val="center"/>
          </w:tcPr>
          <w:p w14:paraId="6E84A14C" w14:textId="77777777">
            <w:pPr>
              <w:spacing w:after="0" w:line="252" w:lineRule="auto"/>
              <w:jc w:val="center"/>
            </w:pPr>
            <w:r>
              <w:rPr>
                <w:color w:val="000000"/>
                <w:sz w:val="16"/>
              </w:rPr>
              <w:t>1, 223</w:t>
            </w:r>
          </w:p>
        </w:tc>
        <w:tc>
          <w:tcPr>
            <w:tcW w:w="936" w:type="dxa"/>
            <w:tcMar>
              <w:top w:w="80" w:type="dxa"/>
              <w:left w:w="120" w:type="dxa"/>
              <w:bottom w:w="80" w:type="dxa"/>
              <w:right w:w="120" w:type="dxa"/>
            </w:tcMar>
            <w:vAlign w:val="center"/>
          </w:tcPr>
          <w:p w14:paraId="712CCCCE" w14:textId="77777777">
            <w:pPr>
              <w:spacing w:after="0" w:line="252" w:lineRule="auto"/>
              <w:jc w:val="right"/>
            </w:pPr>
            <w:r>
              <w:rPr>
                <w:color w:val="000000"/>
                <w:sz w:val="16"/>
              </w:rPr>
              <w:t>.311</w:t>
            </w:r>
          </w:p>
        </w:tc>
        <w:tc>
          <w:tcPr>
            <w:tcW w:w="792" w:type="dxa"/>
            <w:tcMar>
              <w:top w:w="80" w:type="dxa"/>
              <w:left w:w="120" w:type="dxa"/>
              <w:bottom w:w="80" w:type="dxa"/>
              <w:right w:w="120" w:type="dxa"/>
            </w:tcMar>
            <w:vAlign w:val="center"/>
          </w:tcPr>
          <w:p w14:paraId="5EB9DFC3"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1BCA2F75" w14:textId="77777777">
            <w:pPr>
              <w:spacing w:after="0" w:line="252" w:lineRule="auto"/>
              <w:jc w:val="center"/>
            </w:pPr>
            <w:r>
              <w:rPr>
                <w:color w:val="000000"/>
                <w:sz w:val="16"/>
              </w:rPr>
              <w:t>HC3</w:t>
            </w:r>
          </w:p>
        </w:tc>
      </w:tr>
      <w:tr w14:paraId="42C0014F" w14:textId="77777777">
        <w:tc>
          <w:tcPr>
            <w:tcW w:w="3888" w:type="dxa"/>
            <w:tcMar>
              <w:top w:w="80" w:type="dxa"/>
              <w:left w:w="120" w:type="dxa"/>
              <w:bottom w:w="80" w:type="dxa"/>
              <w:right w:w="120" w:type="dxa"/>
            </w:tcMar>
            <w:vAlign w:val="center"/>
          </w:tcPr>
          <w:p w14:paraId="1AF152E2" w14:textId="77777777">
            <w:pPr>
              <w:spacing w:after="0" w:line="252" w:lineRule="auto"/>
            </w:pPr>
            <w:r>
              <w:rPr>
                <w:color w:val="000000"/>
                <w:sz w:val="16"/>
              </w:rPr>
              <w:t>Exploratory 16-item outcome</w:t>
            </w:r>
          </w:p>
        </w:tc>
        <w:tc>
          <w:tcPr>
            <w:tcW w:w="1080" w:type="dxa"/>
            <w:tcMar>
              <w:top w:w="80" w:type="dxa"/>
              <w:left w:w="120" w:type="dxa"/>
              <w:bottom w:w="80" w:type="dxa"/>
              <w:right w:w="120" w:type="dxa"/>
            </w:tcMar>
            <w:vAlign w:val="center"/>
          </w:tcPr>
          <w:p w14:paraId="37055DC0" w14:textId="77777777">
            <w:pPr>
              <w:spacing w:after="0" w:line="252" w:lineRule="auto"/>
              <w:jc w:val="right"/>
            </w:pPr>
            <w:r>
              <w:rPr>
                <w:color w:val="000000"/>
                <w:sz w:val="16"/>
              </w:rPr>
              <w:t>2.621</w:t>
            </w:r>
          </w:p>
        </w:tc>
        <w:tc>
          <w:tcPr>
            <w:tcW w:w="1080" w:type="dxa"/>
            <w:tcMar>
              <w:top w:w="80" w:type="dxa"/>
              <w:left w:w="120" w:type="dxa"/>
              <w:bottom w:w="80" w:type="dxa"/>
              <w:right w:w="120" w:type="dxa"/>
            </w:tcMar>
            <w:vAlign w:val="center"/>
          </w:tcPr>
          <w:p w14:paraId="63EA6AAF" w14:textId="77777777">
            <w:pPr>
              <w:spacing w:after="0" w:line="252" w:lineRule="auto"/>
              <w:jc w:val="center"/>
            </w:pPr>
            <w:r>
              <w:rPr>
                <w:color w:val="000000"/>
                <w:sz w:val="16"/>
              </w:rPr>
              <w:t>3, 221</w:t>
            </w:r>
          </w:p>
        </w:tc>
        <w:tc>
          <w:tcPr>
            <w:tcW w:w="936" w:type="dxa"/>
            <w:tcMar>
              <w:top w:w="80" w:type="dxa"/>
              <w:left w:w="120" w:type="dxa"/>
              <w:bottom w:w="80" w:type="dxa"/>
              <w:right w:w="120" w:type="dxa"/>
            </w:tcMar>
            <w:vAlign w:val="center"/>
          </w:tcPr>
          <w:p w14:paraId="330BB6E8" w14:textId="77777777">
            <w:pPr>
              <w:spacing w:after="0" w:line="252" w:lineRule="auto"/>
              <w:jc w:val="right"/>
            </w:pPr>
            <w:r>
              <w:rPr>
                <w:color w:val="000000"/>
                <w:sz w:val="16"/>
              </w:rPr>
              <w:t>.052</w:t>
            </w:r>
          </w:p>
        </w:tc>
        <w:tc>
          <w:tcPr>
            <w:tcW w:w="792" w:type="dxa"/>
            <w:tcMar>
              <w:top w:w="80" w:type="dxa"/>
              <w:left w:w="120" w:type="dxa"/>
              <w:bottom w:w="80" w:type="dxa"/>
              <w:right w:w="120" w:type="dxa"/>
            </w:tcMar>
            <w:vAlign w:val="center"/>
          </w:tcPr>
          <w:p w14:paraId="6374BB5F"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1045043B" w14:textId="77777777">
            <w:pPr>
              <w:spacing w:after="0" w:line="252" w:lineRule="auto"/>
              <w:jc w:val="center"/>
            </w:pPr>
            <w:r>
              <w:rPr>
                <w:color w:val="000000"/>
                <w:sz w:val="16"/>
              </w:rPr>
              <w:t>HC3</w:t>
            </w:r>
          </w:p>
        </w:tc>
      </w:tr>
      <w:tr w14:paraId="3ACF9B0F" w14:textId="77777777">
        <w:tc>
          <w:tcPr>
            <w:tcW w:w="3888" w:type="dxa"/>
            <w:tcMar>
              <w:top w:w="80" w:type="dxa"/>
              <w:left w:w="120" w:type="dxa"/>
              <w:bottom w:w="80" w:type="dxa"/>
              <w:right w:w="120" w:type="dxa"/>
            </w:tcMar>
            <w:vAlign w:val="center"/>
          </w:tcPr>
          <w:p w14:paraId="5AFEFE2D" w14:textId="77777777">
            <w:pPr>
              <w:spacing w:after="0" w:line="252" w:lineRule="auto"/>
            </w:pPr>
            <w:r>
              <w:rPr>
                <w:color w:val="000000"/>
                <w:sz w:val="16"/>
              </w:rPr>
              <w:t>Exclude Cook-distance flags</w:t>
            </w:r>
          </w:p>
        </w:tc>
        <w:tc>
          <w:tcPr>
            <w:tcW w:w="1080" w:type="dxa"/>
            <w:tcMar>
              <w:top w:w="80" w:type="dxa"/>
              <w:left w:w="120" w:type="dxa"/>
              <w:bottom w:w="80" w:type="dxa"/>
              <w:right w:w="120" w:type="dxa"/>
            </w:tcMar>
            <w:vAlign w:val="center"/>
          </w:tcPr>
          <w:p w14:paraId="0369F352" w14:textId="77777777">
            <w:pPr>
              <w:spacing w:after="0" w:line="252" w:lineRule="auto"/>
              <w:jc w:val="right"/>
            </w:pPr>
            <w:r>
              <w:rPr>
                <w:color w:val="000000"/>
                <w:sz w:val="16"/>
              </w:rPr>
              <w:t>5.066</w:t>
            </w:r>
          </w:p>
        </w:tc>
        <w:tc>
          <w:tcPr>
            <w:tcW w:w="1080" w:type="dxa"/>
            <w:tcMar>
              <w:top w:w="80" w:type="dxa"/>
              <w:left w:w="120" w:type="dxa"/>
              <w:bottom w:w="80" w:type="dxa"/>
              <w:right w:w="120" w:type="dxa"/>
            </w:tcMar>
            <w:vAlign w:val="center"/>
          </w:tcPr>
          <w:p w14:paraId="12A844A4" w14:textId="77777777">
            <w:pPr>
              <w:spacing w:after="0" w:line="252" w:lineRule="auto"/>
              <w:jc w:val="center"/>
            </w:pPr>
            <w:r>
              <w:rPr>
                <w:color w:val="000000"/>
                <w:sz w:val="16"/>
              </w:rPr>
              <w:t>3, 206</w:t>
            </w:r>
          </w:p>
        </w:tc>
        <w:tc>
          <w:tcPr>
            <w:tcW w:w="936" w:type="dxa"/>
            <w:tcMar>
              <w:top w:w="80" w:type="dxa"/>
              <w:left w:w="120" w:type="dxa"/>
              <w:bottom w:w="80" w:type="dxa"/>
              <w:right w:w="120" w:type="dxa"/>
            </w:tcMar>
            <w:vAlign w:val="center"/>
          </w:tcPr>
          <w:p w14:paraId="5C5E15BA" w14:textId="77777777">
            <w:pPr>
              <w:spacing w:after="0" w:line="252" w:lineRule="auto"/>
              <w:jc w:val="right"/>
            </w:pPr>
            <w:r>
              <w:rPr>
                <w:color w:val="000000"/>
                <w:sz w:val="16"/>
              </w:rPr>
              <w:t>.002</w:t>
            </w:r>
          </w:p>
        </w:tc>
        <w:tc>
          <w:tcPr>
            <w:tcW w:w="792" w:type="dxa"/>
            <w:tcMar>
              <w:top w:w="80" w:type="dxa"/>
              <w:left w:w="120" w:type="dxa"/>
              <w:bottom w:w="80" w:type="dxa"/>
              <w:right w:w="120" w:type="dxa"/>
            </w:tcMar>
            <w:vAlign w:val="center"/>
          </w:tcPr>
          <w:p w14:paraId="20746BB8" w14:textId="77777777">
            <w:pPr>
              <w:spacing w:after="0" w:line="252" w:lineRule="auto"/>
              <w:jc w:val="right"/>
            </w:pPr>
            <w:r>
              <w:rPr>
                <w:color w:val="000000"/>
                <w:sz w:val="16"/>
              </w:rPr>
              <w:t>219</w:t>
            </w:r>
          </w:p>
        </w:tc>
        <w:tc>
          <w:tcPr>
            <w:tcW w:w="1584" w:type="dxa"/>
            <w:tcMar>
              <w:top w:w="80" w:type="dxa"/>
              <w:left w:w="120" w:type="dxa"/>
              <w:bottom w:w="80" w:type="dxa"/>
              <w:right w:w="120" w:type="dxa"/>
            </w:tcMar>
            <w:vAlign w:val="center"/>
          </w:tcPr>
          <w:p w14:paraId="2D5541F2" w14:textId="77777777">
            <w:pPr>
              <w:spacing w:after="0" w:line="252" w:lineRule="auto"/>
              <w:jc w:val="center"/>
            </w:pPr>
            <w:r>
              <w:rPr>
                <w:color w:val="000000"/>
                <w:sz w:val="16"/>
              </w:rPr>
              <w:t>HC3</w:t>
            </w:r>
          </w:p>
        </w:tc>
      </w:tr>
      <w:tr w14:paraId="0A3553C5" w14:textId="77777777">
        <w:tc>
          <w:tcPr>
            <w:tcW w:w="3888" w:type="dxa"/>
            <w:tcMar>
              <w:top w:w="80" w:type="dxa"/>
              <w:left w:w="120" w:type="dxa"/>
              <w:bottom w:w="80" w:type="dxa"/>
              <w:right w:w="120" w:type="dxa"/>
            </w:tcMar>
            <w:vAlign w:val="center"/>
          </w:tcPr>
          <w:p w14:paraId="497C667D" w14:textId="77777777">
            <w:pPr>
              <w:spacing w:after="0" w:line="252" w:lineRule="auto"/>
            </w:pPr>
            <w:r>
              <w:rPr>
                <w:color w:val="000000"/>
                <w:sz w:val="16"/>
              </w:rPr>
              <w:t>Exclude straight-line response</w:t>
            </w:r>
          </w:p>
        </w:tc>
        <w:tc>
          <w:tcPr>
            <w:tcW w:w="1080" w:type="dxa"/>
            <w:tcMar>
              <w:top w:w="80" w:type="dxa"/>
              <w:left w:w="120" w:type="dxa"/>
              <w:bottom w:w="80" w:type="dxa"/>
              <w:right w:w="120" w:type="dxa"/>
            </w:tcMar>
            <w:vAlign w:val="center"/>
          </w:tcPr>
          <w:p w14:paraId="4474B3A9" w14:textId="77777777">
            <w:pPr>
              <w:spacing w:after="0" w:line="252" w:lineRule="auto"/>
              <w:jc w:val="right"/>
            </w:pPr>
            <w:r>
              <w:rPr>
                <w:color w:val="000000"/>
                <w:sz w:val="16"/>
              </w:rPr>
              <w:t>2.647</w:t>
            </w:r>
          </w:p>
        </w:tc>
        <w:tc>
          <w:tcPr>
            <w:tcW w:w="1080" w:type="dxa"/>
            <w:tcMar>
              <w:top w:w="80" w:type="dxa"/>
              <w:left w:w="120" w:type="dxa"/>
              <w:bottom w:w="80" w:type="dxa"/>
              <w:right w:w="120" w:type="dxa"/>
            </w:tcMar>
            <w:vAlign w:val="center"/>
          </w:tcPr>
          <w:p w14:paraId="4C1D2399" w14:textId="77777777">
            <w:pPr>
              <w:spacing w:after="0" w:line="252" w:lineRule="auto"/>
              <w:jc w:val="center"/>
            </w:pPr>
            <w:r>
              <w:rPr>
                <w:color w:val="000000"/>
                <w:sz w:val="16"/>
              </w:rPr>
              <w:t>3, 220</w:t>
            </w:r>
          </w:p>
        </w:tc>
        <w:tc>
          <w:tcPr>
            <w:tcW w:w="936" w:type="dxa"/>
            <w:tcMar>
              <w:top w:w="80" w:type="dxa"/>
              <w:left w:w="120" w:type="dxa"/>
              <w:bottom w:w="80" w:type="dxa"/>
              <w:right w:w="120" w:type="dxa"/>
            </w:tcMar>
            <w:vAlign w:val="center"/>
          </w:tcPr>
          <w:p w14:paraId="14EB902F" w14:textId="77777777">
            <w:pPr>
              <w:spacing w:after="0" w:line="252" w:lineRule="auto"/>
              <w:jc w:val="right"/>
            </w:pPr>
            <w:r>
              <w:rPr>
                <w:color w:val="000000"/>
                <w:sz w:val="16"/>
              </w:rPr>
              <w:t>.050</w:t>
            </w:r>
          </w:p>
        </w:tc>
        <w:tc>
          <w:tcPr>
            <w:tcW w:w="792" w:type="dxa"/>
            <w:tcMar>
              <w:top w:w="80" w:type="dxa"/>
              <w:left w:w="120" w:type="dxa"/>
              <w:bottom w:w="80" w:type="dxa"/>
              <w:right w:w="120" w:type="dxa"/>
            </w:tcMar>
            <w:vAlign w:val="center"/>
          </w:tcPr>
          <w:p w14:paraId="2C070842" w14:textId="77777777">
            <w:pPr>
              <w:spacing w:after="0" w:line="252" w:lineRule="auto"/>
              <w:jc w:val="right"/>
            </w:pPr>
            <w:r>
              <w:rPr>
                <w:color w:val="000000"/>
                <w:sz w:val="16"/>
              </w:rPr>
              <w:t>233</w:t>
            </w:r>
          </w:p>
        </w:tc>
        <w:tc>
          <w:tcPr>
            <w:tcW w:w="1584" w:type="dxa"/>
            <w:tcMar>
              <w:top w:w="80" w:type="dxa"/>
              <w:left w:w="120" w:type="dxa"/>
              <w:bottom w:w="80" w:type="dxa"/>
              <w:right w:w="120" w:type="dxa"/>
            </w:tcMar>
            <w:vAlign w:val="center"/>
          </w:tcPr>
          <w:p w14:paraId="24D493C3" w14:textId="77777777">
            <w:pPr>
              <w:spacing w:after="0" w:line="252" w:lineRule="auto"/>
              <w:jc w:val="center"/>
            </w:pPr>
            <w:r>
              <w:rPr>
                <w:color w:val="000000"/>
                <w:sz w:val="16"/>
              </w:rPr>
              <w:t>HC3</w:t>
            </w:r>
          </w:p>
        </w:tc>
      </w:tr>
      <w:tr w14:paraId="08E40F98" w14:textId="77777777">
        <w:tc>
          <w:tcPr>
            <w:tcW w:w="3888" w:type="dxa"/>
            <w:tcMar>
              <w:top w:w="80" w:type="dxa"/>
              <w:left w:w="120" w:type="dxa"/>
              <w:bottom w:w="80" w:type="dxa"/>
              <w:right w:w="120" w:type="dxa"/>
            </w:tcMar>
            <w:vAlign w:val="center"/>
          </w:tcPr>
          <w:p w14:paraId="3ADB5B53" w14:textId="77777777">
            <w:pPr>
              <w:spacing w:after="0" w:line="252" w:lineRule="auto"/>
            </w:pPr>
            <w:r>
              <w:rPr>
                <w:color w:val="000000"/>
                <w:sz w:val="16"/>
              </w:rPr>
              <w:t>Exclude duplicate item patterns</w:t>
            </w:r>
          </w:p>
        </w:tc>
        <w:tc>
          <w:tcPr>
            <w:tcW w:w="1080" w:type="dxa"/>
            <w:tcMar>
              <w:top w:w="80" w:type="dxa"/>
              <w:left w:w="120" w:type="dxa"/>
              <w:bottom w:w="80" w:type="dxa"/>
              <w:right w:w="120" w:type="dxa"/>
            </w:tcMar>
            <w:vAlign w:val="center"/>
          </w:tcPr>
          <w:p w14:paraId="0C4B3FD2" w14:textId="77777777">
            <w:pPr>
              <w:spacing w:after="0" w:line="252" w:lineRule="auto"/>
              <w:jc w:val="right"/>
            </w:pPr>
            <w:r>
              <w:rPr>
                <w:color w:val="000000"/>
                <w:sz w:val="16"/>
              </w:rPr>
              <w:t>2.764</w:t>
            </w:r>
          </w:p>
        </w:tc>
        <w:tc>
          <w:tcPr>
            <w:tcW w:w="1080" w:type="dxa"/>
            <w:tcMar>
              <w:top w:w="80" w:type="dxa"/>
              <w:left w:w="120" w:type="dxa"/>
              <w:bottom w:w="80" w:type="dxa"/>
              <w:right w:w="120" w:type="dxa"/>
            </w:tcMar>
            <w:vAlign w:val="center"/>
          </w:tcPr>
          <w:p w14:paraId="3DDC0566" w14:textId="77777777">
            <w:pPr>
              <w:spacing w:after="0" w:line="252" w:lineRule="auto"/>
              <w:jc w:val="center"/>
            </w:pPr>
            <w:r>
              <w:rPr>
                <w:color w:val="000000"/>
                <w:sz w:val="16"/>
              </w:rPr>
              <w:t>3, 219</w:t>
            </w:r>
          </w:p>
        </w:tc>
        <w:tc>
          <w:tcPr>
            <w:tcW w:w="936" w:type="dxa"/>
            <w:tcMar>
              <w:top w:w="80" w:type="dxa"/>
              <w:left w:w="120" w:type="dxa"/>
              <w:bottom w:w="80" w:type="dxa"/>
              <w:right w:w="120" w:type="dxa"/>
            </w:tcMar>
            <w:vAlign w:val="center"/>
          </w:tcPr>
          <w:p w14:paraId="3CC7F70B" w14:textId="77777777">
            <w:pPr>
              <w:spacing w:after="0" w:line="252" w:lineRule="auto"/>
              <w:jc w:val="right"/>
            </w:pPr>
            <w:r>
              <w:rPr>
                <w:color w:val="000000"/>
                <w:sz w:val="16"/>
              </w:rPr>
              <w:t>.043</w:t>
            </w:r>
          </w:p>
        </w:tc>
        <w:tc>
          <w:tcPr>
            <w:tcW w:w="792" w:type="dxa"/>
            <w:tcMar>
              <w:top w:w="80" w:type="dxa"/>
              <w:left w:w="120" w:type="dxa"/>
              <w:bottom w:w="80" w:type="dxa"/>
              <w:right w:w="120" w:type="dxa"/>
            </w:tcMar>
            <w:vAlign w:val="center"/>
          </w:tcPr>
          <w:p w14:paraId="5E5D246E" w14:textId="77777777">
            <w:pPr>
              <w:spacing w:after="0" w:line="252" w:lineRule="auto"/>
              <w:jc w:val="right"/>
            </w:pPr>
            <w:r>
              <w:rPr>
                <w:color w:val="000000"/>
                <w:sz w:val="16"/>
              </w:rPr>
              <w:t>232</w:t>
            </w:r>
          </w:p>
        </w:tc>
        <w:tc>
          <w:tcPr>
            <w:tcW w:w="1584" w:type="dxa"/>
            <w:tcMar>
              <w:top w:w="80" w:type="dxa"/>
              <w:left w:w="120" w:type="dxa"/>
              <w:bottom w:w="80" w:type="dxa"/>
              <w:right w:w="120" w:type="dxa"/>
            </w:tcMar>
            <w:vAlign w:val="center"/>
          </w:tcPr>
          <w:p w14:paraId="364B7C15" w14:textId="77777777">
            <w:pPr>
              <w:spacing w:after="0" w:line="252" w:lineRule="auto"/>
              <w:jc w:val="center"/>
            </w:pPr>
            <w:r>
              <w:rPr>
                <w:color w:val="000000"/>
                <w:sz w:val="16"/>
              </w:rPr>
              <w:t>HC3</w:t>
            </w:r>
          </w:p>
        </w:tc>
      </w:tr>
      <w:tr w14:paraId="651D00AC" w14:textId="77777777">
        <w:tc>
          <w:tcPr>
            <w:tcW w:w="3888" w:type="dxa"/>
            <w:tcMar>
              <w:top w:w="80" w:type="dxa"/>
              <w:left w:w="120" w:type="dxa"/>
              <w:bottom w:w="80" w:type="dxa"/>
              <w:right w:w="120" w:type="dxa"/>
            </w:tcMar>
            <w:vAlign w:val="center"/>
          </w:tcPr>
          <w:p w14:paraId="3036E527" w14:textId="77777777">
            <w:pPr>
              <w:spacing w:after="0" w:line="252" w:lineRule="auto"/>
            </w:pPr>
            <w:r>
              <w:rPr>
                <w:color w:val="000000"/>
                <w:sz w:val="16"/>
              </w:rPr>
              <w:t>Robust MM regression</w:t>
            </w:r>
          </w:p>
        </w:tc>
        <w:tc>
          <w:tcPr>
            <w:tcW w:w="1080" w:type="dxa"/>
            <w:tcMar>
              <w:top w:w="80" w:type="dxa"/>
              <w:left w:w="120" w:type="dxa"/>
              <w:bottom w:w="80" w:type="dxa"/>
              <w:right w:w="120" w:type="dxa"/>
            </w:tcMar>
            <w:vAlign w:val="center"/>
          </w:tcPr>
          <w:p w14:paraId="4501E614" w14:textId="77777777">
            <w:pPr>
              <w:spacing w:after="0" w:line="252" w:lineRule="auto"/>
              <w:jc w:val="right"/>
            </w:pPr>
            <w:r>
              <w:rPr>
                <w:color w:val="000000"/>
                <w:sz w:val="16"/>
              </w:rPr>
              <w:t>7.162</w:t>
            </w:r>
          </w:p>
        </w:tc>
        <w:tc>
          <w:tcPr>
            <w:tcW w:w="1080" w:type="dxa"/>
            <w:tcMar>
              <w:top w:w="80" w:type="dxa"/>
              <w:left w:w="120" w:type="dxa"/>
              <w:bottom w:w="80" w:type="dxa"/>
              <w:right w:w="120" w:type="dxa"/>
            </w:tcMar>
            <w:vAlign w:val="center"/>
          </w:tcPr>
          <w:p w14:paraId="74E47018" w14:textId="77777777">
            <w:pPr>
              <w:spacing w:after="0" w:line="252" w:lineRule="auto"/>
              <w:jc w:val="center"/>
            </w:pPr>
            <w:r>
              <w:rPr>
                <w:color w:val="000000"/>
                <w:sz w:val="16"/>
              </w:rPr>
              <w:t>3</w:t>
            </w:r>
          </w:p>
        </w:tc>
        <w:tc>
          <w:tcPr>
            <w:tcW w:w="936" w:type="dxa"/>
            <w:tcMar>
              <w:top w:w="80" w:type="dxa"/>
              <w:left w:w="120" w:type="dxa"/>
              <w:bottom w:w="80" w:type="dxa"/>
              <w:right w:w="120" w:type="dxa"/>
            </w:tcMar>
            <w:vAlign w:val="center"/>
          </w:tcPr>
          <w:p w14:paraId="7AAD38F5" w14:textId="77777777">
            <w:pPr>
              <w:spacing w:after="0" w:line="252" w:lineRule="auto"/>
              <w:jc w:val="right"/>
            </w:pPr>
            <w:r>
              <w:rPr>
                <w:color w:val="000000"/>
                <w:sz w:val="16"/>
              </w:rPr>
              <w:t>.067</w:t>
            </w:r>
          </w:p>
        </w:tc>
        <w:tc>
          <w:tcPr>
            <w:tcW w:w="792" w:type="dxa"/>
            <w:tcMar>
              <w:top w:w="80" w:type="dxa"/>
              <w:left w:w="120" w:type="dxa"/>
              <w:bottom w:w="80" w:type="dxa"/>
              <w:right w:w="120" w:type="dxa"/>
            </w:tcMar>
            <w:vAlign w:val="center"/>
          </w:tcPr>
          <w:p w14:paraId="626F131A"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5A3CAF46" w14:textId="77777777">
            <w:pPr>
              <w:spacing w:after="0" w:line="252" w:lineRule="auto"/>
              <w:jc w:val="center"/>
            </w:pPr>
            <w:r>
              <w:rPr>
                <w:color w:val="000000"/>
                <w:sz w:val="16"/>
              </w:rPr>
              <w:t>MM asymptotic</w:t>
            </w:r>
          </w:p>
        </w:tc>
      </w:tr>
      <w:tr w14:paraId="0BA6761A" w14:textId="77777777">
        <w:tc>
          <w:tcPr>
            <w:tcW w:w="3888" w:type="dxa"/>
            <w:tcMar>
              <w:top w:w="80" w:type="dxa"/>
              <w:left w:w="120" w:type="dxa"/>
              <w:bottom w:w="80" w:type="dxa"/>
              <w:right w:w="120" w:type="dxa"/>
            </w:tcMar>
            <w:vAlign w:val="center"/>
          </w:tcPr>
          <w:p w14:paraId="24AFA412" w14:textId="77777777">
            <w:pPr>
              <w:spacing w:after="0" w:line="252" w:lineRule="auto"/>
            </w:pPr>
            <w:r>
              <w:rPr>
                <w:color w:val="000000"/>
                <w:sz w:val="16"/>
              </w:rPr>
              <w:t>Exposure-by-wave interaction</w:t>
            </w:r>
          </w:p>
        </w:tc>
        <w:tc>
          <w:tcPr>
            <w:tcW w:w="1080" w:type="dxa"/>
            <w:tcMar>
              <w:top w:w="80" w:type="dxa"/>
              <w:left w:w="120" w:type="dxa"/>
              <w:bottom w:w="80" w:type="dxa"/>
              <w:right w:w="120" w:type="dxa"/>
            </w:tcMar>
            <w:vAlign w:val="center"/>
          </w:tcPr>
          <w:p w14:paraId="01361B5D" w14:textId="77777777">
            <w:pPr>
              <w:spacing w:after="0" w:line="252" w:lineRule="auto"/>
              <w:jc w:val="right"/>
            </w:pPr>
            <w:r>
              <w:rPr>
                <w:color w:val="000000"/>
                <w:sz w:val="16"/>
              </w:rPr>
              <w:t>0.785</w:t>
            </w:r>
          </w:p>
        </w:tc>
        <w:tc>
          <w:tcPr>
            <w:tcW w:w="1080" w:type="dxa"/>
            <w:tcMar>
              <w:top w:w="80" w:type="dxa"/>
              <w:left w:w="120" w:type="dxa"/>
              <w:bottom w:w="80" w:type="dxa"/>
              <w:right w:w="120" w:type="dxa"/>
            </w:tcMar>
            <w:vAlign w:val="center"/>
          </w:tcPr>
          <w:p w14:paraId="13C46394" w14:textId="77777777">
            <w:pPr>
              <w:spacing w:after="0" w:line="252" w:lineRule="auto"/>
              <w:jc w:val="center"/>
            </w:pPr>
            <w:r>
              <w:rPr>
                <w:color w:val="000000"/>
                <w:sz w:val="16"/>
              </w:rPr>
              <w:t>3, 218</w:t>
            </w:r>
          </w:p>
        </w:tc>
        <w:tc>
          <w:tcPr>
            <w:tcW w:w="936" w:type="dxa"/>
            <w:tcMar>
              <w:top w:w="80" w:type="dxa"/>
              <w:left w:w="120" w:type="dxa"/>
              <w:bottom w:w="80" w:type="dxa"/>
              <w:right w:w="120" w:type="dxa"/>
            </w:tcMar>
            <w:vAlign w:val="center"/>
          </w:tcPr>
          <w:p w14:paraId="702CDF5C" w14:textId="77777777">
            <w:pPr>
              <w:spacing w:after="0" w:line="252" w:lineRule="auto"/>
              <w:jc w:val="right"/>
            </w:pPr>
            <w:r>
              <w:rPr>
                <w:color w:val="000000"/>
                <w:sz w:val="16"/>
              </w:rPr>
              <w:t>.503</w:t>
            </w:r>
          </w:p>
        </w:tc>
        <w:tc>
          <w:tcPr>
            <w:tcW w:w="792" w:type="dxa"/>
            <w:tcMar>
              <w:top w:w="80" w:type="dxa"/>
              <w:left w:w="120" w:type="dxa"/>
              <w:bottom w:w="80" w:type="dxa"/>
              <w:right w:w="120" w:type="dxa"/>
            </w:tcMar>
            <w:vAlign w:val="center"/>
          </w:tcPr>
          <w:p w14:paraId="0481B36A"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7ECCA36D" w14:textId="77777777">
            <w:pPr>
              <w:spacing w:after="0" w:line="252" w:lineRule="auto"/>
              <w:jc w:val="center"/>
            </w:pPr>
            <w:r>
              <w:rPr>
                <w:color w:val="000000"/>
                <w:sz w:val="16"/>
              </w:rPr>
              <w:t>HC3</w:t>
            </w:r>
          </w:p>
        </w:tc>
      </w:tr>
      <w:tr w14:paraId="09920B9E" w14:textId="77777777">
        <w:tc>
          <w:tcPr>
            <w:tcW w:w="3888" w:type="dxa"/>
            <w:tcMar>
              <w:top w:w="80" w:type="dxa"/>
              <w:left w:w="120" w:type="dxa"/>
              <w:bottom w:w="80" w:type="dxa"/>
              <w:right w:w="120" w:type="dxa"/>
            </w:tcMar>
            <w:vAlign w:val="center"/>
          </w:tcPr>
          <w:p w14:paraId="0C0D6D55" w14:textId="77777777">
            <w:pPr>
              <w:spacing w:after="0" w:line="252" w:lineRule="auto"/>
            </w:pPr>
            <w:r>
              <w:rPr>
                <w:color w:val="000000"/>
                <w:sz w:val="16"/>
              </w:rPr>
              <w:t>Available-case unadjusted</w:t>
            </w:r>
          </w:p>
        </w:tc>
        <w:tc>
          <w:tcPr>
            <w:tcW w:w="1080" w:type="dxa"/>
            <w:tcMar>
              <w:top w:w="80" w:type="dxa"/>
              <w:left w:w="120" w:type="dxa"/>
              <w:bottom w:w="80" w:type="dxa"/>
              <w:right w:w="120" w:type="dxa"/>
            </w:tcMar>
            <w:vAlign w:val="center"/>
          </w:tcPr>
          <w:p w14:paraId="7A281DF5" w14:textId="77777777">
            <w:pPr>
              <w:spacing w:after="0" w:line="252" w:lineRule="auto"/>
              <w:jc w:val="right"/>
            </w:pPr>
            <w:r>
              <w:rPr>
                <w:color w:val="000000"/>
                <w:sz w:val="16"/>
              </w:rPr>
              <w:t>2.297</w:t>
            </w:r>
          </w:p>
        </w:tc>
        <w:tc>
          <w:tcPr>
            <w:tcW w:w="1080" w:type="dxa"/>
            <w:tcMar>
              <w:top w:w="80" w:type="dxa"/>
              <w:left w:w="120" w:type="dxa"/>
              <w:bottom w:w="80" w:type="dxa"/>
              <w:right w:w="120" w:type="dxa"/>
            </w:tcMar>
            <w:vAlign w:val="center"/>
          </w:tcPr>
          <w:p w14:paraId="7012362A" w14:textId="77777777">
            <w:pPr>
              <w:spacing w:after="0" w:line="252" w:lineRule="auto"/>
              <w:jc w:val="center"/>
            </w:pPr>
            <w:r>
              <w:rPr>
                <w:color w:val="000000"/>
                <w:sz w:val="16"/>
              </w:rPr>
              <w:t>3, 233</w:t>
            </w:r>
          </w:p>
        </w:tc>
        <w:tc>
          <w:tcPr>
            <w:tcW w:w="936" w:type="dxa"/>
            <w:tcMar>
              <w:top w:w="80" w:type="dxa"/>
              <w:left w:w="120" w:type="dxa"/>
              <w:bottom w:w="80" w:type="dxa"/>
              <w:right w:w="120" w:type="dxa"/>
            </w:tcMar>
            <w:vAlign w:val="center"/>
          </w:tcPr>
          <w:p w14:paraId="05B4D456" w14:textId="77777777">
            <w:pPr>
              <w:spacing w:after="0" w:line="252" w:lineRule="auto"/>
              <w:jc w:val="right"/>
            </w:pPr>
            <w:r>
              <w:rPr>
                <w:color w:val="000000"/>
                <w:sz w:val="16"/>
              </w:rPr>
              <w:t>.078</w:t>
            </w:r>
          </w:p>
        </w:tc>
        <w:tc>
          <w:tcPr>
            <w:tcW w:w="792" w:type="dxa"/>
            <w:tcMar>
              <w:top w:w="80" w:type="dxa"/>
              <w:left w:w="120" w:type="dxa"/>
              <w:bottom w:w="80" w:type="dxa"/>
              <w:right w:w="120" w:type="dxa"/>
            </w:tcMar>
            <w:vAlign w:val="center"/>
          </w:tcPr>
          <w:p w14:paraId="05428A16" w14:textId="77777777">
            <w:pPr>
              <w:spacing w:after="0" w:line="252" w:lineRule="auto"/>
              <w:jc w:val="right"/>
            </w:pPr>
            <w:r>
              <w:rPr>
                <w:color w:val="000000"/>
                <w:sz w:val="16"/>
              </w:rPr>
              <w:t>237</w:t>
            </w:r>
          </w:p>
        </w:tc>
        <w:tc>
          <w:tcPr>
            <w:tcW w:w="1584" w:type="dxa"/>
            <w:tcMar>
              <w:top w:w="80" w:type="dxa"/>
              <w:left w:w="120" w:type="dxa"/>
              <w:bottom w:w="80" w:type="dxa"/>
              <w:right w:w="120" w:type="dxa"/>
            </w:tcMar>
            <w:vAlign w:val="center"/>
          </w:tcPr>
          <w:p w14:paraId="64B83339" w14:textId="77777777">
            <w:pPr>
              <w:spacing w:after="0" w:line="252" w:lineRule="auto"/>
              <w:jc w:val="center"/>
            </w:pPr>
            <w:r>
              <w:rPr>
                <w:color w:val="000000"/>
                <w:sz w:val="16"/>
              </w:rPr>
              <w:t>HC3</w:t>
            </w:r>
          </w:p>
        </w:tc>
      </w:tr>
      <w:tr w14:paraId="5ACDCEFA" w14:textId="77777777">
        <w:tc>
          <w:tcPr>
            <w:tcW w:w="3888" w:type="dxa"/>
            <w:tcMar>
              <w:top w:w="80" w:type="dxa"/>
              <w:left w:w="120" w:type="dxa"/>
              <w:bottom w:w="80" w:type="dxa"/>
              <w:right w:w="120" w:type="dxa"/>
            </w:tcMar>
            <w:vAlign w:val="center"/>
          </w:tcPr>
          <w:p w14:paraId="42D4742E" w14:textId="77777777">
            <w:pPr>
              <w:spacing w:after="0" w:line="252" w:lineRule="auto"/>
            </w:pPr>
            <w:r>
              <w:rPr>
                <w:color w:val="000000"/>
                <w:sz w:val="16"/>
              </w:rPr>
              <w:t>Common-sample unadjusted</w:t>
            </w:r>
          </w:p>
        </w:tc>
        <w:tc>
          <w:tcPr>
            <w:tcW w:w="1080" w:type="dxa"/>
            <w:tcMar>
              <w:top w:w="80" w:type="dxa"/>
              <w:left w:w="120" w:type="dxa"/>
              <w:bottom w:w="80" w:type="dxa"/>
              <w:right w:w="120" w:type="dxa"/>
            </w:tcMar>
            <w:vAlign w:val="center"/>
          </w:tcPr>
          <w:p w14:paraId="6B79E2FF" w14:textId="77777777">
            <w:pPr>
              <w:spacing w:after="0" w:line="252" w:lineRule="auto"/>
              <w:jc w:val="right"/>
            </w:pPr>
            <w:r>
              <w:rPr>
                <w:color w:val="000000"/>
                <w:sz w:val="16"/>
              </w:rPr>
              <w:t>2.038</w:t>
            </w:r>
          </w:p>
        </w:tc>
        <w:tc>
          <w:tcPr>
            <w:tcW w:w="1080" w:type="dxa"/>
            <w:tcMar>
              <w:top w:w="80" w:type="dxa"/>
              <w:left w:w="120" w:type="dxa"/>
              <w:bottom w:w="80" w:type="dxa"/>
              <w:right w:w="120" w:type="dxa"/>
            </w:tcMar>
            <w:vAlign w:val="center"/>
          </w:tcPr>
          <w:p w14:paraId="3E064C1E" w14:textId="77777777">
            <w:pPr>
              <w:spacing w:after="0" w:line="252" w:lineRule="auto"/>
              <w:jc w:val="center"/>
            </w:pPr>
            <w:r>
              <w:rPr>
                <w:color w:val="000000"/>
                <w:sz w:val="16"/>
              </w:rPr>
              <w:t>3, 230</w:t>
            </w:r>
          </w:p>
        </w:tc>
        <w:tc>
          <w:tcPr>
            <w:tcW w:w="936" w:type="dxa"/>
            <w:tcMar>
              <w:top w:w="80" w:type="dxa"/>
              <w:left w:w="120" w:type="dxa"/>
              <w:bottom w:w="80" w:type="dxa"/>
              <w:right w:w="120" w:type="dxa"/>
            </w:tcMar>
            <w:vAlign w:val="center"/>
          </w:tcPr>
          <w:p w14:paraId="12A301EE" w14:textId="77777777">
            <w:pPr>
              <w:spacing w:after="0" w:line="252" w:lineRule="auto"/>
              <w:jc w:val="right"/>
            </w:pPr>
            <w:r>
              <w:rPr>
                <w:color w:val="000000"/>
                <w:sz w:val="16"/>
              </w:rPr>
              <w:t>.109</w:t>
            </w:r>
          </w:p>
        </w:tc>
        <w:tc>
          <w:tcPr>
            <w:tcW w:w="792" w:type="dxa"/>
            <w:tcMar>
              <w:top w:w="80" w:type="dxa"/>
              <w:left w:w="120" w:type="dxa"/>
              <w:bottom w:w="80" w:type="dxa"/>
              <w:right w:w="120" w:type="dxa"/>
            </w:tcMar>
            <w:vAlign w:val="center"/>
          </w:tcPr>
          <w:p w14:paraId="128DB193" w14:textId="77777777">
            <w:pPr>
              <w:spacing w:after="0" w:line="252" w:lineRule="auto"/>
              <w:jc w:val="right"/>
            </w:pPr>
            <w:r>
              <w:rPr>
                <w:color w:val="000000"/>
                <w:sz w:val="16"/>
              </w:rPr>
              <w:t>234</w:t>
            </w:r>
          </w:p>
        </w:tc>
        <w:tc>
          <w:tcPr>
            <w:tcW w:w="1584" w:type="dxa"/>
            <w:tcMar>
              <w:top w:w="80" w:type="dxa"/>
              <w:left w:w="120" w:type="dxa"/>
              <w:bottom w:w="80" w:type="dxa"/>
              <w:right w:w="120" w:type="dxa"/>
            </w:tcMar>
            <w:vAlign w:val="center"/>
          </w:tcPr>
          <w:p w14:paraId="60E20B06" w14:textId="77777777">
            <w:pPr>
              <w:spacing w:after="0" w:line="252" w:lineRule="auto"/>
              <w:jc w:val="center"/>
            </w:pPr>
            <w:r>
              <w:rPr>
                <w:color w:val="000000"/>
                <w:sz w:val="16"/>
              </w:rPr>
              <w:t>HC3</w:t>
            </w:r>
          </w:p>
        </w:tc>
      </w:tr>
      <w:tr w14:paraId="0E4E4471" w14:textId="77777777">
        <w:tc>
          <w:tcPr>
            <w:tcW w:w="3888" w:type="dxa"/>
            <w:tcMar>
              <w:top w:w="80" w:type="dxa"/>
              <w:left w:w="120" w:type="dxa"/>
              <w:bottom w:w="80" w:type="dxa"/>
              <w:right w:w="120" w:type="dxa"/>
            </w:tcMar>
            <w:vAlign w:val="center"/>
          </w:tcPr>
          <w:p w14:paraId="248A38F2" w14:textId="77777777">
            <w:pPr>
              <w:spacing w:after="0" w:line="252" w:lineRule="auto"/>
            </w:pPr>
            <w:r>
              <w:rPr>
                <w:color w:val="000000"/>
                <w:sz w:val="16"/>
              </w:rPr>
              <w:t>Age 18-25 cohort</w:t>
            </w:r>
          </w:p>
        </w:tc>
        <w:tc>
          <w:tcPr>
            <w:tcW w:w="1080" w:type="dxa"/>
            <w:tcMar>
              <w:top w:w="80" w:type="dxa"/>
              <w:left w:w="120" w:type="dxa"/>
              <w:bottom w:w="80" w:type="dxa"/>
              <w:right w:w="120" w:type="dxa"/>
            </w:tcMar>
            <w:vAlign w:val="center"/>
          </w:tcPr>
          <w:p w14:paraId="65B75382" w14:textId="77777777">
            <w:pPr>
              <w:spacing w:after="0" w:line="252" w:lineRule="auto"/>
              <w:jc w:val="right"/>
            </w:pPr>
            <w:r>
              <w:rPr>
                <w:color w:val="000000"/>
                <w:sz w:val="16"/>
              </w:rPr>
              <w:t>2.903</w:t>
            </w:r>
          </w:p>
        </w:tc>
        <w:tc>
          <w:tcPr>
            <w:tcW w:w="1080" w:type="dxa"/>
            <w:tcMar>
              <w:top w:w="80" w:type="dxa"/>
              <w:left w:w="120" w:type="dxa"/>
              <w:bottom w:w="80" w:type="dxa"/>
              <w:right w:w="120" w:type="dxa"/>
            </w:tcMar>
            <w:vAlign w:val="center"/>
          </w:tcPr>
          <w:p w14:paraId="450B99E3" w14:textId="77777777">
            <w:pPr>
              <w:spacing w:after="0" w:line="252" w:lineRule="auto"/>
              <w:jc w:val="center"/>
            </w:pPr>
            <w:r>
              <w:rPr>
                <w:color w:val="000000"/>
                <w:sz w:val="16"/>
              </w:rPr>
              <w:t>3, 215</w:t>
            </w:r>
          </w:p>
        </w:tc>
        <w:tc>
          <w:tcPr>
            <w:tcW w:w="936" w:type="dxa"/>
            <w:tcMar>
              <w:top w:w="80" w:type="dxa"/>
              <w:left w:w="120" w:type="dxa"/>
              <w:bottom w:w="80" w:type="dxa"/>
              <w:right w:w="120" w:type="dxa"/>
            </w:tcMar>
            <w:vAlign w:val="center"/>
          </w:tcPr>
          <w:p w14:paraId="691B7660" w14:textId="77777777">
            <w:pPr>
              <w:spacing w:after="0" w:line="252" w:lineRule="auto"/>
              <w:jc w:val="right"/>
            </w:pPr>
            <w:r>
              <w:rPr>
                <w:color w:val="000000"/>
                <w:sz w:val="16"/>
              </w:rPr>
              <w:t>.036</w:t>
            </w:r>
          </w:p>
        </w:tc>
        <w:tc>
          <w:tcPr>
            <w:tcW w:w="792" w:type="dxa"/>
            <w:tcMar>
              <w:top w:w="80" w:type="dxa"/>
              <w:left w:w="120" w:type="dxa"/>
              <w:bottom w:w="80" w:type="dxa"/>
              <w:right w:w="120" w:type="dxa"/>
            </w:tcMar>
            <w:vAlign w:val="center"/>
          </w:tcPr>
          <w:p w14:paraId="5D9923B4" w14:textId="77777777">
            <w:pPr>
              <w:spacing w:after="0" w:line="252" w:lineRule="auto"/>
              <w:jc w:val="right"/>
            </w:pPr>
            <w:r>
              <w:rPr>
                <w:color w:val="000000"/>
                <w:sz w:val="16"/>
              </w:rPr>
              <w:t>228</w:t>
            </w:r>
          </w:p>
        </w:tc>
        <w:tc>
          <w:tcPr>
            <w:tcW w:w="1584" w:type="dxa"/>
            <w:tcMar>
              <w:top w:w="80" w:type="dxa"/>
              <w:left w:w="120" w:type="dxa"/>
              <w:bottom w:w="80" w:type="dxa"/>
              <w:right w:w="120" w:type="dxa"/>
            </w:tcMar>
            <w:vAlign w:val="center"/>
          </w:tcPr>
          <w:p w14:paraId="56FBA0A2" w14:textId="77777777">
            <w:pPr>
              <w:spacing w:after="0" w:line="252" w:lineRule="auto"/>
              <w:jc w:val="center"/>
            </w:pPr>
            <w:r>
              <w:rPr>
                <w:color w:val="000000"/>
                <w:sz w:val="16"/>
              </w:rPr>
              <w:t>HC3</w:t>
            </w:r>
          </w:p>
        </w:tc>
      </w:tr>
      <w:tr w14:paraId="10F530C0" w14:textId="77777777">
        <w:tc>
          <w:tcPr>
            <w:tcW w:w="3888" w:type="dxa"/>
            <w:tcMar>
              <w:top w:w="80" w:type="dxa"/>
              <w:left w:w="120" w:type="dxa"/>
              <w:bottom w:w="80" w:type="dxa"/>
              <w:right w:w="120" w:type="dxa"/>
            </w:tcMar>
            <w:vAlign w:val="center"/>
          </w:tcPr>
          <w:p w14:paraId="6BA45181" w14:textId="77777777">
            <w:pPr>
              <w:spacing w:after="0" w:line="252" w:lineRule="auto"/>
            </w:pPr>
            <w:r>
              <w:rPr>
                <w:color w:val="000000"/>
                <w:sz w:val="16"/>
              </w:rPr>
              <w:t>Age 18-27 cohort</w:t>
            </w:r>
          </w:p>
        </w:tc>
        <w:tc>
          <w:tcPr>
            <w:tcW w:w="1080" w:type="dxa"/>
            <w:tcMar>
              <w:top w:w="80" w:type="dxa"/>
              <w:left w:w="120" w:type="dxa"/>
              <w:bottom w:w="80" w:type="dxa"/>
              <w:right w:w="120" w:type="dxa"/>
            </w:tcMar>
            <w:vAlign w:val="center"/>
          </w:tcPr>
          <w:p w14:paraId="19D7B362" w14:textId="77777777">
            <w:pPr>
              <w:spacing w:after="0" w:line="252" w:lineRule="auto"/>
              <w:jc w:val="right"/>
            </w:pPr>
            <w:r>
              <w:rPr>
                <w:color w:val="000000"/>
                <w:sz w:val="16"/>
              </w:rPr>
              <w:t>2.615</w:t>
            </w:r>
          </w:p>
        </w:tc>
        <w:tc>
          <w:tcPr>
            <w:tcW w:w="1080" w:type="dxa"/>
            <w:tcMar>
              <w:top w:w="80" w:type="dxa"/>
              <w:left w:w="120" w:type="dxa"/>
              <w:bottom w:w="80" w:type="dxa"/>
              <w:right w:w="120" w:type="dxa"/>
            </w:tcMar>
            <w:vAlign w:val="center"/>
          </w:tcPr>
          <w:p w14:paraId="03097146" w14:textId="77777777">
            <w:pPr>
              <w:spacing w:after="0" w:line="252" w:lineRule="auto"/>
              <w:jc w:val="center"/>
            </w:pPr>
            <w:r>
              <w:rPr>
                <w:color w:val="000000"/>
                <w:sz w:val="16"/>
              </w:rPr>
              <w:t>3, 219</w:t>
            </w:r>
          </w:p>
        </w:tc>
        <w:tc>
          <w:tcPr>
            <w:tcW w:w="936" w:type="dxa"/>
            <w:tcMar>
              <w:top w:w="80" w:type="dxa"/>
              <w:left w:w="120" w:type="dxa"/>
              <w:bottom w:w="80" w:type="dxa"/>
              <w:right w:w="120" w:type="dxa"/>
            </w:tcMar>
            <w:vAlign w:val="center"/>
          </w:tcPr>
          <w:p w14:paraId="1C4B4686" w14:textId="77777777">
            <w:pPr>
              <w:spacing w:after="0" w:line="252" w:lineRule="auto"/>
              <w:jc w:val="right"/>
            </w:pPr>
            <w:r>
              <w:rPr>
                <w:color w:val="000000"/>
                <w:sz w:val="16"/>
              </w:rPr>
              <w:t>.052</w:t>
            </w:r>
          </w:p>
        </w:tc>
        <w:tc>
          <w:tcPr>
            <w:tcW w:w="792" w:type="dxa"/>
            <w:tcMar>
              <w:top w:w="80" w:type="dxa"/>
              <w:left w:w="120" w:type="dxa"/>
              <w:bottom w:w="80" w:type="dxa"/>
              <w:right w:w="120" w:type="dxa"/>
            </w:tcMar>
            <w:vAlign w:val="center"/>
          </w:tcPr>
          <w:p w14:paraId="0EDD5016" w14:textId="77777777">
            <w:pPr>
              <w:spacing w:after="0" w:line="252" w:lineRule="auto"/>
              <w:jc w:val="right"/>
            </w:pPr>
            <w:r>
              <w:rPr>
                <w:color w:val="000000"/>
                <w:sz w:val="16"/>
              </w:rPr>
              <w:t>232</w:t>
            </w:r>
          </w:p>
        </w:tc>
        <w:tc>
          <w:tcPr>
            <w:tcW w:w="1584" w:type="dxa"/>
            <w:tcMar>
              <w:top w:w="80" w:type="dxa"/>
              <w:left w:w="120" w:type="dxa"/>
              <w:bottom w:w="80" w:type="dxa"/>
              <w:right w:w="120" w:type="dxa"/>
            </w:tcMar>
            <w:vAlign w:val="center"/>
          </w:tcPr>
          <w:p w14:paraId="5B561875" w14:textId="77777777">
            <w:pPr>
              <w:spacing w:after="0" w:line="252" w:lineRule="auto"/>
              <w:jc w:val="center"/>
            </w:pPr>
            <w:r>
              <w:rPr>
                <w:color w:val="000000"/>
                <w:sz w:val="16"/>
              </w:rPr>
              <w:t>HC3</w:t>
            </w:r>
          </w:p>
        </w:tc>
      </w:tr>
    </w:tbl>
    <w:p w14:paraId="295BECF9" w14:textId="77777777">
      <w:pPr>
        <w:spacing w:before="100" w:after="160"/>
      </w:pPr>
      <w:r>
        <w:rPr>
          <w:rFonts w:ascii="Times New Roman" w:hAnsi="Times New Roman"/>
          <w:sz w:val="18"/>
        </w:rPr>
        <w:t>Note. Sensitivity analyses are not a multiplicity family and do not replace the primary result. Excluding 15 Cook's-distance flags strengthened the omnibus p value to .002, showing influence sensitivity; diagnostic flags are not proof of invalid observations, and none were removed from the primary analysis.</w:t>
      </w:r>
    </w:p>
    <w:p w14:paraId="469EE147" w14:textId="77777777">
      <w:pPr>
        <w:keepNext/>
        <w:spacing w:before="80" w:after="80"/>
      </w:pPr>
      <w:r>
        <w:rPr>
          <w:b/>
          <w:color w:val="000000"/>
          <w:sz w:val="21"/>
        </w:rPr>
        <w:t xml:space="preserve">Supplementary Table S13. </w:t>
      </w:r>
      <w:r>
        <w:rPr>
          <w:i/>
          <w:color w:val="000000"/>
          <w:sz w:val="21"/>
        </w:rPr>
        <w:t>Participant-level nonparametric bootstrap</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2880"/>
        <w:gridCol w:w="1080"/>
        <w:gridCol w:w="1224"/>
        <w:gridCol w:w="1944"/>
        <w:gridCol w:w="1152"/>
        <w:gridCol w:w="1080"/>
      </w:tblGrid>
      <w:tr w14:paraId="5AF043CA" w14:textId="77777777">
        <w:trPr>
          <w:tblHeader/>
        </w:trPr>
        <w:tc>
          <w:tcPr>
            <w:tcW w:w="2880" w:type="dxa"/>
            <w:tcMar>
              <w:top w:w="80" w:type="dxa"/>
              <w:left w:w="120" w:type="dxa"/>
              <w:bottom w:w="80" w:type="dxa"/>
              <w:right w:w="120" w:type="dxa"/>
            </w:tcMar>
            <w:vAlign w:val="center"/>
          </w:tcPr>
          <w:p w14:paraId="58352BF2" w14:textId="77777777">
            <w:pPr>
              <w:spacing w:after="0" w:line="252" w:lineRule="auto"/>
            </w:pPr>
            <w:r>
              <w:rPr>
                <w:b/>
                <w:color w:val="000000"/>
                <w:sz w:val="16"/>
              </w:rPr>
              <w:t>Contrast</w:t>
            </w:r>
          </w:p>
        </w:tc>
        <w:tc>
          <w:tcPr>
            <w:tcW w:w="1080" w:type="dxa"/>
            <w:tcMar>
              <w:top w:w="80" w:type="dxa"/>
              <w:left w:w="120" w:type="dxa"/>
              <w:bottom w:w="80" w:type="dxa"/>
              <w:right w:w="120" w:type="dxa"/>
            </w:tcMar>
            <w:vAlign w:val="center"/>
          </w:tcPr>
          <w:p w14:paraId="0AE3C3E0" w14:textId="77777777">
            <w:pPr>
              <w:spacing w:after="0" w:line="252" w:lineRule="auto"/>
              <w:jc w:val="right"/>
            </w:pPr>
            <w:r>
              <w:rPr>
                <w:b/>
                <w:color w:val="000000"/>
                <w:sz w:val="16"/>
              </w:rPr>
              <w:t>Primary B</w:t>
            </w:r>
          </w:p>
        </w:tc>
        <w:tc>
          <w:tcPr>
            <w:tcW w:w="1224" w:type="dxa"/>
            <w:tcMar>
              <w:top w:w="80" w:type="dxa"/>
              <w:left w:w="120" w:type="dxa"/>
              <w:bottom w:w="80" w:type="dxa"/>
              <w:right w:w="120" w:type="dxa"/>
            </w:tcMar>
            <w:vAlign w:val="center"/>
          </w:tcPr>
          <w:p w14:paraId="5EDE1D7F" w14:textId="77777777">
            <w:pPr>
              <w:spacing w:after="0" w:line="252" w:lineRule="auto"/>
              <w:jc w:val="right"/>
            </w:pPr>
            <w:r>
              <w:rPr>
                <w:b/>
                <w:color w:val="000000"/>
                <w:sz w:val="16"/>
              </w:rPr>
              <w:t>Bootstrap SE</w:t>
            </w:r>
          </w:p>
        </w:tc>
        <w:tc>
          <w:tcPr>
            <w:tcW w:w="1944" w:type="dxa"/>
            <w:tcMar>
              <w:top w:w="80" w:type="dxa"/>
              <w:left w:w="120" w:type="dxa"/>
              <w:bottom w:w="80" w:type="dxa"/>
              <w:right w:w="120" w:type="dxa"/>
            </w:tcMar>
            <w:vAlign w:val="center"/>
          </w:tcPr>
          <w:p w14:paraId="0A1E8907" w14:textId="77777777">
            <w:pPr>
              <w:spacing w:after="0" w:line="252" w:lineRule="auto"/>
              <w:jc w:val="center"/>
            </w:pPr>
            <w:r>
              <w:rPr>
                <w:b/>
                <w:color w:val="000000"/>
                <w:sz w:val="16"/>
              </w:rPr>
              <w:t>Percentile 95% CI</w:t>
            </w:r>
          </w:p>
        </w:tc>
        <w:tc>
          <w:tcPr>
            <w:tcW w:w="1152" w:type="dxa"/>
            <w:tcMar>
              <w:top w:w="80" w:type="dxa"/>
              <w:left w:w="120" w:type="dxa"/>
              <w:bottom w:w="80" w:type="dxa"/>
              <w:right w:w="120" w:type="dxa"/>
            </w:tcMar>
            <w:vAlign w:val="center"/>
          </w:tcPr>
          <w:p w14:paraId="507B76A2" w14:textId="77777777">
            <w:pPr>
              <w:spacing w:after="0" w:line="252" w:lineRule="auto"/>
              <w:jc w:val="right"/>
            </w:pPr>
            <w:r>
              <w:rPr>
                <w:b/>
                <w:color w:val="000000"/>
                <w:sz w:val="16"/>
              </w:rPr>
              <w:t>Same sign %</w:t>
            </w:r>
          </w:p>
        </w:tc>
        <w:tc>
          <w:tcPr>
            <w:tcW w:w="1080" w:type="dxa"/>
            <w:tcMar>
              <w:top w:w="80" w:type="dxa"/>
              <w:left w:w="120" w:type="dxa"/>
              <w:bottom w:w="80" w:type="dxa"/>
              <w:right w:w="120" w:type="dxa"/>
            </w:tcMar>
            <w:vAlign w:val="center"/>
          </w:tcPr>
          <w:p w14:paraId="2B82FB52" w14:textId="77777777">
            <w:pPr>
              <w:spacing w:after="0" w:line="252" w:lineRule="auto"/>
              <w:jc w:val="right"/>
            </w:pPr>
            <w:r>
              <w:rPr>
                <w:b/>
                <w:color w:val="000000"/>
                <w:sz w:val="16"/>
              </w:rPr>
              <w:t>Valid reps</w:t>
            </w:r>
          </w:p>
        </w:tc>
      </w:tr>
      <w:tr w14:paraId="72CD4EBA" w14:textId="77777777">
        <w:tc>
          <w:tcPr>
            <w:tcW w:w="2880" w:type="dxa"/>
            <w:tcMar>
              <w:top w:w="80" w:type="dxa"/>
              <w:left w:w="120" w:type="dxa"/>
              <w:bottom w:w="80" w:type="dxa"/>
              <w:right w:w="120" w:type="dxa"/>
            </w:tcMar>
            <w:vAlign w:val="center"/>
          </w:tcPr>
          <w:p w14:paraId="4E6595C4" w14:textId="77777777">
            <w:pPr>
              <w:spacing w:after="0" w:line="252" w:lineRule="auto"/>
            </w:pPr>
            <w:r>
              <w:rPr>
                <w:rFonts w:ascii="Times New Roman" w:hAnsi="Times New Roman"/>
                <w:sz w:val="16"/>
              </w:rPr>
              <w:t>4–6 hours/week</w:t>
            </w:r>
          </w:p>
        </w:tc>
        <w:tc>
          <w:tcPr>
            <w:tcW w:w="1080" w:type="dxa"/>
            <w:tcMar>
              <w:top w:w="80" w:type="dxa"/>
              <w:left w:w="120" w:type="dxa"/>
              <w:bottom w:w="80" w:type="dxa"/>
              <w:right w:w="120" w:type="dxa"/>
            </w:tcMar>
            <w:vAlign w:val="center"/>
          </w:tcPr>
          <w:p w14:paraId="2A2F63EF" w14:textId="77777777">
            <w:pPr>
              <w:spacing w:after="0" w:line="252" w:lineRule="auto"/>
              <w:jc w:val="right"/>
            </w:pPr>
            <w:r>
              <w:rPr>
                <w:color w:val="000000"/>
                <w:sz w:val="16"/>
              </w:rPr>
              <w:t>3.84</w:t>
            </w:r>
          </w:p>
        </w:tc>
        <w:tc>
          <w:tcPr>
            <w:tcW w:w="1224" w:type="dxa"/>
            <w:tcMar>
              <w:top w:w="80" w:type="dxa"/>
              <w:left w:w="120" w:type="dxa"/>
              <w:bottom w:w="80" w:type="dxa"/>
              <w:right w:w="120" w:type="dxa"/>
            </w:tcMar>
            <w:vAlign w:val="center"/>
          </w:tcPr>
          <w:p w14:paraId="77199898" w14:textId="77777777">
            <w:pPr>
              <w:spacing w:after="0" w:line="252" w:lineRule="auto"/>
              <w:jc w:val="right"/>
            </w:pPr>
            <w:r>
              <w:rPr>
                <w:color w:val="000000"/>
                <w:sz w:val="16"/>
              </w:rPr>
              <w:t>1.37</w:t>
            </w:r>
          </w:p>
        </w:tc>
        <w:tc>
          <w:tcPr>
            <w:tcW w:w="1944" w:type="dxa"/>
            <w:tcMar>
              <w:top w:w="80" w:type="dxa"/>
              <w:left w:w="120" w:type="dxa"/>
              <w:bottom w:w="80" w:type="dxa"/>
              <w:right w:w="120" w:type="dxa"/>
            </w:tcMar>
            <w:vAlign w:val="center"/>
          </w:tcPr>
          <w:p w14:paraId="2BFFF814" w14:textId="77777777">
            <w:pPr>
              <w:spacing w:after="0" w:line="252" w:lineRule="auto"/>
              <w:jc w:val="center"/>
            </w:pPr>
            <w:r>
              <w:rPr>
                <w:color w:val="000000"/>
                <w:sz w:val="16"/>
              </w:rPr>
              <w:t>1.15 to 6.54</w:t>
            </w:r>
          </w:p>
        </w:tc>
        <w:tc>
          <w:tcPr>
            <w:tcW w:w="1152" w:type="dxa"/>
            <w:tcMar>
              <w:top w:w="80" w:type="dxa"/>
              <w:left w:w="120" w:type="dxa"/>
              <w:bottom w:w="80" w:type="dxa"/>
              <w:right w:w="120" w:type="dxa"/>
            </w:tcMar>
            <w:vAlign w:val="center"/>
          </w:tcPr>
          <w:p w14:paraId="15DCF0A8" w14:textId="77777777">
            <w:pPr>
              <w:spacing w:after="0" w:line="252" w:lineRule="auto"/>
              <w:jc w:val="right"/>
            </w:pPr>
            <w:r>
              <w:rPr>
                <w:color w:val="000000"/>
                <w:sz w:val="16"/>
              </w:rPr>
              <w:t>99.9</w:t>
            </w:r>
          </w:p>
        </w:tc>
        <w:tc>
          <w:tcPr>
            <w:tcW w:w="1080" w:type="dxa"/>
            <w:tcMar>
              <w:top w:w="80" w:type="dxa"/>
              <w:left w:w="120" w:type="dxa"/>
              <w:bottom w:w="80" w:type="dxa"/>
              <w:right w:w="120" w:type="dxa"/>
            </w:tcMar>
            <w:vAlign w:val="center"/>
          </w:tcPr>
          <w:p w14:paraId="58092B41" w14:textId="77777777">
            <w:pPr>
              <w:spacing w:after="0" w:line="252" w:lineRule="auto"/>
              <w:jc w:val="right"/>
            </w:pPr>
            <w:r>
              <w:rPr>
                <w:color w:val="000000"/>
                <w:sz w:val="16"/>
              </w:rPr>
              <w:t>2000</w:t>
            </w:r>
          </w:p>
        </w:tc>
      </w:tr>
      <w:tr w14:paraId="7DCF724C" w14:textId="77777777">
        <w:tc>
          <w:tcPr>
            <w:tcW w:w="2880" w:type="dxa"/>
            <w:tcMar>
              <w:top w:w="80" w:type="dxa"/>
              <w:left w:w="120" w:type="dxa"/>
              <w:bottom w:w="80" w:type="dxa"/>
              <w:right w:w="120" w:type="dxa"/>
            </w:tcMar>
            <w:vAlign w:val="center"/>
          </w:tcPr>
          <w:p w14:paraId="495227E9" w14:textId="77777777">
            <w:pPr>
              <w:spacing w:after="0" w:line="252" w:lineRule="auto"/>
            </w:pPr>
            <w:r>
              <w:rPr>
                <w:rFonts w:ascii="Times New Roman" w:hAnsi="Times New Roman"/>
                <w:sz w:val="16"/>
              </w:rPr>
              <w:t>7–9 hours/week</w:t>
            </w:r>
          </w:p>
        </w:tc>
        <w:tc>
          <w:tcPr>
            <w:tcW w:w="1080" w:type="dxa"/>
            <w:tcMar>
              <w:top w:w="80" w:type="dxa"/>
              <w:left w:w="120" w:type="dxa"/>
              <w:bottom w:w="80" w:type="dxa"/>
              <w:right w:w="120" w:type="dxa"/>
            </w:tcMar>
            <w:vAlign w:val="center"/>
          </w:tcPr>
          <w:p w14:paraId="6FD1F6AD" w14:textId="77777777">
            <w:pPr>
              <w:spacing w:after="0" w:line="252" w:lineRule="auto"/>
              <w:jc w:val="right"/>
            </w:pPr>
            <w:r>
              <w:rPr>
                <w:color w:val="000000"/>
                <w:sz w:val="16"/>
              </w:rPr>
              <w:t>1.85</w:t>
            </w:r>
          </w:p>
        </w:tc>
        <w:tc>
          <w:tcPr>
            <w:tcW w:w="1224" w:type="dxa"/>
            <w:tcMar>
              <w:top w:w="80" w:type="dxa"/>
              <w:left w:w="120" w:type="dxa"/>
              <w:bottom w:w="80" w:type="dxa"/>
              <w:right w:w="120" w:type="dxa"/>
            </w:tcMar>
            <w:vAlign w:val="center"/>
          </w:tcPr>
          <w:p w14:paraId="64F12D4D" w14:textId="77777777">
            <w:pPr>
              <w:spacing w:after="0" w:line="252" w:lineRule="auto"/>
              <w:jc w:val="right"/>
            </w:pPr>
            <w:r>
              <w:rPr>
                <w:color w:val="000000"/>
                <w:sz w:val="16"/>
              </w:rPr>
              <w:t>1.51</w:t>
            </w:r>
          </w:p>
        </w:tc>
        <w:tc>
          <w:tcPr>
            <w:tcW w:w="1944" w:type="dxa"/>
            <w:tcMar>
              <w:top w:w="80" w:type="dxa"/>
              <w:left w:w="120" w:type="dxa"/>
              <w:bottom w:w="80" w:type="dxa"/>
              <w:right w:w="120" w:type="dxa"/>
            </w:tcMar>
            <w:vAlign w:val="center"/>
          </w:tcPr>
          <w:p w14:paraId="1363D6E4" w14:textId="77777777">
            <w:pPr>
              <w:spacing w:after="0" w:line="252" w:lineRule="auto"/>
              <w:jc w:val="center"/>
            </w:pPr>
            <w:r>
              <w:rPr>
                <w:rFonts w:ascii="Times New Roman" w:hAnsi="Times New Roman"/>
                <w:sz w:val="16"/>
              </w:rPr>
              <w:t>−1.13 to 4.67</w:t>
            </w:r>
          </w:p>
        </w:tc>
        <w:tc>
          <w:tcPr>
            <w:tcW w:w="1152" w:type="dxa"/>
            <w:tcMar>
              <w:top w:w="80" w:type="dxa"/>
              <w:left w:w="120" w:type="dxa"/>
              <w:bottom w:w="80" w:type="dxa"/>
              <w:right w:w="120" w:type="dxa"/>
            </w:tcMar>
            <w:vAlign w:val="center"/>
          </w:tcPr>
          <w:p w14:paraId="78379C3A" w14:textId="77777777">
            <w:pPr>
              <w:spacing w:after="0" w:line="252" w:lineRule="auto"/>
              <w:jc w:val="right"/>
            </w:pPr>
            <w:r>
              <w:rPr>
                <w:color w:val="000000"/>
                <w:sz w:val="16"/>
              </w:rPr>
              <w:t>88.3</w:t>
            </w:r>
          </w:p>
        </w:tc>
        <w:tc>
          <w:tcPr>
            <w:tcW w:w="1080" w:type="dxa"/>
            <w:tcMar>
              <w:top w:w="80" w:type="dxa"/>
              <w:left w:w="120" w:type="dxa"/>
              <w:bottom w:w="80" w:type="dxa"/>
              <w:right w:w="120" w:type="dxa"/>
            </w:tcMar>
            <w:vAlign w:val="center"/>
          </w:tcPr>
          <w:p w14:paraId="08714E24" w14:textId="77777777">
            <w:pPr>
              <w:spacing w:after="0" w:line="252" w:lineRule="auto"/>
              <w:jc w:val="right"/>
            </w:pPr>
            <w:r>
              <w:rPr>
                <w:color w:val="000000"/>
                <w:sz w:val="16"/>
              </w:rPr>
              <w:t>2000</w:t>
            </w:r>
          </w:p>
        </w:tc>
      </w:tr>
      <w:tr w14:paraId="5D21E595" w14:textId="77777777">
        <w:tc>
          <w:tcPr>
            <w:tcW w:w="2880" w:type="dxa"/>
            <w:tcMar>
              <w:top w:w="80" w:type="dxa"/>
              <w:left w:w="120" w:type="dxa"/>
              <w:bottom w:w="80" w:type="dxa"/>
              <w:right w:w="120" w:type="dxa"/>
            </w:tcMar>
            <w:vAlign w:val="center"/>
          </w:tcPr>
          <w:p w14:paraId="1A60C8CB" w14:textId="77777777">
            <w:pPr>
              <w:spacing w:after="0" w:line="252" w:lineRule="auto"/>
            </w:pPr>
            <w:r>
              <w:rPr>
                <w:color w:val="000000"/>
                <w:sz w:val="16"/>
              </w:rPr>
              <w:t>≥10 hours/week</w:t>
            </w:r>
          </w:p>
        </w:tc>
        <w:tc>
          <w:tcPr>
            <w:tcW w:w="1080" w:type="dxa"/>
            <w:tcMar>
              <w:top w:w="80" w:type="dxa"/>
              <w:left w:w="120" w:type="dxa"/>
              <w:bottom w:w="80" w:type="dxa"/>
              <w:right w:w="120" w:type="dxa"/>
            </w:tcMar>
            <w:vAlign w:val="center"/>
          </w:tcPr>
          <w:p w14:paraId="0E03DEE7" w14:textId="77777777">
            <w:pPr>
              <w:spacing w:after="0" w:line="252" w:lineRule="auto"/>
              <w:jc w:val="right"/>
            </w:pPr>
            <w:r>
              <w:rPr>
                <w:color w:val="000000"/>
                <w:sz w:val="16"/>
              </w:rPr>
              <w:t>3.48</w:t>
            </w:r>
          </w:p>
        </w:tc>
        <w:tc>
          <w:tcPr>
            <w:tcW w:w="1224" w:type="dxa"/>
            <w:tcMar>
              <w:top w:w="80" w:type="dxa"/>
              <w:left w:w="120" w:type="dxa"/>
              <w:bottom w:w="80" w:type="dxa"/>
              <w:right w:w="120" w:type="dxa"/>
            </w:tcMar>
            <w:vAlign w:val="center"/>
          </w:tcPr>
          <w:p w14:paraId="458AFE83" w14:textId="77777777">
            <w:pPr>
              <w:spacing w:after="0" w:line="252" w:lineRule="auto"/>
              <w:jc w:val="right"/>
            </w:pPr>
            <w:r>
              <w:rPr>
                <w:color w:val="000000"/>
                <w:sz w:val="16"/>
              </w:rPr>
              <w:t>1.58</w:t>
            </w:r>
          </w:p>
        </w:tc>
        <w:tc>
          <w:tcPr>
            <w:tcW w:w="1944" w:type="dxa"/>
            <w:tcMar>
              <w:top w:w="80" w:type="dxa"/>
              <w:left w:w="120" w:type="dxa"/>
              <w:bottom w:w="80" w:type="dxa"/>
              <w:right w:w="120" w:type="dxa"/>
            </w:tcMar>
            <w:vAlign w:val="center"/>
          </w:tcPr>
          <w:p w14:paraId="0052C315" w14:textId="77777777">
            <w:pPr>
              <w:spacing w:after="0" w:line="252" w:lineRule="auto"/>
              <w:jc w:val="center"/>
            </w:pPr>
            <w:r>
              <w:rPr>
                <w:color w:val="000000"/>
                <w:sz w:val="16"/>
              </w:rPr>
              <w:t>0.49 to 6.56</w:t>
            </w:r>
          </w:p>
        </w:tc>
        <w:tc>
          <w:tcPr>
            <w:tcW w:w="1152" w:type="dxa"/>
            <w:tcMar>
              <w:top w:w="80" w:type="dxa"/>
              <w:left w:w="120" w:type="dxa"/>
              <w:bottom w:w="80" w:type="dxa"/>
              <w:right w:w="120" w:type="dxa"/>
            </w:tcMar>
            <w:vAlign w:val="center"/>
          </w:tcPr>
          <w:p w14:paraId="0212A7CB" w14:textId="77777777">
            <w:pPr>
              <w:spacing w:after="0" w:line="252" w:lineRule="auto"/>
              <w:jc w:val="right"/>
            </w:pPr>
            <w:r>
              <w:rPr>
                <w:color w:val="000000"/>
                <w:sz w:val="16"/>
              </w:rPr>
              <w:t>99.0</w:t>
            </w:r>
          </w:p>
        </w:tc>
        <w:tc>
          <w:tcPr>
            <w:tcW w:w="1080" w:type="dxa"/>
            <w:tcMar>
              <w:top w:w="80" w:type="dxa"/>
              <w:left w:w="120" w:type="dxa"/>
              <w:bottom w:w="80" w:type="dxa"/>
              <w:right w:w="120" w:type="dxa"/>
            </w:tcMar>
            <w:vAlign w:val="center"/>
          </w:tcPr>
          <w:p w14:paraId="20BBBBD7" w14:textId="77777777">
            <w:pPr>
              <w:spacing w:after="0" w:line="252" w:lineRule="auto"/>
              <w:jc w:val="right"/>
            </w:pPr>
            <w:r>
              <w:rPr>
                <w:color w:val="000000"/>
                <w:sz w:val="16"/>
              </w:rPr>
              <w:t>2000</w:t>
            </w:r>
          </w:p>
        </w:tc>
      </w:tr>
    </w:tbl>
    <w:p w14:paraId="787171CF" w14:textId="77777777">
      <w:pPr>
        <w:spacing w:before="100" w:after="160"/>
      </w:pPr>
      <w:r>
        <w:rPr>
          <w:rFonts w:ascii="Times New Roman" w:hAnsi="Times New Roman"/>
          <w:b/>
          <w:i/>
          <w:color w:val="000000"/>
          <w:sz w:val="18"/>
        </w:rPr>
        <w:t xml:space="preserve">Note. </w:t>
      </w:r>
      <w:r>
        <w:rPr>
          <w:rFonts w:ascii="Times New Roman" w:hAnsi="Times New Roman"/>
          <w:i/>
          <w:color w:val="000000"/>
          <w:sz w:val="18"/>
        </w:rPr>
        <w:t>Two thousand participant-level bootstrap repetitions were requested and all were valid. Seed: 20260812.</w:t>
      </w:r>
    </w:p>
    <w:p w14:paraId="33281147" w14:textId="77777777">
      <w:pPr>
        <w:keepNext/>
        <w:spacing w:before="80" w:after="80"/>
      </w:pPr>
      <w:r>
        <w:rPr>
          <w:b/>
          <w:color w:val="000000"/>
          <w:sz w:val="21"/>
        </w:rPr>
        <w:t xml:space="preserve">Supplementary Table S14. </w:t>
      </w:r>
      <w:r>
        <w:rPr>
          <w:i/>
          <w:color w:val="000000"/>
          <w:sz w:val="21"/>
        </w:rPr>
        <w:t>Leave-one-out stability</w:t>
      </w:r>
    </w:p>
    <w:tbl>
      <w:tblPr>
        <w:tblW w:w="936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2880"/>
        <w:gridCol w:w="1152"/>
        <w:gridCol w:w="1152"/>
        <w:gridCol w:w="1152"/>
        <w:gridCol w:w="1800"/>
        <w:gridCol w:w="1224"/>
      </w:tblGrid>
      <w:tr w14:paraId="367C5702" w14:textId="77777777">
        <w:trPr>
          <w:tblHeader/>
        </w:trPr>
        <w:tc>
          <w:tcPr>
            <w:tcW w:w="2880" w:type="dxa"/>
            <w:tcMar>
              <w:top w:w="80" w:type="dxa"/>
              <w:left w:w="120" w:type="dxa"/>
              <w:bottom w:w="80" w:type="dxa"/>
              <w:right w:w="120" w:type="dxa"/>
            </w:tcMar>
            <w:vAlign w:val="center"/>
          </w:tcPr>
          <w:p w14:paraId="232BAD08" w14:textId="77777777">
            <w:pPr>
              <w:spacing w:after="0" w:line="252" w:lineRule="auto"/>
            </w:pPr>
            <w:r>
              <w:rPr>
                <w:b/>
                <w:color w:val="000000"/>
                <w:sz w:val="16"/>
              </w:rPr>
              <w:t>Contrast</w:t>
            </w:r>
          </w:p>
        </w:tc>
        <w:tc>
          <w:tcPr>
            <w:tcW w:w="1152" w:type="dxa"/>
            <w:tcMar>
              <w:top w:w="80" w:type="dxa"/>
              <w:left w:w="120" w:type="dxa"/>
              <w:bottom w:w="80" w:type="dxa"/>
              <w:right w:w="120" w:type="dxa"/>
            </w:tcMar>
            <w:vAlign w:val="center"/>
          </w:tcPr>
          <w:p w14:paraId="5D99D662" w14:textId="77777777">
            <w:pPr>
              <w:spacing w:after="0" w:line="252" w:lineRule="auto"/>
              <w:jc w:val="right"/>
            </w:pPr>
            <w:r>
              <w:rPr>
                <w:b/>
                <w:color w:val="000000"/>
                <w:sz w:val="16"/>
              </w:rPr>
              <w:t>Minimum B</w:t>
            </w:r>
          </w:p>
        </w:tc>
        <w:tc>
          <w:tcPr>
            <w:tcW w:w="1152" w:type="dxa"/>
            <w:tcMar>
              <w:top w:w="80" w:type="dxa"/>
              <w:left w:w="120" w:type="dxa"/>
              <w:bottom w:w="80" w:type="dxa"/>
              <w:right w:w="120" w:type="dxa"/>
            </w:tcMar>
            <w:vAlign w:val="center"/>
          </w:tcPr>
          <w:p w14:paraId="71C25C91" w14:textId="77777777">
            <w:pPr>
              <w:spacing w:after="0" w:line="252" w:lineRule="auto"/>
              <w:jc w:val="right"/>
            </w:pPr>
            <w:r>
              <w:rPr>
                <w:b/>
                <w:color w:val="000000"/>
                <w:sz w:val="16"/>
              </w:rPr>
              <w:t>Maximum B</w:t>
            </w:r>
          </w:p>
        </w:tc>
        <w:tc>
          <w:tcPr>
            <w:tcW w:w="1152" w:type="dxa"/>
            <w:tcMar>
              <w:top w:w="80" w:type="dxa"/>
              <w:left w:w="120" w:type="dxa"/>
              <w:bottom w:w="80" w:type="dxa"/>
              <w:right w:w="120" w:type="dxa"/>
            </w:tcMar>
            <w:vAlign w:val="center"/>
          </w:tcPr>
          <w:p w14:paraId="48662741" w14:textId="77777777">
            <w:pPr>
              <w:spacing w:after="0" w:line="252" w:lineRule="auto"/>
              <w:jc w:val="right"/>
            </w:pPr>
            <w:r>
              <w:rPr>
                <w:b/>
                <w:color w:val="000000"/>
                <w:sz w:val="16"/>
              </w:rPr>
              <w:t>Positive %</w:t>
            </w:r>
          </w:p>
        </w:tc>
        <w:tc>
          <w:tcPr>
            <w:tcW w:w="1800" w:type="dxa"/>
            <w:tcMar>
              <w:top w:w="80" w:type="dxa"/>
              <w:left w:w="120" w:type="dxa"/>
              <w:bottom w:w="80" w:type="dxa"/>
              <w:right w:w="120" w:type="dxa"/>
            </w:tcMar>
            <w:vAlign w:val="center"/>
          </w:tcPr>
          <w:p w14:paraId="11FCB6C4" w14:textId="77777777">
            <w:pPr>
              <w:spacing w:after="0" w:line="252" w:lineRule="auto"/>
              <w:jc w:val="center"/>
            </w:pPr>
            <w:r>
              <w:rPr>
                <w:b/>
                <w:color w:val="000000"/>
                <w:sz w:val="16"/>
              </w:rPr>
              <w:t>Omnibus p range</w:t>
            </w:r>
          </w:p>
        </w:tc>
        <w:tc>
          <w:tcPr>
            <w:tcW w:w="1224" w:type="dxa"/>
            <w:tcMar>
              <w:top w:w="80" w:type="dxa"/>
              <w:left w:w="120" w:type="dxa"/>
              <w:bottom w:w="80" w:type="dxa"/>
              <w:right w:w="120" w:type="dxa"/>
            </w:tcMar>
            <w:vAlign w:val="center"/>
          </w:tcPr>
          <w:p w14:paraId="26FC41FD" w14:textId="77777777">
            <w:pPr>
              <w:spacing w:after="0" w:line="252" w:lineRule="auto"/>
              <w:jc w:val="right"/>
            </w:pPr>
            <w:r>
              <w:rPr>
                <w:b/>
                <w:color w:val="000000"/>
                <w:sz w:val="16"/>
              </w:rPr>
              <w:t>p&lt;.05 %</w:t>
            </w:r>
          </w:p>
        </w:tc>
      </w:tr>
      <w:tr w14:paraId="36098D27" w14:textId="77777777">
        <w:tc>
          <w:tcPr>
            <w:tcW w:w="2880" w:type="dxa"/>
            <w:tcMar>
              <w:top w:w="80" w:type="dxa"/>
              <w:left w:w="120" w:type="dxa"/>
              <w:bottom w:w="80" w:type="dxa"/>
              <w:right w:w="120" w:type="dxa"/>
            </w:tcMar>
            <w:vAlign w:val="center"/>
          </w:tcPr>
          <w:p w14:paraId="5B22C83C" w14:textId="77777777">
            <w:pPr>
              <w:spacing w:after="0" w:line="252" w:lineRule="auto"/>
            </w:pPr>
            <w:r>
              <w:rPr>
                <w:rFonts w:ascii="Times New Roman" w:hAnsi="Times New Roman"/>
                <w:sz w:val="16"/>
              </w:rPr>
              <w:t>4–6 hours/week</w:t>
            </w:r>
          </w:p>
        </w:tc>
        <w:tc>
          <w:tcPr>
            <w:tcW w:w="1152" w:type="dxa"/>
            <w:tcMar>
              <w:top w:w="80" w:type="dxa"/>
              <w:left w:w="120" w:type="dxa"/>
              <w:bottom w:w="80" w:type="dxa"/>
              <w:right w:w="120" w:type="dxa"/>
            </w:tcMar>
            <w:vAlign w:val="center"/>
          </w:tcPr>
          <w:p w14:paraId="60687DD6" w14:textId="77777777">
            <w:pPr>
              <w:spacing w:after="0" w:line="252" w:lineRule="auto"/>
              <w:jc w:val="right"/>
            </w:pPr>
            <w:r>
              <w:rPr>
                <w:color w:val="000000"/>
                <w:sz w:val="16"/>
              </w:rPr>
              <w:t>3.19</w:t>
            </w:r>
          </w:p>
        </w:tc>
        <w:tc>
          <w:tcPr>
            <w:tcW w:w="1152" w:type="dxa"/>
            <w:tcMar>
              <w:top w:w="80" w:type="dxa"/>
              <w:left w:w="120" w:type="dxa"/>
              <w:bottom w:w="80" w:type="dxa"/>
              <w:right w:w="120" w:type="dxa"/>
            </w:tcMar>
            <w:vAlign w:val="center"/>
          </w:tcPr>
          <w:p w14:paraId="23B064FE" w14:textId="77777777">
            <w:pPr>
              <w:spacing w:after="0" w:line="252" w:lineRule="auto"/>
              <w:jc w:val="right"/>
            </w:pPr>
            <w:r>
              <w:rPr>
                <w:color w:val="000000"/>
                <w:sz w:val="16"/>
              </w:rPr>
              <w:t>4.40</w:t>
            </w:r>
          </w:p>
        </w:tc>
        <w:tc>
          <w:tcPr>
            <w:tcW w:w="1152" w:type="dxa"/>
            <w:tcMar>
              <w:top w:w="80" w:type="dxa"/>
              <w:left w:w="120" w:type="dxa"/>
              <w:bottom w:w="80" w:type="dxa"/>
              <w:right w:w="120" w:type="dxa"/>
            </w:tcMar>
            <w:vAlign w:val="center"/>
          </w:tcPr>
          <w:p w14:paraId="411F2D7B" w14:textId="77777777">
            <w:pPr>
              <w:spacing w:after="0" w:line="252" w:lineRule="auto"/>
              <w:jc w:val="right"/>
            </w:pPr>
            <w:r>
              <w:rPr>
                <w:color w:val="000000"/>
                <w:sz w:val="16"/>
              </w:rPr>
              <w:t>100.0</w:t>
            </w:r>
          </w:p>
        </w:tc>
        <w:tc>
          <w:tcPr>
            <w:tcW w:w="1800" w:type="dxa"/>
            <w:tcMar>
              <w:top w:w="80" w:type="dxa"/>
              <w:left w:w="120" w:type="dxa"/>
              <w:bottom w:w="80" w:type="dxa"/>
              <w:right w:w="120" w:type="dxa"/>
            </w:tcMar>
            <w:vAlign w:val="center"/>
          </w:tcPr>
          <w:p w14:paraId="64208CEA" w14:textId="77777777">
            <w:pPr>
              <w:spacing w:after="0" w:line="252" w:lineRule="auto"/>
              <w:jc w:val="center"/>
            </w:pPr>
            <w:r>
              <w:rPr>
                <w:color w:val="000000"/>
                <w:sz w:val="16"/>
              </w:rPr>
              <w:t>.009 to .071</w:t>
            </w:r>
          </w:p>
        </w:tc>
        <w:tc>
          <w:tcPr>
            <w:tcW w:w="1224" w:type="dxa"/>
            <w:tcMar>
              <w:top w:w="80" w:type="dxa"/>
              <w:left w:w="120" w:type="dxa"/>
              <w:bottom w:w="80" w:type="dxa"/>
              <w:right w:w="120" w:type="dxa"/>
            </w:tcMar>
            <w:vAlign w:val="center"/>
          </w:tcPr>
          <w:p w14:paraId="4FCAE6EA" w14:textId="77777777">
            <w:pPr>
              <w:spacing w:after="0" w:line="252" w:lineRule="auto"/>
              <w:jc w:val="right"/>
            </w:pPr>
            <w:r>
              <w:rPr>
                <w:color w:val="000000"/>
                <w:sz w:val="16"/>
              </w:rPr>
              <w:t>82.1</w:t>
            </w:r>
          </w:p>
        </w:tc>
      </w:tr>
      <w:tr w14:paraId="581CFC3D" w14:textId="77777777">
        <w:tc>
          <w:tcPr>
            <w:tcW w:w="2880" w:type="dxa"/>
            <w:tcMar>
              <w:top w:w="80" w:type="dxa"/>
              <w:left w:w="120" w:type="dxa"/>
              <w:bottom w:w="80" w:type="dxa"/>
              <w:right w:w="120" w:type="dxa"/>
            </w:tcMar>
            <w:vAlign w:val="center"/>
          </w:tcPr>
          <w:p w14:paraId="2778EB75" w14:textId="77777777">
            <w:pPr>
              <w:spacing w:after="0" w:line="252" w:lineRule="auto"/>
            </w:pPr>
            <w:r>
              <w:rPr>
                <w:rFonts w:ascii="Times New Roman" w:hAnsi="Times New Roman"/>
                <w:sz w:val="16"/>
              </w:rPr>
              <w:t>7–9 hours/week</w:t>
            </w:r>
          </w:p>
        </w:tc>
        <w:tc>
          <w:tcPr>
            <w:tcW w:w="1152" w:type="dxa"/>
            <w:tcMar>
              <w:top w:w="80" w:type="dxa"/>
              <w:left w:w="120" w:type="dxa"/>
              <w:bottom w:w="80" w:type="dxa"/>
              <w:right w:w="120" w:type="dxa"/>
            </w:tcMar>
            <w:vAlign w:val="center"/>
          </w:tcPr>
          <w:p w14:paraId="64EDBC9F" w14:textId="77777777">
            <w:pPr>
              <w:spacing w:after="0" w:line="252" w:lineRule="auto"/>
              <w:jc w:val="right"/>
            </w:pPr>
            <w:r>
              <w:rPr>
                <w:color w:val="000000"/>
                <w:sz w:val="16"/>
              </w:rPr>
              <w:t>1.10</w:t>
            </w:r>
          </w:p>
        </w:tc>
        <w:tc>
          <w:tcPr>
            <w:tcW w:w="1152" w:type="dxa"/>
            <w:tcMar>
              <w:top w:w="80" w:type="dxa"/>
              <w:left w:w="120" w:type="dxa"/>
              <w:bottom w:w="80" w:type="dxa"/>
              <w:right w:w="120" w:type="dxa"/>
            </w:tcMar>
            <w:vAlign w:val="center"/>
          </w:tcPr>
          <w:p w14:paraId="0F6A06CB" w14:textId="77777777">
            <w:pPr>
              <w:spacing w:after="0" w:line="252" w:lineRule="auto"/>
              <w:jc w:val="right"/>
            </w:pPr>
            <w:r>
              <w:rPr>
                <w:color w:val="000000"/>
                <w:sz w:val="16"/>
              </w:rPr>
              <w:t>2.42</w:t>
            </w:r>
          </w:p>
        </w:tc>
        <w:tc>
          <w:tcPr>
            <w:tcW w:w="1152" w:type="dxa"/>
            <w:tcMar>
              <w:top w:w="80" w:type="dxa"/>
              <w:left w:w="120" w:type="dxa"/>
              <w:bottom w:w="80" w:type="dxa"/>
              <w:right w:w="120" w:type="dxa"/>
            </w:tcMar>
            <w:vAlign w:val="center"/>
          </w:tcPr>
          <w:p w14:paraId="719343DA" w14:textId="77777777">
            <w:pPr>
              <w:spacing w:after="0" w:line="252" w:lineRule="auto"/>
              <w:jc w:val="right"/>
            </w:pPr>
            <w:r>
              <w:rPr>
                <w:color w:val="000000"/>
                <w:sz w:val="16"/>
              </w:rPr>
              <w:t>100.0</w:t>
            </w:r>
          </w:p>
        </w:tc>
        <w:tc>
          <w:tcPr>
            <w:tcW w:w="1800" w:type="dxa"/>
            <w:tcMar>
              <w:top w:w="80" w:type="dxa"/>
              <w:left w:w="120" w:type="dxa"/>
              <w:bottom w:w="80" w:type="dxa"/>
              <w:right w:w="120" w:type="dxa"/>
            </w:tcMar>
            <w:vAlign w:val="center"/>
          </w:tcPr>
          <w:p w14:paraId="399F058C" w14:textId="77777777">
            <w:pPr>
              <w:spacing w:after="0" w:line="252" w:lineRule="auto"/>
              <w:jc w:val="center"/>
            </w:pPr>
            <w:r>
              <w:rPr>
                <w:color w:val="000000"/>
                <w:sz w:val="16"/>
              </w:rPr>
              <w:t>.009 to .071</w:t>
            </w:r>
          </w:p>
        </w:tc>
        <w:tc>
          <w:tcPr>
            <w:tcW w:w="1224" w:type="dxa"/>
            <w:tcMar>
              <w:top w:w="80" w:type="dxa"/>
              <w:left w:w="120" w:type="dxa"/>
              <w:bottom w:w="80" w:type="dxa"/>
              <w:right w:w="120" w:type="dxa"/>
            </w:tcMar>
            <w:vAlign w:val="center"/>
          </w:tcPr>
          <w:p w14:paraId="24A48F5F" w14:textId="77777777">
            <w:pPr>
              <w:spacing w:after="0" w:line="252" w:lineRule="auto"/>
              <w:jc w:val="right"/>
            </w:pPr>
            <w:r>
              <w:rPr>
                <w:color w:val="000000"/>
                <w:sz w:val="16"/>
              </w:rPr>
              <w:t>82.1</w:t>
            </w:r>
          </w:p>
        </w:tc>
      </w:tr>
      <w:tr w14:paraId="5EC210DA" w14:textId="77777777">
        <w:tc>
          <w:tcPr>
            <w:tcW w:w="2880" w:type="dxa"/>
            <w:tcMar>
              <w:top w:w="80" w:type="dxa"/>
              <w:left w:w="120" w:type="dxa"/>
              <w:bottom w:w="80" w:type="dxa"/>
              <w:right w:w="120" w:type="dxa"/>
            </w:tcMar>
            <w:vAlign w:val="center"/>
          </w:tcPr>
          <w:p w14:paraId="6B0589FF" w14:textId="77777777">
            <w:pPr>
              <w:spacing w:after="0" w:line="252" w:lineRule="auto"/>
            </w:pPr>
            <w:r>
              <w:rPr>
                <w:color w:val="000000"/>
                <w:sz w:val="16"/>
              </w:rPr>
              <w:t>≥10 hours/week</w:t>
            </w:r>
          </w:p>
        </w:tc>
        <w:tc>
          <w:tcPr>
            <w:tcW w:w="1152" w:type="dxa"/>
            <w:tcMar>
              <w:top w:w="80" w:type="dxa"/>
              <w:left w:w="120" w:type="dxa"/>
              <w:bottom w:w="80" w:type="dxa"/>
              <w:right w:w="120" w:type="dxa"/>
            </w:tcMar>
            <w:vAlign w:val="center"/>
          </w:tcPr>
          <w:p w14:paraId="4E8BF3AC" w14:textId="77777777">
            <w:pPr>
              <w:spacing w:after="0" w:line="252" w:lineRule="auto"/>
              <w:jc w:val="right"/>
            </w:pPr>
            <w:r>
              <w:rPr>
                <w:color w:val="000000"/>
                <w:sz w:val="16"/>
              </w:rPr>
              <w:t>2.79</w:t>
            </w:r>
          </w:p>
        </w:tc>
        <w:tc>
          <w:tcPr>
            <w:tcW w:w="1152" w:type="dxa"/>
            <w:tcMar>
              <w:top w:w="80" w:type="dxa"/>
              <w:left w:w="120" w:type="dxa"/>
              <w:bottom w:w="80" w:type="dxa"/>
              <w:right w:w="120" w:type="dxa"/>
            </w:tcMar>
            <w:vAlign w:val="center"/>
          </w:tcPr>
          <w:p w14:paraId="6A0FE705" w14:textId="77777777">
            <w:pPr>
              <w:spacing w:after="0" w:line="252" w:lineRule="auto"/>
              <w:jc w:val="right"/>
            </w:pPr>
            <w:r>
              <w:rPr>
                <w:color w:val="000000"/>
                <w:sz w:val="16"/>
              </w:rPr>
              <w:t>4.10</w:t>
            </w:r>
          </w:p>
        </w:tc>
        <w:tc>
          <w:tcPr>
            <w:tcW w:w="1152" w:type="dxa"/>
            <w:tcMar>
              <w:top w:w="80" w:type="dxa"/>
              <w:left w:w="120" w:type="dxa"/>
              <w:bottom w:w="80" w:type="dxa"/>
              <w:right w:w="120" w:type="dxa"/>
            </w:tcMar>
            <w:vAlign w:val="center"/>
          </w:tcPr>
          <w:p w14:paraId="7F1EAD57" w14:textId="77777777">
            <w:pPr>
              <w:spacing w:after="0" w:line="252" w:lineRule="auto"/>
              <w:jc w:val="right"/>
            </w:pPr>
            <w:r>
              <w:rPr>
                <w:color w:val="000000"/>
                <w:sz w:val="16"/>
              </w:rPr>
              <w:t>100.0</w:t>
            </w:r>
          </w:p>
        </w:tc>
        <w:tc>
          <w:tcPr>
            <w:tcW w:w="1800" w:type="dxa"/>
            <w:tcMar>
              <w:top w:w="80" w:type="dxa"/>
              <w:left w:w="120" w:type="dxa"/>
              <w:bottom w:w="80" w:type="dxa"/>
              <w:right w:w="120" w:type="dxa"/>
            </w:tcMar>
            <w:vAlign w:val="center"/>
          </w:tcPr>
          <w:p w14:paraId="56ECCC7A" w14:textId="77777777">
            <w:pPr>
              <w:spacing w:after="0" w:line="252" w:lineRule="auto"/>
              <w:jc w:val="center"/>
            </w:pPr>
            <w:r>
              <w:rPr>
                <w:color w:val="000000"/>
                <w:sz w:val="16"/>
              </w:rPr>
              <w:t>.009 to .071</w:t>
            </w:r>
          </w:p>
        </w:tc>
        <w:tc>
          <w:tcPr>
            <w:tcW w:w="1224" w:type="dxa"/>
            <w:tcMar>
              <w:top w:w="80" w:type="dxa"/>
              <w:left w:w="120" w:type="dxa"/>
              <w:bottom w:w="80" w:type="dxa"/>
              <w:right w:w="120" w:type="dxa"/>
            </w:tcMar>
            <w:vAlign w:val="center"/>
          </w:tcPr>
          <w:p w14:paraId="556D577C" w14:textId="77777777">
            <w:pPr>
              <w:spacing w:after="0" w:line="252" w:lineRule="auto"/>
              <w:jc w:val="right"/>
            </w:pPr>
            <w:r>
              <w:rPr>
                <w:color w:val="000000"/>
                <w:sz w:val="16"/>
              </w:rPr>
              <w:t>82.1</w:t>
            </w:r>
          </w:p>
        </w:tc>
      </w:tr>
    </w:tbl>
    <w:p w14:paraId="560D6F1C" w14:textId="77777777">
      <w:pPr>
        <w:spacing w:before="100" w:after="160"/>
      </w:pPr>
      <w:r>
        <w:rPr>
          <w:rFonts w:ascii="Times New Roman" w:hAnsi="Times New Roman"/>
          <w:b/>
          <w:i/>
          <w:color w:val="000000"/>
          <w:sz w:val="18"/>
        </w:rPr>
        <w:t xml:space="preserve">Note. </w:t>
      </w:r>
      <w:r>
        <w:rPr>
          <w:rFonts w:ascii="Times New Roman" w:hAnsi="Times New Roman"/>
          <w:i/>
          <w:color w:val="000000"/>
          <w:sz w:val="18"/>
        </w:rPr>
        <w:t>All three contrasts remained positive in all 234 leave-one-participant-out refits. The omnibus p value crossed .05 in a minority of refits.</w:t>
      </w:r>
    </w:p>
    <w:p w14:paraId="5C6C5EEF" w14:textId="77777777">
      <w:pPr>
        <w:keepNext/>
        <w:pageBreakBefore/>
        <w:spacing w:before="80" w:after="80"/>
      </w:pPr>
      <w:r>
        <w:rPr>
          <w:b/>
          <w:color w:val="000000"/>
          <w:sz w:val="21"/>
        </w:rPr>
        <w:lastRenderedPageBreak/>
        <w:t xml:space="preserve">Supplementary Table S15. </w:t>
      </w:r>
      <w:r>
        <w:rPr>
          <w:i/>
          <w:color w:val="000000"/>
          <w:sz w:val="21"/>
        </w:rPr>
        <w:t>Recruitment-wave interaction and stratified analyses</w:t>
      </w:r>
    </w:p>
    <w:tbl>
      <w:tblPr>
        <w:tblW w:w="900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1440"/>
        <w:gridCol w:w="4032"/>
        <w:gridCol w:w="864"/>
        <w:gridCol w:w="1080"/>
        <w:gridCol w:w="864"/>
        <w:gridCol w:w="720"/>
      </w:tblGrid>
      <w:tr w14:paraId="14E288EF" w14:textId="77777777">
        <w:trPr>
          <w:tblHeader/>
        </w:trPr>
        <w:tc>
          <w:tcPr>
            <w:tcW w:w="1440" w:type="dxa"/>
            <w:tcMar>
              <w:top w:w="80" w:type="dxa"/>
              <w:left w:w="120" w:type="dxa"/>
              <w:bottom w:w="80" w:type="dxa"/>
              <w:right w:w="120" w:type="dxa"/>
            </w:tcMar>
            <w:vAlign w:val="center"/>
          </w:tcPr>
          <w:p w14:paraId="4482E7E4" w14:textId="77777777">
            <w:pPr>
              <w:spacing w:after="0" w:line="252" w:lineRule="auto"/>
            </w:pPr>
            <w:r>
              <w:rPr>
                <w:b/>
                <w:color w:val="000000"/>
                <w:sz w:val="16"/>
              </w:rPr>
              <w:t>Analysis</w:t>
            </w:r>
          </w:p>
        </w:tc>
        <w:tc>
          <w:tcPr>
            <w:tcW w:w="4032" w:type="dxa"/>
            <w:tcMar>
              <w:top w:w="80" w:type="dxa"/>
              <w:left w:w="120" w:type="dxa"/>
              <w:bottom w:w="80" w:type="dxa"/>
              <w:right w:w="120" w:type="dxa"/>
            </w:tcMar>
            <w:vAlign w:val="center"/>
          </w:tcPr>
          <w:p w14:paraId="6D06F356" w14:textId="77777777">
            <w:pPr>
              <w:spacing w:after="0" w:line="252" w:lineRule="auto"/>
            </w:pPr>
            <w:r>
              <w:rPr>
                <w:b/>
                <w:color w:val="000000"/>
                <w:sz w:val="16"/>
              </w:rPr>
              <w:t>Test</w:t>
            </w:r>
          </w:p>
        </w:tc>
        <w:tc>
          <w:tcPr>
            <w:tcW w:w="864" w:type="dxa"/>
            <w:tcMar>
              <w:top w:w="80" w:type="dxa"/>
              <w:left w:w="120" w:type="dxa"/>
              <w:bottom w:w="80" w:type="dxa"/>
              <w:right w:w="120" w:type="dxa"/>
            </w:tcMar>
            <w:vAlign w:val="center"/>
          </w:tcPr>
          <w:p w14:paraId="3EB21E75" w14:textId="77777777">
            <w:pPr>
              <w:spacing w:after="0" w:line="252" w:lineRule="auto"/>
              <w:jc w:val="right"/>
            </w:pPr>
            <w:r>
              <w:rPr>
                <w:b/>
                <w:color w:val="000000"/>
                <w:sz w:val="16"/>
              </w:rPr>
              <w:t>F</w:t>
            </w:r>
          </w:p>
        </w:tc>
        <w:tc>
          <w:tcPr>
            <w:tcW w:w="1080" w:type="dxa"/>
            <w:tcMar>
              <w:top w:w="80" w:type="dxa"/>
              <w:left w:w="120" w:type="dxa"/>
              <w:bottom w:w="80" w:type="dxa"/>
              <w:right w:w="120" w:type="dxa"/>
            </w:tcMar>
            <w:vAlign w:val="center"/>
          </w:tcPr>
          <w:p w14:paraId="52473DDA" w14:textId="77777777">
            <w:pPr>
              <w:spacing w:after="0" w:line="252" w:lineRule="auto"/>
              <w:jc w:val="center"/>
            </w:pPr>
            <w:r>
              <w:rPr>
                <w:b/>
                <w:color w:val="000000"/>
                <w:sz w:val="16"/>
              </w:rPr>
              <w:t>df</w:t>
            </w:r>
          </w:p>
        </w:tc>
        <w:tc>
          <w:tcPr>
            <w:tcW w:w="864" w:type="dxa"/>
            <w:tcMar>
              <w:top w:w="80" w:type="dxa"/>
              <w:left w:w="120" w:type="dxa"/>
              <w:bottom w:w="80" w:type="dxa"/>
              <w:right w:w="120" w:type="dxa"/>
            </w:tcMar>
            <w:vAlign w:val="center"/>
          </w:tcPr>
          <w:p w14:paraId="121CBBC0" w14:textId="77777777">
            <w:pPr>
              <w:spacing w:after="0" w:line="252" w:lineRule="auto"/>
              <w:jc w:val="right"/>
            </w:pPr>
            <w:r>
              <w:rPr>
                <w:b/>
                <w:color w:val="000000"/>
                <w:sz w:val="16"/>
              </w:rPr>
              <w:t>p</w:t>
            </w:r>
          </w:p>
        </w:tc>
        <w:tc>
          <w:tcPr>
            <w:tcW w:w="720" w:type="dxa"/>
            <w:tcMar>
              <w:top w:w="80" w:type="dxa"/>
              <w:left w:w="120" w:type="dxa"/>
              <w:bottom w:w="80" w:type="dxa"/>
              <w:right w:w="120" w:type="dxa"/>
            </w:tcMar>
            <w:vAlign w:val="center"/>
          </w:tcPr>
          <w:p w14:paraId="735B6946" w14:textId="77777777">
            <w:pPr>
              <w:spacing w:after="0" w:line="252" w:lineRule="auto"/>
              <w:jc w:val="right"/>
            </w:pPr>
            <w:r>
              <w:rPr>
                <w:b/>
                <w:color w:val="000000"/>
                <w:sz w:val="16"/>
              </w:rPr>
              <w:t>N</w:t>
            </w:r>
          </w:p>
        </w:tc>
      </w:tr>
      <w:tr w14:paraId="31B6D212" w14:textId="77777777">
        <w:tc>
          <w:tcPr>
            <w:tcW w:w="1440" w:type="dxa"/>
            <w:tcMar>
              <w:top w:w="80" w:type="dxa"/>
              <w:left w:w="120" w:type="dxa"/>
              <w:bottom w:w="80" w:type="dxa"/>
              <w:right w:w="120" w:type="dxa"/>
            </w:tcMar>
            <w:vAlign w:val="center"/>
          </w:tcPr>
          <w:p w14:paraId="51ABFEE2" w14:textId="77777777">
            <w:pPr>
              <w:spacing w:after="0" w:line="252" w:lineRule="auto"/>
            </w:pPr>
            <w:r>
              <w:rPr>
                <w:color w:val="000000"/>
                <w:sz w:val="16"/>
              </w:rPr>
              <w:t>SEN10</w:t>
            </w:r>
          </w:p>
        </w:tc>
        <w:tc>
          <w:tcPr>
            <w:tcW w:w="4032" w:type="dxa"/>
            <w:tcMar>
              <w:top w:w="80" w:type="dxa"/>
              <w:left w:w="120" w:type="dxa"/>
              <w:bottom w:w="80" w:type="dxa"/>
              <w:right w:w="120" w:type="dxa"/>
            </w:tcMar>
            <w:vAlign w:val="center"/>
          </w:tcPr>
          <w:p w14:paraId="4E5DF792" w14:textId="77777777">
            <w:pPr>
              <w:spacing w:after="0" w:line="252" w:lineRule="auto"/>
            </w:pPr>
            <w:r>
              <w:rPr>
                <w:color w:val="000000"/>
                <w:sz w:val="16"/>
              </w:rPr>
              <w:t>social_media_by_recruitment_wave_interaction</w:t>
            </w:r>
          </w:p>
        </w:tc>
        <w:tc>
          <w:tcPr>
            <w:tcW w:w="864" w:type="dxa"/>
            <w:tcMar>
              <w:top w:w="80" w:type="dxa"/>
              <w:left w:w="120" w:type="dxa"/>
              <w:bottom w:w="80" w:type="dxa"/>
              <w:right w:w="120" w:type="dxa"/>
            </w:tcMar>
            <w:vAlign w:val="center"/>
          </w:tcPr>
          <w:p w14:paraId="05EF8338" w14:textId="77777777">
            <w:pPr>
              <w:spacing w:after="0" w:line="252" w:lineRule="auto"/>
              <w:jc w:val="right"/>
            </w:pPr>
            <w:r>
              <w:rPr>
                <w:color w:val="000000"/>
                <w:sz w:val="16"/>
              </w:rPr>
              <w:t>0.785</w:t>
            </w:r>
          </w:p>
        </w:tc>
        <w:tc>
          <w:tcPr>
            <w:tcW w:w="1080" w:type="dxa"/>
            <w:tcMar>
              <w:top w:w="80" w:type="dxa"/>
              <w:left w:w="120" w:type="dxa"/>
              <w:bottom w:w="80" w:type="dxa"/>
              <w:right w:w="120" w:type="dxa"/>
            </w:tcMar>
            <w:vAlign w:val="center"/>
          </w:tcPr>
          <w:p w14:paraId="5089B364" w14:textId="77777777">
            <w:pPr>
              <w:spacing w:after="0" w:line="252" w:lineRule="auto"/>
              <w:jc w:val="center"/>
            </w:pPr>
            <w:r>
              <w:rPr>
                <w:color w:val="000000"/>
                <w:sz w:val="16"/>
              </w:rPr>
              <w:t>3, 218</w:t>
            </w:r>
          </w:p>
        </w:tc>
        <w:tc>
          <w:tcPr>
            <w:tcW w:w="864" w:type="dxa"/>
            <w:tcMar>
              <w:top w:w="80" w:type="dxa"/>
              <w:left w:w="120" w:type="dxa"/>
              <w:bottom w:w="80" w:type="dxa"/>
              <w:right w:w="120" w:type="dxa"/>
            </w:tcMar>
            <w:vAlign w:val="center"/>
          </w:tcPr>
          <w:p w14:paraId="4DB3D812" w14:textId="77777777">
            <w:pPr>
              <w:spacing w:after="0" w:line="252" w:lineRule="auto"/>
              <w:jc w:val="right"/>
            </w:pPr>
            <w:r>
              <w:rPr>
                <w:color w:val="000000"/>
                <w:sz w:val="16"/>
              </w:rPr>
              <w:t>.503</w:t>
            </w:r>
          </w:p>
        </w:tc>
        <w:tc>
          <w:tcPr>
            <w:tcW w:w="720" w:type="dxa"/>
            <w:tcMar>
              <w:top w:w="80" w:type="dxa"/>
              <w:left w:w="120" w:type="dxa"/>
              <w:bottom w:w="80" w:type="dxa"/>
              <w:right w:w="120" w:type="dxa"/>
            </w:tcMar>
            <w:vAlign w:val="center"/>
          </w:tcPr>
          <w:p w14:paraId="07751517" w14:textId="77777777">
            <w:pPr>
              <w:spacing w:after="0" w:line="252" w:lineRule="auto"/>
              <w:jc w:val="right"/>
            </w:pPr>
            <w:r>
              <w:rPr>
                <w:color w:val="000000"/>
                <w:sz w:val="16"/>
              </w:rPr>
              <w:t>234</w:t>
            </w:r>
          </w:p>
        </w:tc>
      </w:tr>
      <w:tr w14:paraId="5E922ABF" w14:textId="77777777">
        <w:tc>
          <w:tcPr>
            <w:tcW w:w="1440" w:type="dxa"/>
            <w:tcMar>
              <w:top w:w="80" w:type="dxa"/>
              <w:left w:w="120" w:type="dxa"/>
              <w:bottom w:w="80" w:type="dxa"/>
              <w:right w:w="120" w:type="dxa"/>
            </w:tcMar>
            <w:vAlign w:val="center"/>
          </w:tcPr>
          <w:p w14:paraId="4DA5D7A7" w14:textId="77777777">
            <w:pPr>
              <w:spacing w:after="0" w:line="252" w:lineRule="auto"/>
            </w:pPr>
            <w:r>
              <w:rPr>
                <w:color w:val="000000"/>
                <w:sz w:val="16"/>
              </w:rPr>
              <w:t>SEN10_2024</w:t>
            </w:r>
          </w:p>
        </w:tc>
        <w:tc>
          <w:tcPr>
            <w:tcW w:w="4032" w:type="dxa"/>
            <w:tcMar>
              <w:top w:w="80" w:type="dxa"/>
              <w:left w:w="120" w:type="dxa"/>
              <w:bottom w:w="80" w:type="dxa"/>
              <w:right w:w="120" w:type="dxa"/>
            </w:tcMar>
            <w:vAlign w:val="center"/>
          </w:tcPr>
          <w:p w14:paraId="6E4EF6B6" w14:textId="77777777">
            <w:pPr>
              <w:spacing w:after="0" w:line="252" w:lineRule="auto"/>
            </w:pPr>
            <w:r>
              <w:rPr>
                <w:color w:val="000000"/>
                <w:sz w:val="16"/>
              </w:rPr>
              <w:t>joint_test_^social_media_exposure</w:t>
            </w:r>
          </w:p>
        </w:tc>
        <w:tc>
          <w:tcPr>
            <w:tcW w:w="864" w:type="dxa"/>
            <w:tcMar>
              <w:top w:w="80" w:type="dxa"/>
              <w:left w:w="120" w:type="dxa"/>
              <w:bottom w:w="80" w:type="dxa"/>
              <w:right w:w="120" w:type="dxa"/>
            </w:tcMar>
            <w:vAlign w:val="center"/>
          </w:tcPr>
          <w:p w14:paraId="665B842C" w14:textId="77777777">
            <w:pPr>
              <w:spacing w:after="0" w:line="252" w:lineRule="auto"/>
              <w:jc w:val="right"/>
            </w:pPr>
            <w:r>
              <w:rPr>
                <w:color w:val="000000"/>
                <w:sz w:val="16"/>
              </w:rPr>
              <w:t>0.616</w:t>
            </w:r>
          </w:p>
        </w:tc>
        <w:tc>
          <w:tcPr>
            <w:tcW w:w="1080" w:type="dxa"/>
            <w:tcMar>
              <w:top w:w="80" w:type="dxa"/>
              <w:left w:w="120" w:type="dxa"/>
              <w:bottom w:w="80" w:type="dxa"/>
              <w:right w:w="120" w:type="dxa"/>
            </w:tcMar>
            <w:vAlign w:val="center"/>
          </w:tcPr>
          <w:p w14:paraId="5FEA8717" w14:textId="77777777">
            <w:pPr>
              <w:spacing w:after="0" w:line="252" w:lineRule="auto"/>
              <w:jc w:val="center"/>
            </w:pPr>
            <w:r>
              <w:rPr>
                <w:color w:val="000000"/>
                <w:sz w:val="16"/>
              </w:rPr>
              <w:t>3, 66</w:t>
            </w:r>
          </w:p>
        </w:tc>
        <w:tc>
          <w:tcPr>
            <w:tcW w:w="864" w:type="dxa"/>
            <w:tcMar>
              <w:top w:w="80" w:type="dxa"/>
              <w:left w:w="120" w:type="dxa"/>
              <w:bottom w:w="80" w:type="dxa"/>
              <w:right w:w="120" w:type="dxa"/>
            </w:tcMar>
            <w:vAlign w:val="center"/>
          </w:tcPr>
          <w:p w14:paraId="434D67E7" w14:textId="77777777">
            <w:pPr>
              <w:spacing w:after="0" w:line="252" w:lineRule="auto"/>
              <w:jc w:val="right"/>
            </w:pPr>
            <w:r>
              <w:rPr>
                <w:color w:val="000000"/>
                <w:sz w:val="16"/>
              </w:rPr>
              <w:t>.607</w:t>
            </w:r>
          </w:p>
        </w:tc>
        <w:tc>
          <w:tcPr>
            <w:tcW w:w="720" w:type="dxa"/>
            <w:tcMar>
              <w:top w:w="80" w:type="dxa"/>
              <w:left w:w="120" w:type="dxa"/>
              <w:bottom w:w="80" w:type="dxa"/>
              <w:right w:w="120" w:type="dxa"/>
            </w:tcMar>
            <w:vAlign w:val="center"/>
          </w:tcPr>
          <w:p w14:paraId="0B97EE00" w14:textId="77777777">
            <w:pPr>
              <w:spacing w:after="0" w:line="252" w:lineRule="auto"/>
              <w:jc w:val="right"/>
            </w:pPr>
            <w:r>
              <w:rPr>
                <w:color w:val="000000"/>
                <w:sz w:val="16"/>
              </w:rPr>
              <w:t>78</w:t>
            </w:r>
          </w:p>
        </w:tc>
      </w:tr>
      <w:tr w14:paraId="79C795F9" w14:textId="77777777">
        <w:tc>
          <w:tcPr>
            <w:tcW w:w="1440" w:type="dxa"/>
            <w:tcMar>
              <w:top w:w="80" w:type="dxa"/>
              <w:left w:w="120" w:type="dxa"/>
              <w:bottom w:w="80" w:type="dxa"/>
              <w:right w:w="120" w:type="dxa"/>
            </w:tcMar>
            <w:vAlign w:val="center"/>
          </w:tcPr>
          <w:p w14:paraId="287EDCCC" w14:textId="77777777">
            <w:pPr>
              <w:spacing w:after="0" w:line="252" w:lineRule="auto"/>
            </w:pPr>
            <w:r>
              <w:rPr>
                <w:color w:val="000000"/>
                <w:sz w:val="16"/>
              </w:rPr>
              <w:t>SEN10_2025</w:t>
            </w:r>
          </w:p>
        </w:tc>
        <w:tc>
          <w:tcPr>
            <w:tcW w:w="4032" w:type="dxa"/>
            <w:tcMar>
              <w:top w:w="80" w:type="dxa"/>
              <w:left w:w="120" w:type="dxa"/>
              <w:bottom w:w="80" w:type="dxa"/>
              <w:right w:w="120" w:type="dxa"/>
            </w:tcMar>
            <w:vAlign w:val="center"/>
          </w:tcPr>
          <w:p w14:paraId="25E937CE" w14:textId="77777777">
            <w:pPr>
              <w:spacing w:after="0" w:line="252" w:lineRule="auto"/>
            </w:pPr>
            <w:r>
              <w:rPr>
                <w:color w:val="000000"/>
                <w:sz w:val="16"/>
              </w:rPr>
              <w:t>joint_test_^social_media_exposure</w:t>
            </w:r>
          </w:p>
        </w:tc>
        <w:tc>
          <w:tcPr>
            <w:tcW w:w="864" w:type="dxa"/>
            <w:tcMar>
              <w:top w:w="80" w:type="dxa"/>
              <w:left w:w="120" w:type="dxa"/>
              <w:bottom w:w="80" w:type="dxa"/>
              <w:right w:w="120" w:type="dxa"/>
            </w:tcMar>
            <w:vAlign w:val="center"/>
          </w:tcPr>
          <w:p w14:paraId="7F0EAE6D" w14:textId="77777777">
            <w:pPr>
              <w:spacing w:after="0" w:line="252" w:lineRule="auto"/>
              <w:jc w:val="right"/>
            </w:pPr>
            <w:r>
              <w:rPr>
                <w:color w:val="000000"/>
                <w:sz w:val="16"/>
              </w:rPr>
              <w:t>2.982</w:t>
            </w:r>
          </w:p>
        </w:tc>
        <w:tc>
          <w:tcPr>
            <w:tcW w:w="1080" w:type="dxa"/>
            <w:tcMar>
              <w:top w:w="80" w:type="dxa"/>
              <w:left w:w="120" w:type="dxa"/>
              <w:bottom w:w="80" w:type="dxa"/>
              <w:right w:w="120" w:type="dxa"/>
            </w:tcMar>
            <w:vAlign w:val="center"/>
          </w:tcPr>
          <w:p w14:paraId="71468E92" w14:textId="77777777">
            <w:pPr>
              <w:spacing w:after="0" w:line="252" w:lineRule="auto"/>
              <w:jc w:val="center"/>
            </w:pPr>
            <w:r>
              <w:rPr>
                <w:color w:val="000000"/>
                <w:sz w:val="16"/>
              </w:rPr>
              <w:t>3, 144</w:t>
            </w:r>
          </w:p>
        </w:tc>
        <w:tc>
          <w:tcPr>
            <w:tcW w:w="864" w:type="dxa"/>
            <w:tcMar>
              <w:top w:w="80" w:type="dxa"/>
              <w:left w:w="120" w:type="dxa"/>
              <w:bottom w:w="80" w:type="dxa"/>
              <w:right w:w="120" w:type="dxa"/>
            </w:tcMar>
            <w:vAlign w:val="center"/>
          </w:tcPr>
          <w:p w14:paraId="3AD8645C" w14:textId="77777777">
            <w:pPr>
              <w:spacing w:after="0" w:line="252" w:lineRule="auto"/>
              <w:jc w:val="right"/>
            </w:pPr>
            <w:r>
              <w:rPr>
                <w:color w:val="000000"/>
                <w:sz w:val="16"/>
              </w:rPr>
              <w:t>.033</w:t>
            </w:r>
          </w:p>
        </w:tc>
        <w:tc>
          <w:tcPr>
            <w:tcW w:w="720" w:type="dxa"/>
            <w:tcMar>
              <w:top w:w="80" w:type="dxa"/>
              <w:left w:w="120" w:type="dxa"/>
              <w:bottom w:w="80" w:type="dxa"/>
              <w:right w:w="120" w:type="dxa"/>
            </w:tcMar>
            <w:vAlign w:val="center"/>
          </w:tcPr>
          <w:p w14:paraId="1A8EF7DD" w14:textId="77777777">
            <w:pPr>
              <w:spacing w:after="0" w:line="252" w:lineRule="auto"/>
              <w:jc w:val="right"/>
            </w:pPr>
            <w:r>
              <w:rPr>
                <w:color w:val="000000"/>
                <w:sz w:val="16"/>
              </w:rPr>
              <w:t>156</w:t>
            </w:r>
          </w:p>
        </w:tc>
      </w:tr>
    </w:tbl>
    <w:p w14:paraId="78D1769A" w14:textId="77777777">
      <w:pPr>
        <w:spacing w:before="100" w:after="160"/>
      </w:pPr>
      <w:r>
        <w:rPr>
          <w:rFonts w:ascii="Times New Roman" w:hAnsi="Times New Roman"/>
          <w:sz w:val="18"/>
        </w:rPr>
        <w:t>Note. The exposure-by-wave interaction was not supported (p = .503). Wave-specific models are exploratory; the 2024 model was comparatively imprecise.</w:t>
      </w:r>
    </w:p>
    <w:p w14:paraId="16BFE99C" w14:textId="77777777">
      <w:pPr>
        <w:sectPr>
          <w:footerReference w:type="default" r:id="rId8"/>
          <w:pgSz w:w="12240" w:h="15840"/>
          <w:pgMar w:top="1440" w:right="1440" w:bottom="1440" w:left="1440" w:header="708" w:footer="708" w:gutter="0"/>
          <w:cols w:space="720"/>
          <w:docGrid w:linePitch="360"/>
        </w:sectPr>
      </w:pPr>
    </w:p>
    <w:p w14:paraId="5B71BC4B" w14:textId="77777777">
      <w:pPr>
        <w:pStyle w:val="Heading1"/>
      </w:pPr>
      <w:r>
        <w:lastRenderedPageBreak/>
        <w:t>S7. Post-hoc robustness enhancement</w:t>
      </w:r>
    </w:p>
    <w:p w14:paraId="3551730C" w14:textId="77777777">
      <w:r>
        <w:t>These analyses were designed after the primary and secondary results were known and are exploratory/post hoc. The study was not preregistered. Internal versioned records preserve the ordering of primary, secondary, sensitivity, and post hoc work. These analyses examine monotonicity, incremental prediction, internal wave replication, and omitted-confounding sensitivity without replacing the primary categorical HC3 model.</w:t>
      </w:r>
    </w:p>
    <w:p w14:paraId="10B7591F" w14:textId="77777777">
      <w:pPr>
        <w:keepNext/>
        <w:spacing w:before="80" w:after="80"/>
      </w:pPr>
      <w:r>
        <w:rPr>
          <w:b/>
          <w:color w:val="000000"/>
          <w:sz w:val="21"/>
        </w:rPr>
        <w:t xml:space="preserve">Supplementary Table S16. </w:t>
      </w:r>
      <w:r>
        <w:rPr>
          <w:i/>
          <w:color w:val="000000"/>
          <w:sz w:val="21"/>
        </w:rPr>
        <w:t>Complete monotonic specification curve</w:t>
      </w:r>
    </w:p>
    <w:tbl>
      <w:tblPr>
        <w:tblW w:w="11664"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792"/>
        <w:gridCol w:w="1800"/>
        <w:gridCol w:w="936"/>
        <w:gridCol w:w="1512"/>
        <w:gridCol w:w="1944"/>
        <w:gridCol w:w="720"/>
        <w:gridCol w:w="3168"/>
        <w:gridCol w:w="792"/>
      </w:tblGrid>
      <w:tr w14:paraId="17224910" w14:textId="77777777">
        <w:trPr>
          <w:tblHeader/>
        </w:trPr>
        <w:tc>
          <w:tcPr>
            <w:tcW w:w="792" w:type="dxa"/>
            <w:tcMar>
              <w:top w:w="80" w:type="dxa"/>
              <w:left w:w="120" w:type="dxa"/>
              <w:bottom w:w="80" w:type="dxa"/>
              <w:right w:w="120" w:type="dxa"/>
            </w:tcMar>
            <w:vAlign w:val="center"/>
          </w:tcPr>
          <w:p w14:paraId="64E2B1DB" w14:textId="77777777">
            <w:pPr>
              <w:spacing w:after="0" w:line="252" w:lineRule="auto"/>
            </w:pPr>
            <w:r>
              <w:rPr>
                <w:b/>
                <w:color w:val="000000"/>
                <w:sz w:val="15"/>
              </w:rPr>
              <w:t>ID</w:t>
            </w:r>
          </w:p>
        </w:tc>
        <w:tc>
          <w:tcPr>
            <w:tcW w:w="1800" w:type="dxa"/>
            <w:tcMar>
              <w:top w:w="80" w:type="dxa"/>
              <w:left w:w="120" w:type="dxa"/>
              <w:bottom w:w="80" w:type="dxa"/>
              <w:right w:w="120" w:type="dxa"/>
            </w:tcMar>
            <w:vAlign w:val="center"/>
          </w:tcPr>
          <w:p w14:paraId="67CE1638" w14:textId="77777777">
            <w:pPr>
              <w:spacing w:after="0" w:line="252" w:lineRule="auto"/>
            </w:pPr>
            <w:r>
              <w:rPr>
                <w:b/>
                <w:color w:val="000000"/>
                <w:sz w:val="15"/>
              </w:rPr>
              <w:t>Outcome</w:t>
            </w:r>
          </w:p>
        </w:tc>
        <w:tc>
          <w:tcPr>
            <w:tcW w:w="936" w:type="dxa"/>
            <w:tcMar>
              <w:top w:w="80" w:type="dxa"/>
              <w:left w:w="120" w:type="dxa"/>
              <w:bottom w:w="80" w:type="dxa"/>
              <w:right w:w="120" w:type="dxa"/>
            </w:tcMar>
            <w:vAlign w:val="center"/>
          </w:tcPr>
          <w:p w14:paraId="68373F41" w14:textId="77777777">
            <w:pPr>
              <w:spacing w:after="0" w:line="252" w:lineRule="auto"/>
              <w:jc w:val="center"/>
            </w:pPr>
            <w:r>
              <w:rPr>
                <w:b/>
                <w:color w:val="000000"/>
                <w:sz w:val="15"/>
              </w:rPr>
              <w:t>Coding</w:t>
            </w:r>
          </w:p>
        </w:tc>
        <w:tc>
          <w:tcPr>
            <w:tcW w:w="1512" w:type="dxa"/>
            <w:tcMar>
              <w:top w:w="80" w:type="dxa"/>
              <w:left w:w="120" w:type="dxa"/>
              <w:bottom w:w="80" w:type="dxa"/>
              <w:right w:w="120" w:type="dxa"/>
            </w:tcMar>
            <w:vAlign w:val="center"/>
          </w:tcPr>
          <w:p w14:paraId="2A828372" w14:textId="77777777">
            <w:pPr>
              <w:spacing w:after="0" w:line="252" w:lineRule="auto"/>
            </w:pPr>
            <w:r>
              <w:rPr>
                <w:b/>
                <w:color w:val="000000"/>
                <w:sz w:val="15"/>
              </w:rPr>
              <w:t>Adjustment</w:t>
            </w:r>
          </w:p>
        </w:tc>
        <w:tc>
          <w:tcPr>
            <w:tcW w:w="1944" w:type="dxa"/>
            <w:tcMar>
              <w:top w:w="80" w:type="dxa"/>
              <w:left w:w="120" w:type="dxa"/>
              <w:bottom w:w="80" w:type="dxa"/>
              <w:right w:w="120" w:type="dxa"/>
            </w:tcMar>
            <w:vAlign w:val="center"/>
          </w:tcPr>
          <w:p w14:paraId="6BF9764A" w14:textId="77777777">
            <w:pPr>
              <w:spacing w:after="0" w:line="252" w:lineRule="auto"/>
            </w:pPr>
            <w:r>
              <w:rPr>
                <w:b/>
                <w:color w:val="000000"/>
                <w:sz w:val="15"/>
              </w:rPr>
              <w:t>Sample</w:t>
            </w:r>
          </w:p>
        </w:tc>
        <w:tc>
          <w:tcPr>
            <w:tcW w:w="720" w:type="dxa"/>
            <w:tcMar>
              <w:top w:w="80" w:type="dxa"/>
              <w:left w:w="120" w:type="dxa"/>
              <w:bottom w:w="80" w:type="dxa"/>
              <w:right w:w="120" w:type="dxa"/>
            </w:tcMar>
            <w:vAlign w:val="center"/>
          </w:tcPr>
          <w:p w14:paraId="5C3BF8D5" w14:textId="77777777">
            <w:pPr>
              <w:spacing w:after="0" w:line="252" w:lineRule="auto"/>
              <w:jc w:val="right"/>
            </w:pPr>
            <w:r>
              <w:rPr>
                <w:b/>
                <w:color w:val="000000"/>
                <w:sz w:val="15"/>
              </w:rPr>
              <w:t>N</w:t>
            </w:r>
          </w:p>
        </w:tc>
        <w:tc>
          <w:tcPr>
            <w:tcW w:w="3168" w:type="dxa"/>
            <w:tcMar>
              <w:top w:w="80" w:type="dxa"/>
              <w:left w:w="120" w:type="dxa"/>
              <w:bottom w:w="80" w:type="dxa"/>
              <w:right w:w="120" w:type="dxa"/>
            </w:tcMar>
            <w:vAlign w:val="center"/>
          </w:tcPr>
          <w:p w14:paraId="03C5D847" w14:textId="77777777">
            <w:pPr>
              <w:spacing w:after="0" w:line="252" w:lineRule="auto"/>
              <w:jc w:val="center"/>
            </w:pPr>
            <w:r>
              <w:rPr>
                <w:b/>
                <w:color w:val="000000"/>
                <w:sz w:val="15"/>
              </w:rPr>
              <w:t>Std. beta (95% CI)</w:t>
            </w:r>
          </w:p>
        </w:tc>
        <w:tc>
          <w:tcPr>
            <w:tcW w:w="792" w:type="dxa"/>
            <w:tcMar>
              <w:top w:w="80" w:type="dxa"/>
              <w:left w:w="120" w:type="dxa"/>
              <w:bottom w:w="80" w:type="dxa"/>
              <w:right w:w="120" w:type="dxa"/>
            </w:tcMar>
            <w:vAlign w:val="center"/>
          </w:tcPr>
          <w:p w14:paraId="5806C78D" w14:textId="77777777">
            <w:pPr>
              <w:spacing w:after="0" w:line="252" w:lineRule="auto"/>
              <w:jc w:val="right"/>
            </w:pPr>
            <w:r>
              <w:rPr>
                <w:b/>
                <w:color w:val="000000"/>
                <w:sz w:val="15"/>
              </w:rPr>
              <w:t>p</w:t>
            </w:r>
          </w:p>
        </w:tc>
      </w:tr>
      <w:tr w14:paraId="7AC26764" w14:textId="77777777">
        <w:tc>
          <w:tcPr>
            <w:tcW w:w="792" w:type="dxa"/>
            <w:tcMar>
              <w:top w:w="80" w:type="dxa"/>
              <w:left w:w="120" w:type="dxa"/>
              <w:bottom w:w="80" w:type="dxa"/>
              <w:right w:w="120" w:type="dxa"/>
            </w:tcMar>
            <w:vAlign w:val="center"/>
          </w:tcPr>
          <w:p w14:paraId="1959A050" w14:textId="77777777">
            <w:pPr>
              <w:spacing w:after="0" w:line="252" w:lineRule="auto"/>
            </w:pPr>
            <w:r>
              <w:rPr>
                <w:color w:val="000000"/>
                <w:sz w:val="15"/>
              </w:rPr>
              <w:t>SP01</w:t>
            </w:r>
          </w:p>
        </w:tc>
        <w:tc>
          <w:tcPr>
            <w:tcW w:w="1800" w:type="dxa"/>
            <w:tcMar>
              <w:top w:w="80" w:type="dxa"/>
              <w:left w:w="120" w:type="dxa"/>
              <w:bottom w:w="80" w:type="dxa"/>
              <w:right w:w="120" w:type="dxa"/>
            </w:tcMar>
            <w:vAlign w:val="center"/>
          </w:tcPr>
          <w:p w14:paraId="1E67EB11"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13B1A207"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20A19886" w14:textId="77777777">
            <w:pPr>
              <w:spacing w:after="0" w:line="252" w:lineRule="auto"/>
            </w:pPr>
            <w:r>
              <w:rPr>
                <w:color w:val="000000"/>
                <w:sz w:val="15"/>
              </w:rPr>
              <w:t>contextual</w:t>
            </w:r>
          </w:p>
        </w:tc>
        <w:tc>
          <w:tcPr>
            <w:tcW w:w="1944" w:type="dxa"/>
            <w:tcMar>
              <w:top w:w="80" w:type="dxa"/>
              <w:left w:w="120" w:type="dxa"/>
              <w:bottom w:w="80" w:type="dxa"/>
              <w:right w:w="120" w:type="dxa"/>
            </w:tcMar>
            <w:vAlign w:val="center"/>
          </w:tcPr>
          <w:p w14:paraId="72650612"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28A6E5FD"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25D1E1B8" w14:textId="77777777">
            <w:pPr>
              <w:spacing w:after="0" w:line="252" w:lineRule="auto"/>
              <w:jc w:val="center"/>
            </w:pPr>
            <w:r>
              <w:rPr>
                <w:rFonts w:ascii="Times New Roman" w:hAnsi="Times New Roman"/>
                <w:sz w:val="16"/>
              </w:rPr>
              <w:t>0.071 (−0.067 to 0.210)</w:t>
            </w:r>
          </w:p>
        </w:tc>
        <w:tc>
          <w:tcPr>
            <w:tcW w:w="792" w:type="dxa"/>
            <w:tcMar>
              <w:top w:w="80" w:type="dxa"/>
              <w:left w:w="120" w:type="dxa"/>
              <w:bottom w:w="80" w:type="dxa"/>
              <w:right w:w="120" w:type="dxa"/>
            </w:tcMar>
            <w:vAlign w:val="center"/>
          </w:tcPr>
          <w:p w14:paraId="7FCD1C44" w14:textId="77777777">
            <w:pPr>
              <w:spacing w:after="0" w:line="252" w:lineRule="auto"/>
              <w:jc w:val="right"/>
            </w:pPr>
            <w:r>
              <w:rPr>
                <w:color w:val="000000"/>
                <w:sz w:val="15"/>
              </w:rPr>
              <w:t>.311</w:t>
            </w:r>
          </w:p>
        </w:tc>
      </w:tr>
      <w:tr w14:paraId="480E4120" w14:textId="77777777">
        <w:tc>
          <w:tcPr>
            <w:tcW w:w="792" w:type="dxa"/>
            <w:tcMar>
              <w:top w:w="80" w:type="dxa"/>
              <w:left w:w="120" w:type="dxa"/>
              <w:bottom w:w="80" w:type="dxa"/>
              <w:right w:w="120" w:type="dxa"/>
            </w:tcMar>
            <w:vAlign w:val="center"/>
          </w:tcPr>
          <w:p w14:paraId="0F056FED" w14:textId="77777777">
            <w:pPr>
              <w:spacing w:after="0" w:line="252" w:lineRule="auto"/>
            </w:pPr>
            <w:r>
              <w:rPr>
                <w:color w:val="000000"/>
                <w:sz w:val="15"/>
              </w:rPr>
              <w:t>SP02</w:t>
            </w:r>
          </w:p>
        </w:tc>
        <w:tc>
          <w:tcPr>
            <w:tcW w:w="1800" w:type="dxa"/>
            <w:tcMar>
              <w:top w:w="80" w:type="dxa"/>
              <w:left w:w="120" w:type="dxa"/>
              <w:bottom w:w="80" w:type="dxa"/>
              <w:right w:w="120" w:type="dxa"/>
            </w:tcMar>
            <w:vAlign w:val="center"/>
          </w:tcPr>
          <w:p w14:paraId="5EA38FAB"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43CB7248"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6EEC01DB" w14:textId="77777777">
            <w:pPr>
              <w:spacing w:after="0" w:line="252" w:lineRule="auto"/>
            </w:pPr>
            <w:r>
              <w:rPr>
                <w:color w:val="000000"/>
                <w:sz w:val="15"/>
              </w:rPr>
              <w:t>contextual</w:t>
            </w:r>
          </w:p>
        </w:tc>
        <w:tc>
          <w:tcPr>
            <w:tcW w:w="1944" w:type="dxa"/>
            <w:tcMar>
              <w:top w:w="80" w:type="dxa"/>
              <w:left w:w="120" w:type="dxa"/>
              <w:bottom w:w="80" w:type="dxa"/>
              <w:right w:w="120" w:type="dxa"/>
            </w:tcMar>
            <w:vAlign w:val="center"/>
          </w:tcPr>
          <w:p w14:paraId="6F101642"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5732CACD"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529AF8CE" w14:textId="77777777">
            <w:pPr>
              <w:spacing w:after="0" w:line="252" w:lineRule="auto"/>
              <w:jc w:val="center"/>
            </w:pPr>
            <w:r>
              <w:rPr>
                <w:rFonts w:ascii="Times New Roman" w:hAnsi="Times New Roman"/>
                <w:sz w:val="16"/>
              </w:rPr>
              <w:t>0.072 (−0.064 to 0.208)</w:t>
            </w:r>
          </w:p>
        </w:tc>
        <w:tc>
          <w:tcPr>
            <w:tcW w:w="792" w:type="dxa"/>
            <w:tcMar>
              <w:top w:w="80" w:type="dxa"/>
              <w:left w:w="120" w:type="dxa"/>
              <w:bottom w:w="80" w:type="dxa"/>
              <w:right w:w="120" w:type="dxa"/>
            </w:tcMar>
            <w:vAlign w:val="center"/>
          </w:tcPr>
          <w:p w14:paraId="1E47EAFA" w14:textId="77777777">
            <w:pPr>
              <w:spacing w:after="0" w:line="252" w:lineRule="auto"/>
              <w:jc w:val="right"/>
            </w:pPr>
            <w:r>
              <w:rPr>
                <w:color w:val="000000"/>
                <w:sz w:val="15"/>
              </w:rPr>
              <w:t>.301</w:t>
            </w:r>
          </w:p>
        </w:tc>
      </w:tr>
      <w:tr w14:paraId="4E5E719D" w14:textId="77777777">
        <w:tc>
          <w:tcPr>
            <w:tcW w:w="792" w:type="dxa"/>
            <w:tcMar>
              <w:top w:w="80" w:type="dxa"/>
              <w:left w:w="120" w:type="dxa"/>
              <w:bottom w:w="80" w:type="dxa"/>
              <w:right w:w="120" w:type="dxa"/>
            </w:tcMar>
            <w:vAlign w:val="center"/>
          </w:tcPr>
          <w:p w14:paraId="65E54D54" w14:textId="77777777">
            <w:pPr>
              <w:spacing w:after="0" w:line="252" w:lineRule="auto"/>
            </w:pPr>
            <w:r>
              <w:rPr>
                <w:color w:val="000000"/>
                <w:sz w:val="15"/>
              </w:rPr>
              <w:t>SP03</w:t>
            </w:r>
          </w:p>
        </w:tc>
        <w:tc>
          <w:tcPr>
            <w:tcW w:w="1800" w:type="dxa"/>
            <w:tcMar>
              <w:top w:w="80" w:type="dxa"/>
              <w:left w:w="120" w:type="dxa"/>
              <w:bottom w:w="80" w:type="dxa"/>
              <w:right w:w="120" w:type="dxa"/>
            </w:tcMar>
            <w:vAlign w:val="center"/>
          </w:tcPr>
          <w:p w14:paraId="28D46E27"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78929173"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29E2ED54"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01B76F6F"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753AA679"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66117627" w14:textId="77777777">
            <w:pPr>
              <w:spacing w:after="0" w:line="252" w:lineRule="auto"/>
              <w:jc w:val="center"/>
            </w:pPr>
            <w:r>
              <w:rPr>
                <w:rFonts w:ascii="Times New Roman" w:hAnsi="Times New Roman"/>
                <w:sz w:val="16"/>
              </w:rPr>
              <w:t>0.074 (−0.062 to 0.210)</w:t>
            </w:r>
          </w:p>
        </w:tc>
        <w:tc>
          <w:tcPr>
            <w:tcW w:w="792" w:type="dxa"/>
            <w:tcMar>
              <w:top w:w="80" w:type="dxa"/>
              <w:left w:w="120" w:type="dxa"/>
              <w:bottom w:w="80" w:type="dxa"/>
              <w:right w:w="120" w:type="dxa"/>
            </w:tcMar>
            <w:vAlign w:val="center"/>
          </w:tcPr>
          <w:p w14:paraId="46EEB339" w14:textId="77777777">
            <w:pPr>
              <w:spacing w:after="0" w:line="252" w:lineRule="auto"/>
              <w:jc w:val="right"/>
            </w:pPr>
            <w:r>
              <w:rPr>
                <w:color w:val="000000"/>
                <w:sz w:val="15"/>
              </w:rPr>
              <w:t>.287</w:t>
            </w:r>
          </w:p>
        </w:tc>
      </w:tr>
      <w:tr w14:paraId="1709ED74" w14:textId="77777777">
        <w:tc>
          <w:tcPr>
            <w:tcW w:w="792" w:type="dxa"/>
            <w:tcMar>
              <w:top w:w="80" w:type="dxa"/>
              <w:left w:w="120" w:type="dxa"/>
              <w:bottom w:w="80" w:type="dxa"/>
              <w:right w:w="120" w:type="dxa"/>
            </w:tcMar>
            <w:vAlign w:val="center"/>
          </w:tcPr>
          <w:p w14:paraId="1839810F" w14:textId="77777777">
            <w:pPr>
              <w:spacing w:after="0" w:line="252" w:lineRule="auto"/>
            </w:pPr>
            <w:r>
              <w:rPr>
                <w:color w:val="000000"/>
                <w:sz w:val="15"/>
              </w:rPr>
              <w:t>SP04</w:t>
            </w:r>
          </w:p>
        </w:tc>
        <w:tc>
          <w:tcPr>
            <w:tcW w:w="1800" w:type="dxa"/>
            <w:tcMar>
              <w:top w:w="80" w:type="dxa"/>
              <w:left w:w="120" w:type="dxa"/>
              <w:bottom w:w="80" w:type="dxa"/>
              <w:right w:w="120" w:type="dxa"/>
            </w:tcMar>
            <w:vAlign w:val="center"/>
          </w:tcPr>
          <w:p w14:paraId="7118DAF0"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619415C2"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091394F6"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4F4660E8"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5A007F51"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60213ADD" w14:textId="77777777">
            <w:pPr>
              <w:spacing w:after="0" w:line="252" w:lineRule="auto"/>
              <w:jc w:val="center"/>
            </w:pPr>
            <w:r>
              <w:rPr>
                <w:rFonts w:ascii="Times New Roman" w:hAnsi="Times New Roman"/>
                <w:sz w:val="16"/>
              </w:rPr>
              <w:t>0.078 (−0.058 to 0.214)</w:t>
            </w:r>
          </w:p>
        </w:tc>
        <w:tc>
          <w:tcPr>
            <w:tcW w:w="792" w:type="dxa"/>
            <w:tcMar>
              <w:top w:w="80" w:type="dxa"/>
              <w:left w:w="120" w:type="dxa"/>
              <w:bottom w:w="80" w:type="dxa"/>
              <w:right w:w="120" w:type="dxa"/>
            </w:tcMar>
            <w:vAlign w:val="center"/>
          </w:tcPr>
          <w:p w14:paraId="75DC1476" w14:textId="77777777">
            <w:pPr>
              <w:spacing w:after="0" w:line="252" w:lineRule="auto"/>
              <w:jc w:val="right"/>
            </w:pPr>
            <w:r>
              <w:rPr>
                <w:color w:val="000000"/>
                <w:sz w:val="15"/>
              </w:rPr>
              <w:t>.259</w:t>
            </w:r>
          </w:p>
        </w:tc>
      </w:tr>
      <w:tr w14:paraId="0C574D1F" w14:textId="77777777">
        <w:tc>
          <w:tcPr>
            <w:tcW w:w="792" w:type="dxa"/>
            <w:tcMar>
              <w:top w:w="80" w:type="dxa"/>
              <w:left w:w="120" w:type="dxa"/>
              <w:bottom w:w="80" w:type="dxa"/>
              <w:right w:w="120" w:type="dxa"/>
            </w:tcMar>
            <w:vAlign w:val="center"/>
          </w:tcPr>
          <w:p w14:paraId="72E734E8" w14:textId="77777777">
            <w:pPr>
              <w:spacing w:after="0" w:line="252" w:lineRule="auto"/>
            </w:pPr>
            <w:r>
              <w:rPr>
                <w:color w:val="000000"/>
                <w:sz w:val="15"/>
              </w:rPr>
              <w:t>SP05</w:t>
            </w:r>
          </w:p>
        </w:tc>
        <w:tc>
          <w:tcPr>
            <w:tcW w:w="1800" w:type="dxa"/>
            <w:tcMar>
              <w:top w:w="80" w:type="dxa"/>
              <w:left w:w="120" w:type="dxa"/>
              <w:bottom w:w="80" w:type="dxa"/>
              <w:right w:w="120" w:type="dxa"/>
            </w:tcMar>
            <w:vAlign w:val="center"/>
          </w:tcPr>
          <w:p w14:paraId="2AE5AA35"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47BF8BE5"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1A66A576"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6EE66E77"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1928B9D4"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4A6DB163" w14:textId="77777777">
            <w:pPr>
              <w:spacing w:after="0" w:line="252" w:lineRule="auto"/>
              <w:jc w:val="center"/>
            </w:pPr>
            <w:r>
              <w:rPr>
                <w:rFonts w:ascii="Times New Roman" w:hAnsi="Times New Roman"/>
                <w:sz w:val="16"/>
              </w:rPr>
              <w:t>0.079 (−0.055 to 0.213)</w:t>
            </w:r>
          </w:p>
        </w:tc>
        <w:tc>
          <w:tcPr>
            <w:tcW w:w="792" w:type="dxa"/>
            <w:tcMar>
              <w:top w:w="80" w:type="dxa"/>
              <w:left w:w="120" w:type="dxa"/>
              <w:bottom w:w="80" w:type="dxa"/>
              <w:right w:w="120" w:type="dxa"/>
            </w:tcMar>
            <w:vAlign w:val="center"/>
          </w:tcPr>
          <w:p w14:paraId="6D3B05B8" w14:textId="77777777">
            <w:pPr>
              <w:spacing w:after="0" w:line="252" w:lineRule="auto"/>
              <w:jc w:val="right"/>
            </w:pPr>
            <w:r>
              <w:rPr>
                <w:color w:val="000000"/>
                <w:sz w:val="15"/>
              </w:rPr>
              <w:t>.248</w:t>
            </w:r>
          </w:p>
        </w:tc>
      </w:tr>
      <w:tr w14:paraId="577EFA0F" w14:textId="77777777">
        <w:tc>
          <w:tcPr>
            <w:tcW w:w="792" w:type="dxa"/>
            <w:tcMar>
              <w:top w:w="80" w:type="dxa"/>
              <w:left w:w="120" w:type="dxa"/>
              <w:bottom w:w="80" w:type="dxa"/>
              <w:right w:w="120" w:type="dxa"/>
            </w:tcMar>
            <w:vAlign w:val="center"/>
          </w:tcPr>
          <w:p w14:paraId="0C3659AF" w14:textId="77777777">
            <w:pPr>
              <w:spacing w:after="0" w:line="252" w:lineRule="auto"/>
            </w:pPr>
            <w:r>
              <w:rPr>
                <w:color w:val="000000"/>
                <w:sz w:val="15"/>
              </w:rPr>
              <w:t>SP06</w:t>
            </w:r>
          </w:p>
        </w:tc>
        <w:tc>
          <w:tcPr>
            <w:tcW w:w="1800" w:type="dxa"/>
            <w:tcMar>
              <w:top w:w="80" w:type="dxa"/>
              <w:left w:w="120" w:type="dxa"/>
              <w:bottom w:w="80" w:type="dxa"/>
              <w:right w:w="120" w:type="dxa"/>
            </w:tcMar>
            <w:vAlign w:val="center"/>
          </w:tcPr>
          <w:p w14:paraId="1C1B43A0"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5CFE1BAD"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1B78B1CA"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0049421E"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157A2110"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09532415" w14:textId="77777777">
            <w:pPr>
              <w:spacing w:after="0" w:line="252" w:lineRule="auto"/>
              <w:jc w:val="center"/>
            </w:pPr>
            <w:r>
              <w:rPr>
                <w:rFonts w:ascii="Times New Roman" w:hAnsi="Times New Roman"/>
                <w:sz w:val="16"/>
              </w:rPr>
              <w:t>0.079 (−0.059 to 0.217)</w:t>
            </w:r>
          </w:p>
        </w:tc>
        <w:tc>
          <w:tcPr>
            <w:tcW w:w="792" w:type="dxa"/>
            <w:tcMar>
              <w:top w:w="80" w:type="dxa"/>
              <w:left w:w="120" w:type="dxa"/>
              <w:bottom w:w="80" w:type="dxa"/>
              <w:right w:w="120" w:type="dxa"/>
            </w:tcMar>
            <w:vAlign w:val="center"/>
          </w:tcPr>
          <w:p w14:paraId="559BDD20" w14:textId="77777777">
            <w:pPr>
              <w:spacing w:after="0" w:line="252" w:lineRule="auto"/>
              <w:jc w:val="right"/>
            </w:pPr>
            <w:r>
              <w:rPr>
                <w:color w:val="000000"/>
                <w:sz w:val="15"/>
              </w:rPr>
              <w:t>.259</w:t>
            </w:r>
          </w:p>
        </w:tc>
      </w:tr>
      <w:tr w14:paraId="6F4180CC" w14:textId="77777777">
        <w:tc>
          <w:tcPr>
            <w:tcW w:w="792" w:type="dxa"/>
            <w:tcMar>
              <w:top w:w="80" w:type="dxa"/>
              <w:left w:w="120" w:type="dxa"/>
              <w:bottom w:w="80" w:type="dxa"/>
              <w:right w:w="120" w:type="dxa"/>
            </w:tcMar>
            <w:vAlign w:val="center"/>
          </w:tcPr>
          <w:p w14:paraId="3D4BF0E9" w14:textId="77777777">
            <w:pPr>
              <w:spacing w:after="0" w:line="252" w:lineRule="auto"/>
            </w:pPr>
            <w:r>
              <w:rPr>
                <w:color w:val="000000"/>
                <w:sz w:val="15"/>
              </w:rPr>
              <w:t>SP07</w:t>
            </w:r>
          </w:p>
        </w:tc>
        <w:tc>
          <w:tcPr>
            <w:tcW w:w="1800" w:type="dxa"/>
            <w:tcMar>
              <w:top w:w="80" w:type="dxa"/>
              <w:left w:w="120" w:type="dxa"/>
              <w:bottom w:w="80" w:type="dxa"/>
              <w:right w:w="120" w:type="dxa"/>
            </w:tcMar>
            <w:vAlign w:val="center"/>
          </w:tcPr>
          <w:p w14:paraId="2565DDDB"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4FFCF1C6"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35D42341" w14:textId="77777777">
            <w:pPr>
              <w:spacing w:after="0" w:line="252" w:lineRule="auto"/>
            </w:pPr>
            <w:r>
              <w:rPr>
                <w:color w:val="000000"/>
                <w:sz w:val="15"/>
              </w:rPr>
              <w:t>contextual</w:t>
            </w:r>
          </w:p>
        </w:tc>
        <w:tc>
          <w:tcPr>
            <w:tcW w:w="1944" w:type="dxa"/>
            <w:tcMar>
              <w:top w:w="80" w:type="dxa"/>
              <w:left w:w="120" w:type="dxa"/>
              <w:bottom w:w="80" w:type="dxa"/>
              <w:right w:w="120" w:type="dxa"/>
            </w:tcMar>
            <w:vAlign w:val="center"/>
          </w:tcPr>
          <w:p w14:paraId="265944CA"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49B0BA7F"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1BEF6E0F" w14:textId="77777777">
            <w:pPr>
              <w:spacing w:after="0" w:line="252" w:lineRule="auto"/>
              <w:jc w:val="center"/>
            </w:pPr>
            <w:r>
              <w:rPr>
                <w:rFonts w:ascii="Times New Roman" w:hAnsi="Times New Roman"/>
                <w:sz w:val="16"/>
              </w:rPr>
              <w:t>0.081 (−0.056 to 0.219)</w:t>
            </w:r>
          </w:p>
        </w:tc>
        <w:tc>
          <w:tcPr>
            <w:tcW w:w="792" w:type="dxa"/>
            <w:tcMar>
              <w:top w:w="80" w:type="dxa"/>
              <w:left w:w="120" w:type="dxa"/>
              <w:bottom w:w="80" w:type="dxa"/>
              <w:right w:w="120" w:type="dxa"/>
            </w:tcMar>
            <w:vAlign w:val="center"/>
          </w:tcPr>
          <w:p w14:paraId="4B5DF9B5" w14:textId="77777777">
            <w:pPr>
              <w:spacing w:after="0" w:line="252" w:lineRule="auto"/>
              <w:jc w:val="right"/>
            </w:pPr>
            <w:r>
              <w:rPr>
                <w:color w:val="000000"/>
                <w:sz w:val="15"/>
              </w:rPr>
              <w:t>.244</w:t>
            </w:r>
          </w:p>
        </w:tc>
      </w:tr>
      <w:tr w14:paraId="39F65958" w14:textId="77777777">
        <w:tc>
          <w:tcPr>
            <w:tcW w:w="792" w:type="dxa"/>
            <w:tcMar>
              <w:top w:w="80" w:type="dxa"/>
              <w:left w:w="120" w:type="dxa"/>
              <w:bottom w:w="80" w:type="dxa"/>
              <w:right w:w="120" w:type="dxa"/>
            </w:tcMar>
            <w:vAlign w:val="center"/>
          </w:tcPr>
          <w:p w14:paraId="3EF70F77" w14:textId="77777777">
            <w:pPr>
              <w:spacing w:after="0" w:line="252" w:lineRule="auto"/>
            </w:pPr>
            <w:r>
              <w:rPr>
                <w:color w:val="000000"/>
                <w:sz w:val="15"/>
              </w:rPr>
              <w:t>SP08</w:t>
            </w:r>
          </w:p>
        </w:tc>
        <w:tc>
          <w:tcPr>
            <w:tcW w:w="1800" w:type="dxa"/>
            <w:tcMar>
              <w:top w:w="80" w:type="dxa"/>
              <w:left w:w="120" w:type="dxa"/>
              <w:bottom w:w="80" w:type="dxa"/>
              <w:right w:w="120" w:type="dxa"/>
            </w:tcMar>
            <w:vAlign w:val="center"/>
          </w:tcPr>
          <w:p w14:paraId="27191DBA"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099625B7"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60319959" w14:textId="77777777">
            <w:pPr>
              <w:spacing w:after="0" w:line="252" w:lineRule="auto"/>
            </w:pPr>
            <w:r>
              <w:rPr>
                <w:color w:val="000000"/>
                <w:sz w:val="15"/>
              </w:rPr>
              <w:t>contextual</w:t>
            </w:r>
          </w:p>
        </w:tc>
        <w:tc>
          <w:tcPr>
            <w:tcW w:w="1944" w:type="dxa"/>
            <w:tcMar>
              <w:top w:w="80" w:type="dxa"/>
              <w:left w:w="120" w:type="dxa"/>
              <w:bottom w:w="80" w:type="dxa"/>
              <w:right w:w="120" w:type="dxa"/>
            </w:tcMar>
            <w:vAlign w:val="center"/>
          </w:tcPr>
          <w:p w14:paraId="69D4CA30"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235D91FE"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57B68F18" w14:textId="77777777">
            <w:pPr>
              <w:spacing w:after="0" w:line="252" w:lineRule="auto"/>
              <w:jc w:val="center"/>
            </w:pPr>
            <w:r>
              <w:rPr>
                <w:rFonts w:ascii="Times New Roman" w:hAnsi="Times New Roman"/>
                <w:sz w:val="16"/>
              </w:rPr>
              <w:t>0.082 (−0.053 to 0.217)</w:t>
            </w:r>
          </w:p>
        </w:tc>
        <w:tc>
          <w:tcPr>
            <w:tcW w:w="792" w:type="dxa"/>
            <w:tcMar>
              <w:top w:w="80" w:type="dxa"/>
              <w:left w:w="120" w:type="dxa"/>
              <w:bottom w:w="80" w:type="dxa"/>
              <w:right w:w="120" w:type="dxa"/>
            </w:tcMar>
            <w:vAlign w:val="center"/>
          </w:tcPr>
          <w:p w14:paraId="119C730C" w14:textId="77777777">
            <w:pPr>
              <w:spacing w:after="0" w:line="252" w:lineRule="auto"/>
              <w:jc w:val="right"/>
            </w:pPr>
            <w:r>
              <w:rPr>
                <w:color w:val="000000"/>
                <w:sz w:val="15"/>
              </w:rPr>
              <w:t>.233</w:t>
            </w:r>
          </w:p>
        </w:tc>
      </w:tr>
      <w:tr w14:paraId="2D73F355" w14:textId="77777777">
        <w:tc>
          <w:tcPr>
            <w:tcW w:w="792" w:type="dxa"/>
            <w:tcMar>
              <w:top w:w="80" w:type="dxa"/>
              <w:left w:w="120" w:type="dxa"/>
              <w:bottom w:w="80" w:type="dxa"/>
              <w:right w:w="120" w:type="dxa"/>
            </w:tcMar>
            <w:vAlign w:val="center"/>
          </w:tcPr>
          <w:p w14:paraId="3ACE5179" w14:textId="77777777">
            <w:pPr>
              <w:spacing w:after="0" w:line="252" w:lineRule="auto"/>
            </w:pPr>
            <w:r>
              <w:rPr>
                <w:color w:val="000000"/>
                <w:sz w:val="15"/>
              </w:rPr>
              <w:t>SP09</w:t>
            </w:r>
          </w:p>
        </w:tc>
        <w:tc>
          <w:tcPr>
            <w:tcW w:w="1800" w:type="dxa"/>
            <w:tcMar>
              <w:top w:w="80" w:type="dxa"/>
              <w:left w:w="120" w:type="dxa"/>
              <w:bottom w:w="80" w:type="dxa"/>
              <w:right w:w="120" w:type="dxa"/>
            </w:tcMar>
            <w:vAlign w:val="center"/>
          </w:tcPr>
          <w:p w14:paraId="181853E5"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78572FDC"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43D4098D"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387F3F2A"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04A6F90A"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14ACB2C0" w14:textId="77777777">
            <w:pPr>
              <w:spacing w:after="0" w:line="252" w:lineRule="auto"/>
              <w:jc w:val="center"/>
            </w:pPr>
            <w:r>
              <w:rPr>
                <w:rFonts w:ascii="Times New Roman" w:hAnsi="Times New Roman"/>
                <w:sz w:val="16"/>
              </w:rPr>
              <w:t>0.084 (−0.050 to 0.217)</w:t>
            </w:r>
          </w:p>
        </w:tc>
        <w:tc>
          <w:tcPr>
            <w:tcW w:w="792" w:type="dxa"/>
            <w:tcMar>
              <w:top w:w="80" w:type="dxa"/>
              <w:left w:w="120" w:type="dxa"/>
              <w:bottom w:w="80" w:type="dxa"/>
              <w:right w:w="120" w:type="dxa"/>
            </w:tcMar>
            <w:vAlign w:val="center"/>
          </w:tcPr>
          <w:p w14:paraId="4052397B" w14:textId="77777777">
            <w:pPr>
              <w:spacing w:after="0" w:line="252" w:lineRule="auto"/>
              <w:jc w:val="right"/>
            </w:pPr>
            <w:r>
              <w:rPr>
                <w:color w:val="000000"/>
                <w:sz w:val="15"/>
              </w:rPr>
              <w:t>.218</w:t>
            </w:r>
          </w:p>
        </w:tc>
      </w:tr>
      <w:tr w14:paraId="1280BA89" w14:textId="77777777">
        <w:tc>
          <w:tcPr>
            <w:tcW w:w="792" w:type="dxa"/>
            <w:tcMar>
              <w:top w:w="80" w:type="dxa"/>
              <w:left w:w="120" w:type="dxa"/>
              <w:bottom w:w="80" w:type="dxa"/>
              <w:right w:w="120" w:type="dxa"/>
            </w:tcMar>
            <w:vAlign w:val="center"/>
          </w:tcPr>
          <w:p w14:paraId="544AE0F0" w14:textId="77777777">
            <w:pPr>
              <w:spacing w:after="0" w:line="252" w:lineRule="auto"/>
            </w:pPr>
            <w:r>
              <w:rPr>
                <w:color w:val="000000"/>
                <w:sz w:val="15"/>
              </w:rPr>
              <w:t>SP10</w:t>
            </w:r>
          </w:p>
        </w:tc>
        <w:tc>
          <w:tcPr>
            <w:tcW w:w="1800" w:type="dxa"/>
            <w:tcMar>
              <w:top w:w="80" w:type="dxa"/>
              <w:left w:w="120" w:type="dxa"/>
              <w:bottom w:w="80" w:type="dxa"/>
              <w:right w:w="120" w:type="dxa"/>
            </w:tcMar>
            <w:vAlign w:val="center"/>
          </w:tcPr>
          <w:p w14:paraId="57A447F4"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546943A4"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6554C8E9"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00AC86CA"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75BB9553"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385C75DC" w14:textId="77777777">
            <w:pPr>
              <w:spacing w:after="0" w:line="252" w:lineRule="auto"/>
              <w:jc w:val="center"/>
            </w:pPr>
            <w:r>
              <w:rPr>
                <w:rFonts w:ascii="Times New Roman" w:hAnsi="Times New Roman"/>
                <w:sz w:val="16"/>
              </w:rPr>
              <w:t>0.084 (−0.053 to 0.221)</w:t>
            </w:r>
          </w:p>
        </w:tc>
        <w:tc>
          <w:tcPr>
            <w:tcW w:w="792" w:type="dxa"/>
            <w:tcMar>
              <w:top w:w="80" w:type="dxa"/>
              <w:left w:w="120" w:type="dxa"/>
              <w:bottom w:w="80" w:type="dxa"/>
              <w:right w:w="120" w:type="dxa"/>
            </w:tcMar>
            <w:vAlign w:val="center"/>
          </w:tcPr>
          <w:p w14:paraId="4E223CBB" w14:textId="77777777">
            <w:pPr>
              <w:spacing w:after="0" w:line="252" w:lineRule="auto"/>
              <w:jc w:val="right"/>
            </w:pPr>
            <w:r>
              <w:rPr>
                <w:color w:val="000000"/>
                <w:sz w:val="15"/>
              </w:rPr>
              <w:t>.230</w:t>
            </w:r>
          </w:p>
        </w:tc>
      </w:tr>
      <w:tr w14:paraId="773F9E78" w14:textId="77777777">
        <w:tc>
          <w:tcPr>
            <w:tcW w:w="792" w:type="dxa"/>
            <w:tcMar>
              <w:top w:w="80" w:type="dxa"/>
              <w:left w:w="120" w:type="dxa"/>
              <w:bottom w:w="80" w:type="dxa"/>
              <w:right w:w="120" w:type="dxa"/>
            </w:tcMar>
            <w:vAlign w:val="center"/>
          </w:tcPr>
          <w:p w14:paraId="6F80E31F" w14:textId="77777777">
            <w:pPr>
              <w:spacing w:after="0" w:line="252" w:lineRule="auto"/>
            </w:pPr>
            <w:r>
              <w:rPr>
                <w:color w:val="000000"/>
                <w:sz w:val="15"/>
              </w:rPr>
              <w:t>SP11</w:t>
            </w:r>
          </w:p>
        </w:tc>
        <w:tc>
          <w:tcPr>
            <w:tcW w:w="1800" w:type="dxa"/>
            <w:tcMar>
              <w:top w:w="80" w:type="dxa"/>
              <w:left w:w="120" w:type="dxa"/>
              <w:bottom w:w="80" w:type="dxa"/>
              <w:right w:w="120" w:type="dxa"/>
            </w:tcMar>
            <w:vAlign w:val="center"/>
          </w:tcPr>
          <w:p w14:paraId="3E9615CC"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1ECEFE91"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0608B0C9"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1672B3AA"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49632D6A"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7CD21F3C" w14:textId="77777777">
            <w:pPr>
              <w:spacing w:after="0" w:line="252" w:lineRule="auto"/>
              <w:jc w:val="center"/>
            </w:pPr>
            <w:r>
              <w:rPr>
                <w:rFonts w:ascii="Times New Roman" w:hAnsi="Times New Roman"/>
                <w:sz w:val="16"/>
              </w:rPr>
              <w:t>0.084 (−0.052 to 0.220)</w:t>
            </w:r>
          </w:p>
        </w:tc>
        <w:tc>
          <w:tcPr>
            <w:tcW w:w="792" w:type="dxa"/>
            <w:tcMar>
              <w:top w:w="80" w:type="dxa"/>
              <w:left w:w="120" w:type="dxa"/>
              <w:bottom w:w="80" w:type="dxa"/>
              <w:right w:w="120" w:type="dxa"/>
            </w:tcMar>
            <w:vAlign w:val="center"/>
          </w:tcPr>
          <w:p w14:paraId="240537EF" w14:textId="77777777">
            <w:pPr>
              <w:spacing w:after="0" w:line="252" w:lineRule="auto"/>
              <w:jc w:val="right"/>
            </w:pPr>
            <w:r>
              <w:rPr>
                <w:color w:val="000000"/>
                <w:sz w:val="15"/>
              </w:rPr>
              <w:t>.222</w:t>
            </w:r>
          </w:p>
        </w:tc>
      </w:tr>
      <w:tr w14:paraId="0E1594A3" w14:textId="77777777">
        <w:tc>
          <w:tcPr>
            <w:tcW w:w="792" w:type="dxa"/>
            <w:tcMar>
              <w:top w:w="80" w:type="dxa"/>
              <w:left w:w="120" w:type="dxa"/>
              <w:bottom w:w="80" w:type="dxa"/>
              <w:right w:w="120" w:type="dxa"/>
            </w:tcMar>
            <w:vAlign w:val="center"/>
          </w:tcPr>
          <w:p w14:paraId="5EAF48D8" w14:textId="77777777">
            <w:pPr>
              <w:spacing w:after="0" w:line="252" w:lineRule="auto"/>
            </w:pPr>
            <w:r>
              <w:rPr>
                <w:color w:val="000000"/>
                <w:sz w:val="15"/>
              </w:rPr>
              <w:t>SP12</w:t>
            </w:r>
          </w:p>
        </w:tc>
        <w:tc>
          <w:tcPr>
            <w:tcW w:w="1800" w:type="dxa"/>
            <w:tcMar>
              <w:top w:w="80" w:type="dxa"/>
              <w:left w:w="120" w:type="dxa"/>
              <w:bottom w:w="80" w:type="dxa"/>
              <w:right w:w="120" w:type="dxa"/>
            </w:tcMar>
            <w:vAlign w:val="center"/>
          </w:tcPr>
          <w:p w14:paraId="058A6C00"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2A5DF433"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716E04D8"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24BCB4C7"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766FF5C1"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4033E78C" w14:textId="77777777">
            <w:pPr>
              <w:spacing w:after="0" w:line="252" w:lineRule="auto"/>
              <w:jc w:val="center"/>
            </w:pPr>
            <w:r>
              <w:rPr>
                <w:rFonts w:ascii="Times New Roman" w:hAnsi="Times New Roman"/>
                <w:sz w:val="16"/>
              </w:rPr>
              <w:t>0.086 (−0.051 to 0.222)</w:t>
            </w:r>
          </w:p>
        </w:tc>
        <w:tc>
          <w:tcPr>
            <w:tcW w:w="792" w:type="dxa"/>
            <w:tcMar>
              <w:top w:w="80" w:type="dxa"/>
              <w:left w:w="120" w:type="dxa"/>
              <w:bottom w:w="80" w:type="dxa"/>
              <w:right w:w="120" w:type="dxa"/>
            </w:tcMar>
            <w:vAlign w:val="center"/>
          </w:tcPr>
          <w:p w14:paraId="2246B835" w14:textId="77777777">
            <w:pPr>
              <w:spacing w:after="0" w:line="252" w:lineRule="auto"/>
              <w:jc w:val="right"/>
            </w:pPr>
            <w:r>
              <w:rPr>
                <w:color w:val="000000"/>
                <w:sz w:val="15"/>
              </w:rPr>
              <w:t>.218</w:t>
            </w:r>
          </w:p>
        </w:tc>
      </w:tr>
      <w:tr w14:paraId="0AD80FCB" w14:textId="77777777">
        <w:tc>
          <w:tcPr>
            <w:tcW w:w="792" w:type="dxa"/>
            <w:tcMar>
              <w:top w:w="80" w:type="dxa"/>
              <w:left w:w="120" w:type="dxa"/>
              <w:bottom w:w="80" w:type="dxa"/>
              <w:right w:w="120" w:type="dxa"/>
            </w:tcMar>
            <w:vAlign w:val="center"/>
          </w:tcPr>
          <w:p w14:paraId="6CF3DA59" w14:textId="77777777">
            <w:pPr>
              <w:spacing w:after="0" w:line="252" w:lineRule="auto"/>
            </w:pPr>
            <w:r>
              <w:rPr>
                <w:color w:val="000000"/>
                <w:sz w:val="15"/>
              </w:rPr>
              <w:t>SP13</w:t>
            </w:r>
          </w:p>
        </w:tc>
        <w:tc>
          <w:tcPr>
            <w:tcW w:w="1800" w:type="dxa"/>
            <w:tcMar>
              <w:top w:w="80" w:type="dxa"/>
              <w:left w:w="120" w:type="dxa"/>
              <w:bottom w:w="80" w:type="dxa"/>
              <w:right w:w="120" w:type="dxa"/>
            </w:tcMar>
            <w:vAlign w:val="center"/>
          </w:tcPr>
          <w:p w14:paraId="620C7DD1"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1443B3F0"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045ABF14"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28612148"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314697C8"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7C399836" w14:textId="77777777">
            <w:pPr>
              <w:spacing w:after="0" w:line="252" w:lineRule="auto"/>
              <w:jc w:val="center"/>
            </w:pPr>
            <w:r>
              <w:rPr>
                <w:rFonts w:ascii="Times New Roman" w:hAnsi="Times New Roman"/>
                <w:sz w:val="16"/>
              </w:rPr>
              <w:t>0.089 (−0.047 to 0.225)</w:t>
            </w:r>
          </w:p>
        </w:tc>
        <w:tc>
          <w:tcPr>
            <w:tcW w:w="792" w:type="dxa"/>
            <w:tcMar>
              <w:top w:w="80" w:type="dxa"/>
              <w:left w:w="120" w:type="dxa"/>
              <w:bottom w:w="80" w:type="dxa"/>
              <w:right w:w="120" w:type="dxa"/>
            </w:tcMar>
            <w:vAlign w:val="center"/>
          </w:tcPr>
          <w:p w14:paraId="48915789" w14:textId="77777777">
            <w:pPr>
              <w:spacing w:after="0" w:line="252" w:lineRule="auto"/>
              <w:jc w:val="right"/>
            </w:pPr>
            <w:r>
              <w:rPr>
                <w:color w:val="000000"/>
                <w:sz w:val="15"/>
              </w:rPr>
              <w:t>.198</w:t>
            </w:r>
          </w:p>
        </w:tc>
      </w:tr>
      <w:tr w14:paraId="1F11C68E" w14:textId="77777777">
        <w:tc>
          <w:tcPr>
            <w:tcW w:w="792" w:type="dxa"/>
            <w:tcMar>
              <w:top w:w="80" w:type="dxa"/>
              <w:left w:w="120" w:type="dxa"/>
              <w:bottom w:w="80" w:type="dxa"/>
              <w:right w:w="120" w:type="dxa"/>
            </w:tcMar>
            <w:vAlign w:val="center"/>
          </w:tcPr>
          <w:p w14:paraId="1DE29D3D" w14:textId="77777777">
            <w:pPr>
              <w:spacing w:after="0" w:line="252" w:lineRule="auto"/>
            </w:pPr>
            <w:r>
              <w:rPr>
                <w:color w:val="000000"/>
                <w:sz w:val="15"/>
              </w:rPr>
              <w:t>SP14</w:t>
            </w:r>
          </w:p>
        </w:tc>
        <w:tc>
          <w:tcPr>
            <w:tcW w:w="1800" w:type="dxa"/>
            <w:tcMar>
              <w:top w:w="80" w:type="dxa"/>
              <w:left w:w="120" w:type="dxa"/>
              <w:bottom w:w="80" w:type="dxa"/>
              <w:right w:w="120" w:type="dxa"/>
            </w:tcMar>
            <w:vAlign w:val="center"/>
          </w:tcPr>
          <w:p w14:paraId="19B6F35F"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1AA33E8F"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03A3AC86"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391E497A"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59F59B05"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3E48F685" w14:textId="77777777">
            <w:pPr>
              <w:spacing w:after="0" w:line="252" w:lineRule="auto"/>
              <w:jc w:val="center"/>
            </w:pPr>
            <w:r>
              <w:rPr>
                <w:rFonts w:ascii="Times New Roman" w:hAnsi="Times New Roman"/>
                <w:sz w:val="16"/>
              </w:rPr>
              <w:t>0.090 (−0.045 to 0.224)</w:t>
            </w:r>
          </w:p>
        </w:tc>
        <w:tc>
          <w:tcPr>
            <w:tcW w:w="792" w:type="dxa"/>
            <w:tcMar>
              <w:top w:w="80" w:type="dxa"/>
              <w:left w:w="120" w:type="dxa"/>
              <w:bottom w:w="80" w:type="dxa"/>
              <w:right w:w="120" w:type="dxa"/>
            </w:tcMar>
            <w:vAlign w:val="center"/>
          </w:tcPr>
          <w:p w14:paraId="10260EC8" w14:textId="77777777">
            <w:pPr>
              <w:spacing w:after="0" w:line="252" w:lineRule="auto"/>
              <w:jc w:val="right"/>
            </w:pPr>
            <w:r>
              <w:rPr>
                <w:color w:val="000000"/>
                <w:sz w:val="15"/>
              </w:rPr>
              <w:t>.190</w:t>
            </w:r>
          </w:p>
        </w:tc>
      </w:tr>
      <w:tr w14:paraId="2BAF4F33" w14:textId="77777777">
        <w:tc>
          <w:tcPr>
            <w:tcW w:w="792" w:type="dxa"/>
            <w:tcMar>
              <w:top w:w="80" w:type="dxa"/>
              <w:left w:w="120" w:type="dxa"/>
              <w:bottom w:w="80" w:type="dxa"/>
              <w:right w:w="120" w:type="dxa"/>
            </w:tcMar>
            <w:vAlign w:val="center"/>
          </w:tcPr>
          <w:p w14:paraId="07FAFC66" w14:textId="77777777">
            <w:pPr>
              <w:spacing w:after="0" w:line="252" w:lineRule="auto"/>
            </w:pPr>
            <w:r>
              <w:rPr>
                <w:color w:val="000000"/>
                <w:sz w:val="15"/>
              </w:rPr>
              <w:t>SP15</w:t>
            </w:r>
          </w:p>
        </w:tc>
        <w:tc>
          <w:tcPr>
            <w:tcW w:w="1800" w:type="dxa"/>
            <w:tcMar>
              <w:top w:w="80" w:type="dxa"/>
              <w:left w:w="120" w:type="dxa"/>
              <w:bottom w:w="80" w:type="dxa"/>
              <w:right w:w="120" w:type="dxa"/>
            </w:tcMar>
            <w:vAlign w:val="center"/>
          </w:tcPr>
          <w:p w14:paraId="42B17B1E" w14:textId="77777777">
            <w:pPr>
              <w:spacing w:after="0" w:line="252" w:lineRule="auto"/>
            </w:pPr>
            <w:r>
              <w:rPr>
                <w:color w:val="000000"/>
                <w:sz w:val="15"/>
              </w:rPr>
              <w:t>18-item primary</w:t>
            </w:r>
          </w:p>
        </w:tc>
        <w:tc>
          <w:tcPr>
            <w:tcW w:w="936" w:type="dxa"/>
            <w:tcMar>
              <w:top w:w="80" w:type="dxa"/>
              <w:left w:w="120" w:type="dxa"/>
              <w:bottom w:w="80" w:type="dxa"/>
              <w:right w:w="120" w:type="dxa"/>
            </w:tcMar>
            <w:vAlign w:val="center"/>
          </w:tcPr>
          <w:p w14:paraId="2DCD123B"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2F411D3A"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700B11F5"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73BCE6AD"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30EA72A9" w14:textId="77777777">
            <w:pPr>
              <w:spacing w:after="0" w:line="252" w:lineRule="auto"/>
              <w:jc w:val="center"/>
            </w:pPr>
            <w:r>
              <w:rPr>
                <w:rFonts w:ascii="Times New Roman" w:hAnsi="Times New Roman"/>
                <w:sz w:val="16"/>
              </w:rPr>
              <w:t>0.090 (−0.045 to 0.225)</w:t>
            </w:r>
          </w:p>
        </w:tc>
        <w:tc>
          <w:tcPr>
            <w:tcW w:w="792" w:type="dxa"/>
            <w:tcMar>
              <w:top w:w="80" w:type="dxa"/>
              <w:left w:w="120" w:type="dxa"/>
              <w:bottom w:w="80" w:type="dxa"/>
              <w:right w:w="120" w:type="dxa"/>
            </w:tcMar>
            <w:vAlign w:val="center"/>
          </w:tcPr>
          <w:p w14:paraId="2D3D81F5" w14:textId="77777777">
            <w:pPr>
              <w:spacing w:after="0" w:line="252" w:lineRule="auto"/>
              <w:jc w:val="right"/>
            </w:pPr>
            <w:r>
              <w:rPr>
                <w:color w:val="000000"/>
                <w:sz w:val="15"/>
              </w:rPr>
              <w:t>.192</w:t>
            </w:r>
          </w:p>
        </w:tc>
      </w:tr>
      <w:tr w14:paraId="141D88B4" w14:textId="77777777">
        <w:tc>
          <w:tcPr>
            <w:tcW w:w="792" w:type="dxa"/>
            <w:tcMar>
              <w:top w:w="80" w:type="dxa"/>
              <w:left w:w="120" w:type="dxa"/>
              <w:bottom w:w="80" w:type="dxa"/>
              <w:right w:w="120" w:type="dxa"/>
            </w:tcMar>
            <w:vAlign w:val="center"/>
          </w:tcPr>
          <w:p w14:paraId="7F7E1E08" w14:textId="77777777">
            <w:pPr>
              <w:spacing w:after="0" w:line="252" w:lineRule="auto"/>
            </w:pPr>
            <w:r>
              <w:rPr>
                <w:color w:val="000000"/>
                <w:sz w:val="15"/>
              </w:rPr>
              <w:t>SP16</w:t>
            </w:r>
          </w:p>
        </w:tc>
        <w:tc>
          <w:tcPr>
            <w:tcW w:w="1800" w:type="dxa"/>
            <w:tcMar>
              <w:top w:w="80" w:type="dxa"/>
              <w:left w:w="120" w:type="dxa"/>
              <w:bottom w:w="80" w:type="dxa"/>
              <w:right w:w="120" w:type="dxa"/>
            </w:tcMar>
            <w:vAlign w:val="center"/>
          </w:tcPr>
          <w:p w14:paraId="24531630"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2286FDE4"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2FC6CE20"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78DE613C"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0645432C"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2A2E9294" w14:textId="77777777">
            <w:pPr>
              <w:spacing w:after="0" w:line="252" w:lineRule="auto"/>
              <w:jc w:val="center"/>
            </w:pPr>
            <w:r>
              <w:rPr>
                <w:rFonts w:ascii="Times New Roman" w:hAnsi="Times New Roman"/>
                <w:sz w:val="16"/>
              </w:rPr>
              <w:t>0.090 (−0.048 to 0.229)</w:t>
            </w:r>
          </w:p>
        </w:tc>
        <w:tc>
          <w:tcPr>
            <w:tcW w:w="792" w:type="dxa"/>
            <w:tcMar>
              <w:top w:w="80" w:type="dxa"/>
              <w:left w:w="120" w:type="dxa"/>
              <w:bottom w:w="80" w:type="dxa"/>
              <w:right w:w="120" w:type="dxa"/>
            </w:tcMar>
            <w:vAlign w:val="center"/>
          </w:tcPr>
          <w:p w14:paraId="57B9F5F4" w14:textId="77777777">
            <w:pPr>
              <w:spacing w:after="0" w:line="252" w:lineRule="auto"/>
              <w:jc w:val="right"/>
            </w:pPr>
            <w:r>
              <w:rPr>
                <w:color w:val="000000"/>
                <w:sz w:val="15"/>
              </w:rPr>
              <w:t>.201</w:t>
            </w:r>
          </w:p>
        </w:tc>
      </w:tr>
      <w:tr w14:paraId="477BDEF5" w14:textId="77777777">
        <w:tc>
          <w:tcPr>
            <w:tcW w:w="792" w:type="dxa"/>
            <w:tcMar>
              <w:top w:w="80" w:type="dxa"/>
              <w:left w:w="120" w:type="dxa"/>
              <w:bottom w:w="80" w:type="dxa"/>
              <w:right w:w="120" w:type="dxa"/>
            </w:tcMar>
            <w:vAlign w:val="center"/>
          </w:tcPr>
          <w:p w14:paraId="4C122CEB" w14:textId="77777777">
            <w:pPr>
              <w:spacing w:after="0" w:line="252" w:lineRule="auto"/>
            </w:pPr>
            <w:r>
              <w:rPr>
                <w:color w:val="000000"/>
                <w:sz w:val="15"/>
              </w:rPr>
              <w:t>SP17</w:t>
            </w:r>
          </w:p>
        </w:tc>
        <w:tc>
          <w:tcPr>
            <w:tcW w:w="1800" w:type="dxa"/>
            <w:tcMar>
              <w:top w:w="80" w:type="dxa"/>
              <w:left w:w="120" w:type="dxa"/>
              <w:bottom w:w="80" w:type="dxa"/>
              <w:right w:w="120" w:type="dxa"/>
            </w:tcMar>
            <w:vAlign w:val="center"/>
          </w:tcPr>
          <w:p w14:paraId="705210CE"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175B9C16" w14:textId="77777777">
            <w:pPr>
              <w:spacing w:after="0" w:line="252" w:lineRule="auto"/>
              <w:jc w:val="center"/>
            </w:pPr>
            <w:r>
              <w:rPr>
                <w:color w:val="000000"/>
                <w:sz w:val="15"/>
              </w:rPr>
              <w:t>5-level</w:t>
            </w:r>
          </w:p>
        </w:tc>
        <w:tc>
          <w:tcPr>
            <w:tcW w:w="1512" w:type="dxa"/>
            <w:tcMar>
              <w:top w:w="80" w:type="dxa"/>
              <w:left w:w="120" w:type="dxa"/>
              <w:bottom w:w="80" w:type="dxa"/>
              <w:right w:w="120" w:type="dxa"/>
            </w:tcMar>
            <w:vAlign w:val="center"/>
          </w:tcPr>
          <w:p w14:paraId="307FA52D"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2BF07721"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43170747"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657F03E9" w14:textId="77777777">
            <w:pPr>
              <w:spacing w:after="0" w:line="252" w:lineRule="auto"/>
              <w:jc w:val="center"/>
            </w:pPr>
            <w:r>
              <w:rPr>
                <w:rFonts w:ascii="Times New Roman" w:hAnsi="Times New Roman"/>
                <w:sz w:val="16"/>
              </w:rPr>
              <w:t>0.094 (−0.040 to 0.227)</w:t>
            </w:r>
          </w:p>
        </w:tc>
        <w:tc>
          <w:tcPr>
            <w:tcW w:w="792" w:type="dxa"/>
            <w:tcMar>
              <w:top w:w="80" w:type="dxa"/>
              <w:left w:w="120" w:type="dxa"/>
              <w:bottom w:w="80" w:type="dxa"/>
              <w:right w:w="120" w:type="dxa"/>
            </w:tcMar>
            <w:vAlign w:val="center"/>
          </w:tcPr>
          <w:p w14:paraId="54C5E8AC" w14:textId="77777777">
            <w:pPr>
              <w:spacing w:after="0" w:line="252" w:lineRule="auto"/>
              <w:jc w:val="right"/>
            </w:pPr>
            <w:r>
              <w:rPr>
                <w:color w:val="000000"/>
                <w:sz w:val="15"/>
              </w:rPr>
              <w:t>.168</w:t>
            </w:r>
          </w:p>
        </w:tc>
      </w:tr>
      <w:tr w14:paraId="5A0E35C7" w14:textId="77777777">
        <w:tc>
          <w:tcPr>
            <w:tcW w:w="792" w:type="dxa"/>
            <w:tcMar>
              <w:top w:w="80" w:type="dxa"/>
              <w:left w:w="120" w:type="dxa"/>
              <w:bottom w:w="80" w:type="dxa"/>
              <w:right w:w="120" w:type="dxa"/>
            </w:tcMar>
            <w:vAlign w:val="center"/>
          </w:tcPr>
          <w:p w14:paraId="762539FD" w14:textId="77777777">
            <w:pPr>
              <w:spacing w:after="0" w:line="252" w:lineRule="auto"/>
            </w:pPr>
            <w:r>
              <w:rPr>
                <w:color w:val="000000"/>
                <w:sz w:val="15"/>
              </w:rPr>
              <w:t>SP18</w:t>
            </w:r>
          </w:p>
        </w:tc>
        <w:tc>
          <w:tcPr>
            <w:tcW w:w="1800" w:type="dxa"/>
            <w:tcMar>
              <w:top w:w="80" w:type="dxa"/>
              <w:left w:w="120" w:type="dxa"/>
              <w:bottom w:w="80" w:type="dxa"/>
              <w:right w:w="120" w:type="dxa"/>
            </w:tcMar>
            <w:vAlign w:val="center"/>
          </w:tcPr>
          <w:p w14:paraId="0D2E88B6"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4D3F73E0"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164D3657" w14:textId="77777777">
            <w:pPr>
              <w:spacing w:after="0" w:line="252" w:lineRule="auto"/>
            </w:pPr>
            <w:r>
              <w:rPr>
                <w:color w:val="000000"/>
                <w:sz w:val="15"/>
              </w:rPr>
              <w:t>demographic</w:t>
            </w:r>
          </w:p>
        </w:tc>
        <w:tc>
          <w:tcPr>
            <w:tcW w:w="1944" w:type="dxa"/>
            <w:tcMar>
              <w:top w:w="80" w:type="dxa"/>
              <w:left w:w="120" w:type="dxa"/>
              <w:bottom w:w="80" w:type="dxa"/>
              <w:right w:w="120" w:type="dxa"/>
            </w:tcMar>
            <w:vAlign w:val="center"/>
          </w:tcPr>
          <w:p w14:paraId="2B2A528A"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11AD550C"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41A469D4" w14:textId="77777777">
            <w:pPr>
              <w:spacing w:after="0" w:line="252" w:lineRule="auto"/>
              <w:jc w:val="center"/>
            </w:pPr>
            <w:r>
              <w:rPr>
                <w:rFonts w:ascii="Times New Roman" w:hAnsi="Times New Roman"/>
                <w:sz w:val="16"/>
              </w:rPr>
              <w:t>0.094 (−0.044 to 0.232)</w:t>
            </w:r>
          </w:p>
        </w:tc>
        <w:tc>
          <w:tcPr>
            <w:tcW w:w="792" w:type="dxa"/>
            <w:tcMar>
              <w:top w:w="80" w:type="dxa"/>
              <w:left w:w="120" w:type="dxa"/>
              <w:bottom w:w="80" w:type="dxa"/>
              <w:right w:w="120" w:type="dxa"/>
            </w:tcMar>
            <w:vAlign w:val="center"/>
          </w:tcPr>
          <w:p w14:paraId="5B7CB3E5" w14:textId="77777777">
            <w:pPr>
              <w:spacing w:after="0" w:line="252" w:lineRule="auto"/>
              <w:jc w:val="right"/>
            </w:pPr>
            <w:r>
              <w:rPr>
                <w:color w:val="000000"/>
                <w:sz w:val="15"/>
              </w:rPr>
              <w:t>.180</w:t>
            </w:r>
          </w:p>
        </w:tc>
      </w:tr>
      <w:tr w14:paraId="1260C132" w14:textId="77777777">
        <w:tc>
          <w:tcPr>
            <w:tcW w:w="792" w:type="dxa"/>
            <w:tcMar>
              <w:top w:w="80" w:type="dxa"/>
              <w:left w:w="120" w:type="dxa"/>
              <w:bottom w:w="80" w:type="dxa"/>
              <w:right w:w="120" w:type="dxa"/>
            </w:tcMar>
            <w:vAlign w:val="center"/>
          </w:tcPr>
          <w:p w14:paraId="6E31E81C" w14:textId="77777777">
            <w:pPr>
              <w:spacing w:after="0" w:line="252" w:lineRule="auto"/>
            </w:pPr>
            <w:r>
              <w:rPr>
                <w:color w:val="000000"/>
                <w:sz w:val="15"/>
              </w:rPr>
              <w:t>SP19</w:t>
            </w:r>
          </w:p>
        </w:tc>
        <w:tc>
          <w:tcPr>
            <w:tcW w:w="1800" w:type="dxa"/>
            <w:tcMar>
              <w:top w:w="80" w:type="dxa"/>
              <w:left w:w="120" w:type="dxa"/>
              <w:bottom w:w="80" w:type="dxa"/>
              <w:right w:w="120" w:type="dxa"/>
            </w:tcMar>
            <w:vAlign w:val="center"/>
          </w:tcPr>
          <w:p w14:paraId="0BA26BB1"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710A1FF8"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2C794F8D"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44EDA1C6" w14:textId="77777777">
            <w:pPr>
              <w:spacing w:after="0" w:line="252" w:lineRule="auto"/>
            </w:pPr>
            <w:r>
              <w:rPr>
                <w:color w:val="000000"/>
                <w:sz w:val="15"/>
              </w:rPr>
              <w:t>common 234</w:t>
            </w:r>
          </w:p>
        </w:tc>
        <w:tc>
          <w:tcPr>
            <w:tcW w:w="720" w:type="dxa"/>
            <w:tcMar>
              <w:top w:w="80" w:type="dxa"/>
              <w:left w:w="120" w:type="dxa"/>
              <w:bottom w:w="80" w:type="dxa"/>
              <w:right w:w="120" w:type="dxa"/>
            </w:tcMar>
            <w:vAlign w:val="center"/>
          </w:tcPr>
          <w:p w14:paraId="6B6402B1" w14:textId="77777777">
            <w:pPr>
              <w:spacing w:after="0" w:line="252" w:lineRule="auto"/>
              <w:jc w:val="right"/>
            </w:pPr>
            <w:r>
              <w:rPr>
                <w:color w:val="000000"/>
                <w:sz w:val="15"/>
              </w:rPr>
              <w:t>234</w:t>
            </w:r>
          </w:p>
        </w:tc>
        <w:tc>
          <w:tcPr>
            <w:tcW w:w="3168" w:type="dxa"/>
            <w:tcMar>
              <w:top w:w="80" w:type="dxa"/>
              <w:left w:w="120" w:type="dxa"/>
              <w:bottom w:w="80" w:type="dxa"/>
              <w:right w:w="120" w:type="dxa"/>
            </w:tcMar>
            <w:vAlign w:val="center"/>
          </w:tcPr>
          <w:p w14:paraId="76C8315D" w14:textId="77777777">
            <w:pPr>
              <w:spacing w:after="0" w:line="252" w:lineRule="auto"/>
              <w:jc w:val="center"/>
            </w:pPr>
            <w:r>
              <w:rPr>
                <w:rFonts w:ascii="Times New Roman" w:hAnsi="Times New Roman"/>
                <w:sz w:val="16"/>
              </w:rPr>
              <w:t>0.094 (−0.042 to 0.231)</w:t>
            </w:r>
          </w:p>
        </w:tc>
        <w:tc>
          <w:tcPr>
            <w:tcW w:w="792" w:type="dxa"/>
            <w:tcMar>
              <w:top w:w="80" w:type="dxa"/>
              <w:left w:w="120" w:type="dxa"/>
              <w:bottom w:w="80" w:type="dxa"/>
              <w:right w:w="120" w:type="dxa"/>
            </w:tcMar>
            <w:vAlign w:val="center"/>
          </w:tcPr>
          <w:p w14:paraId="791AC0BB" w14:textId="77777777">
            <w:pPr>
              <w:spacing w:after="0" w:line="252" w:lineRule="auto"/>
              <w:jc w:val="right"/>
            </w:pPr>
            <w:r>
              <w:rPr>
                <w:color w:val="000000"/>
                <w:sz w:val="15"/>
              </w:rPr>
              <w:t>.174</w:t>
            </w:r>
          </w:p>
        </w:tc>
      </w:tr>
      <w:tr w14:paraId="62C35A63" w14:textId="77777777">
        <w:tc>
          <w:tcPr>
            <w:tcW w:w="792" w:type="dxa"/>
            <w:tcMar>
              <w:top w:w="80" w:type="dxa"/>
              <w:left w:w="120" w:type="dxa"/>
              <w:bottom w:w="80" w:type="dxa"/>
              <w:right w:w="120" w:type="dxa"/>
            </w:tcMar>
            <w:vAlign w:val="center"/>
          </w:tcPr>
          <w:p w14:paraId="24E04700" w14:textId="77777777">
            <w:pPr>
              <w:spacing w:after="0" w:line="252" w:lineRule="auto"/>
            </w:pPr>
            <w:r>
              <w:rPr>
                <w:color w:val="000000"/>
                <w:sz w:val="15"/>
              </w:rPr>
              <w:t>SP20</w:t>
            </w:r>
          </w:p>
        </w:tc>
        <w:tc>
          <w:tcPr>
            <w:tcW w:w="1800" w:type="dxa"/>
            <w:tcMar>
              <w:top w:w="80" w:type="dxa"/>
              <w:left w:w="120" w:type="dxa"/>
              <w:bottom w:w="80" w:type="dxa"/>
              <w:right w:w="120" w:type="dxa"/>
            </w:tcMar>
            <w:vAlign w:val="center"/>
          </w:tcPr>
          <w:p w14:paraId="4B108871" w14:textId="77777777">
            <w:pPr>
              <w:spacing w:after="0" w:line="252" w:lineRule="auto"/>
            </w:pPr>
            <w:r>
              <w:rPr>
                <w:color w:val="000000"/>
                <w:sz w:val="15"/>
              </w:rPr>
              <w:t>16-item exploratory</w:t>
            </w:r>
          </w:p>
        </w:tc>
        <w:tc>
          <w:tcPr>
            <w:tcW w:w="936" w:type="dxa"/>
            <w:tcMar>
              <w:top w:w="80" w:type="dxa"/>
              <w:left w:w="120" w:type="dxa"/>
              <w:bottom w:w="80" w:type="dxa"/>
              <w:right w:w="120" w:type="dxa"/>
            </w:tcMar>
            <w:vAlign w:val="center"/>
          </w:tcPr>
          <w:p w14:paraId="544F2ECA" w14:textId="77777777">
            <w:pPr>
              <w:spacing w:after="0" w:line="252" w:lineRule="auto"/>
              <w:jc w:val="center"/>
            </w:pPr>
            <w:r>
              <w:rPr>
                <w:color w:val="000000"/>
                <w:sz w:val="15"/>
              </w:rPr>
              <w:t>4-level</w:t>
            </w:r>
          </w:p>
        </w:tc>
        <w:tc>
          <w:tcPr>
            <w:tcW w:w="1512" w:type="dxa"/>
            <w:tcMar>
              <w:top w:w="80" w:type="dxa"/>
              <w:left w:w="120" w:type="dxa"/>
              <w:bottom w:w="80" w:type="dxa"/>
              <w:right w:w="120" w:type="dxa"/>
            </w:tcMar>
            <w:vAlign w:val="center"/>
          </w:tcPr>
          <w:p w14:paraId="7CC2F01E" w14:textId="77777777">
            <w:pPr>
              <w:spacing w:after="0" w:line="252" w:lineRule="auto"/>
            </w:pPr>
            <w:r>
              <w:rPr>
                <w:color w:val="000000"/>
                <w:sz w:val="15"/>
              </w:rPr>
              <w:t>unadjusted</w:t>
            </w:r>
          </w:p>
        </w:tc>
        <w:tc>
          <w:tcPr>
            <w:tcW w:w="1944" w:type="dxa"/>
            <w:tcMar>
              <w:top w:w="80" w:type="dxa"/>
              <w:left w:w="120" w:type="dxa"/>
              <w:bottom w:w="80" w:type="dxa"/>
              <w:right w:w="120" w:type="dxa"/>
            </w:tcMar>
            <w:vAlign w:val="center"/>
          </w:tcPr>
          <w:p w14:paraId="5D82AEF3" w14:textId="77777777">
            <w:pPr>
              <w:spacing w:after="0" w:line="252" w:lineRule="auto"/>
            </w:pPr>
            <w:r>
              <w:rPr>
                <w:color w:val="000000"/>
                <w:sz w:val="15"/>
              </w:rPr>
              <w:t>maximum available</w:t>
            </w:r>
          </w:p>
        </w:tc>
        <w:tc>
          <w:tcPr>
            <w:tcW w:w="720" w:type="dxa"/>
            <w:tcMar>
              <w:top w:w="80" w:type="dxa"/>
              <w:left w:w="120" w:type="dxa"/>
              <w:bottom w:w="80" w:type="dxa"/>
              <w:right w:w="120" w:type="dxa"/>
            </w:tcMar>
            <w:vAlign w:val="center"/>
          </w:tcPr>
          <w:p w14:paraId="797E8A73" w14:textId="77777777">
            <w:pPr>
              <w:spacing w:after="0" w:line="252" w:lineRule="auto"/>
              <w:jc w:val="right"/>
            </w:pPr>
            <w:r>
              <w:rPr>
                <w:color w:val="000000"/>
                <w:sz w:val="15"/>
              </w:rPr>
              <w:t>237</w:t>
            </w:r>
          </w:p>
        </w:tc>
        <w:tc>
          <w:tcPr>
            <w:tcW w:w="3168" w:type="dxa"/>
            <w:tcMar>
              <w:top w:w="80" w:type="dxa"/>
              <w:left w:w="120" w:type="dxa"/>
              <w:bottom w:w="80" w:type="dxa"/>
              <w:right w:w="120" w:type="dxa"/>
            </w:tcMar>
            <w:vAlign w:val="center"/>
          </w:tcPr>
          <w:p w14:paraId="06924662" w14:textId="77777777">
            <w:pPr>
              <w:spacing w:after="0" w:line="252" w:lineRule="auto"/>
              <w:jc w:val="center"/>
            </w:pPr>
            <w:r>
              <w:rPr>
                <w:rFonts w:ascii="Times New Roman" w:hAnsi="Times New Roman"/>
                <w:sz w:val="16"/>
              </w:rPr>
              <w:t>0.099 (−0.037 to 0.234)</w:t>
            </w:r>
          </w:p>
        </w:tc>
        <w:tc>
          <w:tcPr>
            <w:tcW w:w="792" w:type="dxa"/>
            <w:tcMar>
              <w:top w:w="80" w:type="dxa"/>
              <w:left w:w="120" w:type="dxa"/>
              <w:bottom w:w="80" w:type="dxa"/>
              <w:right w:w="120" w:type="dxa"/>
            </w:tcMar>
            <w:vAlign w:val="center"/>
          </w:tcPr>
          <w:p w14:paraId="34A2C098" w14:textId="77777777">
            <w:pPr>
              <w:spacing w:after="0" w:line="252" w:lineRule="auto"/>
              <w:jc w:val="right"/>
            </w:pPr>
            <w:r>
              <w:rPr>
                <w:color w:val="000000"/>
                <w:sz w:val="15"/>
              </w:rPr>
              <w:t>.152</w:t>
            </w:r>
          </w:p>
        </w:tc>
      </w:tr>
    </w:tbl>
    <w:p w14:paraId="7B6F79A1" w14:textId="77777777">
      <w:pPr>
        <w:spacing w:before="100" w:after="160"/>
      </w:pPr>
      <w:r>
        <w:t>Note. All 20 post hoc monotonic-trend specifications are shown. All point estimates were positive, but every 95% confidence interval included zero. Category scores are ordinal proxies, not hours-per-week slopes.</w:t>
      </w:r>
    </w:p>
    <w:p w14:paraId="7E9A0461" w14:textId="77777777">
      <w:pPr>
        <w:keepNext/>
        <w:spacing w:before="80" w:after="80"/>
      </w:pPr>
      <w:r>
        <w:rPr>
          <w:b/>
          <w:color w:val="000000"/>
          <w:sz w:val="21"/>
        </w:rPr>
        <w:t xml:space="preserve">Supplementary Table S17. </w:t>
      </w:r>
      <w:r>
        <w:rPr>
          <w:i/>
          <w:color w:val="000000"/>
          <w:sz w:val="21"/>
        </w:rPr>
        <w:t>Incremental predictive value of social-media duration</w:t>
      </w:r>
    </w:p>
    <w:tbl>
      <w:tblPr>
        <w:tblW w:w="12240"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4680"/>
        <w:gridCol w:w="1296"/>
        <w:gridCol w:w="1296"/>
        <w:gridCol w:w="1584"/>
        <w:gridCol w:w="1584"/>
        <w:gridCol w:w="1800"/>
      </w:tblGrid>
      <w:tr w14:paraId="0EA7A4F8" w14:textId="77777777">
        <w:trPr>
          <w:tblHeader/>
        </w:trPr>
        <w:tc>
          <w:tcPr>
            <w:tcW w:w="4680" w:type="dxa"/>
            <w:tcMar>
              <w:top w:w="80" w:type="dxa"/>
              <w:left w:w="120" w:type="dxa"/>
              <w:bottom w:w="80" w:type="dxa"/>
              <w:right w:w="120" w:type="dxa"/>
            </w:tcMar>
            <w:vAlign w:val="center"/>
          </w:tcPr>
          <w:p w14:paraId="75A6F6D8" w14:textId="77777777">
            <w:pPr>
              <w:spacing w:after="0" w:line="252" w:lineRule="auto"/>
            </w:pPr>
            <w:r>
              <w:rPr>
                <w:b/>
                <w:color w:val="000000"/>
                <w:sz w:val="16"/>
              </w:rPr>
              <w:t>Metric</w:t>
            </w:r>
          </w:p>
        </w:tc>
        <w:tc>
          <w:tcPr>
            <w:tcW w:w="1296" w:type="dxa"/>
            <w:tcMar>
              <w:top w:w="80" w:type="dxa"/>
              <w:left w:w="120" w:type="dxa"/>
              <w:bottom w:w="80" w:type="dxa"/>
              <w:right w:w="120" w:type="dxa"/>
            </w:tcMar>
            <w:vAlign w:val="center"/>
          </w:tcPr>
          <w:p w14:paraId="2158B52E" w14:textId="77777777">
            <w:pPr>
              <w:spacing w:after="0" w:line="252" w:lineRule="auto"/>
              <w:jc w:val="right"/>
            </w:pPr>
            <w:r>
              <w:rPr>
                <w:b/>
                <w:color w:val="000000"/>
                <w:sz w:val="16"/>
              </w:rPr>
              <w:t>Mean</w:t>
            </w:r>
          </w:p>
        </w:tc>
        <w:tc>
          <w:tcPr>
            <w:tcW w:w="1296" w:type="dxa"/>
            <w:tcMar>
              <w:top w:w="80" w:type="dxa"/>
              <w:left w:w="120" w:type="dxa"/>
              <w:bottom w:w="80" w:type="dxa"/>
              <w:right w:w="120" w:type="dxa"/>
            </w:tcMar>
            <w:vAlign w:val="center"/>
          </w:tcPr>
          <w:p w14:paraId="632B7129" w14:textId="77777777">
            <w:pPr>
              <w:spacing w:after="0" w:line="252" w:lineRule="auto"/>
              <w:jc w:val="right"/>
            </w:pPr>
            <w:r>
              <w:rPr>
                <w:b/>
                <w:color w:val="000000"/>
                <w:sz w:val="16"/>
              </w:rPr>
              <w:t>Median</w:t>
            </w:r>
          </w:p>
        </w:tc>
        <w:tc>
          <w:tcPr>
            <w:tcW w:w="1584" w:type="dxa"/>
            <w:tcMar>
              <w:top w:w="80" w:type="dxa"/>
              <w:left w:w="120" w:type="dxa"/>
              <w:bottom w:w="80" w:type="dxa"/>
              <w:right w:w="120" w:type="dxa"/>
            </w:tcMar>
            <w:vAlign w:val="center"/>
          </w:tcPr>
          <w:p w14:paraId="14A12EBA" w14:textId="77777777">
            <w:pPr>
              <w:spacing w:after="0" w:line="252" w:lineRule="auto"/>
              <w:jc w:val="right"/>
            </w:pPr>
            <w:r>
              <w:rPr>
                <w:b/>
                <w:color w:val="000000"/>
                <w:sz w:val="16"/>
              </w:rPr>
              <w:t>2.5th percentile</w:t>
            </w:r>
          </w:p>
        </w:tc>
        <w:tc>
          <w:tcPr>
            <w:tcW w:w="1584" w:type="dxa"/>
            <w:tcMar>
              <w:top w:w="80" w:type="dxa"/>
              <w:left w:w="120" w:type="dxa"/>
              <w:bottom w:w="80" w:type="dxa"/>
              <w:right w:w="120" w:type="dxa"/>
            </w:tcMar>
            <w:vAlign w:val="center"/>
          </w:tcPr>
          <w:p w14:paraId="068A6094" w14:textId="77777777">
            <w:pPr>
              <w:spacing w:after="0" w:line="252" w:lineRule="auto"/>
              <w:jc w:val="right"/>
            </w:pPr>
            <w:r>
              <w:rPr>
                <w:b/>
                <w:color w:val="000000"/>
                <w:sz w:val="16"/>
              </w:rPr>
              <w:t>97.5th percentile</w:t>
            </w:r>
          </w:p>
        </w:tc>
        <w:tc>
          <w:tcPr>
            <w:tcW w:w="1800" w:type="dxa"/>
            <w:tcMar>
              <w:top w:w="80" w:type="dxa"/>
              <w:left w:w="120" w:type="dxa"/>
              <w:bottom w:w="80" w:type="dxa"/>
              <w:right w:w="120" w:type="dxa"/>
            </w:tcMar>
            <w:vAlign w:val="center"/>
          </w:tcPr>
          <w:p w14:paraId="05A7BA6D" w14:textId="77777777">
            <w:pPr>
              <w:spacing w:after="0" w:line="252" w:lineRule="auto"/>
              <w:jc w:val="right"/>
            </w:pPr>
            <w:r>
              <w:rPr>
                <w:b/>
                <w:color w:val="000000"/>
                <w:sz w:val="16"/>
              </w:rPr>
              <w:t>Favorable repeats %</w:t>
            </w:r>
          </w:p>
        </w:tc>
      </w:tr>
      <w:tr w14:paraId="7D6656B4" w14:textId="77777777">
        <w:tc>
          <w:tcPr>
            <w:tcW w:w="4680" w:type="dxa"/>
            <w:tcMar>
              <w:top w:w="80" w:type="dxa"/>
              <w:left w:w="120" w:type="dxa"/>
              <w:bottom w:w="80" w:type="dxa"/>
              <w:right w:w="120" w:type="dxa"/>
            </w:tcMar>
            <w:vAlign w:val="center"/>
          </w:tcPr>
          <w:p w14:paraId="50706881" w14:textId="77777777">
            <w:pPr>
              <w:spacing w:after="0" w:line="252" w:lineRule="auto"/>
            </w:pPr>
            <w:r>
              <w:rPr>
                <w:color w:val="000000"/>
                <w:sz w:val="16"/>
              </w:rPr>
              <w:t>RMSE improvement: contextual minus plus-social-media</w:t>
            </w:r>
          </w:p>
        </w:tc>
        <w:tc>
          <w:tcPr>
            <w:tcW w:w="1296" w:type="dxa"/>
            <w:tcMar>
              <w:top w:w="80" w:type="dxa"/>
              <w:left w:w="120" w:type="dxa"/>
              <w:bottom w:w="80" w:type="dxa"/>
              <w:right w:w="120" w:type="dxa"/>
            </w:tcMar>
            <w:vAlign w:val="center"/>
          </w:tcPr>
          <w:p w14:paraId="0365EF5D" w14:textId="77777777">
            <w:pPr>
              <w:spacing w:after="0" w:line="252" w:lineRule="auto"/>
              <w:jc w:val="right"/>
            </w:pPr>
            <w:r>
              <w:rPr>
                <w:color w:val="000000"/>
                <w:sz w:val="16"/>
              </w:rPr>
              <w:t>0.0220</w:t>
            </w:r>
          </w:p>
        </w:tc>
        <w:tc>
          <w:tcPr>
            <w:tcW w:w="1296" w:type="dxa"/>
            <w:tcMar>
              <w:top w:w="80" w:type="dxa"/>
              <w:left w:w="120" w:type="dxa"/>
              <w:bottom w:w="80" w:type="dxa"/>
              <w:right w:w="120" w:type="dxa"/>
            </w:tcMar>
            <w:vAlign w:val="center"/>
          </w:tcPr>
          <w:p w14:paraId="789C75BC" w14:textId="77777777">
            <w:pPr>
              <w:spacing w:after="0" w:line="252" w:lineRule="auto"/>
              <w:jc w:val="right"/>
            </w:pPr>
            <w:r>
              <w:rPr>
                <w:color w:val="000000"/>
                <w:sz w:val="16"/>
              </w:rPr>
              <w:t>0.0240</w:t>
            </w:r>
          </w:p>
        </w:tc>
        <w:tc>
          <w:tcPr>
            <w:tcW w:w="1584" w:type="dxa"/>
            <w:tcMar>
              <w:top w:w="80" w:type="dxa"/>
              <w:left w:w="120" w:type="dxa"/>
              <w:bottom w:w="80" w:type="dxa"/>
              <w:right w:w="120" w:type="dxa"/>
            </w:tcMar>
            <w:vAlign w:val="center"/>
          </w:tcPr>
          <w:p w14:paraId="255D9AEB" w14:textId="77777777">
            <w:pPr>
              <w:spacing w:after="0" w:line="252" w:lineRule="auto"/>
              <w:jc w:val="right"/>
            </w:pPr>
            <w:r>
              <w:rPr>
                <w:rFonts w:ascii="Times New Roman" w:hAnsi="Times New Roman"/>
                <w:sz w:val="16"/>
              </w:rPr>
              <w:t>−0.0262</w:t>
            </w:r>
          </w:p>
        </w:tc>
        <w:tc>
          <w:tcPr>
            <w:tcW w:w="1584" w:type="dxa"/>
            <w:tcMar>
              <w:top w:w="80" w:type="dxa"/>
              <w:left w:w="120" w:type="dxa"/>
              <w:bottom w:w="80" w:type="dxa"/>
              <w:right w:w="120" w:type="dxa"/>
            </w:tcMar>
            <w:vAlign w:val="center"/>
          </w:tcPr>
          <w:p w14:paraId="130CF953" w14:textId="77777777">
            <w:pPr>
              <w:spacing w:after="0" w:line="252" w:lineRule="auto"/>
              <w:jc w:val="right"/>
            </w:pPr>
            <w:r>
              <w:rPr>
                <w:color w:val="000000"/>
                <w:sz w:val="16"/>
              </w:rPr>
              <w:t>0.0707</w:t>
            </w:r>
          </w:p>
        </w:tc>
        <w:tc>
          <w:tcPr>
            <w:tcW w:w="1800" w:type="dxa"/>
            <w:tcMar>
              <w:top w:w="80" w:type="dxa"/>
              <w:left w:w="120" w:type="dxa"/>
              <w:bottom w:w="80" w:type="dxa"/>
              <w:right w:w="120" w:type="dxa"/>
            </w:tcMar>
            <w:vAlign w:val="center"/>
          </w:tcPr>
          <w:p w14:paraId="73C5915B" w14:textId="77777777">
            <w:pPr>
              <w:spacing w:after="0" w:line="252" w:lineRule="auto"/>
              <w:jc w:val="right"/>
            </w:pPr>
            <w:r>
              <w:rPr>
                <w:color w:val="000000"/>
                <w:sz w:val="16"/>
              </w:rPr>
              <w:t>82.0</w:t>
            </w:r>
          </w:p>
        </w:tc>
      </w:tr>
      <w:tr w14:paraId="0D588A5A" w14:textId="77777777">
        <w:tc>
          <w:tcPr>
            <w:tcW w:w="4680" w:type="dxa"/>
            <w:tcMar>
              <w:top w:w="80" w:type="dxa"/>
              <w:left w:w="120" w:type="dxa"/>
              <w:bottom w:w="80" w:type="dxa"/>
              <w:right w:w="120" w:type="dxa"/>
            </w:tcMar>
            <w:vAlign w:val="center"/>
          </w:tcPr>
          <w:p w14:paraId="5A1920F7" w14:textId="77777777">
            <w:pPr>
              <w:spacing w:after="0" w:line="252" w:lineRule="auto"/>
            </w:pPr>
            <w:r>
              <w:rPr>
                <w:color w:val="000000"/>
                <w:sz w:val="16"/>
              </w:rPr>
              <w:t>MAE improvement: contextual minus plus-social-media</w:t>
            </w:r>
          </w:p>
        </w:tc>
        <w:tc>
          <w:tcPr>
            <w:tcW w:w="1296" w:type="dxa"/>
            <w:tcMar>
              <w:top w:w="80" w:type="dxa"/>
              <w:left w:w="120" w:type="dxa"/>
              <w:bottom w:w="80" w:type="dxa"/>
              <w:right w:w="120" w:type="dxa"/>
            </w:tcMar>
            <w:vAlign w:val="center"/>
          </w:tcPr>
          <w:p w14:paraId="11127B06" w14:textId="77777777">
            <w:pPr>
              <w:spacing w:after="0" w:line="252" w:lineRule="auto"/>
              <w:jc w:val="right"/>
            </w:pPr>
            <w:r>
              <w:rPr>
                <w:color w:val="000000"/>
                <w:sz w:val="16"/>
              </w:rPr>
              <w:t>0.0746</w:t>
            </w:r>
          </w:p>
        </w:tc>
        <w:tc>
          <w:tcPr>
            <w:tcW w:w="1296" w:type="dxa"/>
            <w:tcMar>
              <w:top w:w="80" w:type="dxa"/>
              <w:left w:w="120" w:type="dxa"/>
              <w:bottom w:w="80" w:type="dxa"/>
              <w:right w:w="120" w:type="dxa"/>
            </w:tcMar>
            <w:vAlign w:val="center"/>
          </w:tcPr>
          <w:p w14:paraId="0D06601D" w14:textId="77777777">
            <w:pPr>
              <w:spacing w:after="0" w:line="252" w:lineRule="auto"/>
              <w:jc w:val="right"/>
            </w:pPr>
            <w:r>
              <w:rPr>
                <w:color w:val="000000"/>
                <w:sz w:val="16"/>
              </w:rPr>
              <w:t>0.0722</w:t>
            </w:r>
          </w:p>
        </w:tc>
        <w:tc>
          <w:tcPr>
            <w:tcW w:w="1584" w:type="dxa"/>
            <w:tcMar>
              <w:top w:w="80" w:type="dxa"/>
              <w:left w:w="120" w:type="dxa"/>
              <w:bottom w:w="80" w:type="dxa"/>
              <w:right w:w="120" w:type="dxa"/>
            </w:tcMar>
            <w:vAlign w:val="center"/>
          </w:tcPr>
          <w:p w14:paraId="48A1DE39" w14:textId="77777777">
            <w:pPr>
              <w:spacing w:after="0" w:line="252" w:lineRule="auto"/>
              <w:jc w:val="right"/>
            </w:pPr>
            <w:r>
              <w:rPr>
                <w:color w:val="000000"/>
                <w:sz w:val="16"/>
              </w:rPr>
              <w:t>0.0201</w:t>
            </w:r>
          </w:p>
        </w:tc>
        <w:tc>
          <w:tcPr>
            <w:tcW w:w="1584" w:type="dxa"/>
            <w:tcMar>
              <w:top w:w="80" w:type="dxa"/>
              <w:left w:w="120" w:type="dxa"/>
              <w:bottom w:w="80" w:type="dxa"/>
              <w:right w:w="120" w:type="dxa"/>
            </w:tcMar>
            <w:vAlign w:val="center"/>
          </w:tcPr>
          <w:p w14:paraId="04D71890" w14:textId="77777777">
            <w:pPr>
              <w:spacing w:after="0" w:line="252" w:lineRule="auto"/>
              <w:jc w:val="right"/>
            </w:pPr>
            <w:r>
              <w:rPr>
                <w:color w:val="000000"/>
                <w:sz w:val="16"/>
              </w:rPr>
              <w:t>0.1252</w:t>
            </w:r>
          </w:p>
        </w:tc>
        <w:tc>
          <w:tcPr>
            <w:tcW w:w="1800" w:type="dxa"/>
            <w:tcMar>
              <w:top w:w="80" w:type="dxa"/>
              <w:left w:w="120" w:type="dxa"/>
              <w:bottom w:w="80" w:type="dxa"/>
              <w:right w:w="120" w:type="dxa"/>
            </w:tcMar>
            <w:vAlign w:val="center"/>
          </w:tcPr>
          <w:p w14:paraId="4AD5F659" w14:textId="77777777">
            <w:pPr>
              <w:spacing w:after="0" w:line="252" w:lineRule="auto"/>
              <w:jc w:val="right"/>
            </w:pPr>
            <w:r>
              <w:rPr>
                <w:color w:val="000000"/>
                <w:sz w:val="16"/>
              </w:rPr>
              <w:t>100.0</w:t>
            </w:r>
          </w:p>
        </w:tc>
      </w:tr>
      <w:tr w14:paraId="73F3F7EF" w14:textId="77777777">
        <w:tc>
          <w:tcPr>
            <w:tcW w:w="4680" w:type="dxa"/>
            <w:tcMar>
              <w:top w:w="80" w:type="dxa"/>
              <w:left w:w="120" w:type="dxa"/>
              <w:bottom w:w="80" w:type="dxa"/>
              <w:right w:w="120" w:type="dxa"/>
            </w:tcMar>
            <w:vAlign w:val="center"/>
          </w:tcPr>
          <w:p w14:paraId="18C06641" w14:textId="77777777">
            <w:pPr>
              <w:spacing w:after="0" w:line="252" w:lineRule="auto"/>
            </w:pPr>
            <w:r>
              <w:rPr>
                <w:rFonts w:ascii="Times New Roman" w:hAnsi="Times New Roman"/>
                <w:sz w:val="16"/>
              </w:rPr>
              <w:t>R² improvement: plus-social-media minus contextual</w:t>
            </w:r>
          </w:p>
        </w:tc>
        <w:tc>
          <w:tcPr>
            <w:tcW w:w="1296" w:type="dxa"/>
            <w:tcMar>
              <w:top w:w="80" w:type="dxa"/>
              <w:left w:w="120" w:type="dxa"/>
              <w:bottom w:w="80" w:type="dxa"/>
              <w:right w:w="120" w:type="dxa"/>
            </w:tcMar>
            <w:vAlign w:val="center"/>
          </w:tcPr>
          <w:p w14:paraId="281F9100" w14:textId="77777777">
            <w:pPr>
              <w:spacing w:after="0" w:line="252" w:lineRule="auto"/>
              <w:jc w:val="right"/>
            </w:pPr>
            <w:r>
              <w:rPr>
                <w:color w:val="000000"/>
                <w:sz w:val="16"/>
              </w:rPr>
              <w:t>0.0056</w:t>
            </w:r>
          </w:p>
        </w:tc>
        <w:tc>
          <w:tcPr>
            <w:tcW w:w="1296" w:type="dxa"/>
            <w:tcMar>
              <w:top w:w="80" w:type="dxa"/>
              <w:left w:w="120" w:type="dxa"/>
              <w:bottom w:w="80" w:type="dxa"/>
              <w:right w:w="120" w:type="dxa"/>
            </w:tcMar>
            <w:vAlign w:val="center"/>
          </w:tcPr>
          <w:p w14:paraId="5E0A681E" w14:textId="77777777">
            <w:pPr>
              <w:spacing w:after="0" w:line="252" w:lineRule="auto"/>
              <w:jc w:val="right"/>
            </w:pPr>
            <w:r>
              <w:rPr>
                <w:color w:val="000000"/>
                <w:sz w:val="16"/>
              </w:rPr>
              <w:t>0.0061</w:t>
            </w:r>
          </w:p>
        </w:tc>
        <w:tc>
          <w:tcPr>
            <w:tcW w:w="1584" w:type="dxa"/>
            <w:tcMar>
              <w:top w:w="80" w:type="dxa"/>
              <w:left w:w="120" w:type="dxa"/>
              <w:bottom w:w="80" w:type="dxa"/>
              <w:right w:w="120" w:type="dxa"/>
            </w:tcMar>
            <w:vAlign w:val="center"/>
          </w:tcPr>
          <w:p w14:paraId="50492CCD" w14:textId="77777777">
            <w:pPr>
              <w:spacing w:after="0" w:line="252" w:lineRule="auto"/>
              <w:jc w:val="right"/>
            </w:pPr>
            <w:r>
              <w:rPr>
                <w:rFonts w:ascii="Times New Roman" w:hAnsi="Times New Roman"/>
                <w:sz w:val="16"/>
              </w:rPr>
              <w:t>−0.0066</w:t>
            </w:r>
          </w:p>
        </w:tc>
        <w:tc>
          <w:tcPr>
            <w:tcW w:w="1584" w:type="dxa"/>
            <w:tcMar>
              <w:top w:w="80" w:type="dxa"/>
              <w:left w:w="120" w:type="dxa"/>
              <w:bottom w:w="80" w:type="dxa"/>
              <w:right w:w="120" w:type="dxa"/>
            </w:tcMar>
            <w:vAlign w:val="center"/>
          </w:tcPr>
          <w:p w14:paraId="22488F83" w14:textId="77777777">
            <w:pPr>
              <w:spacing w:after="0" w:line="252" w:lineRule="auto"/>
              <w:jc w:val="right"/>
            </w:pPr>
            <w:r>
              <w:rPr>
                <w:color w:val="000000"/>
                <w:sz w:val="16"/>
              </w:rPr>
              <w:t>0.0177</w:t>
            </w:r>
          </w:p>
        </w:tc>
        <w:tc>
          <w:tcPr>
            <w:tcW w:w="1800" w:type="dxa"/>
            <w:tcMar>
              <w:top w:w="80" w:type="dxa"/>
              <w:left w:w="120" w:type="dxa"/>
              <w:bottom w:w="80" w:type="dxa"/>
              <w:right w:w="120" w:type="dxa"/>
            </w:tcMar>
            <w:vAlign w:val="center"/>
          </w:tcPr>
          <w:p w14:paraId="54B662AA" w14:textId="77777777">
            <w:pPr>
              <w:spacing w:after="0" w:line="252" w:lineRule="auto"/>
              <w:jc w:val="right"/>
            </w:pPr>
            <w:r>
              <w:rPr>
                <w:color w:val="000000"/>
                <w:sz w:val="16"/>
              </w:rPr>
              <w:t>82.0</w:t>
            </w:r>
          </w:p>
        </w:tc>
      </w:tr>
    </w:tbl>
    <w:p w14:paraId="717B8667" w14:textId="77777777">
      <w:pPr>
        <w:spacing w:before="100" w:after="160"/>
      </w:pPr>
      <w:r>
        <w:rPr>
          <w:rFonts w:ascii="Times New Roman" w:hAnsi="Times New Roman"/>
          <w:sz w:val="18"/>
        </w:rPr>
        <w:t>Note. One hundred repeated stratified 10-fold cross-validations compared the contextual model with and without categorical social-media duration. Repeats assess algorithmic stability and are not independent participant samples. Median ΔR² was 0.0061.</w:t>
      </w:r>
    </w:p>
    <w:p w14:paraId="2AE023EA" w14:textId="77777777">
      <w:pPr>
        <w:keepNext/>
        <w:spacing w:before="80" w:after="80"/>
      </w:pPr>
      <w:r>
        <w:rPr>
          <w:b/>
          <w:color w:val="000000"/>
          <w:sz w:val="21"/>
        </w:rPr>
        <w:t xml:space="preserve">Supplementary Table S18. </w:t>
      </w:r>
      <w:r>
        <w:rPr>
          <w:i/>
          <w:color w:val="000000"/>
          <w:sz w:val="21"/>
        </w:rPr>
        <w:t>Recruitment-wave-specific exposure contrasts</w:t>
      </w:r>
    </w:p>
    <w:tbl>
      <w:tblPr>
        <w:tblW w:w="10224"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936"/>
        <w:gridCol w:w="2304"/>
        <w:gridCol w:w="936"/>
        <w:gridCol w:w="1080"/>
        <w:gridCol w:w="2160"/>
        <w:gridCol w:w="864"/>
        <w:gridCol w:w="720"/>
        <w:gridCol w:w="1224"/>
      </w:tblGrid>
      <w:tr w14:paraId="65DDB180" w14:textId="77777777">
        <w:trPr>
          <w:tblHeader/>
        </w:trPr>
        <w:tc>
          <w:tcPr>
            <w:tcW w:w="936" w:type="dxa"/>
            <w:tcMar>
              <w:top w:w="80" w:type="dxa"/>
              <w:left w:w="120" w:type="dxa"/>
              <w:bottom w:w="80" w:type="dxa"/>
              <w:right w:w="120" w:type="dxa"/>
            </w:tcMar>
            <w:vAlign w:val="center"/>
          </w:tcPr>
          <w:p w14:paraId="73CEA3A4" w14:textId="77777777">
            <w:pPr>
              <w:spacing w:after="0" w:line="252" w:lineRule="auto"/>
              <w:jc w:val="center"/>
            </w:pPr>
            <w:r>
              <w:rPr>
                <w:b/>
                <w:color w:val="000000"/>
                <w:sz w:val="16"/>
              </w:rPr>
              <w:t>Wave</w:t>
            </w:r>
          </w:p>
        </w:tc>
        <w:tc>
          <w:tcPr>
            <w:tcW w:w="2304" w:type="dxa"/>
            <w:tcMar>
              <w:top w:w="80" w:type="dxa"/>
              <w:left w:w="120" w:type="dxa"/>
              <w:bottom w:w="80" w:type="dxa"/>
              <w:right w:w="120" w:type="dxa"/>
            </w:tcMar>
            <w:vAlign w:val="center"/>
          </w:tcPr>
          <w:p w14:paraId="5968D066" w14:textId="77777777">
            <w:pPr>
              <w:spacing w:after="0" w:line="252" w:lineRule="auto"/>
            </w:pPr>
            <w:r>
              <w:rPr>
                <w:b/>
                <w:color w:val="000000"/>
                <w:sz w:val="16"/>
              </w:rPr>
              <w:t>Contrast</w:t>
            </w:r>
          </w:p>
        </w:tc>
        <w:tc>
          <w:tcPr>
            <w:tcW w:w="936" w:type="dxa"/>
            <w:tcMar>
              <w:top w:w="80" w:type="dxa"/>
              <w:left w:w="120" w:type="dxa"/>
              <w:bottom w:w="80" w:type="dxa"/>
              <w:right w:w="120" w:type="dxa"/>
            </w:tcMar>
            <w:vAlign w:val="center"/>
          </w:tcPr>
          <w:p w14:paraId="250FC2C8" w14:textId="77777777">
            <w:pPr>
              <w:spacing w:after="0" w:line="252" w:lineRule="auto"/>
              <w:jc w:val="right"/>
            </w:pPr>
            <w:r>
              <w:rPr>
                <w:b/>
                <w:color w:val="000000"/>
                <w:sz w:val="16"/>
              </w:rPr>
              <w:t>B</w:t>
            </w:r>
          </w:p>
        </w:tc>
        <w:tc>
          <w:tcPr>
            <w:tcW w:w="1080" w:type="dxa"/>
            <w:tcMar>
              <w:top w:w="80" w:type="dxa"/>
              <w:left w:w="120" w:type="dxa"/>
              <w:bottom w:w="80" w:type="dxa"/>
              <w:right w:w="120" w:type="dxa"/>
            </w:tcMar>
            <w:vAlign w:val="center"/>
          </w:tcPr>
          <w:p w14:paraId="68B03172" w14:textId="77777777">
            <w:pPr>
              <w:spacing w:after="0" w:line="252" w:lineRule="auto"/>
              <w:jc w:val="right"/>
            </w:pPr>
            <w:r>
              <w:rPr>
                <w:b/>
                <w:color w:val="000000"/>
                <w:sz w:val="16"/>
              </w:rPr>
              <w:t>HC3 SE</w:t>
            </w:r>
          </w:p>
        </w:tc>
        <w:tc>
          <w:tcPr>
            <w:tcW w:w="2160" w:type="dxa"/>
            <w:tcMar>
              <w:top w:w="80" w:type="dxa"/>
              <w:left w:w="120" w:type="dxa"/>
              <w:bottom w:w="80" w:type="dxa"/>
              <w:right w:w="120" w:type="dxa"/>
            </w:tcMar>
            <w:vAlign w:val="center"/>
          </w:tcPr>
          <w:p w14:paraId="4A65C47F" w14:textId="77777777">
            <w:pPr>
              <w:spacing w:after="0" w:line="252" w:lineRule="auto"/>
              <w:jc w:val="center"/>
            </w:pPr>
            <w:r>
              <w:rPr>
                <w:b/>
                <w:color w:val="000000"/>
                <w:sz w:val="16"/>
              </w:rPr>
              <w:t>95% CI</w:t>
            </w:r>
          </w:p>
        </w:tc>
        <w:tc>
          <w:tcPr>
            <w:tcW w:w="864" w:type="dxa"/>
            <w:tcMar>
              <w:top w:w="80" w:type="dxa"/>
              <w:left w:w="120" w:type="dxa"/>
              <w:bottom w:w="80" w:type="dxa"/>
              <w:right w:w="120" w:type="dxa"/>
            </w:tcMar>
            <w:vAlign w:val="center"/>
          </w:tcPr>
          <w:p w14:paraId="3D300D0F" w14:textId="77777777">
            <w:pPr>
              <w:spacing w:after="0" w:line="252" w:lineRule="auto"/>
              <w:jc w:val="right"/>
            </w:pPr>
            <w:r>
              <w:rPr>
                <w:b/>
                <w:color w:val="000000"/>
                <w:sz w:val="16"/>
              </w:rPr>
              <w:t>p</w:t>
            </w:r>
          </w:p>
        </w:tc>
        <w:tc>
          <w:tcPr>
            <w:tcW w:w="720" w:type="dxa"/>
            <w:tcMar>
              <w:top w:w="80" w:type="dxa"/>
              <w:left w:w="120" w:type="dxa"/>
              <w:bottom w:w="80" w:type="dxa"/>
              <w:right w:w="120" w:type="dxa"/>
            </w:tcMar>
            <w:vAlign w:val="center"/>
          </w:tcPr>
          <w:p w14:paraId="7771D8E1" w14:textId="77777777">
            <w:pPr>
              <w:spacing w:after="0" w:line="252" w:lineRule="auto"/>
              <w:jc w:val="right"/>
            </w:pPr>
            <w:r>
              <w:rPr>
                <w:b/>
                <w:color w:val="000000"/>
                <w:sz w:val="16"/>
              </w:rPr>
              <w:t>N</w:t>
            </w:r>
          </w:p>
        </w:tc>
        <w:tc>
          <w:tcPr>
            <w:tcW w:w="1224" w:type="dxa"/>
            <w:tcMar>
              <w:top w:w="80" w:type="dxa"/>
              <w:left w:w="120" w:type="dxa"/>
              <w:bottom w:w="80" w:type="dxa"/>
              <w:right w:w="120" w:type="dxa"/>
            </w:tcMar>
            <w:vAlign w:val="center"/>
          </w:tcPr>
          <w:p w14:paraId="659A272C" w14:textId="77777777">
            <w:pPr>
              <w:spacing w:after="0" w:line="252" w:lineRule="auto"/>
              <w:jc w:val="right"/>
            </w:pPr>
            <w:r>
              <w:rPr>
                <w:b/>
                <w:color w:val="000000"/>
                <w:sz w:val="16"/>
              </w:rPr>
              <w:t>Interaction p</w:t>
            </w:r>
          </w:p>
        </w:tc>
      </w:tr>
      <w:tr w14:paraId="7FBAA2EA" w14:textId="77777777">
        <w:tc>
          <w:tcPr>
            <w:tcW w:w="936" w:type="dxa"/>
            <w:tcMar>
              <w:top w:w="80" w:type="dxa"/>
              <w:left w:w="120" w:type="dxa"/>
              <w:bottom w:w="80" w:type="dxa"/>
              <w:right w:w="120" w:type="dxa"/>
            </w:tcMar>
            <w:vAlign w:val="center"/>
          </w:tcPr>
          <w:p w14:paraId="04EF78A2" w14:textId="77777777">
            <w:pPr>
              <w:spacing w:after="0" w:line="252" w:lineRule="auto"/>
              <w:jc w:val="center"/>
            </w:pPr>
            <w:r>
              <w:rPr>
                <w:color w:val="000000"/>
                <w:sz w:val="16"/>
              </w:rPr>
              <w:t>2024</w:t>
            </w:r>
          </w:p>
        </w:tc>
        <w:tc>
          <w:tcPr>
            <w:tcW w:w="2304" w:type="dxa"/>
            <w:tcMar>
              <w:top w:w="80" w:type="dxa"/>
              <w:left w:w="120" w:type="dxa"/>
              <w:bottom w:w="80" w:type="dxa"/>
              <w:right w:w="120" w:type="dxa"/>
            </w:tcMar>
            <w:vAlign w:val="center"/>
          </w:tcPr>
          <w:p w14:paraId="71F39F5D" w14:textId="77777777">
            <w:pPr>
              <w:spacing w:after="0" w:line="252" w:lineRule="auto"/>
            </w:pPr>
            <w:r>
              <w:rPr>
                <w:rFonts w:ascii="Times New Roman" w:hAnsi="Times New Roman"/>
                <w:sz w:val="16"/>
              </w:rPr>
              <w:t>4–6 hours/week</w:t>
            </w:r>
          </w:p>
        </w:tc>
        <w:tc>
          <w:tcPr>
            <w:tcW w:w="936" w:type="dxa"/>
            <w:tcMar>
              <w:top w:w="80" w:type="dxa"/>
              <w:left w:w="120" w:type="dxa"/>
              <w:bottom w:w="80" w:type="dxa"/>
              <w:right w:w="120" w:type="dxa"/>
            </w:tcMar>
            <w:vAlign w:val="center"/>
          </w:tcPr>
          <w:p w14:paraId="2A359BB0" w14:textId="77777777">
            <w:pPr>
              <w:spacing w:after="0" w:line="252" w:lineRule="auto"/>
              <w:jc w:val="right"/>
            </w:pPr>
            <w:r>
              <w:rPr>
                <w:color w:val="000000"/>
                <w:sz w:val="16"/>
              </w:rPr>
              <w:t>2.17</w:t>
            </w:r>
          </w:p>
        </w:tc>
        <w:tc>
          <w:tcPr>
            <w:tcW w:w="1080" w:type="dxa"/>
            <w:tcMar>
              <w:top w:w="80" w:type="dxa"/>
              <w:left w:w="120" w:type="dxa"/>
              <w:bottom w:w="80" w:type="dxa"/>
              <w:right w:w="120" w:type="dxa"/>
            </w:tcMar>
            <w:vAlign w:val="center"/>
          </w:tcPr>
          <w:p w14:paraId="65A26DCD" w14:textId="77777777">
            <w:pPr>
              <w:spacing w:after="0" w:line="252" w:lineRule="auto"/>
              <w:jc w:val="right"/>
            </w:pPr>
            <w:r>
              <w:rPr>
                <w:color w:val="000000"/>
                <w:sz w:val="16"/>
              </w:rPr>
              <w:t>3.04</w:t>
            </w:r>
          </w:p>
        </w:tc>
        <w:tc>
          <w:tcPr>
            <w:tcW w:w="2160" w:type="dxa"/>
            <w:tcMar>
              <w:top w:w="80" w:type="dxa"/>
              <w:left w:w="120" w:type="dxa"/>
              <w:bottom w:w="80" w:type="dxa"/>
              <w:right w:w="120" w:type="dxa"/>
            </w:tcMar>
            <w:vAlign w:val="center"/>
          </w:tcPr>
          <w:p w14:paraId="235B3A86" w14:textId="77777777">
            <w:pPr>
              <w:spacing w:after="0" w:line="252" w:lineRule="auto"/>
              <w:jc w:val="center"/>
            </w:pPr>
            <w:r>
              <w:rPr>
                <w:rFonts w:ascii="Times New Roman" w:hAnsi="Times New Roman"/>
                <w:sz w:val="16"/>
              </w:rPr>
              <w:t>−3.89 to 8.23</w:t>
            </w:r>
          </w:p>
        </w:tc>
        <w:tc>
          <w:tcPr>
            <w:tcW w:w="864" w:type="dxa"/>
            <w:tcMar>
              <w:top w:w="80" w:type="dxa"/>
              <w:left w:w="120" w:type="dxa"/>
              <w:bottom w:w="80" w:type="dxa"/>
              <w:right w:w="120" w:type="dxa"/>
            </w:tcMar>
            <w:vAlign w:val="center"/>
          </w:tcPr>
          <w:p w14:paraId="7DE0F37A" w14:textId="77777777">
            <w:pPr>
              <w:spacing w:after="0" w:line="252" w:lineRule="auto"/>
              <w:jc w:val="right"/>
            </w:pPr>
            <w:r>
              <w:rPr>
                <w:color w:val="000000"/>
                <w:sz w:val="16"/>
              </w:rPr>
              <w:t>.477</w:t>
            </w:r>
          </w:p>
        </w:tc>
        <w:tc>
          <w:tcPr>
            <w:tcW w:w="720" w:type="dxa"/>
            <w:tcMar>
              <w:top w:w="80" w:type="dxa"/>
              <w:left w:w="120" w:type="dxa"/>
              <w:bottom w:w="80" w:type="dxa"/>
              <w:right w:w="120" w:type="dxa"/>
            </w:tcMar>
            <w:vAlign w:val="center"/>
          </w:tcPr>
          <w:p w14:paraId="39E9967E" w14:textId="77777777">
            <w:pPr>
              <w:spacing w:after="0" w:line="252" w:lineRule="auto"/>
              <w:jc w:val="right"/>
            </w:pPr>
            <w:r>
              <w:rPr>
                <w:color w:val="000000"/>
                <w:sz w:val="16"/>
              </w:rPr>
              <w:t>78</w:t>
            </w:r>
          </w:p>
        </w:tc>
        <w:tc>
          <w:tcPr>
            <w:tcW w:w="1224" w:type="dxa"/>
            <w:tcMar>
              <w:top w:w="80" w:type="dxa"/>
              <w:left w:w="120" w:type="dxa"/>
              <w:bottom w:w="80" w:type="dxa"/>
              <w:right w:w="120" w:type="dxa"/>
            </w:tcMar>
            <w:vAlign w:val="center"/>
          </w:tcPr>
          <w:p w14:paraId="513F2D53" w14:textId="77777777">
            <w:pPr>
              <w:spacing w:after="0" w:line="252" w:lineRule="auto"/>
              <w:jc w:val="right"/>
            </w:pPr>
            <w:r>
              <w:rPr>
                <w:color w:val="000000"/>
                <w:sz w:val="16"/>
              </w:rPr>
              <w:t>.503</w:t>
            </w:r>
          </w:p>
        </w:tc>
      </w:tr>
      <w:tr w14:paraId="51A49B25" w14:textId="77777777">
        <w:tc>
          <w:tcPr>
            <w:tcW w:w="936" w:type="dxa"/>
            <w:tcMar>
              <w:top w:w="80" w:type="dxa"/>
              <w:left w:w="120" w:type="dxa"/>
              <w:bottom w:w="80" w:type="dxa"/>
              <w:right w:w="120" w:type="dxa"/>
            </w:tcMar>
            <w:vAlign w:val="center"/>
          </w:tcPr>
          <w:p w14:paraId="3608DC13" w14:textId="77777777">
            <w:pPr>
              <w:spacing w:after="0" w:line="252" w:lineRule="auto"/>
              <w:jc w:val="center"/>
            </w:pPr>
            <w:r>
              <w:rPr>
                <w:color w:val="000000"/>
                <w:sz w:val="16"/>
              </w:rPr>
              <w:t>2024</w:t>
            </w:r>
          </w:p>
        </w:tc>
        <w:tc>
          <w:tcPr>
            <w:tcW w:w="2304" w:type="dxa"/>
            <w:tcMar>
              <w:top w:w="80" w:type="dxa"/>
              <w:left w:w="120" w:type="dxa"/>
              <w:bottom w:w="80" w:type="dxa"/>
              <w:right w:w="120" w:type="dxa"/>
            </w:tcMar>
            <w:vAlign w:val="center"/>
          </w:tcPr>
          <w:p w14:paraId="0CEFA27E" w14:textId="77777777">
            <w:pPr>
              <w:spacing w:after="0" w:line="252" w:lineRule="auto"/>
            </w:pPr>
            <w:r>
              <w:rPr>
                <w:rFonts w:ascii="Times New Roman" w:hAnsi="Times New Roman"/>
                <w:sz w:val="16"/>
              </w:rPr>
              <w:t>7–9 hours/week</w:t>
            </w:r>
          </w:p>
        </w:tc>
        <w:tc>
          <w:tcPr>
            <w:tcW w:w="936" w:type="dxa"/>
            <w:tcMar>
              <w:top w:w="80" w:type="dxa"/>
              <w:left w:w="120" w:type="dxa"/>
              <w:bottom w:w="80" w:type="dxa"/>
              <w:right w:w="120" w:type="dxa"/>
            </w:tcMar>
            <w:vAlign w:val="center"/>
          </w:tcPr>
          <w:p w14:paraId="60396A3A" w14:textId="77777777">
            <w:pPr>
              <w:spacing w:after="0" w:line="252" w:lineRule="auto"/>
              <w:jc w:val="right"/>
            </w:pPr>
            <w:r>
              <w:rPr>
                <w:color w:val="000000"/>
                <w:sz w:val="16"/>
              </w:rPr>
              <w:t>0.19</w:t>
            </w:r>
          </w:p>
        </w:tc>
        <w:tc>
          <w:tcPr>
            <w:tcW w:w="1080" w:type="dxa"/>
            <w:tcMar>
              <w:top w:w="80" w:type="dxa"/>
              <w:left w:w="120" w:type="dxa"/>
              <w:bottom w:w="80" w:type="dxa"/>
              <w:right w:w="120" w:type="dxa"/>
            </w:tcMar>
            <w:vAlign w:val="center"/>
          </w:tcPr>
          <w:p w14:paraId="15AD2497" w14:textId="77777777">
            <w:pPr>
              <w:spacing w:after="0" w:line="252" w:lineRule="auto"/>
              <w:jc w:val="right"/>
            </w:pPr>
            <w:r>
              <w:rPr>
                <w:color w:val="000000"/>
                <w:sz w:val="16"/>
              </w:rPr>
              <w:t>3.85</w:t>
            </w:r>
          </w:p>
        </w:tc>
        <w:tc>
          <w:tcPr>
            <w:tcW w:w="2160" w:type="dxa"/>
            <w:tcMar>
              <w:top w:w="80" w:type="dxa"/>
              <w:left w:w="120" w:type="dxa"/>
              <w:bottom w:w="80" w:type="dxa"/>
              <w:right w:w="120" w:type="dxa"/>
            </w:tcMar>
            <w:vAlign w:val="center"/>
          </w:tcPr>
          <w:p w14:paraId="2E616F73" w14:textId="77777777">
            <w:pPr>
              <w:spacing w:after="0" w:line="252" w:lineRule="auto"/>
              <w:jc w:val="center"/>
            </w:pPr>
            <w:r>
              <w:rPr>
                <w:rFonts w:ascii="Times New Roman" w:hAnsi="Times New Roman"/>
                <w:sz w:val="16"/>
              </w:rPr>
              <w:t>−7.50 to 7.87</w:t>
            </w:r>
          </w:p>
        </w:tc>
        <w:tc>
          <w:tcPr>
            <w:tcW w:w="864" w:type="dxa"/>
            <w:tcMar>
              <w:top w:w="80" w:type="dxa"/>
              <w:left w:w="120" w:type="dxa"/>
              <w:bottom w:w="80" w:type="dxa"/>
              <w:right w:w="120" w:type="dxa"/>
            </w:tcMar>
            <w:vAlign w:val="center"/>
          </w:tcPr>
          <w:p w14:paraId="6AFD6A43" w14:textId="77777777">
            <w:pPr>
              <w:spacing w:after="0" w:line="252" w:lineRule="auto"/>
              <w:jc w:val="right"/>
            </w:pPr>
            <w:r>
              <w:rPr>
                <w:color w:val="000000"/>
                <w:sz w:val="16"/>
              </w:rPr>
              <w:t>.961</w:t>
            </w:r>
          </w:p>
        </w:tc>
        <w:tc>
          <w:tcPr>
            <w:tcW w:w="720" w:type="dxa"/>
            <w:tcMar>
              <w:top w:w="80" w:type="dxa"/>
              <w:left w:w="120" w:type="dxa"/>
              <w:bottom w:w="80" w:type="dxa"/>
              <w:right w:w="120" w:type="dxa"/>
            </w:tcMar>
            <w:vAlign w:val="center"/>
          </w:tcPr>
          <w:p w14:paraId="16E2843A" w14:textId="77777777">
            <w:pPr>
              <w:spacing w:after="0" w:line="252" w:lineRule="auto"/>
              <w:jc w:val="right"/>
            </w:pPr>
            <w:r>
              <w:rPr>
                <w:color w:val="000000"/>
                <w:sz w:val="16"/>
              </w:rPr>
              <w:t>78</w:t>
            </w:r>
          </w:p>
        </w:tc>
        <w:tc>
          <w:tcPr>
            <w:tcW w:w="1224" w:type="dxa"/>
            <w:tcMar>
              <w:top w:w="80" w:type="dxa"/>
              <w:left w:w="120" w:type="dxa"/>
              <w:bottom w:w="80" w:type="dxa"/>
              <w:right w:w="120" w:type="dxa"/>
            </w:tcMar>
            <w:vAlign w:val="center"/>
          </w:tcPr>
          <w:p w14:paraId="0AF77087" w14:textId="77777777">
            <w:pPr>
              <w:spacing w:after="0" w:line="252" w:lineRule="auto"/>
              <w:jc w:val="right"/>
            </w:pPr>
            <w:r>
              <w:rPr>
                <w:color w:val="000000"/>
                <w:sz w:val="16"/>
              </w:rPr>
              <w:t>.503</w:t>
            </w:r>
          </w:p>
        </w:tc>
      </w:tr>
      <w:tr w14:paraId="14D90522" w14:textId="77777777">
        <w:tc>
          <w:tcPr>
            <w:tcW w:w="936" w:type="dxa"/>
            <w:tcMar>
              <w:top w:w="80" w:type="dxa"/>
              <w:left w:w="120" w:type="dxa"/>
              <w:bottom w:w="80" w:type="dxa"/>
              <w:right w:w="120" w:type="dxa"/>
            </w:tcMar>
            <w:vAlign w:val="center"/>
          </w:tcPr>
          <w:p w14:paraId="32E0CBCF" w14:textId="77777777">
            <w:pPr>
              <w:spacing w:after="0" w:line="252" w:lineRule="auto"/>
              <w:jc w:val="center"/>
            </w:pPr>
            <w:r>
              <w:rPr>
                <w:color w:val="000000"/>
                <w:sz w:val="16"/>
              </w:rPr>
              <w:t>2024</w:t>
            </w:r>
          </w:p>
        </w:tc>
        <w:tc>
          <w:tcPr>
            <w:tcW w:w="2304" w:type="dxa"/>
            <w:tcMar>
              <w:top w:w="80" w:type="dxa"/>
              <w:left w:w="120" w:type="dxa"/>
              <w:bottom w:w="80" w:type="dxa"/>
              <w:right w:w="120" w:type="dxa"/>
            </w:tcMar>
            <w:vAlign w:val="center"/>
          </w:tcPr>
          <w:p w14:paraId="74F79738" w14:textId="77777777">
            <w:pPr>
              <w:spacing w:after="0" w:line="252" w:lineRule="auto"/>
            </w:pPr>
            <w:r>
              <w:rPr>
                <w:color w:val="000000"/>
                <w:sz w:val="16"/>
              </w:rPr>
              <w:t>≥10 hours/week</w:t>
            </w:r>
          </w:p>
        </w:tc>
        <w:tc>
          <w:tcPr>
            <w:tcW w:w="936" w:type="dxa"/>
            <w:tcMar>
              <w:top w:w="80" w:type="dxa"/>
              <w:left w:w="120" w:type="dxa"/>
              <w:bottom w:w="80" w:type="dxa"/>
              <w:right w:w="120" w:type="dxa"/>
            </w:tcMar>
            <w:vAlign w:val="center"/>
          </w:tcPr>
          <w:p w14:paraId="59712312" w14:textId="77777777">
            <w:pPr>
              <w:spacing w:after="0" w:line="252" w:lineRule="auto"/>
              <w:jc w:val="right"/>
            </w:pPr>
            <w:r>
              <w:rPr>
                <w:color w:val="000000"/>
                <w:sz w:val="16"/>
              </w:rPr>
              <w:t>3.57</w:t>
            </w:r>
          </w:p>
        </w:tc>
        <w:tc>
          <w:tcPr>
            <w:tcW w:w="1080" w:type="dxa"/>
            <w:tcMar>
              <w:top w:w="80" w:type="dxa"/>
              <w:left w:w="120" w:type="dxa"/>
              <w:bottom w:w="80" w:type="dxa"/>
              <w:right w:w="120" w:type="dxa"/>
            </w:tcMar>
            <w:vAlign w:val="center"/>
          </w:tcPr>
          <w:p w14:paraId="645B60C0" w14:textId="77777777">
            <w:pPr>
              <w:spacing w:after="0" w:line="252" w:lineRule="auto"/>
              <w:jc w:val="right"/>
            </w:pPr>
            <w:r>
              <w:rPr>
                <w:color w:val="000000"/>
                <w:sz w:val="16"/>
              </w:rPr>
              <w:t>3.53</w:t>
            </w:r>
          </w:p>
        </w:tc>
        <w:tc>
          <w:tcPr>
            <w:tcW w:w="2160" w:type="dxa"/>
            <w:tcMar>
              <w:top w:w="80" w:type="dxa"/>
              <w:left w:w="120" w:type="dxa"/>
              <w:bottom w:w="80" w:type="dxa"/>
              <w:right w:w="120" w:type="dxa"/>
            </w:tcMar>
            <w:vAlign w:val="center"/>
          </w:tcPr>
          <w:p w14:paraId="209B7F37" w14:textId="77777777">
            <w:pPr>
              <w:spacing w:after="0" w:line="252" w:lineRule="auto"/>
              <w:jc w:val="center"/>
            </w:pPr>
            <w:r>
              <w:rPr>
                <w:rFonts w:ascii="Times New Roman" w:hAnsi="Times New Roman"/>
                <w:sz w:val="16"/>
              </w:rPr>
              <w:t>−3.48 to 10.62</w:t>
            </w:r>
          </w:p>
        </w:tc>
        <w:tc>
          <w:tcPr>
            <w:tcW w:w="864" w:type="dxa"/>
            <w:tcMar>
              <w:top w:w="80" w:type="dxa"/>
              <w:left w:w="120" w:type="dxa"/>
              <w:bottom w:w="80" w:type="dxa"/>
              <w:right w:w="120" w:type="dxa"/>
            </w:tcMar>
            <w:vAlign w:val="center"/>
          </w:tcPr>
          <w:p w14:paraId="086C362D" w14:textId="77777777">
            <w:pPr>
              <w:spacing w:after="0" w:line="252" w:lineRule="auto"/>
              <w:jc w:val="right"/>
            </w:pPr>
            <w:r>
              <w:rPr>
                <w:color w:val="000000"/>
                <w:sz w:val="16"/>
              </w:rPr>
              <w:t>.316</w:t>
            </w:r>
          </w:p>
        </w:tc>
        <w:tc>
          <w:tcPr>
            <w:tcW w:w="720" w:type="dxa"/>
            <w:tcMar>
              <w:top w:w="80" w:type="dxa"/>
              <w:left w:w="120" w:type="dxa"/>
              <w:bottom w:w="80" w:type="dxa"/>
              <w:right w:w="120" w:type="dxa"/>
            </w:tcMar>
            <w:vAlign w:val="center"/>
          </w:tcPr>
          <w:p w14:paraId="3A6723FB" w14:textId="77777777">
            <w:pPr>
              <w:spacing w:after="0" w:line="252" w:lineRule="auto"/>
              <w:jc w:val="right"/>
            </w:pPr>
            <w:r>
              <w:rPr>
                <w:color w:val="000000"/>
                <w:sz w:val="16"/>
              </w:rPr>
              <w:t>78</w:t>
            </w:r>
          </w:p>
        </w:tc>
        <w:tc>
          <w:tcPr>
            <w:tcW w:w="1224" w:type="dxa"/>
            <w:tcMar>
              <w:top w:w="80" w:type="dxa"/>
              <w:left w:w="120" w:type="dxa"/>
              <w:bottom w:w="80" w:type="dxa"/>
              <w:right w:w="120" w:type="dxa"/>
            </w:tcMar>
            <w:vAlign w:val="center"/>
          </w:tcPr>
          <w:p w14:paraId="21DC208A" w14:textId="77777777">
            <w:pPr>
              <w:spacing w:after="0" w:line="252" w:lineRule="auto"/>
              <w:jc w:val="right"/>
            </w:pPr>
            <w:r>
              <w:rPr>
                <w:color w:val="000000"/>
                <w:sz w:val="16"/>
              </w:rPr>
              <w:t>.503</w:t>
            </w:r>
          </w:p>
        </w:tc>
      </w:tr>
      <w:tr w14:paraId="4D174831" w14:textId="77777777">
        <w:tc>
          <w:tcPr>
            <w:tcW w:w="936" w:type="dxa"/>
            <w:tcMar>
              <w:top w:w="80" w:type="dxa"/>
              <w:left w:w="120" w:type="dxa"/>
              <w:bottom w:w="80" w:type="dxa"/>
              <w:right w:w="120" w:type="dxa"/>
            </w:tcMar>
            <w:vAlign w:val="center"/>
          </w:tcPr>
          <w:p w14:paraId="64A6A943" w14:textId="77777777">
            <w:pPr>
              <w:spacing w:after="0" w:line="252" w:lineRule="auto"/>
              <w:jc w:val="center"/>
            </w:pPr>
            <w:r>
              <w:rPr>
                <w:color w:val="000000"/>
                <w:sz w:val="16"/>
              </w:rPr>
              <w:t>2025</w:t>
            </w:r>
          </w:p>
        </w:tc>
        <w:tc>
          <w:tcPr>
            <w:tcW w:w="2304" w:type="dxa"/>
            <w:tcMar>
              <w:top w:w="80" w:type="dxa"/>
              <w:left w:w="120" w:type="dxa"/>
              <w:bottom w:w="80" w:type="dxa"/>
              <w:right w:w="120" w:type="dxa"/>
            </w:tcMar>
            <w:vAlign w:val="center"/>
          </w:tcPr>
          <w:p w14:paraId="68B86D38" w14:textId="77777777">
            <w:pPr>
              <w:spacing w:after="0" w:line="252" w:lineRule="auto"/>
            </w:pPr>
            <w:r>
              <w:rPr>
                <w:rFonts w:ascii="Times New Roman" w:hAnsi="Times New Roman"/>
                <w:sz w:val="16"/>
              </w:rPr>
              <w:t>4–6 hours/week</w:t>
            </w:r>
          </w:p>
        </w:tc>
        <w:tc>
          <w:tcPr>
            <w:tcW w:w="936" w:type="dxa"/>
            <w:tcMar>
              <w:top w:w="80" w:type="dxa"/>
              <w:left w:w="120" w:type="dxa"/>
              <w:bottom w:w="80" w:type="dxa"/>
              <w:right w:w="120" w:type="dxa"/>
            </w:tcMar>
            <w:vAlign w:val="center"/>
          </w:tcPr>
          <w:p w14:paraId="0642DD2E" w14:textId="77777777">
            <w:pPr>
              <w:spacing w:after="0" w:line="252" w:lineRule="auto"/>
              <w:jc w:val="right"/>
            </w:pPr>
            <w:r>
              <w:rPr>
                <w:color w:val="000000"/>
                <w:sz w:val="16"/>
              </w:rPr>
              <w:t>4.55</w:t>
            </w:r>
          </w:p>
        </w:tc>
        <w:tc>
          <w:tcPr>
            <w:tcW w:w="1080" w:type="dxa"/>
            <w:tcMar>
              <w:top w:w="80" w:type="dxa"/>
              <w:left w:w="120" w:type="dxa"/>
              <w:bottom w:w="80" w:type="dxa"/>
              <w:right w:w="120" w:type="dxa"/>
            </w:tcMar>
            <w:vAlign w:val="center"/>
          </w:tcPr>
          <w:p w14:paraId="4E2BED66" w14:textId="77777777">
            <w:pPr>
              <w:spacing w:after="0" w:line="252" w:lineRule="auto"/>
              <w:jc w:val="right"/>
            </w:pPr>
            <w:r>
              <w:rPr>
                <w:color w:val="000000"/>
                <w:sz w:val="16"/>
              </w:rPr>
              <w:t>1.62</w:t>
            </w:r>
          </w:p>
        </w:tc>
        <w:tc>
          <w:tcPr>
            <w:tcW w:w="2160" w:type="dxa"/>
            <w:tcMar>
              <w:top w:w="80" w:type="dxa"/>
              <w:left w:w="120" w:type="dxa"/>
              <w:bottom w:w="80" w:type="dxa"/>
              <w:right w:w="120" w:type="dxa"/>
            </w:tcMar>
            <w:vAlign w:val="center"/>
          </w:tcPr>
          <w:p w14:paraId="063F4B08" w14:textId="77777777">
            <w:pPr>
              <w:spacing w:after="0" w:line="252" w:lineRule="auto"/>
              <w:jc w:val="center"/>
            </w:pPr>
            <w:r>
              <w:rPr>
                <w:color w:val="000000"/>
                <w:sz w:val="16"/>
              </w:rPr>
              <w:t>1.35 to 7.75</w:t>
            </w:r>
          </w:p>
        </w:tc>
        <w:tc>
          <w:tcPr>
            <w:tcW w:w="864" w:type="dxa"/>
            <w:tcMar>
              <w:top w:w="80" w:type="dxa"/>
              <w:left w:w="120" w:type="dxa"/>
              <w:bottom w:w="80" w:type="dxa"/>
              <w:right w:w="120" w:type="dxa"/>
            </w:tcMar>
            <w:vAlign w:val="center"/>
          </w:tcPr>
          <w:p w14:paraId="452E37BD" w14:textId="77777777">
            <w:pPr>
              <w:spacing w:after="0" w:line="252" w:lineRule="auto"/>
              <w:jc w:val="right"/>
            </w:pPr>
            <w:r>
              <w:rPr>
                <w:color w:val="000000"/>
                <w:sz w:val="16"/>
              </w:rPr>
              <w:t>.006</w:t>
            </w:r>
          </w:p>
        </w:tc>
        <w:tc>
          <w:tcPr>
            <w:tcW w:w="720" w:type="dxa"/>
            <w:tcMar>
              <w:top w:w="80" w:type="dxa"/>
              <w:left w:w="120" w:type="dxa"/>
              <w:bottom w:w="80" w:type="dxa"/>
              <w:right w:w="120" w:type="dxa"/>
            </w:tcMar>
            <w:vAlign w:val="center"/>
          </w:tcPr>
          <w:p w14:paraId="191D3297" w14:textId="77777777">
            <w:pPr>
              <w:spacing w:after="0" w:line="252" w:lineRule="auto"/>
              <w:jc w:val="right"/>
            </w:pPr>
            <w:r>
              <w:rPr>
                <w:color w:val="000000"/>
                <w:sz w:val="16"/>
              </w:rPr>
              <w:t>156</w:t>
            </w:r>
          </w:p>
        </w:tc>
        <w:tc>
          <w:tcPr>
            <w:tcW w:w="1224" w:type="dxa"/>
            <w:tcMar>
              <w:top w:w="80" w:type="dxa"/>
              <w:left w:w="120" w:type="dxa"/>
              <w:bottom w:w="80" w:type="dxa"/>
              <w:right w:w="120" w:type="dxa"/>
            </w:tcMar>
            <w:vAlign w:val="center"/>
          </w:tcPr>
          <w:p w14:paraId="102A9809" w14:textId="77777777">
            <w:pPr>
              <w:spacing w:after="0" w:line="252" w:lineRule="auto"/>
              <w:jc w:val="right"/>
            </w:pPr>
            <w:r>
              <w:rPr>
                <w:color w:val="000000"/>
                <w:sz w:val="16"/>
              </w:rPr>
              <w:t>.503</w:t>
            </w:r>
          </w:p>
        </w:tc>
      </w:tr>
      <w:tr w14:paraId="1F400BCF" w14:textId="77777777">
        <w:tc>
          <w:tcPr>
            <w:tcW w:w="936" w:type="dxa"/>
            <w:tcMar>
              <w:top w:w="80" w:type="dxa"/>
              <w:left w:w="120" w:type="dxa"/>
              <w:bottom w:w="80" w:type="dxa"/>
              <w:right w:w="120" w:type="dxa"/>
            </w:tcMar>
            <w:vAlign w:val="center"/>
          </w:tcPr>
          <w:p w14:paraId="11395F1D" w14:textId="77777777">
            <w:pPr>
              <w:spacing w:after="0" w:line="252" w:lineRule="auto"/>
              <w:jc w:val="center"/>
            </w:pPr>
            <w:r>
              <w:rPr>
                <w:color w:val="000000"/>
                <w:sz w:val="16"/>
              </w:rPr>
              <w:t>2025</w:t>
            </w:r>
          </w:p>
        </w:tc>
        <w:tc>
          <w:tcPr>
            <w:tcW w:w="2304" w:type="dxa"/>
            <w:tcMar>
              <w:top w:w="80" w:type="dxa"/>
              <w:left w:w="120" w:type="dxa"/>
              <w:bottom w:w="80" w:type="dxa"/>
              <w:right w:w="120" w:type="dxa"/>
            </w:tcMar>
            <w:vAlign w:val="center"/>
          </w:tcPr>
          <w:p w14:paraId="610290CF" w14:textId="77777777">
            <w:pPr>
              <w:spacing w:after="0" w:line="252" w:lineRule="auto"/>
            </w:pPr>
            <w:r>
              <w:rPr>
                <w:rFonts w:ascii="Times New Roman" w:hAnsi="Times New Roman"/>
                <w:sz w:val="16"/>
              </w:rPr>
              <w:t>7–9 hours/week</w:t>
            </w:r>
          </w:p>
        </w:tc>
        <w:tc>
          <w:tcPr>
            <w:tcW w:w="936" w:type="dxa"/>
            <w:tcMar>
              <w:top w:w="80" w:type="dxa"/>
              <w:left w:w="120" w:type="dxa"/>
              <w:bottom w:w="80" w:type="dxa"/>
              <w:right w:w="120" w:type="dxa"/>
            </w:tcMar>
            <w:vAlign w:val="center"/>
          </w:tcPr>
          <w:p w14:paraId="3A7A34A9" w14:textId="77777777">
            <w:pPr>
              <w:spacing w:after="0" w:line="252" w:lineRule="auto"/>
              <w:jc w:val="right"/>
            </w:pPr>
            <w:r>
              <w:rPr>
                <w:color w:val="000000"/>
                <w:sz w:val="16"/>
              </w:rPr>
              <w:t>2.22</w:t>
            </w:r>
          </w:p>
        </w:tc>
        <w:tc>
          <w:tcPr>
            <w:tcW w:w="1080" w:type="dxa"/>
            <w:tcMar>
              <w:top w:w="80" w:type="dxa"/>
              <w:left w:w="120" w:type="dxa"/>
              <w:bottom w:w="80" w:type="dxa"/>
              <w:right w:w="120" w:type="dxa"/>
            </w:tcMar>
            <w:vAlign w:val="center"/>
          </w:tcPr>
          <w:p w14:paraId="7D42FA9A" w14:textId="77777777">
            <w:pPr>
              <w:spacing w:after="0" w:line="252" w:lineRule="auto"/>
              <w:jc w:val="right"/>
            </w:pPr>
            <w:r>
              <w:rPr>
                <w:color w:val="000000"/>
                <w:sz w:val="16"/>
              </w:rPr>
              <w:t>1.62</w:t>
            </w:r>
          </w:p>
        </w:tc>
        <w:tc>
          <w:tcPr>
            <w:tcW w:w="2160" w:type="dxa"/>
            <w:tcMar>
              <w:top w:w="80" w:type="dxa"/>
              <w:left w:w="120" w:type="dxa"/>
              <w:bottom w:w="80" w:type="dxa"/>
              <w:right w:w="120" w:type="dxa"/>
            </w:tcMar>
            <w:vAlign w:val="center"/>
          </w:tcPr>
          <w:p w14:paraId="0D94E387" w14:textId="77777777">
            <w:pPr>
              <w:spacing w:after="0" w:line="252" w:lineRule="auto"/>
              <w:jc w:val="center"/>
            </w:pPr>
            <w:r>
              <w:rPr>
                <w:rFonts w:ascii="Times New Roman" w:hAnsi="Times New Roman"/>
                <w:sz w:val="16"/>
              </w:rPr>
              <w:t>−0.98 to 5.42</w:t>
            </w:r>
          </w:p>
        </w:tc>
        <w:tc>
          <w:tcPr>
            <w:tcW w:w="864" w:type="dxa"/>
            <w:tcMar>
              <w:top w:w="80" w:type="dxa"/>
              <w:left w:w="120" w:type="dxa"/>
              <w:bottom w:w="80" w:type="dxa"/>
              <w:right w:w="120" w:type="dxa"/>
            </w:tcMar>
            <w:vAlign w:val="center"/>
          </w:tcPr>
          <w:p w14:paraId="23E97601" w14:textId="77777777">
            <w:pPr>
              <w:spacing w:after="0" w:line="252" w:lineRule="auto"/>
              <w:jc w:val="right"/>
            </w:pPr>
            <w:r>
              <w:rPr>
                <w:color w:val="000000"/>
                <w:sz w:val="16"/>
              </w:rPr>
              <w:t>.172</w:t>
            </w:r>
          </w:p>
        </w:tc>
        <w:tc>
          <w:tcPr>
            <w:tcW w:w="720" w:type="dxa"/>
            <w:tcMar>
              <w:top w:w="80" w:type="dxa"/>
              <w:left w:w="120" w:type="dxa"/>
              <w:bottom w:w="80" w:type="dxa"/>
              <w:right w:w="120" w:type="dxa"/>
            </w:tcMar>
            <w:vAlign w:val="center"/>
          </w:tcPr>
          <w:p w14:paraId="4E60D489" w14:textId="77777777">
            <w:pPr>
              <w:spacing w:after="0" w:line="252" w:lineRule="auto"/>
              <w:jc w:val="right"/>
            </w:pPr>
            <w:r>
              <w:rPr>
                <w:color w:val="000000"/>
                <w:sz w:val="16"/>
              </w:rPr>
              <w:t>156</w:t>
            </w:r>
          </w:p>
        </w:tc>
        <w:tc>
          <w:tcPr>
            <w:tcW w:w="1224" w:type="dxa"/>
            <w:tcMar>
              <w:top w:w="80" w:type="dxa"/>
              <w:left w:w="120" w:type="dxa"/>
              <w:bottom w:w="80" w:type="dxa"/>
              <w:right w:w="120" w:type="dxa"/>
            </w:tcMar>
            <w:vAlign w:val="center"/>
          </w:tcPr>
          <w:p w14:paraId="73C6733E" w14:textId="77777777">
            <w:pPr>
              <w:spacing w:after="0" w:line="252" w:lineRule="auto"/>
              <w:jc w:val="right"/>
            </w:pPr>
            <w:r>
              <w:rPr>
                <w:color w:val="000000"/>
                <w:sz w:val="16"/>
              </w:rPr>
              <w:t>.503</w:t>
            </w:r>
          </w:p>
        </w:tc>
      </w:tr>
      <w:tr w14:paraId="51625A3E" w14:textId="77777777">
        <w:tc>
          <w:tcPr>
            <w:tcW w:w="936" w:type="dxa"/>
            <w:tcMar>
              <w:top w:w="80" w:type="dxa"/>
              <w:left w:w="120" w:type="dxa"/>
              <w:bottom w:w="80" w:type="dxa"/>
              <w:right w:w="120" w:type="dxa"/>
            </w:tcMar>
            <w:vAlign w:val="center"/>
          </w:tcPr>
          <w:p w14:paraId="7711C875" w14:textId="77777777">
            <w:pPr>
              <w:spacing w:after="0" w:line="252" w:lineRule="auto"/>
              <w:jc w:val="center"/>
            </w:pPr>
            <w:r>
              <w:rPr>
                <w:color w:val="000000"/>
                <w:sz w:val="16"/>
              </w:rPr>
              <w:t>2025</w:t>
            </w:r>
          </w:p>
        </w:tc>
        <w:tc>
          <w:tcPr>
            <w:tcW w:w="2304" w:type="dxa"/>
            <w:tcMar>
              <w:top w:w="80" w:type="dxa"/>
              <w:left w:w="120" w:type="dxa"/>
              <w:bottom w:w="80" w:type="dxa"/>
              <w:right w:w="120" w:type="dxa"/>
            </w:tcMar>
            <w:vAlign w:val="center"/>
          </w:tcPr>
          <w:p w14:paraId="00441C8E" w14:textId="77777777">
            <w:pPr>
              <w:spacing w:after="0" w:line="252" w:lineRule="auto"/>
            </w:pPr>
            <w:r>
              <w:rPr>
                <w:color w:val="000000"/>
                <w:sz w:val="16"/>
              </w:rPr>
              <w:t>≥10 hours/week</w:t>
            </w:r>
          </w:p>
        </w:tc>
        <w:tc>
          <w:tcPr>
            <w:tcW w:w="936" w:type="dxa"/>
            <w:tcMar>
              <w:top w:w="80" w:type="dxa"/>
              <w:left w:w="120" w:type="dxa"/>
              <w:bottom w:w="80" w:type="dxa"/>
              <w:right w:w="120" w:type="dxa"/>
            </w:tcMar>
            <w:vAlign w:val="center"/>
          </w:tcPr>
          <w:p w14:paraId="5008245D" w14:textId="77777777">
            <w:pPr>
              <w:spacing w:after="0" w:line="252" w:lineRule="auto"/>
              <w:jc w:val="right"/>
            </w:pPr>
            <w:r>
              <w:rPr>
                <w:color w:val="000000"/>
                <w:sz w:val="16"/>
              </w:rPr>
              <w:t>4.14</w:t>
            </w:r>
          </w:p>
        </w:tc>
        <w:tc>
          <w:tcPr>
            <w:tcW w:w="1080" w:type="dxa"/>
            <w:tcMar>
              <w:top w:w="80" w:type="dxa"/>
              <w:left w:w="120" w:type="dxa"/>
              <w:bottom w:w="80" w:type="dxa"/>
              <w:right w:w="120" w:type="dxa"/>
            </w:tcMar>
            <w:vAlign w:val="center"/>
          </w:tcPr>
          <w:p w14:paraId="6367E724" w14:textId="77777777">
            <w:pPr>
              <w:spacing w:after="0" w:line="252" w:lineRule="auto"/>
              <w:jc w:val="right"/>
            </w:pPr>
            <w:r>
              <w:rPr>
                <w:color w:val="000000"/>
                <w:sz w:val="16"/>
              </w:rPr>
              <w:t>1.94</w:t>
            </w:r>
          </w:p>
        </w:tc>
        <w:tc>
          <w:tcPr>
            <w:tcW w:w="2160" w:type="dxa"/>
            <w:tcMar>
              <w:top w:w="80" w:type="dxa"/>
              <w:left w:w="120" w:type="dxa"/>
              <w:bottom w:w="80" w:type="dxa"/>
              <w:right w:w="120" w:type="dxa"/>
            </w:tcMar>
            <w:vAlign w:val="center"/>
          </w:tcPr>
          <w:p w14:paraId="241B32C3" w14:textId="77777777">
            <w:pPr>
              <w:spacing w:after="0" w:line="252" w:lineRule="auto"/>
              <w:jc w:val="center"/>
            </w:pPr>
            <w:r>
              <w:rPr>
                <w:color w:val="000000"/>
                <w:sz w:val="16"/>
              </w:rPr>
              <w:t>0.30 to 7.97</w:t>
            </w:r>
          </w:p>
        </w:tc>
        <w:tc>
          <w:tcPr>
            <w:tcW w:w="864" w:type="dxa"/>
            <w:tcMar>
              <w:top w:w="80" w:type="dxa"/>
              <w:left w:w="120" w:type="dxa"/>
              <w:bottom w:w="80" w:type="dxa"/>
              <w:right w:w="120" w:type="dxa"/>
            </w:tcMar>
            <w:vAlign w:val="center"/>
          </w:tcPr>
          <w:p w14:paraId="42771EC8" w14:textId="77777777">
            <w:pPr>
              <w:spacing w:after="0" w:line="252" w:lineRule="auto"/>
              <w:jc w:val="right"/>
            </w:pPr>
            <w:r>
              <w:rPr>
                <w:color w:val="000000"/>
                <w:sz w:val="16"/>
              </w:rPr>
              <w:t>.035</w:t>
            </w:r>
          </w:p>
        </w:tc>
        <w:tc>
          <w:tcPr>
            <w:tcW w:w="720" w:type="dxa"/>
            <w:tcMar>
              <w:top w:w="80" w:type="dxa"/>
              <w:left w:w="120" w:type="dxa"/>
              <w:bottom w:w="80" w:type="dxa"/>
              <w:right w:w="120" w:type="dxa"/>
            </w:tcMar>
            <w:vAlign w:val="center"/>
          </w:tcPr>
          <w:p w14:paraId="6EE4C47B" w14:textId="77777777">
            <w:pPr>
              <w:spacing w:after="0" w:line="252" w:lineRule="auto"/>
              <w:jc w:val="right"/>
            </w:pPr>
            <w:r>
              <w:rPr>
                <w:color w:val="000000"/>
                <w:sz w:val="16"/>
              </w:rPr>
              <w:t>156</w:t>
            </w:r>
          </w:p>
        </w:tc>
        <w:tc>
          <w:tcPr>
            <w:tcW w:w="1224" w:type="dxa"/>
            <w:tcMar>
              <w:top w:w="80" w:type="dxa"/>
              <w:left w:w="120" w:type="dxa"/>
              <w:bottom w:w="80" w:type="dxa"/>
              <w:right w:w="120" w:type="dxa"/>
            </w:tcMar>
            <w:vAlign w:val="center"/>
          </w:tcPr>
          <w:p w14:paraId="59529D1D" w14:textId="77777777">
            <w:pPr>
              <w:spacing w:after="0" w:line="252" w:lineRule="auto"/>
              <w:jc w:val="right"/>
            </w:pPr>
            <w:r>
              <w:rPr>
                <w:color w:val="000000"/>
                <w:sz w:val="16"/>
              </w:rPr>
              <w:t>.503</w:t>
            </w:r>
          </w:p>
        </w:tc>
      </w:tr>
    </w:tbl>
    <w:p w14:paraId="452CEE44" w14:textId="77777777">
      <w:pPr>
        <w:spacing w:before="100" w:after="160"/>
      </w:pPr>
      <w:r>
        <w:rPr>
          <w:rFonts w:ascii="Times New Roman" w:hAnsi="Times New Roman"/>
          <w:sz w:val="18"/>
        </w:rPr>
        <w:t>Note. The interaction test (p = .503) governs between-wave interpretation. A significant estimate in one wave and a nonsignificant estimate in another do not themselves demonstrate heterogeneity.</w:t>
      </w:r>
    </w:p>
    <w:p w14:paraId="67BD7633" w14:textId="77777777">
      <w:pPr>
        <w:keepNext/>
        <w:spacing w:before="80" w:after="80"/>
      </w:pPr>
      <w:r>
        <w:rPr>
          <w:b/>
          <w:color w:val="000000"/>
          <w:sz w:val="21"/>
        </w:rPr>
        <w:t xml:space="preserve">Supplementary Table S19. </w:t>
      </w:r>
      <w:r>
        <w:rPr>
          <w:i/>
          <w:color w:val="000000"/>
          <w:sz w:val="21"/>
        </w:rPr>
        <w:t>OLS omitted-confounding sensitivity statistics</w:t>
      </w:r>
    </w:p>
    <w:tbl>
      <w:tblPr>
        <w:tblW w:w="10224" w:type="dxa"/>
        <w:tblInd w:w="120" w:type="dxa"/>
        <w:tblBorders>
          <w:top w:val="single" w:sz="8" w:space="0" w:color="000000"/>
          <w:left w:val="nil"/>
          <w:bottom w:val="single" w:sz="8" w:space="0" w:color="000000"/>
          <w:right w:val="nil"/>
          <w:insideH w:val="single" w:sz="4" w:space="0" w:color="D9DEE5"/>
          <w:insideV w:val="nil"/>
        </w:tblBorders>
        <w:tblLayout w:type="fixed"/>
        <w:tblLook w:val="04A0" w:firstRow="1" w:lastRow="0" w:firstColumn="1" w:lastColumn="0" w:noHBand="0" w:noVBand="1"/>
      </w:tblPr>
      <w:tblGrid>
        <w:gridCol w:w="2448"/>
        <w:gridCol w:w="1008"/>
        <w:gridCol w:w="1008"/>
        <w:gridCol w:w="1152"/>
        <w:gridCol w:w="1152"/>
        <w:gridCol w:w="1296"/>
        <w:gridCol w:w="2160"/>
      </w:tblGrid>
      <w:tr w14:paraId="73ED03E4" w14:textId="77777777">
        <w:trPr>
          <w:tblHeader/>
        </w:trPr>
        <w:tc>
          <w:tcPr>
            <w:tcW w:w="2448" w:type="dxa"/>
            <w:tcMar>
              <w:top w:w="80" w:type="dxa"/>
              <w:left w:w="120" w:type="dxa"/>
              <w:bottom w:w="80" w:type="dxa"/>
              <w:right w:w="120" w:type="dxa"/>
            </w:tcMar>
            <w:vAlign w:val="center"/>
          </w:tcPr>
          <w:p w14:paraId="6A6C7803" w14:textId="77777777">
            <w:pPr>
              <w:spacing w:after="0" w:line="252" w:lineRule="auto"/>
            </w:pPr>
            <w:r>
              <w:rPr>
                <w:b/>
                <w:color w:val="000000"/>
                <w:sz w:val="16"/>
              </w:rPr>
              <w:t>Contrast</w:t>
            </w:r>
          </w:p>
        </w:tc>
        <w:tc>
          <w:tcPr>
            <w:tcW w:w="1008" w:type="dxa"/>
            <w:tcMar>
              <w:top w:w="80" w:type="dxa"/>
              <w:left w:w="120" w:type="dxa"/>
              <w:bottom w:w="80" w:type="dxa"/>
              <w:right w:w="120" w:type="dxa"/>
            </w:tcMar>
            <w:vAlign w:val="center"/>
          </w:tcPr>
          <w:p w14:paraId="5E450419" w14:textId="77777777">
            <w:pPr>
              <w:spacing w:after="0" w:line="252" w:lineRule="auto"/>
              <w:jc w:val="right"/>
            </w:pPr>
            <w:r>
              <w:rPr>
                <w:b/>
                <w:color w:val="000000"/>
                <w:sz w:val="16"/>
              </w:rPr>
              <w:t>OLS B</w:t>
            </w:r>
          </w:p>
        </w:tc>
        <w:tc>
          <w:tcPr>
            <w:tcW w:w="1008" w:type="dxa"/>
            <w:tcMar>
              <w:top w:w="80" w:type="dxa"/>
              <w:left w:w="120" w:type="dxa"/>
              <w:bottom w:w="80" w:type="dxa"/>
              <w:right w:w="120" w:type="dxa"/>
            </w:tcMar>
            <w:vAlign w:val="center"/>
          </w:tcPr>
          <w:p w14:paraId="18BB1A56" w14:textId="77777777">
            <w:pPr>
              <w:spacing w:after="0" w:line="252" w:lineRule="auto"/>
              <w:jc w:val="right"/>
            </w:pPr>
            <w:r>
              <w:rPr>
                <w:b/>
                <w:color w:val="000000"/>
                <w:sz w:val="16"/>
              </w:rPr>
              <w:t>OLS SE</w:t>
            </w:r>
          </w:p>
        </w:tc>
        <w:tc>
          <w:tcPr>
            <w:tcW w:w="1152" w:type="dxa"/>
            <w:tcMar>
              <w:top w:w="80" w:type="dxa"/>
              <w:left w:w="120" w:type="dxa"/>
              <w:bottom w:w="80" w:type="dxa"/>
              <w:right w:w="120" w:type="dxa"/>
            </w:tcMar>
            <w:vAlign w:val="center"/>
          </w:tcPr>
          <w:p w14:paraId="5CEE1441" w14:textId="77777777">
            <w:pPr>
              <w:spacing w:after="0" w:line="252" w:lineRule="auto"/>
              <w:jc w:val="right"/>
            </w:pPr>
            <w:r>
              <w:rPr>
                <w:rFonts w:ascii="Times New Roman" w:hAnsi="Times New Roman"/>
                <w:sz w:val="16"/>
              </w:rPr>
              <w:t>Partial R²</w:t>
            </w:r>
          </w:p>
        </w:tc>
        <w:tc>
          <w:tcPr>
            <w:tcW w:w="1152" w:type="dxa"/>
            <w:tcMar>
              <w:top w:w="80" w:type="dxa"/>
              <w:left w:w="120" w:type="dxa"/>
              <w:bottom w:w="80" w:type="dxa"/>
              <w:right w:w="120" w:type="dxa"/>
            </w:tcMar>
            <w:vAlign w:val="center"/>
          </w:tcPr>
          <w:p w14:paraId="348BF89A" w14:textId="77777777">
            <w:pPr>
              <w:spacing w:after="0" w:line="252" w:lineRule="auto"/>
              <w:jc w:val="right"/>
            </w:pPr>
            <w:r>
              <w:rPr>
                <w:b/>
                <w:color w:val="000000"/>
                <w:sz w:val="16"/>
              </w:rPr>
              <w:t>RV point</w:t>
            </w:r>
          </w:p>
        </w:tc>
        <w:tc>
          <w:tcPr>
            <w:tcW w:w="1296" w:type="dxa"/>
            <w:tcMar>
              <w:top w:w="80" w:type="dxa"/>
              <w:left w:w="120" w:type="dxa"/>
              <w:bottom w:w="80" w:type="dxa"/>
              <w:right w:w="120" w:type="dxa"/>
            </w:tcMar>
            <w:vAlign w:val="center"/>
          </w:tcPr>
          <w:p w14:paraId="78CCF080" w14:textId="77777777">
            <w:pPr>
              <w:spacing w:after="0" w:line="252" w:lineRule="auto"/>
              <w:jc w:val="right"/>
            </w:pPr>
            <w:r>
              <w:rPr>
                <w:rFonts w:ascii="Times New Roman" w:hAnsi="Times New Roman"/>
                <w:sz w:val="16"/>
              </w:rPr>
              <w:t>RV α=.05</w:t>
            </w:r>
          </w:p>
        </w:tc>
        <w:tc>
          <w:tcPr>
            <w:tcW w:w="2160" w:type="dxa"/>
            <w:tcMar>
              <w:top w:w="80" w:type="dxa"/>
              <w:left w:w="120" w:type="dxa"/>
              <w:bottom w:w="80" w:type="dxa"/>
              <w:right w:w="120" w:type="dxa"/>
            </w:tcMar>
            <w:vAlign w:val="center"/>
          </w:tcPr>
          <w:p w14:paraId="6933666B" w14:textId="77777777">
            <w:pPr>
              <w:spacing w:after="0" w:line="252" w:lineRule="auto"/>
            </w:pPr>
            <w:r>
              <w:rPr>
                <w:b/>
                <w:color w:val="000000"/>
                <w:sz w:val="16"/>
              </w:rPr>
              <w:t>Interpretation</w:t>
            </w:r>
          </w:p>
        </w:tc>
      </w:tr>
      <w:tr w14:paraId="50C953A4" w14:textId="77777777">
        <w:tc>
          <w:tcPr>
            <w:tcW w:w="2448" w:type="dxa"/>
            <w:tcMar>
              <w:top w:w="80" w:type="dxa"/>
              <w:left w:w="120" w:type="dxa"/>
              <w:bottom w:w="80" w:type="dxa"/>
              <w:right w:w="120" w:type="dxa"/>
            </w:tcMar>
            <w:vAlign w:val="center"/>
          </w:tcPr>
          <w:p w14:paraId="66BB26AE" w14:textId="77777777">
            <w:pPr>
              <w:spacing w:after="0" w:line="252" w:lineRule="auto"/>
            </w:pPr>
            <w:r>
              <w:rPr>
                <w:rFonts w:ascii="Times New Roman" w:hAnsi="Times New Roman"/>
                <w:sz w:val="16"/>
              </w:rPr>
              <w:t>4–6 hours/week</w:t>
            </w:r>
          </w:p>
        </w:tc>
        <w:tc>
          <w:tcPr>
            <w:tcW w:w="1008" w:type="dxa"/>
            <w:tcMar>
              <w:top w:w="80" w:type="dxa"/>
              <w:left w:w="120" w:type="dxa"/>
              <w:bottom w:w="80" w:type="dxa"/>
              <w:right w:w="120" w:type="dxa"/>
            </w:tcMar>
            <w:vAlign w:val="center"/>
          </w:tcPr>
          <w:p w14:paraId="34C7CDEF" w14:textId="77777777">
            <w:pPr>
              <w:spacing w:after="0" w:line="252" w:lineRule="auto"/>
              <w:jc w:val="right"/>
            </w:pPr>
            <w:r>
              <w:rPr>
                <w:color w:val="000000"/>
                <w:sz w:val="16"/>
              </w:rPr>
              <w:t>3.84</w:t>
            </w:r>
          </w:p>
        </w:tc>
        <w:tc>
          <w:tcPr>
            <w:tcW w:w="1008" w:type="dxa"/>
            <w:tcMar>
              <w:top w:w="80" w:type="dxa"/>
              <w:left w:w="120" w:type="dxa"/>
              <w:bottom w:w="80" w:type="dxa"/>
              <w:right w:w="120" w:type="dxa"/>
            </w:tcMar>
            <w:vAlign w:val="center"/>
          </w:tcPr>
          <w:p w14:paraId="703412CD" w14:textId="77777777">
            <w:pPr>
              <w:spacing w:after="0" w:line="252" w:lineRule="auto"/>
              <w:jc w:val="right"/>
            </w:pPr>
            <w:r>
              <w:rPr>
                <w:color w:val="000000"/>
                <w:sz w:val="16"/>
              </w:rPr>
              <w:t>1.54</w:t>
            </w:r>
          </w:p>
        </w:tc>
        <w:tc>
          <w:tcPr>
            <w:tcW w:w="1152" w:type="dxa"/>
            <w:tcMar>
              <w:top w:w="80" w:type="dxa"/>
              <w:left w:w="120" w:type="dxa"/>
              <w:bottom w:w="80" w:type="dxa"/>
              <w:right w:w="120" w:type="dxa"/>
            </w:tcMar>
            <w:vAlign w:val="center"/>
          </w:tcPr>
          <w:p w14:paraId="18C23F88" w14:textId="77777777">
            <w:pPr>
              <w:spacing w:after="0" w:line="252" w:lineRule="auto"/>
              <w:jc w:val="right"/>
            </w:pPr>
            <w:r>
              <w:rPr>
                <w:color w:val="000000"/>
                <w:sz w:val="16"/>
              </w:rPr>
              <w:t>0.027</w:t>
            </w:r>
          </w:p>
        </w:tc>
        <w:tc>
          <w:tcPr>
            <w:tcW w:w="1152" w:type="dxa"/>
            <w:tcMar>
              <w:top w:w="80" w:type="dxa"/>
              <w:left w:w="120" w:type="dxa"/>
              <w:bottom w:w="80" w:type="dxa"/>
              <w:right w:w="120" w:type="dxa"/>
            </w:tcMar>
            <w:vAlign w:val="center"/>
          </w:tcPr>
          <w:p w14:paraId="6F0BFE06" w14:textId="77777777">
            <w:pPr>
              <w:spacing w:after="0" w:line="252" w:lineRule="auto"/>
              <w:jc w:val="right"/>
            </w:pPr>
            <w:r>
              <w:rPr>
                <w:color w:val="000000"/>
                <w:sz w:val="16"/>
              </w:rPr>
              <w:t>0.154</w:t>
            </w:r>
          </w:p>
        </w:tc>
        <w:tc>
          <w:tcPr>
            <w:tcW w:w="1296" w:type="dxa"/>
            <w:tcMar>
              <w:top w:w="80" w:type="dxa"/>
              <w:left w:w="120" w:type="dxa"/>
              <w:bottom w:w="80" w:type="dxa"/>
              <w:right w:w="120" w:type="dxa"/>
            </w:tcMar>
            <w:vAlign w:val="center"/>
          </w:tcPr>
          <w:p w14:paraId="3A1D202B" w14:textId="77777777">
            <w:pPr>
              <w:spacing w:after="0" w:line="252" w:lineRule="auto"/>
              <w:jc w:val="right"/>
            </w:pPr>
            <w:r>
              <w:rPr>
                <w:color w:val="000000"/>
                <w:sz w:val="16"/>
              </w:rPr>
              <w:t>0.035</w:t>
            </w:r>
          </w:p>
        </w:tc>
        <w:tc>
          <w:tcPr>
            <w:tcW w:w="2160" w:type="dxa"/>
            <w:tcMar>
              <w:top w:w="80" w:type="dxa"/>
              <w:left w:w="120" w:type="dxa"/>
              <w:bottom w:w="80" w:type="dxa"/>
              <w:right w:w="120" w:type="dxa"/>
            </w:tcMar>
            <w:vAlign w:val="center"/>
          </w:tcPr>
          <w:p w14:paraId="0A67F25B" w14:textId="77777777">
            <w:pPr>
              <w:spacing w:after="0" w:line="252" w:lineRule="auto"/>
            </w:pPr>
            <w:r>
              <w:rPr>
                <w:color w:val="000000"/>
                <w:sz w:val="16"/>
              </w:rPr>
              <w:t>Post hoc; noncausal</w:t>
            </w:r>
          </w:p>
        </w:tc>
      </w:tr>
      <w:tr w14:paraId="5639D908" w14:textId="77777777">
        <w:tc>
          <w:tcPr>
            <w:tcW w:w="2448" w:type="dxa"/>
            <w:tcMar>
              <w:top w:w="80" w:type="dxa"/>
              <w:left w:w="120" w:type="dxa"/>
              <w:bottom w:w="80" w:type="dxa"/>
              <w:right w:w="120" w:type="dxa"/>
            </w:tcMar>
            <w:vAlign w:val="center"/>
          </w:tcPr>
          <w:p w14:paraId="569A9876" w14:textId="77777777">
            <w:pPr>
              <w:spacing w:after="0" w:line="252" w:lineRule="auto"/>
            </w:pPr>
            <w:r>
              <w:rPr>
                <w:rFonts w:ascii="Times New Roman" w:hAnsi="Times New Roman"/>
                <w:sz w:val="16"/>
              </w:rPr>
              <w:t>7–9 hours/week</w:t>
            </w:r>
          </w:p>
        </w:tc>
        <w:tc>
          <w:tcPr>
            <w:tcW w:w="1008" w:type="dxa"/>
            <w:tcMar>
              <w:top w:w="80" w:type="dxa"/>
              <w:left w:w="120" w:type="dxa"/>
              <w:bottom w:w="80" w:type="dxa"/>
              <w:right w:w="120" w:type="dxa"/>
            </w:tcMar>
            <w:vAlign w:val="center"/>
          </w:tcPr>
          <w:p w14:paraId="03D7D790" w14:textId="77777777">
            <w:pPr>
              <w:spacing w:after="0" w:line="252" w:lineRule="auto"/>
              <w:jc w:val="right"/>
            </w:pPr>
            <w:r>
              <w:rPr>
                <w:color w:val="000000"/>
                <w:sz w:val="16"/>
              </w:rPr>
              <w:t>1.85</w:t>
            </w:r>
          </w:p>
        </w:tc>
        <w:tc>
          <w:tcPr>
            <w:tcW w:w="1008" w:type="dxa"/>
            <w:tcMar>
              <w:top w:w="80" w:type="dxa"/>
              <w:left w:w="120" w:type="dxa"/>
              <w:bottom w:w="80" w:type="dxa"/>
              <w:right w:w="120" w:type="dxa"/>
            </w:tcMar>
            <w:vAlign w:val="center"/>
          </w:tcPr>
          <w:p w14:paraId="0A7569FC" w14:textId="77777777">
            <w:pPr>
              <w:spacing w:after="0" w:line="252" w:lineRule="auto"/>
              <w:jc w:val="right"/>
            </w:pPr>
            <w:r>
              <w:rPr>
                <w:color w:val="000000"/>
                <w:sz w:val="16"/>
              </w:rPr>
              <w:t>1.76</w:t>
            </w:r>
          </w:p>
        </w:tc>
        <w:tc>
          <w:tcPr>
            <w:tcW w:w="1152" w:type="dxa"/>
            <w:tcMar>
              <w:top w:w="80" w:type="dxa"/>
              <w:left w:w="120" w:type="dxa"/>
              <w:bottom w:w="80" w:type="dxa"/>
              <w:right w:w="120" w:type="dxa"/>
            </w:tcMar>
            <w:vAlign w:val="center"/>
          </w:tcPr>
          <w:p w14:paraId="556FA4A3" w14:textId="77777777">
            <w:pPr>
              <w:spacing w:after="0" w:line="252" w:lineRule="auto"/>
              <w:jc w:val="right"/>
            </w:pPr>
            <w:r>
              <w:rPr>
                <w:color w:val="000000"/>
                <w:sz w:val="16"/>
              </w:rPr>
              <w:t>0.005</w:t>
            </w:r>
          </w:p>
        </w:tc>
        <w:tc>
          <w:tcPr>
            <w:tcW w:w="1152" w:type="dxa"/>
            <w:tcMar>
              <w:top w:w="80" w:type="dxa"/>
              <w:left w:w="120" w:type="dxa"/>
              <w:bottom w:w="80" w:type="dxa"/>
              <w:right w:w="120" w:type="dxa"/>
            </w:tcMar>
            <w:vAlign w:val="center"/>
          </w:tcPr>
          <w:p w14:paraId="370BF4FB" w14:textId="77777777">
            <w:pPr>
              <w:spacing w:after="0" w:line="252" w:lineRule="auto"/>
              <w:jc w:val="right"/>
            </w:pPr>
            <w:r>
              <w:rPr>
                <w:color w:val="000000"/>
                <w:sz w:val="16"/>
              </w:rPr>
              <w:t>0.068</w:t>
            </w:r>
          </w:p>
        </w:tc>
        <w:tc>
          <w:tcPr>
            <w:tcW w:w="1296" w:type="dxa"/>
            <w:tcMar>
              <w:top w:w="80" w:type="dxa"/>
              <w:left w:w="120" w:type="dxa"/>
              <w:bottom w:w="80" w:type="dxa"/>
              <w:right w:w="120" w:type="dxa"/>
            </w:tcMar>
            <w:vAlign w:val="center"/>
          </w:tcPr>
          <w:p w14:paraId="60C20D02" w14:textId="77777777">
            <w:pPr>
              <w:spacing w:after="0" w:line="252" w:lineRule="auto"/>
              <w:jc w:val="right"/>
            </w:pPr>
            <w:r>
              <w:rPr>
                <w:color w:val="000000"/>
                <w:sz w:val="16"/>
              </w:rPr>
              <w:t>0.000</w:t>
            </w:r>
          </w:p>
        </w:tc>
        <w:tc>
          <w:tcPr>
            <w:tcW w:w="2160" w:type="dxa"/>
            <w:tcMar>
              <w:top w:w="80" w:type="dxa"/>
              <w:left w:w="120" w:type="dxa"/>
              <w:bottom w:w="80" w:type="dxa"/>
              <w:right w:w="120" w:type="dxa"/>
            </w:tcMar>
            <w:vAlign w:val="center"/>
          </w:tcPr>
          <w:p w14:paraId="0F79FF0A" w14:textId="77777777">
            <w:pPr>
              <w:spacing w:after="0" w:line="252" w:lineRule="auto"/>
            </w:pPr>
            <w:r>
              <w:rPr>
                <w:color w:val="000000"/>
                <w:sz w:val="16"/>
              </w:rPr>
              <w:t>Post hoc; noncausal</w:t>
            </w:r>
          </w:p>
        </w:tc>
      </w:tr>
      <w:tr w14:paraId="058DAE8F" w14:textId="77777777">
        <w:tc>
          <w:tcPr>
            <w:tcW w:w="2448" w:type="dxa"/>
            <w:tcMar>
              <w:top w:w="80" w:type="dxa"/>
              <w:left w:w="120" w:type="dxa"/>
              <w:bottom w:w="80" w:type="dxa"/>
              <w:right w:w="120" w:type="dxa"/>
            </w:tcMar>
            <w:vAlign w:val="center"/>
          </w:tcPr>
          <w:p w14:paraId="0447DCCE" w14:textId="77777777">
            <w:pPr>
              <w:spacing w:after="0" w:line="252" w:lineRule="auto"/>
            </w:pPr>
            <w:r>
              <w:rPr>
                <w:color w:val="000000"/>
                <w:sz w:val="16"/>
              </w:rPr>
              <w:t>≥10 hours/week</w:t>
            </w:r>
          </w:p>
        </w:tc>
        <w:tc>
          <w:tcPr>
            <w:tcW w:w="1008" w:type="dxa"/>
            <w:tcMar>
              <w:top w:w="80" w:type="dxa"/>
              <w:left w:w="120" w:type="dxa"/>
              <w:bottom w:w="80" w:type="dxa"/>
              <w:right w:w="120" w:type="dxa"/>
            </w:tcMar>
            <w:vAlign w:val="center"/>
          </w:tcPr>
          <w:p w14:paraId="53EE7698" w14:textId="77777777">
            <w:pPr>
              <w:spacing w:after="0" w:line="252" w:lineRule="auto"/>
              <w:jc w:val="right"/>
            </w:pPr>
            <w:r>
              <w:rPr>
                <w:color w:val="000000"/>
                <w:sz w:val="16"/>
              </w:rPr>
              <w:t>3.48</w:t>
            </w:r>
          </w:p>
        </w:tc>
        <w:tc>
          <w:tcPr>
            <w:tcW w:w="1008" w:type="dxa"/>
            <w:tcMar>
              <w:top w:w="80" w:type="dxa"/>
              <w:left w:w="120" w:type="dxa"/>
              <w:bottom w:w="80" w:type="dxa"/>
              <w:right w:w="120" w:type="dxa"/>
            </w:tcMar>
            <w:vAlign w:val="center"/>
          </w:tcPr>
          <w:p w14:paraId="7E48820D" w14:textId="77777777">
            <w:pPr>
              <w:spacing w:after="0" w:line="252" w:lineRule="auto"/>
              <w:jc w:val="right"/>
            </w:pPr>
            <w:r>
              <w:rPr>
                <w:color w:val="000000"/>
                <w:sz w:val="16"/>
              </w:rPr>
              <w:t>1.64</w:t>
            </w:r>
          </w:p>
        </w:tc>
        <w:tc>
          <w:tcPr>
            <w:tcW w:w="1152" w:type="dxa"/>
            <w:tcMar>
              <w:top w:w="80" w:type="dxa"/>
              <w:left w:w="120" w:type="dxa"/>
              <w:bottom w:w="80" w:type="dxa"/>
              <w:right w:w="120" w:type="dxa"/>
            </w:tcMar>
            <w:vAlign w:val="center"/>
          </w:tcPr>
          <w:p w14:paraId="3EB22EF3" w14:textId="77777777">
            <w:pPr>
              <w:spacing w:after="0" w:line="252" w:lineRule="auto"/>
              <w:jc w:val="right"/>
            </w:pPr>
            <w:r>
              <w:rPr>
                <w:color w:val="000000"/>
                <w:sz w:val="16"/>
              </w:rPr>
              <w:t>0.020</w:t>
            </w:r>
          </w:p>
        </w:tc>
        <w:tc>
          <w:tcPr>
            <w:tcW w:w="1152" w:type="dxa"/>
            <w:tcMar>
              <w:top w:w="80" w:type="dxa"/>
              <w:left w:w="120" w:type="dxa"/>
              <w:bottom w:w="80" w:type="dxa"/>
              <w:right w:w="120" w:type="dxa"/>
            </w:tcMar>
            <w:vAlign w:val="center"/>
          </w:tcPr>
          <w:p w14:paraId="54BFEE6D" w14:textId="77777777">
            <w:pPr>
              <w:spacing w:after="0" w:line="252" w:lineRule="auto"/>
              <w:jc w:val="right"/>
            </w:pPr>
            <w:r>
              <w:rPr>
                <w:color w:val="000000"/>
                <w:sz w:val="16"/>
              </w:rPr>
              <w:t>0.133</w:t>
            </w:r>
          </w:p>
        </w:tc>
        <w:tc>
          <w:tcPr>
            <w:tcW w:w="1296" w:type="dxa"/>
            <w:tcMar>
              <w:top w:w="80" w:type="dxa"/>
              <w:left w:w="120" w:type="dxa"/>
              <w:bottom w:w="80" w:type="dxa"/>
              <w:right w:w="120" w:type="dxa"/>
            </w:tcMar>
            <w:vAlign w:val="center"/>
          </w:tcPr>
          <w:p w14:paraId="622AB6BE" w14:textId="77777777">
            <w:pPr>
              <w:spacing w:after="0" w:line="252" w:lineRule="auto"/>
              <w:jc w:val="right"/>
            </w:pPr>
            <w:r>
              <w:rPr>
                <w:color w:val="000000"/>
                <w:sz w:val="16"/>
              </w:rPr>
              <w:t>0.010</w:t>
            </w:r>
          </w:p>
        </w:tc>
        <w:tc>
          <w:tcPr>
            <w:tcW w:w="2160" w:type="dxa"/>
            <w:tcMar>
              <w:top w:w="80" w:type="dxa"/>
              <w:left w:w="120" w:type="dxa"/>
              <w:bottom w:w="80" w:type="dxa"/>
              <w:right w:w="120" w:type="dxa"/>
            </w:tcMar>
            <w:vAlign w:val="center"/>
          </w:tcPr>
          <w:p w14:paraId="1BB18D7D" w14:textId="77777777">
            <w:pPr>
              <w:spacing w:after="0" w:line="252" w:lineRule="auto"/>
            </w:pPr>
            <w:r>
              <w:rPr>
                <w:color w:val="000000"/>
                <w:sz w:val="16"/>
              </w:rPr>
              <w:t>Post hoc; noncausal</w:t>
            </w:r>
          </w:p>
        </w:tc>
      </w:tr>
    </w:tbl>
    <w:p w14:paraId="276E55A1" w14:textId="77777777">
      <w:pPr>
        <w:spacing w:before="100" w:after="160"/>
      </w:pPr>
      <w:r>
        <w:rPr>
          <w:rFonts w:ascii="Times New Roman" w:hAnsi="Times New Roman"/>
          <w:sz w:val="18"/>
        </w:rPr>
        <w:t>Note. Robustness values are Cinelli-Hazlett-style OLS sensitivity statistics. The α=.05 values show that modest residual confounding could move the nominally significant contrasts across the .05 threshold. These diagnostics do not establish causal identification.</w:t>
      </w:r>
    </w:p>
    <w:p w14:paraId="4ED7C55F" w14:textId="77777777">
      <w:pPr>
        <w:sectPr>
          <w:pgSz w:w="15840" w:h="12240" w:orient="landscape"/>
          <w:pgMar w:top="1008" w:right="1008" w:bottom="1008" w:left="1008" w:header="504" w:footer="504" w:gutter="0"/>
          <w:cols w:space="720"/>
          <w:docGrid w:linePitch="360"/>
        </w:sectPr>
      </w:pPr>
    </w:p>
    <w:p w14:paraId="46BBBD14" w14:textId="77777777">
      <w:pPr>
        <w:pStyle w:val="Heading1"/>
      </w:pPr>
      <w:r>
        <w:lastRenderedPageBreak/>
        <w:t>S8. Reproducibility and evidence map</w:t>
      </w:r>
    </w:p>
    <w:p w14:paraId="2B5193DD" w14:textId="77777777">
      <w:r>
        <w:t>All numerical tables and figures were generated from versioned R scripts. The ordered pipeline is:</w:t>
      </w:r>
    </w:p>
    <w:p w14:paraId="73A258D4" w14:textId="77777777">
      <w:pPr>
        <w:pStyle w:val="ListNumber"/>
      </w:pPr>
      <w:r>
        <w:t>00_freeze_source.R</w:t>
      </w:r>
    </w:p>
    <w:p w14:paraId="3636AB29" w14:textId="77777777">
      <w:pPr>
        <w:pStyle w:val="ListNumber"/>
      </w:pPr>
      <w:r>
        <w:t>01_import_deidentify.R</w:t>
      </w:r>
    </w:p>
    <w:p w14:paraId="6A511E55" w14:textId="77777777">
      <w:pPr>
        <w:pStyle w:val="ListNumber"/>
      </w:pPr>
      <w:r>
        <w:t>02_score_psychometrics.R</w:t>
      </w:r>
    </w:p>
    <w:p w14:paraId="450585EF" w14:textId="77777777">
      <w:pPr>
        <w:pStyle w:val="ListNumber"/>
      </w:pPr>
      <w:r>
        <w:t>03_primary_analysis.R</w:t>
      </w:r>
    </w:p>
    <w:p w14:paraId="7FF0009B" w14:textId="77777777">
      <w:pPr>
        <w:pStyle w:val="ListNumber"/>
      </w:pPr>
      <w:r>
        <w:t>04_secondary_sensitivity.R</w:t>
      </w:r>
    </w:p>
    <w:p w14:paraId="355431E5" w14:textId="77777777">
      <w:pPr>
        <w:pStyle w:val="ListNumber"/>
      </w:pPr>
      <w:r>
        <w:rPr>
          <w:rFonts w:ascii="Times New Roman" w:hAnsi="Times New Roman"/>
        </w:rPr>
        <w:t>04b_audit_reconstruction_checks.R</w:t>
      </w:r>
    </w:p>
    <w:p w14:paraId="7A0AF422" w14:textId="77777777">
      <w:pPr>
        <w:pStyle w:val="ListNumber"/>
      </w:pPr>
      <w:r>
        <w:t>05_tables_figures.R</w:t>
      </w:r>
    </w:p>
    <w:p w14:paraId="1144A34E" w14:textId="77777777">
      <w:pPr>
        <w:pStyle w:val="ListNumber"/>
      </w:pPr>
      <w:r>
        <w:t>05a_robustness_enhancement.R</w:t>
      </w:r>
    </w:p>
    <w:p w14:paraId="1139B0FE" w14:textId="77777777">
      <w:pPr>
        <w:pStyle w:val="ListNumber"/>
      </w:pPr>
      <w:r>
        <w:t>06_reproducibility_audit.R</w:t>
      </w:r>
    </w:p>
    <w:p w14:paraId="6D47C8F4" w14:textId="77777777">
      <w:r>
        <w:t>Independent scripts verify scoring, the primary model matrix and HC3 covariance, the secondary FDR and sensitivity outputs, the sports activity-adjustment attenuation, the discussion-category collapse, and all specification-curve, cross-validation, wave, and omitted-confounding calculations.</w:t>
      </w:r>
    </w:p>
    <w:p w14:paraId="75F519D2" w14:textId="77777777">
      <w:pPr>
        <w:spacing w:before="100" w:after="160"/>
      </w:pPr>
      <w:r>
        <w:t>This appendix includes all prespecified unfavorable and null sensitivity findings and is intended for publication as Additional file 1 with the main article.</w:t>
      </w:r>
    </w:p>
    <w:sectPr>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B27DA" w14:textId="77777777">
      <w:pPr>
        <w:spacing w:after="0" w:line="240" w:lineRule="auto"/>
      </w:pPr>
      <w:r>
        <w:separator/>
      </w:r>
    </w:p>
  </w:endnote>
  <w:endnote w:type="continuationSeparator" w:id="0">
    <w:p w14:paraId="634C78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C4D0" w14:textId="77777777">
    <w:pPr>
      <w:pStyle w:val="Footer"/>
      <w:jc w:val="center"/>
    </w:pPr>
    <w:r>
      <w:rPr>
        <w:rFonts w:ascii="Times New Roman" w:hAnsi="Times New Roman"/>
        <w:sz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762AB" w14:textId="77777777">
      <w:pPr>
        <w:spacing w:after="0" w:line="240" w:lineRule="auto"/>
      </w:pPr>
      <w:r>
        <w:separator/>
      </w:r>
    </w:p>
  </w:footnote>
  <w:footnote w:type="continuationSeparator" w:id="0">
    <w:p w14:paraId="23DA823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2984326">
    <w:abstractNumId w:val="8"/>
  </w:num>
  <w:num w:numId="2" w16cid:durableId="615332790">
    <w:abstractNumId w:val="6"/>
  </w:num>
  <w:num w:numId="3" w16cid:durableId="1498692520">
    <w:abstractNumId w:val="5"/>
  </w:num>
  <w:num w:numId="4" w16cid:durableId="693307376">
    <w:abstractNumId w:val="4"/>
  </w:num>
  <w:num w:numId="5" w16cid:durableId="303241068">
    <w:abstractNumId w:val="7"/>
  </w:num>
  <w:num w:numId="6" w16cid:durableId="1690063584">
    <w:abstractNumId w:val="3"/>
  </w:num>
  <w:num w:numId="7" w16cid:durableId="1505438850">
    <w:abstractNumId w:val="2"/>
  </w:num>
  <w:num w:numId="8" w16cid:durableId="1989283912">
    <w:abstractNumId w:val="1"/>
  </w:num>
  <w:num w:numId="9" w16cid:durableId="15233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57E2"/>
    <w:rsid w:val="00237413"/>
    <w:rsid w:val="00264303"/>
    <w:rsid w:val="0029639D"/>
    <w:rsid w:val="00326F90"/>
    <w:rsid w:val="00AA1D8D"/>
    <w:rsid w:val="00B1493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97582"/>
  <w14:defaultImageDpi w14:val="300"/>
  <w15:docId w15:val="{F01FFD51-A7C8-4A64-B406-0C48BA0D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76" w:lineRule="auto" w:before="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160" w:after="0"/>
      <w:outlineLvl w:val="0"/>
    </w:pPr>
    <w:rPr>
      <w:rFonts w:asciiTheme="majorHAnsi" w:eastAsiaTheme="majorEastAsia" w:hAnsiTheme="majorHAnsi" w:cstheme="majorBidi" w:ascii="Times New Roman" w:hAnsi="Times New Roman"/>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Times New Roman" w:hAnsi="Times New Roman"/>
      <w:b/>
      <w:bCs/>
      <w:color w:val="2E74B5"/>
      <w:sz w:val="24"/>
      <w:szCs w:val="26"/>
    </w:rPr>
  </w:style>
  <w:style w:type="paragraph" w:styleId="Heading3">
    <w:name w:val="heading 3"/>
    <w:basedOn w:val="Normal"/>
    <w:next w:val="Normal"/>
    <w:link w:val="Heading3Char"/>
    <w:uiPriority w:val="9"/>
    <w:unhideWhenUsed/>
    <w:qFormat/>
    <w:rsid w:val="00FC693F"/>
    <w:pPr>
      <w:keepNext/>
      <w:keepLines/>
      <w:spacing w:before="160" w:after="0"/>
      <w:outlineLvl w:val="2"/>
    </w:pPr>
    <w:rPr>
      <w:rFonts w:asciiTheme="majorHAnsi" w:eastAsiaTheme="majorEastAsia" w:hAnsiTheme="majorHAnsi" w:cstheme="majorBidi" w:ascii="Times New Roman" w:hAnsi="Times New Roman"/>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Theme="majorHAnsi" w:eastAsiaTheme="majorEastAsia" w:hAnsiTheme="majorHAnsi" w:cstheme="majorBidi"/>
      <w:i/>
      <w:iCs/>
      <w:color w:val="5B6573"/>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2779</Words>
  <Characters>15845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Anonymized publication materials</dc:subject>
  <dc:creator/>
  <cp:keywords/>
  <dc:description>generated by python-docx</dc:description>
  <cp:lastModifiedBy/>
  <cp:revision>2</cp:revision>
  <dcterms:created xsi:type="dcterms:W3CDTF">2013-12-23T23:15:00Z</dcterms:created>
  <dcterms:modified xsi:type="dcterms:W3CDTF">2026-08-09T11:56:00Z</dcterms:modified>
  <cp:category/>
</cp:coreProperties>
</file>