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Times New Roman" w:hAnsi="Times New Roman"/>
          <w:b/>
          <w:i w:val="0"/>
          <w:sz w:val="28"/>
        </w:rPr>
        <w:t>Additional file 1. Semi-structured interview guide</w:t>
      </w:r>
    </w:p>
    <w:p>
      <w:pPr>
        <w:spacing w:after="200"/>
      </w:pPr>
      <w:r>
        <w:rPr>
          <w:rFonts w:ascii="Times New Roman" w:hAnsi="Times New Roman"/>
          <w:b w:val="0"/>
          <w:i/>
          <w:sz w:val="21"/>
        </w:rPr>
        <w:t>ARRANGE CP, a Multidisciplinary Decision-Making Protocol for Delayed Emergency Department Disposition: A Qualitative Case Study</w:t>
      </w:r>
    </w:p>
    <w:p>
      <w:pPr>
        <w:spacing w:after="240"/>
      </w:pPr>
      <w:r>
        <w:rPr>
          <w:rFonts w:ascii="Times New Roman" w:hAnsi="Times New Roman"/>
          <w:b w:val="0"/>
          <w:i w:val="0"/>
          <w:sz w:val="20"/>
        </w:rPr>
        <w:t>This is an English translation of the interview guide (version 3) used in the study. The guide was originally written and administered in Korean. Questions are grouped by professional role and by interview phase; bulleted items are probes used flexibly to elicit concrete examples, and were not necessarily asked verbatim or in full for every participant.</w:t>
      </w:r>
    </w:p>
    <w:p>
      <w:pPr>
        <w:spacing w:after="80"/>
      </w:pPr>
      <w:r>
        <w:rPr>
          <w:rFonts w:ascii="Times New Roman" w:hAnsi="Times New Roman"/>
          <w:b/>
          <w:i w:val="0"/>
          <w:sz w:val="22"/>
        </w:rPr>
        <w:t>1. Purpose of the interview</w:t>
      </w:r>
    </w:p>
    <w:p>
      <w:pPr>
        <w:spacing w:after="200"/>
      </w:pPr>
      <w:r>
        <w:rPr>
          <w:rFonts w:ascii="Times New Roman" w:hAnsi="Times New Roman"/>
          <w:b w:val="0"/>
          <w:i w:val="0"/>
          <w:sz w:val="22"/>
        </w:rPr>
        <w:t>To hear directly from healthcare professionals who experienced the ARRANGE CP (a multidisciplinary disposition decision-making process) in operation in the emergency department (ED) of Severance Hospital, and to explore (i) differences in experience before and after implementation of the protocol, (ii) the influence of the protocol on patient disposition decisions and interprofessional collaboration, and (iii) institutional areas for improvement and the significance of the protocol.</w:t>
      </w:r>
    </w:p>
    <w:p>
      <w:pPr>
        <w:spacing w:after="80"/>
      </w:pPr>
      <w:r>
        <w:rPr>
          <w:rFonts w:ascii="Times New Roman" w:hAnsi="Times New Roman"/>
          <w:b/>
          <w:i w:val="0"/>
          <w:sz w:val="22"/>
        </w:rPr>
        <w:t>2. Interview flow</w:t>
      </w:r>
    </w:p>
    <w:p>
      <w:pPr>
        <w:spacing w:after="40"/>
        <w:ind w:left="288"/>
      </w:pPr>
      <w:r>
        <w:rPr>
          <w:rFonts w:ascii="Times New Roman" w:hAnsi="Times New Roman"/>
          <w:b w:val="0"/>
          <w:i w:val="0"/>
          <w:sz w:val="21"/>
        </w:rPr>
        <w:t>– Opening script: study purpose, anonymity and audio-recording, expected duration, invitation to speak freely</w:t>
      </w:r>
    </w:p>
    <w:p>
      <w:pPr>
        <w:spacing w:after="40"/>
        <w:ind w:left="288"/>
      </w:pPr>
      <w:r>
        <w:rPr>
          <w:rFonts w:ascii="Times New Roman" w:hAnsi="Times New Roman"/>
          <w:b w:val="0"/>
          <w:i w:val="0"/>
          <w:sz w:val="21"/>
        </w:rPr>
        <w:t>– Experience before implementation: difficulties encountered by each professional group before the protocol</w:t>
      </w:r>
    </w:p>
    <w:p>
      <w:pPr>
        <w:spacing w:after="40"/>
        <w:ind w:left="288"/>
      </w:pPr>
      <w:r>
        <w:rPr>
          <w:rFonts w:ascii="Times New Roman" w:hAnsi="Times New Roman"/>
          <w:b w:val="0"/>
          <w:i w:val="0"/>
          <w:sz w:val="21"/>
        </w:rPr>
        <w:t>– Experience after implementation: changes after the protocol, collaboration, confusion, and changes in perceived responsibility</w:t>
      </w:r>
    </w:p>
    <w:p>
      <w:pPr>
        <w:spacing w:after="40"/>
        <w:ind w:left="288"/>
      </w:pPr>
      <w:r>
        <w:rPr>
          <w:rFonts w:ascii="Times New Roman" w:hAnsi="Times New Roman"/>
          <w:b w:val="0"/>
          <w:i w:val="0"/>
          <w:sz w:val="21"/>
        </w:rPr>
        <w:t>– Evaluation and areas for improvement: significance of the protocol and suggested directions for improvement</w:t>
      </w:r>
    </w:p>
    <w:p>
      <w:pPr>
        <w:spacing w:after="40"/>
        <w:ind w:left="288"/>
      </w:pPr>
      <w:r>
        <w:rPr>
          <w:rFonts w:ascii="Times New Roman" w:hAnsi="Times New Roman"/>
          <w:b w:val="0"/>
          <w:i w:val="0"/>
          <w:sz w:val="21"/>
        </w:rPr>
        <w:t>– Closing script: thanks and invitation for any additional comments</w:t>
      </w:r>
    </w:p>
    <w:p>
      <w:pPr>
        <w:spacing w:after="120"/>
      </w:pPr>
      <w:r>
        <w:rPr>
          <w:rFonts w:ascii="Times New Roman" w:hAnsi="Times New Roman"/>
          <w:b w:val="0"/>
          <w:i w:val="0"/>
          <w:sz w:val="22"/>
        </w:rPr>
      </w:r>
    </w:p>
    <w:p>
      <w:pPr>
        <w:spacing w:after="80"/>
      </w:pPr>
      <w:r>
        <w:rPr>
          <w:rFonts w:ascii="Times New Roman" w:hAnsi="Times New Roman"/>
          <w:b/>
          <w:i w:val="0"/>
          <w:sz w:val="22"/>
        </w:rPr>
        <w:t>3. Opening script</w:t>
      </w:r>
    </w:p>
    <w:p>
      <w:pPr>
        <w:spacing w:after="200"/>
      </w:pPr>
      <w:r>
        <w:rPr>
          <w:rFonts w:ascii="Times New Roman" w:hAnsi="Times New Roman"/>
          <w:b w:val="0"/>
          <w:i w:val="0"/>
          <w:sz w:val="21"/>
        </w:rPr>
        <w:t>Hello, and thank you very much for taking part in this interview today. I am [name], the researcher responsible for this study. Everything you tell me will be handled anonymously and will not be used for any purpose other than this research. As you have consented, the interview will be audio-recorded, and any information that could identify an individual will be removed during transcription. The interview is expected to take about 20 minutes, and you may stop at any time if you wish. Please feel free to speak openly. There are no right or wrong answers; I would simply like to hear about the experiences you have had.</w:t>
      </w:r>
    </w:p>
    <w:p>
      <w:pPr>
        <w:spacing w:after="80"/>
      </w:pPr>
      <w:r>
        <w:rPr>
          <w:rFonts w:ascii="Times New Roman" w:hAnsi="Times New Roman"/>
          <w:b/>
          <w:i w:val="0"/>
          <w:sz w:val="22"/>
        </w:rPr>
        <w:t>4. Explanation of the ARRANGE CP given to participants</w:t>
      </w:r>
    </w:p>
    <w:p>
      <w:pPr>
        <w:spacing w:after="80"/>
      </w:pPr>
      <w:r>
        <w:rPr>
          <w:rFonts w:ascii="Times New Roman" w:hAnsi="Times New Roman"/>
          <w:b w:val="0"/>
          <w:i w:val="0"/>
          <w:sz w:val="21"/>
        </w:rPr>
        <w:t>To explain the ARRANGE CP briefly: it is a hospital-level multidisciplinary system that formally intervenes when admission or disposition decisions are delayed for ED patients because of complex problems such as failed interfacility transfer, absence of an identifiable guardian, or legal and ethical issues.</w:t>
      </w:r>
    </w:p>
    <w:p>
      <w:pPr>
        <w:spacing w:after="80"/>
      </w:pPr>
      <w:r>
        <w:rPr>
          <w:rFonts w:ascii="Times New Roman" w:hAnsi="Times New Roman"/>
          <w:b w:val="0"/>
          <w:i w:val="0"/>
          <w:sz w:val="21"/>
        </w:rPr>
        <w:t>There are three broad groups of eligible patients: first, patients who have completed all consultations but are still not admitted; second, patients whose admission is delayed because of the absence of a guardian or because of legal or ethical issues; and third, patients for whom admission has been decided but who cannot be moved to a ward or intensive care unit.</w:t>
      </w:r>
    </w:p>
    <w:p>
      <w:pPr>
        <w:spacing w:after="80"/>
      </w:pPr>
      <w:r>
        <w:rPr>
          <w:rFonts w:ascii="Times New Roman" w:hAnsi="Times New Roman"/>
          <w:b w:val="0"/>
          <w:i w:val="0"/>
          <w:sz w:val="21"/>
        </w:rPr>
        <w:t>In such cases, the process of negotiating with clinical departments is often difficult for emergency physicians, and clinical departments also frequently find it difficult to make an admission decision. The protocol was therefore created to address this problem at the hospital level.</w:t>
      </w:r>
    </w:p>
    <w:p>
      <w:pPr>
        <w:spacing w:after="80"/>
      </w:pPr>
      <w:r>
        <w:rPr>
          <w:rFonts w:ascii="Times New Roman" w:hAnsi="Times New Roman"/>
          <w:b w:val="0"/>
          <w:i w:val="0"/>
          <w:sz w:val="21"/>
        </w:rPr>
        <w:t>In practice, an emergency physician re-confirms the admission decision with each clinical department and reports the case to the Director of the Emergency Medical Center, who decides whether to activate the ARRANGE CP. A Flow Manager nurse then opens an online meeting room via Teams and invites the relevant clinical departments. In that meeting, chaired by the Director of the Emergency Medical Center, the emergency physician presents the patient's clinical course and the disposition is discussed together with the specialists from each participating department. If the patient's ED stay exceeds 48 hours or admission continues to be delayed, the Vice President for Medical Affairs chairs the discussion and makes the final decision.</w:t>
      </w:r>
    </w:p>
    <w:p>
      <w:pPr>
        <w:spacing w:after="80"/>
      </w:pPr>
      <w:r>
        <w:rPr>
          <w:rFonts w:ascii="Times New Roman" w:hAnsi="Times New Roman"/>
          <w:b w:val="0"/>
          <w:i w:val="0"/>
          <w:sz w:val="21"/>
        </w:rPr>
        <w:t>That is the basic flow of the ARRANGE CP.</w:t>
      </w:r>
    </w:p>
    <w:p>
      <w:pPr>
        <w:spacing w:after="120"/>
      </w:pPr>
      <w:r>
        <w:rPr>
          <w:rFonts w:ascii="Times New Roman" w:hAnsi="Times New Roman"/>
          <w:b w:val="0"/>
          <w:i w:val="0"/>
          <w:sz w:val="22"/>
        </w:rPr>
      </w:r>
    </w:p>
    <w:p>
      <w:pPr>
        <w:spacing w:after="160"/>
      </w:pPr>
      <w:r>
        <w:rPr>
          <w:rFonts w:ascii="Times New Roman" w:hAnsi="Times New Roman"/>
          <w:b/>
          <w:i w:val="0"/>
          <w:sz w:val="24"/>
        </w:rPr>
        <w:t>5. Question sets by professional group</w:t>
      </w:r>
    </w:p>
    <w:p>
      <w:pPr>
        <w:spacing w:after="120"/>
      </w:pPr>
      <w:r>
        <w:rPr>
          <w:rFonts w:ascii="Times New Roman" w:hAnsi="Times New Roman"/>
          <w:b/>
          <w:i w:val="0"/>
          <w:sz w:val="22"/>
        </w:rPr>
        <w:t>5.1 Emergency physicians</w:t>
      </w:r>
    </w:p>
    <w:p>
      <w:pPr>
        <w:spacing w:after="80"/>
      </w:pPr>
      <w:r>
        <w:rPr>
          <w:rFonts w:ascii="Times New Roman" w:hAnsi="Times New Roman"/>
          <w:b/>
          <w:i w:val="0"/>
          <w:sz w:val="21"/>
        </w:rPr>
        <w:t>Phase 1. Experience before implementation</w:t>
      </w:r>
    </w:p>
    <w:p>
      <w:pPr>
        <w:spacing w:after="60"/>
        <w:ind w:left="216"/>
      </w:pPr>
      <w:r>
        <w:rPr>
          <w:rFonts w:ascii="Times New Roman" w:hAnsi="Times New Roman"/>
          <w:b/>
          <w:sz w:val="22"/>
        </w:rPr>
        <w:t xml:space="preserve">Q1. </w:t>
      </w:r>
      <w:r>
        <w:rPr>
          <w:rFonts w:ascii="Times New Roman" w:hAnsi="Times New Roman"/>
          <w:sz w:val="22"/>
        </w:rPr>
        <w:t>Have you experienced patients whose disposition decision was delayed before the ARRANGE CP was introduced?</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was the patient's condition and the situation in the ED at that time? How did you respond and coordinate? With whom, and how, did you share the patient's condition and plan? How was the case eventually resolved?</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What work-related burden did you experience while the patient stayed in the ED for a prolonged period (for example, the burden of caring for other incoming patients at the same time, or difficulties at handover)? Did you also feel a burden related to the risk of safety incidents as the stay lengthened?</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Did you feel that you had to bear responsibility alone when negotiating with other departments? Did you feel that institutional or hospital-level intervention was needed in that process?</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What emotions did you experience in these situations (for example, the impression the experience left, frustration, exhaustion, moral conflict, or a sense of accomplishment)?</w:t>
      </w:r>
    </w:p>
    <w:p>
      <w:pPr>
        <w:spacing w:after="80"/>
      </w:pPr>
      <w:r>
        <w:rPr>
          <w:rFonts w:ascii="Times New Roman" w:hAnsi="Times New Roman"/>
          <w:b/>
          <w:i w:val="0"/>
          <w:sz w:val="21"/>
        </w:rPr>
        <w:t>Phase 2. Experience after implementation</w:t>
      </w:r>
    </w:p>
    <w:p>
      <w:pPr>
        <w:spacing w:after="60"/>
        <w:ind w:left="216"/>
      </w:pPr>
      <w:r>
        <w:rPr>
          <w:rFonts w:ascii="Times New Roman" w:hAnsi="Times New Roman"/>
          <w:b/>
          <w:sz w:val="22"/>
        </w:rPr>
        <w:t xml:space="preserve">Q2. </w:t>
      </w:r>
      <w:r>
        <w:rPr>
          <w:rFonts w:ascii="Times New Roman" w:hAnsi="Times New Roman"/>
          <w:sz w:val="22"/>
        </w:rPr>
        <w:t>How did you receive education or information when the ARRANGE CP was first introduced?</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Did you feel that the education or information was sufficient, or insufficient? If insufficient, how did you compensate in practice (for example, help from colleagues, or your own experience)?</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How did you feel when first encountering the new protocol? Did you experience any confusion, burden, or resistance?</w:t>
      </w:r>
    </w:p>
    <w:p>
      <w:pPr>
        <w:spacing w:after="60"/>
        <w:ind w:left="216"/>
      </w:pPr>
      <w:r>
        <w:rPr>
          <w:rFonts w:ascii="Times New Roman" w:hAnsi="Times New Roman"/>
          <w:b/>
          <w:sz w:val="22"/>
        </w:rPr>
        <w:t xml:space="preserve">Q3. </w:t>
      </w:r>
      <w:r>
        <w:rPr>
          <w:rFonts w:ascii="Times New Roman" w:hAnsi="Times New Roman"/>
          <w:sz w:val="22"/>
        </w:rPr>
        <w:t>Have you made an admission decision for a patient through an ARRANGE CP activation?</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was the patient's situation, and how did the protocol intervene?</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What differences were there in the decision-making process compared with before?</w:t>
      </w:r>
    </w:p>
    <w:p>
      <w:pPr>
        <w:spacing w:after="60"/>
        <w:ind w:left="216"/>
      </w:pPr>
      <w:r>
        <w:rPr>
          <w:rFonts w:ascii="Times New Roman" w:hAnsi="Times New Roman"/>
          <w:b/>
          <w:sz w:val="22"/>
        </w:rPr>
        <w:t xml:space="preserve">Q4. </w:t>
      </w:r>
      <w:r>
        <w:rPr>
          <w:rFonts w:ascii="Times New Roman" w:hAnsi="Times New Roman"/>
          <w:sz w:val="22"/>
        </w:rPr>
        <w:t>How did the way of collaborating, or the atmosphere, change as you participated in ARRANGE CP meetings?</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Was communication with multiple clinical departments smoother than before implementation?</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What specific differences did you notice (for example, in communication style, meeting atmosphere, or decision-making procedures)?</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Did you have positive experiences during collaboration, or experiences that were still frustrating?</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Did you feel that the views of the Department of Emergency Medicine were sufficiently reflected in the meetings?</w:t>
      </w:r>
    </w:p>
    <w:p>
      <w:pPr>
        <w:spacing w:after="60"/>
        <w:ind w:left="216"/>
      </w:pPr>
      <w:r>
        <w:rPr>
          <w:rFonts w:ascii="Times New Roman" w:hAnsi="Times New Roman"/>
          <w:b/>
          <w:sz w:val="22"/>
        </w:rPr>
        <w:t xml:space="preserve">Q5. </w:t>
      </w:r>
      <w:r>
        <w:rPr>
          <w:rFonts w:ascii="Times New Roman" w:hAnsi="Times New Roman"/>
          <w:sz w:val="22"/>
        </w:rPr>
        <w:t>How did your sense of responsibility or burden change after the protocol began operating?</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What was the burden of proposing or reporting an activation yourself?</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Did you feel that the scope of your role and responsibility became clearly defined after implementation, or did ambiguity remain?</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Was the feeling of carrying a case alone reduced, compared with the earlier situation in which responsibility for delayed patients was unclear?</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Have there been changes in feelings such as moral distress, exhaustion, frustration, or a sense of accomplishment since the protocol was introduced?</w:t>
      </w:r>
    </w:p>
    <w:p>
      <w:pPr>
        <w:spacing w:after="80"/>
      </w:pPr>
      <w:r>
        <w:rPr>
          <w:rFonts w:ascii="Times New Roman" w:hAnsi="Times New Roman"/>
          <w:b/>
          <w:i w:val="0"/>
          <w:sz w:val="21"/>
        </w:rPr>
        <w:t>Phase 3. Evaluation and areas for improvement</w:t>
      </w:r>
    </w:p>
    <w:p>
      <w:pPr>
        <w:spacing w:after="60"/>
        <w:ind w:left="216"/>
      </w:pPr>
      <w:r>
        <w:rPr>
          <w:rFonts w:ascii="Times New Roman" w:hAnsi="Times New Roman"/>
          <w:b/>
          <w:sz w:val="22"/>
        </w:rPr>
        <w:t xml:space="preserve">Q6. </w:t>
      </w:r>
      <w:r>
        <w:rPr>
          <w:rFonts w:ascii="Times New Roman" w:hAnsi="Times New Roman"/>
          <w:sz w:val="22"/>
        </w:rPr>
        <w:t>How do you evaluate the operation of the protocol overall?</w:t>
      </w:r>
    </w:p>
    <w:p>
      <w:pPr>
        <w:spacing w:after="40"/>
        <w:ind w:left="648"/>
      </w:pPr>
      <w:r>
        <w:rPr>
          <w:rFonts w:ascii="Times New Roman" w:hAnsi="Times New Roman"/>
          <w:sz w:val="21"/>
        </w:rPr>
        <w:t xml:space="preserve">• </w:t>
      </w:r>
      <w:r>
        <w:rPr>
          <w:rFonts w:ascii="Times New Roman" w:hAnsi="Times New Roman"/>
          <w:i/>
          <w:sz w:val="21"/>
        </w:rPr>
        <w:t xml:space="preserve">[Effectiveness] </w:t>
      </w:r>
      <w:r>
        <w:rPr>
          <w:rFonts w:ascii="Times New Roman" w:hAnsi="Times New Roman"/>
          <w:sz w:val="21"/>
        </w:rPr>
        <w:t>From the perspective of emergency medicine, did you feel it actually helped with patient flow management or with reducing ED length of stay?</w:t>
      </w:r>
    </w:p>
    <w:p>
      <w:pPr>
        <w:spacing w:after="40"/>
        <w:ind w:left="648"/>
      </w:pPr>
      <w:r>
        <w:rPr>
          <w:rFonts w:ascii="Times New Roman" w:hAnsi="Times New Roman"/>
          <w:sz w:val="21"/>
        </w:rPr>
        <w:t xml:space="preserve">• </w:t>
      </w:r>
      <w:r>
        <w:rPr>
          <w:rFonts w:ascii="Times New Roman" w:hAnsi="Times New Roman"/>
          <w:i/>
          <w:sz w:val="21"/>
        </w:rPr>
        <w:t xml:space="preserve">[Organizational culture] </w:t>
      </w:r>
      <w:r>
        <w:rPr>
          <w:rFonts w:ascii="Times New Roman" w:hAnsi="Times New Roman"/>
          <w:sz w:val="21"/>
        </w:rPr>
        <w:t>Did you feel that decision-making or teamwork within the ED changed through the protocol (for example, distribution of responsibility, reduced conflict, or a more collaborative atmosphere)?</w:t>
      </w:r>
    </w:p>
    <w:p>
      <w:pPr>
        <w:spacing w:after="60"/>
        <w:ind w:left="216"/>
      </w:pPr>
      <w:r>
        <w:rPr>
          <w:rFonts w:ascii="Times New Roman" w:hAnsi="Times New Roman"/>
          <w:b/>
          <w:sz w:val="22"/>
        </w:rPr>
        <w:t xml:space="preserve">Q7. </w:t>
      </w:r>
      <w:r>
        <w:rPr>
          <w:rFonts w:ascii="Times New Roman" w:hAnsi="Times New Roman"/>
          <w:sz w:val="22"/>
        </w:rPr>
        <w:t>What advantages and disadvantages does the protocol have from the perspective of patient-centered care?</w:t>
      </w:r>
    </w:p>
    <w:p>
      <w:pPr>
        <w:spacing w:after="40"/>
        <w:ind w:left="648"/>
      </w:pPr>
      <w:r>
        <w:rPr>
          <w:rFonts w:ascii="Times New Roman" w:hAnsi="Times New Roman"/>
          <w:sz w:val="21"/>
        </w:rPr>
        <w:t xml:space="preserve">• </w:t>
      </w:r>
      <w:r>
        <w:rPr>
          <w:rFonts w:ascii="Times New Roman" w:hAnsi="Times New Roman"/>
          <w:i/>
          <w:sz w:val="21"/>
        </w:rPr>
        <w:t xml:space="preserve">[Patient rights] </w:t>
      </w:r>
      <w:r>
        <w:rPr>
          <w:rFonts w:ascii="Times New Roman" w:hAnsi="Times New Roman"/>
          <w:sz w:val="21"/>
        </w:rPr>
        <w:t>Have you had memorable experiences relating to patient rights, autonomy, or human dignity?</w:t>
      </w:r>
    </w:p>
    <w:p>
      <w:pPr>
        <w:spacing w:after="40"/>
        <w:ind w:left="648"/>
      </w:pPr>
      <w:r>
        <w:rPr>
          <w:rFonts w:ascii="Times New Roman" w:hAnsi="Times New Roman"/>
          <w:sz w:val="21"/>
        </w:rPr>
        <w:t xml:space="preserve">• </w:t>
      </w:r>
      <w:r>
        <w:rPr>
          <w:rFonts w:ascii="Times New Roman" w:hAnsi="Times New Roman"/>
          <w:sz w:val="21"/>
        </w:rPr>
        <w:t>Have you experienced patients or families responding positively, or expressing relief, at receiving a clear and prompt decision through the protocol? Conversely, was there anything about which patients or families felt uncomfortable or disappointed?</w:t>
      </w:r>
    </w:p>
    <w:p>
      <w:pPr>
        <w:spacing w:after="60"/>
        <w:ind w:left="216"/>
      </w:pPr>
      <w:r>
        <w:rPr>
          <w:rFonts w:ascii="Times New Roman" w:hAnsi="Times New Roman"/>
          <w:b/>
          <w:sz w:val="22"/>
        </w:rPr>
        <w:t xml:space="preserve">Q8. </w:t>
      </w:r>
      <w:r>
        <w:rPr>
          <w:rFonts w:ascii="Times New Roman" w:hAnsi="Times New Roman"/>
          <w:sz w:val="22"/>
        </w:rPr>
        <w:t>What do you think needs to be improved for the protocol to be sustained?</w:t>
      </w:r>
    </w:p>
    <w:p>
      <w:pPr>
        <w:spacing w:after="40"/>
        <w:ind w:left="648"/>
      </w:pPr>
      <w:r>
        <w:rPr>
          <w:rFonts w:ascii="Times New Roman" w:hAnsi="Times New Roman"/>
          <w:sz w:val="21"/>
        </w:rPr>
        <w:t xml:space="preserve">• </w:t>
      </w:r>
      <w:r>
        <w:rPr>
          <w:rFonts w:ascii="Times New Roman" w:hAnsi="Times New Roman"/>
          <w:i/>
          <w:sz w:val="21"/>
        </w:rPr>
        <w:t xml:space="preserve">[System/administration] </w:t>
      </w:r>
      <w:r>
        <w:rPr>
          <w:rFonts w:ascii="Times New Roman" w:hAnsi="Times New Roman"/>
          <w:sz w:val="21"/>
        </w:rPr>
        <w:t>Is there anything you felt needed improvement in terms of staffing, administrative procedures, or institutional support?</w:t>
      </w:r>
    </w:p>
    <w:p>
      <w:pPr>
        <w:spacing w:after="40"/>
        <w:ind w:left="648"/>
      </w:pPr>
      <w:r>
        <w:rPr>
          <w:rFonts w:ascii="Times New Roman" w:hAnsi="Times New Roman"/>
          <w:sz w:val="21"/>
        </w:rPr>
        <w:t xml:space="preserve">• </w:t>
      </w:r>
      <w:r>
        <w:rPr>
          <w:rFonts w:ascii="Times New Roman" w:hAnsi="Times New Roman"/>
          <w:i/>
          <w:sz w:val="21"/>
        </w:rPr>
        <w:t xml:space="preserve">[System/culture] </w:t>
      </w:r>
      <w:r>
        <w:rPr>
          <w:rFonts w:ascii="Times New Roman" w:hAnsi="Times New Roman"/>
          <w:sz w:val="21"/>
        </w:rPr>
        <w:t>If anything differed from existing practice in the ED or from hospital policy, what was it — whether positive or negative?</w:t>
      </w:r>
    </w:p>
    <w:p>
      <w:pPr>
        <w:spacing w:after="60"/>
        <w:ind w:left="216"/>
      </w:pPr>
      <w:r>
        <w:rPr>
          <w:rFonts w:ascii="Times New Roman" w:hAnsi="Times New Roman"/>
          <w:b/>
          <w:sz w:val="22"/>
        </w:rPr>
        <w:t xml:space="preserve">Q9. </w:t>
      </w:r>
      <w:r>
        <w:rPr>
          <w:rFonts w:ascii="Times New Roman" w:hAnsi="Times New Roman"/>
          <w:sz w:val="22"/>
        </w:rPr>
        <w:t>Looking beyond the ED, what significance do you think this experience has at the hospital-wide level?</w:t>
      </w:r>
    </w:p>
    <w:p>
      <w:pPr>
        <w:spacing w:after="40"/>
        <w:ind w:left="648"/>
      </w:pPr>
      <w:r>
        <w:rPr>
          <w:rFonts w:ascii="Times New Roman" w:hAnsi="Times New Roman"/>
          <w:sz w:val="21"/>
        </w:rPr>
        <w:t xml:space="preserve">• </w:t>
      </w:r>
      <w:r>
        <w:rPr>
          <w:rFonts w:ascii="Times New Roman" w:hAnsi="Times New Roman"/>
          <w:i/>
          <w:sz w:val="21"/>
        </w:rPr>
        <w:t xml:space="preserve">[Policy significance] </w:t>
      </w:r>
      <w:r>
        <w:rPr>
          <w:rFonts w:ascii="Times New Roman" w:hAnsi="Times New Roman"/>
          <w:sz w:val="21"/>
        </w:rPr>
        <w:t>What changes do you think a multidisciplinary decision-making process has brought to the way the ED operates, or to its culture?</w:t>
      </w:r>
    </w:p>
    <w:p>
      <w:pPr>
        <w:spacing w:after="40"/>
        <w:ind w:left="648"/>
      </w:pPr>
      <w:r>
        <w:rPr>
          <w:rFonts w:ascii="Times New Roman" w:hAnsi="Times New Roman"/>
          <w:sz w:val="21"/>
        </w:rPr>
        <w:t xml:space="preserve">• </w:t>
      </w:r>
      <w:r>
        <w:rPr>
          <w:rFonts w:ascii="Times New Roman" w:hAnsi="Times New Roman"/>
          <w:sz w:val="21"/>
        </w:rPr>
        <w:t>Do you have any ideas, apart from the protocol, for reducing disposition delay or ED length of stay?</w:t>
      </w:r>
    </w:p>
    <w:p>
      <w:pPr>
        <w:spacing w:after="120"/>
      </w:pPr>
      <w:r>
        <w:rPr>
          <w:rFonts w:ascii="Times New Roman" w:hAnsi="Times New Roman"/>
          <w:b/>
          <w:i w:val="0"/>
          <w:sz w:val="22"/>
        </w:rPr>
        <w:t>5.2 Physicians from non-emergency clinical departments</w:t>
      </w:r>
    </w:p>
    <w:p>
      <w:pPr>
        <w:spacing w:after="80"/>
      </w:pPr>
      <w:r>
        <w:rPr>
          <w:rFonts w:ascii="Times New Roman" w:hAnsi="Times New Roman"/>
          <w:b/>
          <w:i w:val="0"/>
          <w:sz w:val="21"/>
        </w:rPr>
        <w:t>Phase 1. Experience before implementation</w:t>
      </w:r>
    </w:p>
    <w:p>
      <w:pPr>
        <w:spacing w:after="60"/>
        <w:ind w:left="216"/>
      </w:pPr>
      <w:r>
        <w:rPr>
          <w:rFonts w:ascii="Times New Roman" w:hAnsi="Times New Roman"/>
          <w:b/>
          <w:sz w:val="22"/>
        </w:rPr>
        <w:t xml:space="preserve">Q1. </w:t>
      </w:r>
      <w:r>
        <w:rPr>
          <w:rFonts w:ascii="Times New Roman" w:hAnsi="Times New Roman"/>
          <w:sz w:val="22"/>
        </w:rPr>
        <w:t>Have you experienced patients whose disposition decision was delayed before the ARRANGE CP was introduced?</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was the patient's condition and the situation in the ED at that time? How did you respond and make judgments in that situation? How did you communicate with the Department of Emergency Medicine? How was the case eventually resolved?</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What work-related burden did you experience in making an admission decision (for example, bed availability, or ambiguity about the scope of your department's care)? Did you also feel a burden related to the risk of safety incidents as the stay lengthened?</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Did you feel that you personally had to bear responsibility when deciding on admission? Did you feel that institutional or hospital-level intervention was needed in that process?</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What emotions did you experience in these situations? Could you describe any impression or trace the experience left (frustration, exhaustion, moral conflict, or a sense of accomplishment)?</w:t>
      </w:r>
    </w:p>
    <w:p>
      <w:pPr>
        <w:spacing w:after="80"/>
      </w:pPr>
      <w:r>
        <w:rPr>
          <w:rFonts w:ascii="Times New Roman" w:hAnsi="Times New Roman"/>
          <w:b/>
          <w:i w:val="0"/>
          <w:sz w:val="21"/>
        </w:rPr>
        <w:t>Phase 2. Experience after implementation</w:t>
      </w:r>
    </w:p>
    <w:p>
      <w:pPr>
        <w:spacing w:after="60"/>
        <w:ind w:left="216"/>
      </w:pPr>
      <w:r>
        <w:rPr>
          <w:rFonts w:ascii="Times New Roman" w:hAnsi="Times New Roman"/>
          <w:b/>
          <w:sz w:val="22"/>
        </w:rPr>
        <w:t xml:space="preserve">Q2. </w:t>
      </w:r>
      <w:r>
        <w:rPr>
          <w:rFonts w:ascii="Times New Roman" w:hAnsi="Times New Roman"/>
          <w:sz w:val="22"/>
        </w:rPr>
        <w:t>How did you receive education or information when the ARRANGE CP was first introduced?</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Did you feel that the education or information was sufficient, or insufficient? If insufficient, how did you compensate in practice?</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How did you feel when first encountering the new protocol? Did you experience any confusion, burden, or resistance?</w:t>
      </w:r>
    </w:p>
    <w:p>
      <w:pPr>
        <w:spacing w:after="60"/>
        <w:ind w:left="216"/>
      </w:pPr>
      <w:r>
        <w:rPr>
          <w:rFonts w:ascii="Times New Roman" w:hAnsi="Times New Roman"/>
          <w:b/>
          <w:sz w:val="22"/>
        </w:rPr>
        <w:t xml:space="preserve">Q3. </w:t>
      </w:r>
      <w:r>
        <w:rPr>
          <w:rFonts w:ascii="Times New Roman" w:hAnsi="Times New Roman"/>
          <w:sz w:val="22"/>
        </w:rPr>
        <w:t>Have you participated in a meeting, or made an admission decision through the protocol, since it began operating?</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was the patient's situation, and how did the protocol intervene?</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Compared with before implementation, how did the procedure for making an admission decision change?</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What influence do you think the protocol had on sharing responsibility for admission decisions?</w:t>
      </w:r>
    </w:p>
    <w:p>
      <w:pPr>
        <w:spacing w:after="60"/>
        <w:ind w:left="216"/>
      </w:pPr>
      <w:r>
        <w:rPr>
          <w:rFonts w:ascii="Times New Roman" w:hAnsi="Times New Roman"/>
          <w:b/>
          <w:sz w:val="22"/>
        </w:rPr>
        <w:t xml:space="preserve">Q4. </w:t>
      </w:r>
      <w:r>
        <w:rPr>
          <w:rFonts w:ascii="Times New Roman" w:hAnsi="Times New Roman"/>
          <w:sz w:val="22"/>
        </w:rPr>
        <w:t>How did the way of collaborating, or the atmosphere, change as you participated in ARRANGE CP meetings?</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Was communication with emergency medicine or with other departments smoother than before implementation?</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Could you describe specifically what changed in communication style or in the collaborative atmosphere?</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Did you feel that your department's views were sufficiently reflected in the meetings?</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Did you have positive experiences during collaboration, or experiences that were still frustrating?</w:t>
      </w:r>
    </w:p>
    <w:p>
      <w:pPr>
        <w:spacing w:after="60"/>
        <w:ind w:left="216"/>
      </w:pPr>
      <w:r>
        <w:rPr>
          <w:rFonts w:ascii="Times New Roman" w:hAnsi="Times New Roman"/>
          <w:b/>
          <w:sz w:val="22"/>
        </w:rPr>
        <w:t xml:space="preserve">Q5. </w:t>
      </w:r>
      <w:r>
        <w:rPr>
          <w:rFonts w:ascii="Times New Roman" w:hAnsi="Times New Roman"/>
          <w:sz w:val="22"/>
        </w:rPr>
        <w:t>How did your sense of responsibility or burden change after the protocol began operating?</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When you had to make an admission decision during an activation, how did the workload, sense of responsibility, and burden differ from before?</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Did you feel that the scope of your role and responsibility became clearly defined after implementation, or did ambiguity remain?</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Compared with before, how were feelings of moral conflict, exhaustion, frustration, or of having to take responsibility?</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Have you felt positive emotions, such as reward or accomplishment, when an admission decision was made?</w:t>
      </w:r>
    </w:p>
    <w:p>
      <w:pPr>
        <w:spacing w:after="80"/>
      </w:pPr>
      <w:r>
        <w:rPr>
          <w:rFonts w:ascii="Times New Roman" w:hAnsi="Times New Roman"/>
          <w:b/>
          <w:i w:val="0"/>
          <w:sz w:val="21"/>
        </w:rPr>
        <w:t>Phase 3. Evaluation and areas for improvement</w:t>
      </w:r>
    </w:p>
    <w:p>
      <w:pPr>
        <w:spacing w:after="60"/>
        <w:ind w:left="216"/>
      </w:pPr>
      <w:r>
        <w:rPr>
          <w:rFonts w:ascii="Times New Roman" w:hAnsi="Times New Roman"/>
          <w:b/>
          <w:sz w:val="22"/>
        </w:rPr>
        <w:t xml:space="preserve">Q6. </w:t>
      </w:r>
      <w:r>
        <w:rPr>
          <w:rFonts w:ascii="Times New Roman" w:hAnsi="Times New Roman"/>
          <w:sz w:val="22"/>
        </w:rPr>
        <w:t>How do you evaluate the operation of the protocol overall?</w:t>
      </w:r>
    </w:p>
    <w:p>
      <w:pPr>
        <w:spacing w:after="40"/>
        <w:ind w:left="648"/>
      </w:pPr>
      <w:r>
        <w:rPr>
          <w:rFonts w:ascii="Times New Roman" w:hAnsi="Times New Roman"/>
          <w:sz w:val="21"/>
        </w:rPr>
        <w:t xml:space="preserve">• </w:t>
      </w:r>
      <w:r>
        <w:rPr>
          <w:rFonts w:ascii="Times New Roman" w:hAnsi="Times New Roman"/>
          <w:i/>
          <w:sz w:val="21"/>
        </w:rPr>
        <w:t xml:space="preserve">[Effectiveness] </w:t>
      </w:r>
      <w:r>
        <w:rPr>
          <w:rFonts w:ascii="Times New Roman" w:hAnsi="Times New Roman"/>
          <w:sz w:val="21"/>
        </w:rPr>
        <w:t>From the perspective of your department, did you feel that patient disposition decisions or admission procedures actually improved?</w:t>
      </w:r>
    </w:p>
    <w:p>
      <w:pPr>
        <w:spacing w:after="40"/>
        <w:ind w:left="648"/>
      </w:pPr>
      <w:r>
        <w:rPr>
          <w:rFonts w:ascii="Times New Roman" w:hAnsi="Times New Roman"/>
          <w:sz w:val="21"/>
        </w:rPr>
        <w:t xml:space="preserve">• </w:t>
      </w:r>
      <w:r>
        <w:rPr>
          <w:rFonts w:ascii="Times New Roman" w:hAnsi="Times New Roman"/>
          <w:i/>
          <w:sz w:val="21"/>
        </w:rPr>
        <w:t xml:space="preserve">[Organizational culture] </w:t>
      </w:r>
      <w:r>
        <w:rPr>
          <w:rFonts w:ascii="Times New Roman" w:hAnsi="Times New Roman"/>
          <w:sz w:val="21"/>
        </w:rPr>
        <w:t>Did you feel that your department's decision-making authority and expertise were respected during the process?</w:t>
      </w:r>
    </w:p>
    <w:p>
      <w:pPr>
        <w:spacing w:after="60"/>
        <w:ind w:left="216"/>
      </w:pPr>
      <w:r>
        <w:rPr>
          <w:rFonts w:ascii="Times New Roman" w:hAnsi="Times New Roman"/>
          <w:b/>
          <w:sz w:val="22"/>
        </w:rPr>
        <w:t xml:space="preserve">Q7. </w:t>
      </w:r>
      <w:r>
        <w:rPr>
          <w:rFonts w:ascii="Times New Roman" w:hAnsi="Times New Roman"/>
          <w:sz w:val="22"/>
        </w:rPr>
        <w:t>What advantages and disadvantages does the protocol have from the perspective of patient-centered care?</w:t>
      </w:r>
    </w:p>
    <w:p>
      <w:pPr>
        <w:spacing w:after="40"/>
        <w:ind w:left="648"/>
      </w:pPr>
      <w:r>
        <w:rPr>
          <w:rFonts w:ascii="Times New Roman" w:hAnsi="Times New Roman"/>
          <w:sz w:val="21"/>
        </w:rPr>
        <w:t xml:space="preserve">• </w:t>
      </w:r>
      <w:r>
        <w:rPr>
          <w:rFonts w:ascii="Times New Roman" w:hAnsi="Times New Roman"/>
          <w:i/>
          <w:sz w:val="21"/>
        </w:rPr>
        <w:t xml:space="preserve">[Patient rights] </w:t>
      </w:r>
      <w:r>
        <w:rPr>
          <w:rFonts w:ascii="Times New Roman" w:hAnsi="Times New Roman"/>
          <w:sz w:val="21"/>
        </w:rPr>
        <w:t>Have you had memorable experiences relating to patient rights, autonomy, or human dignity?</w:t>
      </w:r>
    </w:p>
    <w:p>
      <w:pPr>
        <w:spacing w:after="40"/>
        <w:ind w:left="648"/>
      </w:pPr>
      <w:r>
        <w:rPr>
          <w:rFonts w:ascii="Times New Roman" w:hAnsi="Times New Roman"/>
          <w:sz w:val="21"/>
        </w:rPr>
        <w:t xml:space="preserve">• </w:t>
      </w:r>
      <w:r>
        <w:rPr>
          <w:rFonts w:ascii="Times New Roman" w:hAnsi="Times New Roman"/>
          <w:sz w:val="21"/>
        </w:rPr>
        <w:t>Have you experienced patients or families responding positively, or expressing relief, at receiving a clear and prompt decision? Conversely, was there anything about which they felt uncomfortable or disappointed?</w:t>
      </w:r>
    </w:p>
    <w:p>
      <w:pPr>
        <w:spacing w:after="60"/>
        <w:ind w:left="216"/>
      </w:pPr>
      <w:r>
        <w:rPr>
          <w:rFonts w:ascii="Times New Roman" w:hAnsi="Times New Roman"/>
          <w:b/>
          <w:sz w:val="22"/>
        </w:rPr>
        <w:t xml:space="preserve">Q8. </w:t>
      </w:r>
      <w:r>
        <w:rPr>
          <w:rFonts w:ascii="Times New Roman" w:hAnsi="Times New Roman"/>
          <w:sz w:val="22"/>
        </w:rPr>
        <w:t>What do you think needs to be improved for the protocol to be sustained?</w:t>
      </w:r>
    </w:p>
    <w:p>
      <w:pPr>
        <w:spacing w:after="40"/>
        <w:ind w:left="648"/>
      </w:pPr>
      <w:r>
        <w:rPr>
          <w:rFonts w:ascii="Times New Roman" w:hAnsi="Times New Roman"/>
          <w:sz w:val="21"/>
        </w:rPr>
        <w:t xml:space="preserve">• </w:t>
      </w:r>
      <w:r>
        <w:rPr>
          <w:rFonts w:ascii="Times New Roman" w:hAnsi="Times New Roman"/>
          <w:i/>
          <w:sz w:val="21"/>
        </w:rPr>
        <w:t xml:space="preserve">[System/administration] </w:t>
      </w:r>
      <w:r>
        <w:rPr>
          <w:rFonts w:ascii="Times New Roman" w:hAnsi="Times New Roman"/>
          <w:sz w:val="21"/>
        </w:rPr>
        <w:t>Is there anything you felt needed improvement in terms of staffing, administrative procedures, or institutional support?</w:t>
      </w:r>
    </w:p>
    <w:p>
      <w:pPr>
        <w:spacing w:after="40"/>
        <w:ind w:left="648"/>
      </w:pPr>
      <w:r>
        <w:rPr>
          <w:rFonts w:ascii="Times New Roman" w:hAnsi="Times New Roman"/>
          <w:sz w:val="21"/>
        </w:rPr>
        <w:t xml:space="preserve">• </w:t>
      </w:r>
      <w:r>
        <w:rPr>
          <w:rFonts w:ascii="Times New Roman" w:hAnsi="Times New Roman"/>
          <w:i/>
          <w:sz w:val="21"/>
        </w:rPr>
        <w:t xml:space="preserve">[System/culture] </w:t>
      </w:r>
      <w:r>
        <w:rPr>
          <w:rFonts w:ascii="Times New Roman" w:hAnsi="Times New Roman"/>
          <w:sz w:val="21"/>
        </w:rPr>
        <w:t>If there were points of friction with your department's existing practice or with hospital policy, what were they?</w:t>
      </w:r>
    </w:p>
    <w:p>
      <w:pPr>
        <w:spacing w:after="60"/>
        <w:ind w:left="216"/>
      </w:pPr>
      <w:r>
        <w:rPr>
          <w:rFonts w:ascii="Times New Roman" w:hAnsi="Times New Roman"/>
          <w:b/>
          <w:sz w:val="22"/>
        </w:rPr>
        <w:t xml:space="preserve">Q9. </w:t>
      </w:r>
      <w:r>
        <w:rPr>
          <w:rFonts w:ascii="Times New Roman" w:hAnsi="Times New Roman"/>
          <w:sz w:val="22"/>
        </w:rPr>
        <w:t>Looking beyond the ED, what significance do you think this experience has at the hospital-wide level?</w:t>
      </w:r>
    </w:p>
    <w:p>
      <w:pPr>
        <w:spacing w:after="40"/>
        <w:ind w:left="648"/>
      </w:pPr>
      <w:r>
        <w:rPr>
          <w:rFonts w:ascii="Times New Roman" w:hAnsi="Times New Roman"/>
          <w:sz w:val="21"/>
        </w:rPr>
        <w:t xml:space="preserve">• </w:t>
      </w:r>
      <w:r>
        <w:rPr>
          <w:rFonts w:ascii="Times New Roman" w:hAnsi="Times New Roman"/>
          <w:i/>
          <w:sz w:val="21"/>
        </w:rPr>
        <w:t xml:space="preserve">[Policy significance] </w:t>
      </w:r>
      <w:r>
        <w:rPr>
          <w:rFonts w:ascii="Times New Roman" w:hAnsi="Times New Roman"/>
          <w:sz w:val="21"/>
        </w:rPr>
        <w:t>What significance do you think a multidisciplinary decision-making process has for ED culture or for the hospital's collaborative culture more broadly?</w:t>
      </w:r>
    </w:p>
    <w:p>
      <w:pPr>
        <w:spacing w:after="40"/>
        <w:ind w:left="648"/>
      </w:pPr>
      <w:r>
        <w:rPr>
          <w:rFonts w:ascii="Times New Roman" w:hAnsi="Times New Roman"/>
          <w:sz w:val="21"/>
        </w:rPr>
        <w:t xml:space="preserve">• </w:t>
      </w:r>
      <w:r>
        <w:rPr>
          <w:rFonts w:ascii="Times New Roman" w:hAnsi="Times New Roman"/>
          <w:sz w:val="21"/>
        </w:rPr>
        <w:t>Do you have any ideas, apart from the protocol, for reducing disposition delay or ED length of stay?</w:t>
      </w:r>
    </w:p>
    <w:p>
      <w:pPr>
        <w:spacing w:after="120"/>
      </w:pPr>
      <w:r>
        <w:rPr>
          <w:rFonts w:ascii="Times New Roman" w:hAnsi="Times New Roman"/>
          <w:b/>
          <w:i w:val="0"/>
          <w:sz w:val="22"/>
        </w:rPr>
        <w:t>5.3 Emergency department nurses</w:t>
      </w:r>
    </w:p>
    <w:p>
      <w:pPr>
        <w:spacing w:after="80"/>
      </w:pPr>
      <w:r>
        <w:rPr>
          <w:rFonts w:ascii="Times New Roman" w:hAnsi="Times New Roman"/>
          <w:b/>
          <w:i w:val="0"/>
          <w:sz w:val="21"/>
        </w:rPr>
        <w:t>Phase 1. Experience before implementation</w:t>
      </w:r>
    </w:p>
    <w:p>
      <w:pPr>
        <w:spacing w:after="60"/>
        <w:ind w:left="216"/>
      </w:pPr>
      <w:r>
        <w:rPr>
          <w:rFonts w:ascii="Times New Roman" w:hAnsi="Times New Roman"/>
          <w:b/>
          <w:sz w:val="22"/>
        </w:rPr>
        <w:t xml:space="preserve">Q1. </w:t>
      </w:r>
      <w:r>
        <w:rPr>
          <w:rFonts w:ascii="Times New Roman" w:hAnsi="Times New Roman"/>
          <w:sz w:val="22"/>
        </w:rPr>
        <w:t>Have you experienced patients whose disposition decision was delayed before the ARRANGE CP was introduced?</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was the patient's condition and the situation in the ED at that time? Which clinical departments were involved in consultation? What was it like dealing with patients and families? How was the case eventually resolved?</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What burden did the prolonged ED stay place on nursing work (for example, problems arising from the extended stay, repeated questions from families, or conflict with the care of other patients)? When several departments were involved, did you ever feel unsure to whom you should report the patient's condition? Did you also feel a burden related to the risk of safety incidents?</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Did you think institutional or hospital-level intervention was needed in such situations?</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What emotions did you experience while caring for such patients? Could you describe any impression or trace the experience left (frustration, exhaustion, moral conflict, or a sense of accomplishment)?</w:t>
      </w:r>
    </w:p>
    <w:p>
      <w:pPr>
        <w:spacing w:after="80"/>
      </w:pPr>
      <w:r>
        <w:rPr>
          <w:rFonts w:ascii="Times New Roman" w:hAnsi="Times New Roman"/>
          <w:b/>
          <w:i w:val="0"/>
          <w:sz w:val="21"/>
        </w:rPr>
        <w:t>Phase 2. Experience after implementation</w:t>
      </w:r>
    </w:p>
    <w:p>
      <w:pPr>
        <w:spacing w:after="60"/>
        <w:ind w:left="216"/>
      </w:pPr>
      <w:r>
        <w:rPr>
          <w:rFonts w:ascii="Times New Roman" w:hAnsi="Times New Roman"/>
          <w:b/>
          <w:sz w:val="22"/>
        </w:rPr>
        <w:t xml:space="preserve">Q2. </w:t>
      </w:r>
      <w:r>
        <w:rPr>
          <w:rFonts w:ascii="Times New Roman" w:hAnsi="Times New Roman"/>
          <w:sz w:val="22"/>
        </w:rPr>
        <w:t>How did you receive education or information when the ARRANGE CP was first introduced?</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Did you feel that the education or information was sufficient, or insufficient? If insufficient, how did you compensate in practice?</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How did you feel when first encountering the new protocol? Did you experience any confusion, burden, or resistance?</w:t>
      </w:r>
    </w:p>
    <w:p>
      <w:pPr>
        <w:spacing w:after="60"/>
        <w:ind w:left="216"/>
      </w:pPr>
      <w:r>
        <w:rPr>
          <w:rFonts w:ascii="Times New Roman" w:hAnsi="Times New Roman"/>
          <w:b/>
          <w:sz w:val="22"/>
        </w:rPr>
        <w:t xml:space="preserve">Q3. </w:t>
      </w:r>
      <w:r>
        <w:rPr>
          <w:rFonts w:ascii="Times New Roman" w:hAnsi="Times New Roman"/>
          <w:sz w:val="22"/>
        </w:rPr>
        <w:t>Have you cared for a patient for whom the protocol was activated?</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was the patient's condition and situation, and how did you respond as a nurse? In particular, how did you explain or respond when patients or families repeatedly asked about the disposition decision?</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Compared with before implementation, was there any change in patient management and nursing work?</w:t>
      </w:r>
    </w:p>
    <w:p>
      <w:pPr>
        <w:spacing w:after="60"/>
        <w:ind w:left="216"/>
      </w:pPr>
      <w:r>
        <w:rPr>
          <w:rFonts w:ascii="Times New Roman" w:hAnsi="Times New Roman"/>
          <w:b/>
          <w:sz w:val="22"/>
        </w:rPr>
        <w:t xml:space="preserve">Q4. </w:t>
      </w:r>
      <w:r>
        <w:rPr>
          <w:rFonts w:ascii="Times New Roman" w:hAnsi="Times New Roman"/>
          <w:sz w:val="22"/>
        </w:rPr>
        <w:t>How did the way of collaborating among healthcare professionals, or the atmosphere, change as the protocol was operating?</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When communicating with multiple departments, what differed from before implementation?</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How did you feel the decisions made in the meetings were communicated to, and reflected in, actual nursing work?</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Did you have positive experiences during collaboration, or experiences that were still frustrating?</w:t>
      </w:r>
    </w:p>
    <w:p>
      <w:pPr>
        <w:spacing w:after="60"/>
        <w:ind w:left="216"/>
      </w:pPr>
      <w:r>
        <w:rPr>
          <w:rFonts w:ascii="Times New Roman" w:hAnsi="Times New Roman"/>
          <w:b/>
          <w:sz w:val="22"/>
        </w:rPr>
        <w:t xml:space="preserve">Q5. </w:t>
      </w:r>
      <w:r>
        <w:rPr>
          <w:rFonts w:ascii="Times New Roman" w:hAnsi="Times New Roman"/>
          <w:sz w:val="22"/>
        </w:rPr>
        <w:t>How did your sense of responsibility or burden as a nurse change after the protocol began operating?</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Was the burden of handling the patient's condition and explanations to families on your own reduced?</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Did you feel that the scope of your role and responsibility became clearly defined after implementation, or did ambiguity remain?</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Compared with before implementation, were feelings of moral conflict, exhaustion, or frustration reduced?</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Have you felt a sense of accomplishment or reward while caring for patients whose disposition was delayed?</w:t>
      </w:r>
    </w:p>
    <w:p>
      <w:pPr>
        <w:spacing w:after="80"/>
      </w:pPr>
      <w:r>
        <w:rPr>
          <w:rFonts w:ascii="Times New Roman" w:hAnsi="Times New Roman"/>
          <w:b/>
          <w:i w:val="0"/>
          <w:sz w:val="21"/>
        </w:rPr>
        <w:t>Phase 3. Evaluation and areas for improvement</w:t>
      </w:r>
    </w:p>
    <w:p>
      <w:pPr>
        <w:spacing w:after="60"/>
        <w:ind w:left="216"/>
      </w:pPr>
      <w:r>
        <w:rPr>
          <w:rFonts w:ascii="Times New Roman" w:hAnsi="Times New Roman"/>
          <w:b/>
          <w:sz w:val="22"/>
        </w:rPr>
        <w:t xml:space="preserve">Q6. </w:t>
      </w:r>
      <w:r>
        <w:rPr>
          <w:rFonts w:ascii="Times New Roman" w:hAnsi="Times New Roman"/>
          <w:sz w:val="22"/>
        </w:rPr>
        <w:t>How do you evaluate the operation of the protocol overall?</w:t>
      </w:r>
    </w:p>
    <w:p>
      <w:pPr>
        <w:spacing w:after="40"/>
        <w:ind w:left="648"/>
      </w:pPr>
      <w:r>
        <w:rPr>
          <w:rFonts w:ascii="Times New Roman" w:hAnsi="Times New Roman"/>
          <w:sz w:val="21"/>
        </w:rPr>
        <w:t xml:space="preserve">• </w:t>
      </w:r>
      <w:r>
        <w:rPr>
          <w:rFonts w:ascii="Times New Roman" w:hAnsi="Times New Roman"/>
          <w:i/>
          <w:sz w:val="21"/>
        </w:rPr>
        <w:t xml:space="preserve">[Effectiveness] </w:t>
      </w:r>
      <w:r>
        <w:rPr>
          <w:rFonts w:ascii="Times New Roman" w:hAnsi="Times New Roman"/>
          <w:sz w:val="21"/>
        </w:rPr>
        <w:t>From a nursing perspective, did you feel it actually helped in dealing with patients and families, or in nursing work (patient safety, quality of nursing care)?</w:t>
      </w:r>
    </w:p>
    <w:p>
      <w:pPr>
        <w:spacing w:after="40"/>
        <w:ind w:left="648"/>
      </w:pPr>
      <w:r>
        <w:rPr>
          <w:rFonts w:ascii="Times New Roman" w:hAnsi="Times New Roman"/>
          <w:sz w:val="21"/>
        </w:rPr>
        <w:t xml:space="preserve">• </w:t>
      </w:r>
      <w:r>
        <w:rPr>
          <w:rFonts w:ascii="Times New Roman" w:hAnsi="Times New Roman"/>
          <w:i/>
          <w:sz w:val="21"/>
        </w:rPr>
        <w:t xml:space="preserve">[Organizational culture] </w:t>
      </w:r>
      <w:r>
        <w:rPr>
          <w:rFonts w:ascii="Times New Roman" w:hAnsi="Times New Roman"/>
          <w:sz w:val="21"/>
        </w:rPr>
        <w:t>What changes do you think the protocol brought to the way nurses collaborate with other professional groups?</w:t>
      </w:r>
    </w:p>
    <w:p>
      <w:pPr>
        <w:spacing w:after="60"/>
        <w:ind w:left="216"/>
      </w:pPr>
      <w:r>
        <w:rPr>
          <w:rFonts w:ascii="Times New Roman" w:hAnsi="Times New Roman"/>
          <w:b/>
          <w:sz w:val="22"/>
        </w:rPr>
        <w:t xml:space="preserve">Q7. </w:t>
      </w:r>
      <w:r>
        <w:rPr>
          <w:rFonts w:ascii="Times New Roman" w:hAnsi="Times New Roman"/>
          <w:sz w:val="22"/>
        </w:rPr>
        <w:t>What advantages and disadvantages does the protocol have from the perspective of patient-centered care?</w:t>
      </w:r>
    </w:p>
    <w:p>
      <w:pPr>
        <w:spacing w:after="40"/>
        <w:ind w:left="648"/>
      </w:pPr>
      <w:r>
        <w:rPr>
          <w:rFonts w:ascii="Times New Roman" w:hAnsi="Times New Roman"/>
          <w:sz w:val="21"/>
        </w:rPr>
        <w:t xml:space="preserve">• </w:t>
      </w:r>
      <w:r>
        <w:rPr>
          <w:rFonts w:ascii="Times New Roman" w:hAnsi="Times New Roman"/>
          <w:i/>
          <w:sz w:val="21"/>
        </w:rPr>
        <w:t xml:space="preserve">[Patient rights] </w:t>
      </w:r>
      <w:r>
        <w:rPr>
          <w:rFonts w:ascii="Times New Roman" w:hAnsi="Times New Roman"/>
          <w:sz w:val="21"/>
        </w:rPr>
        <w:t>Have you had memorable experiences relating to patient rights, autonomy, or human dignity?</w:t>
      </w:r>
    </w:p>
    <w:p>
      <w:pPr>
        <w:spacing w:after="40"/>
        <w:ind w:left="648"/>
      </w:pPr>
      <w:r>
        <w:rPr>
          <w:rFonts w:ascii="Times New Roman" w:hAnsi="Times New Roman"/>
          <w:sz w:val="21"/>
        </w:rPr>
        <w:t xml:space="preserve">• </w:t>
      </w:r>
      <w:r>
        <w:rPr>
          <w:rFonts w:ascii="Times New Roman" w:hAnsi="Times New Roman"/>
          <w:sz w:val="21"/>
        </w:rPr>
        <w:t>Have you experienced patients or families responding positively, or expressing relief, at receiving a clear and prompt decision? Conversely, was there anything about which they felt uncomfortable or disappointed?</w:t>
      </w:r>
    </w:p>
    <w:p>
      <w:pPr>
        <w:spacing w:after="60"/>
        <w:ind w:left="216"/>
      </w:pPr>
      <w:r>
        <w:rPr>
          <w:rFonts w:ascii="Times New Roman" w:hAnsi="Times New Roman"/>
          <w:b/>
          <w:sz w:val="22"/>
        </w:rPr>
        <w:t xml:space="preserve">Q8. </w:t>
      </w:r>
      <w:r>
        <w:rPr>
          <w:rFonts w:ascii="Times New Roman" w:hAnsi="Times New Roman"/>
          <w:sz w:val="22"/>
        </w:rPr>
        <w:t>What do you think needs to be improved for the protocol to be sustained?</w:t>
      </w:r>
    </w:p>
    <w:p>
      <w:pPr>
        <w:spacing w:after="40"/>
        <w:ind w:left="648"/>
      </w:pPr>
      <w:r>
        <w:rPr>
          <w:rFonts w:ascii="Times New Roman" w:hAnsi="Times New Roman"/>
          <w:sz w:val="21"/>
        </w:rPr>
        <w:t xml:space="preserve">• </w:t>
      </w:r>
      <w:r>
        <w:rPr>
          <w:rFonts w:ascii="Times New Roman" w:hAnsi="Times New Roman"/>
          <w:i/>
          <w:sz w:val="21"/>
        </w:rPr>
        <w:t xml:space="preserve">[System/administration] </w:t>
      </w:r>
      <w:r>
        <w:rPr>
          <w:rFonts w:ascii="Times New Roman" w:hAnsi="Times New Roman"/>
          <w:sz w:val="21"/>
        </w:rPr>
        <w:t>Is there anything you felt needed improvement in terms of staffing, administrative procedures, or institutional support?</w:t>
      </w:r>
    </w:p>
    <w:p>
      <w:pPr>
        <w:spacing w:after="40"/>
        <w:ind w:left="648"/>
      </w:pPr>
      <w:r>
        <w:rPr>
          <w:rFonts w:ascii="Times New Roman" w:hAnsi="Times New Roman"/>
          <w:sz w:val="21"/>
        </w:rPr>
        <w:t xml:space="preserve">• </w:t>
      </w:r>
      <w:r>
        <w:rPr>
          <w:rFonts w:ascii="Times New Roman" w:hAnsi="Times New Roman"/>
          <w:i/>
          <w:sz w:val="21"/>
        </w:rPr>
        <w:t xml:space="preserve">[System/culture] </w:t>
      </w:r>
      <w:r>
        <w:rPr>
          <w:rFonts w:ascii="Times New Roman" w:hAnsi="Times New Roman"/>
          <w:sz w:val="21"/>
        </w:rPr>
        <w:t>If there were points of friction with nursing work or with existing practice in the ED, what were they?</w:t>
      </w:r>
    </w:p>
    <w:p>
      <w:pPr>
        <w:spacing w:after="60"/>
        <w:ind w:left="216"/>
      </w:pPr>
      <w:r>
        <w:rPr>
          <w:rFonts w:ascii="Times New Roman" w:hAnsi="Times New Roman"/>
          <w:b/>
          <w:sz w:val="22"/>
        </w:rPr>
        <w:t xml:space="preserve">Q9. </w:t>
      </w:r>
      <w:r>
        <w:rPr>
          <w:rFonts w:ascii="Times New Roman" w:hAnsi="Times New Roman"/>
          <w:sz w:val="22"/>
        </w:rPr>
        <w:t>Looking beyond the ED, what significance do you think this experience has at the hospital-wide level?</w:t>
      </w:r>
    </w:p>
    <w:p>
      <w:pPr>
        <w:spacing w:after="40"/>
        <w:ind w:left="648"/>
      </w:pPr>
      <w:r>
        <w:rPr>
          <w:rFonts w:ascii="Times New Roman" w:hAnsi="Times New Roman"/>
          <w:sz w:val="21"/>
        </w:rPr>
        <w:t xml:space="preserve">• </w:t>
      </w:r>
      <w:r>
        <w:rPr>
          <w:rFonts w:ascii="Times New Roman" w:hAnsi="Times New Roman"/>
          <w:i/>
          <w:sz w:val="21"/>
        </w:rPr>
        <w:t xml:space="preserve">[Policy significance] </w:t>
      </w:r>
      <w:r>
        <w:rPr>
          <w:rFonts w:ascii="Times New Roman" w:hAnsi="Times New Roman"/>
          <w:sz w:val="21"/>
        </w:rPr>
        <w:t>What significance do you think a multidisciplinary decision-making process has for patient safety or for nursing work?</w:t>
      </w:r>
    </w:p>
    <w:p>
      <w:pPr>
        <w:spacing w:after="40"/>
        <w:ind w:left="648"/>
      </w:pPr>
      <w:r>
        <w:rPr>
          <w:rFonts w:ascii="Times New Roman" w:hAnsi="Times New Roman"/>
          <w:sz w:val="21"/>
        </w:rPr>
        <w:t xml:space="preserve">• </w:t>
      </w:r>
      <w:r>
        <w:rPr>
          <w:rFonts w:ascii="Times New Roman" w:hAnsi="Times New Roman"/>
          <w:sz w:val="21"/>
        </w:rPr>
        <w:t>Do you have any ideas, apart from the protocol, for reducing disposition delay or ED length of stay?</w:t>
      </w:r>
    </w:p>
    <w:p>
      <w:pPr>
        <w:spacing w:after="120"/>
      </w:pPr>
      <w:r>
        <w:rPr>
          <w:rFonts w:ascii="Times New Roman" w:hAnsi="Times New Roman"/>
          <w:b/>
          <w:i w:val="0"/>
          <w:sz w:val="22"/>
        </w:rPr>
        <w:t>5.4 Flow Managers</w:t>
      </w:r>
    </w:p>
    <w:p>
      <w:pPr>
        <w:spacing w:after="80"/>
      </w:pPr>
      <w:r>
        <w:rPr>
          <w:rFonts w:ascii="Times New Roman" w:hAnsi="Times New Roman"/>
          <w:b/>
          <w:i w:val="0"/>
          <w:sz w:val="21"/>
        </w:rPr>
        <w:t>Preliminary question</w:t>
      </w:r>
    </w:p>
    <w:p>
      <w:pPr>
        <w:spacing w:after="60"/>
        <w:ind w:left="216"/>
      </w:pPr>
      <w:r>
        <w:rPr>
          <w:rFonts w:ascii="Times New Roman" w:hAnsi="Times New Roman"/>
          <w:b/>
          <w:sz w:val="22"/>
        </w:rPr>
        <w:t xml:space="preserve">Q1. </w:t>
      </w:r>
      <w:r>
        <w:rPr>
          <w:rFonts w:ascii="Times New Roman" w:hAnsi="Times New Roman"/>
          <w:sz w:val="22"/>
        </w:rPr>
        <w:t>What is your role and scope of work as a Flow Manager?</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tasks do you usually perform?</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Compared with other ED nurses, in what respects do you think the Flow Manager role is distinct?</w:t>
      </w:r>
    </w:p>
    <w:p>
      <w:pPr>
        <w:spacing w:after="80"/>
      </w:pPr>
      <w:r>
        <w:rPr>
          <w:rFonts w:ascii="Times New Roman" w:hAnsi="Times New Roman"/>
          <w:b/>
          <w:i w:val="0"/>
          <w:sz w:val="21"/>
        </w:rPr>
        <w:t>Phase 1. Experience before implementation</w:t>
      </w:r>
    </w:p>
    <w:p>
      <w:pPr>
        <w:spacing w:after="60"/>
        <w:ind w:left="216"/>
      </w:pPr>
      <w:r>
        <w:rPr>
          <w:rFonts w:ascii="Times New Roman" w:hAnsi="Times New Roman"/>
          <w:b/>
          <w:sz w:val="22"/>
        </w:rPr>
        <w:t xml:space="preserve">Q2. </w:t>
      </w:r>
      <w:r>
        <w:rPr>
          <w:rFonts w:ascii="Times New Roman" w:hAnsi="Times New Roman"/>
          <w:sz w:val="22"/>
        </w:rPr>
        <w:t>Have you experienced patients whose disposition decision was delayed before the ARRANGE CP was introduced?</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was the patient's condition and the situation in the ED at that time? As a Flow Manager, how did you respond or coordinate? How was the case eventually resolved?</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What burden did the prolonged ED stay place on patient flow management (for example, delayed bed allocation, difficulty managing incoming patients, or increased length of stay)? Did you also feel a burden related to the risk of safety incidents?</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At such times, did you feel that you had to take on work beyond your original role in order to resolve the disposition? Did you think hospital-level intervention was needed in such situations?</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What emotions did you experience in these situations? Please describe any impression or trace the experience left (frustration, exhaustion, moral conflict, or a sense of accomplishment).</w:t>
      </w:r>
    </w:p>
    <w:p>
      <w:pPr>
        <w:spacing w:after="80"/>
      </w:pPr>
      <w:r>
        <w:rPr>
          <w:rFonts w:ascii="Times New Roman" w:hAnsi="Times New Roman"/>
          <w:b/>
          <w:i w:val="0"/>
          <w:sz w:val="21"/>
        </w:rPr>
        <w:t>Phase 2. Experience after implementation</w:t>
      </w:r>
    </w:p>
    <w:p>
      <w:pPr>
        <w:spacing w:after="60"/>
        <w:ind w:left="216"/>
      </w:pPr>
      <w:r>
        <w:rPr>
          <w:rFonts w:ascii="Times New Roman" w:hAnsi="Times New Roman"/>
          <w:b/>
          <w:sz w:val="22"/>
        </w:rPr>
        <w:t xml:space="preserve">Q3. </w:t>
      </w:r>
      <w:r>
        <w:rPr>
          <w:rFonts w:ascii="Times New Roman" w:hAnsi="Times New Roman"/>
          <w:sz w:val="22"/>
        </w:rPr>
        <w:t>How did you receive education or information when the ARRANGE CP was first introduced?</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Did you feel that the education or information was sufficient for carrying out your role, or insufficient? Was there separate guidance about the Flow Manager role specifically? If insufficient, how did you compensate in practice?</w:t>
      </w:r>
    </w:p>
    <w:p>
      <w:pPr>
        <w:spacing w:after="40"/>
        <w:ind w:left="648"/>
      </w:pPr>
      <w:r>
        <w:rPr>
          <w:rFonts w:ascii="Times New Roman" w:hAnsi="Times New Roman"/>
          <w:sz w:val="21"/>
        </w:rPr>
        <w:t xml:space="preserve">• </w:t>
      </w:r>
      <w:r>
        <w:rPr>
          <w:rFonts w:ascii="Times New Roman" w:hAnsi="Times New Roman"/>
          <w:i/>
          <w:sz w:val="21"/>
        </w:rPr>
        <w:t xml:space="preserve">[Experience/comparison] </w:t>
      </w:r>
      <w:r>
        <w:rPr>
          <w:rFonts w:ascii="Times New Roman" w:hAnsi="Times New Roman"/>
          <w:sz w:val="21"/>
        </w:rPr>
        <w:t>Compared with general ED nurses, how did the education or guidance you received as a Flow Manager differ?</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How did you feel when first encountering the new protocol? Did you experience any confusion, burden, or resistance?</w:t>
      </w:r>
    </w:p>
    <w:p>
      <w:pPr>
        <w:spacing w:after="60"/>
        <w:ind w:left="216"/>
      </w:pPr>
      <w:r>
        <w:rPr>
          <w:rFonts w:ascii="Times New Roman" w:hAnsi="Times New Roman"/>
          <w:b/>
          <w:sz w:val="22"/>
        </w:rPr>
        <w:t xml:space="preserve">Q4. </w:t>
      </w:r>
      <w:r>
        <w:rPr>
          <w:rFonts w:ascii="Times New Roman" w:hAnsi="Times New Roman"/>
          <w:sz w:val="22"/>
        </w:rPr>
        <w:t>Have you coordinated a patient for whom the protocol was activated, in your role as Flow Manager?</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was the patient's situation, and how did you respond and coordinate as a Flow Manager?</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When patient flow management and protocol-related work operated together, what changed compared with before?</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In actual operation of the protocol, did you feel that the scope of the Flow Manager's role and responsibility was clearly defined, or did ambiguity remain?</w:t>
      </w:r>
    </w:p>
    <w:p>
      <w:pPr>
        <w:spacing w:after="60"/>
        <w:ind w:left="216"/>
      </w:pPr>
      <w:r>
        <w:rPr>
          <w:rFonts w:ascii="Times New Roman" w:hAnsi="Times New Roman"/>
          <w:b/>
          <w:sz w:val="22"/>
        </w:rPr>
        <w:t xml:space="preserve">Q5. </w:t>
      </w:r>
      <w:r>
        <w:rPr>
          <w:rFonts w:ascii="Times New Roman" w:hAnsi="Times New Roman"/>
          <w:sz w:val="22"/>
        </w:rPr>
        <w:t>How did your sense of responsibility or burden change after the protocol began operating?</w:t>
      </w:r>
    </w:p>
    <w:p>
      <w:pPr>
        <w:spacing w:after="40"/>
        <w:ind w:left="648"/>
      </w:pPr>
      <w:r>
        <w:rPr>
          <w:rFonts w:ascii="Times New Roman" w:hAnsi="Times New Roman"/>
          <w:sz w:val="21"/>
        </w:rPr>
        <w:t xml:space="preserve">• </w:t>
      </w:r>
      <w:r>
        <w:rPr>
          <w:rFonts w:ascii="Times New Roman" w:hAnsi="Times New Roman"/>
          <w:i/>
          <w:sz w:val="21"/>
        </w:rPr>
        <w:t xml:space="preserve">[Work-related perception] </w:t>
      </w:r>
      <w:r>
        <w:rPr>
          <w:rFonts w:ascii="Times New Roman" w:hAnsi="Times New Roman"/>
          <w:sz w:val="21"/>
        </w:rPr>
        <w:t>Previously you had to contact clinical departments directly to confirm or coordinate admission; this has now changed to formal activation and the convening and coordination of a Teams meeting. How did your burden change with this shift?</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Have you felt that the Flow Manager takes on additional responsibility beyond the original scope of the role?</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While carrying out patient flow management and protocol operation together, were feelings of moral conflict, exhaustion, or frustration reduced?</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Have you felt that your sense of accomplishment or professional expertise as a Flow Manager was strengthened through this experience?</w:t>
      </w:r>
    </w:p>
    <w:p>
      <w:pPr>
        <w:spacing w:after="80"/>
      </w:pPr>
      <w:r>
        <w:rPr>
          <w:rFonts w:ascii="Times New Roman" w:hAnsi="Times New Roman"/>
          <w:b/>
          <w:i w:val="0"/>
          <w:sz w:val="21"/>
        </w:rPr>
        <w:t>Phase 3. Evaluation and areas for improvement</w:t>
      </w:r>
    </w:p>
    <w:p>
      <w:pPr>
        <w:spacing w:after="60"/>
        <w:ind w:left="216"/>
      </w:pPr>
      <w:r>
        <w:rPr>
          <w:rFonts w:ascii="Times New Roman" w:hAnsi="Times New Roman"/>
          <w:b/>
          <w:sz w:val="22"/>
        </w:rPr>
        <w:t xml:space="preserve">Q6. </w:t>
      </w:r>
      <w:r>
        <w:rPr>
          <w:rFonts w:ascii="Times New Roman" w:hAnsi="Times New Roman"/>
          <w:sz w:val="22"/>
        </w:rPr>
        <w:t>How do you evaluate the operation of the protocol overall?</w:t>
      </w:r>
    </w:p>
    <w:p>
      <w:pPr>
        <w:spacing w:after="40"/>
        <w:ind w:left="648"/>
      </w:pPr>
      <w:r>
        <w:rPr>
          <w:rFonts w:ascii="Times New Roman" w:hAnsi="Times New Roman"/>
          <w:sz w:val="21"/>
        </w:rPr>
        <w:t xml:space="preserve">• </w:t>
      </w:r>
      <w:r>
        <w:rPr>
          <w:rFonts w:ascii="Times New Roman" w:hAnsi="Times New Roman"/>
          <w:i/>
          <w:sz w:val="21"/>
        </w:rPr>
        <w:t xml:space="preserve">[Effectiveness] </w:t>
      </w:r>
      <w:r>
        <w:rPr>
          <w:rFonts w:ascii="Times New Roman" w:hAnsi="Times New Roman"/>
          <w:sz w:val="21"/>
        </w:rPr>
        <w:t>From the Flow Manager's perspective, did you feel it actually helped with patient flow management and coordination work?</w:t>
      </w:r>
    </w:p>
    <w:p>
      <w:pPr>
        <w:spacing w:after="40"/>
        <w:ind w:left="648"/>
      </w:pPr>
      <w:r>
        <w:rPr>
          <w:rFonts w:ascii="Times New Roman" w:hAnsi="Times New Roman"/>
          <w:sz w:val="21"/>
        </w:rPr>
        <w:t xml:space="preserve">• </w:t>
      </w:r>
      <w:r>
        <w:rPr>
          <w:rFonts w:ascii="Times New Roman" w:hAnsi="Times New Roman"/>
          <w:i/>
          <w:sz w:val="21"/>
        </w:rPr>
        <w:t xml:space="preserve">[Organizational culture] </w:t>
      </w:r>
      <w:r>
        <w:rPr>
          <w:rFonts w:ascii="Times New Roman" w:hAnsi="Times New Roman"/>
          <w:sz w:val="21"/>
        </w:rPr>
        <w:t>What changes do you think the protocol brought to the way Flow Managers collaborate with other professional groups?</w:t>
      </w:r>
    </w:p>
    <w:p>
      <w:pPr>
        <w:spacing w:after="60"/>
        <w:ind w:left="216"/>
      </w:pPr>
      <w:r>
        <w:rPr>
          <w:rFonts w:ascii="Times New Roman" w:hAnsi="Times New Roman"/>
          <w:b/>
          <w:sz w:val="22"/>
        </w:rPr>
        <w:t xml:space="preserve">Q7. </w:t>
      </w:r>
      <w:r>
        <w:rPr>
          <w:rFonts w:ascii="Times New Roman" w:hAnsi="Times New Roman"/>
          <w:sz w:val="22"/>
        </w:rPr>
        <w:t>What advantages and disadvantages does the protocol have from the perspective of patient-centered care?</w:t>
      </w:r>
    </w:p>
    <w:p>
      <w:pPr>
        <w:spacing w:after="40"/>
        <w:ind w:left="648"/>
      </w:pPr>
      <w:r>
        <w:rPr>
          <w:rFonts w:ascii="Times New Roman" w:hAnsi="Times New Roman"/>
          <w:sz w:val="21"/>
        </w:rPr>
        <w:t xml:space="preserve">• </w:t>
      </w:r>
      <w:r>
        <w:rPr>
          <w:rFonts w:ascii="Times New Roman" w:hAnsi="Times New Roman"/>
          <w:i/>
          <w:sz w:val="21"/>
        </w:rPr>
        <w:t xml:space="preserve">[Patient rights] </w:t>
      </w:r>
      <w:r>
        <w:rPr>
          <w:rFonts w:ascii="Times New Roman" w:hAnsi="Times New Roman"/>
          <w:sz w:val="21"/>
        </w:rPr>
        <w:t>Have you had memorable experiences relating to patient rights, autonomy, or human dignity?</w:t>
      </w:r>
    </w:p>
    <w:p>
      <w:pPr>
        <w:spacing w:after="40"/>
        <w:ind w:left="648"/>
      </w:pPr>
      <w:r>
        <w:rPr>
          <w:rFonts w:ascii="Times New Roman" w:hAnsi="Times New Roman"/>
          <w:sz w:val="21"/>
        </w:rPr>
        <w:t xml:space="preserve">• </w:t>
      </w:r>
      <w:r>
        <w:rPr>
          <w:rFonts w:ascii="Times New Roman" w:hAnsi="Times New Roman"/>
          <w:sz w:val="21"/>
        </w:rPr>
        <w:t>Have you experienced patients or families responding positively, or expressing relief, at receiving a clear and prompt decision? Conversely, was there anything about which they felt uncomfortable or disappointed?</w:t>
      </w:r>
    </w:p>
    <w:p>
      <w:pPr>
        <w:spacing w:after="60"/>
        <w:ind w:left="216"/>
      </w:pPr>
      <w:r>
        <w:rPr>
          <w:rFonts w:ascii="Times New Roman" w:hAnsi="Times New Roman"/>
          <w:b/>
          <w:sz w:val="22"/>
        </w:rPr>
        <w:t xml:space="preserve">Q8. </w:t>
      </w:r>
      <w:r>
        <w:rPr>
          <w:rFonts w:ascii="Times New Roman" w:hAnsi="Times New Roman"/>
          <w:sz w:val="22"/>
        </w:rPr>
        <w:t>What do you think needs to be improved for the protocol to be sustained?</w:t>
      </w:r>
    </w:p>
    <w:p>
      <w:pPr>
        <w:spacing w:after="40"/>
        <w:ind w:left="648"/>
      </w:pPr>
      <w:r>
        <w:rPr>
          <w:rFonts w:ascii="Times New Roman" w:hAnsi="Times New Roman"/>
          <w:sz w:val="21"/>
        </w:rPr>
        <w:t xml:space="preserve">• </w:t>
      </w:r>
      <w:r>
        <w:rPr>
          <w:rFonts w:ascii="Times New Roman" w:hAnsi="Times New Roman"/>
          <w:i/>
          <w:sz w:val="21"/>
        </w:rPr>
        <w:t xml:space="preserve">[System/administration] </w:t>
      </w:r>
      <w:r>
        <w:rPr>
          <w:rFonts w:ascii="Times New Roman" w:hAnsi="Times New Roman"/>
          <w:sz w:val="21"/>
        </w:rPr>
        <w:t>Is there anything you felt needed improvement in terms of staffing, administrative procedures, or institutional support?</w:t>
      </w:r>
    </w:p>
    <w:p>
      <w:pPr>
        <w:spacing w:after="40"/>
        <w:ind w:left="648"/>
      </w:pPr>
      <w:r>
        <w:rPr>
          <w:rFonts w:ascii="Times New Roman" w:hAnsi="Times New Roman"/>
          <w:sz w:val="21"/>
        </w:rPr>
        <w:t xml:space="preserve">• </w:t>
      </w:r>
      <w:r>
        <w:rPr>
          <w:rFonts w:ascii="Times New Roman" w:hAnsi="Times New Roman"/>
          <w:i/>
          <w:sz w:val="21"/>
        </w:rPr>
        <w:t xml:space="preserve">[System/culture] </w:t>
      </w:r>
      <w:r>
        <w:rPr>
          <w:rFonts w:ascii="Times New Roman" w:hAnsi="Times New Roman"/>
          <w:sz w:val="21"/>
        </w:rPr>
        <w:t>If anything differed from Flow Manager work or from existing practice in the ED, what was it?</w:t>
      </w:r>
    </w:p>
    <w:p>
      <w:pPr>
        <w:spacing w:after="60"/>
        <w:ind w:left="216"/>
      </w:pPr>
      <w:r>
        <w:rPr>
          <w:rFonts w:ascii="Times New Roman" w:hAnsi="Times New Roman"/>
          <w:b/>
          <w:sz w:val="22"/>
        </w:rPr>
        <w:t xml:space="preserve">Q9. </w:t>
      </w:r>
      <w:r>
        <w:rPr>
          <w:rFonts w:ascii="Times New Roman" w:hAnsi="Times New Roman"/>
          <w:sz w:val="22"/>
        </w:rPr>
        <w:t>Looking beyond the ED, what significance do you think this experience has at the hospital-wide level?</w:t>
      </w:r>
    </w:p>
    <w:p>
      <w:pPr>
        <w:spacing w:after="40"/>
        <w:ind w:left="648"/>
      </w:pPr>
      <w:r>
        <w:rPr>
          <w:rFonts w:ascii="Times New Roman" w:hAnsi="Times New Roman"/>
          <w:sz w:val="21"/>
        </w:rPr>
        <w:t xml:space="preserve">• </w:t>
      </w:r>
      <w:r>
        <w:rPr>
          <w:rFonts w:ascii="Times New Roman" w:hAnsi="Times New Roman"/>
          <w:i/>
          <w:sz w:val="21"/>
        </w:rPr>
        <w:t xml:space="preserve">[Policy significance] </w:t>
      </w:r>
      <w:r>
        <w:rPr>
          <w:rFonts w:ascii="Times New Roman" w:hAnsi="Times New Roman"/>
          <w:sz w:val="21"/>
        </w:rPr>
        <w:t>What significance do you think a multidisciplinary decision-making process has for patient flow management or for hospital operations overall?</w:t>
      </w:r>
    </w:p>
    <w:p>
      <w:pPr>
        <w:spacing w:after="40"/>
        <w:ind w:left="648"/>
      </w:pPr>
      <w:r>
        <w:rPr>
          <w:rFonts w:ascii="Times New Roman" w:hAnsi="Times New Roman"/>
          <w:sz w:val="21"/>
        </w:rPr>
        <w:t xml:space="preserve">• </w:t>
      </w:r>
      <w:r>
        <w:rPr>
          <w:rFonts w:ascii="Times New Roman" w:hAnsi="Times New Roman"/>
          <w:sz w:val="21"/>
        </w:rPr>
        <w:t>Do you have any ideas, apart from the protocol, for reducing disposition delay or ED length of stay?</w:t>
      </w:r>
    </w:p>
    <w:p>
      <w:pPr>
        <w:spacing w:after="120"/>
      </w:pPr>
      <w:r>
        <w:rPr>
          <w:rFonts w:ascii="Times New Roman" w:hAnsi="Times New Roman"/>
          <w:b/>
          <w:i w:val="0"/>
          <w:sz w:val="22"/>
        </w:rPr>
        <w:t>5.5 Hospital leadership</w:t>
      </w:r>
    </w:p>
    <w:p>
      <w:pPr>
        <w:spacing w:after="80"/>
      </w:pPr>
      <w:r>
        <w:rPr>
          <w:rFonts w:ascii="Times New Roman" w:hAnsi="Times New Roman"/>
          <w:b/>
          <w:i w:val="0"/>
          <w:sz w:val="21"/>
        </w:rPr>
        <w:t>Phase 1. Experience before implementation</w:t>
      </w:r>
    </w:p>
    <w:p>
      <w:pPr>
        <w:spacing w:after="60"/>
        <w:ind w:left="216"/>
      </w:pPr>
      <w:r>
        <w:rPr>
          <w:rFonts w:ascii="Times New Roman" w:hAnsi="Times New Roman"/>
          <w:b/>
          <w:sz w:val="22"/>
        </w:rPr>
        <w:t xml:space="preserve">Q1. </w:t>
      </w:r>
      <w:r>
        <w:rPr>
          <w:rFonts w:ascii="Times New Roman" w:hAnsi="Times New Roman"/>
          <w:sz w:val="22"/>
        </w:rPr>
        <w:t>What was the background and the problem awareness that led to the introduction of the ARRANGE CP?</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How was the problem of ED disposition decisions perceived at the hospital level?</w:t>
      </w:r>
    </w:p>
    <w:p>
      <w:pPr>
        <w:spacing w:after="40"/>
        <w:ind w:left="648"/>
      </w:pPr>
      <w:r>
        <w:rPr>
          <w:rFonts w:ascii="Times New Roman" w:hAnsi="Times New Roman"/>
          <w:sz w:val="21"/>
        </w:rPr>
        <w:t xml:space="preserve">• </w:t>
      </w:r>
      <w:r>
        <w:rPr>
          <w:rFonts w:ascii="Times New Roman" w:hAnsi="Times New Roman"/>
          <w:i/>
          <w:sz w:val="21"/>
        </w:rPr>
        <w:t xml:space="preserve">[Organizational culture] </w:t>
      </w:r>
      <w:r>
        <w:rPr>
          <w:rFonts w:ascii="Times New Roman" w:hAnsi="Times New Roman"/>
          <w:sz w:val="21"/>
        </w:rPr>
        <w:t>Which problems did you regard as most serious in terms of interprofessional collaboration, distribution of responsibility, and patient experience?</w:t>
      </w:r>
    </w:p>
    <w:p>
      <w:pPr>
        <w:spacing w:after="40"/>
        <w:ind w:left="648"/>
      </w:pPr>
      <w:r>
        <w:rPr>
          <w:rFonts w:ascii="Times New Roman" w:hAnsi="Times New Roman"/>
          <w:sz w:val="21"/>
        </w:rPr>
        <w:t xml:space="preserve">• </w:t>
      </w:r>
      <w:r>
        <w:rPr>
          <w:rFonts w:ascii="Times New Roman" w:hAnsi="Times New Roman"/>
          <w:i/>
          <w:sz w:val="21"/>
        </w:rPr>
        <w:t xml:space="preserve">[Management perception] </w:t>
      </w:r>
      <w:r>
        <w:rPr>
          <w:rFonts w:ascii="Times New Roman" w:hAnsi="Times New Roman"/>
          <w:sz w:val="21"/>
        </w:rPr>
        <w:t>Were there burdens related to management performance, such as bed turnover, ED waiting times, or external evaluation of the hospital?</w:t>
      </w:r>
    </w:p>
    <w:p>
      <w:pPr>
        <w:spacing w:after="40"/>
        <w:ind w:left="648"/>
      </w:pPr>
      <w:r>
        <w:rPr>
          <w:rFonts w:ascii="Times New Roman" w:hAnsi="Times New Roman"/>
          <w:sz w:val="21"/>
        </w:rPr>
        <w:t xml:space="preserve">• </w:t>
      </w:r>
      <w:r>
        <w:rPr>
          <w:rFonts w:ascii="Times New Roman" w:hAnsi="Times New Roman"/>
          <w:i/>
          <w:sz w:val="21"/>
        </w:rPr>
        <w:t xml:space="preserve">[Experience] </w:t>
      </w:r>
      <w:r>
        <w:rPr>
          <w:rFonts w:ascii="Times New Roman" w:hAnsi="Times New Roman"/>
          <w:sz w:val="21"/>
        </w:rPr>
        <w:t>What change did you most expect (for example, in patient safety, length of stay, collaborative structures, or hospital performance indicators)?</w:t>
      </w:r>
    </w:p>
    <w:p>
      <w:pPr>
        <w:spacing w:after="60"/>
        <w:ind w:left="216"/>
      </w:pPr>
      <w:r>
        <w:rPr>
          <w:rFonts w:ascii="Times New Roman" w:hAnsi="Times New Roman"/>
          <w:b/>
          <w:sz w:val="22"/>
        </w:rPr>
        <w:t xml:space="preserve">Q2. </w:t>
      </w:r>
      <w:r>
        <w:rPr>
          <w:rFonts w:ascii="Times New Roman" w:hAnsi="Times New Roman"/>
          <w:sz w:val="22"/>
        </w:rPr>
        <w:t>Before implementation, how did you view the problem of delayed disposition from a leadership perspective?</w:t>
      </w:r>
    </w:p>
    <w:p>
      <w:pPr>
        <w:spacing w:after="40"/>
        <w:ind w:left="648"/>
      </w:pPr>
      <w:r>
        <w:rPr>
          <w:rFonts w:ascii="Times New Roman" w:hAnsi="Times New Roman"/>
          <w:sz w:val="21"/>
        </w:rPr>
        <w:t xml:space="preserve">• </w:t>
      </w:r>
      <w:r>
        <w:rPr>
          <w:rFonts w:ascii="Times New Roman" w:hAnsi="Times New Roman"/>
          <w:i/>
          <w:sz w:val="21"/>
        </w:rPr>
        <w:t xml:space="preserve">[Organizational culture] </w:t>
      </w:r>
      <w:r>
        <w:rPr>
          <w:rFonts w:ascii="Times New Roman" w:hAnsi="Times New Roman"/>
          <w:sz w:val="21"/>
        </w:rPr>
        <w:t>What impact did you feel delays in the ED had on hospital operations, safety, or patient experience?</w:t>
      </w:r>
    </w:p>
    <w:p>
      <w:pPr>
        <w:spacing w:after="40"/>
        <w:ind w:left="648"/>
      </w:pPr>
      <w:r>
        <w:rPr>
          <w:rFonts w:ascii="Times New Roman" w:hAnsi="Times New Roman"/>
          <w:sz w:val="21"/>
        </w:rPr>
        <w:t xml:space="preserve">• </w:t>
      </w:r>
      <w:r>
        <w:rPr>
          <w:rFonts w:ascii="Times New Roman" w:hAnsi="Times New Roman"/>
          <w:i/>
          <w:sz w:val="21"/>
        </w:rPr>
        <w:t xml:space="preserve">[Emotion/leadership] </w:t>
      </w:r>
      <w:r>
        <w:rPr>
          <w:rFonts w:ascii="Times New Roman" w:hAnsi="Times New Roman"/>
          <w:sz w:val="21"/>
        </w:rPr>
        <w:t>As you observed those situations, what burdens or concerns did you have?</w:t>
      </w:r>
    </w:p>
    <w:p>
      <w:pPr>
        <w:spacing w:after="80"/>
      </w:pPr>
      <w:r>
        <w:rPr>
          <w:rFonts w:ascii="Times New Roman" w:hAnsi="Times New Roman"/>
          <w:b/>
          <w:i w:val="0"/>
          <w:sz w:val="21"/>
        </w:rPr>
        <w:t>Phase 2. Experience after implementation</w:t>
      </w:r>
    </w:p>
    <w:p>
      <w:pPr>
        <w:spacing w:after="60"/>
        <w:ind w:left="216"/>
      </w:pPr>
      <w:r>
        <w:rPr>
          <w:rFonts w:ascii="Times New Roman" w:hAnsi="Times New Roman"/>
          <w:b/>
          <w:sz w:val="22"/>
        </w:rPr>
        <w:t xml:space="preserve">Q3. </w:t>
      </w:r>
      <w:r>
        <w:rPr>
          <w:rFonts w:ascii="Times New Roman" w:hAnsi="Times New Roman"/>
          <w:sz w:val="22"/>
        </w:rPr>
        <w:t>What changes have you perceived in actual operation since the protocol was introduced?</w:t>
      </w:r>
    </w:p>
    <w:p>
      <w:pPr>
        <w:spacing w:after="40"/>
        <w:ind w:left="648"/>
      </w:pPr>
      <w:r>
        <w:rPr>
          <w:rFonts w:ascii="Times New Roman" w:hAnsi="Times New Roman"/>
          <w:sz w:val="21"/>
        </w:rPr>
        <w:t xml:space="preserve">• </w:t>
      </w:r>
      <w:r>
        <w:rPr>
          <w:rFonts w:ascii="Times New Roman" w:hAnsi="Times New Roman"/>
          <w:i/>
          <w:sz w:val="21"/>
        </w:rPr>
        <w:t xml:space="preserve">[Effectiveness] </w:t>
      </w:r>
      <w:r>
        <w:rPr>
          <w:rFonts w:ascii="Times New Roman" w:hAnsi="Times New Roman"/>
          <w:sz w:val="21"/>
        </w:rPr>
        <w:t>Were there positive changes in ED length of stay, patient flow management, or multidisciplinary collaboration?</w:t>
      </w:r>
    </w:p>
    <w:p>
      <w:pPr>
        <w:spacing w:after="40"/>
        <w:ind w:left="648"/>
      </w:pPr>
      <w:r>
        <w:rPr>
          <w:rFonts w:ascii="Times New Roman" w:hAnsi="Times New Roman"/>
          <w:sz w:val="21"/>
        </w:rPr>
        <w:t xml:space="preserve">• </w:t>
      </w:r>
      <w:r>
        <w:rPr>
          <w:rFonts w:ascii="Times New Roman" w:hAnsi="Times New Roman"/>
          <w:i/>
          <w:sz w:val="21"/>
        </w:rPr>
        <w:t xml:space="preserve">[Organizational culture] </w:t>
      </w:r>
      <w:r>
        <w:rPr>
          <w:rFonts w:ascii="Times New Roman" w:hAnsi="Times New Roman"/>
          <w:sz w:val="21"/>
        </w:rPr>
        <w:t>Did you feel that the way decisions are made, or the culture of sharing responsibility, changed?</w:t>
      </w:r>
    </w:p>
    <w:p>
      <w:pPr>
        <w:spacing w:after="40"/>
        <w:ind w:left="648"/>
      </w:pPr>
      <w:r>
        <w:rPr>
          <w:rFonts w:ascii="Times New Roman" w:hAnsi="Times New Roman"/>
          <w:sz w:val="21"/>
        </w:rPr>
        <w:t xml:space="preserve">• </w:t>
      </w:r>
      <w:r>
        <w:rPr>
          <w:rFonts w:ascii="Times New Roman" w:hAnsi="Times New Roman"/>
          <w:i/>
          <w:sz w:val="21"/>
        </w:rPr>
        <w:t xml:space="preserve">[Emotion] </w:t>
      </w:r>
      <w:r>
        <w:rPr>
          <w:rFonts w:ascii="Times New Roman" w:hAnsi="Times New Roman"/>
          <w:sz w:val="21"/>
        </w:rPr>
        <w:t>Since implementation, have you felt relief or a sense of accomplishment, or does some burden remain?</w:t>
      </w:r>
    </w:p>
    <w:p>
      <w:pPr>
        <w:spacing w:after="60"/>
        <w:ind w:left="216"/>
      </w:pPr>
      <w:r>
        <w:rPr>
          <w:rFonts w:ascii="Times New Roman" w:hAnsi="Times New Roman"/>
          <w:b/>
          <w:sz w:val="22"/>
        </w:rPr>
        <w:t xml:space="preserve">Q4. </w:t>
      </w:r>
      <w:r>
        <w:rPr>
          <w:rFonts w:ascii="Times New Roman" w:hAnsi="Times New Roman"/>
          <w:sz w:val="22"/>
        </w:rPr>
        <w:t>What influence do you think the involvement of senior leadership had on the operation of the protocol?</w:t>
      </w:r>
    </w:p>
    <w:p>
      <w:pPr>
        <w:spacing w:after="40"/>
        <w:ind w:left="648"/>
      </w:pPr>
      <w:r>
        <w:rPr>
          <w:rFonts w:ascii="Times New Roman" w:hAnsi="Times New Roman"/>
          <w:sz w:val="21"/>
        </w:rPr>
        <w:t xml:space="preserve">• </w:t>
      </w:r>
      <w:r>
        <w:rPr>
          <w:rFonts w:ascii="Times New Roman" w:hAnsi="Times New Roman"/>
          <w:i/>
          <w:sz w:val="21"/>
        </w:rPr>
        <w:t xml:space="preserve">[Policy perception] </w:t>
      </w:r>
      <w:r>
        <w:rPr>
          <w:rFonts w:ascii="Times New Roman" w:hAnsi="Times New Roman"/>
          <w:sz w:val="21"/>
        </w:rPr>
        <w:t>When leadership participated in or supported the meetings, how did the decision-making process and the distribution of responsibility change?</w:t>
      </w:r>
    </w:p>
    <w:p>
      <w:pPr>
        <w:spacing w:after="40"/>
        <w:ind w:left="648"/>
      </w:pPr>
      <w:r>
        <w:rPr>
          <w:rFonts w:ascii="Times New Roman" w:hAnsi="Times New Roman"/>
          <w:sz w:val="21"/>
        </w:rPr>
        <w:t xml:space="preserve">• </w:t>
      </w:r>
      <w:r>
        <w:rPr>
          <w:rFonts w:ascii="Times New Roman" w:hAnsi="Times New Roman"/>
          <w:i/>
          <w:sz w:val="21"/>
        </w:rPr>
        <w:t xml:space="preserve">[Organizational culture] </w:t>
      </w:r>
      <w:r>
        <w:rPr>
          <w:rFonts w:ascii="Times New Roman" w:hAnsi="Times New Roman"/>
          <w:sz w:val="21"/>
        </w:rPr>
        <w:t>What influence do you think it had on cultural aspects such as staff motivation and the collaborative atmosphere?</w:t>
      </w:r>
    </w:p>
    <w:p>
      <w:pPr>
        <w:spacing w:after="40"/>
        <w:ind w:left="648"/>
      </w:pPr>
      <w:r>
        <w:rPr>
          <w:rFonts w:ascii="Times New Roman" w:hAnsi="Times New Roman"/>
          <w:sz w:val="21"/>
        </w:rPr>
        <w:t xml:space="preserve">• </w:t>
      </w:r>
      <w:r>
        <w:rPr>
          <w:rFonts w:ascii="Times New Roman" w:hAnsi="Times New Roman"/>
          <w:i/>
          <w:sz w:val="21"/>
        </w:rPr>
        <w:t xml:space="preserve">[System-related perception] </w:t>
      </w:r>
      <w:r>
        <w:rPr>
          <w:rFonts w:ascii="Times New Roman" w:hAnsi="Times New Roman"/>
          <w:sz w:val="21"/>
        </w:rPr>
        <w:t>Did you feel that the scope of your role and responsibility as leadership became clearly defined after implementation, or did ambiguity remain?</w:t>
      </w:r>
    </w:p>
    <w:p>
      <w:pPr>
        <w:spacing w:after="80"/>
      </w:pPr>
      <w:r>
        <w:rPr>
          <w:rFonts w:ascii="Times New Roman" w:hAnsi="Times New Roman"/>
          <w:b/>
          <w:i w:val="0"/>
          <w:sz w:val="21"/>
        </w:rPr>
        <w:t>Phase 3. Evaluation and areas for improvement</w:t>
      </w:r>
    </w:p>
    <w:p>
      <w:pPr>
        <w:spacing w:after="60"/>
        <w:ind w:left="216"/>
      </w:pPr>
      <w:r>
        <w:rPr>
          <w:rFonts w:ascii="Times New Roman" w:hAnsi="Times New Roman"/>
          <w:b/>
          <w:sz w:val="22"/>
        </w:rPr>
        <w:t xml:space="preserve">Q5. </w:t>
      </w:r>
      <w:r>
        <w:rPr>
          <w:rFonts w:ascii="Times New Roman" w:hAnsi="Times New Roman"/>
          <w:sz w:val="22"/>
        </w:rPr>
        <w:t>How do you evaluate the operation of the protocol overall, at the level of the hospital and the Emergency Medical Center?</w:t>
      </w:r>
    </w:p>
    <w:p>
      <w:pPr>
        <w:spacing w:after="40"/>
        <w:ind w:left="648"/>
      </w:pPr>
      <w:r>
        <w:rPr>
          <w:rFonts w:ascii="Times New Roman" w:hAnsi="Times New Roman"/>
          <w:sz w:val="21"/>
        </w:rPr>
        <w:t xml:space="preserve">• </w:t>
      </w:r>
      <w:r>
        <w:rPr>
          <w:rFonts w:ascii="Times New Roman" w:hAnsi="Times New Roman"/>
          <w:i/>
          <w:sz w:val="21"/>
        </w:rPr>
        <w:t xml:space="preserve">[Effectiveness] </w:t>
      </w:r>
      <w:r>
        <w:rPr>
          <w:rFonts w:ascii="Times New Roman" w:hAnsi="Times New Roman"/>
          <w:sz w:val="21"/>
        </w:rPr>
        <w:t>Do you consider that there were meaningful changes in patient safety, bed management, or ED efficiency?</w:t>
      </w:r>
    </w:p>
    <w:p>
      <w:pPr>
        <w:spacing w:after="40"/>
        <w:ind w:left="648"/>
      </w:pPr>
      <w:r>
        <w:rPr>
          <w:rFonts w:ascii="Times New Roman" w:hAnsi="Times New Roman"/>
          <w:sz w:val="21"/>
        </w:rPr>
        <w:t xml:space="preserve">• </w:t>
      </w:r>
      <w:r>
        <w:rPr>
          <w:rFonts w:ascii="Times New Roman" w:hAnsi="Times New Roman"/>
          <w:i/>
          <w:sz w:val="21"/>
        </w:rPr>
        <w:t xml:space="preserve">[Policy significance] </w:t>
      </w:r>
      <w:r>
        <w:rPr>
          <w:rFonts w:ascii="Times New Roman" w:hAnsi="Times New Roman"/>
          <w:sz w:val="21"/>
        </w:rPr>
        <w:t>What does a multidisciplinary decision-making process mean for hospital policy and operations?</w:t>
      </w:r>
    </w:p>
    <w:p>
      <w:pPr>
        <w:spacing w:after="40"/>
        <w:ind w:left="648"/>
      </w:pPr>
      <w:r>
        <w:rPr>
          <w:rFonts w:ascii="Times New Roman" w:hAnsi="Times New Roman"/>
          <w:sz w:val="21"/>
        </w:rPr>
        <w:t xml:space="preserve">• </w:t>
      </w:r>
      <w:r>
        <w:rPr>
          <w:rFonts w:ascii="Times New Roman" w:hAnsi="Times New Roman"/>
          <w:i/>
          <w:sz w:val="21"/>
        </w:rPr>
        <w:t xml:space="preserve">[Management performance] </w:t>
      </w:r>
      <w:r>
        <w:rPr>
          <w:rFonts w:ascii="Times New Roman" w:hAnsi="Times New Roman"/>
          <w:sz w:val="21"/>
        </w:rPr>
        <w:t>What significance do you think it had in terms of hospital-level performance indicators, patient satisfaction, or management outcomes?</w:t>
      </w:r>
    </w:p>
    <w:p>
      <w:pPr>
        <w:spacing w:after="60"/>
        <w:ind w:left="216"/>
      </w:pPr>
      <w:r>
        <w:rPr>
          <w:rFonts w:ascii="Times New Roman" w:hAnsi="Times New Roman"/>
          <w:b/>
          <w:sz w:val="22"/>
        </w:rPr>
        <w:t xml:space="preserve">Q6. </w:t>
      </w:r>
      <w:r>
        <w:rPr>
          <w:rFonts w:ascii="Times New Roman" w:hAnsi="Times New Roman"/>
          <w:sz w:val="22"/>
        </w:rPr>
        <w:t>What support do you think is needed for the protocol to be sustained?</w:t>
      </w:r>
    </w:p>
    <w:p>
      <w:pPr>
        <w:spacing w:after="40"/>
        <w:ind w:left="648"/>
      </w:pPr>
      <w:r>
        <w:rPr>
          <w:rFonts w:ascii="Times New Roman" w:hAnsi="Times New Roman"/>
          <w:sz w:val="21"/>
        </w:rPr>
        <w:t xml:space="preserve">• </w:t>
      </w:r>
      <w:r>
        <w:rPr>
          <w:rFonts w:ascii="Times New Roman" w:hAnsi="Times New Roman"/>
          <w:i/>
          <w:sz w:val="21"/>
        </w:rPr>
        <w:t xml:space="preserve">[System/administration] </w:t>
      </w:r>
      <w:r>
        <w:rPr>
          <w:rFonts w:ascii="Times New Roman" w:hAnsi="Times New Roman"/>
          <w:sz w:val="21"/>
        </w:rPr>
        <w:t>What do you think needs to be supplemented in terms of staffing, budget, or administrative support?</w:t>
      </w:r>
    </w:p>
    <w:p>
      <w:pPr>
        <w:spacing w:after="40"/>
        <w:ind w:left="648"/>
      </w:pPr>
      <w:r>
        <w:rPr>
          <w:rFonts w:ascii="Times New Roman" w:hAnsi="Times New Roman"/>
          <w:sz w:val="21"/>
        </w:rPr>
        <w:t xml:space="preserve">• </w:t>
      </w:r>
      <w:r>
        <w:rPr>
          <w:rFonts w:ascii="Times New Roman" w:hAnsi="Times New Roman"/>
          <w:i/>
          <w:sz w:val="21"/>
        </w:rPr>
        <w:t xml:space="preserve">[Organizational culture] </w:t>
      </w:r>
      <w:r>
        <w:rPr>
          <w:rFonts w:ascii="Times New Roman" w:hAnsi="Times New Roman"/>
          <w:sz w:val="21"/>
        </w:rPr>
        <w:t>If there were points of friction with the internal culture of the ED or with hospital policy, what improvements do you think are needed?</w:t>
      </w:r>
    </w:p>
    <w:p>
      <w:pPr>
        <w:spacing w:after="60"/>
        <w:ind w:left="216"/>
      </w:pPr>
      <w:r>
        <w:rPr>
          <w:rFonts w:ascii="Times New Roman" w:hAnsi="Times New Roman"/>
          <w:b/>
          <w:sz w:val="22"/>
        </w:rPr>
        <w:t xml:space="preserve">Q7. </w:t>
      </w:r>
      <w:r>
        <w:rPr>
          <w:rFonts w:ascii="Times New Roman" w:hAnsi="Times New Roman"/>
          <w:sz w:val="22"/>
        </w:rPr>
        <w:t>If this experience were extended beyond the ED to the hospital as a whole, what possibilities and limitations do you see?</w:t>
      </w:r>
    </w:p>
    <w:p>
      <w:pPr>
        <w:spacing w:after="40"/>
        <w:ind w:left="648"/>
      </w:pPr>
      <w:r>
        <w:rPr>
          <w:rFonts w:ascii="Times New Roman" w:hAnsi="Times New Roman"/>
          <w:sz w:val="21"/>
        </w:rPr>
        <w:t xml:space="preserve">• </w:t>
      </w:r>
      <w:r>
        <w:rPr>
          <w:rFonts w:ascii="Times New Roman" w:hAnsi="Times New Roman"/>
          <w:i/>
          <w:sz w:val="21"/>
        </w:rPr>
        <w:t xml:space="preserve">[Policy expansion] </w:t>
      </w:r>
      <w:r>
        <w:rPr>
          <w:rFonts w:ascii="Times New Roman" w:hAnsi="Times New Roman"/>
          <w:sz w:val="21"/>
        </w:rPr>
        <w:t>Do you think it could be applied to other complex clinical decision-making situations?</w:t>
      </w:r>
    </w:p>
    <w:p>
      <w:pPr>
        <w:spacing w:after="40"/>
        <w:ind w:left="648"/>
      </w:pPr>
      <w:r>
        <w:rPr>
          <w:rFonts w:ascii="Times New Roman" w:hAnsi="Times New Roman"/>
          <w:sz w:val="21"/>
        </w:rPr>
        <w:t xml:space="preserve">• </w:t>
      </w:r>
      <w:r>
        <w:rPr>
          <w:rFonts w:ascii="Times New Roman" w:hAnsi="Times New Roman"/>
          <w:i/>
          <w:sz w:val="21"/>
        </w:rPr>
        <w:t xml:space="preserve">[Organizational culture/leadership] </w:t>
      </w:r>
      <w:r>
        <w:rPr>
          <w:rFonts w:ascii="Times New Roman" w:hAnsi="Times New Roman"/>
          <w:sz w:val="21"/>
        </w:rPr>
        <w:t>What conditions, or what role for leadership, would be necessary for it to spread?</w:t>
      </w:r>
    </w:p>
    <w:p>
      <w:pPr>
        <w:spacing w:after="80"/>
      </w:pPr>
      <w:r>
        <w:rPr>
          <w:rFonts w:ascii="Times New Roman" w:hAnsi="Times New Roman"/>
          <w:b/>
          <w:i w:val="0"/>
          <w:sz w:val="22"/>
        </w:rPr>
        <w:t>6. Closing script</w:t>
      </w:r>
    </w:p>
    <w:p>
      <w:pPr>
        <w:spacing w:after="120"/>
      </w:pPr>
      <w:r>
        <w:rPr>
          <w:rFonts w:ascii="Times New Roman" w:hAnsi="Times New Roman"/>
          <w:b w:val="0"/>
          <w:i w:val="0"/>
          <w:sz w:val="21"/>
        </w:rPr>
        <w:t>Thank you very much for your time today. Everything you have said will be used only for research purposes, and the experiences you have shared will be of great help to this study. Is there anything else you would like to add beyond the questions I have asked?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