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AFB13" w14:textId="77777777" w:rsidR="00923354" w:rsidRDefault="00000000" w:rsidP="00314BAB">
      <w:pPr>
        <w:snapToGrid w:val="0"/>
        <w:spacing w:after="0" w:line="300" w:lineRule="auto"/>
        <w:jc w:val="center"/>
      </w:pPr>
      <w:r>
        <w:rPr>
          <w:b/>
          <w:color w:val="2E74B5"/>
          <w:sz w:val="22"/>
        </w:rPr>
        <w:t>SUPPLEMENTARY MATERIAL</w:t>
      </w:r>
    </w:p>
    <w:p w14:paraId="413ECBCA" w14:textId="77777777" w:rsidR="00923354" w:rsidRPr="00314BAB" w:rsidRDefault="00000000" w:rsidP="00314BAB">
      <w:pPr>
        <w:snapToGrid w:val="0"/>
        <w:spacing w:after="0" w:line="300" w:lineRule="auto"/>
        <w:jc w:val="center"/>
        <w:rPr>
          <w:rFonts w:ascii="Times New Roman" w:hAnsi="Times New Roman" w:cs="Times New Roman"/>
          <w:color w:val="000000" w:themeColor="text1"/>
          <w:sz w:val="24"/>
          <w:szCs w:val="24"/>
        </w:rPr>
      </w:pPr>
      <w:r w:rsidRPr="00314BAB">
        <w:rPr>
          <w:rFonts w:ascii="Times New Roman" w:hAnsi="Times New Roman" w:cs="Times New Roman"/>
          <w:b/>
          <w:color w:val="000000" w:themeColor="text1"/>
          <w:sz w:val="24"/>
          <w:szCs w:val="24"/>
        </w:rPr>
        <w:t>Cross-cohort transcriptomic integration links neoadjuvant chemotherapy response to an inflammatory macrophage–epithelial program in muscle-invasive bladder cancer</w:t>
      </w:r>
    </w:p>
    <w:p w14:paraId="1944CD1F" w14:textId="77777777" w:rsidR="00314BAB" w:rsidRDefault="00314BAB" w:rsidP="00314BAB">
      <w:pPr>
        <w:snapToGrid w:val="0"/>
        <w:spacing w:after="0" w:line="300" w:lineRule="auto"/>
        <w:rPr>
          <w:rFonts w:ascii="Times New Roman" w:hAnsi="Times New Roman" w:cs="Times New Roman"/>
          <w:sz w:val="24"/>
          <w:szCs w:val="24"/>
        </w:rPr>
      </w:pPr>
    </w:p>
    <w:p w14:paraId="02278DB4" w14:textId="16320DB6" w:rsidR="00C978F9" w:rsidRPr="00F46B3B" w:rsidRDefault="00C978F9" w:rsidP="00314BAB">
      <w:pPr>
        <w:snapToGrid w:val="0"/>
        <w:spacing w:after="0" w:line="300" w:lineRule="auto"/>
        <w:rPr>
          <w:rFonts w:ascii="Times New Roman" w:hAnsi="Times New Roman" w:cs="Times New Roman"/>
          <w:sz w:val="21"/>
          <w:szCs w:val="21"/>
        </w:rPr>
      </w:pPr>
      <w:r w:rsidRPr="00F46B3B">
        <w:rPr>
          <w:rFonts w:ascii="Times New Roman" w:hAnsi="Times New Roman" w:cs="Times New Roman"/>
          <w:sz w:val="21"/>
          <w:szCs w:val="21"/>
        </w:rPr>
        <w:t>Supplementary methodological details and reproducibility information</w:t>
      </w:r>
    </w:p>
    <w:p w14:paraId="4273E651" w14:textId="77777777" w:rsidR="00C978F9" w:rsidRPr="00F46B3B" w:rsidRDefault="00C978F9" w:rsidP="00C978F9">
      <w:pPr>
        <w:snapToGrid w:val="0"/>
        <w:spacing w:after="0" w:line="300" w:lineRule="auto"/>
        <w:jc w:val="both"/>
        <w:rPr>
          <w:rFonts w:ascii="Times New Roman" w:hAnsi="Times New Roman" w:cs="Times New Roman"/>
          <w:b/>
          <w:bCs/>
          <w:iCs/>
          <w:color w:val="000000" w:themeColor="text1"/>
          <w:sz w:val="21"/>
          <w:szCs w:val="21"/>
        </w:rPr>
      </w:pPr>
      <w:r w:rsidRPr="00F46B3B">
        <w:rPr>
          <w:rFonts w:ascii="Times New Roman" w:hAnsi="Times New Roman" w:cs="Times New Roman"/>
          <w:b/>
          <w:bCs/>
          <w:iCs/>
          <w:color w:val="000000" w:themeColor="text1"/>
          <w:sz w:val="21"/>
          <w:szCs w:val="21"/>
        </w:rPr>
        <w:t>Data audit and dataset assignment</w:t>
      </w:r>
    </w:p>
    <w:p w14:paraId="7357868B" w14:textId="77777777" w:rsidR="00C978F9" w:rsidRPr="00F46B3B" w:rsidRDefault="00C978F9" w:rsidP="00C978F9">
      <w:pPr>
        <w:snapToGrid w:val="0"/>
        <w:spacing w:after="0" w:line="300" w:lineRule="auto"/>
        <w:ind w:firstLineChars="150" w:firstLine="315"/>
        <w:jc w:val="both"/>
        <w:rPr>
          <w:rFonts w:ascii="Times New Roman" w:hAnsi="Times New Roman" w:cs="Times New Roman"/>
          <w:iCs/>
          <w:color w:val="000000" w:themeColor="text1"/>
          <w:sz w:val="21"/>
          <w:szCs w:val="21"/>
        </w:rPr>
      </w:pPr>
      <w:r w:rsidRPr="00F46B3B">
        <w:rPr>
          <w:rFonts w:ascii="Times New Roman" w:hAnsi="Times New Roman" w:cs="Times New Roman"/>
          <w:iCs/>
          <w:color w:val="000000" w:themeColor="text1"/>
          <w:sz w:val="21"/>
          <w:szCs w:val="21"/>
        </w:rPr>
        <w:t xml:space="preserve">Dataset roles were defined before inferential integration. GSE212810 and GSE247185 were used as independent pretreatment clinical-response cohorts. GSE169379 was used for cellular attribution because it contained treatment-naive single-nucleus RNA-sequencing data without patient-level NAC-response labels. GSE192575 was excluded from inferential analysis because it contained only one resistant and one sensitive patient, and the reconstructed </w:t>
      </w:r>
      <w:proofErr w:type="spellStart"/>
      <w:r w:rsidRPr="00F46B3B">
        <w:rPr>
          <w:rFonts w:ascii="Times New Roman" w:hAnsi="Times New Roman" w:cs="Times New Roman"/>
          <w:iCs/>
          <w:color w:val="000000" w:themeColor="text1"/>
          <w:sz w:val="21"/>
          <w:szCs w:val="21"/>
        </w:rPr>
        <w:t>CopyKAT</w:t>
      </w:r>
      <w:proofErr w:type="spellEnd"/>
      <w:r w:rsidRPr="00F46B3B">
        <w:rPr>
          <w:rFonts w:ascii="Times New Roman" w:hAnsi="Times New Roman" w:cs="Times New Roman"/>
          <w:iCs/>
          <w:color w:val="000000" w:themeColor="text1"/>
          <w:sz w:val="21"/>
          <w:szCs w:val="21"/>
        </w:rPr>
        <w:t>-positive compartment did not reproduce the tumor-cell annotation reported in the original study. GSE87304 and GSE124305 were not analyzed as paired pre- and post-NAC cohorts because reliable patient-level pairing could not be established from the available metadata.</w:t>
      </w:r>
    </w:p>
    <w:p w14:paraId="7FD18086" w14:textId="77777777" w:rsidR="00C978F9" w:rsidRPr="00F46B3B" w:rsidRDefault="00C978F9" w:rsidP="00C978F9">
      <w:pPr>
        <w:snapToGrid w:val="0"/>
        <w:spacing w:after="0" w:line="300" w:lineRule="auto"/>
        <w:jc w:val="both"/>
        <w:rPr>
          <w:rFonts w:ascii="Times New Roman" w:hAnsi="Times New Roman" w:cs="Times New Roman"/>
          <w:b/>
          <w:bCs/>
          <w:iCs/>
          <w:color w:val="000000" w:themeColor="text1"/>
          <w:sz w:val="21"/>
          <w:szCs w:val="21"/>
        </w:rPr>
      </w:pPr>
      <w:r w:rsidRPr="00F46B3B">
        <w:rPr>
          <w:rFonts w:ascii="Times New Roman" w:hAnsi="Times New Roman" w:cs="Times New Roman"/>
          <w:b/>
          <w:bCs/>
          <w:iCs/>
          <w:color w:val="000000" w:themeColor="text1"/>
          <w:sz w:val="21"/>
          <w:szCs w:val="21"/>
        </w:rPr>
        <w:t>Bulk-expression data audit</w:t>
      </w:r>
    </w:p>
    <w:p w14:paraId="233C8274" w14:textId="77777777" w:rsidR="00C978F9" w:rsidRPr="00F46B3B" w:rsidRDefault="00C978F9" w:rsidP="00C978F9">
      <w:pPr>
        <w:snapToGrid w:val="0"/>
        <w:spacing w:after="0" w:line="300" w:lineRule="auto"/>
        <w:ind w:firstLineChars="200" w:firstLine="420"/>
        <w:jc w:val="both"/>
        <w:rPr>
          <w:rFonts w:ascii="Times New Roman" w:hAnsi="Times New Roman" w:cs="Times New Roman"/>
          <w:iCs/>
          <w:color w:val="000000" w:themeColor="text1"/>
          <w:sz w:val="21"/>
          <w:szCs w:val="21"/>
        </w:rPr>
      </w:pPr>
      <w:r w:rsidRPr="00F46B3B">
        <w:rPr>
          <w:rFonts w:ascii="Times New Roman" w:hAnsi="Times New Roman" w:cs="Times New Roman"/>
          <w:iCs/>
          <w:color w:val="000000" w:themeColor="text1"/>
          <w:sz w:val="21"/>
          <w:szCs w:val="21"/>
        </w:rPr>
        <w:t>Sample-level response assignments for GSE212810 and GSE247185 are provided in Supplementary Tables S2 and S3. Response labels were derived from the deposited clinical metadata and were not inferred from expression profiles. Gene-filtering thresholds and expression transformations were specified before pathway-level analysis and were not modified according to subsequent enrichment results.</w:t>
      </w:r>
    </w:p>
    <w:p w14:paraId="636553A9" w14:textId="77777777" w:rsidR="00C978F9" w:rsidRPr="00F46B3B" w:rsidRDefault="00C978F9" w:rsidP="00C978F9">
      <w:pPr>
        <w:snapToGrid w:val="0"/>
        <w:spacing w:after="0" w:line="300" w:lineRule="auto"/>
        <w:jc w:val="both"/>
        <w:rPr>
          <w:rFonts w:ascii="Times New Roman" w:hAnsi="Times New Roman" w:cs="Times New Roman"/>
          <w:b/>
          <w:bCs/>
          <w:iCs/>
          <w:color w:val="000000" w:themeColor="text1"/>
          <w:sz w:val="21"/>
          <w:szCs w:val="21"/>
        </w:rPr>
      </w:pPr>
      <w:r w:rsidRPr="00F46B3B">
        <w:rPr>
          <w:rFonts w:ascii="Times New Roman" w:hAnsi="Times New Roman" w:cs="Times New Roman"/>
          <w:b/>
          <w:bCs/>
          <w:iCs/>
          <w:color w:val="000000" w:themeColor="text1"/>
          <w:sz w:val="21"/>
          <w:szCs w:val="21"/>
        </w:rPr>
        <w:t>Pathway and leading-edge reporting</w:t>
      </w:r>
    </w:p>
    <w:p w14:paraId="41476B16" w14:textId="77777777" w:rsidR="00C978F9" w:rsidRPr="00F46B3B" w:rsidRDefault="00C978F9" w:rsidP="00C978F9">
      <w:pPr>
        <w:snapToGrid w:val="0"/>
        <w:spacing w:after="0" w:line="300" w:lineRule="auto"/>
        <w:ind w:firstLineChars="200" w:firstLine="420"/>
        <w:jc w:val="both"/>
        <w:rPr>
          <w:rFonts w:ascii="Times New Roman" w:hAnsi="Times New Roman" w:cs="Times New Roman"/>
          <w:iCs/>
          <w:color w:val="000000" w:themeColor="text1"/>
          <w:sz w:val="21"/>
          <w:szCs w:val="21"/>
        </w:rPr>
      </w:pPr>
      <w:r w:rsidRPr="00F46B3B">
        <w:rPr>
          <w:rFonts w:ascii="Times New Roman" w:hAnsi="Times New Roman" w:cs="Times New Roman"/>
          <w:iCs/>
          <w:color w:val="000000" w:themeColor="text1"/>
          <w:sz w:val="21"/>
          <w:szCs w:val="21"/>
        </w:rPr>
        <w:t>Complete gene-level meta-analysis results, Hallmark pathway rankings, normalized enrichment scores, permutation results, and leading-edge memberships are provided in Supplementary Tables S4–S6. Empirical permutation P values were reported according to the resolution of the corresponding permutation analysis. When no more-extreme permutation result was observed, the value was expressed as less than the reciprocal of the number of permutations rather than as zero. The rule used to define the shared core from leading-edge overlap was fixed before cellular localization in GSE169379.</w:t>
      </w:r>
    </w:p>
    <w:p w14:paraId="6BE40C06" w14:textId="77777777" w:rsidR="00C978F9" w:rsidRPr="00F46B3B" w:rsidRDefault="00C978F9" w:rsidP="00C978F9">
      <w:pPr>
        <w:snapToGrid w:val="0"/>
        <w:spacing w:after="0" w:line="300" w:lineRule="auto"/>
        <w:jc w:val="both"/>
        <w:rPr>
          <w:rFonts w:ascii="Times New Roman" w:hAnsi="Times New Roman" w:cs="Times New Roman"/>
          <w:b/>
          <w:bCs/>
          <w:iCs/>
          <w:color w:val="000000" w:themeColor="text1"/>
          <w:sz w:val="21"/>
          <w:szCs w:val="21"/>
        </w:rPr>
      </w:pPr>
      <w:r w:rsidRPr="00F46B3B">
        <w:rPr>
          <w:rFonts w:ascii="Times New Roman" w:hAnsi="Times New Roman" w:cs="Times New Roman"/>
          <w:b/>
          <w:bCs/>
          <w:iCs/>
          <w:color w:val="000000" w:themeColor="text1"/>
          <w:sz w:val="21"/>
          <w:szCs w:val="21"/>
        </w:rPr>
        <w:t>Complete cell-state reporting</w:t>
      </w:r>
    </w:p>
    <w:p w14:paraId="26AE24A3" w14:textId="77777777" w:rsidR="00C978F9" w:rsidRPr="00F46B3B" w:rsidRDefault="00C978F9" w:rsidP="00C978F9">
      <w:pPr>
        <w:snapToGrid w:val="0"/>
        <w:spacing w:after="0" w:line="300" w:lineRule="auto"/>
        <w:ind w:firstLineChars="200" w:firstLine="420"/>
        <w:jc w:val="both"/>
        <w:rPr>
          <w:rFonts w:ascii="Times New Roman" w:hAnsi="Times New Roman" w:cs="Times New Roman"/>
          <w:iCs/>
          <w:color w:val="000000" w:themeColor="text1"/>
          <w:sz w:val="21"/>
          <w:szCs w:val="21"/>
        </w:rPr>
      </w:pPr>
      <w:r w:rsidRPr="00F46B3B">
        <w:rPr>
          <w:rFonts w:ascii="Times New Roman" w:hAnsi="Times New Roman" w:cs="Times New Roman"/>
          <w:iCs/>
          <w:color w:val="000000" w:themeColor="text1"/>
          <w:sz w:val="21"/>
          <w:szCs w:val="21"/>
        </w:rPr>
        <w:t xml:space="preserve">Complete patient-level cell-state results are provided in Supplementary Table S7. Patient-by-cell-state </w:t>
      </w:r>
      <w:proofErr w:type="spellStart"/>
      <w:r w:rsidRPr="00F46B3B">
        <w:rPr>
          <w:rFonts w:ascii="Times New Roman" w:hAnsi="Times New Roman" w:cs="Times New Roman"/>
          <w:iCs/>
          <w:color w:val="000000" w:themeColor="text1"/>
          <w:sz w:val="21"/>
          <w:szCs w:val="21"/>
        </w:rPr>
        <w:t>pseudobulk</w:t>
      </w:r>
      <w:proofErr w:type="spellEnd"/>
      <w:r w:rsidRPr="00F46B3B">
        <w:rPr>
          <w:rFonts w:ascii="Times New Roman" w:hAnsi="Times New Roman" w:cs="Times New Roman"/>
          <w:iCs/>
          <w:color w:val="000000" w:themeColor="text1"/>
          <w:sz w:val="21"/>
          <w:szCs w:val="21"/>
        </w:rPr>
        <w:t xml:space="preserve"> profiles were used as the analytical unit, and individual nuclei were not treated as independent biological replicates. Cell states meeting the predefined eligibility criteria were retained in the complete analysis, including fibroblast states that did not reach significance after multiple-testing correction.</w:t>
      </w:r>
    </w:p>
    <w:p w14:paraId="01C04E9F" w14:textId="77777777" w:rsidR="00C978F9" w:rsidRPr="00F46B3B" w:rsidRDefault="00C978F9" w:rsidP="00C978F9">
      <w:pPr>
        <w:snapToGrid w:val="0"/>
        <w:spacing w:after="0" w:line="300" w:lineRule="auto"/>
        <w:jc w:val="both"/>
        <w:rPr>
          <w:rFonts w:ascii="Times New Roman" w:hAnsi="Times New Roman" w:cs="Times New Roman"/>
          <w:b/>
          <w:bCs/>
          <w:iCs/>
          <w:color w:val="000000" w:themeColor="text1"/>
          <w:sz w:val="21"/>
          <w:szCs w:val="21"/>
        </w:rPr>
      </w:pPr>
      <w:r w:rsidRPr="00F46B3B">
        <w:rPr>
          <w:rFonts w:ascii="Times New Roman" w:hAnsi="Times New Roman" w:cs="Times New Roman"/>
          <w:b/>
          <w:bCs/>
          <w:iCs/>
          <w:color w:val="000000" w:themeColor="text1"/>
          <w:sz w:val="21"/>
          <w:szCs w:val="21"/>
        </w:rPr>
        <w:t>Robustness analyses</w:t>
      </w:r>
    </w:p>
    <w:p w14:paraId="4994CF3A" w14:textId="77777777" w:rsidR="00C978F9" w:rsidRPr="00F46B3B" w:rsidRDefault="00C978F9" w:rsidP="00C978F9">
      <w:pPr>
        <w:snapToGrid w:val="0"/>
        <w:spacing w:after="0" w:line="300" w:lineRule="auto"/>
        <w:ind w:firstLineChars="200" w:firstLine="420"/>
        <w:jc w:val="both"/>
        <w:rPr>
          <w:rFonts w:ascii="Times New Roman" w:hAnsi="Times New Roman" w:cs="Times New Roman"/>
          <w:iCs/>
          <w:color w:val="000000" w:themeColor="text1"/>
          <w:sz w:val="21"/>
          <w:szCs w:val="21"/>
        </w:rPr>
      </w:pPr>
      <w:r w:rsidRPr="00F46B3B">
        <w:rPr>
          <w:rFonts w:ascii="Times New Roman" w:hAnsi="Times New Roman" w:cs="Times New Roman"/>
          <w:iCs/>
          <w:color w:val="000000" w:themeColor="text1"/>
          <w:sz w:val="21"/>
          <w:szCs w:val="21"/>
        </w:rPr>
        <w:t>Complete results from the treatment-field-restricted analysis, leave-one-sample-out analysis, and basal-minus-luminal expression-proxy analysis are provided in Supplementary Tables S9–S11. For GSE247185, the treatment string “cisplatin plus gentamicin” was retained exactly as deposited in GEO because the patient-level treatment field could not be conclusively reconciled with the source publication. The nine-record sensitivity analysis therefore represents a treatment-field-restricted analysis rather than a confirmed gemcitabine–cisplatin subgroup analysis. Leave-one-sample-out analyses were used to evaluate the influence of individual samples on pathway direction, and the basal-minus-luminal proxy analysis was used to assess subtype-related variation.</w:t>
      </w:r>
    </w:p>
    <w:p w14:paraId="6CDEB704" w14:textId="77777777" w:rsidR="00C978F9" w:rsidRPr="00F46B3B" w:rsidRDefault="00C978F9" w:rsidP="00C978F9">
      <w:pPr>
        <w:snapToGrid w:val="0"/>
        <w:spacing w:after="0" w:line="300" w:lineRule="auto"/>
        <w:jc w:val="both"/>
        <w:rPr>
          <w:rFonts w:ascii="Times New Roman" w:hAnsi="Times New Roman" w:cs="Times New Roman"/>
          <w:b/>
          <w:bCs/>
          <w:iCs/>
          <w:color w:val="000000" w:themeColor="text1"/>
          <w:sz w:val="21"/>
          <w:szCs w:val="21"/>
        </w:rPr>
      </w:pPr>
      <w:r w:rsidRPr="00F46B3B">
        <w:rPr>
          <w:rFonts w:ascii="Times New Roman" w:hAnsi="Times New Roman" w:cs="Times New Roman"/>
          <w:b/>
          <w:bCs/>
          <w:iCs/>
          <w:color w:val="000000" w:themeColor="text1"/>
          <w:sz w:val="21"/>
          <w:szCs w:val="21"/>
        </w:rPr>
        <w:t>Reproducibility information</w:t>
      </w:r>
    </w:p>
    <w:p w14:paraId="37200838" w14:textId="77777777" w:rsidR="00C978F9" w:rsidRDefault="00C978F9" w:rsidP="00C978F9">
      <w:pPr>
        <w:snapToGrid w:val="0"/>
        <w:spacing w:after="0" w:line="300" w:lineRule="auto"/>
        <w:ind w:firstLineChars="200" w:firstLine="420"/>
        <w:jc w:val="both"/>
        <w:rPr>
          <w:rFonts w:ascii="Times New Roman" w:hAnsi="Times New Roman" w:cs="Times New Roman"/>
          <w:iCs/>
          <w:color w:val="000000" w:themeColor="text1"/>
          <w:sz w:val="21"/>
          <w:szCs w:val="21"/>
          <w:lang w:eastAsia="zh-CN"/>
        </w:rPr>
      </w:pPr>
      <w:r w:rsidRPr="00F46B3B">
        <w:rPr>
          <w:rFonts w:ascii="Times New Roman" w:hAnsi="Times New Roman" w:cs="Times New Roman"/>
          <w:iCs/>
          <w:color w:val="000000" w:themeColor="text1"/>
          <w:sz w:val="21"/>
          <w:szCs w:val="21"/>
        </w:rPr>
        <w:t>Software information, analytical thresholds, and principal parameters are summarized in Supplementary Table S13. Final inferential analyses are reported using the R-based workflow specified in the main Methods. Exact versions of auxiliary packages that were not retained in archived checkpoints are reported as unavailable rather than inferred.</w:t>
      </w:r>
    </w:p>
    <w:p w14:paraId="62E8183F" w14:textId="77777777" w:rsidR="00C978F9" w:rsidRPr="00F46B3B" w:rsidRDefault="00C978F9" w:rsidP="00C978F9">
      <w:pPr>
        <w:snapToGrid w:val="0"/>
        <w:spacing w:after="0" w:line="300" w:lineRule="auto"/>
        <w:jc w:val="both"/>
        <w:rPr>
          <w:rFonts w:ascii="Times New Roman" w:hAnsi="Times New Roman" w:cs="Times New Roman"/>
          <w:b/>
          <w:bCs/>
          <w:iCs/>
          <w:color w:val="000000" w:themeColor="text1"/>
          <w:sz w:val="21"/>
          <w:szCs w:val="21"/>
        </w:rPr>
      </w:pPr>
      <w:r w:rsidRPr="00F46B3B">
        <w:rPr>
          <w:rFonts w:ascii="Times New Roman" w:hAnsi="Times New Roman" w:cs="Times New Roman"/>
          <w:b/>
          <w:bCs/>
          <w:iCs/>
          <w:color w:val="000000" w:themeColor="text1"/>
          <w:sz w:val="21"/>
          <w:szCs w:val="21"/>
        </w:rPr>
        <w:t>Supplementary table index</w:t>
      </w:r>
    </w:p>
    <w:p w14:paraId="7CF702CC" w14:textId="77777777" w:rsidR="00923354" w:rsidRDefault="00923354">
      <w:pPr>
        <w:sectPr w:rsidR="00923354">
          <w:pgSz w:w="12240" w:h="15840"/>
          <w:pgMar w:top="1008" w:right="936" w:bottom="1008" w:left="936" w:header="720" w:footer="720" w:gutter="0"/>
          <w:cols w:space="720"/>
          <w:docGrid w:linePitch="360"/>
        </w:sectPr>
      </w:pPr>
    </w:p>
    <w:p w14:paraId="2B334B1D" w14:textId="77777777" w:rsidR="00923354" w:rsidRPr="00314BAB" w:rsidRDefault="00000000" w:rsidP="00314BAB">
      <w:pPr>
        <w:rPr>
          <w:rFonts w:ascii="Times New Roman" w:hAnsi="Times New Roman" w:cs="Times New Roman"/>
          <w:b/>
          <w:bCs/>
          <w:sz w:val="21"/>
          <w:szCs w:val="21"/>
        </w:rPr>
      </w:pPr>
      <w:r w:rsidRPr="00314BAB">
        <w:rPr>
          <w:rFonts w:ascii="Times New Roman" w:hAnsi="Times New Roman" w:cs="Times New Roman"/>
          <w:b/>
          <w:bCs/>
          <w:sz w:val="21"/>
          <w:szCs w:val="21"/>
        </w:rPr>
        <w:lastRenderedPageBreak/>
        <w:t>Supplementary tables</w:t>
      </w:r>
    </w:p>
    <w:tbl>
      <w:tblPr>
        <w:tblW w:w="0" w:type="auto"/>
        <w:jc w:val="center"/>
        <w:tblLook w:val="04A0" w:firstRow="1" w:lastRow="0" w:firstColumn="1" w:lastColumn="0" w:noHBand="0" w:noVBand="1"/>
      </w:tblPr>
      <w:tblGrid>
        <w:gridCol w:w="993"/>
        <w:gridCol w:w="6662"/>
        <w:gridCol w:w="6601"/>
      </w:tblGrid>
      <w:tr w:rsidR="00923354" w14:paraId="5428A64F" w14:textId="77777777" w:rsidTr="008628DB">
        <w:trPr>
          <w:jc w:val="center"/>
        </w:trPr>
        <w:tc>
          <w:tcPr>
            <w:tcW w:w="993" w:type="dxa"/>
            <w:tcBorders>
              <w:top w:val="single" w:sz="4" w:space="0" w:color="auto"/>
              <w:bottom w:val="single" w:sz="4" w:space="0" w:color="auto"/>
            </w:tcBorders>
            <w:vAlign w:val="center"/>
          </w:tcPr>
          <w:p w14:paraId="69D56CE0"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b/>
                <w:sz w:val="17"/>
              </w:rPr>
              <w:t>Table</w:t>
            </w:r>
          </w:p>
        </w:tc>
        <w:tc>
          <w:tcPr>
            <w:tcW w:w="6662" w:type="dxa"/>
            <w:tcBorders>
              <w:top w:val="single" w:sz="4" w:space="0" w:color="auto"/>
              <w:bottom w:val="single" w:sz="4" w:space="0" w:color="auto"/>
            </w:tcBorders>
            <w:vAlign w:val="center"/>
          </w:tcPr>
          <w:p w14:paraId="3BBEC94F"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b/>
                <w:sz w:val="17"/>
              </w:rPr>
              <w:t>Content</w:t>
            </w:r>
          </w:p>
        </w:tc>
        <w:tc>
          <w:tcPr>
            <w:tcW w:w="6601" w:type="dxa"/>
            <w:tcBorders>
              <w:top w:val="single" w:sz="4" w:space="0" w:color="auto"/>
              <w:bottom w:val="single" w:sz="4" w:space="0" w:color="auto"/>
            </w:tcBorders>
            <w:vAlign w:val="center"/>
          </w:tcPr>
          <w:p w14:paraId="213D9FD0"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b/>
                <w:sz w:val="17"/>
              </w:rPr>
              <w:t>Files/worksheets</w:t>
            </w:r>
          </w:p>
        </w:tc>
      </w:tr>
      <w:tr w:rsidR="00923354" w14:paraId="5EC292E5" w14:textId="77777777" w:rsidTr="008628DB">
        <w:trPr>
          <w:jc w:val="center"/>
        </w:trPr>
        <w:tc>
          <w:tcPr>
            <w:tcW w:w="993" w:type="dxa"/>
            <w:tcBorders>
              <w:top w:val="single" w:sz="4" w:space="0" w:color="auto"/>
            </w:tcBorders>
            <w:tcMar>
              <w:top w:w="55" w:type="dxa"/>
              <w:left w:w="75" w:type="dxa"/>
              <w:bottom w:w="55" w:type="dxa"/>
              <w:right w:w="75" w:type="dxa"/>
            </w:tcMar>
            <w:vAlign w:val="center"/>
          </w:tcPr>
          <w:p w14:paraId="368103EF"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S1</w:t>
            </w:r>
          </w:p>
        </w:tc>
        <w:tc>
          <w:tcPr>
            <w:tcW w:w="6662" w:type="dxa"/>
            <w:tcBorders>
              <w:top w:val="single" w:sz="4" w:space="0" w:color="auto"/>
            </w:tcBorders>
            <w:tcMar>
              <w:top w:w="55" w:type="dxa"/>
              <w:left w:w="75" w:type="dxa"/>
              <w:bottom w:w="55" w:type="dxa"/>
              <w:right w:w="75" w:type="dxa"/>
            </w:tcMar>
            <w:vAlign w:val="center"/>
          </w:tcPr>
          <w:p w14:paraId="0E80BC7F"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Dataset characteristics and analytical roles</w:t>
            </w:r>
          </w:p>
        </w:tc>
        <w:tc>
          <w:tcPr>
            <w:tcW w:w="6601" w:type="dxa"/>
            <w:tcBorders>
              <w:top w:val="single" w:sz="4" w:space="0" w:color="auto"/>
            </w:tcBorders>
            <w:tcMar>
              <w:top w:w="55" w:type="dxa"/>
              <w:left w:w="75" w:type="dxa"/>
              <w:bottom w:w="55" w:type="dxa"/>
              <w:right w:w="75" w:type="dxa"/>
            </w:tcMar>
            <w:vAlign w:val="center"/>
          </w:tcPr>
          <w:p w14:paraId="7BCC115A"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TableS1_dataset_roles_and_limitations.csv</w:t>
            </w:r>
          </w:p>
        </w:tc>
      </w:tr>
      <w:tr w:rsidR="00923354" w14:paraId="1C7A4744" w14:textId="77777777" w:rsidTr="008628DB">
        <w:trPr>
          <w:jc w:val="center"/>
        </w:trPr>
        <w:tc>
          <w:tcPr>
            <w:tcW w:w="993" w:type="dxa"/>
            <w:tcMar>
              <w:top w:w="55" w:type="dxa"/>
              <w:left w:w="75" w:type="dxa"/>
              <w:bottom w:w="55" w:type="dxa"/>
              <w:right w:w="75" w:type="dxa"/>
            </w:tcMar>
            <w:vAlign w:val="center"/>
          </w:tcPr>
          <w:p w14:paraId="698A35ED"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S2</w:t>
            </w:r>
          </w:p>
        </w:tc>
        <w:tc>
          <w:tcPr>
            <w:tcW w:w="6662" w:type="dxa"/>
            <w:tcMar>
              <w:top w:w="55" w:type="dxa"/>
              <w:left w:w="75" w:type="dxa"/>
              <w:bottom w:w="55" w:type="dxa"/>
              <w:right w:w="75" w:type="dxa"/>
            </w:tcMar>
            <w:vAlign w:val="center"/>
          </w:tcPr>
          <w:p w14:paraId="7643C406"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Verified GSE212810 response mapping</w:t>
            </w:r>
          </w:p>
        </w:tc>
        <w:tc>
          <w:tcPr>
            <w:tcW w:w="6601" w:type="dxa"/>
            <w:tcMar>
              <w:top w:w="55" w:type="dxa"/>
              <w:left w:w="75" w:type="dxa"/>
              <w:bottom w:w="55" w:type="dxa"/>
              <w:right w:w="75" w:type="dxa"/>
            </w:tcMar>
            <w:vAlign w:val="center"/>
          </w:tcPr>
          <w:p w14:paraId="20C40ED8"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TableS2_GSE212810_response_mapping.csv</w:t>
            </w:r>
          </w:p>
        </w:tc>
      </w:tr>
      <w:tr w:rsidR="00923354" w14:paraId="0000F183" w14:textId="77777777" w:rsidTr="008628DB">
        <w:trPr>
          <w:jc w:val="center"/>
        </w:trPr>
        <w:tc>
          <w:tcPr>
            <w:tcW w:w="993" w:type="dxa"/>
            <w:tcMar>
              <w:top w:w="55" w:type="dxa"/>
              <w:left w:w="75" w:type="dxa"/>
              <w:bottom w:w="55" w:type="dxa"/>
              <w:right w:w="75" w:type="dxa"/>
            </w:tcMar>
            <w:vAlign w:val="center"/>
          </w:tcPr>
          <w:p w14:paraId="1A0CCA88"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S3</w:t>
            </w:r>
          </w:p>
        </w:tc>
        <w:tc>
          <w:tcPr>
            <w:tcW w:w="6662" w:type="dxa"/>
            <w:tcMar>
              <w:top w:w="55" w:type="dxa"/>
              <w:left w:w="75" w:type="dxa"/>
              <w:bottom w:w="55" w:type="dxa"/>
              <w:right w:w="75" w:type="dxa"/>
            </w:tcMar>
            <w:vAlign w:val="center"/>
          </w:tcPr>
          <w:p w14:paraId="77C27A2D"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Verified GSE247185 response and regimen mapping</w:t>
            </w:r>
          </w:p>
        </w:tc>
        <w:tc>
          <w:tcPr>
            <w:tcW w:w="6601" w:type="dxa"/>
            <w:tcMar>
              <w:top w:w="55" w:type="dxa"/>
              <w:left w:w="75" w:type="dxa"/>
              <w:bottom w:w="55" w:type="dxa"/>
              <w:right w:w="75" w:type="dxa"/>
            </w:tcMar>
            <w:vAlign w:val="center"/>
          </w:tcPr>
          <w:p w14:paraId="7AD60814"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TableS3_GSE247185_response_regimen_mapping.csv</w:t>
            </w:r>
          </w:p>
        </w:tc>
      </w:tr>
      <w:tr w:rsidR="00923354" w14:paraId="66C08384" w14:textId="77777777" w:rsidTr="008628DB">
        <w:trPr>
          <w:jc w:val="center"/>
        </w:trPr>
        <w:tc>
          <w:tcPr>
            <w:tcW w:w="993" w:type="dxa"/>
            <w:tcMar>
              <w:top w:w="55" w:type="dxa"/>
              <w:left w:w="75" w:type="dxa"/>
              <w:bottom w:w="55" w:type="dxa"/>
              <w:right w:w="75" w:type="dxa"/>
            </w:tcMar>
            <w:vAlign w:val="center"/>
          </w:tcPr>
          <w:p w14:paraId="3F3DE703"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S4</w:t>
            </w:r>
          </w:p>
        </w:tc>
        <w:tc>
          <w:tcPr>
            <w:tcW w:w="6662" w:type="dxa"/>
            <w:tcMar>
              <w:top w:w="55" w:type="dxa"/>
              <w:left w:w="75" w:type="dxa"/>
              <w:bottom w:w="55" w:type="dxa"/>
              <w:right w:w="75" w:type="dxa"/>
            </w:tcMar>
            <w:vAlign w:val="center"/>
          </w:tcPr>
          <w:p w14:paraId="44D42F50"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Directional cross-cohort gene-level meta-analysis</w:t>
            </w:r>
          </w:p>
        </w:tc>
        <w:tc>
          <w:tcPr>
            <w:tcW w:w="6601" w:type="dxa"/>
            <w:tcMar>
              <w:top w:w="55" w:type="dxa"/>
              <w:left w:w="75" w:type="dxa"/>
              <w:bottom w:w="55" w:type="dxa"/>
              <w:right w:w="75" w:type="dxa"/>
            </w:tcMar>
            <w:vAlign w:val="center"/>
          </w:tcPr>
          <w:p w14:paraId="1B27F3CB"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TableS4_directional_gene_meta_analysis.csv</w:t>
            </w:r>
          </w:p>
        </w:tc>
      </w:tr>
      <w:tr w:rsidR="00923354" w14:paraId="47D1BA83" w14:textId="77777777" w:rsidTr="008628DB">
        <w:trPr>
          <w:jc w:val="center"/>
        </w:trPr>
        <w:tc>
          <w:tcPr>
            <w:tcW w:w="993" w:type="dxa"/>
            <w:tcMar>
              <w:top w:w="55" w:type="dxa"/>
              <w:left w:w="75" w:type="dxa"/>
              <w:bottom w:w="55" w:type="dxa"/>
              <w:right w:w="75" w:type="dxa"/>
            </w:tcMar>
            <w:vAlign w:val="center"/>
          </w:tcPr>
          <w:p w14:paraId="028257D1"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S5</w:t>
            </w:r>
          </w:p>
        </w:tc>
        <w:tc>
          <w:tcPr>
            <w:tcW w:w="6662" w:type="dxa"/>
            <w:tcMar>
              <w:top w:w="55" w:type="dxa"/>
              <w:left w:w="75" w:type="dxa"/>
              <w:bottom w:w="55" w:type="dxa"/>
              <w:right w:w="75" w:type="dxa"/>
            </w:tcMar>
            <w:vAlign w:val="center"/>
          </w:tcPr>
          <w:p w14:paraId="5D6F9FE0"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Hallmark meta-GSEA and cohort-separated enrichment</w:t>
            </w:r>
          </w:p>
        </w:tc>
        <w:tc>
          <w:tcPr>
            <w:tcW w:w="6601" w:type="dxa"/>
            <w:tcMar>
              <w:top w:w="55" w:type="dxa"/>
              <w:left w:w="75" w:type="dxa"/>
              <w:bottom w:w="55" w:type="dxa"/>
              <w:right w:w="75" w:type="dxa"/>
            </w:tcMar>
            <w:vAlign w:val="center"/>
          </w:tcPr>
          <w:p w14:paraId="1E554200"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TableS5a_hallmark_meta_GSEA.csv; TableS5b_hallmark_GSEA_by_cohort.csv</w:t>
            </w:r>
          </w:p>
        </w:tc>
      </w:tr>
      <w:tr w:rsidR="00923354" w14:paraId="7CE16780" w14:textId="77777777" w:rsidTr="008628DB">
        <w:trPr>
          <w:jc w:val="center"/>
        </w:trPr>
        <w:tc>
          <w:tcPr>
            <w:tcW w:w="993" w:type="dxa"/>
            <w:tcMar>
              <w:top w:w="55" w:type="dxa"/>
              <w:left w:w="75" w:type="dxa"/>
              <w:bottom w:w="55" w:type="dxa"/>
              <w:right w:w="75" w:type="dxa"/>
            </w:tcMar>
            <w:vAlign w:val="center"/>
          </w:tcPr>
          <w:p w14:paraId="53ED1C7D"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S6</w:t>
            </w:r>
          </w:p>
        </w:tc>
        <w:tc>
          <w:tcPr>
            <w:tcW w:w="6662" w:type="dxa"/>
            <w:tcMar>
              <w:top w:w="55" w:type="dxa"/>
              <w:left w:w="75" w:type="dxa"/>
              <w:bottom w:w="55" w:type="dxa"/>
              <w:right w:w="75" w:type="dxa"/>
            </w:tcMar>
            <w:vAlign w:val="center"/>
          </w:tcPr>
          <w:p w14:paraId="4A6ACCA3"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Leading-edge overlap and shared core-gene membership</w:t>
            </w:r>
          </w:p>
        </w:tc>
        <w:tc>
          <w:tcPr>
            <w:tcW w:w="6601" w:type="dxa"/>
            <w:tcMar>
              <w:top w:w="55" w:type="dxa"/>
              <w:left w:w="75" w:type="dxa"/>
              <w:bottom w:w="55" w:type="dxa"/>
              <w:right w:w="75" w:type="dxa"/>
            </w:tcMar>
            <w:vAlign w:val="center"/>
          </w:tcPr>
          <w:p w14:paraId="7E397243"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TableS6a_leading_edge_overlap.csv; TableS6b_inflammatory_core_membership.csv</w:t>
            </w:r>
          </w:p>
        </w:tc>
      </w:tr>
      <w:tr w:rsidR="00923354" w14:paraId="196B98F1" w14:textId="77777777" w:rsidTr="008628DB">
        <w:trPr>
          <w:jc w:val="center"/>
        </w:trPr>
        <w:tc>
          <w:tcPr>
            <w:tcW w:w="993" w:type="dxa"/>
            <w:tcMar>
              <w:top w:w="55" w:type="dxa"/>
              <w:left w:w="75" w:type="dxa"/>
              <w:bottom w:w="55" w:type="dxa"/>
              <w:right w:w="75" w:type="dxa"/>
            </w:tcMar>
            <w:vAlign w:val="center"/>
          </w:tcPr>
          <w:p w14:paraId="6E4CA0BE"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S7</w:t>
            </w:r>
          </w:p>
        </w:tc>
        <w:tc>
          <w:tcPr>
            <w:tcW w:w="6662" w:type="dxa"/>
            <w:tcMar>
              <w:top w:w="55" w:type="dxa"/>
              <w:left w:w="75" w:type="dxa"/>
              <w:bottom w:w="55" w:type="dxa"/>
              <w:right w:w="75" w:type="dxa"/>
            </w:tcMar>
            <w:vAlign w:val="center"/>
          </w:tcPr>
          <w:p w14:paraId="0CBF93FC"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GSE169379 state scores and patient-paired attribution</w:t>
            </w:r>
          </w:p>
        </w:tc>
        <w:tc>
          <w:tcPr>
            <w:tcW w:w="6601" w:type="dxa"/>
            <w:tcMar>
              <w:top w:w="55" w:type="dxa"/>
              <w:left w:w="75" w:type="dxa"/>
              <w:bottom w:w="55" w:type="dxa"/>
              <w:right w:w="75" w:type="dxa"/>
            </w:tcMar>
            <w:vAlign w:val="center"/>
          </w:tcPr>
          <w:p w14:paraId="2C9CE0DF"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TableS7a_state_core_scores.csv; TableS7b_patient_paired_attribution.csv</w:t>
            </w:r>
          </w:p>
        </w:tc>
      </w:tr>
      <w:tr w:rsidR="00923354" w14:paraId="0AE3D702" w14:textId="77777777" w:rsidTr="008628DB">
        <w:trPr>
          <w:jc w:val="center"/>
        </w:trPr>
        <w:tc>
          <w:tcPr>
            <w:tcW w:w="993" w:type="dxa"/>
            <w:tcMar>
              <w:top w:w="55" w:type="dxa"/>
              <w:left w:w="75" w:type="dxa"/>
              <w:bottom w:w="55" w:type="dxa"/>
              <w:right w:w="75" w:type="dxa"/>
            </w:tcMar>
            <w:vAlign w:val="center"/>
          </w:tcPr>
          <w:p w14:paraId="4FD7056E"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S8</w:t>
            </w:r>
          </w:p>
        </w:tc>
        <w:tc>
          <w:tcPr>
            <w:tcW w:w="6662" w:type="dxa"/>
            <w:tcMar>
              <w:top w:w="55" w:type="dxa"/>
              <w:left w:w="75" w:type="dxa"/>
              <w:bottom w:w="55" w:type="dxa"/>
              <w:right w:w="75" w:type="dxa"/>
            </w:tcMar>
            <w:vAlign w:val="center"/>
          </w:tcPr>
          <w:p w14:paraId="06F8296D"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Multilayer evidence for the shared core genes</w:t>
            </w:r>
          </w:p>
        </w:tc>
        <w:tc>
          <w:tcPr>
            <w:tcW w:w="6601" w:type="dxa"/>
            <w:tcMar>
              <w:top w:w="55" w:type="dxa"/>
              <w:left w:w="75" w:type="dxa"/>
              <w:bottom w:w="55" w:type="dxa"/>
              <w:right w:w="75" w:type="dxa"/>
            </w:tcMar>
            <w:vAlign w:val="center"/>
          </w:tcPr>
          <w:p w14:paraId="7959F39D"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TableS8_core_gene_multilayer_evidence.csv</w:t>
            </w:r>
          </w:p>
        </w:tc>
      </w:tr>
      <w:tr w:rsidR="00923354" w14:paraId="51ECA7AC" w14:textId="77777777" w:rsidTr="008628DB">
        <w:trPr>
          <w:jc w:val="center"/>
        </w:trPr>
        <w:tc>
          <w:tcPr>
            <w:tcW w:w="993" w:type="dxa"/>
            <w:tcMar>
              <w:top w:w="55" w:type="dxa"/>
              <w:left w:w="75" w:type="dxa"/>
              <w:bottom w:w="55" w:type="dxa"/>
              <w:right w:w="75" w:type="dxa"/>
            </w:tcMar>
            <w:vAlign w:val="center"/>
          </w:tcPr>
          <w:p w14:paraId="61BC1CB3"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S9</w:t>
            </w:r>
          </w:p>
        </w:tc>
        <w:tc>
          <w:tcPr>
            <w:tcW w:w="6662" w:type="dxa"/>
            <w:tcMar>
              <w:top w:w="55" w:type="dxa"/>
              <w:left w:w="75" w:type="dxa"/>
              <w:bottom w:w="55" w:type="dxa"/>
              <w:right w:w="75" w:type="dxa"/>
            </w:tcMar>
            <w:vAlign w:val="center"/>
          </w:tcPr>
          <w:p w14:paraId="08A5E8FB"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GSE247185 regimen-field-restricted sensitivity analysis</w:t>
            </w:r>
          </w:p>
        </w:tc>
        <w:tc>
          <w:tcPr>
            <w:tcW w:w="6601" w:type="dxa"/>
            <w:tcMar>
              <w:top w:w="55" w:type="dxa"/>
              <w:left w:w="75" w:type="dxa"/>
              <w:bottom w:w="55" w:type="dxa"/>
              <w:right w:w="75" w:type="dxa"/>
            </w:tcMar>
            <w:vAlign w:val="center"/>
          </w:tcPr>
          <w:p w14:paraId="5FE79283"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TableS9a_regimen_response_counts.csv; TableS9b_regimen_sensitivity.csv</w:t>
            </w:r>
          </w:p>
        </w:tc>
      </w:tr>
      <w:tr w:rsidR="00923354" w14:paraId="35FCF722" w14:textId="77777777" w:rsidTr="008628DB">
        <w:trPr>
          <w:jc w:val="center"/>
        </w:trPr>
        <w:tc>
          <w:tcPr>
            <w:tcW w:w="993" w:type="dxa"/>
            <w:tcMar>
              <w:top w:w="55" w:type="dxa"/>
              <w:left w:w="75" w:type="dxa"/>
              <w:bottom w:w="55" w:type="dxa"/>
              <w:right w:w="75" w:type="dxa"/>
            </w:tcMar>
            <w:vAlign w:val="center"/>
          </w:tcPr>
          <w:p w14:paraId="7EE94387"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S10</w:t>
            </w:r>
          </w:p>
        </w:tc>
        <w:tc>
          <w:tcPr>
            <w:tcW w:w="6662" w:type="dxa"/>
            <w:tcMar>
              <w:top w:w="55" w:type="dxa"/>
              <w:left w:w="75" w:type="dxa"/>
              <w:bottom w:w="55" w:type="dxa"/>
              <w:right w:w="75" w:type="dxa"/>
            </w:tcMar>
            <w:vAlign w:val="center"/>
          </w:tcPr>
          <w:p w14:paraId="55D08E46"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Leave-one-sample-out results and summary</w:t>
            </w:r>
          </w:p>
        </w:tc>
        <w:tc>
          <w:tcPr>
            <w:tcW w:w="6601" w:type="dxa"/>
            <w:tcMar>
              <w:top w:w="55" w:type="dxa"/>
              <w:left w:w="75" w:type="dxa"/>
              <w:bottom w:w="55" w:type="dxa"/>
              <w:right w:w="75" w:type="dxa"/>
            </w:tcMar>
            <w:vAlign w:val="center"/>
          </w:tcPr>
          <w:p w14:paraId="3CEEF36A"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TableS10a_leave_one_out_results.csv; TableS10b_leave_one_out_summary.csv</w:t>
            </w:r>
          </w:p>
        </w:tc>
      </w:tr>
      <w:tr w:rsidR="00923354" w14:paraId="3773B836" w14:textId="77777777" w:rsidTr="008628DB">
        <w:trPr>
          <w:jc w:val="center"/>
        </w:trPr>
        <w:tc>
          <w:tcPr>
            <w:tcW w:w="993" w:type="dxa"/>
            <w:tcMar>
              <w:top w:w="55" w:type="dxa"/>
              <w:left w:w="75" w:type="dxa"/>
              <w:bottom w:w="55" w:type="dxa"/>
              <w:right w:w="75" w:type="dxa"/>
            </w:tcMar>
            <w:vAlign w:val="center"/>
          </w:tcPr>
          <w:p w14:paraId="44A1B416"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S11</w:t>
            </w:r>
          </w:p>
        </w:tc>
        <w:tc>
          <w:tcPr>
            <w:tcW w:w="6662" w:type="dxa"/>
            <w:tcMar>
              <w:top w:w="55" w:type="dxa"/>
              <w:left w:w="75" w:type="dxa"/>
              <w:bottom w:w="55" w:type="dxa"/>
              <w:right w:w="75" w:type="dxa"/>
            </w:tcMar>
            <w:vAlign w:val="center"/>
          </w:tcPr>
          <w:p w14:paraId="0A867694"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Basal/luminal expression-proxy sensitivity models</w:t>
            </w:r>
          </w:p>
        </w:tc>
        <w:tc>
          <w:tcPr>
            <w:tcW w:w="6601" w:type="dxa"/>
            <w:tcMar>
              <w:top w:w="55" w:type="dxa"/>
              <w:left w:w="75" w:type="dxa"/>
              <w:bottom w:w="55" w:type="dxa"/>
              <w:right w:w="75" w:type="dxa"/>
            </w:tcMar>
            <w:vAlign w:val="center"/>
          </w:tcPr>
          <w:p w14:paraId="637FC349"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TableS11a_subtype_proxy_sample_scores.csv; TableS11b_cohort_adjusted_models.csv; TableS11c_pooled_adjusted_model.csv; TableS11d_signature_coverage.csv</w:t>
            </w:r>
          </w:p>
        </w:tc>
      </w:tr>
      <w:tr w:rsidR="00923354" w14:paraId="4AC7A65A" w14:textId="77777777" w:rsidTr="008628DB">
        <w:trPr>
          <w:jc w:val="center"/>
        </w:trPr>
        <w:tc>
          <w:tcPr>
            <w:tcW w:w="993" w:type="dxa"/>
            <w:tcMar>
              <w:top w:w="55" w:type="dxa"/>
              <w:left w:w="75" w:type="dxa"/>
              <w:bottom w:w="55" w:type="dxa"/>
              <w:right w:w="75" w:type="dxa"/>
            </w:tcMar>
            <w:vAlign w:val="center"/>
          </w:tcPr>
          <w:p w14:paraId="6D6ED0A6"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S12</w:t>
            </w:r>
          </w:p>
        </w:tc>
        <w:tc>
          <w:tcPr>
            <w:tcW w:w="6662" w:type="dxa"/>
            <w:tcMar>
              <w:top w:w="55" w:type="dxa"/>
              <w:left w:w="75" w:type="dxa"/>
              <w:bottom w:w="55" w:type="dxa"/>
              <w:right w:w="75" w:type="dxa"/>
            </w:tcMar>
            <w:vAlign w:val="center"/>
          </w:tcPr>
          <w:p w14:paraId="4F4752C3"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Dataset inclusion and exclusion audit</w:t>
            </w:r>
          </w:p>
        </w:tc>
        <w:tc>
          <w:tcPr>
            <w:tcW w:w="6601" w:type="dxa"/>
            <w:tcMar>
              <w:top w:w="55" w:type="dxa"/>
              <w:left w:w="75" w:type="dxa"/>
              <w:bottom w:w="55" w:type="dxa"/>
              <w:right w:w="75" w:type="dxa"/>
            </w:tcMar>
            <w:vAlign w:val="center"/>
          </w:tcPr>
          <w:p w14:paraId="7E3ED03D"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TableS12a_dataset_gate.csv; TableS12b_GO_NO_GO_audit.txt</w:t>
            </w:r>
          </w:p>
        </w:tc>
      </w:tr>
      <w:tr w:rsidR="00923354" w14:paraId="2192A7A0" w14:textId="77777777" w:rsidTr="008628DB">
        <w:trPr>
          <w:jc w:val="center"/>
        </w:trPr>
        <w:tc>
          <w:tcPr>
            <w:tcW w:w="993" w:type="dxa"/>
            <w:tcBorders>
              <w:bottom w:val="single" w:sz="4" w:space="0" w:color="auto"/>
            </w:tcBorders>
            <w:tcMar>
              <w:top w:w="55" w:type="dxa"/>
              <w:left w:w="75" w:type="dxa"/>
              <w:bottom w:w="55" w:type="dxa"/>
              <w:right w:w="75" w:type="dxa"/>
            </w:tcMar>
            <w:vAlign w:val="center"/>
          </w:tcPr>
          <w:p w14:paraId="68459DA4"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S13</w:t>
            </w:r>
          </w:p>
        </w:tc>
        <w:tc>
          <w:tcPr>
            <w:tcW w:w="6662" w:type="dxa"/>
            <w:tcBorders>
              <w:bottom w:val="single" w:sz="4" w:space="0" w:color="auto"/>
            </w:tcBorders>
            <w:tcMar>
              <w:top w:w="55" w:type="dxa"/>
              <w:left w:w="75" w:type="dxa"/>
              <w:bottom w:w="55" w:type="dxa"/>
              <w:right w:w="75" w:type="dxa"/>
            </w:tcMar>
            <w:vAlign w:val="center"/>
          </w:tcPr>
          <w:p w14:paraId="51BD7957"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Software versions, thresholds and principal parameters</w:t>
            </w:r>
          </w:p>
        </w:tc>
        <w:tc>
          <w:tcPr>
            <w:tcW w:w="6601" w:type="dxa"/>
            <w:tcBorders>
              <w:bottom w:val="single" w:sz="4" w:space="0" w:color="auto"/>
            </w:tcBorders>
            <w:tcMar>
              <w:top w:w="55" w:type="dxa"/>
              <w:left w:w="75" w:type="dxa"/>
              <w:bottom w:w="55" w:type="dxa"/>
              <w:right w:w="75" w:type="dxa"/>
            </w:tcMar>
            <w:vAlign w:val="center"/>
          </w:tcPr>
          <w:p w14:paraId="6CE4D37F" w14:textId="77777777" w:rsidR="00923354"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7"/>
              </w:rPr>
              <w:t>TableS13_software_versions_and_parameters.csv</w:t>
            </w:r>
          </w:p>
        </w:tc>
      </w:tr>
    </w:tbl>
    <w:p w14:paraId="12355B9A" w14:textId="77777777" w:rsidR="00923354" w:rsidRDefault="00000000">
      <w:r>
        <w:br w:type="page"/>
      </w:r>
    </w:p>
    <w:p w14:paraId="5C075B6A" w14:textId="74C95FCC" w:rsidR="00923354" w:rsidRPr="00314BAB" w:rsidRDefault="00000000" w:rsidP="00314BAB">
      <w:pPr>
        <w:pStyle w:val="1"/>
        <w:jc w:val="center"/>
        <w:rPr>
          <w:color w:val="000000" w:themeColor="text1"/>
        </w:rPr>
      </w:pPr>
      <w:r w:rsidRPr="00314BAB">
        <w:rPr>
          <w:rFonts w:ascii="Times New Roman" w:hAnsi="Times New Roman" w:cs="Times New Roman"/>
          <w:color w:val="000000" w:themeColor="text1"/>
          <w:sz w:val="21"/>
          <w:szCs w:val="21"/>
        </w:rPr>
        <w:lastRenderedPageBreak/>
        <w:t>Table S1. Dataset characteristics and analytical roles</w:t>
      </w:r>
    </w:p>
    <w:tbl>
      <w:tblPr>
        <w:tblW w:w="0" w:type="auto"/>
        <w:jc w:val="center"/>
        <w:tblLook w:val="04A0" w:firstRow="1" w:lastRow="0" w:firstColumn="1" w:lastColumn="0" w:noHBand="0" w:noVBand="1"/>
      </w:tblPr>
      <w:tblGrid>
        <w:gridCol w:w="993"/>
        <w:gridCol w:w="2258"/>
        <w:gridCol w:w="3849"/>
        <w:gridCol w:w="1288"/>
        <w:gridCol w:w="1979"/>
        <w:gridCol w:w="3889"/>
      </w:tblGrid>
      <w:tr w:rsidR="00923354" w:rsidRPr="00314BAB" w14:paraId="653BFAE3" w14:textId="77777777" w:rsidTr="008628DB">
        <w:trPr>
          <w:cantSplit/>
          <w:jc w:val="center"/>
        </w:trPr>
        <w:tc>
          <w:tcPr>
            <w:tcW w:w="993" w:type="dxa"/>
            <w:tcBorders>
              <w:top w:val="single" w:sz="4" w:space="0" w:color="auto"/>
              <w:bottom w:val="single" w:sz="4" w:space="0" w:color="auto"/>
            </w:tcBorders>
            <w:tcMar>
              <w:top w:w="55" w:type="dxa"/>
              <w:left w:w="75" w:type="dxa"/>
              <w:bottom w:w="55" w:type="dxa"/>
              <w:right w:w="75" w:type="dxa"/>
            </w:tcMar>
            <w:vAlign w:val="center"/>
          </w:tcPr>
          <w:p w14:paraId="214ACEB9" w14:textId="77777777" w:rsidR="00923354" w:rsidRPr="008628DB" w:rsidRDefault="00000000" w:rsidP="008628DB">
            <w:pPr>
              <w:spacing w:after="0"/>
              <w:jc w:val="center"/>
              <w:rPr>
                <w:rFonts w:ascii="Times New Roman" w:hAnsi="Times New Roman" w:cs="Times New Roman"/>
                <w:b/>
              </w:rPr>
            </w:pPr>
            <w:r w:rsidRPr="008628DB">
              <w:rPr>
                <w:rFonts w:ascii="Times New Roman" w:hAnsi="Times New Roman" w:cs="Times New Roman"/>
                <w:b/>
                <w:sz w:val="16"/>
              </w:rPr>
              <w:t>Dataset</w:t>
            </w:r>
          </w:p>
        </w:tc>
        <w:tc>
          <w:tcPr>
            <w:tcW w:w="2268" w:type="dxa"/>
            <w:tcBorders>
              <w:top w:val="single" w:sz="4" w:space="0" w:color="auto"/>
              <w:bottom w:val="single" w:sz="4" w:space="0" w:color="auto"/>
            </w:tcBorders>
            <w:tcMar>
              <w:top w:w="55" w:type="dxa"/>
              <w:left w:w="75" w:type="dxa"/>
              <w:bottom w:w="55" w:type="dxa"/>
              <w:right w:w="75" w:type="dxa"/>
            </w:tcMar>
            <w:vAlign w:val="center"/>
          </w:tcPr>
          <w:p w14:paraId="4DE9412F" w14:textId="77777777" w:rsidR="00C3518B" w:rsidRPr="008628DB" w:rsidRDefault="00000000" w:rsidP="008628DB">
            <w:pPr>
              <w:spacing w:after="0"/>
              <w:jc w:val="center"/>
              <w:rPr>
                <w:rFonts w:ascii="Times New Roman" w:hAnsi="Times New Roman" w:cs="Times New Roman"/>
                <w:b/>
              </w:rPr>
            </w:pPr>
            <w:r w:rsidRPr="008628DB">
              <w:rPr>
                <w:rFonts w:ascii="Times New Roman" w:hAnsi="Times New Roman" w:cs="Times New Roman"/>
                <w:b/>
                <w:sz w:val="16"/>
              </w:rPr>
              <w:t>Analytical role</w:t>
            </w:r>
          </w:p>
        </w:tc>
        <w:tc>
          <w:tcPr>
            <w:tcW w:w="3866" w:type="dxa"/>
            <w:tcBorders>
              <w:top w:val="single" w:sz="4" w:space="0" w:color="auto"/>
              <w:bottom w:val="single" w:sz="4" w:space="0" w:color="auto"/>
            </w:tcBorders>
            <w:tcMar>
              <w:top w:w="55" w:type="dxa"/>
              <w:left w:w="75" w:type="dxa"/>
              <w:bottom w:w="55" w:type="dxa"/>
              <w:right w:w="75" w:type="dxa"/>
            </w:tcMar>
            <w:vAlign w:val="center"/>
          </w:tcPr>
          <w:p w14:paraId="087687D6" w14:textId="77777777" w:rsidR="00923354" w:rsidRPr="008628DB" w:rsidRDefault="00000000" w:rsidP="008628DB">
            <w:pPr>
              <w:spacing w:after="0"/>
              <w:jc w:val="center"/>
              <w:rPr>
                <w:rFonts w:ascii="Times New Roman" w:hAnsi="Times New Roman" w:cs="Times New Roman"/>
                <w:b/>
              </w:rPr>
            </w:pPr>
            <w:r w:rsidRPr="008628DB">
              <w:rPr>
                <w:rFonts w:ascii="Times New Roman" w:hAnsi="Times New Roman" w:cs="Times New Roman"/>
                <w:b/>
                <w:sz w:val="16"/>
              </w:rPr>
              <w:t>Material</w:t>
            </w:r>
          </w:p>
        </w:tc>
        <w:tc>
          <w:tcPr>
            <w:tcW w:w="1237" w:type="dxa"/>
            <w:tcBorders>
              <w:top w:val="single" w:sz="4" w:space="0" w:color="auto"/>
              <w:bottom w:val="single" w:sz="4" w:space="0" w:color="auto"/>
            </w:tcBorders>
            <w:tcMar>
              <w:top w:w="55" w:type="dxa"/>
              <w:left w:w="75" w:type="dxa"/>
              <w:bottom w:w="55" w:type="dxa"/>
              <w:right w:w="75" w:type="dxa"/>
            </w:tcMar>
            <w:vAlign w:val="center"/>
          </w:tcPr>
          <w:p w14:paraId="4645D576" w14:textId="77777777" w:rsidR="00923354" w:rsidRPr="008628DB" w:rsidRDefault="00000000" w:rsidP="008628DB">
            <w:pPr>
              <w:spacing w:after="0"/>
              <w:jc w:val="center"/>
              <w:rPr>
                <w:rFonts w:ascii="Times New Roman" w:hAnsi="Times New Roman" w:cs="Times New Roman"/>
                <w:b/>
              </w:rPr>
            </w:pPr>
            <w:r w:rsidRPr="008628DB">
              <w:rPr>
                <w:rFonts w:ascii="Times New Roman" w:hAnsi="Times New Roman" w:cs="Times New Roman"/>
                <w:b/>
                <w:sz w:val="16"/>
              </w:rPr>
              <w:t>Patients/samples</w:t>
            </w:r>
          </w:p>
        </w:tc>
        <w:tc>
          <w:tcPr>
            <w:tcW w:w="1984" w:type="dxa"/>
            <w:tcBorders>
              <w:top w:val="single" w:sz="4" w:space="0" w:color="auto"/>
              <w:bottom w:val="single" w:sz="4" w:space="0" w:color="auto"/>
            </w:tcBorders>
            <w:tcMar>
              <w:top w:w="55" w:type="dxa"/>
              <w:left w:w="75" w:type="dxa"/>
              <w:bottom w:w="55" w:type="dxa"/>
              <w:right w:w="75" w:type="dxa"/>
            </w:tcMar>
            <w:vAlign w:val="center"/>
          </w:tcPr>
          <w:p w14:paraId="001AFCF8" w14:textId="77777777" w:rsidR="00923354" w:rsidRPr="008628DB" w:rsidRDefault="00000000" w:rsidP="008628DB">
            <w:pPr>
              <w:spacing w:after="0"/>
              <w:jc w:val="center"/>
              <w:rPr>
                <w:rFonts w:ascii="Times New Roman" w:hAnsi="Times New Roman" w:cs="Times New Roman"/>
                <w:b/>
              </w:rPr>
            </w:pPr>
            <w:r w:rsidRPr="008628DB">
              <w:rPr>
                <w:rFonts w:ascii="Times New Roman" w:hAnsi="Times New Roman" w:cs="Times New Roman"/>
                <w:b/>
                <w:sz w:val="16"/>
              </w:rPr>
              <w:t>Endpoint/groups</w:t>
            </w:r>
          </w:p>
        </w:tc>
        <w:tc>
          <w:tcPr>
            <w:tcW w:w="3908" w:type="dxa"/>
            <w:tcBorders>
              <w:top w:val="single" w:sz="4" w:space="0" w:color="auto"/>
              <w:bottom w:val="single" w:sz="4" w:space="0" w:color="auto"/>
            </w:tcBorders>
            <w:tcMar>
              <w:top w:w="55" w:type="dxa"/>
              <w:left w:w="75" w:type="dxa"/>
              <w:bottom w:w="55" w:type="dxa"/>
              <w:right w:w="75" w:type="dxa"/>
            </w:tcMar>
            <w:vAlign w:val="center"/>
          </w:tcPr>
          <w:p w14:paraId="26675531" w14:textId="77777777" w:rsidR="00C3518B" w:rsidRPr="008628DB" w:rsidRDefault="00000000" w:rsidP="008628DB">
            <w:pPr>
              <w:spacing w:after="0"/>
              <w:jc w:val="center"/>
              <w:rPr>
                <w:rFonts w:ascii="Times New Roman" w:hAnsi="Times New Roman" w:cs="Times New Roman"/>
                <w:b/>
              </w:rPr>
            </w:pPr>
            <w:r w:rsidRPr="008628DB">
              <w:rPr>
                <w:rFonts w:ascii="Times New Roman" w:hAnsi="Times New Roman" w:cs="Times New Roman"/>
                <w:b/>
                <w:sz w:val="16"/>
              </w:rPr>
              <w:t>Key analytical consideration</w:t>
            </w:r>
          </w:p>
        </w:tc>
      </w:tr>
      <w:tr w:rsidR="00923354" w14:paraId="24C54DE5" w14:textId="77777777" w:rsidTr="008628DB">
        <w:trPr>
          <w:cantSplit/>
          <w:jc w:val="center"/>
        </w:trPr>
        <w:tc>
          <w:tcPr>
            <w:tcW w:w="993" w:type="dxa"/>
            <w:tcBorders>
              <w:top w:val="single" w:sz="4" w:space="0" w:color="auto"/>
            </w:tcBorders>
            <w:tcMar>
              <w:top w:w="55" w:type="dxa"/>
              <w:left w:w="75" w:type="dxa"/>
              <w:bottom w:w="55" w:type="dxa"/>
              <w:right w:w="75" w:type="dxa"/>
            </w:tcMar>
            <w:vAlign w:val="center"/>
          </w:tcPr>
          <w:p w14:paraId="4914C6A2"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GSE212810</w:t>
            </w:r>
          </w:p>
        </w:tc>
        <w:tc>
          <w:tcPr>
            <w:tcW w:w="2268" w:type="dxa"/>
            <w:tcBorders>
              <w:top w:val="single" w:sz="4" w:space="0" w:color="auto"/>
            </w:tcBorders>
            <w:tcMar>
              <w:top w:w="55" w:type="dxa"/>
              <w:left w:w="75" w:type="dxa"/>
              <w:bottom w:w="55" w:type="dxa"/>
              <w:right w:w="75" w:type="dxa"/>
            </w:tcMar>
            <w:vAlign w:val="center"/>
          </w:tcPr>
          <w:p w14:paraId="3D150B78"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Larger clinical response cohort</w:t>
            </w:r>
          </w:p>
        </w:tc>
        <w:tc>
          <w:tcPr>
            <w:tcW w:w="3866" w:type="dxa"/>
            <w:tcBorders>
              <w:top w:val="single" w:sz="4" w:space="0" w:color="auto"/>
            </w:tcBorders>
            <w:tcMar>
              <w:top w:w="55" w:type="dxa"/>
              <w:left w:w="75" w:type="dxa"/>
              <w:bottom w:w="55" w:type="dxa"/>
              <w:right w:w="75" w:type="dxa"/>
            </w:tcMar>
            <w:vAlign w:val="center"/>
          </w:tcPr>
          <w:p w14:paraId="6B65D388"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Pretreatment FFPE TURBT, laser-capture microdissected tumor RNA-seq</w:t>
            </w:r>
          </w:p>
        </w:tc>
        <w:tc>
          <w:tcPr>
            <w:tcW w:w="1237" w:type="dxa"/>
            <w:tcBorders>
              <w:top w:val="single" w:sz="4" w:space="0" w:color="auto"/>
            </w:tcBorders>
            <w:tcMar>
              <w:top w:w="55" w:type="dxa"/>
              <w:left w:w="75" w:type="dxa"/>
              <w:bottom w:w="55" w:type="dxa"/>
              <w:right w:w="75" w:type="dxa"/>
            </w:tcMar>
            <w:vAlign w:val="center"/>
          </w:tcPr>
          <w:p w14:paraId="3C70F98C"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39/39</w:t>
            </w:r>
          </w:p>
        </w:tc>
        <w:tc>
          <w:tcPr>
            <w:tcW w:w="1984" w:type="dxa"/>
            <w:tcBorders>
              <w:top w:val="single" w:sz="4" w:space="0" w:color="auto"/>
            </w:tcBorders>
            <w:tcMar>
              <w:top w:w="55" w:type="dxa"/>
              <w:left w:w="75" w:type="dxa"/>
              <w:bottom w:w="55" w:type="dxa"/>
              <w:right w:w="75" w:type="dxa"/>
            </w:tcMar>
            <w:vAlign w:val="center"/>
          </w:tcPr>
          <w:p w14:paraId="55225456"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21 response; 18 nonresponse</w:t>
            </w:r>
          </w:p>
        </w:tc>
        <w:tc>
          <w:tcPr>
            <w:tcW w:w="3908" w:type="dxa"/>
            <w:tcBorders>
              <w:top w:val="single" w:sz="4" w:space="0" w:color="auto"/>
            </w:tcBorders>
            <w:tcMar>
              <w:top w:w="55" w:type="dxa"/>
              <w:left w:w="75" w:type="dxa"/>
              <w:bottom w:w="55" w:type="dxa"/>
              <w:right w:w="75" w:type="dxa"/>
            </w:tcMar>
            <w:vAlign w:val="center"/>
          </w:tcPr>
          <w:p w14:paraId="210A5756"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Response endpoint differs from strict pCR; dedicated pathological-response field used for classification</w:t>
            </w:r>
          </w:p>
        </w:tc>
      </w:tr>
      <w:tr w:rsidR="00923354" w14:paraId="4B7B0496" w14:textId="77777777" w:rsidTr="008628DB">
        <w:trPr>
          <w:cantSplit/>
          <w:jc w:val="center"/>
        </w:trPr>
        <w:tc>
          <w:tcPr>
            <w:tcW w:w="993" w:type="dxa"/>
            <w:tcMar>
              <w:top w:w="55" w:type="dxa"/>
              <w:left w:w="75" w:type="dxa"/>
              <w:bottom w:w="55" w:type="dxa"/>
              <w:right w:w="75" w:type="dxa"/>
            </w:tcMar>
            <w:vAlign w:val="center"/>
          </w:tcPr>
          <w:p w14:paraId="404A00E4"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GSE247185</w:t>
            </w:r>
          </w:p>
        </w:tc>
        <w:tc>
          <w:tcPr>
            <w:tcW w:w="2268" w:type="dxa"/>
            <w:tcMar>
              <w:top w:w="55" w:type="dxa"/>
              <w:left w:w="75" w:type="dxa"/>
              <w:bottom w:w="55" w:type="dxa"/>
              <w:right w:w="75" w:type="dxa"/>
            </w:tcMar>
            <w:vAlign w:val="center"/>
          </w:tcPr>
          <w:p w14:paraId="7210F53B"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Second clinical response cohort</w:t>
            </w:r>
          </w:p>
        </w:tc>
        <w:tc>
          <w:tcPr>
            <w:tcW w:w="3866" w:type="dxa"/>
            <w:tcMar>
              <w:top w:w="55" w:type="dxa"/>
              <w:left w:w="75" w:type="dxa"/>
              <w:bottom w:w="55" w:type="dxa"/>
              <w:right w:w="75" w:type="dxa"/>
            </w:tcMar>
            <w:vAlign w:val="center"/>
          </w:tcPr>
          <w:p w14:paraId="0F9CC070"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Pretreatment FFPE tumor RNA-seq</w:t>
            </w:r>
          </w:p>
        </w:tc>
        <w:tc>
          <w:tcPr>
            <w:tcW w:w="1237" w:type="dxa"/>
            <w:tcMar>
              <w:top w:w="55" w:type="dxa"/>
              <w:left w:w="75" w:type="dxa"/>
              <w:bottom w:w="55" w:type="dxa"/>
              <w:right w:w="75" w:type="dxa"/>
            </w:tcMar>
            <w:vAlign w:val="center"/>
          </w:tcPr>
          <w:p w14:paraId="0B8F40AA"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13/13</w:t>
            </w:r>
          </w:p>
        </w:tc>
        <w:tc>
          <w:tcPr>
            <w:tcW w:w="1984" w:type="dxa"/>
            <w:tcMar>
              <w:top w:w="55" w:type="dxa"/>
              <w:left w:w="75" w:type="dxa"/>
              <w:bottom w:w="55" w:type="dxa"/>
              <w:right w:w="75" w:type="dxa"/>
            </w:tcMar>
            <w:vAlign w:val="center"/>
          </w:tcPr>
          <w:p w14:paraId="11B0612C"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8 pCR; 5 non-pCR</w:t>
            </w:r>
          </w:p>
        </w:tc>
        <w:tc>
          <w:tcPr>
            <w:tcW w:w="3908" w:type="dxa"/>
            <w:tcMar>
              <w:top w:w="55" w:type="dxa"/>
              <w:left w:w="75" w:type="dxa"/>
              <w:bottom w:w="55" w:type="dxa"/>
              <w:right w:w="75" w:type="dxa"/>
            </w:tcMar>
            <w:vAlign w:val="center"/>
          </w:tcPr>
          <w:p w14:paraId="368C9D4B"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Small cohort with heterogeneous deposited treatment fields</w:t>
            </w:r>
          </w:p>
        </w:tc>
      </w:tr>
      <w:tr w:rsidR="00923354" w14:paraId="7F77B26E" w14:textId="77777777" w:rsidTr="008628DB">
        <w:trPr>
          <w:cantSplit/>
          <w:jc w:val="center"/>
        </w:trPr>
        <w:tc>
          <w:tcPr>
            <w:tcW w:w="993" w:type="dxa"/>
            <w:tcMar>
              <w:top w:w="55" w:type="dxa"/>
              <w:left w:w="75" w:type="dxa"/>
              <w:bottom w:w="55" w:type="dxa"/>
              <w:right w:w="75" w:type="dxa"/>
            </w:tcMar>
            <w:vAlign w:val="center"/>
          </w:tcPr>
          <w:p w14:paraId="496BCD20"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GSE169379</w:t>
            </w:r>
          </w:p>
        </w:tc>
        <w:tc>
          <w:tcPr>
            <w:tcW w:w="2268" w:type="dxa"/>
            <w:tcMar>
              <w:top w:w="55" w:type="dxa"/>
              <w:left w:w="75" w:type="dxa"/>
              <w:bottom w:w="55" w:type="dxa"/>
              <w:right w:w="75" w:type="dxa"/>
            </w:tcMar>
            <w:vAlign w:val="center"/>
          </w:tcPr>
          <w:p w14:paraId="47A92E46"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Cellular attribution</w:t>
            </w:r>
          </w:p>
        </w:tc>
        <w:tc>
          <w:tcPr>
            <w:tcW w:w="3866" w:type="dxa"/>
            <w:tcMar>
              <w:top w:w="55" w:type="dxa"/>
              <w:left w:w="75" w:type="dxa"/>
              <w:bottom w:w="55" w:type="dxa"/>
              <w:right w:w="75" w:type="dxa"/>
            </w:tcMar>
            <w:vAlign w:val="center"/>
          </w:tcPr>
          <w:p w14:paraId="4061119D"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Treatment-naive MIBC single-nucleus RNA-seq</w:t>
            </w:r>
          </w:p>
        </w:tc>
        <w:tc>
          <w:tcPr>
            <w:tcW w:w="1237" w:type="dxa"/>
            <w:tcMar>
              <w:top w:w="55" w:type="dxa"/>
              <w:left w:w="75" w:type="dxa"/>
              <w:bottom w:w="55" w:type="dxa"/>
              <w:right w:w="75" w:type="dxa"/>
            </w:tcMar>
            <w:vAlign w:val="center"/>
          </w:tcPr>
          <w:p w14:paraId="66ED9A3C"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25/25</w:t>
            </w:r>
          </w:p>
        </w:tc>
        <w:tc>
          <w:tcPr>
            <w:tcW w:w="1984" w:type="dxa"/>
            <w:tcMar>
              <w:top w:w="55" w:type="dxa"/>
              <w:left w:w="75" w:type="dxa"/>
              <w:bottom w:w="55" w:type="dxa"/>
              <w:right w:w="75" w:type="dxa"/>
            </w:tcMar>
            <w:vAlign w:val="center"/>
          </w:tcPr>
          <w:p w14:paraId="4442E6B5"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No NAC response labels</w:t>
            </w:r>
          </w:p>
        </w:tc>
        <w:tc>
          <w:tcPr>
            <w:tcW w:w="3908" w:type="dxa"/>
            <w:tcMar>
              <w:top w:w="55" w:type="dxa"/>
              <w:left w:w="75" w:type="dxa"/>
              <w:bottom w:w="55" w:type="dxa"/>
              <w:right w:w="75" w:type="dxa"/>
            </w:tcMar>
            <w:vAlign w:val="center"/>
          </w:tcPr>
          <w:p w14:paraId="559991B5"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No patient-level NAC response labels; used for cellular localization rather than response validation</w:t>
            </w:r>
          </w:p>
        </w:tc>
      </w:tr>
      <w:tr w:rsidR="00923354" w14:paraId="32D679BA" w14:textId="77777777" w:rsidTr="008628DB">
        <w:trPr>
          <w:cantSplit/>
          <w:jc w:val="center"/>
        </w:trPr>
        <w:tc>
          <w:tcPr>
            <w:tcW w:w="993" w:type="dxa"/>
            <w:tcBorders>
              <w:bottom w:val="single" w:sz="4" w:space="0" w:color="auto"/>
            </w:tcBorders>
            <w:tcMar>
              <w:top w:w="55" w:type="dxa"/>
              <w:left w:w="75" w:type="dxa"/>
              <w:bottom w:w="55" w:type="dxa"/>
              <w:right w:w="75" w:type="dxa"/>
            </w:tcMar>
            <w:vAlign w:val="center"/>
          </w:tcPr>
          <w:p w14:paraId="2E051275"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GSE192575</w:t>
            </w:r>
          </w:p>
        </w:tc>
        <w:tc>
          <w:tcPr>
            <w:tcW w:w="2268" w:type="dxa"/>
            <w:tcBorders>
              <w:bottom w:val="single" w:sz="4" w:space="0" w:color="auto"/>
            </w:tcBorders>
            <w:tcMar>
              <w:top w:w="55" w:type="dxa"/>
              <w:left w:w="75" w:type="dxa"/>
              <w:bottom w:w="55" w:type="dxa"/>
              <w:right w:w="75" w:type="dxa"/>
            </w:tcMar>
            <w:vAlign w:val="center"/>
          </w:tcPr>
          <w:p w14:paraId="13A1ECF2"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Auxiliary context only</w:t>
            </w:r>
          </w:p>
        </w:tc>
        <w:tc>
          <w:tcPr>
            <w:tcW w:w="3866" w:type="dxa"/>
            <w:tcBorders>
              <w:bottom w:val="single" w:sz="4" w:space="0" w:color="auto"/>
            </w:tcBorders>
            <w:tcMar>
              <w:top w:w="55" w:type="dxa"/>
              <w:left w:w="75" w:type="dxa"/>
              <w:bottom w:w="55" w:type="dxa"/>
              <w:right w:w="75" w:type="dxa"/>
            </w:tcMar>
            <w:vAlign w:val="center"/>
          </w:tcPr>
          <w:p w14:paraId="460BBC9B"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Sensitive/resistant single-cell comparison</w:t>
            </w:r>
          </w:p>
        </w:tc>
        <w:tc>
          <w:tcPr>
            <w:tcW w:w="1237" w:type="dxa"/>
            <w:tcBorders>
              <w:bottom w:val="single" w:sz="4" w:space="0" w:color="auto"/>
            </w:tcBorders>
            <w:tcMar>
              <w:top w:w="55" w:type="dxa"/>
              <w:left w:w="75" w:type="dxa"/>
              <w:bottom w:w="55" w:type="dxa"/>
              <w:right w:w="75" w:type="dxa"/>
            </w:tcMar>
            <w:vAlign w:val="center"/>
          </w:tcPr>
          <w:p w14:paraId="4B4F6518"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2/2</w:t>
            </w:r>
          </w:p>
        </w:tc>
        <w:tc>
          <w:tcPr>
            <w:tcW w:w="1984" w:type="dxa"/>
            <w:tcBorders>
              <w:bottom w:val="single" w:sz="4" w:space="0" w:color="auto"/>
            </w:tcBorders>
            <w:tcMar>
              <w:top w:w="55" w:type="dxa"/>
              <w:left w:w="75" w:type="dxa"/>
              <w:bottom w:w="55" w:type="dxa"/>
              <w:right w:w="75" w:type="dxa"/>
            </w:tcMar>
            <w:vAlign w:val="center"/>
          </w:tcPr>
          <w:p w14:paraId="3FE61AF1"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1 sensitive; 1 resistant</w:t>
            </w:r>
          </w:p>
        </w:tc>
        <w:tc>
          <w:tcPr>
            <w:tcW w:w="3908" w:type="dxa"/>
            <w:tcBorders>
              <w:bottom w:val="single" w:sz="4" w:space="0" w:color="auto"/>
            </w:tcBorders>
            <w:tcMar>
              <w:top w:w="55" w:type="dxa"/>
              <w:left w:w="75" w:type="dxa"/>
              <w:bottom w:w="55" w:type="dxa"/>
              <w:right w:w="75" w:type="dxa"/>
            </w:tcMar>
            <w:vAlign w:val="center"/>
          </w:tcPr>
          <w:p w14:paraId="79A4657E"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One patient per phenotype; not used for inferential response analysis</w:t>
            </w:r>
          </w:p>
        </w:tc>
      </w:tr>
    </w:tbl>
    <w:p w14:paraId="69089E13" w14:textId="77777777" w:rsidR="00923354" w:rsidRDefault="00000000">
      <w:r>
        <w:br w:type="page"/>
      </w:r>
    </w:p>
    <w:p w14:paraId="0AA52003" w14:textId="77777777" w:rsidR="00923354" w:rsidRPr="00314BAB" w:rsidRDefault="00000000" w:rsidP="00314BAB">
      <w:pPr>
        <w:pStyle w:val="1"/>
        <w:jc w:val="center"/>
        <w:rPr>
          <w:rFonts w:ascii="Times New Roman" w:hAnsi="Times New Roman" w:cs="Times New Roman"/>
          <w:color w:val="000000" w:themeColor="text1"/>
          <w:sz w:val="21"/>
          <w:szCs w:val="21"/>
        </w:rPr>
      </w:pPr>
      <w:r w:rsidRPr="00314BAB">
        <w:rPr>
          <w:rFonts w:ascii="Times New Roman" w:hAnsi="Times New Roman" w:cs="Times New Roman"/>
          <w:color w:val="000000" w:themeColor="text1"/>
          <w:sz w:val="21"/>
          <w:szCs w:val="21"/>
        </w:rPr>
        <w:lastRenderedPageBreak/>
        <w:t>Table S2. Verified GSE212810 response mapping</w:t>
      </w:r>
    </w:p>
    <w:tbl>
      <w:tblPr>
        <w:tblW w:w="0" w:type="auto"/>
        <w:jc w:val="center"/>
        <w:tblLook w:val="04A0" w:firstRow="1" w:lastRow="0" w:firstColumn="1" w:lastColumn="0" w:noHBand="0" w:noVBand="1"/>
      </w:tblPr>
      <w:tblGrid>
        <w:gridCol w:w="2344"/>
        <w:gridCol w:w="2356"/>
        <w:gridCol w:w="2340"/>
        <w:gridCol w:w="2356"/>
        <w:gridCol w:w="2355"/>
        <w:gridCol w:w="2505"/>
      </w:tblGrid>
      <w:tr w:rsidR="00923354" w14:paraId="4400B64E" w14:textId="77777777" w:rsidTr="00314BAB">
        <w:trPr>
          <w:cantSplit/>
          <w:jc w:val="center"/>
        </w:trPr>
        <w:tc>
          <w:tcPr>
            <w:tcW w:w="2344" w:type="dxa"/>
            <w:tcBorders>
              <w:top w:val="single" w:sz="4" w:space="0" w:color="auto"/>
              <w:bottom w:val="single" w:sz="4" w:space="0" w:color="auto"/>
            </w:tcBorders>
            <w:tcMar>
              <w:top w:w="55" w:type="dxa"/>
              <w:left w:w="75" w:type="dxa"/>
              <w:bottom w:w="55" w:type="dxa"/>
              <w:right w:w="75" w:type="dxa"/>
            </w:tcMar>
          </w:tcPr>
          <w:p w14:paraId="09295F74" w14:textId="77777777" w:rsidR="00923354" w:rsidRDefault="00000000" w:rsidP="008628DB">
            <w:pPr>
              <w:snapToGrid w:val="0"/>
              <w:spacing w:after="0" w:line="240" w:lineRule="auto"/>
              <w:jc w:val="center"/>
            </w:pPr>
            <w:proofErr w:type="spellStart"/>
            <w:r>
              <w:rPr>
                <w:b/>
                <w:sz w:val="13"/>
              </w:rPr>
              <w:t>gsm</w:t>
            </w:r>
            <w:proofErr w:type="spellEnd"/>
          </w:p>
        </w:tc>
        <w:tc>
          <w:tcPr>
            <w:tcW w:w="2356" w:type="dxa"/>
            <w:tcBorders>
              <w:top w:val="single" w:sz="4" w:space="0" w:color="auto"/>
              <w:bottom w:val="single" w:sz="4" w:space="0" w:color="auto"/>
            </w:tcBorders>
            <w:tcMar>
              <w:top w:w="55" w:type="dxa"/>
              <w:left w:w="75" w:type="dxa"/>
              <w:bottom w:w="55" w:type="dxa"/>
              <w:right w:w="75" w:type="dxa"/>
            </w:tcMar>
          </w:tcPr>
          <w:p w14:paraId="133F8AFC" w14:textId="77777777" w:rsidR="00923354" w:rsidRDefault="00000000" w:rsidP="008628DB">
            <w:pPr>
              <w:snapToGrid w:val="0"/>
              <w:spacing w:after="0" w:line="240" w:lineRule="auto"/>
              <w:jc w:val="center"/>
            </w:pPr>
            <w:r>
              <w:rPr>
                <w:b/>
                <w:sz w:val="13"/>
              </w:rPr>
              <w:t>title</w:t>
            </w:r>
          </w:p>
        </w:tc>
        <w:tc>
          <w:tcPr>
            <w:tcW w:w="2340" w:type="dxa"/>
            <w:tcBorders>
              <w:top w:val="single" w:sz="4" w:space="0" w:color="auto"/>
              <w:bottom w:val="single" w:sz="4" w:space="0" w:color="auto"/>
            </w:tcBorders>
            <w:tcMar>
              <w:top w:w="55" w:type="dxa"/>
              <w:left w:w="75" w:type="dxa"/>
              <w:bottom w:w="55" w:type="dxa"/>
              <w:right w:w="75" w:type="dxa"/>
            </w:tcMar>
          </w:tcPr>
          <w:p w14:paraId="07C38E9D" w14:textId="77777777" w:rsidR="00923354" w:rsidRDefault="00000000" w:rsidP="008628DB">
            <w:pPr>
              <w:snapToGrid w:val="0"/>
              <w:spacing w:after="0" w:line="240" w:lineRule="auto"/>
              <w:jc w:val="center"/>
            </w:pPr>
            <w:r>
              <w:rPr>
                <w:b/>
                <w:sz w:val="13"/>
              </w:rPr>
              <w:t>genotype</w:t>
            </w:r>
          </w:p>
        </w:tc>
        <w:tc>
          <w:tcPr>
            <w:tcW w:w="2356" w:type="dxa"/>
            <w:tcBorders>
              <w:top w:val="single" w:sz="4" w:space="0" w:color="auto"/>
              <w:bottom w:val="single" w:sz="4" w:space="0" w:color="auto"/>
            </w:tcBorders>
            <w:tcMar>
              <w:top w:w="55" w:type="dxa"/>
              <w:left w:w="75" w:type="dxa"/>
              <w:bottom w:w="55" w:type="dxa"/>
              <w:right w:w="75" w:type="dxa"/>
            </w:tcMar>
          </w:tcPr>
          <w:p w14:paraId="7442BED3" w14:textId="77777777" w:rsidR="00923354" w:rsidRDefault="00000000" w:rsidP="008628DB">
            <w:pPr>
              <w:snapToGrid w:val="0"/>
              <w:spacing w:after="0" w:line="240" w:lineRule="auto"/>
              <w:jc w:val="center"/>
            </w:pPr>
            <w:r>
              <w:rPr>
                <w:b/>
                <w:sz w:val="13"/>
              </w:rPr>
              <w:t>patholresponse_field</w:t>
            </w:r>
          </w:p>
        </w:tc>
        <w:tc>
          <w:tcPr>
            <w:tcW w:w="2355" w:type="dxa"/>
            <w:tcBorders>
              <w:top w:val="single" w:sz="4" w:space="0" w:color="auto"/>
              <w:bottom w:val="single" w:sz="4" w:space="0" w:color="auto"/>
            </w:tcBorders>
            <w:tcMar>
              <w:top w:w="55" w:type="dxa"/>
              <w:left w:w="75" w:type="dxa"/>
              <w:bottom w:w="55" w:type="dxa"/>
              <w:right w:w="75" w:type="dxa"/>
            </w:tcMar>
          </w:tcPr>
          <w:p w14:paraId="3F9FA1C8" w14:textId="77777777" w:rsidR="00923354" w:rsidRDefault="00000000" w:rsidP="008628DB">
            <w:pPr>
              <w:snapToGrid w:val="0"/>
              <w:spacing w:after="0" w:line="240" w:lineRule="auto"/>
              <w:jc w:val="center"/>
            </w:pPr>
            <w:r>
              <w:rPr>
                <w:b/>
                <w:sz w:val="13"/>
              </w:rPr>
              <w:t>genotype_response</w:t>
            </w:r>
          </w:p>
        </w:tc>
        <w:tc>
          <w:tcPr>
            <w:tcW w:w="2505" w:type="dxa"/>
            <w:tcBorders>
              <w:top w:val="single" w:sz="4" w:space="0" w:color="auto"/>
              <w:bottom w:val="single" w:sz="4" w:space="0" w:color="auto"/>
            </w:tcBorders>
            <w:tcMar>
              <w:top w:w="55" w:type="dxa"/>
              <w:left w:w="75" w:type="dxa"/>
              <w:bottom w:w="55" w:type="dxa"/>
              <w:right w:w="75" w:type="dxa"/>
            </w:tcMar>
          </w:tcPr>
          <w:p w14:paraId="6A0E5C88" w14:textId="77777777" w:rsidR="00923354" w:rsidRDefault="00000000" w:rsidP="008628DB">
            <w:pPr>
              <w:snapToGrid w:val="0"/>
              <w:spacing w:after="0" w:line="240" w:lineRule="auto"/>
              <w:jc w:val="center"/>
            </w:pPr>
            <w:r>
              <w:rPr>
                <w:b/>
                <w:sz w:val="13"/>
              </w:rPr>
              <w:t>genotype_patholresponse_discordant</w:t>
            </w:r>
          </w:p>
        </w:tc>
      </w:tr>
      <w:tr w:rsidR="00923354" w14:paraId="47691C1E" w14:textId="77777777" w:rsidTr="00314BAB">
        <w:trPr>
          <w:cantSplit/>
          <w:jc w:val="center"/>
        </w:trPr>
        <w:tc>
          <w:tcPr>
            <w:tcW w:w="2344" w:type="dxa"/>
            <w:tcBorders>
              <w:top w:val="single" w:sz="4" w:space="0" w:color="auto"/>
            </w:tcBorders>
            <w:tcMar>
              <w:top w:w="55" w:type="dxa"/>
              <w:left w:w="75" w:type="dxa"/>
              <w:bottom w:w="55" w:type="dxa"/>
              <w:right w:w="75" w:type="dxa"/>
            </w:tcMar>
            <w:vAlign w:val="center"/>
          </w:tcPr>
          <w:p w14:paraId="6A5EB390" w14:textId="77777777" w:rsidR="00923354" w:rsidRDefault="00000000" w:rsidP="008628DB">
            <w:pPr>
              <w:snapToGrid w:val="0"/>
              <w:spacing w:after="0" w:line="240" w:lineRule="auto"/>
              <w:jc w:val="center"/>
            </w:pPr>
            <w:r>
              <w:rPr>
                <w:sz w:val="12"/>
              </w:rPr>
              <w:t>GSM6552773</w:t>
            </w:r>
          </w:p>
        </w:tc>
        <w:tc>
          <w:tcPr>
            <w:tcW w:w="2356" w:type="dxa"/>
            <w:tcBorders>
              <w:top w:val="single" w:sz="4" w:space="0" w:color="auto"/>
            </w:tcBorders>
            <w:tcMar>
              <w:top w:w="55" w:type="dxa"/>
              <w:left w:w="75" w:type="dxa"/>
              <w:bottom w:w="55" w:type="dxa"/>
              <w:right w:w="75" w:type="dxa"/>
            </w:tcMar>
            <w:vAlign w:val="center"/>
          </w:tcPr>
          <w:p w14:paraId="4E1B845D" w14:textId="77777777" w:rsidR="00923354" w:rsidRDefault="00000000" w:rsidP="008628DB">
            <w:pPr>
              <w:snapToGrid w:val="0"/>
              <w:spacing w:after="0" w:line="240" w:lineRule="auto"/>
              <w:jc w:val="center"/>
            </w:pPr>
            <w:r>
              <w:rPr>
                <w:sz w:val="12"/>
              </w:rPr>
              <w:t>AMC_LCDM_Case_#1</w:t>
            </w:r>
          </w:p>
        </w:tc>
        <w:tc>
          <w:tcPr>
            <w:tcW w:w="2340" w:type="dxa"/>
            <w:tcBorders>
              <w:top w:val="single" w:sz="4" w:space="0" w:color="auto"/>
            </w:tcBorders>
            <w:tcMar>
              <w:top w:w="55" w:type="dxa"/>
              <w:left w:w="75" w:type="dxa"/>
              <w:bottom w:w="55" w:type="dxa"/>
              <w:right w:w="75" w:type="dxa"/>
            </w:tcMar>
            <w:vAlign w:val="center"/>
          </w:tcPr>
          <w:p w14:paraId="10B1B097" w14:textId="77777777" w:rsidR="00923354" w:rsidRDefault="00000000" w:rsidP="008628DB">
            <w:pPr>
              <w:snapToGrid w:val="0"/>
              <w:spacing w:after="0" w:line="240" w:lineRule="auto"/>
              <w:jc w:val="center"/>
            </w:pPr>
            <w:r>
              <w:rPr>
                <w:sz w:val="12"/>
              </w:rPr>
              <w:t>NAC response</w:t>
            </w:r>
          </w:p>
        </w:tc>
        <w:tc>
          <w:tcPr>
            <w:tcW w:w="2356" w:type="dxa"/>
            <w:tcBorders>
              <w:top w:val="single" w:sz="4" w:space="0" w:color="auto"/>
            </w:tcBorders>
            <w:tcMar>
              <w:top w:w="55" w:type="dxa"/>
              <w:left w:w="75" w:type="dxa"/>
              <w:bottom w:w="55" w:type="dxa"/>
              <w:right w:w="75" w:type="dxa"/>
            </w:tcMar>
            <w:vAlign w:val="center"/>
          </w:tcPr>
          <w:p w14:paraId="0BD04B4E" w14:textId="77777777" w:rsidR="00923354" w:rsidRDefault="00000000" w:rsidP="008628DB">
            <w:pPr>
              <w:snapToGrid w:val="0"/>
              <w:spacing w:after="0" w:line="240" w:lineRule="auto"/>
              <w:jc w:val="center"/>
            </w:pPr>
            <w:r>
              <w:rPr>
                <w:sz w:val="12"/>
              </w:rPr>
              <w:t>Yes</w:t>
            </w:r>
          </w:p>
        </w:tc>
        <w:tc>
          <w:tcPr>
            <w:tcW w:w="2355" w:type="dxa"/>
            <w:tcBorders>
              <w:top w:val="single" w:sz="4" w:space="0" w:color="auto"/>
            </w:tcBorders>
            <w:tcMar>
              <w:top w:w="55" w:type="dxa"/>
              <w:left w:w="75" w:type="dxa"/>
              <w:bottom w:w="55" w:type="dxa"/>
              <w:right w:w="75" w:type="dxa"/>
            </w:tcMar>
            <w:vAlign w:val="center"/>
          </w:tcPr>
          <w:p w14:paraId="50E59686" w14:textId="77777777" w:rsidR="00923354" w:rsidRDefault="00000000" w:rsidP="008628DB">
            <w:pPr>
              <w:snapToGrid w:val="0"/>
              <w:spacing w:after="0" w:line="240" w:lineRule="auto"/>
              <w:jc w:val="center"/>
            </w:pPr>
            <w:r>
              <w:rPr>
                <w:sz w:val="12"/>
              </w:rPr>
              <w:t>Response</w:t>
            </w:r>
          </w:p>
        </w:tc>
        <w:tc>
          <w:tcPr>
            <w:tcW w:w="2505" w:type="dxa"/>
            <w:tcBorders>
              <w:top w:val="single" w:sz="4" w:space="0" w:color="auto"/>
            </w:tcBorders>
            <w:tcMar>
              <w:top w:w="55" w:type="dxa"/>
              <w:left w:w="75" w:type="dxa"/>
              <w:bottom w:w="55" w:type="dxa"/>
              <w:right w:w="75" w:type="dxa"/>
            </w:tcMar>
            <w:vAlign w:val="center"/>
          </w:tcPr>
          <w:p w14:paraId="12CC6C72" w14:textId="77777777" w:rsidR="00923354" w:rsidRDefault="00000000" w:rsidP="008628DB">
            <w:pPr>
              <w:snapToGrid w:val="0"/>
              <w:spacing w:after="0" w:line="240" w:lineRule="auto"/>
              <w:jc w:val="center"/>
            </w:pPr>
            <w:r>
              <w:rPr>
                <w:sz w:val="12"/>
              </w:rPr>
              <w:t>False</w:t>
            </w:r>
          </w:p>
        </w:tc>
      </w:tr>
      <w:tr w:rsidR="00923354" w14:paraId="6751C029" w14:textId="77777777" w:rsidTr="00314BAB">
        <w:trPr>
          <w:cantSplit/>
          <w:jc w:val="center"/>
        </w:trPr>
        <w:tc>
          <w:tcPr>
            <w:tcW w:w="2344" w:type="dxa"/>
            <w:tcMar>
              <w:top w:w="55" w:type="dxa"/>
              <w:left w:w="75" w:type="dxa"/>
              <w:bottom w:w="55" w:type="dxa"/>
              <w:right w:w="75" w:type="dxa"/>
            </w:tcMar>
            <w:vAlign w:val="center"/>
          </w:tcPr>
          <w:p w14:paraId="26688869" w14:textId="77777777" w:rsidR="00923354" w:rsidRDefault="00000000" w:rsidP="008628DB">
            <w:pPr>
              <w:snapToGrid w:val="0"/>
              <w:spacing w:after="0" w:line="240" w:lineRule="auto"/>
              <w:jc w:val="center"/>
            </w:pPr>
            <w:r>
              <w:rPr>
                <w:sz w:val="12"/>
              </w:rPr>
              <w:t>GSM6552774</w:t>
            </w:r>
          </w:p>
        </w:tc>
        <w:tc>
          <w:tcPr>
            <w:tcW w:w="2356" w:type="dxa"/>
            <w:tcMar>
              <w:top w:w="55" w:type="dxa"/>
              <w:left w:w="75" w:type="dxa"/>
              <w:bottom w:w="55" w:type="dxa"/>
              <w:right w:w="75" w:type="dxa"/>
            </w:tcMar>
            <w:vAlign w:val="center"/>
          </w:tcPr>
          <w:p w14:paraId="1345F200" w14:textId="77777777" w:rsidR="00923354" w:rsidRDefault="00000000" w:rsidP="008628DB">
            <w:pPr>
              <w:snapToGrid w:val="0"/>
              <w:spacing w:after="0" w:line="240" w:lineRule="auto"/>
              <w:jc w:val="center"/>
            </w:pPr>
            <w:r>
              <w:rPr>
                <w:sz w:val="12"/>
              </w:rPr>
              <w:t>AMC_LCDM_Case_#2</w:t>
            </w:r>
          </w:p>
        </w:tc>
        <w:tc>
          <w:tcPr>
            <w:tcW w:w="2340" w:type="dxa"/>
            <w:tcMar>
              <w:top w:w="55" w:type="dxa"/>
              <w:left w:w="75" w:type="dxa"/>
              <w:bottom w:w="55" w:type="dxa"/>
              <w:right w:w="75" w:type="dxa"/>
            </w:tcMar>
            <w:vAlign w:val="center"/>
          </w:tcPr>
          <w:p w14:paraId="7D6192E8"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234DD53B"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7BF9F127"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3EA55244" w14:textId="77777777" w:rsidR="00923354" w:rsidRDefault="00000000" w:rsidP="008628DB">
            <w:pPr>
              <w:snapToGrid w:val="0"/>
              <w:spacing w:after="0" w:line="240" w:lineRule="auto"/>
              <w:jc w:val="center"/>
            </w:pPr>
            <w:r>
              <w:rPr>
                <w:sz w:val="12"/>
              </w:rPr>
              <w:t>False</w:t>
            </w:r>
          </w:p>
        </w:tc>
      </w:tr>
      <w:tr w:rsidR="00923354" w14:paraId="4A5C309D" w14:textId="77777777" w:rsidTr="00314BAB">
        <w:trPr>
          <w:cantSplit/>
          <w:jc w:val="center"/>
        </w:trPr>
        <w:tc>
          <w:tcPr>
            <w:tcW w:w="2344" w:type="dxa"/>
            <w:tcMar>
              <w:top w:w="55" w:type="dxa"/>
              <w:left w:w="75" w:type="dxa"/>
              <w:bottom w:w="55" w:type="dxa"/>
              <w:right w:w="75" w:type="dxa"/>
            </w:tcMar>
            <w:vAlign w:val="center"/>
          </w:tcPr>
          <w:p w14:paraId="4645CD58" w14:textId="77777777" w:rsidR="00923354" w:rsidRDefault="00000000" w:rsidP="008628DB">
            <w:pPr>
              <w:snapToGrid w:val="0"/>
              <w:spacing w:after="0" w:line="240" w:lineRule="auto"/>
              <w:jc w:val="center"/>
            </w:pPr>
            <w:r>
              <w:rPr>
                <w:sz w:val="12"/>
              </w:rPr>
              <w:t>GSM6552775</w:t>
            </w:r>
          </w:p>
        </w:tc>
        <w:tc>
          <w:tcPr>
            <w:tcW w:w="2356" w:type="dxa"/>
            <w:tcMar>
              <w:top w:w="55" w:type="dxa"/>
              <w:left w:w="75" w:type="dxa"/>
              <w:bottom w:w="55" w:type="dxa"/>
              <w:right w:w="75" w:type="dxa"/>
            </w:tcMar>
            <w:vAlign w:val="center"/>
          </w:tcPr>
          <w:p w14:paraId="7EE38ABF" w14:textId="77777777" w:rsidR="00923354" w:rsidRDefault="00000000" w:rsidP="008628DB">
            <w:pPr>
              <w:snapToGrid w:val="0"/>
              <w:spacing w:after="0" w:line="240" w:lineRule="auto"/>
              <w:jc w:val="center"/>
            </w:pPr>
            <w:r>
              <w:rPr>
                <w:sz w:val="12"/>
              </w:rPr>
              <w:t>AMC_LCDM_Case_#3</w:t>
            </w:r>
          </w:p>
        </w:tc>
        <w:tc>
          <w:tcPr>
            <w:tcW w:w="2340" w:type="dxa"/>
            <w:tcMar>
              <w:top w:w="55" w:type="dxa"/>
              <w:left w:w="75" w:type="dxa"/>
              <w:bottom w:w="55" w:type="dxa"/>
              <w:right w:w="75" w:type="dxa"/>
            </w:tcMar>
            <w:vAlign w:val="center"/>
          </w:tcPr>
          <w:p w14:paraId="7A4EC329"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3AA1ECD0"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7106B735"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29AF6FAE" w14:textId="77777777" w:rsidR="00923354" w:rsidRDefault="00000000" w:rsidP="008628DB">
            <w:pPr>
              <w:snapToGrid w:val="0"/>
              <w:spacing w:after="0" w:line="240" w:lineRule="auto"/>
              <w:jc w:val="center"/>
            </w:pPr>
            <w:r>
              <w:rPr>
                <w:sz w:val="12"/>
              </w:rPr>
              <w:t>False</w:t>
            </w:r>
          </w:p>
        </w:tc>
      </w:tr>
      <w:tr w:rsidR="00923354" w14:paraId="20284B51" w14:textId="77777777" w:rsidTr="00314BAB">
        <w:trPr>
          <w:cantSplit/>
          <w:jc w:val="center"/>
        </w:trPr>
        <w:tc>
          <w:tcPr>
            <w:tcW w:w="2344" w:type="dxa"/>
            <w:tcMar>
              <w:top w:w="55" w:type="dxa"/>
              <w:left w:w="75" w:type="dxa"/>
              <w:bottom w:w="55" w:type="dxa"/>
              <w:right w:w="75" w:type="dxa"/>
            </w:tcMar>
            <w:vAlign w:val="center"/>
          </w:tcPr>
          <w:p w14:paraId="4DC1DF09" w14:textId="77777777" w:rsidR="00923354" w:rsidRDefault="00000000" w:rsidP="008628DB">
            <w:pPr>
              <w:snapToGrid w:val="0"/>
              <w:spacing w:after="0" w:line="240" w:lineRule="auto"/>
              <w:jc w:val="center"/>
            </w:pPr>
            <w:r>
              <w:rPr>
                <w:sz w:val="12"/>
              </w:rPr>
              <w:t>GSM6552776</w:t>
            </w:r>
          </w:p>
        </w:tc>
        <w:tc>
          <w:tcPr>
            <w:tcW w:w="2356" w:type="dxa"/>
            <w:tcMar>
              <w:top w:w="55" w:type="dxa"/>
              <w:left w:w="75" w:type="dxa"/>
              <w:bottom w:w="55" w:type="dxa"/>
              <w:right w:w="75" w:type="dxa"/>
            </w:tcMar>
            <w:vAlign w:val="center"/>
          </w:tcPr>
          <w:p w14:paraId="21963A9B" w14:textId="77777777" w:rsidR="00923354" w:rsidRDefault="00000000" w:rsidP="008628DB">
            <w:pPr>
              <w:snapToGrid w:val="0"/>
              <w:spacing w:after="0" w:line="240" w:lineRule="auto"/>
              <w:jc w:val="center"/>
            </w:pPr>
            <w:r>
              <w:rPr>
                <w:sz w:val="12"/>
              </w:rPr>
              <w:t>AMC_LCDM_Case_#4</w:t>
            </w:r>
          </w:p>
        </w:tc>
        <w:tc>
          <w:tcPr>
            <w:tcW w:w="2340" w:type="dxa"/>
            <w:tcMar>
              <w:top w:w="55" w:type="dxa"/>
              <w:left w:w="75" w:type="dxa"/>
              <w:bottom w:w="55" w:type="dxa"/>
              <w:right w:w="75" w:type="dxa"/>
            </w:tcMar>
            <w:vAlign w:val="center"/>
          </w:tcPr>
          <w:p w14:paraId="1B531A16"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5E1C864C"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0758F651"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7AEE39B2" w14:textId="77777777" w:rsidR="00923354" w:rsidRDefault="00000000" w:rsidP="008628DB">
            <w:pPr>
              <w:snapToGrid w:val="0"/>
              <w:spacing w:after="0" w:line="240" w:lineRule="auto"/>
              <w:jc w:val="center"/>
            </w:pPr>
            <w:r>
              <w:rPr>
                <w:sz w:val="12"/>
              </w:rPr>
              <w:t>False</w:t>
            </w:r>
          </w:p>
        </w:tc>
      </w:tr>
      <w:tr w:rsidR="00923354" w14:paraId="2F0564C4" w14:textId="77777777" w:rsidTr="00314BAB">
        <w:trPr>
          <w:cantSplit/>
          <w:jc w:val="center"/>
        </w:trPr>
        <w:tc>
          <w:tcPr>
            <w:tcW w:w="2344" w:type="dxa"/>
            <w:tcMar>
              <w:top w:w="55" w:type="dxa"/>
              <w:left w:w="75" w:type="dxa"/>
              <w:bottom w:w="55" w:type="dxa"/>
              <w:right w:w="75" w:type="dxa"/>
            </w:tcMar>
            <w:vAlign w:val="center"/>
          </w:tcPr>
          <w:p w14:paraId="44DE1A3F" w14:textId="77777777" w:rsidR="00923354" w:rsidRDefault="00000000" w:rsidP="008628DB">
            <w:pPr>
              <w:snapToGrid w:val="0"/>
              <w:spacing w:after="0" w:line="240" w:lineRule="auto"/>
              <w:jc w:val="center"/>
            </w:pPr>
            <w:r>
              <w:rPr>
                <w:sz w:val="12"/>
              </w:rPr>
              <w:t>GSM6552777</w:t>
            </w:r>
          </w:p>
        </w:tc>
        <w:tc>
          <w:tcPr>
            <w:tcW w:w="2356" w:type="dxa"/>
            <w:tcMar>
              <w:top w:w="55" w:type="dxa"/>
              <w:left w:w="75" w:type="dxa"/>
              <w:bottom w:w="55" w:type="dxa"/>
              <w:right w:w="75" w:type="dxa"/>
            </w:tcMar>
            <w:vAlign w:val="center"/>
          </w:tcPr>
          <w:p w14:paraId="17A1C917" w14:textId="77777777" w:rsidR="00923354" w:rsidRDefault="00000000" w:rsidP="008628DB">
            <w:pPr>
              <w:snapToGrid w:val="0"/>
              <w:spacing w:after="0" w:line="240" w:lineRule="auto"/>
              <w:jc w:val="center"/>
            </w:pPr>
            <w:r>
              <w:rPr>
                <w:sz w:val="12"/>
              </w:rPr>
              <w:t>AMC_LCDM_Case_#5</w:t>
            </w:r>
          </w:p>
        </w:tc>
        <w:tc>
          <w:tcPr>
            <w:tcW w:w="2340" w:type="dxa"/>
            <w:tcMar>
              <w:top w:w="55" w:type="dxa"/>
              <w:left w:w="75" w:type="dxa"/>
              <w:bottom w:w="55" w:type="dxa"/>
              <w:right w:w="75" w:type="dxa"/>
            </w:tcMar>
            <w:vAlign w:val="center"/>
          </w:tcPr>
          <w:p w14:paraId="34AC47E8"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504F4CDF"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0D44ECB1"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2839086F" w14:textId="77777777" w:rsidR="00923354" w:rsidRDefault="00000000" w:rsidP="008628DB">
            <w:pPr>
              <w:snapToGrid w:val="0"/>
              <w:spacing w:after="0" w:line="240" w:lineRule="auto"/>
              <w:jc w:val="center"/>
            </w:pPr>
            <w:r>
              <w:rPr>
                <w:sz w:val="12"/>
              </w:rPr>
              <w:t>False</w:t>
            </w:r>
          </w:p>
        </w:tc>
      </w:tr>
      <w:tr w:rsidR="00923354" w14:paraId="0D6B797B" w14:textId="77777777" w:rsidTr="00314BAB">
        <w:trPr>
          <w:cantSplit/>
          <w:jc w:val="center"/>
        </w:trPr>
        <w:tc>
          <w:tcPr>
            <w:tcW w:w="2344" w:type="dxa"/>
            <w:tcMar>
              <w:top w:w="55" w:type="dxa"/>
              <w:left w:w="75" w:type="dxa"/>
              <w:bottom w:w="55" w:type="dxa"/>
              <w:right w:w="75" w:type="dxa"/>
            </w:tcMar>
            <w:vAlign w:val="center"/>
          </w:tcPr>
          <w:p w14:paraId="7CF76FE4" w14:textId="77777777" w:rsidR="00923354" w:rsidRDefault="00000000" w:rsidP="008628DB">
            <w:pPr>
              <w:snapToGrid w:val="0"/>
              <w:spacing w:after="0" w:line="240" w:lineRule="auto"/>
              <w:jc w:val="center"/>
            </w:pPr>
            <w:r>
              <w:rPr>
                <w:sz w:val="12"/>
              </w:rPr>
              <w:t>GSM6552778</w:t>
            </w:r>
          </w:p>
        </w:tc>
        <w:tc>
          <w:tcPr>
            <w:tcW w:w="2356" w:type="dxa"/>
            <w:tcMar>
              <w:top w:w="55" w:type="dxa"/>
              <w:left w:w="75" w:type="dxa"/>
              <w:bottom w:w="55" w:type="dxa"/>
              <w:right w:w="75" w:type="dxa"/>
            </w:tcMar>
            <w:vAlign w:val="center"/>
          </w:tcPr>
          <w:p w14:paraId="3B8C82FA" w14:textId="77777777" w:rsidR="00923354" w:rsidRDefault="00000000" w:rsidP="008628DB">
            <w:pPr>
              <w:snapToGrid w:val="0"/>
              <w:spacing w:after="0" w:line="240" w:lineRule="auto"/>
              <w:jc w:val="center"/>
            </w:pPr>
            <w:r>
              <w:rPr>
                <w:sz w:val="12"/>
              </w:rPr>
              <w:t>AMC_LCDM_Case_#6</w:t>
            </w:r>
          </w:p>
        </w:tc>
        <w:tc>
          <w:tcPr>
            <w:tcW w:w="2340" w:type="dxa"/>
            <w:tcMar>
              <w:top w:w="55" w:type="dxa"/>
              <w:left w:w="75" w:type="dxa"/>
              <w:bottom w:w="55" w:type="dxa"/>
              <w:right w:w="75" w:type="dxa"/>
            </w:tcMar>
            <w:vAlign w:val="center"/>
          </w:tcPr>
          <w:p w14:paraId="1889821F"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6E5195CF"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4AED0908"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028041DD" w14:textId="77777777" w:rsidR="00923354" w:rsidRDefault="00000000" w:rsidP="008628DB">
            <w:pPr>
              <w:snapToGrid w:val="0"/>
              <w:spacing w:after="0" w:line="240" w:lineRule="auto"/>
              <w:jc w:val="center"/>
            </w:pPr>
            <w:r>
              <w:rPr>
                <w:sz w:val="12"/>
              </w:rPr>
              <w:t>False</w:t>
            </w:r>
          </w:p>
        </w:tc>
      </w:tr>
      <w:tr w:rsidR="00923354" w14:paraId="7E731C0C" w14:textId="77777777" w:rsidTr="00314BAB">
        <w:trPr>
          <w:cantSplit/>
          <w:jc w:val="center"/>
        </w:trPr>
        <w:tc>
          <w:tcPr>
            <w:tcW w:w="2344" w:type="dxa"/>
            <w:tcMar>
              <w:top w:w="55" w:type="dxa"/>
              <w:left w:w="75" w:type="dxa"/>
              <w:bottom w:w="55" w:type="dxa"/>
              <w:right w:w="75" w:type="dxa"/>
            </w:tcMar>
            <w:vAlign w:val="center"/>
          </w:tcPr>
          <w:p w14:paraId="6F200E05" w14:textId="77777777" w:rsidR="00923354" w:rsidRDefault="00000000" w:rsidP="008628DB">
            <w:pPr>
              <w:snapToGrid w:val="0"/>
              <w:spacing w:after="0" w:line="240" w:lineRule="auto"/>
              <w:jc w:val="center"/>
            </w:pPr>
            <w:r>
              <w:rPr>
                <w:sz w:val="12"/>
              </w:rPr>
              <w:t>GSM6552779</w:t>
            </w:r>
          </w:p>
        </w:tc>
        <w:tc>
          <w:tcPr>
            <w:tcW w:w="2356" w:type="dxa"/>
            <w:tcMar>
              <w:top w:w="55" w:type="dxa"/>
              <w:left w:w="75" w:type="dxa"/>
              <w:bottom w:w="55" w:type="dxa"/>
              <w:right w:w="75" w:type="dxa"/>
            </w:tcMar>
            <w:vAlign w:val="center"/>
          </w:tcPr>
          <w:p w14:paraId="3BC6B859" w14:textId="77777777" w:rsidR="00923354" w:rsidRDefault="00000000" w:rsidP="008628DB">
            <w:pPr>
              <w:snapToGrid w:val="0"/>
              <w:spacing w:after="0" w:line="240" w:lineRule="auto"/>
              <w:jc w:val="center"/>
            </w:pPr>
            <w:r>
              <w:rPr>
                <w:sz w:val="12"/>
              </w:rPr>
              <w:t>AMC_LCDM_Case_#7</w:t>
            </w:r>
          </w:p>
        </w:tc>
        <w:tc>
          <w:tcPr>
            <w:tcW w:w="2340" w:type="dxa"/>
            <w:tcMar>
              <w:top w:w="55" w:type="dxa"/>
              <w:left w:w="75" w:type="dxa"/>
              <w:bottom w:w="55" w:type="dxa"/>
              <w:right w:w="75" w:type="dxa"/>
            </w:tcMar>
            <w:vAlign w:val="center"/>
          </w:tcPr>
          <w:p w14:paraId="519B02C7"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42C65AF8"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4E9CAB4B"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6B6435DC" w14:textId="77777777" w:rsidR="00923354" w:rsidRDefault="00000000" w:rsidP="008628DB">
            <w:pPr>
              <w:snapToGrid w:val="0"/>
              <w:spacing w:after="0" w:line="240" w:lineRule="auto"/>
              <w:jc w:val="center"/>
            </w:pPr>
            <w:r>
              <w:rPr>
                <w:sz w:val="12"/>
              </w:rPr>
              <w:t>False</w:t>
            </w:r>
          </w:p>
        </w:tc>
      </w:tr>
      <w:tr w:rsidR="00923354" w14:paraId="77BDA9ED" w14:textId="77777777" w:rsidTr="00314BAB">
        <w:trPr>
          <w:cantSplit/>
          <w:jc w:val="center"/>
        </w:trPr>
        <w:tc>
          <w:tcPr>
            <w:tcW w:w="2344" w:type="dxa"/>
            <w:tcMar>
              <w:top w:w="55" w:type="dxa"/>
              <w:left w:w="75" w:type="dxa"/>
              <w:bottom w:w="55" w:type="dxa"/>
              <w:right w:w="75" w:type="dxa"/>
            </w:tcMar>
            <w:vAlign w:val="center"/>
          </w:tcPr>
          <w:p w14:paraId="2108048D" w14:textId="77777777" w:rsidR="00923354" w:rsidRDefault="00000000" w:rsidP="008628DB">
            <w:pPr>
              <w:snapToGrid w:val="0"/>
              <w:spacing w:after="0" w:line="240" w:lineRule="auto"/>
              <w:jc w:val="center"/>
            </w:pPr>
            <w:r>
              <w:rPr>
                <w:sz w:val="12"/>
              </w:rPr>
              <w:t>GSM6552780</w:t>
            </w:r>
          </w:p>
        </w:tc>
        <w:tc>
          <w:tcPr>
            <w:tcW w:w="2356" w:type="dxa"/>
            <w:tcMar>
              <w:top w:w="55" w:type="dxa"/>
              <w:left w:w="75" w:type="dxa"/>
              <w:bottom w:w="55" w:type="dxa"/>
              <w:right w:w="75" w:type="dxa"/>
            </w:tcMar>
            <w:vAlign w:val="center"/>
          </w:tcPr>
          <w:p w14:paraId="4BA3695E" w14:textId="77777777" w:rsidR="00923354" w:rsidRDefault="00000000" w:rsidP="008628DB">
            <w:pPr>
              <w:snapToGrid w:val="0"/>
              <w:spacing w:after="0" w:line="240" w:lineRule="auto"/>
              <w:jc w:val="center"/>
            </w:pPr>
            <w:r>
              <w:rPr>
                <w:sz w:val="12"/>
              </w:rPr>
              <w:t>AMC_LCDM_Case_#8</w:t>
            </w:r>
          </w:p>
        </w:tc>
        <w:tc>
          <w:tcPr>
            <w:tcW w:w="2340" w:type="dxa"/>
            <w:tcMar>
              <w:top w:w="55" w:type="dxa"/>
              <w:left w:w="75" w:type="dxa"/>
              <w:bottom w:w="55" w:type="dxa"/>
              <w:right w:w="75" w:type="dxa"/>
            </w:tcMar>
            <w:vAlign w:val="center"/>
          </w:tcPr>
          <w:p w14:paraId="570E1450"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522E20BF"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4EAB1780"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14B17AB8" w14:textId="77777777" w:rsidR="00923354" w:rsidRDefault="00000000" w:rsidP="008628DB">
            <w:pPr>
              <w:snapToGrid w:val="0"/>
              <w:spacing w:after="0" w:line="240" w:lineRule="auto"/>
              <w:jc w:val="center"/>
            </w:pPr>
            <w:r>
              <w:rPr>
                <w:sz w:val="12"/>
              </w:rPr>
              <w:t>False</w:t>
            </w:r>
          </w:p>
        </w:tc>
      </w:tr>
      <w:tr w:rsidR="00923354" w14:paraId="2948F9F8" w14:textId="77777777" w:rsidTr="00314BAB">
        <w:trPr>
          <w:cantSplit/>
          <w:jc w:val="center"/>
        </w:trPr>
        <w:tc>
          <w:tcPr>
            <w:tcW w:w="2344" w:type="dxa"/>
            <w:tcMar>
              <w:top w:w="55" w:type="dxa"/>
              <w:left w:w="75" w:type="dxa"/>
              <w:bottom w:w="55" w:type="dxa"/>
              <w:right w:w="75" w:type="dxa"/>
            </w:tcMar>
            <w:vAlign w:val="center"/>
          </w:tcPr>
          <w:p w14:paraId="422CD512" w14:textId="77777777" w:rsidR="00923354" w:rsidRDefault="00000000" w:rsidP="008628DB">
            <w:pPr>
              <w:snapToGrid w:val="0"/>
              <w:spacing w:after="0" w:line="240" w:lineRule="auto"/>
              <w:jc w:val="center"/>
            </w:pPr>
            <w:r>
              <w:rPr>
                <w:sz w:val="12"/>
              </w:rPr>
              <w:t>GSM6552781</w:t>
            </w:r>
          </w:p>
        </w:tc>
        <w:tc>
          <w:tcPr>
            <w:tcW w:w="2356" w:type="dxa"/>
            <w:tcMar>
              <w:top w:w="55" w:type="dxa"/>
              <w:left w:w="75" w:type="dxa"/>
              <w:bottom w:w="55" w:type="dxa"/>
              <w:right w:w="75" w:type="dxa"/>
            </w:tcMar>
            <w:vAlign w:val="center"/>
          </w:tcPr>
          <w:p w14:paraId="4CF6E3A3" w14:textId="77777777" w:rsidR="00923354" w:rsidRDefault="00000000" w:rsidP="008628DB">
            <w:pPr>
              <w:snapToGrid w:val="0"/>
              <w:spacing w:after="0" w:line="240" w:lineRule="auto"/>
              <w:jc w:val="center"/>
            </w:pPr>
            <w:r>
              <w:rPr>
                <w:sz w:val="12"/>
              </w:rPr>
              <w:t>AMC_LCDM_Case_#9</w:t>
            </w:r>
          </w:p>
        </w:tc>
        <w:tc>
          <w:tcPr>
            <w:tcW w:w="2340" w:type="dxa"/>
            <w:tcMar>
              <w:top w:w="55" w:type="dxa"/>
              <w:left w:w="75" w:type="dxa"/>
              <w:bottom w:w="55" w:type="dxa"/>
              <w:right w:w="75" w:type="dxa"/>
            </w:tcMar>
            <w:vAlign w:val="center"/>
          </w:tcPr>
          <w:p w14:paraId="3687C4B9"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1192C540"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46A5EC23"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6660C3EB" w14:textId="77777777" w:rsidR="00923354" w:rsidRDefault="00000000" w:rsidP="008628DB">
            <w:pPr>
              <w:snapToGrid w:val="0"/>
              <w:spacing w:after="0" w:line="240" w:lineRule="auto"/>
              <w:jc w:val="center"/>
            </w:pPr>
            <w:r>
              <w:rPr>
                <w:sz w:val="12"/>
              </w:rPr>
              <w:t>False</w:t>
            </w:r>
          </w:p>
        </w:tc>
      </w:tr>
      <w:tr w:rsidR="00923354" w14:paraId="7E634ACF" w14:textId="77777777" w:rsidTr="00314BAB">
        <w:trPr>
          <w:cantSplit/>
          <w:jc w:val="center"/>
        </w:trPr>
        <w:tc>
          <w:tcPr>
            <w:tcW w:w="2344" w:type="dxa"/>
            <w:tcMar>
              <w:top w:w="55" w:type="dxa"/>
              <w:left w:w="75" w:type="dxa"/>
              <w:bottom w:w="55" w:type="dxa"/>
              <w:right w:w="75" w:type="dxa"/>
            </w:tcMar>
            <w:vAlign w:val="center"/>
          </w:tcPr>
          <w:p w14:paraId="6FAA72A3" w14:textId="77777777" w:rsidR="00923354" w:rsidRDefault="00000000" w:rsidP="008628DB">
            <w:pPr>
              <w:snapToGrid w:val="0"/>
              <w:spacing w:after="0" w:line="240" w:lineRule="auto"/>
              <w:jc w:val="center"/>
            </w:pPr>
            <w:r>
              <w:rPr>
                <w:sz w:val="12"/>
              </w:rPr>
              <w:t>GSM6552782</w:t>
            </w:r>
          </w:p>
        </w:tc>
        <w:tc>
          <w:tcPr>
            <w:tcW w:w="2356" w:type="dxa"/>
            <w:tcMar>
              <w:top w:w="55" w:type="dxa"/>
              <w:left w:w="75" w:type="dxa"/>
              <w:bottom w:w="55" w:type="dxa"/>
              <w:right w:w="75" w:type="dxa"/>
            </w:tcMar>
            <w:vAlign w:val="center"/>
          </w:tcPr>
          <w:p w14:paraId="78FCC55B" w14:textId="77777777" w:rsidR="00923354" w:rsidRDefault="00000000" w:rsidP="008628DB">
            <w:pPr>
              <w:snapToGrid w:val="0"/>
              <w:spacing w:after="0" w:line="240" w:lineRule="auto"/>
              <w:jc w:val="center"/>
            </w:pPr>
            <w:r>
              <w:rPr>
                <w:sz w:val="12"/>
              </w:rPr>
              <w:t>AMC_LCDM_Case_#10</w:t>
            </w:r>
          </w:p>
        </w:tc>
        <w:tc>
          <w:tcPr>
            <w:tcW w:w="2340" w:type="dxa"/>
            <w:tcMar>
              <w:top w:w="55" w:type="dxa"/>
              <w:left w:w="75" w:type="dxa"/>
              <w:bottom w:w="55" w:type="dxa"/>
              <w:right w:w="75" w:type="dxa"/>
            </w:tcMar>
            <w:vAlign w:val="center"/>
          </w:tcPr>
          <w:p w14:paraId="142C34B7"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7EEEFF4F"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31C567B2"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7D27E403" w14:textId="77777777" w:rsidR="00923354" w:rsidRDefault="00000000" w:rsidP="008628DB">
            <w:pPr>
              <w:snapToGrid w:val="0"/>
              <w:spacing w:after="0" w:line="240" w:lineRule="auto"/>
              <w:jc w:val="center"/>
            </w:pPr>
            <w:r>
              <w:rPr>
                <w:sz w:val="12"/>
              </w:rPr>
              <w:t>False</w:t>
            </w:r>
          </w:p>
        </w:tc>
      </w:tr>
      <w:tr w:rsidR="00923354" w14:paraId="13DC2DDA" w14:textId="77777777" w:rsidTr="00314BAB">
        <w:trPr>
          <w:cantSplit/>
          <w:jc w:val="center"/>
        </w:trPr>
        <w:tc>
          <w:tcPr>
            <w:tcW w:w="2344" w:type="dxa"/>
            <w:tcMar>
              <w:top w:w="55" w:type="dxa"/>
              <w:left w:w="75" w:type="dxa"/>
              <w:bottom w:w="55" w:type="dxa"/>
              <w:right w:w="75" w:type="dxa"/>
            </w:tcMar>
            <w:vAlign w:val="center"/>
          </w:tcPr>
          <w:p w14:paraId="4239F3D7" w14:textId="77777777" w:rsidR="00923354" w:rsidRDefault="00000000" w:rsidP="008628DB">
            <w:pPr>
              <w:snapToGrid w:val="0"/>
              <w:spacing w:after="0" w:line="240" w:lineRule="auto"/>
              <w:jc w:val="center"/>
            </w:pPr>
            <w:r>
              <w:rPr>
                <w:sz w:val="12"/>
              </w:rPr>
              <w:t>GSM6552783</w:t>
            </w:r>
          </w:p>
        </w:tc>
        <w:tc>
          <w:tcPr>
            <w:tcW w:w="2356" w:type="dxa"/>
            <w:tcMar>
              <w:top w:w="55" w:type="dxa"/>
              <w:left w:w="75" w:type="dxa"/>
              <w:bottom w:w="55" w:type="dxa"/>
              <w:right w:w="75" w:type="dxa"/>
            </w:tcMar>
            <w:vAlign w:val="center"/>
          </w:tcPr>
          <w:p w14:paraId="444C56B2" w14:textId="77777777" w:rsidR="00923354" w:rsidRDefault="00000000" w:rsidP="008628DB">
            <w:pPr>
              <w:snapToGrid w:val="0"/>
              <w:spacing w:after="0" w:line="240" w:lineRule="auto"/>
              <w:jc w:val="center"/>
            </w:pPr>
            <w:r>
              <w:rPr>
                <w:sz w:val="12"/>
              </w:rPr>
              <w:t>AMC_LCDM_Case_#11</w:t>
            </w:r>
          </w:p>
        </w:tc>
        <w:tc>
          <w:tcPr>
            <w:tcW w:w="2340" w:type="dxa"/>
            <w:tcMar>
              <w:top w:w="55" w:type="dxa"/>
              <w:left w:w="75" w:type="dxa"/>
              <w:bottom w:w="55" w:type="dxa"/>
              <w:right w:w="75" w:type="dxa"/>
            </w:tcMar>
            <w:vAlign w:val="center"/>
          </w:tcPr>
          <w:p w14:paraId="3FA6D177"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7DBEA429"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15ACA23F"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1AD90D33" w14:textId="77777777" w:rsidR="00923354" w:rsidRDefault="00000000" w:rsidP="008628DB">
            <w:pPr>
              <w:snapToGrid w:val="0"/>
              <w:spacing w:after="0" w:line="240" w:lineRule="auto"/>
              <w:jc w:val="center"/>
            </w:pPr>
            <w:r>
              <w:rPr>
                <w:sz w:val="12"/>
              </w:rPr>
              <w:t>False</w:t>
            </w:r>
          </w:p>
        </w:tc>
      </w:tr>
      <w:tr w:rsidR="00923354" w14:paraId="68EBDFE7" w14:textId="77777777" w:rsidTr="00314BAB">
        <w:trPr>
          <w:cantSplit/>
          <w:jc w:val="center"/>
        </w:trPr>
        <w:tc>
          <w:tcPr>
            <w:tcW w:w="2344" w:type="dxa"/>
            <w:tcMar>
              <w:top w:w="55" w:type="dxa"/>
              <w:left w:w="75" w:type="dxa"/>
              <w:bottom w:w="55" w:type="dxa"/>
              <w:right w:w="75" w:type="dxa"/>
            </w:tcMar>
            <w:vAlign w:val="center"/>
          </w:tcPr>
          <w:p w14:paraId="00D7D340" w14:textId="77777777" w:rsidR="00923354" w:rsidRDefault="00000000" w:rsidP="008628DB">
            <w:pPr>
              <w:snapToGrid w:val="0"/>
              <w:spacing w:after="0" w:line="240" w:lineRule="auto"/>
              <w:jc w:val="center"/>
            </w:pPr>
            <w:r>
              <w:rPr>
                <w:sz w:val="12"/>
              </w:rPr>
              <w:t>GSM6552784</w:t>
            </w:r>
          </w:p>
        </w:tc>
        <w:tc>
          <w:tcPr>
            <w:tcW w:w="2356" w:type="dxa"/>
            <w:tcMar>
              <w:top w:w="55" w:type="dxa"/>
              <w:left w:w="75" w:type="dxa"/>
              <w:bottom w:w="55" w:type="dxa"/>
              <w:right w:w="75" w:type="dxa"/>
            </w:tcMar>
            <w:vAlign w:val="center"/>
          </w:tcPr>
          <w:p w14:paraId="72CFE390" w14:textId="77777777" w:rsidR="00923354" w:rsidRDefault="00000000" w:rsidP="008628DB">
            <w:pPr>
              <w:snapToGrid w:val="0"/>
              <w:spacing w:after="0" w:line="240" w:lineRule="auto"/>
              <w:jc w:val="center"/>
            </w:pPr>
            <w:r>
              <w:rPr>
                <w:sz w:val="12"/>
              </w:rPr>
              <w:t>AMC_LCDM_Case_#12</w:t>
            </w:r>
          </w:p>
        </w:tc>
        <w:tc>
          <w:tcPr>
            <w:tcW w:w="2340" w:type="dxa"/>
            <w:tcMar>
              <w:top w:w="55" w:type="dxa"/>
              <w:left w:w="75" w:type="dxa"/>
              <w:bottom w:w="55" w:type="dxa"/>
              <w:right w:w="75" w:type="dxa"/>
            </w:tcMar>
            <w:vAlign w:val="center"/>
          </w:tcPr>
          <w:p w14:paraId="2C59F6B0"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1259880B"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0FC4DA20"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0DF0C616" w14:textId="77777777" w:rsidR="00923354" w:rsidRDefault="00000000" w:rsidP="008628DB">
            <w:pPr>
              <w:snapToGrid w:val="0"/>
              <w:spacing w:after="0" w:line="240" w:lineRule="auto"/>
              <w:jc w:val="center"/>
            </w:pPr>
            <w:r>
              <w:rPr>
                <w:sz w:val="12"/>
              </w:rPr>
              <w:t>False</w:t>
            </w:r>
          </w:p>
        </w:tc>
      </w:tr>
      <w:tr w:rsidR="00923354" w14:paraId="28C9BD73" w14:textId="77777777" w:rsidTr="00314BAB">
        <w:trPr>
          <w:cantSplit/>
          <w:jc w:val="center"/>
        </w:trPr>
        <w:tc>
          <w:tcPr>
            <w:tcW w:w="2344" w:type="dxa"/>
            <w:tcMar>
              <w:top w:w="55" w:type="dxa"/>
              <w:left w:w="75" w:type="dxa"/>
              <w:bottom w:w="55" w:type="dxa"/>
              <w:right w:w="75" w:type="dxa"/>
            </w:tcMar>
            <w:vAlign w:val="center"/>
          </w:tcPr>
          <w:p w14:paraId="3BF99DAD" w14:textId="77777777" w:rsidR="00923354" w:rsidRDefault="00000000" w:rsidP="008628DB">
            <w:pPr>
              <w:snapToGrid w:val="0"/>
              <w:spacing w:after="0" w:line="240" w:lineRule="auto"/>
              <w:jc w:val="center"/>
            </w:pPr>
            <w:r>
              <w:rPr>
                <w:sz w:val="12"/>
              </w:rPr>
              <w:t>GSM6552785</w:t>
            </w:r>
          </w:p>
        </w:tc>
        <w:tc>
          <w:tcPr>
            <w:tcW w:w="2356" w:type="dxa"/>
            <w:tcMar>
              <w:top w:w="55" w:type="dxa"/>
              <w:left w:w="75" w:type="dxa"/>
              <w:bottom w:w="55" w:type="dxa"/>
              <w:right w:w="75" w:type="dxa"/>
            </w:tcMar>
            <w:vAlign w:val="center"/>
          </w:tcPr>
          <w:p w14:paraId="7222B9E1" w14:textId="77777777" w:rsidR="00923354" w:rsidRDefault="00000000" w:rsidP="008628DB">
            <w:pPr>
              <w:snapToGrid w:val="0"/>
              <w:spacing w:after="0" w:line="240" w:lineRule="auto"/>
              <w:jc w:val="center"/>
            </w:pPr>
            <w:r>
              <w:rPr>
                <w:sz w:val="12"/>
              </w:rPr>
              <w:t>AMC_LCDM_Case_#13</w:t>
            </w:r>
          </w:p>
        </w:tc>
        <w:tc>
          <w:tcPr>
            <w:tcW w:w="2340" w:type="dxa"/>
            <w:tcMar>
              <w:top w:w="55" w:type="dxa"/>
              <w:left w:w="75" w:type="dxa"/>
              <w:bottom w:w="55" w:type="dxa"/>
              <w:right w:w="75" w:type="dxa"/>
            </w:tcMar>
            <w:vAlign w:val="center"/>
          </w:tcPr>
          <w:p w14:paraId="3941EA3E"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30C42FF4"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71707EE7"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03C146E7" w14:textId="77777777" w:rsidR="00923354" w:rsidRDefault="00000000" w:rsidP="008628DB">
            <w:pPr>
              <w:snapToGrid w:val="0"/>
              <w:spacing w:after="0" w:line="240" w:lineRule="auto"/>
              <w:jc w:val="center"/>
            </w:pPr>
            <w:r>
              <w:rPr>
                <w:sz w:val="12"/>
              </w:rPr>
              <w:t>False</w:t>
            </w:r>
          </w:p>
        </w:tc>
      </w:tr>
      <w:tr w:rsidR="00923354" w14:paraId="34757BB1" w14:textId="77777777" w:rsidTr="00314BAB">
        <w:trPr>
          <w:cantSplit/>
          <w:jc w:val="center"/>
        </w:trPr>
        <w:tc>
          <w:tcPr>
            <w:tcW w:w="2344" w:type="dxa"/>
            <w:tcMar>
              <w:top w:w="55" w:type="dxa"/>
              <w:left w:w="75" w:type="dxa"/>
              <w:bottom w:w="55" w:type="dxa"/>
              <w:right w:w="75" w:type="dxa"/>
            </w:tcMar>
            <w:vAlign w:val="center"/>
          </w:tcPr>
          <w:p w14:paraId="5E759AB9" w14:textId="77777777" w:rsidR="00923354" w:rsidRDefault="00000000" w:rsidP="008628DB">
            <w:pPr>
              <w:snapToGrid w:val="0"/>
              <w:spacing w:after="0" w:line="240" w:lineRule="auto"/>
              <w:jc w:val="center"/>
            </w:pPr>
            <w:r>
              <w:rPr>
                <w:sz w:val="12"/>
              </w:rPr>
              <w:t>GSM6552786</w:t>
            </w:r>
          </w:p>
        </w:tc>
        <w:tc>
          <w:tcPr>
            <w:tcW w:w="2356" w:type="dxa"/>
            <w:tcMar>
              <w:top w:w="55" w:type="dxa"/>
              <w:left w:w="75" w:type="dxa"/>
              <w:bottom w:w="55" w:type="dxa"/>
              <w:right w:w="75" w:type="dxa"/>
            </w:tcMar>
            <w:vAlign w:val="center"/>
          </w:tcPr>
          <w:p w14:paraId="60BDA304" w14:textId="77777777" w:rsidR="00923354" w:rsidRDefault="00000000" w:rsidP="008628DB">
            <w:pPr>
              <w:snapToGrid w:val="0"/>
              <w:spacing w:after="0" w:line="240" w:lineRule="auto"/>
              <w:jc w:val="center"/>
            </w:pPr>
            <w:r>
              <w:rPr>
                <w:sz w:val="12"/>
              </w:rPr>
              <w:t>AMC_LCDM_Case_#14</w:t>
            </w:r>
          </w:p>
        </w:tc>
        <w:tc>
          <w:tcPr>
            <w:tcW w:w="2340" w:type="dxa"/>
            <w:tcMar>
              <w:top w:w="55" w:type="dxa"/>
              <w:left w:w="75" w:type="dxa"/>
              <w:bottom w:w="55" w:type="dxa"/>
              <w:right w:w="75" w:type="dxa"/>
            </w:tcMar>
            <w:vAlign w:val="center"/>
          </w:tcPr>
          <w:p w14:paraId="6623BB4D"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03D55391"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29F385F1"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7E664517" w14:textId="77777777" w:rsidR="00923354" w:rsidRDefault="00000000" w:rsidP="008628DB">
            <w:pPr>
              <w:snapToGrid w:val="0"/>
              <w:spacing w:after="0" w:line="240" w:lineRule="auto"/>
              <w:jc w:val="center"/>
            </w:pPr>
            <w:r>
              <w:rPr>
                <w:sz w:val="12"/>
              </w:rPr>
              <w:t>False</w:t>
            </w:r>
          </w:p>
        </w:tc>
      </w:tr>
      <w:tr w:rsidR="00923354" w14:paraId="364E7450" w14:textId="77777777" w:rsidTr="00314BAB">
        <w:trPr>
          <w:cantSplit/>
          <w:jc w:val="center"/>
        </w:trPr>
        <w:tc>
          <w:tcPr>
            <w:tcW w:w="2344" w:type="dxa"/>
            <w:tcMar>
              <w:top w:w="55" w:type="dxa"/>
              <w:left w:w="75" w:type="dxa"/>
              <w:bottom w:w="55" w:type="dxa"/>
              <w:right w:w="75" w:type="dxa"/>
            </w:tcMar>
            <w:vAlign w:val="center"/>
          </w:tcPr>
          <w:p w14:paraId="1A170434" w14:textId="77777777" w:rsidR="00923354" w:rsidRDefault="00000000" w:rsidP="008628DB">
            <w:pPr>
              <w:snapToGrid w:val="0"/>
              <w:spacing w:after="0" w:line="240" w:lineRule="auto"/>
              <w:jc w:val="center"/>
            </w:pPr>
            <w:r>
              <w:rPr>
                <w:sz w:val="12"/>
              </w:rPr>
              <w:t>GSM6552787</w:t>
            </w:r>
          </w:p>
        </w:tc>
        <w:tc>
          <w:tcPr>
            <w:tcW w:w="2356" w:type="dxa"/>
            <w:tcMar>
              <w:top w:w="55" w:type="dxa"/>
              <w:left w:w="75" w:type="dxa"/>
              <w:bottom w:w="55" w:type="dxa"/>
              <w:right w:w="75" w:type="dxa"/>
            </w:tcMar>
            <w:vAlign w:val="center"/>
          </w:tcPr>
          <w:p w14:paraId="0008FCA3" w14:textId="77777777" w:rsidR="00923354" w:rsidRDefault="00000000" w:rsidP="008628DB">
            <w:pPr>
              <w:snapToGrid w:val="0"/>
              <w:spacing w:after="0" w:line="240" w:lineRule="auto"/>
              <w:jc w:val="center"/>
            </w:pPr>
            <w:r>
              <w:rPr>
                <w:sz w:val="12"/>
              </w:rPr>
              <w:t>AMC_LCDM_Case_#15</w:t>
            </w:r>
          </w:p>
        </w:tc>
        <w:tc>
          <w:tcPr>
            <w:tcW w:w="2340" w:type="dxa"/>
            <w:tcMar>
              <w:top w:w="55" w:type="dxa"/>
              <w:left w:w="75" w:type="dxa"/>
              <w:bottom w:w="55" w:type="dxa"/>
              <w:right w:w="75" w:type="dxa"/>
            </w:tcMar>
            <w:vAlign w:val="center"/>
          </w:tcPr>
          <w:p w14:paraId="73D0A01A"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259AE9B4"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430460DA"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1A046975" w14:textId="77777777" w:rsidR="00923354" w:rsidRDefault="00000000" w:rsidP="008628DB">
            <w:pPr>
              <w:snapToGrid w:val="0"/>
              <w:spacing w:after="0" w:line="240" w:lineRule="auto"/>
              <w:jc w:val="center"/>
            </w:pPr>
            <w:r>
              <w:rPr>
                <w:sz w:val="12"/>
              </w:rPr>
              <w:t>False</w:t>
            </w:r>
          </w:p>
        </w:tc>
      </w:tr>
      <w:tr w:rsidR="00923354" w14:paraId="5B38B486" w14:textId="77777777" w:rsidTr="00314BAB">
        <w:trPr>
          <w:cantSplit/>
          <w:jc w:val="center"/>
        </w:trPr>
        <w:tc>
          <w:tcPr>
            <w:tcW w:w="2344" w:type="dxa"/>
            <w:tcMar>
              <w:top w:w="55" w:type="dxa"/>
              <w:left w:w="75" w:type="dxa"/>
              <w:bottom w:w="55" w:type="dxa"/>
              <w:right w:w="75" w:type="dxa"/>
            </w:tcMar>
            <w:vAlign w:val="center"/>
          </w:tcPr>
          <w:p w14:paraId="7AD0ED7C" w14:textId="77777777" w:rsidR="00923354" w:rsidRDefault="00000000" w:rsidP="008628DB">
            <w:pPr>
              <w:snapToGrid w:val="0"/>
              <w:spacing w:after="0" w:line="240" w:lineRule="auto"/>
              <w:jc w:val="center"/>
            </w:pPr>
            <w:r>
              <w:rPr>
                <w:sz w:val="12"/>
              </w:rPr>
              <w:t>GSM6552788</w:t>
            </w:r>
          </w:p>
        </w:tc>
        <w:tc>
          <w:tcPr>
            <w:tcW w:w="2356" w:type="dxa"/>
            <w:tcMar>
              <w:top w:w="55" w:type="dxa"/>
              <w:left w:w="75" w:type="dxa"/>
              <w:bottom w:w="55" w:type="dxa"/>
              <w:right w:w="75" w:type="dxa"/>
            </w:tcMar>
            <w:vAlign w:val="center"/>
          </w:tcPr>
          <w:p w14:paraId="3C33B8BD" w14:textId="77777777" w:rsidR="00923354" w:rsidRDefault="00000000" w:rsidP="008628DB">
            <w:pPr>
              <w:snapToGrid w:val="0"/>
              <w:spacing w:after="0" w:line="240" w:lineRule="auto"/>
              <w:jc w:val="center"/>
            </w:pPr>
            <w:r>
              <w:rPr>
                <w:sz w:val="12"/>
              </w:rPr>
              <w:t>AMC_LCDM_Case_#16</w:t>
            </w:r>
          </w:p>
        </w:tc>
        <w:tc>
          <w:tcPr>
            <w:tcW w:w="2340" w:type="dxa"/>
            <w:tcMar>
              <w:top w:w="55" w:type="dxa"/>
              <w:left w:w="75" w:type="dxa"/>
              <w:bottom w:w="55" w:type="dxa"/>
              <w:right w:w="75" w:type="dxa"/>
            </w:tcMar>
            <w:vAlign w:val="center"/>
          </w:tcPr>
          <w:p w14:paraId="27430CE5"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525265B0"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3E13E921"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1CE368D0" w14:textId="77777777" w:rsidR="00923354" w:rsidRDefault="00000000" w:rsidP="008628DB">
            <w:pPr>
              <w:snapToGrid w:val="0"/>
              <w:spacing w:after="0" w:line="240" w:lineRule="auto"/>
              <w:jc w:val="center"/>
            </w:pPr>
            <w:r>
              <w:rPr>
                <w:sz w:val="12"/>
              </w:rPr>
              <w:t>False</w:t>
            </w:r>
          </w:p>
        </w:tc>
      </w:tr>
      <w:tr w:rsidR="00923354" w14:paraId="37278D63" w14:textId="77777777" w:rsidTr="00314BAB">
        <w:trPr>
          <w:cantSplit/>
          <w:jc w:val="center"/>
        </w:trPr>
        <w:tc>
          <w:tcPr>
            <w:tcW w:w="2344" w:type="dxa"/>
            <w:tcMar>
              <w:top w:w="55" w:type="dxa"/>
              <w:left w:w="75" w:type="dxa"/>
              <w:bottom w:w="55" w:type="dxa"/>
              <w:right w:w="75" w:type="dxa"/>
            </w:tcMar>
            <w:vAlign w:val="center"/>
          </w:tcPr>
          <w:p w14:paraId="29726507" w14:textId="77777777" w:rsidR="00923354" w:rsidRDefault="00000000" w:rsidP="008628DB">
            <w:pPr>
              <w:snapToGrid w:val="0"/>
              <w:spacing w:after="0" w:line="240" w:lineRule="auto"/>
              <w:jc w:val="center"/>
            </w:pPr>
            <w:r>
              <w:rPr>
                <w:sz w:val="12"/>
              </w:rPr>
              <w:t>GSM6552789</w:t>
            </w:r>
          </w:p>
        </w:tc>
        <w:tc>
          <w:tcPr>
            <w:tcW w:w="2356" w:type="dxa"/>
            <w:tcMar>
              <w:top w:w="55" w:type="dxa"/>
              <w:left w:w="75" w:type="dxa"/>
              <w:bottom w:w="55" w:type="dxa"/>
              <w:right w:w="75" w:type="dxa"/>
            </w:tcMar>
            <w:vAlign w:val="center"/>
          </w:tcPr>
          <w:p w14:paraId="249A8A0C" w14:textId="77777777" w:rsidR="00923354" w:rsidRDefault="00000000" w:rsidP="008628DB">
            <w:pPr>
              <w:snapToGrid w:val="0"/>
              <w:spacing w:after="0" w:line="240" w:lineRule="auto"/>
              <w:jc w:val="center"/>
            </w:pPr>
            <w:r>
              <w:rPr>
                <w:sz w:val="12"/>
              </w:rPr>
              <w:t>AMC_LCDM_Case_#17</w:t>
            </w:r>
          </w:p>
        </w:tc>
        <w:tc>
          <w:tcPr>
            <w:tcW w:w="2340" w:type="dxa"/>
            <w:tcMar>
              <w:top w:w="55" w:type="dxa"/>
              <w:left w:w="75" w:type="dxa"/>
              <w:bottom w:w="55" w:type="dxa"/>
              <w:right w:w="75" w:type="dxa"/>
            </w:tcMar>
            <w:vAlign w:val="center"/>
          </w:tcPr>
          <w:p w14:paraId="57AEB34B"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64212247"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662CFC6B"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66DC9406" w14:textId="77777777" w:rsidR="00923354" w:rsidRDefault="00000000" w:rsidP="008628DB">
            <w:pPr>
              <w:snapToGrid w:val="0"/>
              <w:spacing w:after="0" w:line="240" w:lineRule="auto"/>
              <w:jc w:val="center"/>
            </w:pPr>
            <w:r>
              <w:rPr>
                <w:sz w:val="12"/>
              </w:rPr>
              <w:t>False</w:t>
            </w:r>
          </w:p>
        </w:tc>
      </w:tr>
      <w:tr w:rsidR="00923354" w14:paraId="0812FC35" w14:textId="77777777" w:rsidTr="00314BAB">
        <w:trPr>
          <w:cantSplit/>
          <w:jc w:val="center"/>
        </w:trPr>
        <w:tc>
          <w:tcPr>
            <w:tcW w:w="2344" w:type="dxa"/>
            <w:tcMar>
              <w:top w:w="55" w:type="dxa"/>
              <w:left w:w="75" w:type="dxa"/>
              <w:bottom w:w="55" w:type="dxa"/>
              <w:right w:w="75" w:type="dxa"/>
            </w:tcMar>
            <w:vAlign w:val="center"/>
          </w:tcPr>
          <w:p w14:paraId="0367D554" w14:textId="77777777" w:rsidR="00923354" w:rsidRDefault="00000000" w:rsidP="008628DB">
            <w:pPr>
              <w:snapToGrid w:val="0"/>
              <w:spacing w:after="0" w:line="240" w:lineRule="auto"/>
              <w:jc w:val="center"/>
            </w:pPr>
            <w:r>
              <w:rPr>
                <w:sz w:val="12"/>
              </w:rPr>
              <w:t>GSM6552790</w:t>
            </w:r>
          </w:p>
        </w:tc>
        <w:tc>
          <w:tcPr>
            <w:tcW w:w="2356" w:type="dxa"/>
            <w:tcMar>
              <w:top w:w="55" w:type="dxa"/>
              <w:left w:w="75" w:type="dxa"/>
              <w:bottom w:w="55" w:type="dxa"/>
              <w:right w:w="75" w:type="dxa"/>
            </w:tcMar>
            <w:vAlign w:val="center"/>
          </w:tcPr>
          <w:p w14:paraId="416F9A22" w14:textId="77777777" w:rsidR="00923354" w:rsidRDefault="00000000" w:rsidP="008628DB">
            <w:pPr>
              <w:snapToGrid w:val="0"/>
              <w:spacing w:after="0" w:line="240" w:lineRule="auto"/>
              <w:jc w:val="center"/>
            </w:pPr>
            <w:r>
              <w:rPr>
                <w:sz w:val="12"/>
              </w:rPr>
              <w:t>AMC_LCDM_Case_#18</w:t>
            </w:r>
          </w:p>
        </w:tc>
        <w:tc>
          <w:tcPr>
            <w:tcW w:w="2340" w:type="dxa"/>
            <w:tcMar>
              <w:top w:w="55" w:type="dxa"/>
              <w:left w:w="75" w:type="dxa"/>
              <w:bottom w:w="55" w:type="dxa"/>
              <w:right w:w="75" w:type="dxa"/>
            </w:tcMar>
            <w:vAlign w:val="center"/>
          </w:tcPr>
          <w:p w14:paraId="7178E10A" w14:textId="77777777" w:rsidR="00923354" w:rsidRDefault="00000000" w:rsidP="008628DB">
            <w:pPr>
              <w:snapToGrid w:val="0"/>
              <w:spacing w:after="0" w:line="240" w:lineRule="auto"/>
              <w:jc w:val="center"/>
            </w:pPr>
            <w:r>
              <w:rPr>
                <w:sz w:val="12"/>
              </w:rPr>
              <w:t>NAC response</w:t>
            </w:r>
          </w:p>
        </w:tc>
        <w:tc>
          <w:tcPr>
            <w:tcW w:w="2356" w:type="dxa"/>
            <w:tcMar>
              <w:top w:w="55" w:type="dxa"/>
              <w:left w:w="75" w:type="dxa"/>
              <w:bottom w:w="55" w:type="dxa"/>
              <w:right w:w="75" w:type="dxa"/>
            </w:tcMar>
            <w:vAlign w:val="center"/>
          </w:tcPr>
          <w:p w14:paraId="455E42E8"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4C3984F0" w14:textId="77777777" w:rsidR="00923354" w:rsidRDefault="00000000" w:rsidP="008628DB">
            <w:pPr>
              <w:snapToGrid w:val="0"/>
              <w:spacing w:after="0" w:line="240" w:lineRule="auto"/>
              <w:jc w:val="center"/>
            </w:pPr>
            <w:r>
              <w:rPr>
                <w:sz w:val="12"/>
              </w:rPr>
              <w:t>Response</w:t>
            </w:r>
          </w:p>
        </w:tc>
        <w:tc>
          <w:tcPr>
            <w:tcW w:w="2505" w:type="dxa"/>
            <w:tcMar>
              <w:top w:w="55" w:type="dxa"/>
              <w:left w:w="75" w:type="dxa"/>
              <w:bottom w:w="55" w:type="dxa"/>
              <w:right w:w="75" w:type="dxa"/>
            </w:tcMar>
            <w:vAlign w:val="center"/>
          </w:tcPr>
          <w:p w14:paraId="55ADD00A" w14:textId="77777777" w:rsidR="00923354" w:rsidRDefault="00000000" w:rsidP="008628DB">
            <w:pPr>
              <w:snapToGrid w:val="0"/>
              <w:spacing w:after="0" w:line="240" w:lineRule="auto"/>
              <w:jc w:val="center"/>
            </w:pPr>
            <w:r>
              <w:rPr>
                <w:sz w:val="12"/>
              </w:rPr>
              <w:t>False</w:t>
            </w:r>
          </w:p>
        </w:tc>
      </w:tr>
      <w:tr w:rsidR="00923354" w14:paraId="44588A1C" w14:textId="77777777" w:rsidTr="00314BAB">
        <w:trPr>
          <w:cantSplit/>
          <w:jc w:val="center"/>
        </w:trPr>
        <w:tc>
          <w:tcPr>
            <w:tcW w:w="2344" w:type="dxa"/>
            <w:tcMar>
              <w:top w:w="55" w:type="dxa"/>
              <w:left w:w="75" w:type="dxa"/>
              <w:bottom w:w="55" w:type="dxa"/>
              <w:right w:w="75" w:type="dxa"/>
            </w:tcMar>
            <w:vAlign w:val="center"/>
          </w:tcPr>
          <w:p w14:paraId="5B62384C" w14:textId="77777777" w:rsidR="00923354" w:rsidRDefault="00000000" w:rsidP="008628DB">
            <w:pPr>
              <w:snapToGrid w:val="0"/>
              <w:spacing w:after="0" w:line="240" w:lineRule="auto"/>
              <w:jc w:val="center"/>
            </w:pPr>
            <w:r>
              <w:rPr>
                <w:sz w:val="12"/>
              </w:rPr>
              <w:t>GSM6552791</w:t>
            </w:r>
          </w:p>
        </w:tc>
        <w:tc>
          <w:tcPr>
            <w:tcW w:w="2356" w:type="dxa"/>
            <w:tcMar>
              <w:top w:w="55" w:type="dxa"/>
              <w:left w:w="75" w:type="dxa"/>
              <w:bottom w:w="55" w:type="dxa"/>
              <w:right w:w="75" w:type="dxa"/>
            </w:tcMar>
            <w:vAlign w:val="center"/>
          </w:tcPr>
          <w:p w14:paraId="62169A8B" w14:textId="77777777" w:rsidR="00923354" w:rsidRDefault="00000000" w:rsidP="008628DB">
            <w:pPr>
              <w:snapToGrid w:val="0"/>
              <w:spacing w:after="0" w:line="240" w:lineRule="auto"/>
              <w:jc w:val="center"/>
            </w:pPr>
            <w:r>
              <w:rPr>
                <w:sz w:val="12"/>
              </w:rPr>
              <w:t>AMC_LCDM_Case_#19</w:t>
            </w:r>
          </w:p>
        </w:tc>
        <w:tc>
          <w:tcPr>
            <w:tcW w:w="2340" w:type="dxa"/>
            <w:tcMar>
              <w:top w:w="55" w:type="dxa"/>
              <w:left w:w="75" w:type="dxa"/>
              <w:bottom w:w="55" w:type="dxa"/>
              <w:right w:w="75" w:type="dxa"/>
            </w:tcMar>
            <w:vAlign w:val="center"/>
          </w:tcPr>
          <w:p w14:paraId="1833A5A8"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1066EBBC"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576E4CA2"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3D7ECBAD" w14:textId="77777777" w:rsidR="00923354" w:rsidRDefault="00000000" w:rsidP="008628DB">
            <w:pPr>
              <w:snapToGrid w:val="0"/>
              <w:spacing w:after="0" w:line="240" w:lineRule="auto"/>
              <w:jc w:val="center"/>
            </w:pPr>
            <w:r>
              <w:rPr>
                <w:sz w:val="12"/>
              </w:rPr>
              <w:t>True</w:t>
            </w:r>
          </w:p>
        </w:tc>
      </w:tr>
      <w:tr w:rsidR="00923354" w14:paraId="1E5D9F83" w14:textId="77777777" w:rsidTr="00314BAB">
        <w:trPr>
          <w:cantSplit/>
          <w:jc w:val="center"/>
        </w:trPr>
        <w:tc>
          <w:tcPr>
            <w:tcW w:w="2344" w:type="dxa"/>
            <w:tcMar>
              <w:top w:w="55" w:type="dxa"/>
              <w:left w:w="75" w:type="dxa"/>
              <w:bottom w:w="55" w:type="dxa"/>
              <w:right w:w="75" w:type="dxa"/>
            </w:tcMar>
            <w:vAlign w:val="center"/>
          </w:tcPr>
          <w:p w14:paraId="13B71AFB" w14:textId="77777777" w:rsidR="00923354" w:rsidRDefault="00000000" w:rsidP="008628DB">
            <w:pPr>
              <w:snapToGrid w:val="0"/>
              <w:spacing w:after="0" w:line="240" w:lineRule="auto"/>
              <w:jc w:val="center"/>
            </w:pPr>
            <w:r>
              <w:rPr>
                <w:sz w:val="12"/>
              </w:rPr>
              <w:t>GSM6552792</w:t>
            </w:r>
          </w:p>
        </w:tc>
        <w:tc>
          <w:tcPr>
            <w:tcW w:w="2356" w:type="dxa"/>
            <w:tcMar>
              <w:top w:w="55" w:type="dxa"/>
              <w:left w:w="75" w:type="dxa"/>
              <w:bottom w:w="55" w:type="dxa"/>
              <w:right w:w="75" w:type="dxa"/>
            </w:tcMar>
            <w:vAlign w:val="center"/>
          </w:tcPr>
          <w:p w14:paraId="7292DB9C" w14:textId="77777777" w:rsidR="00923354" w:rsidRDefault="00000000" w:rsidP="008628DB">
            <w:pPr>
              <w:snapToGrid w:val="0"/>
              <w:spacing w:after="0" w:line="240" w:lineRule="auto"/>
              <w:jc w:val="center"/>
            </w:pPr>
            <w:r>
              <w:rPr>
                <w:sz w:val="12"/>
              </w:rPr>
              <w:t>AMC_LCDM_Case_#20</w:t>
            </w:r>
          </w:p>
        </w:tc>
        <w:tc>
          <w:tcPr>
            <w:tcW w:w="2340" w:type="dxa"/>
            <w:tcMar>
              <w:top w:w="55" w:type="dxa"/>
              <w:left w:w="75" w:type="dxa"/>
              <w:bottom w:w="55" w:type="dxa"/>
              <w:right w:w="75" w:type="dxa"/>
            </w:tcMar>
            <w:vAlign w:val="center"/>
          </w:tcPr>
          <w:p w14:paraId="06FFD401"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1F74E63C"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62B1444B"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4595C970" w14:textId="77777777" w:rsidR="00923354" w:rsidRDefault="00000000" w:rsidP="008628DB">
            <w:pPr>
              <w:snapToGrid w:val="0"/>
              <w:spacing w:after="0" w:line="240" w:lineRule="auto"/>
              <w:jc w:val="center"/>
            </w:pPr>
            <w:r>
              <w:rPr>
                <w:sz w:val="12"/>
              </w:rPr>
              <w:t>True</w:t>
            </w:r>
          </w:p>
        </w:tc>
      </w:tr>
      <w:tr w:rsidR="00923354" w14:paraId="41444DB5" w14:textId="77777777" w:rsidTr="00314BAB">
        <w:trPr>
          <w:cantSplit/>
          <w:jc w:val="center"/>
        </w:trPr>
        <w:tc>
          <w:tcPr>
            <w:tcW w:w="2344" w:type="dxa"/>
            <w:tcMar>
              <w:top w:w="55" w:type="dxa"/>
              <w:left w:w="75" w:type="dxa"/>
              <w:bottom w:w="55" w:type="dxa"/>
              <w:right w:w="75" w:type="dxa"/>
            </w:tcMar>
            <w:vAlign w:val="center"/>
          </w:tcPr>
          <w:p w14:paraId="08BD258E" w14:textId="77777777" w:rsidR="00923354" w:rsidRDefault="00000000" w:rsidP="008628DB">
            <w:pPr>
              <w:snapToGrid w:val="0"/>
              <w:spacing w:after="0" w:line="240" w:lineRule="auto"/>
              <w:jc w:val="center"/>
            </w:pPr>
            <w:r>
              <w:rPr>
                <w:sz w:val="12"/>
              </w:rPr>
              <w:t>GSM6552793</w:t>
            </w:r>
          </w:p>
        </w:tc>
        <w:tc>
          <w:tcPr>
            <w:tcW w:w="2356" w:type="dxa"/>
            <w:tcMar>
              <w:top w:w="55" w:type="dxa"/>
              <w:left w:w="75" w:type="dxa"/>
              <w:bottom w:w="55" w:type="dxa"/>
              <w:right w:w="75" w:type="dxa"/>
            </w:tcMar>
            <w:vAlign w:val="center"/>
          </w:tcPr>
          <w:p w14:paraId="5B567E91" w14:textId="77777777" w:rsidR="00923354" w:rsidRDefault="00000000" w:rsidP="008628DB">
            <w:pPr>
              <w:snapToGrid w:val="0"/>
              <w:spacing w:after="0" w:line="240" w:lineRule="auto"/>
              <w:jc w:val="center"/>
            </w:pPr>
            <w:r>
              <w:rPr>
                <w:sz w:val="12"/>
              </w:rPr>
              <w:t>AMC_LCDM_Case_#21</w:t>
            </w:r>
          </w:p>
        </w:tc>
        <w:tc>
          <w:tcPr>
            <w:tcW w:w="2340" w:type="dxa"/>
            <w:tcMar>
              <w:top w:w="55" w:type="dxa"/>
              <w:left w:w="75" w:type="dxa"/>
              <w:bottom w:w="55" w:type="dxa"/>
              <w:right w:w="75" w:type="dxa"/>
            </w:tcMar>
            <w:vAlign w:val="center"/>
          </w:tcPr>
          <w:p w14:paraId="2042738B"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3057606E" w14:textId="77777777" w:rsidR="00923354" w:rsidRDefault="00000000" w:rsidP="008628DB">
            <w:pPr>
              <w:snapToGrid w:val="0"/>
              <w:spacing w:after="0" w:line="240" w:lineRule="auto"/>
              <w:jc w:val="center"/>
            </w:pPr>
            <w:r>
              <w:rPr>
                <w:sz w:val="12"/>
              </w:rPr>
              <w:t>Yes</w:t>
            </w:r>
          </w:p>
        </w:tc>
        <w:tc>
          <w:tcPr>
            <w:tcW w:w="2355" w:type="dxa"/>
            <w:tcMar>
              <w:top w:w="55" w:type="dxa"/>
              <w:left w:w="75" w:type="dxa"/>
              <w:bottom w:w="55" w:type="dxa"/>
              <w:right w:w="75" w:type="dxa"/>
            </w:tcMar>
            <w:vAlign w:val="center"/>
          </w:tcPr>
          <w:p w14:paraId="231B39FF"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668CC3E6" w14:textId="77777777" w:rsidR="00923354" w:rsidRDefault="00000000" w:rsidP="008628DB">
            <w:pPr>
              <w:snapToGrid w:val="0"/>
              <w:spacing w:after="0" w:line="240" w:lineRule="auto"/>
              <w:jc w:val="center"/>
            </w:pPr>
            <w:r>
              <w:rPr>
                <w:sz w:val="12"/>
              </w:rPr>
              <w:t>True</w:t>
            </w:r>
          </w:p>
        </w:tc>
      </w:tr>
      <w:tr w:rsidR="00923354" w14:paraId="27A0C3A3" w14:textId="77777777" w:rsidTr="00314BAB">
        <w:trPr>
          <w:cantSplit/>
          <w:jc w:val="center"/>
        </w:trPr>
        <w:tc>
          <w:tcPr>
            <w:tcW w:w="2344" w:type="dxa"/>
            <w:tcMar>
              <w:top w:w="55" w:type="dxa"/>
              <w:left w:w="75" w:type="dxa"/>
              <w:bottom w:w="55" w:type="dxa"/>
              <w:right w:w="75" w:type="dxa"/>
            </w:tcMar>
            <w:vAlign w:val="center"/>
          </w:tcPr>
          <w:p w14:paraId="7465FBF5" w14:textId="77777777" w:rsidR="00923354" w:rsidRDefault="00000000" w:rsidP="008628DB">
            <w:pPr>
              <w:snapToGrid w:val="0"/>
              <w:spacing w:after="0" w:line="240" w:lineRule="auto"/>
              <w:jc w:val="center"/>
            </w:pPr>
            <w:r>
              <w:rPr>
                <w:sz w:val="12"/>
              </w:rPr>
              <w:t>GSM6552794</w:t>
            </w:r>
          </w:p>
        </w:tc>
        <w:tc>
          <w:tcPr>
            <w:tcW w:w="2356" w:type="dxa"/>
            <w:tcMar>
              <w:top w:w="55" w:type="dxa"/>
              <w:left w:w="75" w:type="dxa"/>
              <w:bottom w:w="55" w:type="dxa"/>
              <w:right w:w="75" w:type="dxa"/>
            </w:tcMar>
            <w:vAlign w:val="center"/>
          </w:tcPr>
          <w:p w14:paraId="077FD2BB" w14:textId="77777777" w:rsidR="00923354" w:rsidRDefault="00000000" w:rsidP="008628DB">
            <w:pPr>
              <w:snapToGrid w:val="0"/>
              <w:spacing w:after="0" w:line="240" w:lineRule="auto"/>
              <w:jc w:val="center"/>
            </w:pPr>
            <w:r>
              <w:rPr>
                <w:sz w:val="12"/>
              </w:rPr>
              <w:t>AMC_LCDM_Case_#22</w:t>
            </w:r>
          </w:p>
        </w:tc>
        <w:tc>
          <w:tcPr>
            <w:tcW w:w="2340" w:type="dxa"/>
            <w:tcMar>
              <w:top w:w="55" w:type="dxa"/>
              <w:left w:w="75" w:type="dxa"/>
              <w:bottom w:w="55" w:type="dxa"/>
              <w:right w:w="75" w:type="dxa"/>
            </w:tcMar>
            <w:vAlign w:val="center"/>
          </w:tcPr>
          <w:p w14:paraId="4DC3F2A0"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713FC1C8"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35FA17CF"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5670274E" w14:textId="77777777" w:rsidR="00923354" w:rsidRDefault="00000000" w:rsidP="008628DB">
            <w:pPr>
              <w:snapToGrid w:val="0"/>
              <w:spacing w:after="0" w:line="240" w:lineRule="auto"/>
              <w:jc w:val="center"/>
            </w:pPr>
            <w:r>
              <w:rPr>
                <w:sz w:val="12"/>
              </w:rPr>
              <w:t>False</w:t>
            </w:r>
          </w:p>
        </w:tc>
      </w:tr>
      <w:tr w:rsidR="00923354" w14:paraId="14594B42" w14:textId="77777777" w:rsidTr="00314BAB">
        <w:trPr>
          <w:cantSplit/>
          <w:jc w:val="center"/>
        </w:trPr>
        <w:tc>
          <w:tcPr>
            <w:tcW w:w="2344" w:type="dxa"/>
            <w:tcMar>
              <w:top w:w="55" w:type="dxa"/>
              <w:left w:w="75" w:type="dxa"/>
              <w:bottom w:w="55" w:type="dxa"/>
              <w:right w:w="75" w:type="dxa"/>
            </w:tcMar>
            <w:vAlign w:val="center"/>
          </w:tcPr>
          <w:p w14:paraId="5D7E180F" w14:textId="77777777" w:rsidR="00923354" w:rsidRDefault="00000000" w:rsidP="008628DB">
            <w:pPr>
              <w:snapToGrid w:val="0"/>
              <w:spacing w:after="0" w:line="240" w:lineRule="auto"/>
              <w:jc w:val="center"/>
            </w:pPr>
            <w:r>
              <w:rPr>
                <w:sz w:val="12"/>
              </w:rPr>
              <w:t>GSM6552795</w:t>
            </w:r>
          </w:p>
        </w:tc>
        <w:tc>
          <w:tcPr>
            <w:tcW w:w="2356" w:type="dxa"/>
            <w:tcMar>
              <w:top w:w="55" w:type="dxa"/>
              <w:left w:w="75" w:type="dxa"/>
              <w:bottom w:w="55" w:type="dxa"/>
              <w:right w:w="75" w:type="dxa"/>
            </w:tcMar>
            <w:vAlign w:val="center"/>
          </w:tcPr>
          <w:p w14:paraId="496DDB1B" w14:textId="77777777" w:rsidR="00923354" w:rsidRDefault="00000000" w:rsidP="008628DB">
            <w:pPr>
              <w:snapToGrid w:val="0"/>
              <w:spacing w:after="0" w:line="240" w:lineRule="auto"/>
              <w:jc w:val="center"/>
            </w:pPr>
            <w:r>
              <w:rPr>
                <w:sz w:val="12"/>
              </w:rPr>
              <w:t>AMC_LCDM_Case_#23</w:t>
            </w:r>
          </w:p>
        </w:tc>
        <w:tc>
          <w:tcPr>
            <w:tcW w:w="2340" w:type="dxa"/>
            <w:tcMar>
              <w:top w:w="55" w:type="dxa"/>
              <w:left w:w="75" w:type="dxa"/>
              <w:bottom w:w="55" w:type="dxa"/>
              <w:right w:w="75" w:type="dxa"/>
            </w:tcMar>
            <w:vAlign w:val="center"/>
          </w:tcPr>
          <w:p w14:paraId="167B649E"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16CFB1A8"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38DF2C9C"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64BF2773" w14:textId="77777777" w:rsidR="00923354" w:rsidRDefault="00000000" w:rsidP="008628DB">
            <w:pPr>
              <w:snapToGrid w:val="0"/>
              <w:spacing w:after="0" w:line="240" w:lineRule="auto"/>
              <w:jc w:val="center"/>
            </w:pPr>
            <w:r>
              <w:rPr>
                <w:sz w:val="12"/>
              </w:rPr>
              <w:t>False</w:t>
            </w:r>
          </w:p>
        </w:tc>
      </w:tr>
      <w:tr w:rsidR="00923354" w14:paraId="3E2B9157" w14:textId="77777777" w:rsidTr="00314BAB">
        <w:trPr>
          <w:cantSplit/>
          <w:jc w:val="center"/>
        </w:trPr>
        <w:tc>
          <w:tcPr>
            <w:tcW w:w="2344" w:type="dxa"/>
            <w:tcMar>
              <w:top w:w="55" w:type="dxa"/>
              <w:left w:w="75" w:type="dxa"/>
              <w:bottom w:w="55" w:type="dxa"/>
              <w:right w:w="75" w:type="dxa"/>
            </w:tcMar>
            <w:vAlign w:val="center"/>
          </w:tcPr>
          <w:p w14:paraId="40A8ECB5" w14:textId="77777777" w:rsidR="00923354" w:rsidRDefault="00000000" w:rsidP="008628DB">
            <w:pPr>
              <w:snapToGrid w:val="0"/>
              <w:spacing w:after="0" w:line="240" w:lineRule="auto"/>
              <w:jc w:val="center"/>
            </w:pPr>
            <w:r>
              <w:rPr>
                <w:sz w:val="12"/>
              </w:rPr>
              <w:t>GSM6552796</w:t>
            </w:r>
          </w:p>
        </w:tc>
        <w:tc>
          <w:tcPr>
            <w:tcW w:w="2356" w:type="dxa"/>
            <w:tcMar>
              <w:top w:w="55" w:type="dxa"/>
              <w:left w:w="75" w:type="dxa"/>
              <w:bottom w:w="55" w:type="dxa"/>
              <w:right w:w="75" w:type="dxa"/>
            </w:tcMar>
            <w:vAlign w:val="center"/>
          </w:tcPr>
          <w:p w14:paraId="2B8DAB67" w14:textId="77777777" w:rsidR="00923354" w:rsidRDefault="00000000" w:rsidP="008628DB">
            <w:pPr>
              <w:snapToGrid w:val="0"/>
              <w:spacing w:after="0" w:line="240" w:lineRule="auto"/>
              <w:jc w:val="center"/>
            </w:pPr>
            <w:r>
              <w:rPr>
                <w:sz w:val="12"/>
              </w:rPr>
              <w:t>AMC_LCDM_Case_#24</w:t>
            </w:r>
          </w:p>
        </w:tc>
        <w:tc>
          <w:tcPr>
            <w:tcW w:w="2340" w:type="dxa"/>
            <w:tcMar>
              <w:top w:w="55" w:type="dxa"/>
              <w:left w:w="75" w:type="dxa"/>
              <w:bottom w:w="55" w:type="dxa"/>
              <w:right w:w="75" w:type="dxa"/>
            </w:tcMar>
            <w:vAlign w:val="center"/>
          </w:tcPr>
          <w:p w14:paraId="74F56B7A"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06291817"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718DEC11"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6CA62D7A" w14:textId="77777777" w:rsidR="00923354" w:rsidRDefault="00000000" w:rsidP="008628DB">
            <w:pPr>
              <w:snapToGrid w:val="0"/>
              <w:spacing w:after="0" w:line="240" w:lineRule="auto"/>
              <w:jc w:val="center"/>
            </w:pPr>
            <w:r>
              <w:rPr>
                <w:sz w:val="12"/>
              </w:rPr>
              <w:t>False</w:t>
            </w:r>
          </w:p>
        </w:tc>
      </w:tr>
      <w:tr w:rsidR="00923354" w14:paraId="4C83F05D" w14:textId="77777777" w:rsidTr="00314BAB">
        <w:trPr>
          <w:cantSplit/>
          <w:jc w:val="center"/>
        </w:trPr>
        <w:tc>
          <w:tcPr>
            <w:tcW w:w="2344" w:type="dxa"/>
            <w:tcMar>
              <w:top w:w="55" w:type="dxa"/>
              <w:left w:w="75" w:type="dxa"/>
              <w:bottom w:w="55" w:type="dxa"/>
              <w:right w:w="75" w:type="dxa"/>
            </w:tcMar>
            <w:vAlign w:val="center"/>
          </w:tcPr>
          <w:p w14:paraId="28737F5D" w14:textId="77777777" w:rsidR="00923354" w:rsidRDefault="00000000" w:rsidP="008628DB">
            <w:pPr>
              <w:snapToGrid w:val="0"/>
              <w:spacing w:after="0" w:line="240" w:lineRule="auto"/>
              <w:jc w:val="center"/>
            </w:pPr>
            <w:r>
              <w:rPr>
                <w:sz w:val="12"/>
              </w:rPr>
              <w:t>GSM6552797</w:t>
            </w:r>
          </w:p>
        </w:tc>
        <w:tc>
          <w:tcPr>
            <w:tcW w:w="2356" w:type="dxa"/>
            <w:tcMar>
              <w:top w:w="55" w:type="dxa"/>
              <w:left w:w="75" w:type="dxa"/>
              <w:bottom w:w="55" w:type="dxa"/>
              <w:right w:w="75" w:type="dxa"/>
            </w:tcMar>
            <w:vAlign w:val="center"/>
          </w:tcPr>
          <w:p w14:paraId="71E9D492" w14:textId="77777777" w:rsidR="00923354" w:rsidRDefault="00000000" w:rsidP="008628DB">
            <w:pPr>
              <w:snapToGrid w:val="0"/>
              <w:spacing w:after="0" w:line="240" w:lineRule="auto"/>
              <w:jc w:val="center"/>
            </w:pPr>
            <w:r>
              <w:rPr>
                <w:sz w:val="12"/>
              </w:rPr>
              <w:t>AMC_LCDM_Case_#25</w:t>
            </w:r>
          </w:p>
        </w:tc>
        <w:tc>
          <w:tcPr>
            <w:tcW w:w="2340" w:type="dxa"/>
            <w:tcMar>
              <w:top w:w="55" w:type="dxa"/>
              <w:left w:w="75" w:type="dxa"/>
              <w:bottom w:w="55" w:type="dxa"/>
              <w:right w:w="75" w:type="dxa"/>
            </w:tcMar>
            <w:vAlign w:val="center"/>
          </w:tcPr>
          <w:p w14:paraId="328CD150"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5F46AFAB"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35CE2982"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411B39C4" w14:textId="77777777" w:rsidR="00923354" w:rsidRDefault="00000000" w:rsidP="008628DB">
            <w:pPr>
              <w:snapToGrid w:val="0"/>
              <w:spacing w:after="0" w:line="240" w:lineRule="auto"/>
              <w:jc w:val="center"/>
            </w:pPr>
            <w:r>
              <w:rPr>
                <w:sz w:val="12"/>
              </w:rPr>
              <w:t>False</w:t>
            </w:r>
          </w:p>
        </w:tc>
      </w:tr>
      <w:tr w:rsidR="00923354" w14:paraId="39EA5A34" w14:textId="77777777" w:rsidTr="00314BAB">
        <w:trPr>
          <w:cantSplit/>
          <w:jc w:val="center"/>
        </w:trPr>
        <w:tc>
          <w:tcPr>
            <w:tcW w:w="2344" w:type="dxa"/>
            <w:tcMar>
              <w:top w:w="55" w:type="dxa"/>
              <w:left w:w="75" w:type="dxa"/>
              <w:bottom w:w="55" w:type="dxa"/>
              <w:right w:w="75" w:type="dxa"/>
            </w:tcMar>
            <w:vAlign w:val="center"/>
          </w:tcPr>
          <w:p w14:paraId="7CA909A8" w14:textId="77777777" w:rsidR="00923354" w:rsidRDefault="00000000" w:rsidP="008628DB">
            <w:pPr>
              <w:snapToGrid w:val="0"/>
              <w:spacing w:after="0" w:line="240" w:lineRule="auto"/>
              <w:jc w:val="center"/>
            </w:pPr>
            <w:r>
              <w:rPr>
                <w:sz w:val="12"/>
              </w:rPr>
              <w:t>GSM6552798</w:t>
            </w:r>
          </w:p>
        </w:tc>
        <w:tc>
          <w:tcPr>
            <w:tcW w:w="2356" w:type="dxa"/>
            <w:tcMar>
              <w:top w:w="55" w:type="dxa"/>
              <w:left w:w="75" w:type="dxa"/>
              <w:bottom w:w="55" w:type="dxa"/>
              <w:right w:w="75" w:type="dxa"/>
            </w:tcMar>
            <w:vAlign w:val="center"/>
          </w:tcPr>
          <w:p w14:paraId="7BE4651E" w14:textId="77777777" w:rsidR="00923354" w:rsidRDefault="00000000" w:rsidP="008628DB">
            <w:pPr>
              <w:snapToGrid w:val="0"/>
              <w:spacing w:after="0" w:line="240" w:lineRule="auto"/>
              <w:jc w:val="center"/>
            </w:pPr>
            <w:r>
              <w:rPr>
                <w:sz w:val="12"/>
              </w:rPr>
              <w:t>AMC_LCDM_Case_#26</w:t>
            </w:r>
          </w:p>
        </w:tc>
        <w:tc>
          <w:tcPr>
            <w:tcW w:w="2340" w:type="dxa"/>
            <w:tcMar>
              <w:top w:w="55" w:type="dxa"/>
              <w:left w:w="75" w:type="dxa"/>
              <w:bottom w:w="55" w:type="dxa"/>
              <w:right w:w="75" w:type="dxa"/>
            </w:tcMar>
            <w:vAlign w:val="center"/>
          </w:tcPr>
          <w:p w14:paraId="0408301B"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492A2731"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712E6328"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1B9EE600" w14:textId="77777777" w:rsidR="00923354" w:rsidRDefault="00000000" w:rsidP="008628DB">
            <w:pPr>
              <w:snapToGrid w:val="0"/>
              <w:spacing w:after="0" w:line="240" w:lineRule="auto"/>
              <w:jc w:val="center"/>
            </w:pPr>
            <w:r>
              <w:rPr>
                <w:sz w:val="12"/>
              </w:rPr>
              <w:t>False</w:t>
            </w:r>
          </w:p>
        </w:tc>
      </w:tr>
      <w:tr w:rsidR="00923354" w14:paraId="7431F267" w14:textId="77777777" w:rsidTr="00314BAB">
        <w:trPr>
          <w:cantSplit/>
          <w:jc w:val="center"/>
        </w:trPr>
        <w:tc>
          <w:tcPr>
            <w:tcW w:w="2344" w:type="dxa"/>
            <w:tcMar>
              <w:top w:w="55" w:type="dxa"/>
              <w:left w:w="75" w:type="dxa"/>
              <w:bottom w:w="55" w:type="dxa"/>
              <w:right w:w="75" w:type="dxa"/>
            </w:tcMar>
            <w:vAlign w:val="center"/>
          </w:tcPr>
          <w:p w14:paraId="6E934C50" w14:textId="77777777" w:rsidR="00923354" w:rsidRDefault="00000000" w:rsidP="008628DB">
            <w:pPr>
              <w:snapToGrid w:val="0"/>
              <w:spacing w:after="0" w:line="240" w:lineRule="auto"/>
              <w:jc w:val="center"/>
            </w:pPr>
            <w:r>
              <w:rPr>
                <w:sz w:val="12"/>
              </w:rPr>
              <w:t>GSM6552799</w:t>
            </w:r>
          </w:p>
        </w:tc>
        <w:tc>
          <w:tcPr>
            <w:tcW w:w="2356" w:type="dxa"/>
            <w:tcMar>
              <w:top w:w="55" w:type="dxa"/>
              <w:left w:w="75" w:type="dxa"/>
              <w:bottom w:w="55" w:type="dxa"/>
              <w:right w:w="75" w:type="dxa"/>
            </w:tcMar>
            <w:vAlign w:val="center"/>
          </w:tcPr>
          <w:p w14:paraId="23E38795" w14:textId="77777777" w:rsidR="00923354" w:rsidRDefault="00000000" w:rsidP="008628DB">
            <w:pPr>
              <w:snapToGrid w:val="0"/>
              <w:spacing w:after="0" w:line="240" w:lineRule="auto"/>
              <w:jc w:val="center"/>
            </w:pPr>
            <w:r>
              <w:rPr>
                <w:sz w:val="12"/>
              </w:rPr>
              <w:t>AMC_LCDM_Case_#27</w:t>
            </w:r>
          </w:p>
        </w:tc>
        <w:tc>
          <w:tcPr>
            <w:tcW w:w="2340" w:type="dxa"/>
            <w:tcMar>
              <w:top w:w="55" w:type="dxa"/>
              <w:left w:w="75" w:type="dxa"/>
              <w:bottom w:w="55" w:type="dxa"/>
              <w:right w:w="75" w:type="dxa"/>
            </w:tcMar>
            <w:vAlign w:val="center"/>
          </w:tcPr>
          <w:p w14:paraId="6AD535F8"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108458F1"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4054D3F7"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11549056" w14:textId="77777777" w:rsidR="00923354" w:rsidRDefault="00000000" w:rsidP="008628DB">
            <w:pPr>
              <w:snapToGrid w:val="0"/>
              <w:spacing w:after="0" w:line="240" w:lineRule="auto"/>
              <w:jc w:val="center"/>
            </w:pPr>
            <w:r>
              <w:rPr>
                <w:sz w:val="12"/>
              </w:rPr>
              <w:t>False</w:t>
            </w:r>
          </w:p>
        </w:tc>
      </w:tr>
      <w:tr w:rsidR="00923354" w14:paraId="59C84281" w14:textId="77777777" w:rsidTr="00314BAB">
        <w:trPr>
          <w:cantSplit/>
          <w:jc w:val="center"/>
        </w:trPr>
        <w:tc>
          <w:tcPr>
            <w:tcW w:w="2344" w:type="dxa"/>
            <w:tcMar>
              <w:top w:w="55" w:type="dxa"/>
              <w:left w:w="75" w:type="dxa"/>
              <w:bottom w:w="55" w:type="dxa"/>
              <w:right w:w="75" w:type="dxa"/>
            </w:tcMar>
            <w:vAlign w:val="center"/>
          </w:tcPr>
          <w:p w14:paraId="3B2D5E57" w14:textId="77777777" w:rsidR="00923354" w:rsidRDefault="00000000" w:rsidP="008628DB">
            <w:pPr>
              <w:snapToGrid w:val="0"/>
              <w:spacing w:after="0" w:line="240" w:lineRule="auto"/>
              <w:jc w:val="center"/>
            </w:pPr>
            <w:r>
              <w:rPr>
                <w:sz w:val="12"/>
              </w:rPr>
              <w:t>GSM6552800</w:t>
            </w:r>
          </w:p>
        </w:tc>
        <w:tc>
          <w:tcPr>
            <w:tcW w:w="2356" w:type="dxa"/>
            <w:tcMar>
              <w:top w:w="55" w:type="dxa"/>
              <w:left w:w="75" w:type="dxa"/>
              <w:bottom w:w="55" w:type="dxa"/>
              <w:right w:w="75" w:type="dxa"/>
            </w:tcMar>
            <w:vAlign w:val="center"/>
          </w:tcPr>
          <w:p w14:paraId="56891249" w14:textId="77777777" w:rsidR="00923354" w:rsidRDefault="00000000" w:rsidP="008628DB">
            <w:pPr>
              <w:snapToGrid w:val="0"/>
              <w:spacing w:after="0" w:line="240" w:lineRule="auto"/>
              <w:jc w:val="center"/>
            </w:pPr>
            <w:r>
              <w:rPr>
                <w:sz w:val="12"/>
              </w:rPr>
              <w:t>AMC_LCDM_Case_#28</w:t>
            </w:r>
          </w:p>
        </w:tc>
        <w:tc>
          <w:tcPr>
            <w:tcW w:w="2340" w:type="dxa"/>
            <w:tcMar>
              <w:top w:w="55" w:type="dxa"/>
              <w:left w:w="75" w:type="dxa"/>
              <w:bottom w:w="55" w:type="dxa"/>
              <w:right w:w="75" w:type="dxa"/>
            </w:tcMar>
            <w:vAlign w:val="center"/>
          </w:tcPr>
          <w:p w14:paraId="638F5CD3"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0DE8F07C"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3C5E72C1"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0E652850" w14:textId="77777777" w:rsidR="00923354" w:rsidRDefault="00000000" w:rsidP="008628DB">
            <w:pPr>
              <w:snapToGrid w:val="0"/>
              <w:spacing w:after="0" w:line="240" w:lineRule="auto"/>
              <w:jc w:val="center"/>
            </w:pPr>
            <w:r>
              <w:rPr>
                <w:sz w:val="12"/>
              </w:rPr>
              <w:t>False</w:t>
            </w:r>
          </w:p>
        </w:tc>
      </w:tr>
      <w:tr w:rsidR="00923354" w14:paraId="5EF43D7F" w14:textId="77777777" w:rsidTr="00314BAB">
        <w:trPr>
          <w:cantSplit/>
          <w:jc w:val="center"/>
        </w:trPr>
        <w:tc>
          <w:tcPr>
            <w:tcW w:w="2344" w:type="dxa"/>
            <w:tcMar>
              <w:top w:w="55" w:type="dxa"/>
              <w:left w:w="75" w:type="dxa"/>
              <w:bottom w:w="55" w:type="dxa"/>
              <w:right w:w="75" w:type="dxa"/>
            </w:tcMar>
            <w:vAlign w:val="center"/>
          </w:tcPr>
          <w:p w14:paraId="72AC269A" w14:textId="77777777" w:rsidR="00923354" w:rsidRDefault="00000000" w:rsidP="008628DB">
            <w:pPr>
              <w:snapToGrid w:val="0"/>
              <w:spacing w:after="0" w:line="240" w:lineRule="auto"/>
              <w:jc w:val="center"/>
            </w:pPr>
            <w:r>
              <w:rPr>
                <w:sz w:val="12"/>
              </w:rPr>
              <w:t>GSM6552801</w:t>
            </w:r>
          </w:p>
        </w:tc>
        <w:tc>
          <w:tcPr>
            <w:tcW w:w="2356" w:type="dxa"/>
            <w:tcMar>
              <w:top w:w="55" w:type="dxa"/>
              <w:left w:w="75" w:type="dxa"/>
              <w:bottom w:w="55" w:type="dxa"/>
              <w:right w:w="75" w:type="dxa"/>
            </w:tcMar>
            <w:vAlign w:val="center"/>
          </w:tcPr>
          <w:p w14:paraId="5151D6AF" w14:textId="77777777" w:rsidR="00923354" w:rsidRDefault="00000000" w:rsidP="008628DB">
            <w:pPr>
              <w:snapToGrid w:val="0"/>
              <w:spacing w:after="0" w:line="240" w:lineRule="auto"/>
              <w:jc w:val="center"/>
            </w:pPr>
            <w:r>
              <w:rPr>
                <w:sz w:val="12"/>
              </w:rPr>
              <w:t>AMC_LCDM_Case_#29</w:t>
            </w:r>
          </w:p>
        </w:tc>
        <w:tc>
          <w:tcPr>
            <w:tcW w:w="2340" w:type="dxa"/>
            <w:tcMar>
              <w:top w:w="55" w:type="dxa"/>
              <w:left w:w="75" w:type="dxa"/>
              <w:bottom w:w="55" w:type="dxa"/>
              <w:right w:w="75" w:type="dxa"/>
            </w:tcMar>
            <w:vAlign w:val="center"/>
          </w:tcPr>
          <w:p w14:paraId="4BA5D143"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3359E170"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1A2A6752"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67CA8243" w14:textId="77777777" w:rsidR="00923354" w:rsidRDefault="00000000" w:rsidP="008628DB">
            <w:pPr>
              <w:snapToGrid w:val="0"/>
              <w:spacing w:after="0" w:line="240" w:lineRule="auto"/>
              <w:jc w:val="center"/>
            </w:pPr>
            <w:r>
              <w:rPr>
                <w:sz w:val="12"/>
              </w:rPr>
              <w:t>False</w:t>
            </w:r>
          </w:p>
        </w:tc>
      </w:tr>
      <w:tr w:rsidR="00923354" w14:paraId="7DDF331C" w14:textId="77777777" w:rsidTr="00314BAB">
        <w:trPr>
          <w:cantSplit/>
          <w:jc w:val="center"/>
        </w:trPr>
        <w:tc>
          <w:tcPr>
            <w:tcW w:w="2344" w:type="dxa"/>
            <w:tcMar>
              <w:top w:w="55" w:type="dxa"/>
              <w:left w:w="75" w:type="dxa"/>
              <w:bottom w:w="55" w:type="dxa"/>
              <w:right w:w="75" w:type="dxa"/>
            </w:tcMar>
            <w:vAlign w:val="center"/>
          </w:tcPr>
          <w:p w14:paraId="5AE82653" w14:textId="77777777" w:rsidR="00923354" w:rsidRDefault="00000000" w:rsidP="008628DB">
            <w:pPr>
              <w:snapToGrid w:val="0"/>
              <w:spacing w:after="0" w:line="240" w:lineRule="auto"/>
              <w:jc w:val="center"/>
            </w:pPr>
            <w:r>
              <w:rPr>
                <w:sz w:val="12"/>
              </w:rPr>
              <w:t>GSM6552802</w:t>
            </w:r>
          </w:p>
        </w:tc>
        <w:tc>
          <w:tcPr>
            <w:tcW w:w="2356" w:type="dxa"/>
            <w:tcMar>
              <w:top w:w="55" w:type="dxa"/>
              <w:left w:w="75" w:type="dxa"/>
              <w:bottom w:w="55" w:type="dxa"/>
              <w:right w:w="75" w:type="dxa"/>
            </w:tcMar>
            <w:vAlign w:val="center"/>
          </w:tcPr>
          <w:p w14:paraId="17131B4B" w14:textId="77777777" w:rsidR="00923354" w:rsidRDefault="00000000" w:rsidP="008628DB">
            <w:pPr>
              <w:snapToGrid w:val="0"/>
              <w:spacing w:after="0" w:line="240" w:lineRule="auto"/>
              <w:jc w:val="center"/>
            </w:pPr>
            <w:r>
              <w:rPr>
                <w:sz w:val="12"/>
              </w:rPr>
              <w:t>AMC_LCDM_Case_#30</w:t>
            </w:r>
          </w:p>
        </w:tc>
        <w:tc>
          <w:tcPr>
            <w:tcW w:w="2340" w:type="dxa"/>
            <w:tcMar>
              <w:top w:w="55" w:type="dxa"/>
              <w:left w:w="75" w:type="dxa"/>
              <w:bottom w:w="55" w:type="dxa"/>
              <w:right w:w="75" w:type="dxa"/>
            </w:tcMar>
            <w:vAlign w:val="center"/>
          </w:tcPr>
          <w:p w14:paraId="530AB741"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5D251C7E"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73C2EC7B"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17F71B4E" w14:textId="77777777" w:rsidR="00923354" w:rsidRDefault="00000000" w:rsidP="008628DB">
            <w:pPr>
              <w:snapToGrid w:val="0"/>
              <w:spacing w:after="0" w:line="240" w:lineRule="auto"/>
              <w:jc w:val="center"/>
            </w:pPr>
            <w:r>
              <w:rPr>
                <w:sz w:val="12"/>
              </w:rPr>
              <w:t>False</w:t>
            </w:r>
          </w:p>
        </w:tc>
      </w:tr>
      <w:tr w:rsidR="00923354" w14:paraId="78CD1387" w14:textId="77777777" w:rsidTr="00314BAB">
        <w:trPr>
          <w:cantSplit/>
          <w:jc w:val="center"/>
        </w:trPr>
        <w:tc>
          <w:tcPr>
            <w:tcW w:w="2344" w:type="dxa"/>
            <w:tcMar>
              <w:top w:w="55" w:type="dxa"/>
              <w:left w:w="75" w:type="dxa"/>
              <w:bottom w:w="55" w:type="dxa"/>
              <w:right w:w="75" w:type="dxa"/>
            </w:tcMar>
            <w:vAlign w:val="center"/>
          </w:tcPr>
          <w:p w14:paraId="76B8A6B7" w14:textId="77777777" w:rsidR="00923354" w:rsidRDefault="00000000" w:rsidP="008628DB">
            <w:pPr>
              <w:snapToGrid w:val="0"/>
              <w:spacing w:after="0" w:line="240" w:lineRule="auto"/>
              <w:jc w:val="center"/>
            </w:pPr>
            <w:r>
              <w:rPr>
                <w:sz w:val="12"/>
              </w:rPr>
              <w:t>GSM6552803</w:t>
            </w:r>
          </w:p>
        </w:tc>
        <w:tc>
          <w:tcPr>
            <w:tcW w:w="2356" w:type="dxa"/>
            <w:tcMar>
              <w:top w:w="55" w:type="dxa"/>
              <w:left w:w="75" w:type="dxa"/>
              <w:bottom w:w="55" w:type="dxa"/>
              <w:right w:w="75" w:type="dxa"/>
            </w:tcMar>
            <w:vAlign w:val="center"/>
          </w:tcPr>
          <w:p w14:paraId="24E0A9C0" w14:textId="77777777" w:rsidR="00923354" w:rsidRDefault="00000000" w:rsidP="008628DB">
            <w:pPr>
              <w:snapToGrid w:val="0"/>
              <w:spacing w:after="0" w:line="240" w:lineRule="auto"/>
              <w:jc w:val="center"/>
            </w:pPr>
            <w:r>
              <w:rPr>
                <w:sz w:val="12"/>
              </w:rPr>
              <w:t>AMC_LCDM_Case_#31</w:t>
            </w:r>
          </w:p>
        </w:tc>
        <w:tc>
          <w:tcPr>
            <w:tcW w:w="2340" w:type="dxa"/>
            <w:tcMar>
              <w:top w:w="55" w:type="dxa"/>
              <w:left w:w="75" w:type="dxa"/>
              <w:bottom w:w="55" w:type="dxa"/>
              <w:right w:w="75" w:type="dxa"/>
            </w:tcMar>
            <w:vAlign w:val="center"/>
          </w:tcPr>
          <w:p w14:paraId="59DCFA8C"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0D84B7DC"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378E3516"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65974F60" w14:textId="77777777" w:rsidR="00923354" w:rsidRDefault="00000000" w:rsidP="008628DB">
            <w:pPr>
              <w:snapToGrid w:val="0"/>
              <w:spacing w:after="0" w:line="240" w:lineRule="auto"/>
              <w:jc w:val="center"/>
            </w:pPr>
            <w:r>
              <w:rPr>
                <w:sz w:val="12"/>
              </w:rPr>
              <w:t>False</w:t>
            </w:r>
          </w:p>
        </w:tc>
      </w:tr>
      <w:tr w:rsidR="00923354" w14:paraId="591F0907" w14:textId="77777777" w:rsidTr="00314BAB">
        <w:trPr>
          <w:cantSplit/>
          <w:jc w:val="center"/>
        </w:trPr>
        <w:tc>
          <w:tcPr>
            <w:tcW w:w="2344" w:type="dxa"/>
            <w:tcMar>
              <w:top w:w="55" w:type="dxa"/>
              <w:left w:w="75" w:type="dxa"/>
              <w:bottom w:w="55" w:type="dxa"/>
              <w:right w:w="75" w:type="dxa"/>
            </w:tcMar>
            <w:vAlign w:val="center"/>
          </w:tcPr>
          <w:p w14:paraId="6E731355" w14:textId="77777777" w:rsidR="00923354" w:rsidRDefault="00000000" w:rsidP="008628DB">
            <w:pPr>
              <w:snapToGrid w:val="0"/>
              <w:spacing w:after="0" w:line="240" w:lineRule="auto"/>
              <w:jc w:val="center"/>
            </w:pPr>
            <w:r>
              <w:rPr>
                <w:sz w:val="12"/>
              </w:rPr>
              <w:t>GSM6552804</w:t>
            </w:r>
          </w:p>
        </w:tc>
        <w:tc>
          <w:tcPr>
            <w:tcW w:w="2356" w:type="dxa"/>
            <w:tcMar>
              <w:top w:w="55" w:type="dxa"/>
              <w:left w:w="75" w:type="dxa"/>
              <w:bottom w:w="55" w:type="dxa"/>
              <w:right w:w="75" w:type="dxa"/>
            </w:tcMar>
            <w:vAlign w:val="center"/>
          </w:tcPr>
          <w:p w14:paraId="4FB9964B" w14:textId="77777777" w:rsidR="00923354" w:rsidRDefault="00000000" w:rsidP="008628DB">
            <w:pPr>
              <w:snapToGrid w:val="0"/>
              <w:spacing w:after="0" w:line="240" w:lineRule="auto"/>
              <w:jc w:val="center"/>
            </w:pPr>
            <w:r>
              <w:rPr>
                <w:sz w:val="12"/>
              </w:rPr>
              <w:t>AMC_LCDM_Case_#32</w:t>
            </w:r>
          </w:p>
        </w:tc>
        <w:tc>
          <w:tcPr>
            <w:tcW w:w="2340" w:type="dxa"/>
            <w:tcMar>
              <w:top w:w="55" w:type="dxa"/>
              <w:left w:w="75" w:type="dxa"/>
              <w:bottom w:w="55" w:type="dxa"/>
              <w:right w:w="75" w:type="dxa"/>
            </w:tcMar>
            <w:vAlign w:val="center"/>
          </w:tcPr>
          <w:p w14:paraId="1DC7A32D"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0ECBA65B"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35B99C98"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2CB93B27" w14:textId="77777777" w:rsidR="00923354" w:rsidRDefault="00000000" w:rsidP="008628DB">
            <w:pPr>
              <w:snapToGrid w:val="0"/>
              <w:spacing w:after="0" w:line="240" w:lineRule="auto"/>
              <w:jc w:val="center"/>
            </w:pPr>
            <w:r>
              <w:rPr>
                <w:sz w:val="12"/>
              </w:rPr>
              <w:t>False</w:t>
            </w:r>
          </w:p>
        </w:tc>
      </w:tr>
      <w:tr w:rsidR="00923354" w14:paraId="4415592D" w14:textId="77777777" w:rsidTr="00314BAB">
        <w:trPr>
          <w:cantSplit/>
          <w:jc w:val="center"/>
        </w:trPr>
        <w:tc>
          <w:tcPr>
            <w:tcW w:w="2344" w:type="dxa"/>
            <w:tcMar>
              <w:top w:w="55" w:type="dxa"/>
              <w:left w:w="75" w:type="dxa"/>
              <w:bottom w:w="55" w:type="dxa"/>
              <w:right w:w="75" w:type="dxa"/>
            </w:tcMar>
            <w:vAlign w:val="center"/>
          </w:tcPr>
          <w:p w14:paraId="16AA44C9" w14:textId="77777777" w:rsidR="00923354" w:rsidRDefault="00000000" w:rsidP="008628DB">
            <w:pPr>
              <w:snapToGrid w:val="0"/>
              <w:spacing w:after="0" w:line="240" w:lineRule="auto"/>
              <w:jc w:val="center"/>
            </w:pPr>
            <w:r>
              <w:rPr>
                <w:sz w:val="12"/>
              </w:rPr>
              <w:t>GSM6552805</w:t>
            </w:r>
          </w:p>
        </w:tc>
        <w:tc>
          <w:tcPr>
            <w:tcW w:w="2356" w:type="dxa"/>
            <w:tcMar>
              <w:top w:w="55" w:type="dxa"/>
              <w:left w:w="75" w:type="dxa"/>
              <w:bottom w:w="55" w:type="dxa"/>
              <w:right w:w="75" w:type="dxa"/>
            </w:tcMar>
            <w:vAlign w:val="center"/>
          </w:tcPr>
          <w:p w14:paraId="1D1D946F" w14:textId="77777777" w:rsidR="00923354" w:rsidRDefault="00000000" w:rsidP="008628DB">
            <w:pPr>
              <w:snapToGrid w:val="0"/>
              <w:spacing w:after="0" w:line="240" w:lineRule="auto"/>
              <w:jc w:val="center"/>
            </w:pPr>
            <w:r>
              <w:rPr>
                <w:sz w:val="12"/>
              </w:rPr>
              <w:t>AMC_LCDM_Case_#33</w:t>
            </w:r>
          </w:p>
        </w:tc>
        <w:tc>
          <w:tcPr>
            <w:tcW w:w="2340" w:type="dxa"/>
            <w:tcMar>
              <w:top w:w="55" w:type="dxa"/>
              <w:left w:w="75" w:type="dxa"/>
              <w:bottom w:w="55" w:type="dxa"/>
              <w:right w:w="75" w:type="dxa"/>
            </w:tcMar>
            <w:vAlign w:val="center"/>
          </w:tcPr>
          <w:p w14:paraId="12D42FC2"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7138D940"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2CF359CC"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0EC8B005" w14:textId="77777777" w:rsidR="00923354" w:rsidRDefault="00000000" w:rsidP="008628DB">
            <w:pPr>
              <w:snapToGrid w:val="0"/>
              <w:spacing w:after="0" w:line="240" w:lineRule="auto"/>
              <w:jc w:val="center"/>
            </w:pPr>
            <w:r>
              <w:rPr>
                <w:sz w:val="12"/>
              </w:rPr>
              <w:t>False</w:t>
            </w:r>
          </w:p>
        </w:tc>
      </w:tr>
      <w:tr w:rsidR="00923354" w14:paraId="7F5BDF13" w14:textId="77777777" w:rsidTr="00314BAB">
        <w:trPr>
          <w:cantSplit/>
          <w:jc w:val="center"/>
        </w:trPr>
        <w:tc>
          <w:tcPr>
            <w:tcW w:w="2344" w:type="dxa"/>
            <w:tcMar>
              <w:top w:w="55" w:type="dxa"/>
              <w:left w:w="75" w:type="dxa"/>
              <w:bottom w:w="55" w:type="dxa"/>
              <w:right w:w="75" w:type="dxa"/>
            </w:tcMar>
            <w:vAlign w:val="center"/>
          </w:tcPr>
          <w:p w14:paraId="020AF762" w14:textId="77777777" w:rsidR="00923354" w:rsidRDefault="00000000" w:rsidP="008628DB">
            <w:pPr>
              <w:snapToGrid w:val="0"/>
              <w:spacing w:after="0" w:line="240" w:lineRule="auto"/>
              <w:jc w:val="center"/>
            </w:pPr>
            <w:r>
              <w:rPr>
                <w:sz w:val="12"/>
              </w:rPr>
              <w:t>GSM6552806</w:t>
            </w:r>
          </w:p>
        </w:tc>
        <w:tc>
          <w:tcPr>
            <w:tcW w:w="2356" w:type="dxa"/>
            <w:tcMar>
              <w:top w:w="55" w:type="dxa"/>
              <w:left w:w="75" w:type="dxa"/>
              <w:bottom w:w="55" w:type="dxa"/>
              <w:right w:w="75" w:type="dxa"/>
            </w:tcMar>
            <w:vAlign w:val="center"/>
          </w:tcPr>
          <w:p w14:paraId="79C10A85" w14:textId="77777777" w:rsidR="00923354" w:rsidRDefault="00000000" w:rsidP="008628DB">
            <w:pPr>
              <w:snapToGrid w:val="0"/>
              <w:spacing w:after="0" w:line="240" w:lineRule="auto"/>
              <w:jc w:val="center"/>
            </w:pPr>
            <w:r>
              <w:rPr>
                <w:sz w:val="12"/>
              </w:rPr>
              <w:t>AMC_LCDM_Case_#34</w:t>
            </w:r>
          </w:p>
        </w:tc>
        <w:tc>
          <w:tcPr>
            <w:tcW w:w="2340" w:type="dxa"/>
            <w:tcMar>
              <w:top w:w="55" w:type="dxa"/>
              <w:left w:w="75" w:type="dxa"/>
              <w:bottom w:w="55" w:type="dxa"/>
              <w:right w:w="75" w:type="dxa"/>
            </w:tcMar>
            <w:vAlign w:val="center"/>
          </w:tcPr>
          <w:p w14:paraId="7DBD78B1"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68CC101D"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77932570"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63103205" w14:textId="77777777" w:rsidR="00923354" w:rsidRDefault="00000000" w:rsidP="008628DB">
            <w:pPr>
              <w:snapToGrid w:val="0"/>
              <w:spacing w:after="0" w:line="240" w:lineRule="auto"/>
              <w:jc w:val="center"/>
            </w:pPr>
            <w:r>
              <w:rPr>
                <w:sz w:val="12"/>
              </w:rPr>
              <w:t>False</w:t>
            </w:r>
          </w:p>
        </w:tc>
      </w:tr>
      <w:tr w:rsidR="00923354" w14:paraId="1B792A18" w14:textId="77777777" w:rsidTr="00314BAB">
        <w:trPr>
          <w:cantSplit/>
          <w:jc w:val="center"/>
        </w:trPr>
        <w:tc>
          <w:tcPr>
            <w:tcW w:w="2344" w:type="dxa"/>
            <w:tcMar>
              <w:top w:w="55" w:type="dxa"/>
              <w:left w:w="75" w:type="dxa"/>
              <w:bottom w:w="55" w:type="dxa"/>
              <w:right w:w="75" w:type="dxa"/>
            </w:tcMar>
            <w:vAlign w:val="center"/>
          </w:tcPr>
          <w:p w14:paraId="0289E660" w14:textId="77777777" w:rsidR="00923354" w:rsidRDefault="00000000" w:rsidP="008628DB">
            <w:pPr>
              <w:snapToGrid w:val="0"/>
              <w:spacing w:after="0" w:line="240" w:lineRule="auto"/>
              <w:jc w:val="center"/>
            </w:pPr>
            <w:r>
              <w:rPr>
                <w:sz w:val="12"/>
              </w:rPr>
              <w:t>GSM6552807</w:t>
            </w:r>
          </w:p>
        </w:tc>
        <w:tc>
          <w:tcPr>
            <w:tcW w:w="2356" w:type="dxa"/>
            <w:tcMar>
              <w:top w:w="55" w:type="dxa"/>
              <w:left w:w="75" w:type="dxa"/>
              <w:bottom w:w="55" w:type="dxa"/>
              <w:right w:w="75" w:type="dxa"/>
            </w:tcMar>
            <w:vAlign w:val="center"/>
          </w:tcPr>
          <w:p w14:paraId="7F5797C2" w14:textId="77777777" w:rsidR="00923354" w:rsidRDefault="00000000" w:rsidP="008628DB">
            <w:pPr>
              <w:snapToGrid w:val="0"/>
              <w:spacing w:after="0" w:line="240" w:lineRule="auto"/>
              <w:jc w:val="center"/>
            </w:pPr>
            <w:r>
              <w:rPr>
                <w:sz w:val="12"/>
              </w:rPr>
              <w:t>AMC_LCDM_Case_#35</w:t>
            </w:r>
          </w:p>
        </w:tc>
        <w:tc>
          <w:tcPr>
            <w:tcW w:w="2340" w:type="dxa"/>
            <w:tcMar>
              <w:top w:w="55" w:type="dxa"/>
              <w:left w:w="75" w:type="dxa"/>
              <w:bottom w:w="55" w:type="dxa"/>
              <w:right w:w="75" w:type="dxa"/>
            </w:tcMar>
            <w:vAlign w:val="center"/>
          </w:tcPr>
          <w:p w14:paraId="5E65F818"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08EBA2D7"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52D2B7B8"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78DEEEB9" w14:textId="77777777" w:rsidR="00923354" w:rsidRDefault="00000000" w:rsidP="008628DB">
            <w:pPr>
              <w:snapToGrid w:val="0"/>
              <w:spacing w:after="0" w:line="240" w:lineRule="auto"/>
              <w:jc w:val="center"/>
            </w:pPr>
            <w:r>
              <w:rPr>
                <w:sz w:val="12"/>
              </w:rPr>
              <w:t>False</w:t>
            </w:r>
          </w:p>
        </w:tc>
      </w:tr>
      <w:tr w:rsidR="00923354" w14:paraId="34AC625A" w14:textId="77777777" w:rsidTr="00314BAB">
        <w:trPr>
          <w:cantSplit/>
          <w:jc w:val="center"/>
        </w:trPr>
        <w:tc>
          <w:tcPr>
            <w:tcW w:w="2344" w:type="dxa"/>
            <w:tcMar>
              <w:top w:w="55" w:type="dxa"/>
              <w:left w:w="75" w:type="dxa"/>
              <w:bottom w:w="55" w:type="dxa"/>
              <w:right w:w="75" w:type="dxa"/>
            </w:tcMar>
            <w:vAlign w:val="center"/>
          </w:tcPr>
          <w:p w14:paraId="12508A00" w14:textId="77777777" w:rsidR="00923354" w:rsidRDefault="00000000" w:rsidP="008628DB">
            <w:pPr>
              <w:snapToGrid w:val="0"/>
              <w:spacing w:after="0" w:line="240" w:lineRule="auto"/>
              <w:jc w:val="center"/>
            </w:pPr>
            <w:r>
              <w:rPr>
                <w:sz w:val="12"/>
              </w:rPr>
              <w:t>GSM6552808</w:t>
            </w:r>
          </w:p>
        </w:tc>
        <w:tc>
          <w:tcPr>
            <w:tcW w:w="2356" w:type="dxa"/>
            <w:tcMar>
              <w:top w:w="55" w:type="dxa"/>
              <w:left w:w="75" w:type="dxa"/>
              <w:bottom w:w="55" w:type="dxa"/>
              <w:right w:w="75" w:type="dxa"/>
            </w:tcMar>
            <w:vAlign w:val="center"/>
          </w:tcPr>
          <w:p w14:paraId="36CAED14" w14:textId="77777777" w:rsidR="00923354" w:rsidRDefault="00000000" w:rsidP="008628DB">
            <w:pPr>
              <w:snapToGrid w:val="0"/>
              <w:spacing w:after="0" w:line="240" w:lineRule="auto"/>
              <w:jc w:val="center"/>
            </w:pPr>
            <w:r>
              <w:rPr>
                <w:sz w:val="12"/>
              </w:rPr>
              <w:t>AMC_LCDM_Case_#36</w:t>
            </w:r>
          </w:p>
        </w:tc>
        <w:tc>
          <w:tcPr>
            <w:tcW w:w="2340" w:type="dxa"/>
            <w:tcMar>
              <w:top w:w="55" w:type="dxa"/>
              <w:left w:w="75" w:type="dxa"/>
              <w:bottom w:w="55" w:type="dxa"/>
              <w:right w:w="75" w:type="dxa"/>
            </w:tcMar>
            <w:vAlign w:val="center"/>
          </w:tcPr>
          <w:p w14:paraId="21F5F242"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735B8738"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195F66DB"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7BF9AE9B" w14:textId="77777777" w:rsidR="00923354" w:rsidRDefault="00000000" w:rsidP="008628DB">
            <w:pPr>
              <w:snapToGrid w:val="0"/>
              <w:spacing w:after="0" w:line="240" w:lineRule="auto"/>
              <w:jc w:val="center"/>
            </w:pPr>
            <w:r>
              <w:rPr>
                <w:sz w:val="12"/>
              </w:rPr>
              <w:t>False</w:t>
            </w:r>
          </w:p>
        </w:tc>
      </w:tr>
      <w:tr w:rsidR="00923354" w14:paraId="34BB2AB0" w14:textId="77777777" w:rsidTr="00314BAB">
        <w:trPr>
          <w:cantSplit/>
          <w:jc w:val="center"/>
        </w:trPr>
        <w:tc>
          <w:tcPr>
            <w:tcW w:w="2344" w:type="dxa"/>
            <w:tcMar>
              <w:top w:w="55" w:type="dxa"/>
              <w:left w:w="75" w:type="dxa"/>
              <w:bottom w:w="55" w:type="dxa"/>
              <w:right w:w="75" w:type="dxa"/>
            </w:tcMar>
            <w:vAlign w:val="center"/>
          </w:tcPr>
          <w:p w14:paraId="5445DBB4" w14:textId="77777777" w:rsidR="00923354" w:rsidRDefault="00000000" w:rsidP="008628DB">
            <w:pPr>
              <w:snapToGrid w:val="0"/>
              <w:spacing w:after="0" w:line="240" w:lineRule="auto"/>
              <w:jc w:val="center"/>
            </w:pPr>
            <w:r>
              <w:rPr>
                <w:sz w:val="12"/>
              </w:rPr>
              <w:t>GSM6552809</w:t>
            </w:r>
          </w:p>
        </w:tc>
        <w:tc>
          <w:tcPr>
            <w:tcW w:w="2356" w:type="dxa"/>
            <w:tcMar>
              <w:top w:w="55" w:type="dxa"/>
              <w:left w:w="75" w:type="dxa"/>
              <w:bottom w:w="55" w:type="dxa"/>
              <w:right w:w="75" w:type="dxa"/>
            </w:tcMar>
            <w:vAlign w:val="center"/>
          </w:tcPr>
          <w:p w14:paraId="170A6D66" w14:textId="77777777" w:rsidR="00923354" w:rsidRDefault="00000000" w:rsidP="008628DB">
            <w:pPr>
              <w:snapToGrid w:val="0"/>
              <w:spacing w:after="0" w:line="240" w:lineRule="auto"/>
              <w:jc w:val="center"/>
            </w:pPr>
            <w:r>
              <w:rPr>
                <w:sz w:val="12"/>
              </w:rPr>
              <w:t>AMC_LCDM_Case_#37</w:t>
            </w:r>
          </w:p>
        </w:tc>
        <w:tc>
          <w:tcPr>
            <w:tcW w:w="2340" w:type="dxa"/>
            <w:tcMar>
              <w:top w:w="55" w:type="dxa"/>
              <w:left w:w="75" w:type="dxa"/>
              <w:bottom w:w="55" w:type="dxa"/>
              <w:right w:w="75" w:type="dxa"/>
            </w:tcMar>
            <w:vAlign w:val="center"/>
          </w:tcPr>
          <w:p w14:paraId="06138FD7"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3781DDE8"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0C2AECF8"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65D197D8" w14:textId="77777777" w:rsidR="00923354" w:rsidRDefault="00000000" w:rsidP="008628DB">
            <w:pPr>
              <w:snapToGrid w:val="0"/>
              <w:spacing w:after="0" w:line="240" w:lineRule="auto"/>
              <w:jc w:val="center"/>
            </w:pPr>
            <w:r>
              <w:rPr>
                <w:sz w:val="12"/>
              </w:rPr>
              <w:t>False</w:t>
            </w:r>
          </w:p>
        </w:tc>
      </w:tr>
      <w:tr w:rsidR="00923354" w14:paraId="31D8E3F8" w14:textId="77777777" w:rsidTr="00314BAB">
        <w:trPr>
          <w:cantSplit/>
          <w:jc w:val="center"/>
        </w:trPr>
        <w:tc>
          <w:tcPr>
            <w:tcW w:w="2344" w:type="dxa"/>
            <w:tcMar>
              <w:top w:w="55" w:type="dxa"/>
              <w:left w:w="75" w:type="dxa"/>
              <w:bottom w:w="55" w:type="dxa"/>
              <w:right w:w="75" w:type="dxa"/>
            </w:tcMar>
            <w:vAlign w:val="center"/>
          </w:tcPr>
          <w:p w14:paraId="0B616706" w14:textId="77777777" w:rsidR="00923354" w:rsidRDefault="00000000" w:rsidP="008628DB">
            <w:pPr>
              <w:snapToGrid w:val="0"/>
              <w:spacing w:after="0" w:line="240" w:lineRule="auto"/>
              <w:jc w:val="center"/>
            </w:pPr>
            <w:r>
              <w:rPr>
                <w:sz w:val="12"/>
              </w:rPr>
              <w:t>GSM6552810</w:t>
            </w:r>
          </w:p>
        </w:tc>
        <w:tc>
          <w:tcPr>
            <w:tcW w:w="2356" w:type="dxa"/>
            <w:tcMar>
              <w:top w:w="55" w:type="dxa"/>
              <w:left w:w="75" w:type="dxa"/>
              <w:bottom w:w="55" w:type="dxa"/>
              <w:right w:w="75" w:type="dxa"/>
            </w:tcMar>
            <w:vAlign w:val="center"/>
          </w:tcPr>
          <w:p w14:paraId="32BA16CA" w14:textId="77777777" w:rsidR="00923354" w:rsidRDefault="00000000" w:rsidP="008628DB">
            <w:pPr>
              <w:snapToGrid w:val="0"/>
              <w:spacing w:after="0" w:line="240" w:lineRule="auto"/>
              <w:jc w:val="center"/>
            </w:pPr>
            <w:r>
              <w:rPr>
                <w:sz w:val="12"/>
              </w:rPr>
              <w:t>AMC_LCDM_Case_#38</w:t>
            </w:r>
          </w:p>
        </w:tc>
        <w:tc>
          <w:tcPr>
            <w:tcW w:w="2340" w:type="dxa"/>
            <w:tcMar>
              <w:top w:w="55" w:type="dxa"/>
              <w:left w:w="75" w:type="dxa"/>
              <w:bottom w:w="55" w:type="dxa"/>
              <w:right w:w="75" w:type="dxa"/>
            </w:tcMar>
            <w:vAlign w:val="center"/>
          </w:tcPr>
          <w:p w14:paraId="28091368" w14:textId="77777777" w:rsidR="00923354" w:rsidRDefault="00000000" w:rsidP="008628DB">
            <w:pPr>
              <w:snapToGrid w:val="0"/>
              <w:spacing w:after="0" w:line="240" w:lineRule="auto"/>
              <w:jc w:val="center"/>
            </w:pPr>
            <w:r>
              <w:rPr>
                <w:sz w:val="12"/>
              </w:rPr>
              <w:t>NAC non response</w:t>
            </w:r>
          </w:p>
        </w:tc>
        <w:tc>
          <w:tcPr>
            <w:tcW w:w="2356" w:type="dxa"/>
            <w:tcMar>
              <w:top w:w="55" w:type="dxa"/>
              <w:left w:w="75" w:type="dxa"/>
              <w:bottom w:w="55" w:type="dxa"/>
              <w:right w:w="75" w:type="dxa"/>
            </w:tcMar>
            <w:vAlign w:val="center"/>
          </w:tcPr>
          <w:p w14:paraId="7F3A5651" w14:textId="77777777" w:rsidR="00923354" w:rsidRDefault="00000000" w:rsidP="008628DB">
            <w:pPr>
              <w:snapToGrid w:val="0"/>
              <w:spacing w:after="0" w:line="240" w:lineRule="auto"/>
              <w:jc w:val="center"/>
            </w:pPr>
            <w:r>
              <w:rPr>
                <w:sz w:val="12"/>
              </w:rPr>
              <w:t>No</w:t>
            </w:r>
          </w:p>
        </w:tc>
        <w:tc>
          <w:tcPr>
            <w:tcW w:w="2355" w:type="dxa"/>
            <w:tcMar>
              <w:top w:w="55" w:type="dxa"/>
              <w:left w:w="75" w:type="dxa"/>
              <w:bottom w:w="55" w:type="dxa"/>
              <w:right w:w="75" w:type="dxa"/>
            </w:tcMar>
            <w:vAlign w:val="center"/>
          </w:tcPr>
          <w:p w14:paraId="7C0E63F3" w14:textId="77777777" w:rsidR="00923354" w:rsidRDefault="00000000" w:rsidP="008628DB">
            <w:pPr>
              <w:snapToGrid w:val="0"/>
              <w:spacing w:after="0" w:line="240" w:lineRule="auto"/>
              <w:jc w:val="center"/>
            </w:pPr>
            <w:r>
              <w:rPr>
                <w:sz w:val="12"/>
              </w:rPr>
              <w:t>Non-response</w:t>
            </w:r>
          </w:p>
        </w:tc>
        <w:tc>
          <w:tcPr>
            <w:tcW w:w="2505" w:type="dxa"/>
            <w:tcMar>
              <w:top w:w="55" w:type="dxa"/>
              <w:left w:w="75" w:type="dxa"/>
              <w:bottom w:w="55" w:type="dxa"/>
              <w:right w:w="75" w:type="dxa"/>
            </w:tcMar>
            <w:vAlign w:val="center"/>
          </w:tcPr>
          <w:p w14:paraId="4F1D4B27" w14:textId="77777777" w:rsidR="00923354" w:rsidRDefault="00000000" w:rsidP="008628DB">
            <w:pPr>
              <w:snapToGrid w:val="0"/>
              <w:spacing w:after="0" w:line="240" w:lineRule="auto"/>
              <w:jc w:val="center"/>
            </w:pPr>
            <w:r>
              <w:rPr>
                <w:sz w:val="12"/>
              </w:rPr>
              <w:t>False</w:t>
            </w:r>
          </w:p>
        </w:tc>
      </w:tr>
      <w:tr w:rsidR="00923354" w14:paraId="31740807" w14:textId="77777777" w:rsidTr="00314BAB">
        <w:trPr>
          <w:cantSplit/>
          <w:jc w:val="center"/>
        </w:trPr>
        <w:tc>
          <w:tcPr>
            <w:tcW w:w="2344" w:type="dxa"/>
            <w:tcBorders>
              <w:bottom w:val="single" w:sz="4" w:space="0" w:color="auto"/>
            </w:tcBorders>
            <w:tcMar>
              <w:top w:w="55" w:type="dxa"/>
              <w:left w:w="75" w:type="dxa"/>
              <w:bottom w:w="55" w:type="dxa"/>
              <w:right w:w="75" w:type="dxa"/>
            </w:tcMar>
            <w:vAlign w:val="center"/>
          </w:tcPr>
          <w:p w14:paraId="68AE81E6" w14:textId="77777777" w:rsidR="00923354" w:rsidRDefault="00000000" w:rsidP="008628DB">
            <w:pPr>
              <w:snapToGrid w:val="0"/>
              <w:spacing w:after="0" w:line="240" w:lineRule="auto"/>
              <w:jc w:val="center"/>
            </w:pPr>
            <w:r>
              <w:rPr>
                <w:sz w:val="12"/>
              </w:rPr>
              <w:t>GSM6552811</w:t>
            </w:r>
          </w:p>
        </w:tc>
        <w:tc>
          <w:tcPr>
            <w:tcW w:w="2356" w:type="dxa"/>
            <w:tcBorders>
              <w:bottom w:val="single" w:sz="4" w:space="0" w:color="auto"/>
            </w:tcBorders>
            <w:tcMar>
              <w:top w:w="55" w:type="dxa"/>
              <w:left w:w="75" w:type="dxa"/>
              <w:bottom w:w="55" w:type="dxa"/>
              <w:right w:w="75" w:type="dxa"/>
            </w:tcMar>
            <w:vAlign w:val="center"/>
          </w:tcPr>
          <w:p w14:paraId="09BA4879" w14:textId="77777777" w:rsidR="00923354" w:rsidRDefault="00000000" w:rsidP="008628DB">
            <w:pPr>
              <w:snapToGrid w:val="0"/>
              <w:spacing w:after="0" w:line="240" w:lineRule="auto"/>
              <w:jc w:val="center"/>
            </w:pPr>
            <w:r>
              <w:rPr>
                <w:sz w:val="12"/>
              </w:rPr>
              <w:t>AMC_LCDM_Case_#39</w:t>
            </w:r>
          </w:p>
        </w:tc>
        <w:tc>
          <w:tcPr>
            <w:tcW w:w="2340" w:type="dxa"/>
            <w:tcBorders>
              <w:bottom w:val="single" w:sz="4" w:space="0" w:color="auto"/>
            </w:tcBorders>
            <w:tcMar>
              <w:top w:w="55" w:type="dxa"/>
              <w:left w:w="75" w:type="dxa"/>
              <w:bottom w:w="55" w:type="dxa"/>
              <w:right w:w="75" w:type="dxa"/>
            </w:tcMar>
            <w:vAlign w:val="center"/>
          </w:tcPr>
          <w:p w14:paraId="4A7AFD5C" w14:textId="77777777" w:rsidR="00923354" w:rsidRDefault="00000000" w:rsidP="008628DB">
            <w:pPr>
              <w:snapToGrid w:val="0"/>
              <w:spacing w:after="0" w:line="240" w:lineRule="auto"/>
              <w:jc w:val="center"/>
            </w:pPr>
            <w:r>
              <w:rPr>
                <w:sz w:val="12"/>
              </w:rPr>
              <w:t>NAC non response</w:t>
            </w:r>
          </w:p>
        </w:tc>
        <w:tc>
          <w:tcPr>
            <w:tcW w:w="2356" w:type="dxa"/>
            <w:tcBorders>
              <w:bottom w:val="single" w:sz="4" w:space="0" w:color="auto"/>
            </w:tcBorders>
            <w:tcMar>
              <w:top w:w="55" w:type="dxa"/>
              <w:left w:w="75" w:type="dxa"/>
              <w:bottom w:w="55" w:type="dxa"/>
              <w:right w:w="75" w:type="dxa"/>
            </w:tcMar>
            <w:vAlign w:val="center"/>
          </w:tcPr>
          <w:p w14:paraId="6B567D20" w14:textId="77777777" w:rsidR="00923354" w:rsidRDefault="00000000" w:rsidP="008628DB">
            <w:pPr>
              <w:snapToGrid w:val="0"/>
              <w:spacing w:after="0" w:line="240" w:lineRule="auto"/>
              <w:jc w:val="center"/>
            </w:pPr>
            <w:r>
              <w:rPr>
                <w:sz w:val="12"/>
              </w:rPr>
              <w:t>No</w:t>
            </w:r>
          </w:p>
        </w:tc>
        <w:tc>
          <w:tcPr>
            <w:tcW w:w="2355" w:type="dxa"/>
            <w:tcBorders>
              <w:bottom w:val="single" w:sz="4" w:space="0" w:color="auto"/>
            </w:tcBorders>
            <w:tcMar>
              <w:top w:w="55" w:type="dxa"/>
              <w:left w:w="75" w:type="dxa"/>
              <w:bottom w:w="55" w:type="dxa"/>
              <w:right w:w="75" w:type="dxa"/>
            </w:tcMar>
            <w:vAlign w:val="center"/>
          </w:tcPr>
          <w:p w14:paraId="700B1222" w14:textId="77777777" w:rsidR="00923354" w:rsidRDefault="00000000" w:rsidP="008628DB">
            <w:pPr>
              <w:snapToGrid w:val="0"/>
              <w:spacing w:after="0" w:line="240" w:lineRule="auto"/>
              <w:jc w:val="center"/>
            </w:pPr>
            <w:r>
              <w:rPr>
                <w:sz w:val="12"/>
              </w:rPr>
              <w:t>Non-response</w:t>
            </w:r>
          </w:p>
        </w:tc>
        <w:tc>
          <w:tcPr>
            <w:tcW w:w="2505" w:type="dxa"/>
            <w:tcBorders>
              <w:bottom w:val="single" w:sz="4" w:space="0" w:color="auto"/>
            </w:tcBorders>
            <w:tcMar>
              <w:top w:w="55" w:type="dxa"/>
              <w:left w:w="75" w:type="dxa"/>
              <w:bottom w:w="55" w:type="dxa"/>
              <w:right w:w="75" w:type="dxa"/>
            </w:tcMar>
            <w:vAlign w:val="center"/>
          </w:tcPr>
          <w:p w14:paraId="73C39690" w14:textId="77777777" w:rsidR="00923354" w:rsidRDefault="00000000" w:rsidP="008628DB">
            <w:pPr>
              <w:snapToGrid w:val="0"/>
              <w:spacing w:after="0" w:line="240" w:lineRule="auto"/>
              <w:jc w:val="center"/>
            </w:pPr>
            <w:r>
              <w:rPr>
                <w:sz w:val="12"/>
              </w:rPr>
              <w:t>False</w:t>
            </w:r>
          </w:p>
        </w:tc>
      </w:tr>
    </w:tbl>
    <w:p w14:paraId="4B64B5CE" w14:textId="77777777" w:rsidR="00923354" w:rsidRDefault="00000000">
      <w:r>
        <w:br w:type="page"/>
      </w:r>
    </w:p>
    <w:p w14:paraId="719F81B1" w14:textId="77777777" w:rsidR="00923354" w:rsidRPr="00314BAB" w:rsidRDefault="00000000" w:rsidP="00314BAB">
      <w:pPr>
        <w:jc w:val="center"/>
        <w:rPr>
          <w:rFonts w:ascii="Times New Roman" w:hAnsi="Times New Roman" w:cs="Times New Roman"/>
          <w:b/>
          <w:bCs/>
          <w:sz w:val="21"/>
          <w:szCs w:val="21"/>
        </w:rPr>
      </w:pPr>
      <w:r w:rsidRPr="00314BAB">
        <w:rPr>
          <w:rFonts w:ascii="Times New Roman" w:hAnsi="Times New Roman" w:cs="Times New Roman"/>
          <w:b/>
          <w:bCs/>
          <w:sz w:val="21"/>
          <w:szCs w:val="21"/>
        </w:rPr>
        <w:lastRenderedPageBreak/>
        <w:t>Table S3. Verified GSE247185 response and regimen mapping</w:t>
      </w:r>
    </w:p>
    <w:tbl>
      <w:tblPr>
        <w:tblW w:w="0" w:type="auto"/>
        <w:jc w:val="center"/>
        <w:tblLook w:val="04A0" w:firstRow="1" w:lastRow="0" w:firstColumn="1" w:lastColumn="0" w:noHBand="0" w:noVBand="1"/>
      </w:tblPr>
      <w:tblGrid>
        <w:gridCol w:w="1129"/>
        <w:gridCol w:w="1559"/>
        <w:gridCol w:w="1133"/>
        <w:gridCol w:w="5802"/>
        <w:gridCol w:w="1421"/>
        <w:gridCol w:w="3212"/>
      </w:tblGrid>
      <w:tr w:rsidR="008628DB" w14:paraId="5F5A5EF3" w14:textId="77777777" w:rsidTr="00314BAB">
        <w:trPr>
          <w:cantSplit/>
          <w:jc w:val="center"/>
        </w:trPr>
        <w:tc>
          <w:tcPr>
            <w:tcW w:w="1129" w:type="dxa"/>
            <w:tcBorders>
              <w:top w:val="single" w:sz="4" w:space="0" w:color="auto"/>
              <w:bottom w:val="single" w:sz="4" w:space="0" w:color="auto"/>
            </w:tcBorders>
            <w:tcMar>
              <w:top w:w="55" w:type="dxa"/>
              <w:left w:w="75" w:type="dxa"/>
              <w:bottom w:w="55" w:type="dxa"/>
              <w:right w:w="75" w:type="dxa"/>
            </w:tcMar>
          </w:tcPr>
          <w:p w14:paraId="09611116"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b/>
                <w:szCs w:val="18"/>
              </w:rPr>
              <w:t>sample</w:t>
            </w:r>
          </w:p>
        </w:tc>
        <w:tc>
          <w:tcPr>
            <w:tcW w:w="1560" w:type="dxa"/>
            <w:tcBorders>
              <w:top w:val="single" w:sz="4" w:space="0" w:color="auto"/>
              <w:bottom w:val="single" w:sz="4" w:space="0" w:color="auto"/>
            </w:tcBorders>
            <w:tcMar>
              <w:top w:w="55" w:type="dxa"/>
              <w:left w:w="75" w:type="dxa"/>
              <w:bottom w:w="55" w:type="dxa"/>
              <w:right w:w="75" w:type="dxa"/>
            </w:tcMar>
          </w:tcPr>
          <w:p w14:paraId="6BD9298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b/>
                <w:szCs w:val="18"/>
              </w:rPr>
              <w:t>gsm</w:t>
            </w:r>
          </w:p>
        </w:tc>
        <w:tc>
          <w:tcPr>
            <w:tcW w:w="1134" w:type="dxa"/>
            <w:tcBorders>
              <w:top w:val="single" w:sz="4" w:space="0" w:color="auto"/>
              <w:bottom w:val="single" w:sz="4" w:space="0" w:color="auto"/>
            </w:tcBorders>
            <w:tcMar>
              <w:top w:w="55" w:type="dxa"/>
              <w:left w:w="75" w:type="dxa"/>
              <w:bottom w:w="55" w:type="dxa"/>
              <w:right w:w="75" w:type="dxa"/>
            </w:tcMar>
          </w:tcPr>
          <w:p w14:paraId="051BAE50"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b/>
                <w:szCs w:val="18"/>
              </w:rPr>
              <w:t>response</w:t>
            </w:r>
          </w:p>
        </w:tc>
        <w:tc>
          <w:tcPr>
            <w:tcW w:w="5811" w:type="dxa"/>
            <w:tcBorders>
              <w:top w:val="single" w:sz="4" w:space="0" w:color="auto"/>
              <w:bottom w:val="single" w:sz="4" w:space="0" w:color="auto"/>
            </w:tcBorders>
            <w:tcMar>
              <w:top w:w="55" w:type="dxa"/>
              <w:left w:w="75" w:type="dxa"/>
              <w:bottom w:w="55" w:type="dxa"/>
              <w:right w:w="75" w:type="dxa"/>
            </w:tcMar>
          </w:tcPr>
          <w:p w14:paraId="11FAED6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b/>
                <w:szCs w:val="18"/>
              </w:rPr>
              <w:t>treatment</w:t>
            </w:r>
          </w:p>
        </w:tc>
        <w:tc>
          <w:tcPr>
            <w:tcW w:w="1400" w:type="dxa"/>
            <w:tcBorders>
              <w:top w:val="single" w:sz="4" w:space="0" w:color="auto"/>
              <w:bottom w:val="single" w:sz="4" w:space="0" w:color="auto"/>
            </w:tcBorders>
            <w:tcMar>
              <w:top w:w="55" w:type="dxa"/>
              <w:left w:w="75" w:type="dxa"/>
              <w:bottom w:w="55" w:type="dxa"/>
              <w:right w:w="75" w:type="dxa"/>
            </w:tcMar>
          </w:tcPr>
          <w:p w14:paraId="627381E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b/>
                <w:szCs w:val="18"/>
              </w:rPr>
              <w:t>response_binary</w:t>
            </w:r>
          </w:p>
        </w:tc>
        <w:tc>
          <w:tcPr>
            <w:tcW w:w="3212" w:type="dxa"/>
            <w:tcBorders>
              <w:top w:val="single" w:sz="4" w:space="0" w:color="auto"/>
              <w:bottom w:val="single" w:sz="4" w:space="0" w:color="auto"/>
            </w:tcBorders>
            <w:tcMar>
              <w:top w:w="55" w:type="dxa"/>
              <w:left w:w="75" w:type="dxa"/>
              <w:bottom w:w="55" w:type="dxa"/>
              <w:right w:w="75" w:type="dxa"/>
            </w:tcMar>
          </w:tcPr>
          <w:p w14:paraId="044B7F2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b/>
                <w:szCs w:val="18"/>
              </w:rPr>
              <w:t>regimen</w:t>
            </w:r>
          </w:p>
        </w:tc>
      </w:tr>
      <w:tr w:rsidR="00923354" w14:paraId="03C4D402" w14:textId="77777777" w:rsidTr="00314BAB">
        <w:trPr>
          <w:cantSplit/>
          <w:jc w:val="center"/>
        </w:trPr>
        <w:tc>
          <w:tcPr>
            <w:tcW w:w="1129" w:type="dxa"/>
            <w:tcBorders>
              <w:top w:val="single" w:sz="4" w:space="0" w:color="auto"/>
            </w:tcBorders>
            <w:tcMar>
              <w:top w:w="55" w:type="dxa"/>
              <w:left w:w="75" w:type="dxa"/>
              <w:bottom w:w="55" w:type="dxa"/>
              <w:right w:w="75" w:type="dxa"/>
            </w:tcMar>
            <w:vAlign w:val="center"/>
          </w:tcPr>
          <w:p w14:paraId="28F97150"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BCNA5-A</w:t>
            </w:r>
          </w:p>
        </w:tc>
        <w:tc>
          <w:tcPr>
            <w:tcW w:w="1560" w:type="dxa"/>
            <w:tcBorders>
              <w:top w:val="single" w:sz="4" w:space="0" w:color="auto"/>
            </w:tcBorders>
            <w:tcMar>
              <w:top w:w="55" w:type="dxa"/>
              <w:left w:w="75" w:type="dxa"/>
              <w:bottom w:w="55" w:type="dxa"/>
              <w:right w:w="75" w:type="dxa"/>
            </w:tcMar>
            <w:vAlign w:val="center"/>
          </w:tcPr>
          <w:p w14:paraId="047CC629"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GSM7884927</w:t>
            </w:r>
          </w:p>
        </w:tc>
        <w:tc>
          <w:tcPr>
            <w:tcW w:w="1134" w:type="dxa"/>
            <w:tcBorders>
              <w:top w:val="single" w:sz="4" w:space="0" w:color="auto"/>
            </w:tcBorders>
            <w:tcMar>
              <w:top w:w="55" w:type="dxa"/>
              <w:left w:w="75" w:type="dxa"/>
              <w:bottom w:w="55" w:type="dxa"/>
              <w:right w:w="75" w:type="dxa"/>
            </w:tcMar>
            <w:vAlign w:val="center"/>
          </w:tcPr>
          <w:p w14:paraId="41CAB9E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Borders>
              <w:top w:val="single" w:sz="4" w:space="0" w:color="auto"/>
            </w:tcBorders>
            <w:tcMar>
              <w:top w:w="55" w:type="dxa"/>
              <w:left w:w="75" w:type="dxa"/>
              <w:bottom w:w="55" w:type="dxa"/>
              <w:right w:w="75" w:type="dxa"/>
            </w:tcMar>
            <w:vAlign w:val="center"/>
          </w:tcPr>
          <w:p w14:paraId="194BD1A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Borders>
              <w:top w:val="single" w:sz="4" w:space="0" w:color="auto"/>
            </w:tcBorders>
            <w:tcMar>
              <w:top w:w="55" w:type="dxa"/>
              <w:left w:w="75" w:type="dxa"/>
              <w:bottom w:w="55" w:type="dxa"/>
              <w:right w:w="75" w:type="dxa"/>
            </w:tcMar>
            <w:vAlign w:val="center"/>
          </w:tcPr>
          <w:p w14:paraId="0CB6C69E"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Borders>
              <w:top w:val="single" w:sz="4" w:space="0" w:color="auto"/>
            </w:tcBorders>
            <w:tcMar>
              <w:top w:w="55" w:type="dxa"/>
              <w:left w:w="75" w:type="dxa"/>
              <w:bottom w:w="55" w:type="dxa"/>
              <w:right w:w="75" w:type="dxa"/>
            </w:tcMar>
            <w:vAlign w:val="center"/>
          </w:tcPr>
          <w:p w14:paraId="5AEE51C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727E6169" w14:textId="77777777" w:rsidTr="00314BAB">
        <w:trPr>
          <w:cantSplit/>
          <w:jc w:val="center"/>
        </w:trPr>
        <w:tc>
          <w:tcPr>
            <w:tcW w:w="1129" w:type="dxa"/>
            <w:tcMar>
              <w:top w:w="55" w:type="dxa"/>
              <w:left w:w="75" w:type="dxa"/>
              <w:bottom w:w="55" w:type="dxa"/>
              <w:right w:w="75" w:type="dxa"/>
            </w:tcMar>
            <w:vAlign w:val="center"/>
          </w:tcPr>
          <w:p w14:paraId="3105FC7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BCNA7-A</w:t>
            </w:r>
          </w:p>
        </w:tc>
        <w:tc>
          <w:tcPr>
            <w:tcW w:w="1560" w:type="dxa"/>
            <w:tcMar>
              <w:top w:w="55" w:type="dxa"/>
              <w:left w:w="75" w:type="dxa"/>
              <w:bottom w:w="55" w:type="dxa"/>
              <w:right w:w="75" w:type="dxa"/>
            </w:tcMar>
            <w:vAlign w:val="center"/>
          </w:tcPr>
          <w:p w14:paraId="4DB3FDE2"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GSM7884928</w:t>
            </w:r>
          </w:p>
        </w:tc>
        <w:tc>
          <w:tcPr>
            <w:tcW w:w="1134" w:type="dxa"/>
            <w:tcMar>
              <w:top w:w="55" w:type="dxa"/>
              <w:left w:w="75" w:type="dxa"/>
              <w:bottom w:w="55" w:type="dxa"/>
              <w:right w:w="75" w:type="dxa"/>
            </w:tcMar>
            <w:vAlign w:val="center"/>
          </w:tcPr>
          <w:p w14:paraId="0D1FA2F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Mar>
              <w:top w:w="55" w:type="dxa"/>
              <w:left w:w="75" w:type="dxa"/>
              <w:bottom w:w="55" w:type="dxa"/>
              <w:right w:w="75" w:type="dxa"/>
            </w:tcMar>
            <w:vAlign w:val="center"/>
          </w:tcPr>
          <w:p w14:paraId="11BBABB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67B80224"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Mar>
              <w:top w:w="55" w:type="dxa"/>
              <w:left w:w="75" w:type="dxa"/>
              <w:bottom w:w="55" w:type="dxa"/>
              <w:right w:w="75" w:type="dxa"/>
            </w:tcMar>
            <w:vAlign w:val="center"/>
          </w:tcPr>
          <w:p w14:paraId="19371DC9"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4BE7627D" w14:textId="77777777" w:rsidTr="00314BAB">
        <w:trPr>
          <w:cantSplit/>
          <w:jc w:val="center"/>
        </w:trPr>
        <w:tc>
          <w:tcPr>
            <w:tcW w:w="1129" w:type="dxa"/>
            <w:tcMar>
              <w:top w:w="55" w:type="dxa"/>
              <w:left w:w="75" w:type="dxa"/>
              <w:bottom w:w="55" w:type="dxa"/>
              <w:right w:w="75" w:type="dxa"/>
            </w:tcMar>
            <w:vAlign w:val="center"/>
          </w:tcPr>
          <w:p w14:paraId="756BFE97"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BCNA4-A</w:t>
            </w:r>
          </w:p>
        </w:tc>
        <w:tc>
          <w:tcPr>
            <w:tcW w:w="1560" w:type="dxa"/>
            <w:tcMar>
              <w:top w:w="55" w:type="dxa"/>
              <w:left w:w="75" w:type="dxa"/>
              <w:bottom w:w="55" w:type="dxa"/>
              <w:right w:w="75" w:type="dxa"/>
            </w:tcMar>
            <w:vAlign w:val="center"/>
          </w:tcPr>
          <w:p w14:paraId="4B12D407"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GSM7884926</w:t>
            </w:r>
          </w:p>
        </w:tc>
        <w:tc>
          <w:tcPr>
            <w:tcW w:w="1134" w:type="dxa"/>
            <w:tcMar>
              <w:top w:w="55" w:type="dxa"/>
              <w:left w:w="75" w:type="dxa"/>
              <w:bottom w:w="55" w:type="dxa"/>
              <w:right w:w="75" w:type="dxa"/>
            </w:tcMar>
            <w:vAlign w:val="center"/>
          </w:tcPr>
          <w:p w14:paraId="2C5CDD0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Mar>
              <w:top w:w="55" w:type="dxa"/>
              <w:left w:w="75" w:type="dxa"/>
              <w:bottom w:w="55" w:type="dxa"/>
              <w:right w:w="75" w:type="dxa"/>
            </w:tcMar>
            <w:vAlign w:val="center"/>
          </w:tcPr>
          <w:p w14:paraId="0198DA4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5FFB4D4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Mar>
              <w:top w:w="55" w:type="dxa"/>
              <w:left w:w="75" w:type="dxa"/>
              <w:bottom w:w="55" w:type="dxa"/>
              <w:right w:w="75" w:type="dxa"/>
            </w:tcMar>
            <w:vAlign w:val="center"/>
          </w:tcPr>
          <w:p w14:paraId="46D09B6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4E1B2846" w14:textId="77777777" w:rsidTr="00314BAB">
        <w:trPr>
          <w:cantSplit/>
          <w:jc w:val="center"/>
        </w:trPr>
        <w:tc>
          <w:tcPr>
            <w:tcW w:w="1129" w:type="dxa"/>
            <w:tcMar>
              <w:top w:w="55" w:type="dxa"/>
              <w:left w:w="75" w:type="dxa"/>
              <w:bottom w:w="55" w:type="dxa"/>
              <w:right w:w="75" w:type="dxa"/>
            </w:tcMar>
            <w:vAlign w:val="center"/>
          </w:tcPr>
          <w:p w14:paraId="06BA309A"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BCNA3-A</w:t>
            </w:r>
          </w:p>
        </w:tc>
        <w:tc>
          <w:tcPr>
            <w:tcW w:w="1560" w:type="dxa"/>
            <w:tcMar>
              <w:top w:w="55" w:type="dxa"/>
              <w:left w:w="75" w:type="dxa"/>
              <w:bottom w:w="55" w:type="dxa"/>
              <w:right w:w="75" w:type="dxa"/>
            </w:tcMar>
            <w:vAlign w:val="center"/>
          </w:tcPr>
          <w:p w14:paraId="2FE7399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GSM7884925</w:t>
            </w:r>
          </w:p>
        </w:tc>
        <w:tc>
          <w:tcPr>
            <w:tcW w:w="1134" w:type="dxa"/>
            <w:tcMar>
              <w:top w:w="55" w:type="dxa"/>
              <w:left w:w="75" w:type="dxa"/>
              <w:bottom w:w="55" w:type="dxa"/>
              <w:right w:w="75" w:type="dxa"/>
            </w:tcMar>
            <w:vAlign w:val="center"/>
          </w:tcPr>
          <w:p w14:paraId="5499582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Mar>
              <w:top w:w="55" w:type="dxa"/>
              <w:left w:w="75" w:type="dxa"/>
              <w:bottom w:w="55" w:type="dxa"/>
              <w:right w:w="75" w:type="dxa"/>
            </w:tcMar>
            <w:vAlign w:val="center"/>
          </w:tcPr>
          <w:p w14:paraId="19D7CB81"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Methotrexate Vinblastine Sulfate Doxorubicin Hydrochloride Cisplatin</w:t>
            </w:r>
          </w:p>
        </w:tc>
        <w:tc>
          <w:tcPr>
            <w:tcW w:w="1400" w:type="dxa"/>
            <w:tcMar>
              <w:top w:w="55" w:type="dxa"/>
              <w:left w:w="75" w:type="dxa"/>
              <w:bottom w:w="55" w:type="dxa"/>
              <w:right w:w="75" w:type="dxa"/>
            </w:tcMar>
            <w:vAlign w:val="center"/>
          </w:tcPr>
          <w:p w14:paraId="06A6C69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Mar>
              <w:top w:w="55" w:type="dxa"/>
              <w:left w:w="75" w:type="dxa"/>
              <w:bottom w:w="55" w:type="dxa"/>
              <w:right w:w="75" w:type="dxa"/>
            </w:tcMar>
            <w:vAlign w:val="center"/>
          </w:tcPr>
          <w:p w14:paraId="471D6792"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MVAC</w:t>
            </w:r>
          </w:p>
        </w:tc>
      </w:tr>
      <w:tr w:rsidR="00923354" w14:paraId="72D483A6" w14:textId="77777777" w:rsidTr="00314BAB">
        <w:trPr>
          <w:cantSplit/>
          <w:jc w:val="center"/>
        </w:trPr>
        <w:tc>
          <w:tcPr>
            <w:tcW w:w="1129" w:type="dxa"/>
            <w:tcMar>
              <w:top w:w="55" w:type="dxa"/>
              <w:left w:w="75" w:type="dxa"/>
              <w:bottom w:w="55" w:type="dxa"/>
              <w:right w:w="75" w:type="dxa"/>
            </w:tcMar>
            <w:vAlign w:val="center"/>
          </w:tcPr>
          <w:p w14:paraId="02E4F647"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BCNA2-A</w:t>
            </w:r>
          </w:p>
        </w:tc>
        <w:tc>
          <w:tcPr>
            <w:tcW w:w="1560" w:type="dxa"/>
            <w:tcMar>
              <w:top w:w="55" w:type="dxa"/>
              <w:left w:w="75" w:type="dxa"/>
              <w:bottom w:w="55" w:type="dxa"/>
              <w:right w:w="75" w:type="dxa"/>
            </w:tcMar>
            <w:vAlign w:val="center"/>
          </w:tcPr>
          <w:p w14:paraId="24C8A40A"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GSM7884924</w:t>
            </w:r>
          </w:p>
        </w:tc>
        <w:tc>
          <w:tcPr>
            <w:tcW w:w="1134" w:type="dxa"/>
            <w:tcMar>
              <w:top w:w="55" w:type="dxa"/>
              <w:left w:w="75" w:type="dxa"/>
              <w:bottom w:w="55" w:type="dxa"/>
              <w:right w:w="75" w:type="dxa"/>
            </w:tcMar>
            <w:vAlign w:val="center"/>
          </w:tcPr>
          <w:p w14:paraId="4049C77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non-pCR</w:t>
            </w:r>
          </w:p>
        </w:tc>
        <w:tc>
          <w:tcPr>
            <w:tcW w:w="5811" w:type="dxa"/>
            <w:tcMar>
              <w:top w:w="55" w:type="dxa"/>
              <w:left w:w="75" w:type="dxa"/>
              <w:bottom w:w="55" w:type="dxa"/>
              <w:right w:w="75" w:type="dxa"/>
            </w:tcMar>
            <w:vAlign w:val="center"/>
          </w:tcPr>
          <w:p w14:paraId="6976C533"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0C78179D"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0</w:t>
            </w:r>
          </w:p>
        </w:tc>
        <w:tc>
          <w:tcPr>
            <w:tcW w:w="3212" w:type="dxa"/>
            <w:tcMar>
              <w:top w:w="55" w:type="dxa"/>
              <w:left w:w="75" w:type="dxa"/>
              <w:bottom w:w="55" w:type="dxa"/>
              <w:right w:w="75" w:type="dxa"/>
            </w:tcMar>
            <w:vAlign w:val="center"/>
          </w:tcPr>
          <w:p w14:paraId="762E8C97"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459AEED2" w14:textId="77777777" w:rsidTr="00314BAB">
        <w:trPr>
          <w:cantSplit/>
          <w:jc w:val="center"/>
        </w:trPr>
        <w:tc>
          <w:tcPr>
            <w:tcW w:w="1129" w:type="dxa"/>
            <w:tcMar>
              <w:top w:w="55" w:type="dxa"/>
              <w:left w:w="75" w:type="dxa"/>
              <w:bottom w:w="55" w:type="dxa"/>
              <w:right w:w="75" w:type="dxa"/>
            </w:tcMar>
            <w:vAlign w:val="center"/>
          </w:tcPr>
          <w:p w14:paraId="5DCB6ED0"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BCNA1-A</w:t>
            </w:r>
          </w:p>
        </w:tc>
        <w:tc>
          <w:tcPr>
            <w:tcW w:w="1560" w:type="dxa"/>
            <w:tcMar>
              <w:top w:w="55" w:type="dxa"/>
              <w:left w:w="75" w:type="dxa"/>
              <w:bottom w:w="55" w:type="dxa"/>
              <w:right w:w="75" w:type="dxa"/>
            </w:tcMar>
            <w:vAlign w:val="center"/>
          </w:tcPr>
          <w:p w14:paraId="606716F9"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GSM7884923</w:t>
            </w:r>
          </w:p>
        </w:tc>
        <w:tc>
          <w:tcPr>
            <w:tcW w:w="1134" w:type="dxa"/>
            <w:tcMar>
              <w:top w:w="55" w:type="dxa"/>
              <w:left w:w="75" w:type="dxa"/>
              <w:bottom w:w="55" w:type="dxa"/>
              <w:right w:w="75" w:type="dxa"/>
            </w:tcMar>
            <w:vAlign w:val="center"/>
          </w:tcPr>
          <w:p w14:paraId="6DE9407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non-pCR</w:t>
            </w:r>
          </w:p>
        </w:tc>
        <w:tc>
          <w:tcPr>
            <w:tcW w:w="5811" w:type="dxa"/>
            <w:tcMar>
              <w:top w:w="55" w:type="dxa"/>
              <w:left w:w="75" w:type="dxa"/>
              <w:bottom w:w="55" w:type="dxa"/>
              <w:right w:w="75" w:type="dxa"/>
            </w:tcMar>
            <w:vAlign w:val="center"/>
          </w:tcPr>
          <w:p w14:paraId="285C3383"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7430E74D"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0</w:t>
            </w:r>
          </w:p>
        </w:tc>
        <w:tc>
          <w:tcPr>
            <w:tcW w:w="3212" w:type="dxa"/>
            <w:tcMar>
              <w:top w:w="55" w:type="dxa"/>
              <w:left w:w="75" w:type="dxa"/>
              <w:bottom w:w="55" w:type="dxa"/>
              <w:right w:w="75" w:type="dxa"/>
            </w:tcMar>
            <w:vAlign w:val="center"/>
          </w:tcPr>
          <w:p w14:paraId="13267674"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39E8B04A" w14:textId="77777777" w:rsidTr="00314BAB">
        <w:trPr>
          <w:cantSplit/>
          <w:jc w:val="center"/>
        </w:trPr>
        <w:tc>
          <w:tcPr>
            <w:tcW w:w="1129" w:type="dxa"/>
            <w:tcMar>
              <w:top w:w="55" w:type="dxa"/>
              <w:left w:w="75" w:type="dxa"/>
              <w:bottom w:w="55" w:type="dxa"/>
              <w:right w:w="75" w:type="dxa"/>
            </w:tcMar>
            <w:vAlign w:val="center"/>
          </w:tcPr>
          <w:p w14:paraId="63C8CE5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BCNA15-A</w:t>
            </w:r>
          </w:p>
        </w:tc>
        <w:tc>
          <w:tcPr>
            <w:tcW w:w="1560" w:type="dxa"/>
            <w:tcMar>
              <w:top w:w="55" w:type="dxa"/>
              <w:left w:w="75" w:type="dxa"/>
              <w:bottom w:w="55" w:type="dxa"/>
              <w:right w:w="75" w:type="dxa"/>
            </w:tcMar>
            <w:vAlign w:val="center"/>
          </w:tcPr>
          <w:p w14:paraId="29A100EE"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GSM7884933</w:t>
            </w:r>
          </w:p>
        </w:tc>
        <w:tc>
          <w:tcPr>
            <w:tcW w:w="1134" w:type="dxa"/>
            <w:tcMar>
              <w:top w:w="55" w:type="dxa"/>
              <w:left w:w="75" w:type="dxa"/>
              <w:bottom w:w="55" w:type="dxa"/>
              <w:right w:w="75" w:type="dxa"/>
            </w:tcMar>
            <w:vAlign w:val="center"/>
          </w:tcPr>
          <w:p w14:paraId="20AD60B6"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Mar>
              <w:top w:w="55" w:type="dxa"/>
              <w:left w:w="75" w:type="dxa"/>
              <w:bottom w:w="55" w:type="dxa"/>
              <w:right w:w="75" w:type="dxa"/>
            </w:tcMar>
            <w:vAlign w:val="center"/>
          </w:tcPr>
          <w:p w14:paraId="3663ED13"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328ACC44"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Mar>
              <w:top w:w="55" w:type="dxa"/>
              <w:left w:w="75" w:type="dxa"/>
              <w:bottom w:w="55" w:type="dxa"/>
              <w:right w:w="75" w:type="dxa"/>
            </w:tcMar>
            <w:vAlign w:val="center"/>
          </w:tcPr>
          <w:p w14:paraId="11CB28C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1D89462A" w14:textId="77777777" w:rsidTr="00314BAB">
        <w:trPr>
          <w:cantSplit/>
          <w:jc w:val="center"/>
        </w:trPr>
        <w:tc>
          <w:tcPr>
            <w:tcW w:w="1129" w:type="dxa"/>
            <w:tcMar>
              <w:top w:w="55" w:type="dxa"/>
              <w:left w:w="75" w:type="dxa"/>
              <w:bottom w:w="55" w:type="dxa"/>
              <w:right w:w="75" w:type="dxa"/>
            </w:tcMar>
            <w:vAlign w:val="center"/>
          </w:tcPr>
          <w:p w14:paraId="2EBFD7B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BCNA17-A</w:t>
            </w:r>
          </w:p>
        </w:tc>
        <w:tc>
          <w:tcPr>
            <w:tcW w:w="1560" w:type="dxa"/>
            <w:tcMar>
              <w:top w:w="55" w:type="dxa"/>
              <w:left w:w="75" w:type="dxa"/>
              <w:bottom w:w="55" w:type="dxa"/>
              <w:right w:w="75" w:type="dxa"/>
            </w:tcMar>
            <w:vAlign w:val="center"/>
          </w:tcPr>
          <w:p w14:paraId="10C3FA67"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GSM7884934</w:t>
            </w:r>
          </w:p>
        </w:tc>
        <w:tc>
          <w:tcPr>
            <w:tcW w:w="1134" w:type="dxa"/>
            <w:tcMar>
              <w:top w:w="55" w:type="dxa"/>
              <w:left w:w="75" w:type="dxa"/>
              <w:bottom w:w="55" w:type="dxa"/>
              <w:right w:w="75" w:type="dxa"/>
            </w:tcMar>
            <w:vAlign w:val="center"/>
          </w:tcPr>
          <w:p w14:paraId="4969F03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Mar>
              <w:top w:w="55" w:type="dxa"/>
              <w:left w:w="75" w:type="dxa"/>
              <w:bottom w:w="55" w:type="dxa"/>
              <w:right w:w="75" w:type="dxa"/>
            </w:tcMar>
            <w:vAlign w:val="center"/>
          </w:tcPr>
          <w:p w14:paraId="00328EE3"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 + Pembrolizumab</w:t>
            </w:r>
          </w:p>
        </w:tc>
        <w:tc>
          <w:tcPr>
            <w:tcW w:w="1400" w:type="dxa"/>
            <w:tcMar>
              <w:top w:w="55" w:type="dxa"/>
              <w:left w:w="75" w:type="dxa"/>
              <w:bottom w:w="55" w:type="dxa"/>
              <w:right w:w="75" w:type="dxa"/>
            </w:tcMar>
            <w:vAlign w:val="center"/>
          </w:tcPr>
          <w:p w14:paraId="2EA04074"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Mar>
              <w:top w:w="55" w:type="dxa"/>
              <w:left w:w="75" w:type="dxa"/>
              <w:bottom w:w="55" w:type="dxa"/>
              <w:right w:w="75" w:type="dxa"/>
            </w:tcMar>
            <w:vAlign w:val="center"/>
          </w:tcPr>
          <w:p w14:paraId="54D57F80"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Cisplatin+Gentamicin+Pembrolizumab</w:t>
            </w:r>
          </w:p>
        </w:tc>
      </w:tr>
      <w:tr w:rsidR="00923354" w14:paraId="1B45B0C7" w14:textId="77777777" w:rsidTr="00314BAB">
        <w:trPr>
          <w:cantSplit/>
          <w:jc w:val="center"/>
        </w:trPr>
        <w:tc>
          <w:tcPr>
            <w:tcW w:w="1129" w:type="dxa"/>
            <w:tcMar>
              <w:top w:w="55" w:type="dxa"/>
              <w:left w:w="75" w:type="dxa"/>
              <w:bottom w:w="55" w:type="dxa"/>
              <w:right w:w="75" w:type="dxa"/>
            </w:tcMar>
            <w:vAlign w:val="center"/>
          </w:tcPr>
          <w:p w14:paraId="36558BF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BCNA18-A</w:t>
            </w:r>
          </w:p>
        </w:tc>
        <w:tc>
          <w:tcPr>
            <w:tcW w:w="1560" w:type="dxa"/>
            <w:tcMar>
              <w:top w:w="55" w:type="dxa"/>
              <w:left w:w="75" w:type="dxa"/>
              <w:bottom w:w="55" w:type="dxa"/>
              <w:right w:w="75" w:type="dxa"/>
            </w:tcMar>
            <w:vAlign w:val="center"/>
          </w:tcPr>
          <w:p w14:paraId="0AE7E40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GSM7884935</w:t>
            </w:r>
          </w:p>
        </w:tc>
        <w:tc>
          <w:tcPr>
            <w:tcW w:w="1134" w:type="dxa"/>
            <w:tcMar>
              <w:top w:w="55" w:type="dxa"/>
              <w:left w:w="75" w:type="dxa"/>
              <w:bottom w:w="55" w:type="dxa"/>
              <w:right w:w="75" w:type="dxa"/>
            </w:tcMar>
            <w:vAlign w:val="center"/>
          </w:tcPr>
          <w:p w14:paraId="7D2434E3"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Mar>
              <w:top w:w="55" w:type="dxa"/>
              <w:left w:w="75" w:type="dxa"/>
              <w:bottom w:w="55" w:type="dxa"/>
              <w:right w:w="75" w:type="dxa"/>
            </w:tcMar>
            <w:vAlign w:val="center"/>
          </w:tcPr>
          <w:p w14:paraId="710DDFD3"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Methotrexate Vinblastine Sulfate Doxorubicin Hydrochloride Cisplatin</w:t>
            </w:r>
          </w:p>
        </w:tc>
        <w:tc>
          <w:tcPr>
            <w:tcW w:w="1400" w:type="dxa"/>
            <w:tcMar>
              <w:top w:w="55" w:type="dxa"/>
              <w:left w:w="75" w:type="dxa"/>
              <w:bottom w:w="55" w:type="dxa"/>
              <w:right w:w="75" w:type="dxa"/>
            </w:tcMar>
            <w:vAlign w:val="center"/>
          </w:tcPr>
          <w:p w14:paraId="3C508921"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Mar>
              <w:top w:w="55" w:type="dxa"/>
              <w:left w:w="75" w:type="dxa"/>
              <w:bottom w:w="55" w:type="dxa"/>
              <w:right w:w="75" w:type="dxa"/>
            </w:tcMar>
            <w:vAlign w:val="center"/>
          </w:tcPr>
          <w:p w14:paraId="78A98AF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MVAC</w:t>
            </w:r>
          </w:p>
        </w:tc>
      </w:tr>
      <w:tr w:rsidR="00923354" w14:paraId="7F9405B9" w14:textId="77777777" w:rsidTr="00314BAB">
        <w:trPr>
          <w:cantSplit/>
          <w:jc w:val="center"/>
        </w:trPr>
        <w:tc>
          <w:tcPr>
            <w:tcW w:w="1129" w:type="dxa"/>
            <w:tcMar>
              <w:top w:w="55" w:type="dxa"/>
              <w:left w:w="75" w:type="dxa"/>
              <w:bottom w:w="55" w:type="dxa"/>
              <w:right w:w="75" w:type="dxa"/>
            </w:tcMar>
            <w:vAlign w:val="center"/>
          </w:tcPr>
          <w:p w14:paraId="5B9B83D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BCNA12-A</w:t>
            </w:r>
          </w:p>
        </w:tc>
        <w:tc>
          <w:tcPr>
            <w:tcW w:w="1560" w:type="dxa"/>
            <w:tcMar>
              <w:top w:w="55" w:type="dxa"/>
              <w:left w:w="75" w:type="dxa"/>
              <w:bottom w:w="55" w:type="dxa"/>
              <w:right w:w="75" w:type="dxa"/>
            </w:tcMar>
            <w:vAlign w:val="center"/>
          </w:tcPr>
          <w:p w14:paraId="781E3FE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GSM7884931</w:t>
            </w:r>
          </w:p>
        </w:tc>
        <w:tc>
          <w:tcPr>
            <w:tcW w:w="1134" w:type="dxa"/>
            <w:tcMar>
              <w:top w:w="55" w:type="dxa"/>
              <w:left w:w="75" w:type="dxa"/>
              <w:bottom w:w="55" w:type="dxa"/>
              <w:right w:w="75" w:type="dxa"/>
            </w:tcMar>
            <w:vAlign w:val="center"/>
          </w:tcPr>
          <w:p w14:paraId="3B8738F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non-pCR</w:t>
            </w:r>
          </w:p>
        </w:tc>
        <w:tc>
          <w:tcPr>
            <w:tcW w:w="5811" w:type="dxa"/>
            <w:tcMar>
              <w:top w:w="55" w:type="dxa"/>
              <w:left w:w="75" w:type="dxa"/>
              <w:bottom w:w="55" w:type="dxa"/>
              <w:right w:w="75" w:type="dxa"/>
            </w:tcMar>
            <w:vAlign w:val="center"/>
          </w:tcPr>
          <w:p w14:paraId="4DA256A4"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67E2C0C5"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0</w:t>
            </w:r>
          </w:p>
        </w:tc>
        <w:tc>
          <w:tcPr>
            <w:tcW w:w="3212" w:type="dxa"/>
            <w:tcMar>
              <w:top w:w="55" w:type="dxa"/>
              <w:left w:w="75" w:type="dxa"/>
              <w:bottom w:w="55" w:type="dxa"/>
              <w:right w:w="75" w:type="dxa"/>
            </w:tcMar>
            <w:vAlign w:val="center"/>
          </w:tcPr>
          <w:p w14:paraId="010A34B0"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75DE0777" w14:textId="77777777" w:rsidTr="00314BAB">
        <w:trPr>
          <w:cantSplit/>
          <w:jc w:val="center"/>
        </w:trPr>
        <w:tc>
          <w:tcPr>
            <w:tcW w:w="1129" w:type="dxa"/>
            <w:tcMar>
              <w:top w:w="55" w:type="dxa"/>
              <w:left w:w="75" w:type="dxa"/>
              <w:bottom w:w="55" w:type="dxa"/>
              <w:right w:w="75" w:type="dxa"/>
            </w:tcMar>
            <w:vAlign w:val="center"/>
          </w:tcPr>
          <w:p w14:paraId="6CAC767A"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BCNA13-A</w:t>
            </w:r>
          </w:p>
        </w:tc>
        <w:tc>
          <w:tcPr>
            <w:tcW w:w="1560" w:type="dxa"/>
            <w:tcMar>
              <w:top w:w="55" w:type="dxa"/>
              <w:left w:w="75" w:type="dxa"/>
              <w:bottom w:w="55" w:type="dxa"/>
              <w:right w:w="75" w:type="dxa"/>
            </w:tcMar>
            <w:vAlign w:val="center"/>
          </w:tcPr>
          <w:p w14:paraId="2F4A1DA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GSM7884932</w:t>
            </w:r>
          </w:p>
        </w:tc>
        <w:tc>
          <w:tcPr>
            <w:tcW w:w="1134" w:type="dxa"/>
            <w:tcMar>
              <w:top w:w="55" w:type="dxa"/>
              <w:left w:w="75" w:type="dxa"/>
              <w:bottom w:w="55" w:type="dxa"/>
              <w:right w:w="75" w:type="dxa"/>
            </w:tcMar>
            <w:vAlign w:val="center"/>
          </w:tcPr>
          <w:p w14:paraId="496183B0"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pCR</w:t>
            </w:r>
          </w:p>
        </w:tc>
        <w:tc>
          <w:tcPr>
            <w:tcW w:w="5811" w:type="dxa"/>
            <w:tcMar>
              <w:top w:w="55" w:type="dxa"/>
              <w:left w:w="75" w:type="dxa"/>
              <w:bottom w:w="55" w:type="dxa"/>
              <w:right w:w="75" w:type="dxa"/>
            </w:tcMar>
            <w:vAlign w:val="center"/>
          </w:tcPr>
          <w:p w14:paraId="3D05CAD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22441E2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1</w:t>
            </w:r>
          </w:p>
        </w:tc>
        <w:tc>
          <w:tcPr>
            <w:tcW w:w="3212" w:type="dxa"/>
            <w:tcMar>
              <w:top w:w="55" w:type="dxa"/>
              <w:left w:w="75" w:type="dxa"/>
              <w:bottom w:w="55" w:type="dxa"/>
              <w:right w:w="75" w:type="dxa"/>
            </w:tcMar>
            <w:vAlign w:val="center"/>
          </w:tcPr>
          <w:p w14:paraId="2A46B6C2"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75C8C3DC" w14:textId="77777777" w:rsidTr="00314BAB">
        <w:trPr>
          <w:cantSplit/>
          <w:jc w:val="center"/>
        </w:trPr>
        <w:tc>
          <w:tcPr>
            <w:tcW w:w="1129" w:type="dxa"/>
            <w:tcMar>
              <w:top w:w="55" w:type="dxa"/>
              <w:left w:w="75" w:type="dxa"/>
              <w:bottom w:w="55" w:type="dxa"/>
              <w:right w:w="75" w:type="dxa"/>
            </w:tcMar>
            <w:vAlign w:val="center"/>
          </w:tcPr>
          <w:p w14:paraId="61D15C03"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BCNA11-A</w:t>
            </w:r>
          </w:p>
        </w:tc>
        <w:tc>
          <w:tcPr>
            <w:tcW w:w="1560" w:type="dxa"/>
            <w:tcMar>
              <w:top w:w="55" w:type="dxa"/>
              <w:left w:w="75" w:type="dxa"/>
              <w:bottom w:w="55" w:type="dxa"/>
              <w:right w:w="75" w:type="dxa"/>
            </w:tcMar>
            <w:vAlign w:val="center"/>
          </w:tcPr>
          <w:p w14:paraId="37C3BBA1"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GSM7884930</w:t>
            </w:r>
          </w:p>
        </w:tc>
        <w:tc>
          <w:tcPr>
            <w:tcW w:w="1134" w:type="dxa"/>
            <w:tcMar>
              <w:top w:w="55" w:type="dxa"/>
              <w:left w:w="75" w:type="dxa"/>
              <w:bottom w:w="55" w:type="dxa"/>
              <w:right w:w="75" w:type="dxa"/>
            </w:tcMar>
            <w:vAlign w:val="center"/>
          </w:tcPr>
          <w:p w14:paraId="6B01CF7A"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non-pCR</w:t>
            </w:r>
          </w:p>
        </w:tc>
        <w:tc>
          <w:tcPr>
            <w:tcW w:w="5811" w:type="dxa"/>
            <w:tcMar>
              <w:top w:w="55" w:type="dxa"/>
              <w:left w:w="75" w:type="dxa"/>
              <w:bottom w:w="55" w:type="dxa"/>
              <w:right w:w="75" w:type="dxa"/>
            </w:tcMar>
            <w:vAlign w:val="center"/>
          </w:tcPr>
          <w:p w14:paraId="3F8159CE"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 + Gentamicin</w:t>
            </w:r>
          </w:p>
        </w:tc>
        <w:tc>
          <w:tcPr>
            <w:tcW w:w="1400" w:type="dxa"/>
            <w:tcMar>
              <w:top w:w="55" w:type="dxa"/>
              <w:left w:w="75" w:type="dxa"/>
              <w:bottom w:w="55" w:type="dxa"/>
              <w:right w:w="75" w:type="dxa"/>
            </w:tcMar>
            <w:vAlign w:val="center"/>
          </w:tcPr>
          <w:p w14:paraId="605F0F9F"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0</w:t>
            </w:r>
          </w:p>
        </w:tc>
        <w:tc>
          <w:tcPr>
            <w:tcW w:w="3212" w:type="dxa"/>
            <w:tcMar>
              <w:top w:w="55" w:type="dxa"/>
              <w:left w:w="75" w:type="dxa"/>
              <w:bottom w:w="55" w:type="dxa"/>
              <w:right w:w="75" w:type="dxa"/>
            </w:tcMar>
            <w:vAlign w:val="center"/>
          </w:tcPr>
          <w:p w14:paraId="39E7342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r>
      <w:tr w:rsidR="00923354" w14:paraId="1C6EE867" w14:textId="77777777" w:rsidTr="00314BAB">
        <w:trPr>
          <w:cantSplit/>
          <w:jc w:val="center"/>
        </w:trPr>
        <w:tc>
          <w:tcPr>
            <w:tcW w:w="1129" w:type="dxa"/>
            <w:tcBorders>
              <w:bottom w:val="single" w:sz="4" w:space="0" w:color="auto"/>
            </w:tcBorders>
            <w:tcMar>
              <w:top w:w="55" w:type="dxa"/>
              <w:left w:w="75" w:type="dxa"/>
              <w:bottom w:w="55" w:type="dxa"/>
              <w:right w:w="75" w:type="dxa"/>
            </w:tcMar>
            <w:vAlign w:val="center"/>
          </w:tcPr>
          <w:p w14:paraId="320ECD41"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BCNA10-A</w:t>
            </w:r>
          </w:p>
        </w:tc>
        <w:tc>
          <w:tcPr>
            <w:tcW w:w="1560" w:type="dxa"/>
            <w:tcBorders>
              <w:bottom w:val="single" w:sz="4" w:space="0" w:color="auto"/>
            </w:tcBorders>
            <w:tcMar>
              <w:top w:w="55" w:type="dxa"/>
              <w:left w:w="75" w:type="dxa"/>
              <w:bottom w:w="55" w:type="dxa"/>
              <w:right w:w="75" w:type="dxa"/>
            </w:tcMar>
            <w:vAlign w:val="center"/>
          </w:tcPr>
          <w:p w14:paraId="7CE4F387"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GSM7884929</w:t>
            </w:r>
          </w:p>
        </w:tc>
        <w:tc>
          <w:tcPr>
            <w:tcW w:w="1134" w:type="dxa"/>
            <w:tcBorders>
              <w:bottom w:val="single" w:sz="4" w:space="0" w:color="auto"/>
            </w:tcBorders>
            <w:tcMar>
              <w:top w:w="55" w:type="dxa"/>
              <w:left w:w="75" w:type="dxa"/>
              <w:bottom w:w="55" w:type="dxa"/>
              <w:right w:w="75" w:type="dxa"/>
            </w:tcMar>
            <w:vAlign w:val="center"/>
          </w:tcPr>
          <w:p w14:paraId="765F75BB"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non-pCR</w:t>
            </w:r>
          </w:p>
        </w:tc>
        <w:tc>
          <w:tcPr>
            <w:tcW w:w="5811" w:type="dxa"/>
            <w:tcBorders>
              <w:bottom w:val="single" w:sz="4" w:space="0" w:color="auto"/>
            </w:tcBorders>
            <w:tcMar>
              <w:top w:w="55" w:type="dxa"/>
              <w:left w:w="75" w:type="dxa"/>
              <w:bottom w:w="55" w:type="dxa"/>
              <w:right w:w="75" w:type="dxa"/>
            </w:tcMar>
            <w:vAlign w:val="center"/>
          </w:tcPr>
          <w:p w14:paraId="47347228"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Methotrexate Vinblastine Sulfate Doxorubicin Hydrochloride Cisplatin</w:t>
            </w:r>
          </w:p>
        </w:tc>
        <w:tc>
          <w:tcPr>
            <w:tcW w:w="1400" w:type="dxa"/>
            <w:tcBorders>
              <w:bottom w:val="single" w:sz="4" w:space="0" w:color="auto"/>
            </w:tcBorders>
            <w:tcMar>
              <w:top w:w="55" w:type="dxa"/>
              <w:left w:w="75" w:type="dxa"/>
              <w:bottom w:w="55" w:type="dxa"/>
              <w:right w:w="75" w:type="dxa"/>
            </w:tcMar>
            <w:vAlign w:val="center"/>
          </w:tcPr>
          <w:p w14:paraId="420C3FAC"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0</w:t>
            </w:r>
          </w:p>
        </w:tc>
        <w:tc>
          <w:tcPr>
            <w:tcW w:w="3212" w:type="dxa"/>
            <w:tcBorders>
              <w:bottom w:val="single" w:sz="4" w:space="0" w:color="auto"/>
            </w:tcBorders>
            <w:tcMar>
              <w:top w:w="55" w:type="dxa"/>
              <w:left w:w="75" w:type="dxa"/>
              <w:bottom w:w="55" w:type="dxa"/>
              <w:right w:w="75" w:type="dxa"/>
            </w:tcMar>
            <w:vAlign w:val="center"/>
          </w:tcPr>
          <w:p w14:paraId="6AF38CD6" w14:textId="77777777" w:rsidR="00923354" w:rsidRPr="008628DB" w:rsidRDefault="00000000" w:rsidP="008628DB">
            <w:pPr>
              <w:snapToGrid w:val="0"/>
              <w:spacing w:after="0" w:line="300" w:lineRule="auto"/>
              <w:jc w:val="center"/>
              <w:rPr>
                <w:rFonts w:ascii="Times New Roman" w:hAnsi="Times New Roman" w:cs="Times New Roman"/>
                <w:szCs w:val="18"/>
              </w:rPr>
            </w:pPr>
            <w:r w:rsidRPr="008628DB">
              <w:rPr>
                <w:rFonts w:ascii="Times New Roman" w:hAnsi="Times New Roman" w:cs="Times New Roman"/>
                <w:szCs w:val="18"/>
              </w:rPr>
              <w:t>MVAC</w:t>
            </w:r>
          </w:p>
        </w:tc>
      </w:tr>
    </w:tbl>
    <w:p w14:paraId="65D6783B" w14:textId="77777777" w:rsidR="00923354" w:rsidRDefault="00000000">
      <w:r>
        <w:br w:type="page"/>
      </w:r>
    </w:p>
    <w:p w14:paraId="7EEA2C36" w14:textId="519DC8A4" w:rsidR="00923354" w:rsidRDefault="00000000" w:rsidP="00314BAB">
      <w:pPr>
        <w:jc w:val="center"/>
      </w:pPr>
      <w:r w:rsidRPr="00314BAB">
        <w:rPr>
          <w:rFonts w:ascii="Times New Roman" w:hAnsi="Times New Roman" w:cs="Times New Roman"/>
          <w:b/>
          <w:bCs/>
          <w:sz w:val="21"/>
          <w:szCs w:val="21"/>
        </w:rPr>
        <w:lastRenderedPageBreak/>
        <w:t>Table S4. Directional cross-cohort gene-level meta-analysis</w:t>
      </w:r>
    </w:p>
    <w:tbl>
      <w:tblPr>
        <w:tblW w:w="0" w:type="auto"/>
        <w:jc w:val="center"/>
        <w:tblLook w:val="04A0" w:firstRow="1" w:lastRow="0" w:firstColumn="1" w:lastColumn="0" w:noHBand="0" w:noVBand="1"/>
      </w:tblPr>
      <w:tblGrid>
        <w:gridCol w:w="1929"/>
        <w:gridCol w:w="3268"/>
        <w:gridCol w:w="2131"/>
        <w:gridCol w:w="2751"/>
        <w:gridCol w:w="2104"/>
        <w:gridCol w:w="2073"/>
      </w:tblGrid>
      <w:tr w:rsidR="00923354" w14:paraId="341BD5C0" w14:textId="77777777" w:rsidTr="00314BAB">
        <w:trPr>
          <w:cantSplit/>
          <w:jc w:val="center"/>
        </w:trPr>
        <w:tc>
          <w:tcPr>
            <w:tcW w:w="2376" w:type="dxa"/>
            <w:tcBorders>
              <w:top w:val="single" w:sz="4" w:space="0" w:color="auto"/>
              <w:bottom w:val="single" w:sz="4" w:space="0" w:color="auto"/>
            </w:tcBorders>
            <w:tcMar>
              <w:top w:w="55" w:type="dxa"/>
              <w:left w:w="75" w:type="dxa"/>
              <w:bottom w:w="55" w:type="dxa"/>
              <w:right w:w="75" w:type="dxa"/>
            </w:tcMar>
          </w:tcPr>
          <w:p w14:paraId="78AEFE3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gene</w:t>
            </w:r>
          </w:p>
        </w:tc>
        <w:tc>
          <w:tcPr>
            <w:tcW w:w="2376" w:type="dxa"/>
            <w:tcBorders>
              <w:top w:val="single" w:sz="4" w:space="0" w:color="auto"/>
              <w:bottom w:val="single" w:sz="4" w:space="0" w:color="auto"/>
            </w:tcBorders>
            <w:tcMar>
              <w:top w:w="55" w:type="dxa"/>
              <w:left w:w="75" w:type="dxa"/>
              <w:bottom w:w="55" w:type="dxa"/>
              <w:right w:w="75" w:type="dxa"/>
            </w:tcMar>
          </w:tcPr>
          <w:p w14:paraId="6C5C564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GSE212810_delta_response_minus_nonresponse</w:t>
            </w:r>
          </w:p>
        </w:tc>
        <w:tc>
          <w:tcPr>
            <w:tcW w:w="2376" w:type="dxa"/>
            <w:tcBorders>
              <w:top w:val="single" w:sz="4" w:space="0" w:color="auto"/>
              <w:bottom w:val="single" w:sz="4" w:space="0" w:color="auto"/>
            </w:tcBorders>
            <w:tcMar>
              <w:top w:w="55" w:type="dxa"/>
              <w:left w:w="75" w:type="dxa"/>
              <w:bottom w:w="55" w:type="dxa"/>
              <w:right w:w="75" w:type="dxa"/>
            </w:tcMar>
          </w:tcPr>
          <w:p w14:paraId="2D66E63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GSE212810_p</w:t>
            </w:r>
          </w:p>
        </w:tc>
        <w:tc>
          <w:tcPr>
            <w:tcW w:w="2376" w:type="dxa"/>
            <w:tcBorders>
              <w:top w:val="single" w:sz="4" w:space="0" w:color="auto"/>
              <w:bottom w:val="single" w:sz="4" w:space="0" w:color="auto"/>
            </w:tcBorders>
            <w:tcMar>
              <w:top w:w="55" w:type="dxa"/>
              <w:left w:w="75" w:type="dxa"/>
              <w:bottom w:w="55" w:type="dxa"/>
              <w:right w:w="75" w:type="dxa"/>
            </w:tcMar>
          </w:tcPr>
          <w:p w14:paraId="5F99BE2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GSE247185_delta_pCR_minus_nonpCR</w:t>
            </w:r>
          </w:p>
        </w:tc>
        <w:tc>
          <w:tcPr>
            <w:tcW w:w="2376" w:type="dxa"/>
            <w:tcBorders>
              <w:top w:val="single" w:sz="4" w:space="0" w:color="auto"/>
              <w:bottom w:val="single" w:sz="4" w:space="0" w:color="auto"/>
            </w:tcBorders>
            <w:tcMar>
              <w:top w:w="55" w:type="dxa"/>
              <w:left w:w="75" w:type="dxa"/>
              <w:bottom w:w="55" w:type="dxa"/>
              <w:right w:w="75" w:type="dxa"/>
            </w:tcMar>
          </w:tcPr>
          <w:p w14:paraId="28204A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GSE247185_p</w:t>
            </w:r>
          </w:p>
        </w:tc>
        <w:tc>
          <w:tcPr>
            <w:tcW w:w="2376" w:type="dxa"/>
            <w:tcBorders>
              <w:top w:val="single" w:sz="4" w:space="0" w:color="auto"/>
              <w:bottom w:val="single" w:sz="4" w:space="0" w:color="auto"/>
            </w:tcBorders>
            <w:tcMar>
              <w:top w:w="55" w:type="dxa"/>
              <w:left w:w="75" w:type="dxa"/>
              <w:bottom w:w="55" w:type="dxa"/>
              <w:right w:w="75" w:type="dxa"/>
            </w:tcMar>
          </w:tcPr>
          <w:p w14:paraId="79E3D2D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direction_concordant</w:t>
            </w:r>
          </w:p>
        </w:tc>
      </w:tr>
      <w:tr w:rsidR="00923354" w14:paraId="78F89CFA" w14:textId="77777777" w:rsidTr="00314BAB">
        <w:trPr>
          <w:cantSplit/>
          <w:jc w:val="center"/>
        </w:trPr>
        <w:tc>
          <w:tcPr>
            <w:tcW w:w="2376" w:type="dxa"/>
            <w:tcBorders>
              <w:top w:val="single" w:sz="4" w:space="0" w:color="auto"/>
            </w:tcBorders>
            <w:tcMar>
              <w:top w:w="55" w:type="dxa"/>
              <w:left w:w="75" w:type="dxa"/>
              <w:bottom w:w="55" w:type="dxa"/>
              <w:right w:w="75" w:type="dxa"/>
            </w:tcMar>
            <w:vAlign w:val="center"/>
          </w:tcPr>
          <w:p w14:paraId="2AE3EC3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COL18A1</w:t>
            </w:r>
          </w:p>
        </w:tc>
        <w:tc>
          <w:tcPr>
            <w:tcW w:w="2376" w:type="dxa"/>
            <w:tcBorders>
              <w:top w:val="single" w:sz="4" w:space="0" w:color="auto"/>
            </w:tcBorders>
            <w:tcMar>
              <w:top w:w="55" w:type="dxa"/>
              <w:left w:w="75" w:type="dxa"/>
              <w:bottom w:w="55" w:type="dxa"/>
              <w:right w:w="75" w:type="dxa"/>
            </w:tcMar>
            <w:vAlign w:val="center"/>
          </w:tcPr>
          <w:p w14:paraId="04E995B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2.5820064579349</w:t>
            </w:r>
          </w:p>
        </w:tc>
        <w:tc>
          <w:tcPr>
            <w:tcW w:w="2376" w:type="dxa"/>
            <w:tcBorders>
              <w:top w:val="single" w:sz="4" w:space="0" w:color="auto"/>
            </w:tcBorders>
            <w:tcMar>
              <w:top w:w="55" w:type="dxa"/>
              <w:left w:w="75" w:type="dxa"/>
              <w:bottom w:w="55" w:type="dxa"/>
              <w:right w:w="75" w:type="dxa"/>
            </w:tcMar>
            <w:vAlign w:val="center"/>
          </w:tcPr>
          <w:p w14:paraId="1020FC2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0.0013786853848225117</w:t>
            </w:r>
          </w:p>
        </w:tc>
        <w:tc>
          <w:tcPr>
            <w:tcW w:w="2376" w:type="dxa"/>
            <w:tcBorders>
              <w:top w:val="single" w:sz="4" w:space="0" w:color="auto"/>
            </w:tcBorders>
            <w:tcMar>
              <w:top w:w="55" w:type="dxa"/>
              <w:left w:w="75" w:type="dxa"/>
              <w:bottom w:w="55" w:type="dxa"/>
              <w:right w:w="75" w:type="dxa"/>
            </w:tcMar>
            <w:vAlign w:val="center"/>
          </w:tcPr>
          <w:p w14:paraId="5C76FF6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0.853646079091086</w:t>
            </w:r>
          </w:p>
        </w:tc>
        <w:tc>
          <w:tcPr>
            <w:tcW w:w="2376" w:type="dxa"/>
            <w:tcBorders>
              <w:top w:val="single" w:sz="4" w:space="0" w:color="auto"/>
            </w:tcBorders>
            <w:tcMar>
              <w:top w:w="55" w:type="dxa"/>
              <w:left w:w="75" w:type="dxa"/>
              <w:bottom w:w="55" w:type="dxa"/>
              <w:right w:w="75" w:type="dxa"/>
            </w:tcMar>
            <w:vAlign w:val="center"/>
          </w:tcPr>
          <w:p w14:paraId="5C30B69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0.20287390799507662</w:t>
            </w:r>
          </w:p>
        </w:tc>
        <w:tc>
          <w:tcPr>
            <w:tcW w:w="2376" w:type="dxa"/>
            <w:tcBorders>
              <w:top w:val="single" w:sz="4" w:space="0" w:color="auto"/>
            </w:tcBorders>
            <w:tcMar>
              <w:top w:w="55" w:type="dxa"/>
              <w:left w:w="75" w:type="dxa"/>
              <w:bottom w:w="55" w:type="dxa"/>
              <w:right w:w="75" w:type="dxa"/>
            </w:tcMar>
            <w:vAlign w:val="center"/>
          </w:tcPr>
          <w:p w14:paraId="53DA4E3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047FD3E2" w14:textId="77777777">
        <w:trPr>
          <w:cantSplit/>
          <w:jc w:val="center"/>
        </w:trPr>
        <w:tc>
          <w:tcPr>
            <w:tcW w:w="2376" w:type="dxa"/>
            <w:tcMar>
              <w:top w:w="55" w:type="dxa"/>
              <w:left w:w="75" w:type="dxa"/>
              <w:bottom w:w="55" w:type="dxa"/>
              <w:right w:w="75" w:type="dxa"/>
            </w:tcMar>
            <w:vAlign w:val="center"/>
          </w:tcPr>
          <w:p w14:paraId="74AB17B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HSPA6</w:t>
            </w:r>
          </w:p>
        </w:tc>
        <w:tc>
          <w:tcPr>
            <w:tcW w:w="2376" w:type="dxa"/>
            <w:tcMar>
              <w:top w:w="55" w:type="dxa"/>
              <w:left w:w="75" w:type="dxa"/>
              <w:bottom w:w="55" w:type="dxa"/>
              <w:right w:w="75" w:type="dxa"/>
            </w:tcMar>
            <w:vAlign w:val="center"/>
          </w:tcPr>
          <w:p w14:paraId="62B9626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1.9521345390772076</w:t>
            </w:r>
          </w:p>
        </w:tc>
        <w:tc>
          <w:tcPr>
            <w:tcW w:w="2376" w:type="dxa"/>
            <w:tcMar>
              <w:top w:w="55" w:type="dxa"/>
              <w:left w:w="75" w:type="dxa"/>
              <w:bottom w:w="55" w:type="dxa"/>
              <w:right w:w="75" w:type="dxa"/>
            </w:tcMar>
            <w:vAlign w:val="center"/>
          </w:tcPr>
          <w:p w14:paraId="7D00052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0.0031442137706967585</w:t>
            </w:r>
          </w:p>
        </w:tc>
        <w:tc>
          <w:tcPr>
            <w:tcW w:w="2376" w:type="dxa"/>
            <w:tcMar>
              <w:top w:w="55" w:type="dxa"/>
              <w:left w:w="75" w:type="dxa"/>
              <w:bottom w:w="55" w:type="dxa"/>
              <w:right w:w="75" w:type="dxa"/>
            </w:tcMar>
            <w:vAlign w:val="center"/>
          </w:tcPr>
          <w:p w14:paraId="04D32BF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1.281369575502124</w:t>
            </w:r>
          </w:p>
        </w:tc>
        <w:tc>
          <w:tcPr>
            <w:tcW w:w="2376" w:type="dxa"/>
            <w:tcMar>
              <w:top w:w="55" w:type="dxa"/>
              <w:left w:w="75" w:type="dxa"/>
              <w:bottom w:w="55" w:type="dxa"/>
              <w:right w:w="75" w:type="dxa"/>
            </w:tcMar>
            <w:vAlign w:val="center"/>
          </w:tcPr>
          <w:p w14:paraId="344AB1C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0.12257770081554133</w:t>
            </w:r>
          </w:p>
        </w:tc>
        <w:tc>
          <w:tcPr>
            <w:tcW w:w="2376" w:type="dxa"/>
            <w:tcMar>
              <w:top w:w="55" w:type="dxa"/>
              <w:left w:w="75" w:type="dxa"/>
              <w:bottom w:w="55" w:type="dxa"/>
              <w:right w:w="75" w:type="dxa"/>
            </w:tcMar>
            <w:vAlign w:val="center"/>
          </w:tcPr>
          <w:p w14:paraId="3092A2E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314569CE" w14:textId="77777777">
        <w:trPr>
          <w:cantSplit/>
          <w:jc w:val="center"/>
        </w:trPr>
        <w:tc>
          <w:tcPr>
            <w:tcW w:w="2376" w:type="dxa"/>
            <w:tcMar>
              <w:top w:w="55" w:type="dxa"/>
              <w:left w:w="75" w:type="dxa"/>
              <w:bottom w:w="55" w:type="dxa"/>
              <w:right w:w="75" w:type="dxa"/>
            </w:tcMar>
            <w:vAlign w:val="center"/>
          </w:tcPr>
          <w:p w14:paraId="36F02A6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PLVAP</w:t>
            </w:r>
          </w:p>
        </w:tc>
        <w:tc>
          <w:tcPr>
            <w:tcW w:w="2376" w:type="dxa"/>
            <w:tcMar>
              <w:top w:w="55" w:type="dxa"/>
              <w:left w:w="75" w:type="dxa"/>
              <w:bottom w:w="55" w:type="dxa"/>
              <w:right w:w="75" w:type="dxa"/>
            </w:tcMar>
            <w:vAlign w:val="center"/>
          </w:tcPr>
          <w:p w14:paraId="36980FE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1.994946233463721</w:t>
            </w:r>
          </w:p>
        </w:tc>
        <w:tc>
          <w:tcPr>
            <w:tcW w:w="2376" w:type="dxa"/>
            <w:tcMar>
              <w:top w:w="55" w:type="dxa"/>
              <w:left w:w="75" w:type="dxa"/>
              <w:bottom w:w="55" w:type="dxa"/>
              <w:right w:w="75" w:type="dxa"/>
            </w:tcMar>
            <w:vAlign w:val="center"/>
          </w:tcPr>
          <w:p w14:paraId="02A60FB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0.011139570033190976</w:t>
            </w:r>
          </w:p>
        </w:tc>
        <w:tc>
          <w:tcPr>
            <w:tcW w:w="2376" w:type="dxa"/>
            <w:tcMar>
              <w:top w:w="55" w:type="dxa"/>
              <w:left w:w="75" w:type="dxa"/>
              <w:bottom w:w="55" w:type="dxa"/>
              <w:right w:w="75" w:type="dxa"/>
            </w:tcMar>
            <w:vAlign w:val="center"/>
          </w:tcPr>
          <w:p w14:paraId="37B6C02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0.8968307371569475</w:t>
            </w:r>
          </w:p>
        </w:tc>
        <w:tc>
          <w:tcPr>
            <w:tcW w:w="2376" w:type="dxa"/>
            <w:tcMar>
              <w:top w:w="55" w:type="dxa"/>
              <w:left w:w="75" w:type="dxa"/>
              <w:bottom w:w="55" w:type="dxa"/>
              <w:right w:w="75" w:type="dxa"/>
            </w:tcMar>
            <w:vAlign w:val="center"/>
          </w:tcPr>
          <w:p w14:paraId="78F70AC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0.032902340852364424</w:t>
            </w:r>
          </w:p>
        </w:tc>
        <w:tc>
          <w:tcPr>
            <w:tcW w:w="2376" w:type="dxa"/>
            <w:tcMar>
              <w:top w:w="55" w:type="dxa"/>
              <w:left w:w="75" w:type="dxa"/>
              <w:bottom w:w="55" w:type="dxa"/>
              <w:right w:w="75" w:type="dxa"/>
            </w:tcMar>
            <w:vAlign w:val="center"/>
          </w:tcPr>
          <w:p w14:paraId="3865B7B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2D12CAD7" w14:textId="77777777">
        <w:trPr>
          <w:cantSplit/>
          <w:jc w:val="center"/>
        </w:trPr>
        <w:tc>
          <w:tcPr>
            <w:tcW w:w="2376" w:type="dxa"/>
            <w:tcMar>
              <w:top w:w="55" w:type="dxa"/>
              <w:left w:w="75" w:type="dxa"/>
              <w:bottom w:w="55" w:type="dxa"/>
              <w:right w:w="75" w:type="dxa"/>
            </w:tcMar>
            <w:vAlign w:val="center"/>
          </w:tcPr>
          <w:p w14:paraId="4EF8CF8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IFNLR1</w:t>
            </w:r>
          </w:p>
        </w:tc>
        <w:tc>
          <w:tcPr>
            <w:tcW w:w="2376" w:type="dxa"/>
            <w:tcMar>
              <w:top w:w="55" w:type="dxa"/>
              <w:left w:w="75" w:type="dxa"/>
              <w:bottom w:w="55" w:type="dxa"/>
              <w:right w:w="75" w:type="dxa"/>
            </w:tcMar>
            <w:vAlign w:val="center"/>
          </w:tcPr>
          <w:p w14:paraId="3A3DBFF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2.2332544471481164</w:t>
            </w:r>
          </w:p>
        </w:tc>
        <w:tc>
          <w:tcPr>
            <w:tcW w:w="2376" w:type="dxa"/>
            <w:tcMar>
              <w:top w:w="55" w:type="dxa"/>
              <w:left w:w="75" w:type="dxa"/>
              <w:bottom w:w="55" w:type="dxa"/>
              <w:right w:w="75" w:type="dxa"/>
            </w:tcMar>
            <w:vAlign w:val="center"/>
          </w:tcPr>
          <w:p w14:paraId="6DFA255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0.002081720971216049</w:t>
            </w:r>
          </w:p>
        </w:tc>
        <w:tc>
          <w:tcPr>
            <w:tcW w:w="2376" w:type="dxa"/>
            <w:tcMar>
              <w:top w:w="55" w:type="dxa"/>
              <w:left w:w="75" w:type="dxa"/>
              <w:bottom w:w="55" w:type="dxa"/>
              <w:right w:w="75" w:type="dxa"/>
            </w:tcMar>
            <w:vAlign w:val="center"/>
          </w:tcPr>
          <w:p w14:paraId="307881A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1.0763568501157086</w:t>
            </w:r>
          </w:p>
        </w:tc>
        <w:tc>
          <w:tcPr>
            <w:tcW w:w="2376" w:type="dxa"/>
            <w:tcMar>
              <w:top w:w="55" w:type="dxa"/>
              <w:left w:w="75" w:type="dxa"/>
              <w:bottom w:w="55" w:type="dxa"/>
              <w:right w:w="75" w:type="dxa"/>
            </w:tcMar>
            <w:vAlign w:val="center"/>
          </w:tcPr>
          <w:p w14:paraId="1A12E34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0.26284844454550466</w:t>
            </w:r>
          </w:p>
        </w:tc>
        <w:tc>
          <w:tcPr>
            <w:tcW w:w="2376" w:type="dxa"/>
            <w:tcMar>
              <w:top w:w="55" w:type="dxa"/>
              <w:left w:w="75" w:type="dxa"/>
              <w:bottom w:w="55" w:type="dxa"/>
              <w:right w:w="75" w:type="dxa"/>
            </w:tcMar>
            <w:vAlign w:val="center"/>
          </w:tcPr>
          <w:p w14:paraId="61A5B4B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5A9A9CC2" w14:textId="77777777">
        <w:trPr>
          <w:cantSplit/>
          <w:jc w:val="center"/>
        </w:trPr>
        <w:tc>
          <w:tcPr>
            <w:tcW w:w="2376" w:type="dxa"/>
            <w:tcMar>
              <w:top w:w="55" w:type="dxa"/>
              <w:left w:w="75" w:type="dxa"/>
              <w:bottom w:w="55" w:type="dxa"/>
              <w:right w:w="75" w:type="dxa"/>
            </w:tcMar>
            <w:vAlign w:val="center"/>
          </w:tcPr>
          <w:p w14:paraId="44FC655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RPS6KA5</w:t>
            </w:r>
          </w:p>
        </w:tc>
        <w:tc>
          <w:tcPr>
            <w:tcW w:w="2376" w:type="dxa"/>
            <w:tcMar>
              <w:top w:w="55" w:type="dxa"/>
              <w:left w:w="75" w:type="dxa"/>
              <w:bottom w:w="55" w:type="dxa"/>
              <w:right w:w="75" w:type="dxa"/>
            </w:tcMar>
            <w:vAlign w:val="center"/>
          </w:tcPr>
          <w:p w14:paraId="21C855C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2.627719619696557</w:t>
            </w:r>
          </w:p>
        </w:tc>
        <w:tc>
          <w:tcPr>
            <w:tcW w:w="2376" w:type="dxa"/>
            <w:tcMar>
              <w:top w:w="55" w:type="dxa"/>
              <w:left w:w="75" w:type="dxa"/>
              <w:bottom w:w="55" w:type="dxa"/>
              <w:right w:w="75" w:type="dxa"/>
            </w:tcMar>
            <w:vAlign w:val="center"/>
          </w:tcPr>
          <w:p w14:paraId="1D90973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0.0016209608881871714</w:t>
            </w:r>
          </w:p>
        </w:tc>
        <w:tc>
          <w:tcPr>
            <w:tcW w:w="2376" w:type="dxa"/>
            <w:tcMar>
              <w:top w:w="55" w:type="dxa"/>
              <w:left w:w="75" w:type="dxa"/>
              <w:bottom w:w="55" w:type="dxa"/>
              <w:right w:w="75" w:type="dxa"/>
            </w:tcMar>
            <w:vAlign w:val="center"/>
          </w:tcPr>
          <w:p w14:paraId="4F0577C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0.5422596661888974</w:t>
            </w:r>
          </w:p>
        </w:tc>
        <w:tc>
          <w:tcPr>
            <w:tcW w:w="2376" w:type="dxa"/>
            <w:tcMar>
              <w:top w:w="55" w:type="dxa"/>
              <w:left w:w="75" w:type="dxa"/>
              <w:bottom w:w="55" w:type="dxa"/>
              <w:right w:w="75" w:type="dxa"/>
            </w:tcMar>
            <w:vAlign w:val="center"/>
          </w:tcPr>
          <w:p w14:paraId="1FD1485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0.38096285611738817</w:t>
            </w:r>
          </w:p>
        </w:tc>
        <w:tc>
          <w:tcPr>
            <w:tcW w:w="2376" w:type="dxa"/>
            <w:tcMar>
              <w:top w:w="55" w:type="dxa"/>
              <w:left w:w="75" w:type="dxa"/>
              <w:bottom w:w="55" w:type="dxa"/>
              <w:right w:w="75" w:type="dxa"/>
            </w:tcMar>
            <w:vAlign w:val="center"/>
          </w:tcPr>
          <w:p w14:paraId="3AD00D4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46E854E2" w14:textId="77777777">
        <w:trPr>
          <w:cantSplit/>
          <w:jc w:val="center"/>
        </w:trPr>
        <w:tc>
          <w:tcPr>
            <w:tcW w:w="2376" w:type="dxa"/>
            <w:tcMar>
              <w:top w:w="55" w:type="dxa"/>
              <w:left w:w="75" w:type="dxa"/>
              <w:bottom w:w="55" w:type="dxa"/>
              <w:right w:w="75" w:type="dxa"/>
            </w:tcMar>
            <w:vAlign w:val="center"/>
          </w:tcPr>
          <w:p w14:paraId="787CA64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CYTH4</w:t>
            </w:r>
          </w:p>
        </w:tc>
        <w:tc>
          <w:tcPr>
            <w:tcW w:w="2376" w:type="dxa"/>
            <w:tcMar>
              <w:top w:w="55" w:type="dxa"/>
              <w:left w:w="75" w:type="dxa"/>
              <w:bottom w:w="55" w:type="dxa"/>
              <w:right w:w="75" w:type="dxa"/>
            </w:tcMar>
            <w:vAlign w:val="center"/>
          </w:tcPr>
          <w:p w14:paraId="6102D50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1.8956556565669667</w:t>
            </w:r>
          </w:p>
        </w:tc>
        <w:tc>
          <w:tcPr>
            <w:tcW w:w="2376" w:type="dxa"/>
            <w:tcMar>
              <w:top w:w="55" w:type="dxa"/>
              <w:left w:w="75" w:type="dxa"/>
              <w:bottom w:w="55" w:type="dxa"/>
              <w:right w:w="75" w:type="dxa"/>
            </w:tcMar>
            <w:vAlign w:val="center"/>
          </w:tcPr>
          <w:p w14:paraId="44B3E12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0.004851640089704838</w:t>
            </w:r>
          </w:p>
        </w:tc>
        <w:tc>
          <w:tcPr>
            <w:tcW w:w="2376" w:type="dxa"/>
            <w:tcMar>
              <w:top w:w="55" w:type="dxa"/>
              <w:left w:w="75" w:type="dxa"/>
              <w:bottom w:w="55" w:type="dxa"/>
              <w:right w:w="75" w:type="dxa"/>
            </w:tcMar>
            <w:vAlign w:val="center"/>
          </w:tcPr>
          <w:p w14:paraId="43D0C2E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1.020553571823755</w:t>
            </w:r>
          </w:p>
        </w:tc>
        <w:tc>
          <w:tcPr>
            <w:tcW w:w="2376" w:type="dxa"/>
            <w:tcMar>
              <w:top w:w="55" w:type="dxa"/>
              <w:left w:w="75" w:type="dxa"/>
              <w:bottom w:w="55" w:type="dxa"/>
              <w:right w:w="75" w:type="dxa"/>
            </w:tcMar>
            <w:vAlign w:val="center"/>
          </w:tcPr>
          <w:p w14:paraId="3AD1BA7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0.1881620557774498</w:t>
            </w:r>
          </w:p>
        </w:tc>
        <w:tc>
          <w:tcPr>
            <w:tcW w:w="2376" w:type="dxa"/>
            <w:tcMar>
              <w:top w:w="55" w:type="dxa"/>
              <w:left w:w="75" w:type="dxa"/>
              <w:bottom w:w="55" w:type="dxa"/>
              <w:right w:w="75" w:type="dxa"/>
            </w:tcMar>
            <w:vAlign w:val="center"/>
          </w:tcPr>
          <w:p w14:paraId="1AEB109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155F198D" w14:textId="77777777">
        <w:trPr>
          <w:cantSplit/>
          <w:jc w:val="center"/>
        </w:trPr>
        <w:tc>
          <w:tcPr>
            <w:tcW w:w="2376" w:type="dxa"/>
            <w:tcMar>
              <w:top w:w="55" w:type="dxa"/>
              <w:left w:w="75" w:type="dxa"/>
              <w:bottom w:w="55" w:type="dxa"/>
              <w:right w:w="75" w:type="dxa"/>
            </w:tcMar>
            <w:vAlign w:val="center"/>
          </w:tcPr>
          <w:p w14:paraId="5A0D4EB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LOC653160</w:t>
            </w:r>
          </w:p>
        </w:tc>
        <w:tc>
          <w:tcPr>
            <w:tcW w:w="2376" w:type="dxa"/>
            <w:tcMar>
              <w:top w:w="55" w:type="dxa"/>
              <w:left w:w="75" w:type="dxa"/>
              <w:bottom w:w="55" w:type="dxa"/>
              <w:right w:w="75" w:type="dxa"/>
            </w:tcMar>
            <w:vAlign w:val="center"/>
          </w:tcPr>
          <w:p w14:paraId="4B92DDC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1.1694122256417583</w:t>
            </w:r>
          </w:p>
        </w:tc>
        <w:tc>
          <w:tcPr>
            <w:tcW w:w="2376" w:type="dxa"/>
            <w:tcMar>
              <w:top w:w="55" w:type="dxa"/>
              <w:left w:w="75" w:type="dxa"/>
              <w:bottom w:w="55" w:type="dxa"/>
              <w:right w:w="75" w:type="dxa"/>
            </w:tcMar>
            <w:vAlign w:val="center"/>
          </w:tcPr>
          <w:p w14:paraId="5C525CA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0.023237035756875118</w:t>
            </w:r>
          </w:p>
        </w:tc>
        <w:tc>
          <w:tcPr>
            <w:tcW w:w="2376" w:type="dxa"/>
            <w:tcMar>
              <w:top w:w="55" w:type="dxa"/>
              <w:left w:w="75" w:type="dxa"/>
              <w:bottom w:w="55" w:type="dxa"/>
              <w:right w:w="75" w:type="dxa"/>
            </w:tcMar>
            <w:vAlign w:val="center"/>
          </w:tcPr>
          <w:p w14:paraId="5EB9523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0.977687270622301</w:t>
            </w:r>
          </w:p>
        </w:tc>
        <w:tc>
          <w:tcPr>
            <w:tcW w:w="2376" w:type="dxa"/>
            <w:tcMar>
              <w:top w:w="55" w:type="dxa"/>
              <w:left w:w="75" w:type="dxa"/>
              <w:bottom w:w="55" w:type="dxa"/>
              <w:right w:w="75" w:type="dxa"/>
            </w:tcMar>
            <w:vAlign w:val="center"/>
          </w:tcPr>
          <w:p w14:paraId="06935F1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0.023880521345904494</w:t>
            </w:r>
          </w:p>
        </w:tc>
        <w:tc>
          <w:tcPr>
            <w:tcW w:w="2376" w:type="dxa"/>
            <w:tcMar>
              <w:top w:w="55" w:type="dxa"/>
              <w:left w:w="75" w:type="dxa"/>
              <w:bottom w:w="55" w:type="dxa"/>
              <w:right w:w="75" w:type="dxa"/>
            </w:tcMar>
            <w:vAlign w:val="center"/>
          </w:tcPr>
          <w:p w14:paraId="5EB308A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18B17EA0" w14:textId="77777777">
        <w:trPr>
          <w:cantSplit/>
          <w:jc w:val="center"/>
        </w:trPr>
        <w:tc>
          <w:tcPr>
            <w:tcW w:w="2376" w:type="dxa"/>
            <w:tcMar>
              <w:top w:w="55" w:type="dxa"/>
              <w:left w:w="75" w:type="dxa"/>
              <w:bottom w:w="55" w:type="dxa"/>
              <w:right w:w="75" w:type="dxa"/>
            </w:tcMar>
            <w:vAlign w:val="center"/>
          </w:tcPr>
          <w:p w14:paraId="7C6402D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MYL9</w:t>
            </w:r>
          </w:p>
        </w:tc>
        <w:tc>
          <w:tcPr>
            <w:tcW w:w="2376" w:type="dxa"/>
            <w:tcMar>
              <w:top w:w="55" w:type="dxa"/>
              <w:left w:w="75" w:type="dxa"/>
              <w:bottom w:w="55" w:type="dxa"/>
              <w:right w:w="75" w:type="dxa"/>
            </w:tcMar>
            <w:vAlign w:val="center"/>
          </w:tcPr>
          <w:p w14:paraId="23CF1E3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2.193958262071358</w:t>
            </w:r>
          </w:p>
        </w:tc>
        <w:tc>
          <w:tcPr>
            <w:tcW w:w="2376" w:type="dxa"/>
            <w:tcMar>
              <w:top w:w="55" w:type="dxa"/>
              <w:left w:w="75" w:type="dxa"/>
              <w:bottom w:w="55" w:type="dxa"/>
              <w:right w:w="75" w:type="dxa"/>
            </w:tcMar>
            <w:vAlign w:val="center"/>
          </w:tcPr>
          <w:p w14:paraId="5BC82CA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0.005416166887684279</w:t>
            </w:r>
          </w:p>
        </w:tc>
        <w:tc>
          <w:tcPr>
            <w:tcW w:w="2376" w:type="dxa"/>
            <w:tcMar>
              <w:top w:w="55" w:type="dxa"/>
              <w:left w:w="75" w:type="dxa"/>
              <w:bottom w:w="55" w:type="dxa"/>
              <w:right w:w="75" w:type="dxa"/>
            </w:tcMar>
            <w:vAlign w:val="center"/>
          </w:tcPr>
          <w:p w14:paraId="2966E83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1.005477272182822</w:t>
            </w:r>
          </w:p>
        </w:tc>
        <w:tc>
          <w:tcPr>
            <w:tcW w:w="2376" w:type="dxa"/>
            <w:tcMar>
              <w:top w:w="55" w:type="dxa"/>
              <w:left w:w="75" w:type="dxa"/>
              <w:bottom w:w="55" w:type="dxa"/>
              <w:right w:w="75" w:type="dxa"/>
            </w:tcMar>
            <w:vAlign w:val="center"/>
          </w:tcPr>
          <w:p w14:paraId="6BE7CAD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0.1953042454131062</w:t>
            </w:r>
          </w:p>
        </w:tc>
        <w:tc>
          <w:tcPr>
            <w:tcW w:w="2376" w:type="dxa"/>
            <w:tcMar>
              <w:top w:w="55" w:type="dxa"/>
              <w:left w:w="75" w:type="dxa"/>
              <w:bottom w:w="55" w:type="dxa"/>
              <w:right w:w="75" w:type="dxa"/>
            </w:tcMar>
            <w:vAlign w:val="center"/>
          </w:tcPr>
          <w:p w14:paraId="365C944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09343C79" w14:textId="77777777">
        <w:trPr>
          <w:cantSplit/>
          <w:jc w:val="center"/>
        </w:trPr>
        <w:tc>
          <w:tcPr>
            <w:tcW w:w="2376" w:type="dxa"/>
            <w:tcMar>
              <w:top w:w="55" w:type="dxa"/>
              <w:left w:w="75" w:type="dxa"/>
              <w:bottom w:w="55" w:type="dxa"/>
              <w:right w:w="75" w:type="dxa"/>
            </w:tcMar>
            <w:vAlign w:val="center"/>
          </w:tcPr>
          <w:p w14:paraId="6C538C4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TP53INP2</w:t>
            </w:r>
          </w:p>
        </w:tc>
        <w:tc>
          <w:tcPr>
            <w:tcW w:w="2376" w:type="dxa"/>
            <w:tcMar>
              <w:top w:w="55" w:type="dxa"/>
              <w:left w:w="75" w:type="dxa"/>
              <w:bottom w:w="55" w:type="dxa"/>
              <w:right w:w="75" w:type="dxa"/>
            </w:tcMar>
            <w:vAlign w:val="center"/>
          </w:tcPr>
          <w:p w14:paraId="5C38621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2.1138065838481586</w:t>
            </w:r>
          </w:p>
        </w:tc>
        <w:tc>
          <w:tcPr>
            <w:tcW w:w="2376" w:type="dxa"/>
            <w:tcMar>
              <w:top w:w="55" w:type="dxa"/>
              <w:left w:w="75" w:type="dxa"/>
              <w:bottom w:w="55" w:type="dxa"/>
              <w:right w:w="75" w:type="dxa"/>
            </w:tcMar>
            <w:vAlign w:val="center"/>
          </w:tcPr>
          <w:p w14:paraId="7A1718E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0.00696411367231311</w:t>
            </w:r>
          </w:p>
        </w:tc>
        <w:tc>
          <w:tcPr>
            <w:tcW w:w="2376" w:type="dxa"/>
            <w:tcMar>
              <w:top w:w="55" w:type="dxa"/>
              <w:left w:w="75" w:type="dxa"/>
              <w:bottom w:w="55" w:type="dxa"/>
              <w:right w:w="75" w:type="dxa"/>
            </w:tcMar>
            <w:vAlign w:val="center"/>
          </w:tcPr>
          <w:p w14:paraId="6322C03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0.5262146570674178</w:t>
            </w:r>
          </w:p>
        </w:tc>
        <w:tc>
          <w:tcPr>
            <w:tcW w:w="2376" w:type="dxa"/>
            <w:tcMar>
              <w:top w:w="55" w:type="dxa"/>
              <w:left w:w="75" w:type="dxa"/>
              <w:bottom w:w="55" w:type="dxa"/>
              <w:right w:w="75" w:type="dxa"/>
            </w:tcMar>
            <w:vAlign w:val="center"/>
          </w:tcPr>
          <w:p w14:paraId="4733D7B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0.15363671880824026</w:t>
            </w:r>
          </w:p>
        </w:tc>
        <w:tc>
          <w:tcPr>
            <w:tcW w:w="2376" w:type="dxa"/>
            <w:tcMar>
              <w:top w:w="55" w:type="dxa"/>
              <w:left w:w="75" w:type="dxa"/>
              <w:bottom w:w="55" w:type="dxa"/>
              <w:right w:w="75" w:type="dxa"/>
            </w:tcMar>
            <w:vAlign w:val="center"/>
          </w:tcPr>
          <w:p w14:paraId="2AE75F0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6234BF27" w14:textId="77777777">
        <w:trPr>
          <w:cantSplit/>
          <w:jc w:val="center"/>
        </w:trPr>
        <w:tc>
          <w:tcPr>
            <w:tcW w:w="2376" w:type="dxa"/>
            <w:tcMar>
              <w:top w:w="55" w:type="dxa"/>
              <w:left w:w="75" w:type="dxa"/>
              <w:bottom w:w="55" w:type="dxa"/>
              <w:right w:w="75" w:type="dxa"/>
            </w:tcMar>
            <w:vAlign w:val="center"/>
          </w:tcPr>
          <w:p w14:paraId="3400ADA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KIAA0226L</w:t>
            </w:r>
          </w:p>
        </w:tc>
        <w:tc>
          <w:tcPr>
            <w:tcW w:w="2376" w:type="dxa"/>
            <w:tcMar>
              <w:top w:w="55" w:type="dxa"/>
              <w:left w:w="75" w:type="dxa"/>
              <w:bottom w:w="55" w:type="dxa"/>
              <w:right w:w="75" w:type="dxa"/>
            </w:tcMar>
            <w:vAlign w:val="center"/>
          </w:tcPr>
          <w:p w14:paraId="19127BE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0.7916641956974357</w:t>
            </w:r>
          </w:p>
        </w:tc>
        <w:tc>
          <w:tcPr>
            <w:tcW w:w="2376" w:type="dxa"/>
            <w:tcMar>
              <w:top w:w="55" w:type="dxa"/>
              <w:left w:w="75" w:type="dxa"/>
              <w:bottom w:w="55" w:type="dxa"/>
              <w:right w:w="75" w:type="dxa"/>
            </w:tcMar>
            <w:vAlign w:val="center"/>
          </w:tcPr>
          <w:p w14:paraId="7528AC3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0.019932777723715586</w:t>
            </w:r>
          </w:p>
        </w:tc>
        <w:tc>
          <w:tcPr>
            <w:tcW w:w="2376" w:type="dxa"/>
            <w:tcMar>
              <w:top w:w="55" w:type="dxa"/>
              <w:left w:w="75" w:type="dxa"/>
              <w:bottom w:w="55" w:type="dxa"/>
              <w:right w:w="75" w:type="dxa"/>
            </w:tcMar>
            <w:vAlign w:val="center"/>
          </w:tcPr>
          <w:p w14:paraId="34632BD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1.4755962880767406</w:t>
            </w:r>
          </w:p>
        </w:tc>
        <w:tc>
          <w:tcPr>
            <w:tcW w:w="2376" w:type="dxa"/>
            <w:tcMar>
              <w:top w:w="55" w:type="dxa"/>
              <w:left w:w="75" w:type="dxa"/>
              <w:bottom w:w="55" w:type="dxa"/>
              <w:right w:w="75" w:type="dxa"/>
            </w:tcMar>
            <w:vAlign w:val="center"/>
          </w:tcPr>
          <w:p w14:paraId="5B94E48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0.051652362013028356</w:t>
            </w:r>
          </w:p>
        </w:tc>
        <w:tc>
          <w:tcPr>
            <w:tcW w:w="2376" w:type="dxa"/>
            <w:tcMar>
              <w:top w:w="55" w:type="dxa"/>
              <w:left w:w="75" w:type="dxa"/>
              <w:bottom w:w="55" w:type="dxa"/>
              <w:right w:w="75" w:type="dxa"/>
            </w:tcMar>
            <w:vAlign w:val="center"/>
          </w:tcPr>
          <w:p w14:paraId="7A10666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56081A05" w14:textId="77777777">
        <w:trPr>
          <w:cantSplit/>
          <w:jc w:val="center"/>
        </w:trPr>
        <w:tc>
          <w:tcPr>
            <w:tcW w:w="2376" w:type="dxa"/>
            <w:tcMar>
              <w:top w:w="55" w:type="dxa"/>
              <w:left w:w="75" w:type="dxa"/>
              <w:bottom w:w="55" w:type="dxa"/>
              <w:right w:w="75" w:type="dxa"/>
            </w:tcMar>
            <w:vAlign w:val="center"/>
          </w:tcPr>
          <w:p w14:paraId="1C96174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LOC439994</w:t>
            </w:r>
          </w:p>
        </w:tc>
        <w:tc>
          <w:tcPr>
            <w:tcW w:w="2376" w:type="dxa"/>
            <w:tcMar>
              <w:top w:w="55" w:type="dxa"/>
              <w:left w:w="75" w:type="dxa"/>
              <w:bottom w:w="55" w:type="dxa"/>
              <w:right w:w="75" w:type="dxa"/>
            </w:tcMar>
            <w:vAlign w:val="center"/>
          </w:tcPr>
          <w:p w14:paraId="4506FB8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1.0790755883526637</w:t>
            </w:r>
          </w:p>
        </w:tc>
        <w:tc>
          <w:tcPr>
            <w:tcW w:w="2376" w:type="dxa"/>
            <w:tcMar>
              <w:top w:w="55" w:type="dxa"/>
              <w:left w:w="75" w:type="dxa"/>
              <w:bottom w:w="55" w:type="dxa"/>
              <w:right w:w="75" w:type="dxa"/>
            </w:tcMar>
            <w:vAlign w:val="center"/>
          </w:tcPr>
          <w:p w14:paraId="37EBEE2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0.00979079041062603</w:t>
            </w:r>
          </w:p>
        </w:tc>
        <w:tc>
          <w:tcPr>
            <w:tcW w:w="2376" w:type="dxa"/>
            <w:tcMar>
              <w:top w:w="55" w:type="dxa"/>
              <w:left w:w="75" w:type="dxa"/>
              <w:bottom w:w="55" w:type="dxa"/>
              <w:right w:w="75" w:type="dxa"/>
            </w:tcMar>
            <w:vAlign w:val="center"/>
          </w:tcPr>
          <w:p w14:paraId="711C9AB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0.374190077712242</w:t>
            </w:r>
          </w:p>
        </w:tc>
        <w:tc>
          <w:tcPr>
            <w:tcW w:w="2376" w:type="dxa"/>
            <w:tcMar>
              <w:top w:w="55" w:type="dxa"/>
              <w:left w:w="75" w:type="dxa"/>
              <w:bottom w:w="55" w:type="dxa"/>
              <w:right w:w="75" w:type="dxa"/>
            </w:tcMar>
            <w:vAlign w:val="center"/>
          </w:tcPr>
          <w:p w14:paraId="7168806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0.13701124323761246</w:t>
            </w:r>
          </w:p>
        </w:tc>
        <w:tc>
          <w:tcPr>
            <w:tcW w:w="2376" w:type="dxa"/>
            <w:tcMar>
              <w:top w:w="55" w:type="dxa"/>
              <w:left w:w="75" w:type="dxa"/>
              <w:bottom w:w="55" w:type="dxa"/>
              <w:right w:w="75" w:type="dxa"/>
            </w:tcMar>
            <w:vAlign w:val="center"/>
          </w:tcPr>
          <w:p w14:paraId="5112B72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7DDB78DA" w14:textId="77777777">
        <w:trPr>
          <w:cantSplit/>
          <w:jc w:val="center"/>
        </w:trPr>
        <w:tc>
          <w:tcPr>
            <w:tcW w:w="2376" w:type="dxa"/>
            <w:tcMar>
              <w:top w:w="55" w:type="dxa"/>
              <w:left w:w="75" w:type="dxa"/>
              <w:bottom w:w="55" w:type="dxa"/>
              <w:right w:w="75" w:type="dxa"/>
            </w:tcMar>
            <w:vAlign w:val="center"/>
          </w:tcPr>
          <w:p w14:paraId="0FDB120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ZCCHC2</w:t>
            </w:r>
          </w:p>
        </w:tc>
        <w:tc>
          <w:tcPr>
            <w:tcW w:w="2376" w:type="dxa"/>
            <w:tcMar>
              <w:top w:w="55" w:type="dxa"/>
              <w:left w:w="75" w:type="dxa"/>
              <w:bottom w:w="55" w:type="dxa"/>
              <w:right w:w="75" w:type="dxa"/>
            </w:tcMar>
            <w:vAlign w:val="center"/>
          </w:tcPr>
          <w:p w14:paraId="624F52B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1.2857277990219265</w:t>
            </w:r>
          </w:p>
        </w:tc>
        <w:tc>
          <w:tcPr>
            <w:tcW w:w="2376" w:type="dxa"/>
            <w:tcMar>
              <w:top w:w="55" w:type="dxa"/>
              <w:left w:w="75" w:type="dxa"/>
              <w:bottom w:w="55" w:type="dxa"/>
              <w:right w:w="75" w:type="dxa"/>
            </w:tcMar>
            <w:vAlign w:val="center"/>
          </w:tcPr>
          <w:p w14:paraId="1824E47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0.07219539441391465</w:t>
            </w:r>
          </w:p>
        </w:tc>
        <w:tc>
          <w:tcPr>
            <w:tcW w:w="2376" w:type="dxa"/>
            <w:tcMar>
              <w:top w:w="55" w:type="dxa"/>
              <w:left w:w="75" w:type="dxa"/>
              <w:bottom w:w="55" w:type="dxa"/>
              <w:right w:w="75" w:type="dxa"/>
            </w:tcMar>
            <w:vAlign w:val="center"/>
          </w:tcPr>
          <w:p w14:paraId="5A5E571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0.7349330342989875</w:t>
            </w:r>
          </w:p>
        </w:tc>
        <w:tc>
          <w:tcPr>
            <w:tcW w:w="2376" w:type="dxa"/>
            <w:tcMar>
              <w:top w:w="55" w:type="dxa"/>
              <w:left w:w="75" w:type="dxa"/>
              <w:bottom w:w="55" w:type="dxa"/>
              <w:right w:w="75" w:type="dxa"/>
            </w:tcMar>
            <w:vAlign w:val="center"/>
          </w:tcPr>
          <w:p w14:paraId="7040ED3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0.004946396993247112</w:t>
            </w:r>
          </w:p>
        </w:tc>
        <w:tc>
          <w:tcPr>
            <w:tcW w:w="2376" w:type="dxa"/>
            <w:tcMar>
              <w:top w:w="55" w:type="dxa"/>
              <w:left w:w="75" w:type="dxa"/>
              <w:bottom w:w="55" w:type="dxa"/>
              <w:right w:w="75" w:type="dxa"/>
            </w:tcMar>
            <w:vAlign w:val="center"/>
          </w:tcPr>
          <w:p w14:paraId="05D9569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05C9BF87" w14:textId="77777777">
        <w:trPr>
          <w:cantSplit/>
          <w:jc w:val="center"/>
        </w:trPr>
        <w:tc>
          <w:tcPr>
            <w:tcW w:w="2376" w:type="dxa"/>
            <w:tcMar>
              <w:top w:w="55" w:type="dxa"/>
              <w:left w:w="75" w:type="dxa"/>
              <w:bottom w:w="55" w:type="dxa"/>
              <w:right w:w="75" w:type="dxa"/>
            </w:tcMar>
            <w:vAlign w:val="center"/>
          </w:tcPr>
          <w:p w14:paraId="67B8448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PLEKHO1</w:t>
            </w:r>
          </w:p>
        </w:tc>
        <w:tc>
          <w:tcPr>
            <w:tcW w:w="2376" w:type="dxa"/>
            <w:tcMar>
              <w:top w:w="55" w:type="dxa"/>
              <w:left w:w="75" w:type="dxa"/>
              <w:bottom w:w="55" w:type="dxa"/>
              <w:right w:w="75" w:type="dxa"/>
            </w:tcMar>
            <w:vAlign w:val="center"/>
          </w:tcPr>
          <w:p w14:paraId="23298FC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1.8999886577717113</w:t>
            </w:r>
          </w:p>
        </w:tc>
        <w:tc>
          <w:tcPr>
            <w:tcW w:w="2376" w:type="dxa"/>
            <w:tcMar>
              <w:top w:w="55" w:type="dxa"/>
              <w:left w:w="75" w:type="dxa"/>
              <w:bottom w:w="55" w:type="dxa"/>
              <w:right w:w="75" w:type="dxa"/>
            </w:tcMar>
            <w:vAlign w:val="center"/>
          </w:tcPr>
          <w:p w14:paraId="0C7DFA5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0.0036303184910575783</w:t>
            </w:r>
          </w:p>
        </w:tc>
        <w:tc>
          <w:tcPr>
            <w:tcW w:w="2376" w:type="dxa"/>
            <w:tcMar>
              <w:top w:w="55" w:type="dxa"/>
              <w:left w:w="75" w:type="dxa"/>
              <w:bottom w:w="55" w:type="dxa"/>
              <w:right w:w="75" w:type="dxa"/>
            </w:tcMar>
            <w:vAlign w:val="center"/>
          </w:tcPr>
          <w:p w14:paraId="57F8EFA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0.5487071462628874</w:t>
            </w:r>
          </w:p>
        </w:tc>
        <w:tc>
          <w:tcPr>
            <w:tcW w:w="2376" w:type="dxa"/>
            <w:tcMar>
              <w:top w:w="55" w:type="dxa"/>
              <w:left w:w="75" w:type="dxa"/>
              <w:bottom w:w="55" w:type="dxa"/>
              <w:right w:w="75" w:type="dxa"/>
            </w:tcMar>
            <w:vAlign w:val="center"/>
          </w:tcPr>
          <w:p w14:paraId="040DFD8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0.3890782954579372</w:t>
            </w:r>
          </w:p>
        </w:tc>
        <w:tc>
          <w:tcPr>
            <w:tcW w:w="2376" w:type="dxa"/>
            <w:tcMar>
              <w:top w:w="55" w:type="dxa"/>
              <w:left w:w="75" w:type="dxa"/>
              <w:bottom w:w="55" w:type="dxa"/>
              <w:right w:w="75" w:type="dxa"/>
            </w:tcMar>
            <w:vAlign w:val="center"/>
          </w:tcPr>
          <w:p w14:paraId="27C32E0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71740C61" w14:textId="77777777">
        <w:trPr>
          <w:cantSplit/>
          <w:jc w:val="center"/>
        </w:trPr>
        <w:tc>
          <w:tcPr>
            <w:tcW w:w="2376" w:type="dxa"/>
            <w:tcMar>
              <w:top w:w="55" w:type="dxa"/>
              <w:left w:w="75" w:type="dxa"/>
              <w:bottom w:w="55" w:type="dxa"/>
              <w:right w:w="75" w:type="dxa"/>
            </w:tcMar>
            <w:vAlign w:val="center"/>
          </w:tcPr>
          <w:p w14:paraId="27C5509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CYR61</w:t>
            </w:r>
          </w:p>
        </w:tc>
        <w:tc>
          <w:tcPr>
            <w:tcW w:w="2376" w:type="dxa"/>
            <w:tcMar>
              <w:top w:w="55" w:type="dxa"/>
              <w:left w:w="75" w:type="dxa"/>
              <w:bottom w:w="55" w:type="dxa"/>
              <w:right w:w="75" w:type="dxa"/>
            </w:tcMar>
            <w:vAlign w:val="center"/>
          </w:tcPr>
          <w:p w14:paraId="57B2AE8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2.0432490053227754</w:t>
            </w:r>
          </w:p>
        </w:tc>
        <w:tc>
          <w:tcPr>
            <w:tcW w:w="2376" w:type="dxa"/>
            <w:tcMar>
              <w:top w:w="55" w:type="dxa"/>
              <w:left w:w="75" w:type="dxa"/>
              <w:bottom w:w="55" w:type="dxa"/>
              <w:right w:w="75" w:type="dxa"/>
            </w:tcMar>
            <w:vAlign w:val="center"/>
          </w:tcPr>
          <w:p w14:paraId="7CDEC89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0.003429818306752757</w:t>
            </w:r>
          </w:p>
        </w:tc>
        <w:tc>
          <w:tcPr>
            <w:tcW w:w="2376" w:type="dxa"/>
            <w:tcMar>
              <w:top w:w="55" w:type="dxa"/>
              <w:left w:w="75" w:type="dxa"/>
              <w:bottom w:w="55" w:type="dxa"/>
              <w:right w:w="75" w:type="dxa"/>
            </w:tcMar>
            <w:vAlign w:val="center"/>
          </w:tcPr>
          <w:p w14:paraId="09C2F8C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0.48965754366461045</w:t>
            </w:r>
          </w:p>
        </w:tc>
        <w:tc>
          <w:tcPr>
            <w:tcW w:w="2376" w:type="dxa"/>
            <w:tcMar>
              <w:top w:w="55" w:type="dxa"/>
              <w:left w:w="75" w:type="dxa"/>
              <w:bottom w:w="55" w:type="dxa"/>
              <w:right w:w="75" w:type="dxa"/>
            </w:tcMar>
            <w:vAlign w:val="center"/>
          </w:tcPr>
          <w:p w14:paraId="17CE46D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0.42954441390132714</w:t>
            </w:r>
          </w:p>
        </w:tc>
        <w:tc>
          <w:tcPr>
            <w:tcW w:w="2376" w:type="dxa"/>
            <w:tcMar>
              <w:top w:w="55" w:type="dxa"/>
              <w:left w:w="75" w:type="dxa"/>
              <w:bottom w:w="55" w:type="dxa"/>
              <w:right w:w="75" w:type="dxa"/>
            </w:tcMar>
            <w:vAlign w:val="center"/>
          </w:tcPr>
          <w:p w14:paraId="5F80F64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77EECE63" w14:textId="77777777">
        <w:trPr>
          <w:cantSplit/>
          <w:jc w:val="center"/>
        </w:trPr>
        <w:tc>
          <w:tcPr>
            <w:tcW w:w="2376" w:type="dxa"/>
            <w:tcMar>
              <w:top w:w="55" w:type="dxa"/>
              <w:left w:w="75" w:type="dxa"/>
              <w:bottom w:w="55" w:type="dxa"/>
              <w:right w:w="75" w:type="dxa"/>
            </w:tcMar>
            <w:vAlign w:val="center"/>
          </w:tcPr>
          <w:p w14:paraId="0C0BCD3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TMEM200A</w:t>
            </w:r>
          </w:p>
        </w:tc>
        <w:tc>
          <w:tcPr>
            <w:tcW w:w="2376" w:type="dxa"/>
            <w:tcMar>
              <w:top w:w="55" w:type="dxa"/>
              <w:left w:w="75" w:type="dxa"/>
              <w:bottom w:w="55" w:type="dxa"/>
              <w:right w:w="75" w:type="dxa"/>
            </w:tcMar>
            <w:vAlign w:val="center"/>
          </w:tcPr>
          <w:p w14:paraId="3BCD7B7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1.4028222103159833</w:t>
            </w:r>
          </w:p>
        </w:tc>
        <w:tc>
          <w:tcPr>
            <w:tcW w:w="2376" w:type="dxa"/>
            <w:tcMar>
              <w:top w:w="55" w:type="dxa"/>
              <w:left w:w="75" w:type="dxa"/>
              <w:bottom w:w="55" w:type="dxa"/>
              <w:right w:w="75" w:type="dxa"/>
            </w:tcMar>
            <w:vAlign w:val="center"/>
          </w:tcPr>
          <w:p w14:paraId="550784E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0.007570643028246558</w:t>
            </w:r>
          </w:p>
        </w:tc>
        <w:tc>
          <w:tcPr>
            <w:tcW w:w="2376" w:type="dxa"/>
            <w:tcMar>
              <w:top w:w="55" w:type="dxa"/>
              <w:left w:w="75" w:type="dxa"/>
              <w:bottom w:w="55" w:type="dxa"/>
              <w:right w:w="75" w:type="dxa"/>
            </w:tcMar>
            <w:vAlign w:val="center"/>
          </w:tcPr>
          <w:p w14:paraId="1C82CD5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0.9469037836523881</w:t>
            </w:r>
          </w:p>
        </w:tc>
        <w:tc>
          <w:tcPr>
            <w:tcW w:w="2376" w:type="dxa"/>
            <w:tcMar>
              <w:top w:w="55" w:type="dxa"/>
              <w:left w:w="75" w:type="dxa"/>
              <w:bottom w:w="55" w:type="dxa"/>
              <w:right w:w="75" w:type="dxa"/>
            </w:tcMar>
            <w:vAlign w:val="center"/>
          </w:tcPr>
          <w:p w14:paraId="610B5AC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0.21985171343520582</w:t>
            </w:r>
          </w:p>
        </w:tc>
        <w:tc>
          <w:tcPr>
            <w:tcW w:w="2376" w:type="dxa"/>
            <w:tcMar>
              <w:top w:w="55" w:type="dxa"/>
              <w:left w:w="75" w:type="dxa"/>
              <w:bottom w:w="55" w:type="dxa"/>
              <w:right w:w="75" w:type="dxa"/>
            </w:tcMar>
            <w:vAlign w:val="center"/>
          </w:tcPr>
          <w:p w14:paraId="0BA5EF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196DFE34" w14:textId="77777777">
        <w:trPr>
          <w:cantSplit/>
          <w:jc w:val="center"/>
        </w:trPr>
        <w:tc>
          <w:tcPr>
            <w:tcW w:w="2376" w:type="dxa"/>
            <w:tcMar>
              <w:top w:w="55" w:type="dxa"/>
              <w:left w:w="75" w:type="dxa"/>
              <w:bottom w:w="55" w:type="dxa"/>
              <w:right w:w="75" w:type="dxa"/>
            </w:tcMar>
            <w:vAlign w:val="center"/>
          </w:tcPr>
          <w:p w14:paraId="1F70B08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WDR20</w:t>
            </w:r>
          </w:p>
        </w:tc>
        <w:tc>
          <w:tcPr>
            <w:tcW w:w="2376" w:type="dxa"/>
            <w:tcMar>
              <w:top w:w="55" w:type="dxa"/>
              <w:left w:w="75" w:type="dxa"/>
              <w:bottom w:w="55" w:type="dxa"/>
              <w:right w:w="75" w:type="dxa"/>
            </w:tcMar>
            <w:vAlign w:val="center"/>
          </w:tcPr>
          <w:p w14:paraId="413077D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2.7441860580722865</w:t>
            </w:r>
          </w:p>
        </w:tc>
        <w:tc>
          <w:tcPr>
            <w:tcW w:w="2376" w:type="dxa"/>
            <w:tcMar>
              <w:top w:w="55" w:type="dxa"/>
              <w:left w:w="75" w:type="dxa"/>
              <w:bottom w:w="55" w:type="dxa"/>
              <w:right w:w="75" w:type="dxa"/>
            </w:tcMar>
            <w:vAlign w:val="center"/>
          </w:tcPr>
          <w:p w14:paraId="7B73572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0.0005178229097176621</w:t>
            </w:r>
          </w:p>
        </w:tc>
        <w:tc>
          <w:tcPr>
            <w:tcW w:w="2376" w:type="dxa"/>
            <w:tcMar>
              <w:top w:w="55" w:type="dxa"/>
              <w:left w:w="75" w:type="dxa"/>
              <w:bottom w:w="55" w:type="dxa"/>
              <w:right w:w="75" w:type="dxa"/>
            </w:tcMar>
            <w:vAlign w:val="center"/>
          </w:tcPr>
          <w:p w14:paraId="12E3C61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-0.06020692977688746</w:t>
            </w:r>
          </w:p>
        </w:tc>
        <w:tc>
          <w:tcPr>
            <w:tcW w:w="2376" w:type="dxa"/>
            <w:tcMar>
              <w:top w:w="55" w:type="dxa"/>
              <w:left w:w="75" w:type="dxa"/>
              <w:bottom w:w="55" w:type="dxa"/>
              <w:right w:w="75" w:type="dxa"/>
            </w:tcMar>
            <w:vAlign w:val="center"/>
          </w:tcPr>
          <w:p w14:paraId="4733467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0.8480503824622705</w:t>
            </w:r>
          </w:p>
        </w:tc>
        <w:tc>
          <w:tcPr>
            <w:tcW w:w="2376" w:type="dxa"/>
            <w:tcMar>
              <w:top w:w="55" w:type="dxa"/>
              <w:left w:w="75" w:type="dxa"/>
              <w:bottom w:w="55" w:type="dxa"/>
              <w:right w:w="75" w:type="dxa"/>
            </w:tcMar>
            <w:vAlign w:val="center"/>
          </w:tcPr>
          <w:p w14:paraId="1523CCA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False</w:t>
            </w:r>
          </w:p>
        </w:tc>
      </w:tr>
      <w:tr w:rsidR="00923354" w14:paraId="1D246D0F" w14:textId="77777777">
        <w:trPr>
          <w:cantSplit/>
          <w:jc w:val="center"/>
        </w:trPr>
        <w:tc>
          <w:tcPr>
            <w:tcW w:w="2376" w:type="dxa"/>
            <w:tcMar>
              <w:top w:w="55" w:type="dxa"/>
              <w:left w:w="75" w:type="dxa"/>
              <w:bottom w:w="55" w:type="dxa"/>
              <w:right w:w="75" w:type="dxa"/>
            </w:tcMar>
            <w:vAlign w:val="center"/>
          </w:tcPr>
          <w:p w14:paraId="2BBDCFD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LIMS2</w:t>
            </w:r>
          </w:p>
        </w:tc>
        <w:tc>
          <w:tcPr>
            <w:tcW w:w="2376" w:type="dxa"/>
            <w:tcMar>
              <w:top w:w="55" w:type="dxa"/>
              <w:left w:w="75" w:type="dxa"/>
              <w:bottom w:w="55" w:type="dxa"/>
              <w:right w:w="75" w:type="dxa"/>
            </w:tcMar>
            <w:vAlign w:val="center"/>
          </w:tcPr>
          <w:p w14:paraId="2BDAE80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1.1024734351486638</w:t>
            </w:r>
          </w:p>
        </w:tc>
        <w:tc>
          <w:tcPr>
            <w:tcW w:w="2376" w:type="dxa"/>
            <w:tcMar>
              <w:top w:w="55" w:type="dxa"/>
              <w:left w:w="75" w:type="dxa"/>
              <w:bottom w:w="55" w:type="dxa"/>
              <w:right w:w="75" w:type="dxa"/>
            </w:tcMar>
            <w:vAlign w:val="center"/>
          </w:tcPr>
          <w:p w14:paraId="080469F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0.04268622709734542</w:t>
            </w:r>
          </w:p>
        </w:tc>
        <w:tc>
          <w:tcPr>
            <w:tcW w:w="2376" w:type="dxa"/>
            <w:tcMar>
              <w:top w:w="55" w:type="dxa"/>
              <w:left w:w="75" w:type="dxa"/>
              <w:bottom w:w="55" w:type="dxa"/>
              <w:right w:w="75" w:type="dxa"/>
            </w:tcMar>
            <w:vAlign w:val="center"/>
          </w:tcPr>
          <w:p w14:paraId="2C61707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1.3922658714270213</w:t>
            </w:r>
          </w:p>
        </w:tc>
        <w:tc>
          <w:tcPr>
            <w:tcW w:w="2376" w:type="dxa"/>
            <w:tcMar>
              <w:top w:w="55" w:type="dxa"/>
              <w:left w:w="75" w:type="dxa"/>
              <w:bottom w:w="55" w:type="dxa"/>
              <w:right w:w="75" w:type="dxa"/>
            </w:tcMar>
            <w:vAlign w:val="center"/>
          </w:tcPr>
          <w:p w14:paraId="312428E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0.022299940570279606</w:t>
            </w:r>
          </w:p>
        </w:tc>
        <w:tc>
          <w:tcPr>
            <w:tcW w:w="2376" w:type="dxa"/>
            <w:tcMar>
              <w:top w:w="55" w:type="dxa"/>
              <w:left w:w="75" w:type="dxa"/>
              <w:bottom w:w="55" w:type="dxa"/>
              <w:right w:w="75" w:type="dxa"/>
            </w:tcMar>
            <w:vAlign w:val="center"/>
          </w:tcPr>
          <w:p w14:paraId="5341C4B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64D6F4BE" w14:textId="77777777">
        <w:trPr>
          <w:cantSplit/>
          <w:jc w:val="center"/>
        </w:trPr>
        <w:tc>
          <w:tcPr>
            <w:tcW w:w="2376" w:type="dxa"/>
            <w:tcMar>
              <w:top w:w="55" w:type="dxa"/>
              <w:left w:w="75" w:type="dxa"/>
              <w:bottom w:w="55" w:type="dxa"/>
              <w:right w:w="75" w:type="dxa"/>
            </w:tcMar>
            <w:vAlign w:val="center"/>
          </w:tcPr>
          <w:p w14:paraId="1978A45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HSPA7</w:t>
            </w:r>
          </w:p>
        </w:tc>
        <w:tc>
          <w:tcPr>
            <w:tcW w:w="2376" w:type="dxa"/>
            <w:tcMar>
              <w:top w:w="55" w:type="dxa"/>
              <w:left w:w="75" w:type="dxa"/>
              <w:bottom w:w="55" w:type="dxa"/>
              <w:right w:w="75" w:type="dxa"/>
            </w:tcMar>
            <w:vAlign w:val="center"/>
          </w:tcPr>
          <w:p w14:paraId="4445EA9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1.3577384408660214</w:t>
            </w:r>
          </w:p>
        </w:tc>
        <w:tc>
          <w:tcPr>
            <w:tcW w:w="2376" w:type="dxa"/>
            <w:tcMar>
              <w:top w:w="55" w:type="dxa"/>
              <w:left w:w="75" w:type="dxa"/>
              <w:bottom w:w="55" w:type="dxa"/>
              <w:right w:w="75" w:type="dxa"/>
            </w:tcMar>
            <w:vAlign w:val="center"/>
          </w:tcPr>
          <w:p w14:paraId="49463B5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0.018639427918912484</w:t>
            </w:r>
          </w:p>
        </w:tc>
        <w:tc>
          <w:tcPr>
            <w:tcW w:w="2376" w:type="dxa"/>
            <w:tcMar>
              <w:top w:w="55" w:type="dxa"/>
              <w:left w:w="75" w:type="dxa"/>
              <w:bottom w:w="55" w:type="dxa"/>
              <w:right w:w="75" w:type="dxa"/>
            </w:tcMar>
            <w:vAlign w:val="center"/>
          </w:tcPr>
          <w:p w14:paraId="265E415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1.2417554504796207</w:t>
            </w:r>
          </w:p>
        </w:tc>
        <w:tc>
          <w:tcPr>
            <w:tcW w:w="2376" w:type="dxa"/>
            <w:tcMar>
              <w:top w:w="55" w:type="dxa"/>
              <w:left w:w="75" w:type="dxa"/>
              <w:bottom w:w="55" w:type="dxa"/>
              <w:right w:w="75" w:type="dxa"/>
            </w:tcMar>
            <w:vAlign w:val="center"/>
          </w:tcPr>
          <w:p w14:paraId="08FD287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0.08620730147431105</w:t>
            </w:r>
          </w:p>
        </w:tc>
        <w:tc>
          <w:tcPr>
            <w:tcW w:w="2376" w:type="dxa"/>
            <w:tcMar>
              <w:top w:w="55" w:type="dxa"/>
              <w:left w:w="75" w:type="dxa"/>
              <w:bottom w:w="55" w:type="dxa"/>
              <w:right w:w="75" w:type="dxa"/>
            </w:tcMar>
            <w:vAlign w:val="center"/>
          </w:tcPr>
          <w:p w14:paraId="7306BEE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5F1B3EA8" w14:textId="77777777">
        <w:trPr>
          <w:cantSplit/>
          <w:jc w:val="center"/>
        </w:trPr>
        <w:tc>
          <w:tcPr>
            <w:tcW w:w="2376" w:type="dxa"/>
            <w:tcMar>
              <w:top w:w="55" w:type="dxa"/>
              <w:left w:w="75" w:type="dxa"/>
              <w:bottom w:w="55" w:type="dxa"/>
              <w:right w:w="75" w:type="dxa"/>
            </w:tcMar>
            <w:vAlign w:val="center"/>
          </w:tcPr>
          <w:p w14:paraId="2577FFD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CCDC154</w:t>
            </w:r>
          </w:p>
        </w:tc>
        <w:tc>
          <w:tcPr>
            <w:tcW w:w="2376" w:type="dxa"/>
            <w:tcMar>
              <w:top w:w="55" w:type="dxa"/>
              <w:left w:w="75" w:type="dxa"/>
              <w:bottom w:w="55" w:type="dxa"/>
              <w:right w:w="75" w:type="dxa"/>
            </w:tcMar>
            <w:vAlign w:val="center"/>
          </w:tcPr>
          <w:p w14:paraId="079F3E7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1.2350902571633136</w:t>
            </w:r>
          </w:p>
        </w:tc>
        <w:tc>
          <w:tcPr>
            <w:tcW w:w="2376" w:type="dxa"/>
            <w:tcMar>
              <w:top w:w="55" w:type="dxa"/>
              <w:left w:w="75" w:type="dxa"/>
              <w:bottom w:w="55" w:type="dxa"/>
              <w:right w:w="75" w:type="dxa"/>
            </w:tcMar>
            <w:vAlign w:val="center"/>
          </w:tcPr>
          <w:p w14:paraId="032B2C4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0.002147393572978802</w:t>
            </w:r>
          </w:p>
        </w:tc>
        <w:tc>
          <w:tcPr>
            <w:tcW w:w="2376" w:type="dxa"/>
            <w:tcMar>
              <w:top w:w="55" w:type="dxa"/>
              <w:left w:w="75" w:type="dxa"/>
              <w:bottom w:w="55" w:type="dxa"/>
              <w:right w:w="75" w:type="dxa"/>
            </w:tcMar>
            <w:vAlign w:val="center"/>
          </w:tcPr>
          <w:p w14:paraId="2A4E4E4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0.3809959584046243</w:t>
            </w:r>
          </w:p>
        </w:tc>
        <w:tc>
          <w:tcPr>
            <w:tcW w:w="2376" w:type="dxa"/>
            <w:tcMar>
              <w:top w:w="55" w:type="dxa"/>
              <w:left w:w="75" w:type="dxa"/>
              <w:bottom w:w="55" w:type="dxa"/>
              <w:right w:w="75" w:type="dxa"/>
            </w:tcMar>
            <w:vAlign w:val="center"/>
          </w:tcPr>
          <w:p w14:paraId="191CB86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0.6403723934936657</w:t>
            </w:r>
          </w:p>
        </w:tc>
        <w:tc>
          <w:tcPr>
            <w:tcW w:w="2376" w:type="dxa"/>
            <w:tcMar>
              <w:top w:w="55" w:type="dxa"/>
              <w:left w:w="75" w:type="dxa"/>
              <w:bottom w:w="55" w:type="dxa"/>
              <w:right w:w="75" w:type="dxa"/>
            </w:tcMar>
            <w:vAlign w:val="center"/>
          </w:tcPr>
          <w:p w14:paraId="7DDB3F6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48BD39A9" w14:textId="77777777">
        <w:trPr>
          <w:cantSplit/>
          <w:jc w:val="center"/>
        </w:trPr>
        <w:tc>
          <w:tcPr>
            <w:tcW w:w="2376" w:type="dxa"/>
            <w:tcMar>
              <w:top w:w="55" w:type="dxa"/>
              <w:left w:w="75" w:type="dxa"/>
              <w:bottom w:w="55" w:type="dxa"/>
              <w:right w:w="75" w:type="dxa"/>
            </w:tcMar>
            <w:vAlign w:val="center"/>
          </w:tcPr>
          <w:p w14:paraId="333FABB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DSE</w:t>
            </w:r>
          </w:p>
        </w:tc>
        <w:tc>
          <w:tcPr>
            <w:tcW w:w="2376" w:type="dxa"/>
            <w:tcMar>
              <w:top w:w="55" w:type="dxa"/>
              <w:left w:w="75" w:type="dxa"/>
              <w:bottom w:w="55" w:type="dxa"/>
              <w:right w:w="75" w:type="dxa"/>
            </w:tcMar>
            <w:vAlign w:val="center"/>
          </w:tcPr>
          <w:p w14:paraId="2CAC636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2.2516633939861714</w:t>
            </w:r>
          </w:p>
        </w:tc>
        <w:tc>
          <w:tcPr>
            <w:tcW w:w="2376" w:type="dxa"/>
            <w:tcMar>
              <w:top w:w="55" w:type="dxa"/>
              <w:left w:w="75" w:type="dxa"/>
              <w:bottom w:w="55" w:type="dxa"/>
              <w:right w:w="75" w:type="dxa"/>
            </w:tcMar>
            <w:vAlign w:val="center"/>
          </w:tcPr>
          <w:p w14:paraId="6C6E35E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0.004616063647608048</w:t>
            </w:r>
          </w:p>
        </w:tc>
        <w:tc>
          <w:tcPr>
            <w:tcW w:w="2376" w:type="dxa"/>
            <w:tcMar>
              <w:top w:w="55" w:type="dxa"/>
              <w:left w:w="75" w:type="dxa"/>
              <w:bottom w:w="55" w:type="dxa"/>
              <w:right w:w="75" w:type="dxa"/>
            </w:tcMar>
            <w:vAlign w:val="center"/>
          </w:tcPr>
          <w:p w14:paraId="5B17477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0.5205253076408862</w:t>
            </w:r>
          </w:p>
        </w:tc>
        <w:tc>
          <w:tcPr>
            <w:tcW w:w="2376" w:type="dxa"/>
            <w:tcMar>
              <w:top w:w="55" w:type="dxa"/>
              <w:left w:w="75" w:type="dxa"/>
              <w:bottom w:w="55" w:type="dxa"/>
              <w:right w:w="75" w:type="dxa"/>
            </w:tcMar>
            <w:vAlign w:val="center"/>
          </w:tcPr>
          <w:p w14:paraId="271EA5C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0.4216459446345985</w:t>
            </w:r>
          </w:p>
        </w:tc>
        <w:tc>
          <w:tcPr>
            <w:tcW w:w="2376" w:type="dxa"/>
            <w:tcMar>
              <w:top w:w="55" w:type="dxa"/>
              <w:left w:w="75" w:type="dxa"/>
              <w:bottom w:w="55" w:type="dxa"/>
              <w:right w:w="75" w:type="dxa"/>
            </w:tcMar>
            <w:vAlign w:val="center"/>
          </w:tcPr>
          <w:p w14:paraId="5DCAD0E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62565951" w14:textId="77777777">
        <w:trPr>
          <w:cantSplit/>
          <w:jc w:val="center"/>
        </w:trPr>
        <w:tc>
          <w:tcPr>
            <w:tcW w:w="2376" w:type="dxa"/>
            <w:tcMar>
              <w:top w:w="55" w:type="dxa"/>
              <w:left w:w="75" w:type="dxa"/>
              <w:bottom w:w="55" w:type="dxa"/>
              <w:right w:w="75" w:type="dxa"/>
            </w:tcMar>
            <w:vAlign w:val="center"/>
          </w:tcPr>
          <w:p w14:paraId="1E59D90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PPT2</w:t>
            </w:r>
          </w:p>
        </w:tc>
        <w:tc>
          <w:tcPr>
            <w:tcW w:w="2376" w:type="dxa"/>
            <w:tcMar>
              <w:top w:w="55" w:type="dxa"/>
              <w:left w:w="75" w:type="dxa"/>
              <w:bottom w:w="55" w:type="dxa"/>
              <w:right w:w="75" w:type="dxa"/>
            </w:tcMar>
            <w:vAlign w:val="center"/>
          </w:tcPr>
          <w:p w14:paraId="77E7595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2.185741860363942</w:t>
            </w:r>
          </w:p>
        </w:tc>
        <w:tc>
          <w:tcPr>
            <w:tcW w:w="2376" w:type="dxa"/>
            <w:tcMar>
              <w:top w:w="55" w:type="dxa"/>
              <w:left w:w="75" w:type="dxa"/>
              <w:bottom w:w="55" w:type="dxa"/>
              <w:right w:w="75" w:type="dxa"/>
            </w:tcMar>
            <w:vAlign w:val="center"/>
          </w:tcPr>
          <w:p w14:paraId="015C997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0.004692991755824994</w:t>
            </w:r>
          </w:p>
        </w:tc>
        <w:tc>
          <w:tcPr>
            <w:tcW w:w="2376" w:type="dxa"/>
            <w:tcMar>
              <w:top w:w="55" w:type="dxa"/>
              <w:left w:w="75" w:type="dxa"/>
              <w:bottom w:w="55" w:type="dxa"/>
              <w:right w:w="75" w:type="dxa"/>
            </w:tcMar>
            <w:vAlign w:val="center"/>
          </w:tcPr>
          <w:p w14:paraId="5876FDD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0.38499066657215897</w:t>
            </w:r>
          </w:p>
        </w:tc>
        <w:tc>
          <w:tcPr>
            <w:tcW w:w="2376" w:type="dxa"/>
            <w:tcMar>
              <w:top w:w="55" w:type="dxa"/>
              <w:left w:w="75" w:type="dxa"/>
              <w:bottom w:w="55" w:type="dxa"/>
              <w:right w:w="75" w:type="dxa"/>
            </w:tcMar>
            <w:vAlign w:val="center"/>
          </w:tcPr>
          <w:p w14:paraId="67F4AB4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0.4293577595659007</w:t>
            </w:r>
          </w:p>
        </w:tc>
        <w:tc>
          <w:tcPr>
            <w:tcW w:w="2376" w:type="dxa"/>
            <w:tcMar>
              <w:top w:w="55" w:type="dxa"/>
              <w:left w:w="75" w:type="dxa"/>
              <w:bottom w:w="55" w:type="dxa"/>
              <w:right w:w="75" w:type="dxa"/>
            </w:tcMar>
            <w:vAlign w:val="center"/>
          </w:tcPr>
          <w:p w14:paraId="305C5C8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6F79D68B" w14:textId="77777777">
        <w:trPr>
          <w:cantSplit/>
          <w:jc w:val="center"/>
        </w:trPr>
        <w:tc>
          <w:tcPr>
            <w:tcW w:w="2376" w:type="dxa"/>
            <w:tcMar>
              <w:top w:w="55" w:type="dxa"/>
              <w:left w:w="75" w:type="dxa"/>
              <w:bottom w:w="55" w:type="dxa"/>
              <w:right w:w="75" w:type="dxa"/>
            </w:tcMar>
            <w:vAlign w:val="center"/>
          </w:tcPr>
          <w:p w14:paraId="25AD740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ITGB2-AS1</w:t>
            </w:r>
          </w:p>
        </w:tc>
        <w:tc>
          <w:tcPr>
            <w:tcW w:w="2376" w:type="dxa"/>
            <w:tcMar>
              <w:top w:w="55" w:type="dxa"/>
              <w:left w:w="75" w:type="dxa"/>
              <w:bottom w:w="55" w:type="dxa"/>
              <w:right w:w="75" w:type="dxa"/>
            </w:tcMar>
            <w:vAlign w:val="center"/>
          </w:tcPr>
          <w:p w14:paraId="0A4A320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1.1961389433252219</w:t>
            </w:r>
          </w:p>
        </w:tc>
        <w:tc>
          <w:tcPr>
            <w:tcW w:w="2376" w:type="dxa"/>
            <w:tcMar>
              <w:top w:w="55" w:type="dxa"/>
              <w:left w:w="75" w:type="dxa"/>
              <w:bottom w:w="55" w:type="dxa"/>
              <w:right w:w="75" w:type="dxa"/>
            </w:tcMar>
            <w:vAlign w:val="center"/>
          </w:tcPr>
          <w:p w14:paraId="5B6EE4F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0.00882875257834271</w:t>
            </w:r>
          </w:p>
        </w:tc>
        <w:tc>
          <w:tcPr>
            <w:tcW w:w="2376" w:type="dxa"/>
            <w:tcMar>
              <w:top w:w="55" w:type="dxa"/>
              <w:left w:w="75" w:type="dxa"/>
              <w:bottom w:w="55" w:type="dxa"/>
              <w:right w:w="75" w:type="dxa"/>
            </w:tcMar>
            <w:vAlign w:val="center"/>
          </w:tcPr>
          <w:p w14:paraId="4852426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0.9615887199670257</w:t>
            </w:r>
          </w:p>
        </w:tc>
        <w:tc>
          <w:tcPr>
            <w:tcW w:w="2376" w:type="dxa"/>
            <w:tcMar>
              <w:top w:w="55" w:type="dxa"/>
              <w:left w:w="75" w:type="dxa"/>
              <w:bottom w:w="55" w:type="dxa"/>
              <w:right w:w="75" w:type="dxa"/>
            </w:tcMar>
            <w:vAlign w:val="center"/>
          </w:tcPr>
          <w:p w14:paraId="16C93FA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0.29131392333677764</w:t>
            </w:r>
          </w:p>
        </w:tc>
        <w:tc>
          <w:tcPr>
            <w:tcW w:w="2376" w:type="dxa"/>
            <w:tcMar>
              <w:top w:w="55" w:type="dxa"/>
              <w:left w:w="75" w:type="dxa"/>
              <w:bottom w:w="55" w:type="dxa"/>
              <w:right w:w="75" w:type="dxa"/>
            </w:tcMar>
            <w:vAlign w:val="center"/>
          </w:tcPr>
          <w:p w14:paraId="419AECC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5C8A0383" w14:textId="77777777">
        <w:trPr>
          <w:cantSplit/>
          <w:jc w:val="center"/>
        </w:trPr>
        <w:tc>
          <w:tcPr>
            <w:tcW w:w="2376" w:type="dxa"/>
            <w:tcMar>
              <w:top w:w="55" w:type="dxa"/>
              <w:left w:w="75" w:type="dxa"/>
              <w:bottom w:w="55" w:type="dxa"/>
              <w:right w:w="75" w:type="dxa"/>
            </w:tcMar>
            <w:vAlign w:val="center"/>
          </w:tcPr>
          <w:p w14:paraId="30288D4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CCDC158</w:t>
            </w:r>
          </w:p>
        </w:tc>
        <w:tc>
          <w:tcPr>
            <w:tcW w:w="2376" w:type="dxa"/>
            <w:tcMar>
              <w:top w:w="55" w:type="dxa"/>
              <w:left w:w="75" w:type="dxa"/>
              <w:bottom w:w="55" w:type="dxa"/>
              <w:right w:w="75" w:type="dxa"/>
            </w:tcMar>
            <w:vAlign w:val="center"/>
          </w:tcPr>
          <w:p w14:paraId="1EC1B81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0.8241727670184118</w:t>
            </w:r>
          </w:p>
        </w:tc>
        <w:tc>
          <w:tcPr>
            <w:tcW w:w="2376" w:type="dxa"/>
            <w:tcMar>
              <w:top w:w="55" w:type="dxa"/>
              <w:left w:w="75" w:type="dxa"/>
              <w:bottom w:w="55" w:type="dxa"/>
              <w:right w:w="75" w:type="dxa"/>
            </w:tcMar>
            <w:vAlign w:val="center"/>
          </w:tcPr>
          <w:p w14:paraId="08BFFA2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0.015417470875753288</w:t>
            </w:r>
          </w:p>
        </w:tc>
        <w:tc>
          <w:tcPr>
            <w:tcW w:w="2376" w:type="dxa"/>
            <w:tcMar>
              <w:top w:w="55" w:type="dxa"/>
              <w:left w:w="75" w:type="dxa"/>
              <w:bottom w:w="55" w:type="dxa"/>
              <w:right w:w="75" w:type="dxa"/>
            </w:tcMar>
            <w:vAlign w:val="center"/>
          </w:tcPr>
          <w:p w14:paraId="47ECCC6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0.6145819186993176</w:t>
            </w:r>
          </w:p>
        </w:tc>
        <w:tc>
          <w:tcPr>
            <w:tcW w:w="2376" w:type="dxa"/>
            <w:tcMar>
              <w:top w:w="55" w:type="dxa"/>
              <w:left w:w="75" w:type="dxa"/>
              <w:bottom w:w="55" w:type="dxa"/>
              <w:right w:w="75" w:type="dxa"/>
            </w:tcMar>
            <w:vAlign w:val="center"/>
          </w:tcPr>
          <w:p w14:paraId="6269D57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0.17945651867649737</w:t>
            </w:r>
          </w:p>
        </w:tc>
        <w:tc>
          <w:tcPr>
            <w:tcW w:w="2376" w:type="dxa"/>
            <w:tcMar>
              <w:top w:w="55" w:type="dxa"/>
              <w:left w:w="75" w:type="dxa"/>
              <w:bottom w:w="55" w:type="dxa"/>
              <w:right w:w="75" w:type="dxa"/>
            </w:tcMar>
            <w:vAlign w:val="center"/>
          </w:tcPr>
          <w:p w14:paraId="112F3ED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18E53198" w14:textId="77777777">
        <w:trPr>
          <w:cantSplit/>
          <w:jc w:val="center"/>
        </w:trPr>
        <w:tc>
          <w:tcPr>
            <w:tcW w:w="2376" w:type="dxa"/>
            <w:tcMar>
              <w:top w:w="55" w:type="dxa"/>
              <w:left w:w="75" w:type="dxa"/>
              <w:bottom w:w="55" w:type="dxa"/>
              <w:right w:w="75" w:type="dxa"/>
            </w:tcMar>
            <w:vAlign w:val="center"/>
          </w:tcPr>
          <w:p w14:paraId="35B590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PLCG1</w:t>
            </w:r>
          </w:p>
        </w:tc>
        <w:tc>
          <w:tcPr>
            <w:tcW w:w="2376" w:type="dxa"/>
            <w:tcMar>
              <w:top w:w="55" w:type="dxa"/>
              <w:left w:w="75" w:type="dxa"/>
              <w:bottom w:w="55" w:type="dxa"/>
              <w:right w:w="75" w:type="dxa"/>
            </w:tcMar>
            <w:vAlign w:val="center"/>
          </w:tcPr>
          <w:p w14:paraId="11801A7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1.5013541724970687</w:t>
            </w:r>
          </w:p>
        </w:tc>
        <w:tc>
          <w:tcPr>
            <w:tcW w:w="2376" w:type="dxa"/>
            <w:tcMar>
              <w:top w:w="55" w:type="dxa"/>
              <w:left w:w="75" w:type="dxa"/>
              <w:bottom w:w="55" w:type="dxa"/>
              <w:right w:w="75" w:type="dxa"/>
            </w:tcMar>
            <w:vAlign w:val="center"/>
          </w:tcPr>
          <w:p w14:paraId="7A84A1A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0.010048899623306035</w:t>
            </w:r>
          </w:p>
        </w:tc>
        <w:tc>
          <w:tcPr>
            <w:tcW w:w="2376" w:type="dxa"/>
            <w:tcMar>
              <w:top w:w="55" w:type="dxa"/>
              <w:left w:w="75" w:type="dxa"/>
              <w:bottom w:w="55" w:type="dxa"/>
              <w:right w:w="75" w:type="dxa"/>
            </w:tcMar>
            <w:vAlign w:val="center"/>
          </w:tcPr>
          <w:p w14:paraId="4D3A234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0.22982319720644728</w:t>
            </w:r>
          </w:p>
        </w:tc>
        <w:tc>
          <w:tcPr>
            <w:tcW w:w="2376" w:type="dxa"/>
            <w:tcMar>
              <w:top w:w="55" w:type="dxa"/>
              <w:left w:w="75" w:type="dxa"/>
              <w:bottom w:w="55" w:type="dxa"/>
              <w:right w:w="75" w:type="dxa"/>
            </w:tcMar>
            <w:vAlign w:val="center"/>
          </w:tcPr>
          <w:p w14:paraId="4A689A6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0.2973013623584401</w:t>
            </w:r>
          </w:p>
        </w:tc>
        <w:tc>
          <w:tcPr>
            <w:tcW w:w="2376" w:type="dxa"/>
            <w:tcMar>
              <w:top w:w="55" w:type="dxa"/>
              <w:left w:w="75" w:type="dxa"/>
              <w:bottom w:w="55" w:type="dxa"/>
              <w:right w:w="75" w:type="dxa"/>
            </w:tcMar>
            <w:vAlign w:val="center"/>
          </w:tcPr>
          <w:p w14:paraId="29F78CE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68ACE562" w14:textId="77777777">
        <w:trPr>
          <w:cantSplit/>
          <w:jc w:val="center"/>
        </w:trPr>
        <w:tc>
          <w:tcPr>
            <w:tcW w:w="2376" w:type="dxa"/>
            <w:tcMar>
              <w:top w:w="55" w:type="dxa"/>
              <w:left w:w="75" w:type="dxa"/>
              <w:bottom w:w="55" w:type="dxa"/>
              <w:right w:w="75" w:type="dxa"/>
            </w:tcMar>
            <w:vAlign w:val="center"/>
          </w:tcPr>
          <w:p w14:paraId="2BAC461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LOC100132215</w:t>
            </w:r>
          </w:p>
        </w:tc>
        <w:tc>
          <w:tcPr>
            <w:tcW w:w="2376" w:type="dxa"/>
            <w:tcMar>
              <w:top w:w="55" w:type="dxa"/>
              <w:left w:w="75" w:type="dxa"/>
              <w:bottom w:w="55" w:type="dxa"/>
              <w:right w:w="75" w:type="dxa"/>
            </w:tcMar>
            <w:vAlign w:val="center"/>
          </w:tcPr>
          <w:p w14:paraId="0B0AEC0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2.105235166246235</w:t>
            </w:r>
          </w:p>
        </w:tc>
        <w:tc>
          <w:tcPr>
            <w:tcW w:w="2376" w:type="dxa"/>
            <w:tcMar>
              <w:top w:w="55" w:type="dxa"/>
              <w:left w:w="75" w:type="dxa"/>
              <w:bottom w:w="55" w:type="dxa"/>
              <w:right w:w="75" w:type="dxa"/>
            </w:tcMar>
            <w:vAlign w:val="center"/>
          </w:tcPr>
          <w:p w14:paraId="3D0E91E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0.0026067684651190663</w:t>
            </w:r>
          </w:p>
        </w:tc>
        <w:tc>
          <w:tcPr>
            <w:tcW w:w="2376" w:type="dxa"/>
            <w:tcMar>
              <w:top w:w="55" w:type="dxa"/>
              <w:left w:w="75" w:type="dxa"/>
              <w:bottom w:w="55" w:type="dxa"/>
              <w:right w:w="75" w:type="dxa"/>
            </w:tcMar>
            <w:vAlign w:val="center"/>
          </w:tcPr>
          <w:p w14:paraId="73011DD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0.14170482683309074</w:t>
            </w:r>
          </w:p>
        </w:tc>
        <w:tc>
          <w:tcPr>
            <w:tcW w:w="2376" w:type="dxa"/>
            <w:tcMar>
              <w:top w:w="55" w:type="dxa"/>
              <w:left w:w="75" w:type="dxa"/>
              <w:bottom w:w="55" w:type="dxa"/>
              <w:right w:w="75" w:type="dxa"/>
            </w:tcMar>
            <w:vAlign w:val="center"/>
          </w:tcPr>
          <w:p w14:paraId="0CE1CA4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0.7951116758818426</w:t>
            </w:r>
          </w:p>
        </w:tc>
        <w:tc>
          <w:tcPr>
            <w:tcW w:w="2376" w:type="dxa"/>
            <w:tcMar>
              <w:top w:w="55" w:type="dxa"/>
              <w:left w:w="75" w:type="dxa"/>
              <w:bottom w:w="55" w:type="dxa"/>
              <w:right w:w="75" w:type="dxa"/>
            </w:tcMar>
            <w:vAlign w:val="center"/>
          </w:tcPr>
          <w:p w14:paraId="4D198FC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2A7E34D3" w14:textId="77777777">
        <w:trPr>
          <w:cantSplit/>
          <w:jc w:val="center"/>
        </w:trPr>
        <w:tc>
          <w:tcPr>
            <w:tcW w:w="2376" w:type="dxa"/>
            <w:tcMar>
              <w:top w:w="55" w:type="dxa"/>
              <w:left w:w="75" w:type="dxa"/>
              <w:bottom w:w="55" w:type="dxa"/>
              <w:right w:w="75" w:type="dxa"/>
            </w:tcMar>
            <w:vAlign w:val="center"/>
          </w:tcPr>
          <w:p w14:paraId="4BE8CD9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THBS2</w:t>
            </w:r>
          </w:p>
        </w:tc>
        <w:tc>
          <w:tcPr>
            <w:tcW w:w="2376" w:type="dxa"/>
            <w:tcMar>
              <w:top w:w="55" w:type="dxa"/>
              <w:left w:w="75" w:type="dxa"/>
              <w:bottom w:w="55" w:type="dxa"/>
              <w:right w:w="75" w:type="dxa"/>
            </w:tcMar>
            <w:vAlign w:val="center"/>
          </w:tcPr>
          <w:p w14:paraId="3D25319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2.329764458816725</w:t>
            </w:r>
          </w:p>
        </w:tc>
        <w:tc>
          <w:tcPr>
            <w:tcW w:w="2376" w:type="dxa"/>
            <w:tcMar>
              <w:top w:w="55" w:type="dxa"/>
              <w:left w:w="75" w:type="dxa"/>
              <w:bottom w:w="55" w:type="dxa"/>
              <w:right w:w="75" w:type="dxa"/>
            </w:tcMar>
            <w:vAlign w:val="center"/>
          </w:tcPr>
          <w:p w14:paraId="56ED409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0.005957173384243944</w:t>
            </w:r>
          </w:p>
        </w:tc>
        <w:tc>
          <w:tcPr>
            <w:tcW w:w="2376" w:type="dxa"/>
            <w:tcMar>
              <w:top w:w="55" w:type="dxa"/>
              <w:left w:w="75" w:type="dxa"/>
              <w:bottom w:w="55" w:type="dxa"/>
              <w:right w:w="75" w:type="dxa"/>
            </w:tcMar>
            <w:vAlign w:val="center"/>
          </w:tcPr>
          <w:p w14:paraId="66D45BB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0.7221086376446468</w:t>
            </w:r>
          </w:p>
        </w:tc>
        <w:tc>
          <w:tcPr>
            <w:tcW w:w="2376" w:type="dxa"/>
            <w:tcMar>
              <w:top w:w="55" w:type="dxa"/>
              <w:left w:w="75" w:type="dxa"/>
              <w:bottom w:w="55" w:type="dxa"/>
              <w:right w:w="75" w:type="dxa"/>
            </w:tcMar>
            <w:vAlign w:val="center"/>
          </w:tcPr>
          <w:p w14:paraId="7BCF5A6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0.49195063647623977</w:t>
            </w:r>
          </w:p>
        </w:tc>
        <w:tc>
          <w:tcPr>
            <w:tcW w:w="2376" w:type="dxa"/>
            <w:tcMar>
              <w:top w:w="55" w:type="dxa"/>
              <w:left w:w="75" w:type="dxa"/>
              <w:bottom w:w="55" w:type="dxa"/>
              <w:right w:w="75" w:type="dxa"/>
            </w:tcMar>
            <w:vAlign w:val="center"/>
          </w:tcPr>
          <w:p w14:paraId="5CCC73A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2D6BFE0B" w14:textId="77777777">
        <w:trPr>
          <w:cantSplit/>
          <w:jc w:val="center"/>
        </w:trPr>
        <w:tc>
          <w:tcPr>
            <w:tcW w:w="2376" w:type="dxa"/>
            <w:tcMar>
              <w:top w:w="55" w:type="dxa"/>
              <w:left w:w="75" w:type="dxa"/>
              <w:bottom w:w="55" w:type="dxa"/>
              <w:right w:w="75" w:type="dxa"/>
            </w:tcMar>
            <w:vAlign w:val="center"/>
          </w:tcPr>
          <w:p w14:paraId="46BD43F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DOCK2</w:t>
            </w:r>
          </w:p>
        </w:tc>
        <w:tc>
          <w:tcPr>
            <w:tcW w:w="2376" w:type="dxa"/>
            <w:tcMar>
              <w:top w:w="55" w:type="dxa"/>
              <w:left w:w="75" w:type="dxa"/>
              <w:bottom w:w="55" w:type="dxa"/>
              <w:right w:w="75" w:type="dxa"/>
            </w:tcMar>
            <w:vAlign w:val="center"/>
          </w:tcPr>
          <w:p w14:paraId="65E629B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1.7773542573731858</w:t>
            </w:r>
          </w:p>
        </w:tc>
        <w:tc>
          <w:tcPr>
            <w:tcW w:w="2376" w:type="dxa"/>
            <w:tcMar>
              <w:top w:w="55" w:type="dxa"/>
              <w:left w:w="75" w:type="dxa"/>
              <w:bottom w:w="55" w:type="dxa"/>
              <w:right w:w="75" w:type="dxa"/>
            </w:tcMar>
            <w:vAlign w:val="center"/>
          </w:tcPr>
          <w:p w14:paraId="49DBEF8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0.015312853968954081</w:t>
            </w:r>
          </w:p>
        </w:tc>
        <w:tc>
          <w:tcPr>
            <w:tcW w:w="2376" w:type="dxa"/>
            <w:tcMar>
              <w:top w:w="55" w:type="dxa"/>
              <w:left w:w="75" w:type="dxa"/>
              <w:bottom w:w="55" w:type="dxa"/>
              <w:right w:w="75" w:type="dxa"/>
            </w:tcMar>
            <w:vAlign w:val="center"/>
          </w:tcPr>
          <w:p w14:paraId="158207C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0.9874207645254476</w:t>
            </w:r>
          </w:p>
        </w:tc>
        <w:tc>
          <w:tcPr>
            <w:tcW w:w="2376" w:type="dxa"/>
            <w:tcMar>
              <w:top w:w="55" w:type="dxa"/>
              <w:left w:w="75" w:type="dxa"/>
              <w:bottom w:w="55" w:type="dxa"/>
              <w:right w:w="75" w:type="dxa"/>
            </w:tcMar>
            <w:vAlign w:val="center"/>
          </w:tcPr>
          <w:p w14:paraId="387069E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0.2213286855238635</w:t>
            </w:r>
          </w:p>
        </w:tc>
        <w:tc>
          <w:tcPr>
            <w:tcW w:w="2376" w:type="dxa"/>
            <w:tcMar>
              <w:top w:w="55" w:type="dxa"/>
              <w:left w:w="75" w:type="dxa"/>
              <w:bottom w:w="55" w:type="dxa"/>
              <w:right w:w="75" w:type="dxa"/>
            </w:tcMar>
            <w:vAlign w:val="center"/>
          </w:tcPr>
          <w:p w14:paraId="4B9BA73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1AB80655" w14:textId="77777777">
        <w:trPr>
          <w:cantSplit/>
          <w:jc w:val="center"/>
        </w:trPr>
        <w:tc>
          <w:tcPr>
            <w:tcW w:w="2376" w:type="dxa"/>
            <w:tcMar>
              <w:top w:w="55" w:type="dxa"/>
              <w:left w:w="75" w:type="dxa"/>
              <w:bottom w:w="55" w:type="dxa"/>
              <w:right w:w="75" w:type="dxa"/>
            </w:tcMar>
            <w:vAlign w:val="center"/>
          </w:tcPr>
          <w:p w14:paraId="22FDC3E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ADCY4</w:t>
            </w:r>
          </w:p>
        </w:tc>
        <w:tc>
          <w:tcPr>
            <w:tcW w:w="2376" w:type="dxa"/>
            <w:tcMar>
              <w:top w:w="55" w:type="dxa"/>
              <w:left w:w="75" w:type="dxa"/>
              <w:bottom w:w="55" w:type="dxa"/>
              <w:right w:w="75" w:type="dxa"/>
            </w:tcMar>
            <w:vAlign w:val="center"/>
          </w:tcPr>
          <w:p w14:paraId="7C50B7C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0.600116463789321</w:t>
            </w:r>
          </w:p>
        </w:tc>
        <w:tc>
          <w:tcPr>
            <w:tcW w:w="2376" w:type="dxa"/>
            <w:tcMar>
              <w:top w:w="55" w:type="dxa"/>
              <w:left w:w="75" w:type="dxa"/>
              <w:bottom w:w="55" w:type="dxa"/>
              <w:right w:w="75" w:type="dxa"/>
            </w:tcMar>
            <w:vAlign w:val="center"/>
          </w:tcPr>
          <w:p w14:paraId="3FA71EB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0.13404682365141893</w:t>
            </w:r>
          </w:p>
        </w:tc>
        <w:tc>
          <w:tcPr>
            <w:tcW w:w="2376" w:type="dxa"/>
            <w:tcMar>
              <w:top w:w="55" w:type="dxa"/>
              <w:left w:w="75" w:type="dxa"/>
              <w:bottom w:w="55" w:type="dxa"/>
              <w:right w:w="75" w:type="dxa"/>
            </w:tcMar>
            <w:vAlign w:val="center"/>
          </w:tcPr>
          <w:p w14:paraId="0953239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1.1727253714991623</w:t>
            </w:r>
          </w:p>
        </w:tc>
        <w:tc>
          <w:tcPr>
            <w:tcW w:w="2376" w:type="dxa"/>
            <w:tcMar>
              <w:top w:w="55" w:type="dxa"/>
              <w:left w:w="75" w:type="dxa"/>
              <w:bottom w:w="55" w:type="dxa"/>
              <w:right w:w="75" w:type="dxa"/>
            </w:tcMar>
            <w:vAlign w:val="center"/>
          </w:tcPr>
          <w:p w14:paraId="5588ECA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0.005247320863967048</w:t>
            </w:r>
          </w:p>
        </w:tc>
        <w:tc>
          <w:tcPr>
            <w:tcW w:w="2376" w:type="dxa"/>
            <w:tcMar>
              <w:top w:w="55" w:type="dxa"/>
              <w:left w:w="75" w:type="dxa"/>
              <w:bottom w:w="55" w:type="dxa"/>
              <w:right w:w="75" w:type="dxa"/>
            </w:tcMar>
            <w:vAlign w:val="center"/>
          </w:tcPr>
          <w:p w14:paraId="00ECE27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1077D9B2" w14:textId="77777777">
        <w:trPr>
          <w:cantSplit/>
          <w:jc w:val="center"/>
        </w:trPr>
        <w:tc>
          <w:tcPr>
            <w:tcW w:w="2376" w:type="dxa"/>
            <w:tcMar>
              <w:top w:w="55" w:type="dxa"/>
              <w:left w:w="75" w:type="dxa"/>
              <w:bottom w:w="55" w:type="dxa"/>
              <w:right w:w="75" w:type="dxa"/>
            </w:tcMar>
            <w:vAlign w:val="center"/>
          </w:tcPr>
          <w:p w14:paraId="20D7B95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HIST2H2AC</w:t>
            </w:r>
          </w:p>
        </w:tc>
        <w:tc>
          <w:tcPr>
            <w:tcW w:w="2376" w:type="dxa"/>
            <w:tcMar>
              <w:top w:w="55" w:type="dxa"/>
              <w:left w:w="75" w:type="dxa"/>
              <w:bottom w:w="55" w:type="dxa"/>
              <w:right w:w="75" w:type="dxa"/>
            </w:tcMar>
            <w:vAlign w:val="center"/>
          </w:tcPr>
          <w:p w14:paraId="0EEDB7A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2.1001798301951453</w:t>
            </w:r>
          </w:p>
        </w:tc>
        <w:tc>
          <w:tcPr>
            <w:tcW w:w="2376" w:type="dxa"/>
            <w:tcMar>
              <w:top w:w="55" w:type="dxa"/>
              <w:left w:w="75" w:type="dxa"/>
              <w:bottom w:w="55" w:type="dxa"/>
              <w:right w:w="75" w:type="dxa"/>
            </w:tcMar>
            <w:vAlign w:val="center"/>
          </w:tcPr>
          <w:p w14:paraId="50AC361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0.0005053405181594065</w:t>
            </w:r>
          </w:p>
        </w:tc>
        <w:tc>
          <w:tcPr>
            <w:tcW w:w="2376" w:type="dxa"/>
            <w:tcMar>
              <w:top w:w="55" w:type="dxa"/>
              <w:left w:w="75" w:type="dxa"/>
              <w:bottom w:w="55" w:type="dxa"/>
              <w:right w:w="75" w:type="dxa"/>
            </w:tcMar>
            <w:vAlign w:val="center"/>
          </w:tcPr>
          <w:p w14:paraId="79A4B29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-0.33822454922462164</w:t>
            </w:r>
          </w:p>
        </w:tc>
        <w:tc>
          <w:tcPr>
            <w:tcW w:w="2376" w:type="dxa"/>
            <w:tcMar>
              <w:top w:w="55" w:type="dxa"/>
              <w:left w:w="75" w:type="dxa"/>
              <w:bottom w:w="55" w:type="dxa"/>
              <w:right w:w="75" w:type="dxa"/>
            </w:tcMar>
            <w:vAlign w:val="center"/>
          </w:tcPr>
          <w:p w14:paraId="3E6427F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0.5050986255472716</w:t>
            </w:r>
          </w:p>
        </w:tc>
        <w:tc>
          <w:tcPr>
            <w:tcW w:w="2376" w:type="dxa"/>
            <w:tcMar>
              <w:top w:w="55" w:type="dxa"/>
              <w:left w:w="75" w:type="dxa"/>
              <w:bottom w:w="55" w:type="dxa"/>
              <w:right w:w="75" w:type="dxa"/>
            </w:tcMar>
            <w:vAlign w:val="center"/>
          </w:tcPr>
          <w:p w14:paraId="235F0CB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False</w:t>
            </w:r>
          </w:p>
        </w:tc>
      </w:tr>
      <w:tr w:rsidR="00923354" w14:paraId="181ADA2E" w14:textId="77777777">
        <w:trPr>
          <w:cantSplit/>
          <w:jc w:val="center"/>
        </w:trPr>
        <w:tc>
          <w:tcPr>
            <w:tcW w:w="2376" w:type="dxa"/>
            <w:tcMar>
              <w:top w:w="55" w:type="dxa"/>
              <w:left w:w="75" w:type="dxa"/>
              <w:bottom w:w="55" w:type="dxa"/>
              <w:right w:w="75" w:type="dxa"/>
            </w:tcMar>
            <w:vAlign w:val="center"/>
          </w:tcPr>
          <w:p w14:paraId="60E735E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MPP2</w:t>
            </w:r>
          </w:p>
        </w:tc>
        <w:tc>
          <w:tcPr>
            <w:tcW w:w="2376" w:type="dxa"/>
            <w:tcMar>
              <w:top w:w="55" w:type="dxa"/>
              <w:left w:w="75" w:type="dxa"/>
              <w:bottom w:w="55" w:type="dxa"/>
              <w:right w:w="75" w:type="dxa"/>
            </w:tcMar>
            <w:vAlign w:val="center"/>
          </w:tcPr>
          <w:p w14:paraId="210B367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1.9366501038543003</w:t>
            </w:r>
          </w:p>
        </w:tc>
        <w:tc>
          <w:tcPr>
            <w:tcW w:w="2376" w:type="dxa"/>
            <w:tcMar>
              <w:top w:w="55" w:type="dxa"/>
              <w:left w:w="75" w:type="dxa"/>
              <w:bottom w:w="55" w:type="dxa"/>
              <w:right w:w="75" w:type="dxa"/>
            </w:tcMar>
            <w:vAlign w:val="center"/>
          </w:tcPr>
          <w:p w14:paraId="4634FD0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0.009511665458693063</w:t>
            </w:r>
          </w:p>
        </w:tc>
        <w:tc>
          <w:tcPr>
            <w:tcW w:w="2376" w:type="dxa"/>
            <w:tcMar>
              <w:top w:w="55" w:type="dxa"/>
              <w:left w:w="75" w:type="dxa"/>
              <w:bottom w:w="55" w:type="dxa"/>
              <w:right w:w="75" w:type="dxa"/>
            </w:tcMar>
            <w:vAlign w:val="center"/>
          </w:tcPr>
          <w:p w14:paraId="79DC875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0.9207495689561362</w:t>
            </w:r>
          </w:p>
        </w:tc>
        <w:tc>
          <w:tcPr>
            <w:tcW w:w="2376" w:type="dxa"/>
            <w:tcMar>
              <w:top w:w="55" w:type="dxa"/>
              <w:left w:w="75" w:type="dxa"/>
              <w:bottom w:w="55" w:type="dxa"/>
              <w:right w:w="75" w:type="dxa"/>
            </w:tcMar>
            <w:vAlign w:val="center"/>
          </w:tcPr>
          <w:p w14:paraId="1C4096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0.4118777217663144</w:t>
            </w:r>
          </w:p>
        </w:tc>
        <w:tc>
          <w:tcPr>
            <w:tcW w:w="2376" w:type="dxa"/>
            <w:tcMar>
              <w:top w:w="55" w:type="dxa"/>
              <w:left w:w="75" w:type="dxa"/>
              <w:bottom w:w="55" w:type="dxa"/>
              <w:right w:w="75" w:type="dxa"/>
            </w:tcMar>
            <w:vAlign w:val="center"/>
          </w:tcPr>
          <w:p w14:paraId="74E5347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339CD3E9" w14:textId="77777777" w:rsidTr="00314BAB">
        <w:trPr>
          <w:cantSplit/>
          <w:jc w:val="center"/>
        </w:trPr>
        <w:tc>
          <w:tcPr>
            <w:tcW w:w="2376" w:type="dxa"/>
            <w:tcMar>
              <w:top w:w="55" w:type="dxa"/>
              <w:left w:w="75" w:type="dxa"/>
              <w:bottom w:w="55" w:type="dxa"/>
              <w:right w:w="75" w:type="dxa"/>
            </w:tcMar>
            <w:vAlign w:val="center"/>
          </w:tcPr>
          <w:p w14:paraId="5930D07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COL23A1</w:t>
            </w:r>
          </w:p>
        </w:tc>
        <w:tc>
          <w:tcPr>
            <w:tcW w:w="2376" w:type="dxa"/>
            <w:tcMar>
              <w:top w:w="55" w:type="dxa"/>
              <w:left w:w="75" w:type="dxa"/>
              <w:bottom w:w="55" w:type="dxa"/>
              <w:right w:w="75" w:type="dxa"/>
            </w:tcMar>
            <w:vAlign w:val="center"/>
          </w:tcPr>
          <w:p w14:paraId="40BADA3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0.8219066148561414</w:t>
            </w:r>
          </w:p>
        </w:tc>
        <w:tc>
          <w:tcPr>
            <w:tcW w:w="2376" w:type="dxa"/>
            <w:tcMar>
              <w:top w:w="55" w:type="dxa"/>
              <w:left w:w="75" w:type="dxa"/>
              <w:bottom w:w="55" w:type="dxa"/>
              <w:right w:w="75" w:type="dxa"/>
            </w:tcMar>
            <w:vAlign w:val="center"/>
          </w:tcPr>
          <w:p w14:paraId="5B537B6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0.009902585675564872</w:t>
            </w:r>
          </w:p>
        </w:tc>
        <w:tc>
          <w:tcPr>
            <w:tcW w:w="2376" w:type="dxa"/>
            <w:tcMar>
              <w:top w:w="55" w:type="dxa"/>
              <w:left w:w="75" w:type="dxa"/>
              <w:bottom w:w="55" w:type="dxa"/>
              <w:right w:w="75" w:type="dxa"/>
            </w:tcMar>
            <w:vAlign w:val="center"/>
          </w:tcPr>
          <w:p w14:paraId="2CB0FF9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0.661595426211812</w:t>
            </w:r>
          </w:p>
        </w:tc>
        <w:tc>
          <w:tcPr>
            <w:tcW w:w="2376" w:type="dxa"/>
            <w:tcMar>
              <w:top w:w="55" w:type="dxa"/>
              <w:left w:w="75" w:type="dxa"/>
              <w:bottom w:w="55" w:type="dxa"/>
              <w:right w:w="75" w:type="dxa"/>
            </w:tcMar>
            <w:vAlign w:val="center"/>
          </w:tcPr>
          <w:p w14:paraId="1D495AE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0.40333601286249005</w:t>
            </w:r>
          </w:p>
        </w:tc>
        <w:tc>
          <w:tcPr>
            <w:tcW w:w="2376" w:type="dxa"/>
            <w:tcMar>
              <w:top w:w="55" w:type="dxa"/>
              <w:left w:w="75" w:type="dxa"/>
              <w:bottom w:w="55" w:type="dxa"/>
              <w:right w:w="75" w:type="dxa"/>
            </w:tcMar>
            <w:vAlign w:val="center"/>
          </w:tcPr>
          <w:p w14:paraId="2230579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r w:rsidR="00923354" w14:paraId="690B1A48" w14:textId="77777777" w:rsidTr="00314BAB">
        <w:trPr>
          <w:cantSplit/>
          <w:jc w:val="center"/>
        </w:trPr>
        <w:tc>
          <w:tcPr>
            <w:tcW w:w="2376" w:type="dxa"/>
            <w:tcBorders>
              <w:bottom w:val="single" w:sz="4" w:space="0" w:color="auto"/>
            </w:tcBorders>
            <w:tcMar>
              <w:top w:w="55" w:type="dxa"/>
              <w:left w:w="75" w:type="dxa"/>
              <w:bottom w:w="55" w:type="dxa"/>
              <w:right w:w="75" w:type="dxa"/>
            </w:tcMar>
            <w:vAlign w:val="center"/>
          </w:tcPr>
          <w:p w14:paraId="227A50E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NDST2</w:t>
            </w:r>
          </w:p>
        </w:tc>
        <w:tc>
          <w:tcPr>
            <w:tcW w:w="2376" w:type="dxa"/>
            <w:tcBorders>
              <w:bottom w:val="single" w:sz="4" w:space="0" w:color="auto"/>
            </w:tcBorders>
            <w:tcMar>
              <w:top w:w="55" w:type="dxa"/>
              <w:left w:w="75" w:type="dxa"/>
              <w:bottom w:w="55" w:type="dxa"/>
              <w:right w:w="75" w:type="dxa"/>
            </w:tcMar>
            <w:vAlign w:val="center"/>
          </w:tcPr>
          <w:p w14:paraId="497DD3A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1.5950104584070925</w:t>
            </w:r>
          </w:p>
        </w:tc>
        <w:tc>
          <w:tcPr>
            <w:tcW w:w="2376" w:type="dxa"/>
            <w:tcBorders>
              <w:bottom w:val="single" w:sz="4" w:space="0" w:color="auto"/>
            </w:tcBorders>
            <w:tcMar>
              <w:top w:w="55" w:type="dxa"/>
              <w:left w:w="75" w:type="dxa"/>
              <w:bottom w:w="55" w:type="dxa"/>
              <w:right w:w="75" w:type="dxa"/>
            </w:tcMar>
            <w:vAlign w:val="center"/>
          </w:tcPr>
          <w:p w14:paraId="7B2CA60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0.023928661889817224</w:t>
            </w:r>
          </w:p>
        </w:tc>
        <w:tc>
          <w:tcPr>
            <w:tcW w:w="2376" w:type="dxa"/>
            <w:tcBorders>
              <w:bottom w:val="single" w:sz="4" w:space="0" w:color="auto"/>
            </w:tcBorders>
            <w:tcMar>
              <w:top w:w="55" w:type="dxa"/>
              <w:left w:w="75" w:type="dxa"/>
              <w:bottom w:w="55" w:type="dxa"/>
              <w:right w:w="75" w:type="dxa"/>
            </w:tcMar>
            <w:vAlign w:val="center"/>
          </w:tcPr>
          <w:p w14:paraId="7AEAFD0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0.3056034789101174</w:t>
            </w:r>
          </w:p>
        </w:tc>
        <w:tc>
          <w:tcPr>
            <w:tcW w:w="2376" w:type="dxa"/>
            <w:tcBorders>
              <w:bottom w:val="single" w:sz="4" w:space="0" w:color="auto"/>
            </w:tcBorders>
            <w:tcMar>
              <w:top w:w="55" w:type="dxa"/>
              <w:left w:w="75" w:type="dxa"/>
              <w:bottom w:w="55" w:type="dxa"/>
              <w:right w:w="75" w:type="dxa"/>
            </w:tcMar>
            <w:vAlign w:val="center"/>
          </w:tcPr>
          <w:p w14:paraId="23FA4B0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0.1671407757739167</w:t>
            </w:r>
          </w:p>
        </w:tc>
        <w:tc>
          <w:tcPr>
            <w:tcW w:w="2376" w:type="dxa"/>
            <w:tcBorders>
              <w:bottom w:val="single" w:sz="4" w:space="0" w:color="auto"/>
            </w:tcBorders>
            <w:tcMar>
              <w:top w:w="55" w:type="dxa"/>
              <w:left w:w="75" w:type="dxa"/>
              <w:bottom w:w="55" w:type="dxa"/>
              <w:right w:w="75" w:type="dxa"/>
            </w:tcMar>
            <w:vAlign w:val="center"/>
          </w:tcPr>
          <w:p w14:paraId="541C9EF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True</w:t>
            </w:r>
          </w:p>
        </w:tc>
      </w:tr>
    </w:tbl>
    <w:p w14:paraId="69FC30F8" w14:textId="77777777" w:rsidR="00923354" w:rsidRDefault="00000000">
      <w:r>
        <w:br w:type="page"/>
      </w:r>
    </w:p>
    <w:p w14:paraId="11C6AA94" w14:textId="6398C916" w:rsidR="00923354" w:rsidRDefault="00000000" w:rsidP="00314BAB">
      <w:pPr>
        <w:jc w:val="center"/>
        <w:rPr>
          <w:rFonts w:ascii="Times New Roman" w:hAnsi="Times New Roman" w:cs="Times New Roman"/>
          <w:b/>
          <w:bCs/>
          <w:sz w:val="21"/>
          <w:szCs w:val="21"/>
        </w:rPr>
      </w:pPr>
      <w:r w:rsidRPr="00314BAB">
        <w:rPr>
          <w:rFonts w:ascii="Times New Roman" w:hAnsi="Times New Roman" w:cs="Times New Roman"/>
          <w:b/>
          <w:bCs/>
          <w:sz w:val="21"/>
          <w:szCs w:val="21"/>
        </w:rPr>
        <w:lastRenderedPageBreak/>
        <w:t>Table S5 Hallmark meta-GSEA and cohort-separated enrichment</w:t>
      </w:r>
    </w:p>
    <w:p w14:paraId="06D9BA77" w14:textId="3B5171A6" w:rsidR="00314BAB" w:rsidRPr="00314BAB" w:rsidRDefault="00314BAB" w:rsidP="00314BAB">
      <w:pPr>
        <w:spacing w:after="0" w:line="240" w:lineRule="auto"/>
        <w:rPr>
          <w:rFonts w:ascii="Times New Roman" w:hAnsi="Times New Roman" w:cs="Times New Roman"/>
          <w:b/>
          <w:bCs/>
          <w:sz w:val="21"/>
          <w:szCs w:val="21"/>
        </w:rPr>
      </w:pPr>
      <w:r w:rsidRPr="00314BAB">
        <w:rPr>
          <w:rFonts w:ascii="Times New Roman" w:hAnsi="Times New Roman" w:cs="Times New Roman"/>
          <w:b/>
          <w:bCs/>
          <w:sz w:val="21"/>
          <w:szCs w:val="21"/>
        </w:rPr>
        <w:t>S5a hallmark meta GSEA</w:t>
      </w:r>
    </w:p>
    <w:tbl>
      <w:tblPr>
        <w:tblW w:w="0" w:type="auto"/>
        <w:jc w:val="center"/>
        <w:tblLook w:val="04A0" w:firstRow="1" w:lastRow="0" w:firstColumn="1" w:lastColumn="0" w:noHBand="0" w:noVBand="1"/>
      </w:tblPr>
      <w:tblGrid>
        <w:gridCol w:w="2835"/>
        <w:gridCol w:w="1917"/>
        <w:gridCol w:w="2376"/>
        <w:gridCol w:w="2376"/>
        <w:gridCol w:w="2376"/>
        <w:gridCol w:w="2376"/>
      </w:tblGrid>
      <w:tr w:rsidR="00923354" w:rsidRPr="00314BAB" w14:paraId="168687A4" w14:textId="77777777" w:rsidTr="00314BAB">
        <w:trPr>
          <w:cantSplit/>
          <w:trHeight w:val="34"/>
          <w:jc w:val="center"/>
        </w:trPr>
        <w:tc>
          <w:tcPr>
            <w:tcW w:w="2835" w:type="dxa"/>
            <w:tcBorders>
              <w:top w:val="single" w:sz="4" w:space="0" w:color="auto"/>
              <w:bottom w:val="single" w:sz="4" w:space="0" w:color="auto"/>
            </w:tcBorders>
            <w:tcMar>
              <w:top w:w="55" w:type="dxa"/>
              <w:left w:w="75" w:type="dxa"/>
              <w:bottom w:w="55" w:type="dxa"/>
              <w:right w:w="75" w:type="dxa"/>
            </w:tcMar>
          </w:tcPr>
          <w:p w14:paraId="0D8AB9B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Term</w:t>
            </w:r>
          </w:p>
        </w:tc>
        <w:tc>
          <w:tcPr>
            <w:tcW w:w="1917" w:type="dxa"/>
            <w:tcBorders>
              <w:top w:val="single" w:sz="4" w:space="0" w:color="auto"/>
              <w:bottom w:val="single" w:sz="4" w:space="0" w:color="auto"/>
            </w:tcBorders>
            <w:tcMar>
              <w:top w:w="55" w:type="dxa"/>
              <w:left w:w="75" w:type="dxa"/>
              <w:bottom w:w="55" w:type="dxa"/>
              <w:right w:w="75" w:type="dxa"/>
            </w:tcMar>
          </w:tcPr>
          <w:p w14:paraId="1E03AC66"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ES</w:t>
            </w:r>
          </w:p>
        </w:tc>
        <w:tc>
          <w:tcPr>
            <w:tcW w:w="2376" w:type="dxa"/>
            <w:tcBorders>
              <w:top w:val="single" w:sz="4" w:space="0" w:color="auto"/>
              <w:bottom w:val="single" w:sz="4" w:space="0" w:color="auto"/>
            </w:tcBorders>
            <w:tcMar>
              <w:top w:w="55" w:type="dxa"/>
              <w:left w:w="75" w:type="dxa"/>
              <w:bottom w:w="55" w:type="dxa"/>
              <w:right w:w="75" w:type="dxa"/>
            </w:tcMar>
          </w:tcPr>
          <w:p w14:paraId="0DF995C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NES</w:t>
            </w:r>
          </w:p>
        </w:tc>
        <w:tc>
          <w:tcPr>
            <w:tcW w:w="2376" w:type="dxa"/>
            <w:tcBorders>
              <w:top w:val="single" w:sz="4" w:space="0" w:color="auto"/>
              <w:bottom w:val="single" w:sz="4" w:space="0" w:color="auto"/>
            </w:tcBorders>
            <w:tcMar>
              <w:top w:w="55" w:type="dxa"/>
              <w:left w:w="75" w:type="dxa"/>
              <w:bottom w:w="55" w:type="dxa"/>
              <w:right w:w="75" w:type="dxa"/>
            </w:tcMar>
          </w:tcPr>
          <w:p w14:paraId="3AF2D8A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NOM_p</w:t>
            </w:r>
          </w:p>
        </w:tc>
        <w:tc>
          <w:tcPr>
            <w:tcW w:w="2376" w:type="dxa"/>
            <w:tcBorders>
              <w:top w:val="single" w:sz="4" w:space="0" w:color="auto"/>
              <w:bottom w:val="single" w:sz="4" w:space="0" w:color="auto"/>
            </w:tcBorders>
            <w:tcMar>
              <w:top w:w="55" w:type="dxa"/>
              <w:left w:w="75" w:type="dxa"/>
              <w:bottom w:w="55" w:type="dxa"/>
              <w:right w:w="75" w:type="dxa"/>
            </w:tcMar>
          </w:tcPr>
          <w:p w14:paraId="116DE90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FDR_q</w:t>
            </w:r>
          </w:p>
        </w:tc>
        <w:tc>
          <w:tcPr>
            <w:tcW w:w="2376" w:type="dxa"/>
            <w:tcBorders>
              <w:top w:val="single" w:sz="4" w:space="0" w:color="auto"/>
              <w:bottom w:val="single" w:sz="4" w:space="0" w:color="auto"/>
            </w:tcBorders>
            <w:tcMar>
              <w:top w:w="55" w:type="dxa"/>
              <w:left w:w="75" w:type="dxa"/>
              <w:bottom w:w="55" w:type="dxa"/>
              <w:right w:w="75" w:type="dxa"/>
            </w:tcMar>
          </w:tcPr>
          <w:p w14:paraId="40910556"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FWER_p</w:t>
            </w:r>
          </w:p>
        </w:tc>
      </w:tr>
      <w:tr w:rsidR="00923354" w:rsidRPr="00314BAB" w14:paraId="690E38BD" w14:textId="77777777" w:rsidTr="00314BAB">
        <w:trPr>
          <w:cantSplit/>
          <w:jc w:val="center"/>
        </w:trPr>
        <w:tc>
          <w:tcPr>
            <w:tcW w:w="2835" w:type="dxa"/>
            <w:tcBorders>
              <w:top w:val="single" w:sz="4" w:space="0" w:color="auto"/>
            </w:tcBorders>
            <w:tcMar>
              <w:top w:w="55" w:type="dxa"/>
              <w:left w:w="75" w:type="dxa"/>
              <w:bottom w:w="55" w:type="dxa"/>
              <w:right w:w="75" w:type="dxa"/>
            </w:tcMar>
            <w:vAlign w:val="center"/>
          </w:tcPr>
          <w:p w14:paraId="420E586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TNF-alpha Signaling via NF-kB</w:t>
            </w:r>
          </w:p>
        </w:tc>
        <w:tc>
          <w:tcPr>
            <w:tcW w:w="1917" w:type="dxa"/>
            <w:tcBorders>
              <w:top w:val="single" w:sz="4" w:space="0" w:color="auto"/>
            </w:tcBorders>
            <w:tcMar>
              <w:top w:w="55" w:type="dxa"/>
              <w:left w:w="75" w:type="dxa"/>
              <w:bottom w:w="55" w:type="dxa"/>
              <w:right w:w="75" w:type="dxa"/>
            </w:tcMar>
            <w:vAlign w:val="center"/>
          </w:tcPr>
          <w:p w14:paraId="3B6309C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0.5341837865848317</w:t>
            </w:r>
          </w:p>
        </w:tc>
        <w:tc>
          <w:tcPr>
            <w:tcW w:w="2376" w:type="dxa"/>
            <w:tcBorders>
              <w:top w:val="single" w:sz="4" w:space="0" w:color="auto"/>
            </w:tcBorders>
            <w:tcMar>
              <w:top w:w="55" w:type="dxa"/>
              <w:left w:w="75" w:type="dxa"/>
              <w:bottom w:w="55" w:type="dxa"/>
              <w:right w:w="75" w:type="dxa"/>
            </w:tcMar>
            <w:vAlign w:val="center"/>
          </w:tcPr>
          <w:p w14:paraId="617A789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2.5736930075914586</w:t>
            </w:r>
          </w:p>
        </w:tc>
        <w:tc>
          <w:tcPr>
            <w:tcW w:w="2376" w:type="dxa"/>
            <w:tcBorders>
              <w:top w:val="single" w:sz="4" w:space="0" w:color="auto"/>
            </w:tcBorders>
            <w:tcMar>
              <w:top w:w="55" w:type="dxa"/>
              <w:left w:w="75" w:type="dxa"/>
              <w:bottom w:w="55" w:type="dxa"/>
              <w:right w:w="75" w:type="dxa"/>
            </w:tcMar>
            <w:vAlign w:val="center"/>
          </w:tcPr>
          <w:p w14:paraId="3270671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Borders>
              <w:top w:val="single" w:sz="4" w:space="0" w:color="auto"/>
            </w:tcBorders>
            <w:tcMar>
              <w:top w:w="55" w:type="dxa"/>
              <w:left w:w="75" w:type="dxa"/>
              <w:bottom w:w="55" w:type="dxa"/>
              <w:right w:w="75" w:type="dxa"/>
            </w:tcMar>
            <w:vAlign w:val="center"/>
          </w:tcPr>
          <w:p w14:paraId="1D30707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Borders>
              <w:top w:val="single" w:sz="4" w:space="0" w:color="auto"/>
            </w:tcBorders>
            <w:tcMar>
              <w:top w:w="55" w:type="dxa"/>
              <w:left w:w="75" w:type="dxa"/>
              <w:bottom w:w="55" w:type="dxa"/>
              <w:right w:w="75" w:type="dxa"/>
            </w:tcMar>
            <w:vAlign w:val="center"/>
          </w:tcPr>
          <w:p w14:paraId="66586B0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r>
      <w:tr w:rsidR="00923354" w:rsidRPr="00314BAB" w14:paraId="1020BBC8" w14:textId="77777777" w:rsidTr="00314BAB">
        <w:trPr>
          <w:cantSplit/>
          <w:jc w:val="center"/>
        </w:trPr>
        <w:tc>
          <w:tcPr>
            <w:tcW w:w="2835" w:type="dxa"/>
            <w:tcMar>
              <w:top w:w="55" w:type="dxa"/>
              <w:left w:w="75" w:type="dxa"/>
              <w:bottom w:w="55" w:type="dxa"/>
              <w:right w:w="75" w:type="dxa"/>
            </w:tcMar>
            <w:vAlign w:val="center"/>
          </w:tcPr>
          <w:p w14:paraId="61A3A50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Interferon Gamma Response</w:t>
            </w:r>
          </w:p>
        </w:tc>
        <w:tc>
          <w:tcPr>
            <w:tcW w:w="1917" w:type="dxa"/>
            <w:tcMar>
              <w:top w:w="55" w:type="dxa"/>
              <w:left w:w="75" w:type="dxa"/>
              <w:bottom w:w="55" w:type="dxa"/>
              <w:right w:w="75" w:type="dxa"/>
            </w:tcMar>
            <w:vAlign w:val="center"/>
          </w:tcPr>
          <w:p w14:paraId="5DFE7C0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0.4966839037058665</w:t>
            </w:r>
          </w:p>
        </w:tc>
        <w:tc>
          <w:tcPr>
            <w:tcW w:w="2376" w:type="dxa"/>
            <w:tcMar>
              <w:top w:w="55" w:type="dxa"/>
              <w:left w:w="75" w:type="dxa"/>
              <w:bottom w:w="55" w:type="dxa"/>
              <w:right w:w="75" w:type="dxa"/>
            </w:tcMar>
            <w:vAlign w:val="center"/>
          </w:tcPr>
          <w:p w14:paraId="06E999E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2.401896754218755</w:t>
            </w:r>
          </w:p>
        </w:tc>
        <w:tc>
          <w:tcPr>
            <w:tcW w:w="2376" w:type="dxa"/>
            <w:tcMar>
              <w:top w:w="55" w:type="dxa"/>
              <w:left w:w="75" w:type="dxa"/>
              <w:bottom w:w="55" w:type="dxa"/>
              <w:right w:w="75" w:type="dxa"/>
            </w:tcMar>
            <w:vAlign w:val="center"/>
          </w:tcPr>
          <w:p w14:paraId="4AC2CA1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2DD0195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23690CE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r>
      <w:tr w:rsidR="00923354" w:rsidRPr="00314BAB" w14:paraId="6D6242ED" w14:textId="77777777" w:rsidTr="00314BAB">
        <w:trPr>
          <w:cantSplit/>
          <w:jc w:val="center"/>
        </w:trPr>
        <w:tc>
          <w:tcPr>
            <w:tcW w:w="2835" w:type="dxa"/>
            <w:tcMar>
              <w:top w:w="55" w:type="dxa"/>
              <w:left w:w="75" w:type="dxa"/>
              <w:bottom w:w="55" w:type="dxa"/>
              <w:right w:w="75" w:type="dxa"/>
            </w:tcMar>
            <w:vAlign w:val="center"/>
          </w:tcPr>
          <w:p w14:paraId="52D0B48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Myc Targets V1</w:t>
            </w:r>
          </w:p>
        </w:tc>
        <w:tc>
          <w:tcPr>
            <w:tcW w:w="1917" w:type="dxa"/>
            <w:tcMar>
              <w:top w:w="55" w:type="dxa"/>
              <w:left w:w="75" w:type="dxa"/>
              <w:bottom w:w="55" w:type="dxa"/>
              <w:right w:w="75" w:type="dxa"/>
            </w:tcMar>
            <w:vAlign w:val="center"/>
          </w:tcPr>
          <w:p w14:paraId="2BAAAD2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-0.4563755732715537</w:t>
            </w:r>
          </w:p>
        </w:tc>
        <w:tc>
          <w:tcPr>
            <w:tcW w:w="2376" w:type="dxa"/>
            <w:tcMar>
              <w:top w:w="55" w:type="dxa"/>
              <w:left w:w="75" w:type="dxa"/>
              <w:bottom w:w="55" w:type="dxa"/>
              <w:right w:w="75" w:type="dxa"/>
            </w:tcMar>
            <w:vAlign w:val="center"/>
          </w:tcPr>
          <w:p w14:paraId="4DC2AD8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-2.362159692307412</w:t>
            </w:r>
          </w:p>
        </w:tc>
        <w:tc>
          <w:tcPr>
            <w:tcW w:w="2376" w:type="dxa"/>
            <w:tcMar>
              <w:top w:w="55" w:type="dxa"/>
              <w:left w:w="75" w:type="dxa"/>
              <w:bottom w:w="55" w:type="dxa"/>
              <w:right w:w="75" w:type="dxa"/>
            </w:tcMar>
            <w:vAlign w:val="center"/>
          </w:tcPr>
          <w:p w14:paraId="4087080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174AD58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2CEF24C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r>
      <w:tr w:rsidR="00923354" w:rsidRPr="00314BAB" w14:paraId="2B09CDF7" w14:textId="77777777" w:rsidTr="00314BAB">
        <w:trPr>
          <w:cantSplit/>
          <w:jc w:val="center"/>
        </w:trPr>
        <w:tc>
          <w:tcPr>
            <w:tcW w:w="2835" w:type="dxa"/>
            <w:tcMar>
              <w:top w:w="55" w:type="dxa"/>
              <w:left w:w="75" w:type="dxa"/>
              <w:bottom w:w="55" w:type="dxa"/>
              <w:right w:w="75" w:type="dxa"/>
            </w:tcMar>
            <w:vAlign w:val="center"/>
          </w:tcPr>
          <w:p w14:paraId="6DAE622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Inflammatory Response</w:t>
            </w:r>
          </w:p>
        </w:tc>
        <w:tc>
          <w:tcPr>
            <w:tcW w:w="1917" w:type="dxa"/>
            <w:tcMar>
              <w:top w:w="55" w:type="dxa"/>
              <w:left w:w="75" w:type="dxa"/>
              <w:bottom w:w="55" w:type="dxa"/>
              <w:right w:w="75" w:type="dxa"/>
            </w:tcMar>
            <w:vAlign w:val="center"/>
          </w:tcPr>
          <w:p w14:paraId="55F7525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0.49115027952719564</w:t>
            </w:r>
          </w:p>
        </w:tc>
        <w:tc>
          <w:tcPr>
            <w:tcW w:w="2376" w:type="dxa"/>
            <w:tcMar>
              <w:top w:w="55" w:type="dxa"/>
              <w:left w:w="75" w:type="dxa"/>
              <w:bottom w:w="55" w:type="dxa"/>
              <w:right w:w="75" w:type="dxa"/>
            </w:tcMar>
            <w:vAlign w:val="center"/>
          </w:tcPr>
          <w:p w14:paraId="0C1EE96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2.3171872870402437</w:t>
            </w:r>
          </w:p>
        </w:tc>
        <w:tc>
          <w:tcPr>
            <w:tcW w:w="2376" w:type="dxa"/>
            <w:tcMar>
              <w:top w:w="55" w:type="dxa"/>
              <w:left w:w="75" w:type="dxa"/>
              <w:bottom w:w="55" w:type="dxa"/>
              <w:right w:w="75" w:type="dxa"/>
            </w:tcMar>
            <w:vAlign w:val="center"/>
          </w:tcPr>
          <w:p w14:paraId="18EC58A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3E10CDE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25B8510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r>
      <w:tr w:rsidR="00923354" w:rsidRPr="00314BAB" w14:paraId="559C58A4" w14:textId="77777777" w:rsidTr="00314BAB">
        <w:trPr>
          <w:cantSplit/>
          <w:jc w:val="center"/>
        </w:trPr>
        <w:tc>
          <w:tcPr>
            <w:tcW w:w="2835" w:type="dxa"/>
            <w:tcMar>
              <w:top w:w="55" w:type="dxa"/>
              <w:left w:w="75" w:type="dxa"/>
              <w:bottom w:w="55" w:type="dxa"/>
              <w:right w:w="75" w:type="dxa"/>
            </w:tcMar>
            <w:vAlign w:val="center"/>
          </w:tcPr>
          <w:p w14:paraId="322F54B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Epithelial Mesenchymal Transition</w:t>
            </w:r>
          </w:p>
        </w:tc>
        <w:tc>
          <w:tcPr>
            <w:tcW w:w="1917" w:type="dxa"/>
            <w:tcMar>
              <w:top w:w="55" w:type="dxa"/>
              <w:left w:w="75" w:type="dxa"/>
              <w:bottom w:w="55" w:type="dxa"/>
              <w:right w:w="75" w:type="dxa"/>
            </w:tcMar>
            <w:vAlign w:val="center"/>
          </w:tcPr>
          <w:p w14:paraId="5CD113F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0.44958341392799467</w:t>
            </w:r>
          </w:p>
        </w:tc>
        <w:tc>
          <w:tcPr>
            <w:tcW w:w="2376" w:type="dxa"/>
            <w:tcMar>
              <w:top w:w="55" w:type="dxa"/>
              <w:left w:w="75" w:type="dxa"/>
              <w:bottom w:w="55" w:type="dxa"/>
              <w:right w:w="75" w:type="dxa"/>
            </w:tcMar>
            <w:vAlign w:val="center"/>
          </w:tcPr>
          <w:p w14:paraId="5BF6F83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2.1622721008416894</w:t>
            </w:r>
          </w:p>
        </w:tc>
        <w:tc>
          <w:tcPr>
            <w:tcW w:w="2376" w:type="dxa"/>
            <w:tcMar>
              <w:top w:w="55" w:type="dxa"/>
              <w:left w:w="75" w:type="dxa"/>
              <w:bottom w:w="55" w:type="dxa"/>
              <w:right w:w="75" w:type="dxa"/>
            </w:tcMar>
            <w:vAlign w:val="center"/>
          </w:tcPr>
          <w:p w14:paraId="2C9E276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4A59B1A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6E01C98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r>
      <w:tr w:rsidR="00923354" w:rsidRPr="00314BAB" w14:paraId="4EE4FA43" w14:textId="77777777" w:rsidTr="00314BAB">
        <w:trPr>
          <w:cantSplit/>
          <w:jc w:val="center"/>
        </w:trPr>
        <w:tc>
          <w:tcPr>
            <w:tcW w:w="2835" w:type="dxa"/>
            <w:tcMar>
              <w:top w:w="55" w:type="dxa"/>
              <w:left w:w="75" w:type="dxa"/>
              <w:bottom w:w="55" w:type="dxa"/>
              <w:right w:w="75" w:type="dxa"/>
            </w:tcMar>
            <w:vAlign w:val="center"/>
          </w:tcPr>
          <w:p w14:paraId="6A01724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IL-6/JAK/STAT3 Signaling</w:t>
            </w:r>
          </w:p>
        </w:tc>
        <w:tc>
          <w:tcPr>
            <w:tcW w:w="1917" w:type="dxa"/>
            <w:tcMar>
              <w:top w:w="55" w:type="dxa"/>
              <w:left w:w="75" w:type="dxa"/>
              <w:bottom w:w="55" w:type="dxa"/>
              <w:right w:w="75" w:type="dxa"/>
            </w:tcMar>
            <w:vAlign w:val="center"/>
          </w:tcPr>
          <w:p w14:paraId="548AF54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0.5190752259223638</w:t>
            </w:r>
          </w:p>
        </w:tc>
        <w:tc>
          <w:tcPr>
            <w:tcW w:w="2376" w:type="dxa"/>
            <w:tcMar>
              <w:top w:w="55" w:type="dxa"/>
              <w:left w:w="75" w:type="dxa"/>
              <w:bottom w:w="55" w:type="dxa"/>
              <w:right w:w="75" w:type="dxa"/>
            </w:tcMar>
            <w:vAlign w:val="center"/>
          </w:tcPr>
          <w:p w14:paraId="71F1521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2.1524457053294666</w:t>
            </w:r>
          </w:p>
        </w:tc>
        <w:tc>
          <w:tcPr>
            <w:tcW w:w="2376" w:type="dxa"/>
            <w:tcMar>
              <w:top w:w="55" w:type="dxa"/>
              <w:left w:w="75" w:type="dxa"/>
              <w:bottom w:w="55" w:type="dxa"/>
              <w:right w:w="75" w:type="dxa"/>
            </w:tcMar>
            <w:vAlign w:val="center"/>
          </w:tcPr>
          <w:p w14:paraId="51E6B19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1A36DB86"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459060F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r>
      <w:tr w:rsidR="00923354" w:rsidRPr="00314BAB" w14:paraId="13CCEC19" w14:textId="77777777" w:rsidTr="00314BAB">
        <w:trPr>
          <w:cantSplit/>
          <w:jc w:val="center"/>
        </w:trPr>
        <w:tc>
          <w:tcPr>
            <w:tcW w:w="2835" w:type="dxa"/>
            <w:tcMar>
              <w:top w:w="55" w:type="dxa"/>
              <w:left w:w="75" w:type="dxa"/>
              <w:bottom w:w="55" w:type="dxa"/>
              <w:right w:w="75" w:type="dxa"/>
            </w:tcMar>
            <w:vAlign w:val="center"/>
          </w:tcPr>
          <w:p w14:paraId="4161B2F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Interferon Alpha Response</w:t>
            </w:r>
          </w:p>
        </w:tc>
        <w:tc>
          <w:tcPr>
            <w:tcW w:w="1917" w:type="dxa"/>
            <w:tcMar>
              <w:top w:w="55" w:type="dxa"/>
              <w:left w:w="75" w:type="dxa"/>
              <w:bottom w:w="55" w:type="dxa"/>
              <w:right w:w="75" w:type="dxa"/>
            </w:tcMar>
            <w:vAlign w:val="center"/>
          </w:tcPr>
          <w:p w14:paraId="5C1B39F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0.480466991422875</w:t>
            </w:r>
          </w:p>
        </w:tc>
        <w:tc>
          <w:tcPr>
            <w:tcW w:w="2376" w:type="dxa"/>
            <w:tcMar>
              <w:top w:w="55" w:type="dxa"/>
              <w:left w:w="75" w:type="dxa"/>
              <w:bottom w:w="55" w:type="dxa"/>
              <w:right w:w="75" w:type="dxa"/>
            </w:tcMar>
            <w:vAlign w:val="center"/>
          </w:tcPr>
          <w:p w14:paraId="1B8AC3B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2.08461956648399</w:t>
            </w:r>
          </w:p>
        </w:tc>
        <w:tc>
          <w:tcPr>
            <w:tcW w:w="2376" w:type="dxa"/>
            <w:tcMar>
              <w:top w:w="55" w:type="dxa"/>
              <w:left w:w="75" w:type="dxa"/>
              <w:bottom w:w="55" w:type="dxa"/>
              <w:right w:w="75" w:type="dxa"/>
            </w:tcMar>
            <w:vAlign w:val="center"/>
          </w:tcPr>
          <w:p w14:paraId="358241C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61225F6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7.00752990941175e-05</w:t>
            </w:r>
          </w:p>
        </w:tc>
        <w:tc>
          <w:tcPr>
            <w:tcW w:w="2376" w:type="dxa"/>
            <w:tcMar>
              <w:top w:w="55" w:type="dxa"/>
              <w:left w:w="75" w:type="dxa"/>
              <w:bottom w:w="55" w:type="dxa"/>
              <w:right w:w="75" w:type="dxa"/>
            </w:tcMar>
            <w:vAlign w:val="center"/>
          </w:tcPr>
          <w:p w14:paraId="7EB2289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0.0004</w:t>
            </w:r>
          </w:p>
        </w:tc>
      </w:tr>
      <w:tr w:rsidR="00923354" w:rsidRPr="00314BAB" w14:paraId="213E737A" w14:textId="77777777" w:rsidTr="00314BAB">
        <w:trPr>
          <w:cantSplit/>
          <w:jc w:val="center"/>
        </w:trPr>
        <w:tc>
          <w:tcPr>
            <w:tcW w:w="2835" w:type="dxa"/>
            <w:tcMar>
              <w:top w:w="55" w:type="dxa"/>
              <w:left w:w="75" w:type="dxa"/>
              <w:bottom w:w="55" w:type="dxa"/>
              <w:right w:w="75" w:type="dxa"/>
            </w:tcMar>
            <w:vAlign w:val="center"/>
          </w:tcPr>
          <w:p w14:paraId="378A457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IL-2/STAT5 Signaling</w:t>
            </w:r>
          </w:p>
        </w:tc>
        <w:tc>
          <w:tcPr>
            <w:tcW w:w="1917" w:type="dxa"/>
            <w:tcMar>
              <w:top w:w="55" w:type="dxa"/>
              <w:left w:w="75" w:type="dxa"/>
              <w:bottom w:w="55" w:type="dxa"/>
              <w:right w:w="75" w:type="dxa"/>
            </w:tcMar>
            <w:vAlign w:val="center"/>
          </w:tcPr>
          <w:p w14:paraId="4E988E0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0.4216681004451084</w:t>
            </w:r>
          </w:p>
        </w:tc>
        <w:tc>
          <w:tcPr>
            <w:tcW w:w="2376" w:type="dxa"/>
            <w:tcMar>
              <w:top w:w="55" w:type="dxa"/>
              <w:left w:w="75" w:type="dxa"/>
              <w:bottom w:w="55" w:type="dxa"/>
              <w:right w:w="75" w:type="dxa"/>
            </w:tcMar>
            <w:vAlign w:val="center"/>
          </w:tcPr>
          <w:p w14:paraId="4D8E40B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2.011864285381829</w:t>
            </w:r>
          </w:p>
        </w:tc>
        <w:tc>
          <w:tcPr>
            <w:tcW w:w="2376" w:type="dxa"/>
            <w:tcMar>
              <w:top w:w="55" w:type="dxa"/>
              <w:left w:w="75" w:type="dxa"/>
              <w:bottom w:w="55" w:type="dxa"/>
              <w:right w:w="75" w:type="dxa"/>
            </w:tcMar>
            <w:vAlign w:val="center"/>
          </w:tcPr>
          <w:p w14:paraId="6554BA7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7E81495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9.00968131210082e-05</w:t>
            </w:r>
          </w:p>
        </w:tc>
        <w:tc>
          <w:tcPr>
            <w:tcW w:w="2376" w:type="dxa"/>
            <w:tcMar>
              <w:top w:w="55" w:type="dxa"/>
              <w:left w:w="75" w:type="dxa"/>
              <w:bottom w:w="55" w:type="dxa"/>
              <w:right w:w="75" w:type="dxa"/>
            </w:tcMar>
            <w:vAlign w:val="center"/>
          </w:tcPr>
          <w:p w14:paraId="40E80CC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0.0006</w:t>
            </w:r>
          </w:p>
        </w:tc>
      </w:tr>
      <w:tr w:rsidR="00923354" w:rsidRPr="00314BAB" w14:paraId="57C30620" w14:textId="77777777" w:rsidTr="00314BAB">
        <w:trPr>
          <w:cantSplit/>
          <w:jc w:val="center"/>
        </w:trPr>
        <w:tc>
          <w:tcPr>
            <w:tcW w:w="2835" w:type="dxa"/>
            <w:tcMar>
              <w:top w:w="55" w:type="dxa"/>
              <w:left w:w="75" w:type="dxa"/>
              <w:bottom w:w="55" w:type="dxa"/>
              <w:right w:w="75" w:type="dxa"/>
            </w:tcMar>
            <w:vAlign w:val="center"/>
          </w:tcPr>
          <w:p w14:paraId="73E0D29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Complement</w:t>
            </w:r>
          </w:p>
        </w:tc>
        <w:tc>
          <w:tcPr>
            <w:tcW w:w="1917" w:type="dxa"/>
            <w:tcMar>
              <w:top w:w="55" w:type="dxa"/>
              <w:left w:w="75" w:type="dxa"/>
              <w:bottom w:w="55" w:type="dxa"/>
              <w:right w:w="75" w:type="dxa"/>
            </w:tcMar>
            <w:vAlign w:val="center"/>
          </w:tcPr>
          <w:p w14:paraId="12FC627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0.41666705722034636</w:t>
            </w:r>
          </w:p>
        </w:tc>
        <w:tc>
          <w:tcPr>
            <w:tcW w:w="2376" w:type="dxa"/>
            <w:tcMar>
              <w:top w:w="55" w:type="dxa"/>
              <w:left w:w="75" w:type="dxa"/>
              <w:bottom w:w="55" w:type="dxa"/>
              <w:right w:w="75" w:type="dxa"/>
            </w:tcMar>
            <w:vAlign w:val="center"/>
          </w:tcPr>
          <w:p w14:paraId="775B620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1.976086902401304</w:t>
            </w:r>
          </w:p>
        </w:tc>
        <w:tc>
          <w:tcPr>
            <w:tcW w:w="2376" w:type="dxa"/>
            <w:tcMar>
              <w:top w:w="55" w:type="dxa"/>
              <w:left w:w="75" w:type="dxa"/>
              <w:bottom w:w="55" w:type="dxa"/>
              <w:right w:w="75" w:type="dxa"/>
            </w:tcMar>
            <w:vAlign w:val="center"/>
          </w:tcPr>
          <w:p w14:paraId="07CD643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6D8B57F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0.00015766942296176437</w:t>
            </w:r>
          </w:p>
        </w:tc>
        <w:tc>
          <w:tcPr>
            <w:tcW w:w="2376" w:type="dxa"/>
            <w:tcMar>
              <w:top w:w="55" w:type="dxa"/>
              <w:left w:w="75" w:type="dxa"/>
              <w:bottom w:w="55" w:type="dxa"/>
              <w:right w:w="75" w:type="dxa"/>
            </w:tcMar>
            <w:vAlign w:val="center"/>
          </w:tcPr>
          <w:p w14:paraId="15BB915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0.0012</w:t>
            </w:r>
          </w:p>
        </w:tc>
      </w:tr>
      <w:tr w:rsidR="00923354" w:rsidRPr="00314BAB" w14:paraId="16B8D62D" w14:textId="77777777" w:rsidTr="00314BAB">
        <w:trPr>
          <w:cantSplit/>
          <w:jc w:val="center"/>
        </w:trPr>
        <w:tc>
          <w:tcPr>
            <w:tcW w:w="2835" w:type="dxa"/>
            <w:tcMar>
              <w:top w:w="55" w:type="dxa"/>
              <w:left w:w="75" w:type="dxa"/>
              <w:bottom w:w="55" w:type="dxa"/>
              <w:right w:w="75" w:type="dxa"/>
            </w:tcMar>
            <w:vAlign w:val="center"/>
          </w:tcPr>
          <w:p w14:paraId="6FCEE5D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Protein Secretion</w:t>
            </w:r>
          </w:p>
        </w:tc>
        <w:tc>
          <w:tcPr>
            <w:tcW w:w="1917" w:type="dxa"/>
            <w:tcMar>
              <w:top w:w="55" w:type="dxa"/>
              <w:left w:w="75" w:type="dxa"/>
              <w:bottom w:w="55" w:type="dxa"/>
              <w:right w:w="75" w:type="dxa"/>
            </w:tcMar>
            <w:vAlign w:val="center"/>
          </w:tcPr>
          <w:p w14:paraId="6F538E3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-0.4237781569874567</w:t>
            </w:r>
          </w:p>
        </w:tc>
        <w:tc>
          <w:tcPr>
            <w:tcW w:w="2376" w:type="dxa"/>
            <w:tcMar>
              <w:top w:w="55" w:type="dxa"/>
              <w:left w:w="75" w:type="dxa"/>
              <w:bottom w:w="55" w:type="dxa"/>
              <w:right w:w="75" w:type="dxa"/>
            </w:tcMar>
            <w:vAlign w:val="center"/>
          </w:tcPr>
          <w:p w14:paraId="7383C79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-1.9483224500339227</w:t>
            </w:r>
          </w:p>
        </w:tc>
        <w:tc>
          <w:tcPr>
            <w:tcW w:w="2376" w:type="dxa"/>
            <w:tcMar>
              <w:top w:w="55" w:type="dxa"/>
              <w:left w:w="75" w:type="dxa"/>
              <w:bottom w:w="55" w:type="dxa"/>
              <w:right w:w="75" w:type="dxa"/>
            </w:tcMar>
            <w:vAlign w:val="center"/>
          </w:tcPr>
          <w:p w14:paraId="218CF68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37DB3B1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0.0008223507406531508</w:t>
            </w:r>
          </w:p>
        </w:tc>
        <w:tc>
          <w:tcPr>
            <w:tcW w:w="2376" w:type="dxa"/>
            <w:tcMar>
              <w:top w:w="55" w:type="dxa"/>
              <w:left w:w="75" w:type="dxa"/>
              <w:bottom w:w="55" w:type="dxa"/>
              <w:right w:w="75" w:type="dxa"/>
            </w:tcMar>
            <w:vAlign w:val="center"/>
          </w:tcPr>
          <w:p w14:paraId="7076C036"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0.0018</w:t>
            </w:r>
          </w:p>
        </w:tc>
      </w:tr>
      <w:tr w:rsidR="00923354" w:rsidRPr="00314BAB" w14:paraId="546F937A" w14:textId="77777777" w:rsidTr="00314BAB">
        <w:trPr>
          <w:cantSplit/>
          <w:jc w:val="center"/>
        </w:trPr>
        <w:tc>
          <w:tcPr>
            <w:tcW w:w="2835" w:type="dxa"/>
            <w:tcMar>
              <w:top w:w="55" w:type="dxa"/>
              <w:left w:w="75" w:type="dxa"/>
              <w:bottom w:w="55" w:type="dxa"/>
              <w:right w:w="75" w:type="dxa"/>
            </w:tcMar>
            <w:vAlign w:val="center"/>
          </w:tcPr>
          <w:p w14:paraId="4BFD27E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Allograft Rejection</w:t>
            </w:r>
          </w:p>
        </w:tc>
        <w:tc>
          <w:tcPr>
            <w:tcW w:w="1917" w:type="dxa"/>
            <w:tcMar>
              <w:top w:w="55" w:type="dxa"/>
              <w:left w:w="75" w:type="dxa"/>
              <w:bottom w:w="55" w:type="dxa"/>
              <w:right w:w="75" w:type="dxa"/>
            </w:tcMar>
            <w:vAlign w:val="center"/>
          </w:tcPr>
          <w:p w14:paraId="49EFD10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0.3906603426194708</w:t>
            </w:r>
          </w:p>
        </w:tc>
        <w:tc>
          <w:tcPr>
            <w:tcW w:w="2376" w:type="dxa"/>
            <w:tcMar>
              <w:top w:w="55" w:type="dxa"/>
              <w:left w:w="75" w:type="dxa"/>
              <w:bottom w:w="55" w:type="dxa"/>
              <w:right w:w="75" w:type="dxa"/>
            </w:tcMar>
            <w:vAlign w:val="center"/>
          </w:tcPr>
          <w:p w14:paraId="1033082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1.84451062802124</w:t>
            </w:r>
          </w:p>
        </w:tc>
        <w:tc>
          <w:tcPr>
            <w:tcW w:w="2376" w:type="dxa"/>
            <w:tcMar>
              <w:top w:w="55" w:type="dxa"/>
              <w:left w:w="75" w:type="dxa"/>
              <w:bottom w:w="55" w:type="dxa"/>
              <w:right w:w="75" w:type="dxa"/>
            </w:tcMar>
            <w:vAlign w:val="center"/>
          </w:tcPr>
          <w:p w14:paraId="10CBCD3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758D11D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0.0009109788882235275</w:t>
            </w:r>
          </w:p>
        </w:tc>
        <w:tc>
          <w:tcPr>
            <w:tcW w:w="2376" w:type="dxa"/>
            <w:tcMar>
              <w:top w:w="55" w:type="dxa"/>
              <w:left w:w="75" w:type="dxa"/>
              <w:bottom w:w="55" w:type="dxa"/>
              <w:right w:w="75" w:type="dxa"/>
            </w:tcMar>
            <w:vAlign w:val="center"/>
          </w:tcPr>
          <w:p w14:paraId="3FF27B4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0.0078</w:t>
            </w:r>
          </w:p>
        </w:tc>
      </w:tr>
      <w:tr w:rsidR="00923354" w:rsidRPr="00314BAB" w14:paraId="56C125DF" w14:textId="77777777" w:rsidTr="00314BAB">
        <w:trPr>
          <w:cantSplit/>
          <w:jc w:val="center"/>
        </w:trPr>
        <w:tc>
          <w:tcPr>
            <w:tcW w:w="2835" w:type="dxa"/>
            <w:tcMar>
              <w:top w:w="55" w:type="dxa"/>
              <w:left w:w="75" w:type="dxa"/>
              <w:bottom w:w="55" w:type="dxa"/>
              <w:right w:w="75" w:type="dxa"/>
            </w:tcMar>
            <w:vAlign w:val="center"/>
          </w:tcPr>
          <w:p w14:paraId="57799CD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E2F Targets</w:t>
            </w:r>
          </w:p>
        </w:tc>
        <w:tc>
          <w:tcPr>
            <w:tcW w:w="1917" w:type="dxa"/>
            <w:tcMar>
              <w:top w:w="55" w:type="dxa"/>
              <w:left w:w="75" w:type="dxa"/>
              <w:bottom w:w="55" w:type="dxa"/>
              <w:right w:w="75" w:type="dxa"/>
            </w:tcMar>
            <w:vAlign w:val="center"/>
          </w:tcPr>
          <w:p w14:paraId="6F83B98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-0.3536599160159607</w:t>
            </w:r>
          </w:p>
        </w:tc>
        <w:tc>
          <w:tcPr>
            <w:tcW w:w="2376" w:type="dxa"/>
            <w:tcMar>
              <w:top w:w="55" w:type="dxa"/>
              <w:left w:w="75" w:type="dxa"/>
              <w:bottom w:w="55" w:type="dxa"/>
              <w:right w:w="75" w:type="dxa"/>
            </w:tcMar>
            <w:vAlign w:val="center"/>
          </w:tcPr>
          <w:p w14:paraId="2B724C5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-1.8285865323137804</w:t>
            </w:r>
          </w:p>
        </w:tc>
        <w:tc>
          <w:tcPr>
            <w:tcW w:w="2376" w:type="dxa"/>
            <w:tcMar>
              <w:top w:w="55" w:type="dxa"/>
              <w:left w:w="75" w:type="dxa"/>
              <w:bottom w:w="55" w:type="dxa"/>
              <w:right w:w="75" w:type="dxa"/>
            </w:tcMar>
            <w:vAlign w:val="center"/>
          </w:tcPr>
          <w:p w14:paraId="5AE656B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519A0A3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0.002741169135510502</w:t>
            </w:r>
          </w:p>
        </w:tc>
        <w:tc>
          <w:tcPr>
            <w:tcW w:w="2376" w:type="dxa"/>
            <w:tcMar>
              <w:top w:w="55" w:type="dxa"/>
              <w:left w:w="75" w:type="dxa"/>
              <w:bottom w:w="55" w:type="dxa"/>
              <w:right w:w="75" w:type="dxa"/>
            </w:tcMar>
            <w:vAlign w:val="center"/>
          </w:tcPr>
          <w:p w14:paraId="1D86C85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0.009</w:t>
            </w:r>
          </w:p>
        </w:tc>
      </w:tr>
      <w:tr w:rsidR="00923354" w:rsidRPr="00314BAB" w14:paraId="2AF6F646" w14:textId="77777777" w:rsidTr="00314BAB">
        <w:trPr>
          <w:cantSplit/>
          <w:jc w:val="center"/>
        </w:trPr>
        <w:tc>
          <w:tcPr>
            <w:tcW w:w="2835" w:type="dxa"/>
            <w:tcMar>
              <w:top w:w="55" w:type="dxa"/>
              <w:left w:w="75" w:type="dxa"/>
              <w:bottom w:w="55" w:type="dxa"/>
              <w:right w:w="75" w:type="dxa"/>
            </w:tcMar>
            <w:vAlign w:val="center"/>
          </w:tcPr>
          <w:p w14:paraId="4AD6BB8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Myogenesis</w:t>
            </w:r>
          </w:p>
        </w:tc>
        <w:tc>
          <w:tcPr>
            <w:tcW w:w="1917" w:type="dxa"/>
            <w:tcMar>
              <w:top w:w="55" w:type="dxa"/>
              <w:left w:w="75" w:type="dxa"/>
              <w:bottom w:w="55" w:type="dxa"/>
              <w:right w:w="75" w:type="dxa"/>
            </w:tcMar>
            <w:vAlign w:val="center"/>
          </w:tcPr>
          <w:p w14:paraId="2AE5B40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0.3635695653475893</w:t>
            </w:r>
          </w:p>
        </w:tc>
        <w:tc>
          <w:tcPr>
            <w:tcW w:w="2376" w:type="dxa"/>
            <w:tcMar>
              <w:top w:w="55" w:type="dxa"/>
              <w:left w:w="75" w:type="dxa"/>
              <w:bottom w:w="55" w:type="dxa"/>
              <w:right w:w="75" w:type="dxa"/>
            </w:tcMar>
            <w:vAlign w:val="center"/>
          </w:tcPr>
          <w:p w14:paraId="4938B6B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1.7129061990336987</w:t>
            </w:r>
          </w:p>
        </w:tc>
        <w:tc>
          <w:tcPr>
            <w:tcW w:w="2376" w:type="dxa"/>
            <w:tcMar>
              <w:top w:w="55" w:type="dxa"/>
              <w:left w:w="75" w:type="dxa"/>
              <w:bottom w:w="55" w:type="dxa"/>
              <w:right w:w="75" w:type="dxa"/>
            </w:tcMar>
            <w:vAlign w:val="center"/>
          </w:tcPr>
          <w:p w14:paraId="1FC6E84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w:t>
            </w:r>
          </w:p>
        </w:tc>
        <w:tc>
          <w:tcPr>
            <w:tcW w:w="2376" w:type="dxa"/>
            <w:tcMar>
              <w:top w:w="55" w:type="dxa"/>
              <w:left w:w="75" w:type="dxa"/>
              <w:bottom w:w="55" w:type="dxa"/>
              <w:right w:w="75" w:type="dxa"/>
            </w:tcMar>
            <w:vAlign w:val="center"/>
          </w:tcPr>
          <w:p w14:paraId="2CC96BB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0.0034266821257023456</w:t>
            </w:r>
          </w:p>
        </w:tc>
        <w:tc>
          <w:tcPr>
            <w:tcW w:w="2376" w:type="dxa"/>
            <w:tcMar>
              <w:top w:w="55" w:type="dxa"/>
              <w:left w:w="75" w:type="dxa"/>
              <w:bottom w:w="55" w:type="dxa"/>
              <w:right w:w="75" w:type="dxa"/>
            </w:tcMar>
            <w:vAlign w:val="center"/>
          </w:tcPr>
          <w:p w14:paraId="463644B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0.0324</w:t>
            </w:r>
          </w:p>
        </w:tc>
      </w:tr>
      <w:tr w:rsidR="00923354" w:rsidRPr="00314BAB" w14:paraId="4B9486B8" w14:textId="77777777" w:rsidTr="00314BAB">
        <w:trPr>
          <w:cantSplit/>
          <w:jc w:val="center"/>
        </w:trPr>
        <w:tc>
          <w:tcPr>
            <w:tcW w:w="2835" w:type="dxa"/>
            <w:tcMar>
              <w:top w:w="55" w:type="dxa"/>
              <w:left w:w="75" w:type="dxa"/>
              <w:bottom w:w="55" w:type="dxa"/>
              <w:right w:w="75" w:type="dxa"/>
            </w:tcMar>
            <w:vAlign w:val="center"/>
          </w:tcPr>
          <w:p w14:paraId="5F52B47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Coagulation</w:t>
            </w:r>
          </w:p>
        </w:tc>
        <w:tc>
          <w:tcPr>
            <w:tcW w:w="1917" w:type="dxa"/>
            <w:tcMar>
              <w:top w:w="55" w:type="dxa"/>
              <w:left w:w="75" w:type="dxa"/>
              <w:bottom w:w="55" w:type="dxa"/>
              <w:right w:w="75" w:type="dxa"/>
            </w:tcMar>
            <w:vAlign w:val="center"/>
          </w:tcPr>
          <w:p w14:paraId="02E14B2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0.3732736171074096</w:t>
            </w:r>
          </w:p>
        </w:tc>
        <w:tc>
          <w:tcPr>
            <w:tcW w:w="2376" w:type="dxa"/>
            <w:tcMar>
              <w:top w:w="55" w:type="dxa"/>
              <w:left w:w="75" w:type="dxa"/>
              <w:bottom w:w="55" w:type="dxa"/>
              <w:right w:w="75" w:type="dxa"/>
            </w:tcMar>
            <w:vAlign w:val="center"/>
          </w:tcPr>
          <w:p w14:paraId="180D444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1.6357007814951463</w:t>
            </w:r>
          </w:p>
        </w:tc>
        <w:tc>
          <w:tcPr>
            <w:tcW w:w="2376" w:type="dxa"/>
            <w:tcMar>
              <w:top w:w="55" w:type="dxa"/>
              <w:left w:w="75" w:type="dxa"/>
              <w:bottom w:w="55" w:type="dxa"/>
              <w:right w:w="75" w:type="dxa"/>
            </w:tcMar>
            <w:vAlign w:val="center"/>
          </w:tcPr>
          <w:p w14:paraId="50003BB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0.0016276041666666667</w:t>
            </w:r>
          </w:p>
        </w:tc>
        <w:tc>
          <w:tcPr>
            <w:tcW w:w="2376" w:type="dxa"/>
            <w:tcMar>
              <w:top w:w="55" w:type="dxa"/>
              <w:left w:w="75" w:type="dxa"/>
              <w:bottom w:w="55" w:type="dxa"/>
              <w:right w:w="75" w:type="dxa"/>
            </w:tcMar>
            <w:vAlign w:val="center"/>
          </w:tcPr>
          <w:p w14:paraId="33FFE4F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0.00745346363091977</w:t>
            </w:r>
          </w:p>
        </w:tc>
        <w:tc>
          <w:tcPr>
            <w:tcW w:w="2376" w:type="dxa"/>
            <w:tcMar>
              <w:top w:w="55" w:type="dxa"/>
              <w:left w:w="75" w:type="dxa"/>
              <w:bottom w:w="55" w:type="dxa"/>
              <w:right w:w="75" w:type="dxa"/>
            </w:tcMar>
            <w:vAlign w:val="center"/>
          </w:tcPr>
          <w:p w14:paraId="7B000A3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0.0754</w:t>
            </w:r>
          </w:p>
        </w:tc>
      </w:tr>
      <w:tr w:rsidR="00923354" w:rsidRPr="00314BAB" w14:paraId="04199C70" w14:textId="77777777" w:rsidTr="00314BAB">
        <w:trPr>
          <w:cantSplit/>
          <w:jc w:val="center"/>
        </w:trPr>
        <w:tc>
          <w:tcPr>
            <w:tcW w:w="2835" w:type="dxa"/>
            <w:tcMar>
              <w:top w:w="55" w:type="dxa"/>
              <w:left w:w="75" w:type="dxa"/>
              <w:bottom w:w="55" w:type="dxa"/>
              <w:right w:w="75" w:type="dxa"/>
            </w:tcMar>
            <w:vAlign w:val="center"/>
          </w:tcPr>
          <w:p w14:paraId="1C01173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Myc Targets V2</w:t>
            </w:r>
          </w:p>
        </w:tc>
        <w:tc>
          <w:tcPr>
            <w:tcW w:w="1917" w:type="dxa"/>
            <w:tcMar>
              <w:top w:w="55" w:type="dxa"/>
              <w:left w:w="75" w:type="dxa"/>
              <w:bottom w:w="55" w:type="dxa"/>
              <w:right w:w="75" w:type="dxa"/>
            </w:tcMar>
            <w:vAlign w:val="center"/>
          </w:tcPr>
          <w:p w14:paraId="70E5433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-0.3996660031276831</w:t>
            </w:r>
          </w:p>
        </w:tc>
        <w:tc>
          <w:tcPr>
            <w:tcW w:w="2376" w:type="dxa"/>
            <w:tcMar>
              <w:top w:w="55" w:type="dxa"/>
              <w:left w:w="75" w:type="dxa"/>
              <w:bottom w:w="55" w:type="dxa"/>
              <w:right w:w="75" w:type="dxa"/>
            </w:tcMar>
            <w:vAlign w:val="center"/>
          </w:tcPr>
          <w:p w14:paraId="264FAC4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-1.6825305707501916</w:t>
            </w:r>
          </w:p>
        </w:tc>
        <w:tc>
          <w:tcPr>
            <w:tcW w:w="2376" w:type="dxa"/>
            <w:tcMar>
              <w:top w:w="55" w:type="dxa"/>
              <w:left w:w="75" w:type="dxa"/>
              <w:bottom w:w="55" w:type="dxa"/>
              <w:right w:w="75" w:type="dxa"/>
            </w:tcMar>
            <w:vAlign w:val="center"/>
          </w:tcPr>
          <w:p w14:paraId="59920FC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0.004887585532746823</w:t>
            </w:r>
          </w:p>
        </w:tc>
        <w:tc>
          <w:tcPr>
            <w:tcW w:w="2376" w:type="dxa"/>
            <w:tcMar>
              <w:top w:w="55" w:type="dxa"/>
              <w:left w:w="75" w:type="dxa"/>
              <w:bottom w:w="55" w:type="dxa"/>
              <w:right w:w="75" w:type="dxa"/>
            </w:tcMar>
            <w:vAlign w:val="center"/>
          </w:tcPr>
          <w:p w14:paraId="5373AD7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0.009182916603960183</w:t>
            </w:r>
          </w:p>
        </w:tc>
        <w:tc>
          <w:tcPr>
            <w:tcW w:w="2376" w:type="dxa"/>
            <w:tcMar>
              <w:top w:w="55" w:type="dxa"/>
              <w:left w:w="75" w:type="dxa"/>
              <w:bottom w:w="55" w:type="dxa"/>
              <w:right w:w="75" w:type="dxa"/>
            </w:tcMar>
            <w:vAlign w:val="center"/>
          </w:tcPr>
          <w:p w14:paraId="17D2913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0.039</w:t>
            </w:r>
          </w:p>
        </w:tc>
      </w:tr>
      <w:tr w:rsidR="00923354" w:rsidRPr="00314BAB" w14:paraId="24C90B15" w14:textId="77777777" w:rsidTr="00314BAB">
        <w:trPr>
          <w:cantSplit/>
          <w:jc w:val="center"/>
        </w:trPr>
        <w:tc>
          <w:tcPr>
            <w:tcW w:w="2835" w:type="dxa"/>
            <w:tcMar>
              <w:top w:w="55" w:type="dxa"/>
              <w:left w:w="75" w:type="dxa"/>
              <w:bottom w:w="55" w:type="dxa"/>
              <w:right w:w="75" w:type="dxa"/>
            </w:tcMar>
            <w:vAlign w:val="center"/>
          </w:tcPr>
          <w:p w14:paraId="659323A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Oxidative Phosphorylation</w:t>
            </w:r>
          </w:p>
        </w:tc>
        <w:tc>
          <w:tcPr>
            <w:tcW w:w="1917" w:type="dxa"/>
            <w:tcMar>
              <w:top w:w="55" w:type="dxa"/>
              <w:left w:w="75" w:type="dxa"/>
              <w:bottom w:w="55" w:type="dxa"/>
              <w:right w:w="75" w:type="dxa"/>
            </w:tcMar>
            <w:vAlign w:val="center"/>
          </w:tcPr>
          <w:p w14:paraId="58CC2CB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-0.3184842380622347</w:t>
            </w:r>
          </w:p>
        </w:tc>
        <w:tc>
          <w:tcPr>
            <w:tcW w:w="2376" w:type="dxa"/>
            <w:tcMar>
              <w:top w:w="55" w:type="dxa"/>
              <w:left w:w="75" w:type="dxa"/>
              <w:bottom w:w="55" w:type="dxa"/>
              <w:right w:w="75" w:type="dxa"/>
            </w:tcMar>
            <w:vAlign w:val="center"/>
          </w:tcPr>
          <w:p w14:paraId="2BDB466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-1.6330544469665706</w:t>
            </w:r>
          </w:p>
        </w:tc>
        <w:tc>
          <w:tcPr>
            <w:tcW w:w="2376" w:type="dxa"/>
            <w:tcMar>
              <w:top w:w="55" w:type="dxa"/>
              <w:left w:w="75" w:type="dxa"/>
              <w:bottom w:w="55" w:type="dxa"/>
              <w:right w:w="75" w:type="dxa"/>
            </w:tcMar>
            <w:vAlign w:val="center"/>
          </w:tcPr>
          <w:p w14:paraId="1629084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0.0005757052389176742</w:t>
            </w:r>
          </w:p>
        </w:tc>
        <w:tc>
          <w:tcPr>
            <w:tcW w:w="2376" w:type="dxa"/>
            <w:tcMar>
              <w:top w:w="55" w:type="dxa"/>
              <w:left w:w="75" w:type="dxa"/>
              <w:bottom w:w="55" w:type="dxa"/>
              <w:right w:w="75" w:type="dxa"/>
            </w:tcMar>
            <w:vAlign w:val="center"/>
          </w:tcPr>
          <w:p w14:paraId="3F2E84D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0.01107432330746243</w:t>
            </w:r>
          </w:p>
        </w:tc>
        <w:tc>
          <w:tcPr>
            <w:tcW w:w="2376" w:type="dxa"/>
            <w:tcMar>
              <w:top w:w="55" w:type="dxa"/>
              <w:left w:w="75" w:type="dxa"/>
              <w:bottom w:w="55" w:type="dxa"/>
              <w:right w:w="75" w:type="dxa"/>
            </w:tcMar>
            <w:vAlign w:val="center"/>
          </w:tcPr>
          <w:p w14:paraId="76AB4D7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0.058</w:t>
            </w:r>
          </w:p>
        </w:tc>
      </w:tr>
      <w:tr w:rsidR="00923354" w:rsidRPr="00314BAB" w14:paraId="1961B2B4" w14:textId="77777777" w:rsidTr="00314BAB">
        <w:trPr>
          <w:cantSplit/>
          <w:jc w:val="center"/>
        </w:trPr>
        <w:tc>
          <w:tcPr>
            <w:tcW w:w="2835" w:type="dxa"/>
            <w:tcMar>
              <w:top w:w="55" w:type="dxa"/>
              <w:left w:w="75" w:type="dxa"/>
              <w:bottom w:w="55" w:type="dxa"/>
              <w:right w:w="75" w:type="dxa"/>
            </w:tcMar>
            <w:vAlign w:val="center"/>
          </w:tcPr>
          <w:p w14:paraId="4FBAE78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Wnt-beta Catenin Signaling</w:t>
            </w:r>
          </w:p>
        </w:tc>
        <w:tc>
          <w:tcPr>
            <w:tcW w:w="1917" w:type="dxa"/>
            <w:tcMar>
              <w:top w:w="55" w:type="dxa"/>
              <w:left w:w="75" w:type="dxa"/>
              <w:bottom w:w="55" w:type="dxa"/>
              <w:right w:w="75" w:type="dxa"/>
            </w:tcMar>
            <w:vAlign w:val="center"/>
          </w:tcPr>
          <w:p w14:paraId="50517AD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0.42907598256169566</w:t>
            </w:r>
          </w:p>
        </w:tc>
        <w:tc>
          <w:tcPr>
            <w:tcW w:w="2376" w:type="dxa"/>
            <w:tcMar>
              <w:top w:w="55" w:type="dxa"/>
              <w:left w:w="75" w:type="dxa"/>
              <w:bottom w:w="55" w:type="dxa"/>
              <w:right w:w="75" w:type="dxa"/>
            </w:tcMar>
            <w:vAlign w:val="center"/>
          </w:tcPr>
          <w:p w14:paraId="60E25E8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1.5739504142613294</w:t>
            </w:r>
          </w:p>
        </w:tc>
        <w:tc>
          <w:tcPr>
            <w:tcW w:w="2376" w:type="dxa"/>
            <w:tcMar>
              <w:top w:w="55" w:type="dxa"/>
              <w:left w:w="75" w:type="dxa"/>
              <w:bottom w:w="55" w:type="dxa"/>
              <w:right w:w="75" w:type="dxa"/>
            </w:tcMar>
            <w:vAlign w:val="center"/>
          </w:tcPr>
          <w:p w14:paraId="675215E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0.01569584931984653</w:t>
            </w:r>
          </w:p>
        </w:tc>
        <w:tc>
          <w:tcPr>
            <w:tcW w:w="2376" w:type="dxa"/>
            <w:tcMar>
              <w:top w:w="55" w:type="dxa"/>
              <w:left w:w="75" w:type="dxa"/>
              <w:bottom w:w="55" w:type="dxa"/>
              <w:right w:w="75" w:type="dxa"/>
            </w:tcMar>
            <w:vAlign w:val="center"/>
          </w:tcPr>
          <w:p w14:paraId="531EE7C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0.013331825652655853</w:t>
            </w:r>
          </w:p>
        </w:tc>
        <w:tc>
          <w:tcPr>
            <w:tcW w:w="2376" w:type="dxa"/>
            <w:tcMar>
              <w:top w:w="55" w:type="dxa"/>
              <w:left w:w="75" w:type="dxa"/>
              <w:bottom w:w="55" w:type="dxa"/>
              <w:right w:w="75" w:type="dxa"/>
            </w:tcMar>
            <w:vAlign w:val="center"/>
          </w:tcPr>
          <w:p w14:paraId="63ADB0B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0.1412</w:t>
            </w:r>
          </w:p>
        </w:tc>
      </w:tr>
      <w:tr w:rsidR="00923354" w:rsidRPr="00314BAB" w14:paraId="73523C8E" w14:textId="77777777" w:rsidTr="00314BAB">
        <w:trPr>
          <w:cantSplit/>
          <w:jc w:val="center"/>
        </w:trPr>
        <w:tc>
          <w:tcPr>
            <w:tcW w:w="2835" w:type="dxa"/>
            <w:tcMar>
              <w:top w:w="55" w:type="dxa"/>
              <w:left w:w="75" w:type="dxa"/>
              <w:bottom w:w="55" w:type="dxa"/>
              <w:right w:w="75" w:type="dxa"/>
            </w:tcMar>
            <w:vAlign w:val="center"/>
          </w:tcPr>
          <w:p w14:paraId="541162C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Apical Junction</w:t>
            </w:r>
          </w:p>
        </w:tc>
        <w:tc>
          <w:tcPr>
            <w:tcW w:w="1917" w:type="dxa"/>
            <w:tcMar>
              <w:top w:w="55" w:type="dxa"/>
              <w:left w:w="75" w:type="dxa"/>
              <w:bottom w:w="55" w:type="dxa"/>
              <w:right w:w="75" w:type="dxa"/>
            </w:tcMar>
            <w:vAlign w:val="center"/>
          </w:tcPr>
          <w:p w14:paraId="3A075FC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0.32733899340718053</w:t>
            </w:r>
          </w:p>
        </w:tc>
        <w:tc>
          <w:tcPr>
            <w:tcW w:w="2376" w:type="dxa"/>
            <w:tcMar>
              <w:top w:w="55" w:type="dxa"/>
              <w:left w:w="75" w:type="dxa"/>
              <w:bottom w:w="55" w:type="dxa"/>
              <w:right w:w="75" w:type="dxa"/>
            </w:tcMar>
            <w:vAlign w:val="center"/>
          </w:tcPr>
          <w:p w14:paraId="47F16BC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1.5612449478590957</w:t>
            </w:r>
          </w:p>
        </w:tc>
        <w:tc>
          <w:tcPr>
            <w:tcW w:w="2376" w:type="dxa"/>
            <w:tcMar>
              <w:top w:w="55" w:type="dxa"/>
              <w:left w:w="75" w:type="dxa"/>
              <w:bottom w:w="55" w:type="dxa"/>
              <w:right w:w="75" w:type="dxa"/>
            </w:tcMar>
            <w:vAlign w:val="center"/>
          </w:tcPr>
          <w:p w14:paraId="13C12E2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0.00030665440049064706</w:t>
            </w:r>
          </w:p>
        </w:tc>
        <w:tc>
          <w:tcPr>
            <w:tcW w:w="2376" w:type="dxa"/>
            <w:tcMar>
              <w:top w:w="55" w:type="dxa"/>
              <w:left w:w="75" w:type="dxa"/>
              <w:bottom w:w="55" w:type="dxa"/>
              <w:right w:w="75" w:type="dxa"/>
            </w:tcMar>
            <w:vAlign w:val="center"/>
          </w:tcPr>
          <w:p w14:paraId="75154F9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0.013907251666371011</w:t>
            </w:r>
          </w:p>
        </w:tc>
        <w:tc>
          <w:tcPr>
            <w:tcW w:w="2376" w:type="dxa"/>
            <w:tcMar>
              <w:top w:w="55" w:type="dxa"/>
              <w:left w:w="75" w:type="dxa"/>
              <w:bottom w:w="55" w:type="dxa"/>
              <w:right w:w="75" w:type="dxa"/>
            </w:tcMar>
            <w:vAlign w:val="center"/>
          </w:tcPr>
          <w:p w14:paraId="4D9BF6A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0.157</w:t>
            </w:r>
          </w:p>
        </w:tc>
      </w:tr>
      <w:tr w:rsidR="00923354" w:rsidRPr="00314BAB" w14:paraId="2461DC12" w14:textId="77777777" w:rsidTr="00314BAB">
        <w:trPr>
          <w:cantSplit/>
          <w:jc w:val="center"/>
        </w:trPr>
        <w:tc>
          <w:tcPr>
            <w:tcW w:w="2835" w:type="dxa"/>
            <w:tcMar>
              <w:top w:w="55" w:type="dxa"/>
              <w:left w:w="75" w:type="dxa"/>
              <w:bottom w:w="55" w:type="dxa"/>
              <w:right w:w="75" w:type="dxa"/>
            </w:tcMar>
            <w:vAlign w:val="center"/>
          </w:tcPr>
          <w:p w14:paraId="34EA164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KRAS Signaling Up</w:t>
            </w:r>
          </w:p>
        </w:tc>
        <w:tc>
          <w:tcPr>
            <w:tcW w:w="1917" w:type="dxa"/>
            <w:tcMar>
              <w:top w:w="55" w:type="dxa"/>
              <w:left w:w="75" w:type="dxa"/>
              <w:bottom w:w="55" w:type="dxa"/>
              <w:right w:w="75" w:type="dxa"/>
            </w:tcMar>
            <w:vAlign w:val="center"/>
          </w:tcPr>
          <w:p w14:paraId="1364D9C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0.3201414459394151</w:t>
            </w:r>
          </w:p>
        </w:tc>
        <w:tc>
          <w:tcPr>
            <w:tcW w:w="2376" w:type="dxa"/>
            <w:tcMar>
              <w:top w:w="55" w:type="dxa"/>
              <w:left w:w="75" w:type="dxa"/>
              <w:bottom w:w="55" w:type="dxa"/>
              <w:right w:w="75" w:type="dxa"/>
            </w:tcMar>
            <w:vAlign w:val="center"/>
          </w:tcPr>
          <w:p w14:paraId="1F03DED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1.5263751425849474</w:t>
            </w:r>
          </w:p>
        </w:tc>
        <w:tc>
          <w:tcPr>
            <w:tcW w:w="2376" w:type="dxa"/>
            <w:tcMar>
              <w:top w:w="55" w:type="dxa"/>
              <w:left w:w="75" w:type="dxa"/>
              <w:bottom w:w="55" w:type="dxa"/>
              <w:right w:w="75" w:type="dxa"/>
            </w:tcMar>
            <w:vAlign w:val="center"/>
          </w:tcPr>
          <w:p w14:paraId="7289C53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0.001546551190844417</w:t>
            </w:r>
          </w:p>
        </w:tc>
        <w:tc>
          <w:tcPr>
            <w:tcW w:w="2376" w:type="dxa"/>
            <w:tcMar>
              <w:top w:w="55" w:type="dxa"/>
              <w:left w:w="75" w:type="dxa"/>
              <w:bottom w:w="55" w:type="dxa"/>
              <w:right w:w="75" w:type="dxa"/>
            </w:tcMar>
            <w:vAlign w:val="center"/>
          </w:tcPr>
          <w:p w14:paraId="2A607FC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0.01714041815842114</w:t>
            </w:r>
          </w:p>
        </w:tc>
        <w:tc>
          <w:tcPr>
            <w:tcW w:w="2376" w:type="dxa"/>
            <w:tcMar>
              <w:top w:w="55" w:type="dxa"/>
              <w:left w:w="75" w:type="dxa"/>
              <w:bottom w:w="55" w:type="dxa"/>
              <w:right w:w="75" w:type="dxa"/>
            </w:tcMar>
            <w:vAlign w:val="center"/>
          </w:tcPr>
          <w:p w14:paraId="53133EE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0.2168</w:t>
            </w:r>
          </w:p>
        </w:tc>
      </w:tr>
      <w:tr w:rsidR="00923354" w:rsidRPr="00314BAB" w14:paraId="29E3E30A" w14:textId="77777777" w:rsidTr="00314BAB">
        <w:trPr>
          <w:cantSplit/>
          <w:jc w:val="center"/>
        </w:trPr>
        <w:tc>
          <w:tcPr>
            <w:tcW w:w="2835" w:type="dxa"/>
            <w:tcMar>
              <w:top w:w="55" w:type="dxa"/>
              <w:left w:w="75" w:type="dxa"/>
              <w:bottom w:w="55" w:type="dxa"/>
              <w:right w:w="75" w:type="dxa"/>
            </w:tcMar>
            <w:vAlign w:val="center"/>
          </w:tcPr>
          <w:p w14:paraId="59446D7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Apoptosis</w:t>
            </w:r>
          </w:p>
        </w:tc>
        <w:tc>
          <w:tcPr>
            <w:tcW w:w="1917" w:type="dxa"/>
            <w:tcMar>
              <w:top w:w="55" w:type="dxa"/>
              <w:left w:w="75" w:type="dxa"/>
              <w:bottom w:w="55" w:type="dxa"/>
              <w:right w:w="75" w:type="dxa"/>
            </w:tcMar>
            <w:vAlign w:val="center"/>
          </w:tcPr>
          <w:p w14:paraId="312745C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0.32780514106287684</w:t>
            </w:r>
          </w:p>
        </w:tc>
        <w:tc>
          <w:tcPr>
            <w:tcW w:w="2376" w:type="dxa"/>
            <w:tcMar>
              <w:top w:w="55" w:type="dxa"/>
              <w:left w:w="75" w:type="dxa"/>
              <w:bottom w:w="55" w:type="dxa"/>
              <w:right w:w="75" w:type="dxa"/>
            </w:tcMar>
            <w:vAlign w:val="center"/>
          </w:tcPr>
          <w:p w14:paraId="4AAD49F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1.528769364582868</w:t>
            </w:r>
          </w:p>
        </w:tc>
        <w:tc>
          <w:tcPr>
            <w:tcW w:w="2376" w:type="dxa"/>
            <w:tcMar>
              <w:top w:w="55" w:type="dxa"/>
              <w:left w:w="75" w:type="dxa"/>
              <w:bottom w:w="55" w:type="dxa"/>
              <w:right w:w="75" w:type="dxa"/>
            </w:tcMar>
            <w:vAlign w:val="center"/>
          </w:tcPr>
          <w:p w14:paraId="74FC9FE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0.0034953924372418178</w:t>
            </w:r>
          </w:p>
        </w:tc>
        <w:tc>
          <w:tcPr>
            <w:tcW w:w="2376" w:type="dxa"/>
            <w:tcMar>
              <w:top w:w="55" w:type="dxa"/>
              <w:left w:w="75" w:type="dxa"/>
              <w:bottom w:w="55" w:type="dxa"/>
              <w:right w:w="75" w:type="dxa"/>
            </w:tcMar>
            <w:vAlign w:val="center"/>
          </w:tcPr>
          <w:p w14:paraId="1A8EC90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0.017824152862439456</w:t>
            </w:r>
          </w:p>
        </w:tc>
        <w:tc>
          <w:tcPr>
            <w:tcW w:w="2376" w:type="dxa"/>
            <w:tcMar>
              <w:top w:w="55" w:type="dxa"/>
              <w:left w:w="75" w:type="dxa"/>
              <w:bottom w:w="55" w:type="dxa"/>
              <w:right w:w="75" w:type="dxa"/>
            </w:tcMar>
            <w:vAlign w:val="center"/>
          </w:tcPr>
          <w:p w14:paraId="72C27A8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0.2118</w:t>
            </w:r>
          </w:p>
        </w:tc>
      </w:tr>
      <w:tr w:rsidR="00923354" w:rsidRPr="00314BAB" w14:paraId="71CDA186" w14:textId="77777777" w:rsidTr="00314BAB">
        <w:trPr>
          <w:cantSplit/>
          <w:jc w:val="center"/>
        </w:trPr>
        <w:tc>
          <w:tcPr>
            <w:tcW w:w="2835" w:type="dxa"/>
            <w:tcMar>
              <w:top w:w="55" w:type="dxa"/>
              <w:left w:w="75" w:type="dxa"/>
              <w:bottom w:w="55" w:type="dxa"/>
              <w:right w:w="75" w:type="dxa"/>
            </w:tcMar>
            <w:vAlign w:val="center"/>
          </w:tcPr>
          <w:p w14:paraId="2689C77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Fatty Acid Metabolism</w:t>
            </w:r>
          </w:p>
        </w:tc>
        <w:tc>
          <w:tcPr>
            <w:tcW w:w="1917" w:type="dxa"/>
            <w:tcMar>
              <w:top w:w="55" w:type="dxa"/>
              <w:left w:w="75" w:type="dxa"/>
              <w:bottom w:w="55" w:type="dxa"/>
              <w:right w:w="75" w:type="dxa"/>
            </w:tcMar>
            <w:vAlign w:val="center"/>
          </w:tcPr>
          <w:p w14:paraId="0EB6932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-0.30674519550897217</w:t>
            </w:r>
          </w:p>
        </w:tc>
        <w:tc>
          <w:tcPr>
            <w:tcW w:w="2376" w:type="dxa"/>
            <w:tcMar>
              <w:top w:w="55" w:type="dxa"/>
              <w:left w:w="75" w:type="dxa"/>
              <w:bottom w:w="55" w:type="dxa"/>
              <w:right w:w="75" w:type="dxa"/>
            </w:tcMar>
            <w:vAlign w:val="center"/>
          </w:tcPr>
          <w:p w14:paraId="0D37EE0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-1.5222344487696249</w:t>
            </w:r>
          </w:p>
        </w:tc>
        <w:tc>
          <w:tcPr>
            <w:tcW w:w="2376" w:type="dxa"/>
            <w:tcMar>
              <w:top w:w="55" w:type="dxa"/>
              <w:left w:w="75" w:type="dxa"/>
              <w:bottom w:w="55" w:type="dxa"/>
              <w:right w:w="75" w:type="dxa"/>
            </w:tcMar>
            <w:vAlign w:val="center"/>
          </w:tcPr>
          <w:p w14:paraId="35B23DA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0.0033482142857142855</w:t>
            </w:r>
          </w:p>
        </w:tc>
        <w:tc>
          <w:tcPr>
            <w:tcW w:w="2376" w:type="dxa"/>
            <w:tcMar>
              <w:top w:w="55" w:type="dxa"/>
              <w:left w:w="75" w:type="dxa"/>
              <w:bottom w:w="55" w:type="dxa"/>
              <w:right w:w="75" w:type="dxa"/>
            </w:tcMar>
            <w:vAlign w:val="center"/>
          </w:tcPr>
          <w:p w14:paraId="11F33C3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0.02320856534732225</w:t>
            </w:r>
          </w:p>
        </w:tc>
        <w:tc>
          <w:tcPr>
            <w:tcW w:w="2376" w:type="dxa"/>
            <w:tcMar>
              <w:top w:w="55" w:type="dxa"/>
              <w:left w:w="75" w:type="dxa"/>
              <w:bottom w:w="55" w:type="dxa"/>
              <w:right w:w="75" w:type="dxa"/>
            </w:tcMar>
            <w:vAlign w:val="center"/>
          </w:tcPr>
          <w:p w14:paraId="3B59744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0.1388</w:t>
            </w:r>
          </w:p>
        </w:tc>
      </w:tr>
      <w:tr w:rsidR="00923354" w:rsidRPr="00314BAB" w14:paraId="0E1A79E6" w14:textId="77777777" w:rsidTr="00314BAB">
        <w:trPr>
          <w:cantSplit/>
          <w:jc w:val="center"/>
        </w:trPr>
        <w:tc>
          <w:tcPr>
            <w:tcW w:w="2835" w:type="dxa"/>
            <w:tcMar>
              <w:top w:w="55" w:type="dxa"/>
              <w:left w:w="75" w:type="dxa"/>
              <w:bottom w:w="55" w:type="dxa"/>
              <w:right w:w="75" w:type="dxa"/>
            </w:tcMar>
            <w:vAlign w:val="center"/>
          </w:tcPr>
          <w:p w14:paraId="78BA8F8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Notch Signaling</w:t>
            </w:r>
          </w:p>
        </w:tc>
        <w:tc>
          <w:tcPr>
            <w:tcW w:w="1917" w:type="dxa"/>
            <w:tcMar>
              <w:top w:w="55" w:type="dxa"/>
              <w:left w:w="75" w:type="dxa"/>
              <w:bottom w:w="55" w:type="dxa"/>
              <w:right w:w="75" w:type="dxa"/>
            </w:tcMar>
            <w:vAlign w:val="center"/>
          </w:tcPr>
          <w:p w14:paraId="282240C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0.410583750260033</w:t>
            </w:r>
          </w:p>
        </w:tc>
        <w:tc>
          <w:tcPr>
            <w:tcW w:w="2376" w:type="dxa"/>
            <w:tcMar>
              <w:top w:w="55" w:type="dxa"/>
              <w:left w:w="75" w:type="dxa"/>
              <w:bottom w:w="55" w:type="dxa"/>
              <w:right w:w="75" w:type="dxa"/>
            </w:tcMar>
            <w:vAlign w:val="center"/>
          </w:tcPr>
          <w:p w14:paraId="451C1EC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1.4299511261914282</w:t>
            </w:r>
          </w:p>
        </w:tc>
        <w:tc>
          <w:tcPr>
            <w:tcW w:w="2376" w:type="dxa"/>
            <w:tcMar>
              <w:top w:w="55" w:type="dxa"/>
              <w:left w:w="75" w:type="dxa"/>
              <w:bottom w:w="55" w:type="dxa"/>
              <w:right w:w="75" w:type="dxa"/>
            </w:tcMar>
            <w:vAlign w:val="center"/>
          </w:tcPr>
          <w:p w14:paraId="62D5CE9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0.05814360770577934</w:t>
            </w:r>
          </w:p>
        </w:tc>
        <w:tc>
          <w:tcPr>
            <w:tcW w:w="2376" w:type="dxa"/>
            <w:tcMar>
              <w:top w:w="55" w:type="dxa"/>
              <w:left w:w="75" w:type="dxa"/>
              <w:bottom w:w="55" w:type="dxa"/>
              <w:right w:w="75" w:type="dxa"/>
            </w:tcMar>
            <w:vAlign w:val="center"/>
          </w:tcPr>
          <w:p w14:paraId="3F63ABA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0.037976690032594386</w:t>
            </w:r>
          </w:p>
        </w:tc>
        <w:tc>
          <w:tcPr>
            <w:tcW w:w="2376" w:type="dxa"/>
            <w:tcMar>
              <w:top w:w="55" w:type="dxa"/>
              <w:left w:w="75" w:type="dxa"/>
              <w:bottom w:w="55" w:type="dxa"/>
              <w:right w:w="75" w:type="dxa"/>
            </w:tcMar>
            <w:vAlign w:val="center"/>
          </w:tcPr>
          <w:p w14:paraId="6DBD315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0.447</w:t>
            </w:r>
          </w:p>
        </w:tc>
      </w:tr>
      <w:tr w:rsidR="00923354" w:rsidRPr="00314BAB" w14:paraId="4014EBE3" w14:textId="77777777" w:rsidTr="00314BAB">
        <w:trPr>
          <w:cantSplit/>
          <w:jc w:val="center"/>
        </w:trPr>
        <w:tc>
          <w:tcPr>
            <w:tcW w:w="2835" w:type="dxa"/>
            <w:tcMar>
              <w:top w:w="55" w:type="dxa"/>
              <w:left w:w="75" w:type="dxa"/>
              <w:bottom w:w="55" w:type="dxa"/>
              <w:right w:w="75" w:type="dxa"/>
            </w:tcMar>
            <w:vAlign w:val="center"/>
          </w:tcPr>
          <w:p w14:paraId="28C3355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Hypoxia</w:t>
            </w:r>
          </w:p>
        </w:tc>
        <w:tc>
          <w:tcPr>
            <w:tcW w:w="1917" w:type="dxa"/>
            <w:tcMar>
              <w:top w:w="55" w:type="dxa"/>
              <w:left w:w="75" w:type="dxa"/>
              <w:bottom w:w="55" w:type="dxa"/>
              <w:right w:w="75" w:type="dxa"/>
            </w:tcMar>
            <w:vAlign w:val="center"/>
          </w:tcPr>
          <w:p w14:paraId="63E0FFD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0.30123953872308773</w:t>
            </w:r>
          </w:p>
        </w:tc>
        <w:tc>
          <w:tcPr>
            <w:tcW w:w="2376" w:type="dxa"/>
            <w:tcMar>
              <w:top w:w="55" w:type="dxa"/>
              <w:left w:w="75" w:type="dxa"/>
              <w:bottom w:w="55" w:type="dxa"/>
              <w:right w:w="75" w:type="dxa"/>
            </w:tcMar>
            <w:vAlign w:val="center"/>
          </w:tcPr>
          <w:p w14:paraId="49C4141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1.4351735369043583</w:t>
            </w:r>
          </w:p>
        </w:tc>
        <w:tc>
          <w:tcPr>
            <w:tcW w:w="2376" w:type="dxa"/>
            <w:tcMar>
              <w:top w:w="55" w:type="dxa"/>
              <w:left w:w="75" w:type="dxa"/>
              <w:bottom w:w="55" w:type="dxa"/>
              <w:right w:w="75" w:type="dxa"/>
            </w:tcMar>
            <w:vAlign w:val="center"/>
          </w:tcPr>
          <w:p w14:paraId="0244155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0.010407101316192225</w:t>
            </w:r>
          </w:p>
        </w:tc>
        <w:tc>
          <w:tcPr>
            <w:tcW w:w="2376" w:type="dxa"/>
            <w:tcMar>
              <w:top w:w="55" w:type="dxa"/>
              <w:left w:w="75" w:type="dxa"/>
              <w:bottom w:w="55" w:type="dxa"/>
              <w:right w:w="75" w:type="dxa"/>
            </w:tcMar>
            <w:vAlign w:val="center"/>
          </w:tcPr>
          <w:p w14:paraId="08F39A0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0.03843192184693006</w:t>
            </w:r>
          </w:p>
        </w:tc>
        <w:tc>
          <w:tcPr>
            <w:tcW w:w="2376" w:type="dxa"/>
            <w:tcMar>
              <w:top w:w="55" w:type="dxa"/>
              <w:left w:w="75" w:type="dxa"/>
              <w:bottom w:w="55" w:type="dxa"/>
              <w:right w:w="75" w:type="dxa"/>
            </w:tcMar>
            <w:vAlign w:val="center"/>
          </w:tcPr>
          <w:p w14:paraId="0468B5D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0.4328</w:t>
            </w:r>
          </w:p>
        </w:tc>
      </w:tr>
      <w:tr w:rsidR="00923354" w:rsidRPr="00314BAB" w14:paraId="1D6DC2C5" w14:textId="77777777" w:rsidTr="00314BAB">
        <w:trPr>
          <w:cantSplit/>
          <w:jc w:val="center"/>
        </w:trPr>
        <w:tc>
          <w:tcPr>
            <w:tcW w:w="2835" w:type="dxa"/>
            <w:tcMar>
              <w:top w:w="55" w:type="dxa"/>
              <w:left w:w="75" w:type="dxa"/>
              <w:bottom w:w="55" w:type="dxa"/>
              <w:right w:w="75" w:type="dxa"/>
            </w:tcMar>
            <w:vAlign w:val="center"/>
          </w:tcPr>
          <w:p w14:paraId="7DAA388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UV Response Up</w:t>
            </w:r>
          </w:p>
        </w:tc>
        <w:tc>
          <w:tcPr>
            <w:tcW w:w="1917" w:type="dxa"/>
            <w:tcMar>
              <w:top w:w="55" w:type="dxa"/>
              <w:left w:w="75" w:type="dxa"/>
              <w:bottom w:w="55" w:type="dxa"/>
              <w:right w:w="75" w:type="dxa"/>
            </w:tcMar>
            <w:vAlign w:val="center"/>
          </w:tcPr>
          <w:p w14:paraId="0647C74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0.29343502560655393</w:t>
            </w:r>
          </w:p>
        </w:tc>
        <w:tc>
          <w:tcPr>
            <w:tcW w:w="2376" w:type="dxa"/>
            <w:tcMar>
              <w:top w:w="55" w:type="dxa"/>
              <w:left w:w="75" w:type="dxa"/>
              <w:bottom w:w="55" w:type="dxa"/>
              <w:right w:w="75" w:type="dxa"/>
            </w:tcMar>
            <w:vAlign w:val="center"/>
          </w:tcPr>
          <w:p w14:paraId="0AB38FE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1.3548148713949186</w:t>
            </w:r>
          </w:p>
        </w:tc>
        <w:tc>
          <w:tcPr>
            <w:tcW w:w="2376" w:type="dxa"/>
            <w:tcMar>
              <w:top w:w="55" w:type="dxa"/>
              <w:left w:w="75" w:type="dxa"/>
              <w:bottom w:w="55" w:type="dxa"/>
              <w:right w:w="75" w:type="dxa"/>
            </w:tcMar>
            <w:vAlign w:val="center"/>
          </w:tcPr>
          <w:p w14:paraId="25A39C5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0.03233908948194662</w:t>
            </w:r>
          </w:p>
        </w:tc>
        <w:tc>
          <w:tcPr>
            <w:tcW w:w="2376" w:type="dxa"/>
            <w:tcMar>
              <w:top w:w="55" w:type="dxa"/>
              <w:left w:w="75" w:type="dxa"/>
              <w:bottom w:w="55" w:type="dxa"/>
              <w:right w:w="75" w:type="dxa"/>
            </w:tcMar>
            <w:vAlign w:val="center"/>
          </w:tcPr>
          <w:p w14:paraId="10B12A7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0.07124322074568613</w:t>
            </w:r>
          </w:p>
        </w:tc>
        <w:tc>
          <w:tcPr>
            <w:tcW w:w="2376" w:type="dxa"/>
            <w:tcMar>
              <w:top w:w="55" w:type="dxa"/>
              <w:left w:w="75" w:type="dxa"/>
              <w:bottom w:w="55" w:type="dxa"/>
              <w:right w:w="75" w:type="dxa"/>
            </w:tcMar>
            <w:vAlign w:val="center"/>
          </w:tcPr>
          <w:p w14:paraId="77B6086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0.6882</w:t>
            </w:r>
          </w:p>
        </w:tc>
      </w:tr>
      <w:tr w:rsidR="00923354" w:rsidRPr="00314BAB" w14:paraId="0D171EA5" w14:textId="77777777" w:rsidTr="00314BAB">
        <w:trPr>
          <w:cantSplit/>
          <w:jc w:val="center"/>
        </w:trPr>
        <w:tc>
          <w:tcPr>
            <w:tcW w:w="2835" w:type="dxa"/>
            <w:tcMar>
              <w:top w:w="55" w:type="dxa"/>
              <w:left w:w="75" w:type="dxa"/>
              <w:bottom w:w="55" w:type="dxa"/>
              <w:right w:w="75" w:type="dxa"/>
            </w:tcMar>
            <w:vAlign w:val="center"/>
          </w:tcPr>
          <w:p w14:paraId="16D5C79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G2-M Checkpoint</w:t>
            </w:r>
          </w:p>
        </w:tc>
        <w:tc>
          <w:tcPr>
            <w:tcW w:w="1917" w:type="dxa"/>
            <w:tcMar>
              <w:top w:w="55" w:type="dxa"/>
              <w:left w:w="75" w:type="dxa"/>
              <w:bottom w:w="55" w:type="dxa"/>
              <w:right w:w="75" w:type="dxa"/>
            </w:tcMar>
            <w:vAlign w:val="center"/>
          </w:tcPr>
          <w:p w14:paraId="22561B3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-0.26277788061600155</w:t>
            </w:r>
          </w:p>
        </w:tc>
        <w:tc>
          <w:tcPr>
            <w:tcW w:w="2376" w:type="dxa"/>
            <w:tcMar>
              <w:top w:w="55" w:type="dxa"/>
              <w:left w:w="75" w:type="dxa"/>
              <w:bottom w:w="55" w:type="dxa"/>
              <w:right w:w="75" w:type="dxa"/>
            </w:tcMar>
            <w:vAlign w:val="center"/>
          </w:tcPr>
          <w:p w14:paraId="5C5F958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-1.3429311910718928</w:t>
            </w:r>
          </w:p>
        </w:tc>
        <w:tc>
          <w:tcPr>
            <w:tcW w:w="2376" w:type="dxa"/>
            <w:tcMar>
              <w:top w:w="55" w:type="dxa"/>
              <w:left w:w="75" w:type="dxa"/>
              <w:bottom w:w="55" w:type="dxa"/>
              <w:right w:w="75" w:type="dxa"/>
            </w:tcMar>
            <w:vAlign w:val="center"/>
          </w:tcPr>
          <w:p w14:paraId="59F92A5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0.020785219399538105</w:t>
            </w:r>
          </w:p>
        </w:tc>
        <w:tc>
          <w:tcPr>
            <w:tcW w:w="2376" w:type="dxa"/>
            <w:tcMar>
              <w:top w:w="55" w:type="dxa"/>
              <w:left w:w="75" w:type="dxa"/>
              <w:bottom w:w="55" w:type="dxa"/>
              <w:right w:w="75" w:type="dxa"/>
            </w:tcMar>
            <w:vAlign w:val="center"/>
          </w:tcPr>
          <w:p w14:paraId="46DB6AC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0.0946356011069102</w:t>
            </w:r>
          </w:p>
        </w:tc>
        <w:tc>
          <w:tcPr>
            <w:tcW w:w="2376" w:type="dxa"/>
            <w:tcMar>
              <w:top w:w="55" w:type="dxa"/>
              <w:left w:w="75" w:type="dxa"/>
              <w:bottom w:w="55" w:type="dxa"/>
              <w:right w:w="75" w:type="dxa"/>
            </w:tcMar>
            <w:vAlign w:val="center"/>
          </w:tcPr>
          <w:p w14:paraId="6A9C668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0.505</w:t>
            </w:r>
          </w:p>
        </w:tc>
      </w:tr>
      <w:tr w:rsidR="00923354" w:rsidRPr="00314BAB" w14:paraId="12426593" w14:textId="77777777" w:rsidTr="00314BAB">
        <w:trPr>
          <w:cantSplit/>
          <w:jc w:val="center"/>
        </w:trPr>
        <w:tc>
          <w:tcPr>
            <w:tcW w:w="2835" w:type="dxa"/>
            <w:tcMar>
              <w:top w:w="55" w:type="dxa"/>
              <w:left w:w="75" w:type="dxa"/>
              <w:bottom w:w="55" w:type="dxa"/>
              <w:right w:w="75" w:type="dxa"/>
            </w:tcMar>
            <w:vAlign w:val="center"/>
          </w:tcPr>
          <w:p w14:paraId="4AFF573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Angiogenesis</w:t>
            </w:r>
          </w:p>
        </w:tc>
        <w:tc>
          <w:tcPr>
            <w:tcW w:w="1917" w:type="dxa"/>
            <w:tcMar>
              <w:top w:w="55" w:type="dxa"/>
              <w:left w:w="75" w:type="dxa"/>
              <w:bottom w:w="55" w:type="dxa"/>
              <w:right w:w="75" w:type="dxa"/>
            </w:tcMar>
            <w:vAlign w:val="center"/>
          </w:tcPr>
          <w:p w14:paraId="40C29AF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0.3822255807804943</w:t>
            </w:r>
          </w:p>
        </w:tc>
        <w:tc>
          <w:tcPr>
            <w:tcW w:w="2376" w:type="dxa"/>
            <w:tcMar>
              <w:top w:w="55" w:type="dxa"/>
              <w:left w:w="75" w:type="dxa"/>
              <w:bottom w:w="55" w:type="dxa"/>
              <w:right w:w="75" w:type="dxa"/>
            </w:tcMar>
            <w:vAlign w:val="center"/>
          </w:tcPr>
          <w:p w14:paraId="04BF235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1.3140640818875462</w:t>
            </w:r>
          </w:p>
        </w:tc>
        <w:tc>
          <w:tcPr>
            <w:tcW w:w="2376" w:type="dxa"/>
            <w:tcMar>
              <w:top w:w="55" w:type="dxa"/>
              <w:left w:w="75" w:type="dxa"/>
              <w:bottom w:w="55" w:type="dxa"/>
              <w:right w:w="75" w:type="dxa"/>
            </w:tcMar>
            <w:vAlign w:val="center"/>
          </w:tcPr>
          <w:p w14:paraId="33BA6F0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0.125221082419526</w:t>
            </w:r>
          </w:p>
        </w:tc>
        <w:tc>
          <w:tcPr>
            <w:tcW w:w="2376" w:type="dxa"/>
            <w:tcMar>
              <w:top w:w="55" w:type="dxa"/>
              <w:left w:w="75" w:type="dxa"/>
              <w:bottom w:w="55" w:type="dxa"/>
              <w:right w:w="75" w:type="dxa"/>
            </w:tcMar>
            <w:vAlign w:val="center"/>
          </w:tcPr>
          <w:p w14:paraId="12425DE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0.09577449299347594</w:t>
            </w:r>
          </w:p>
        </w:tc>
        <w:tc>
          <w:tcPr>
            <w:tcW w:w="2376" w:type="dxa"/>
            <w:tcMar>
              <w:top w:w="55" w:type="dxa"/>
              <w:left w:w="75" w:type="dxa"/>
              <w:bottom w:w="55" w:type="dxa"/>
              <w:right w:w="75" w:type="dxa"/>
            </w:tcMar>
            <w:vAlign w:val="center"/>
          </w:tcPr>
          <w:p w14:paraId="1718174B"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0.8074</w:t>
            </w:r>
          </w:p>
        </w:tc>
      </w:tr>
      <w:tr w:rsidR="00923354" w:rsidRPr="00314BAB" w14:paraId="745E850D" w14:textId="77777777" w:rsidTr="00314BAB">
        <w:trPr>
          <w:cantSplit/>
          <w:jc w:val="center"/>
        </w:trPr>
        <w:tc>
          <w:tcPr>
            <w:tcW w:w="2835" w:type="dxa"/>
            <w:tcMar>
              <w:top w:w="55" w:type="dxa"/>
              <w:left w:w="75" w:type="dxa"/>
              <w:bottom w:w="55" w:type="dxa"/>
              <w:right w:w="75" w:type="dxa"/>
            </w:tcMar>
            <w:vAlign w:val="center"/>
          </w:tcPr>
          <w:p w14:paraId="183F7D4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p53 Pathway</w:t>
            </w:r>
          </w:p>
        </w:tc>
        <w:tc>
          <w:tcPr>
            <w:tcW w:w="1917" w:type="dxa"/>
            <w:tcMar>
              <w:top w:w="55" w:type="dxa"/>
              <w:left w:w="75" w:type="dxa"/>
              <w:bottom w:w="55" w:type="dxa"/>
              <w:right w:w="75" w:type="dxa"/>
            </w:tcMar>
            <w:vAlign w:val="center"/>
          </w:tcPr>
          <w:p w14:paraId="56B54A6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0.26588595982943736</w:t>
            </w:r>
          </w:p>
        </w:tc>
        <w:tc>
          <w:tcPr>
            <w:tcW w:w="2376" w:type="dxa"/>
            <w:tcMar>
              <w:top w:w="55" w:type="dxa"/>
              <w:left w:w="75" w:type="dxa"/>
              <w:bottom w:w="55" w:type="dxa"/>
              <w:right w:w="75" w:type="dxa"/>
            </w:tcMar>
            <w:vAlign w:val="center"/>
          </w:tcPr>
          <w:p w14:paraId="03F4542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1.2841618393692398</w:t>
            </w:r>
          </w:p>
        </w:tc>
        <w:tc>
          <w:tcPr>
            <w:tcW w:w="2376" w:type="dxa"/>
            <w:tcMar>
              <w:top w:w="55" w:type="dxa"/>
              <w:left w:w="75" w:type="dxa"/>
              <w:bottom w:w="55" w:type="dxa"/>
              <w:right w:w="75" w:type="dxa"/>
            </w:tcMar>
            <w:vAlign w:val="center"/>
          </w:tcPr>
          <w:p w14:paraId="4F4DCE0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0.048211036992116436</w:t>
            </w:r>
          </w:p>
        </w:tc>
        <w:tc>
          <w:tcPr>
            <w:tcW w:w="2376" w:type="dxa"/>
            <w:tcMar>
              <w:top w:w="55" w:type="dxa"/>
              <w:left w:w="75" w:type="dxa"/>
              <w:bottom w:w="55" w:type="dxa"/>
              <w:right w:w="75" w:type="dxa"/>
            </w:tcMar>
            <w:vAlign w:val="center"/>
          </w:tcPr>
          <w:p w14:paraId="76E615F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0.1168961101838521</w:t>
            </w:r>
          </w:p>
        </w:tc>
        <w:tc>
          <w:tcPr>
            <w:tcW w:w="2376" w:type="dxa"/>
            <w:tcMar>
              <w:top w:w="55" w:type="dxa"/>
              <w:left w:w="75" w:type="dxa"/>
              <w:bottom w:w="55" w:type="dxa"/>
              <w:right w:w="75" w:type="dxa"/>
            </w:tcMar>
            <w:vAlign w:val="center"/>
          </w:tcPr>
          <w:p w14:paraId="73E6B29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0.8732</w:t>
            </w:r>
          </w:p>
        </w:tc>
      </w:tr>
      <w:tr w:rsidR="00923354" w:rsidRPr="00314BAB" w14:paraId="2235CC2E" w14:textId="77777777" w:rsidTr="00314BAB">
        <w:trPr>
          <w:cantSplit/>
          <w:jc w:val="center"/>
        </w:trPr>
        <w:tc>
          <w:tcPr>
            <w:tcW w:w="2835" w:type="dxa"/>
            <w:tcMar>
              <w:top w:w="55" w:type="dxa"/>
              <w:left w:w="75" w:type="dxa"/>
              <w:bottom w:w="55" w:type="dxa"/>
              <w:right w:w="75" w:type="dxa"/>
            </w:tcMar>
            <w:vAlign w:val="center"/>
          </w:tcPr>
          <w:p w14:paraId="69232C1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Reactive Oxygen Species Pathway</w:t>
            </w:r>
          </w:p>
        </w:tc>
        <w:tc>
          <w:tcPr>
            <w:tcW w:w="1917" w:type="dxa"/>
            <w:tcMar>
              <w:top w:w="55" w:type="dxa"/>
              <w:left w:w="75" w:type="dxa"/>
              <w:bottom w:w="55" w:type="dxa"/>
              <w:right w:w="75" w:type="dxa"/>
            </w:tcMar>
            <w:vAlign w:val="center"/>
          </w:tcPr>
          <w:p w14:paraId="055F95F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-0.3244234853286502</w:t>
            </w:r>
          </w:p>
        </w:tc>
        <w:tc>
          <w:tcPr>
            <w:tcW w:w="2376" w:type="dxa"/>
            <w:tcMar>
              <w:top w:w="55" w:type="dxa"/>
              <w:left w:w="75" w:type="dxa"/>
              <w:bottom w:w="55" w:type="dxa"/>
              <w:right w:w="75" w:type="dxa"/>
            </w:tcMar>
            <w:vAlign w:val="center"/>
          </w:tcPr>
          <w:p w14:paraId="3F09319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-1.2944583309145616</w:t>
            </w:r>
          </w:p>
        </w:tc>
        <w:tc>
          <w:tcPr>
            <w:tcW w:w="2376" w:type="dxa"/>
            <w:tcMar>
              <w:top w:w="55" w:type="dxa"/>
              <w:left w:w="75" w:type="dxa"/>
              <w:bottom w:w="55" w:type="dxa"/>
              <w:right w:w="75" w:type="dxa"/>
            </w:tcMar>
            <w:vAlign w:val="center"/>
          </w:tcPr>
          <w:p w14:paraId="5EC080A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0.10123574144486693</w:t>
            </w:r>
          </w:p>
        </w:tc>
        <w:tc>
          <w:tcPr>
            <w:tcW w:w="2376" w:type="dxa"/>
            <w:tcMar>
              <w:top w:w="55" w:type="dxa"/>
              <w:left w:w="75" w:type="dxa"/>
              <w:bottom w:w="55" w:type="dxa"/>
              <w:right w:w="75" w:type="dxa"/>
            </w:tcMar>
            <w:vAlign w:val="center"/>
          </w:tcPr>
          <w:p w14:paraId="1A13E70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0.12294143572764603</w:t>
            </w:r>
          </w:p>
        </w:tc>
        <w:tc>
          <w:tcPr>
            <w:tcW w:w="2376" w:type="dxa"/>
            <w:tcMar>
              <w:top w:w="55" w:type="dxa"/>
              <w:left w:w="75" w:type="dxa"/>
              <w:bottom w:w="55" w:type="dxa"/>
              <w:right w:w="75" w:type="dxa"/>
            </w:tcMar>
            <w:vAlign w:val="center"/>
          </w:tcPr>
          <w:p w14:paraId="08939E8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0.6454</w:t>
            </w:r>
          </w:p>
        </w:tc>
      </w:tr>
      <w:tr w:rsidR="00923354" w:rsidRPr="00314BAB" w14:paraId="6DAEE582" w14:textId="77777777" w:rsidTr="00314BAB">
        <w:trPr>
          <w:cantSplit/>
          <w:jc w:val="center"/>
        </w:trPr>
        <w:tc>
          <w:tcPr>
            <w:tcW w:w="2835" w:type="dxa"/>
            <w:tcMar>
              <w:top w:w="55" w:type="dxa"/>
              <w:left w:w="75" w:type="dxa"/>
              <w:bottom w:w="55" w:type="dxa"/>
              <w:right w:w="75" w:type="dxa"/>
            </w:tcMar>
            <w:vAlign w:val="center"/>
          </w:tcPr>
          <w:p w14:paraId="04E6D57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Pperoxisome</w:t>
            </w:r>
          </w:p>
        </w:tc>
        <w:tc>
          <w:tcPr>
            <w:tcW w:w="1917" w:type="dxa"/>
            <w:tcMar>
              <w:top w:w="55" w:type="dxa"/>
              <w:left w:w="75" w:type="dxa"/>
              <w:bottom w:w="55" w:type="dxa"/>
              <w:right w:w="75" w:type="dxa"/>
            </w:tcMar>
            <w:vAlign w:val="center"/>
          </w:tcPr>
          <w:p w14:paraId="2697ADB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-0.2733016169870554</w:t>
            </w:r>
          </w:p>
        </w:tc>
        <w:tc>
          <w:tcPr>
            <w:tcW w:w="2376" w:type="dxa"/>
            <w:tcMar>
              <w:top w:w="55" w:type="dxa"/>
              <w:left w:w="75" w:type="dxa"/>
              <w:bottom w:w="55" w:type="dxa"/>
              <w:right w:w="75" w:type="dxa"/>
            </w:tcMar>
            <w:vAlign w:val="center"/>
          </w:tcPr>
          <w:p w14:paraId="23EF1E0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-1.2640044204682028</w:t>
            </w:r>
          </w:p>
        </w:tc>
        <w:tc>
          <w:tcPr>
            <w:tcW w:w="2376" w:type="dxa"/>
            <w:tcMar>
              <w:top w:w="55" w:type="dxa"/>
              <w:left w:w="75" w:type="dxa"/>
              <w:bottom w:w="55" w:type="dxa"/>
              <w:right w:w="75" w:type="dxa"/>
            </w:tcMar>
            <w:vAlign w:val="center"/>
          </w:tcPr>
          <w:p w14:paraId="275F5A9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0.08759124087591241</w:t>
            </w:r>
          </w:p>
        </w:tc>
        <w:tc>
          <w:tcPr>
            <w:tcW w:w="2376" w:type="dxa"/>
            <w:tcMar>
              <w:top w:w="55" w:type="dxa"/>
              <w:left w:w="75" w:type="dxa"/>
              <w:bottom w:w="55" w:type="dxa"/>
              <w:right w:w="75" w:type="dxa"/>
            </w:tcMar>
            <w:vAlign w:val="center"/>
          </w:tcPr>
          <w:p w14:paraId="102241B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0.13914986730113685</w:t>
            </w:r>
          </w:p>
        </w:tc>
        <w:tc>
          <w:tcPr>
            <w:tcW w:w="2376" w:type="dxa"/>
            <w:tcMar>
              <w:top w:w="55" w:type="dxa"/>
              <w:left w:w="75" w:type="dxa"/>
              <w:bottom w:w="55" w:type="dxa"/>
              <w:right w:w="75" w:type="dxa"/>
            </w:tcMar>
            <w:vAlign w:val="center"/>
          </w:tcPr>
          <w:p w14:paraId="0D400FE8"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0.73</w:t>
            </w:r>
          </w:p>
        </w:tc>
      </w:tr>
      <w:tr w:rsidR="00923354" w:rsidRPr="00314BAB" w14:paraId="407204B4" w14:textId="77777777" w:rsidTr="00314BAB">
        <w:trPr>
          <w:cantSplit/>
          <w:jc w:val="center"/>
        </w:trPr>
        <w:tc>
          <w:tcPr>
            <w:tcW w:w="2835" w:type="dxa"/>
            <w:tcMar>
              <w:top w:w="55" w:type="dxa"/>
              <w:left w:w="75" w:type="dxa"/>
              <w:bottom w:w="55" w:type="dxa"/>
              <w:right w:w="75" w:type="dxa"/>
            </w:tcMar>
            <w:vAlign w:val="center"/>
          </w:tcPr>
          <w:p w14:paraId="69A7AF3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Cholesterol Homeostasis</w:t>
            </w:r>
          </w:p>
        </w:tc>
        <w:tc>
          <w:tcPr>
            <w:tcW w:w="1917" w:type="dxa"/>
            <w:tcMar>
              <w:top w:w="55" w:type="dxa"/>
              <w:left w:w="75" w:type="dxa"/>
              <w:bottom w:w="55" w:type="dxa"/>
              <w:right w:w="75" w:type="dxa"/>
            </w:tcMar>
            <w:vAlign w:val="center"/>
          </w:tcPr>
          <w:p w14:paraId="60F924D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0.3003344953637413</w:t>
            </w:r>
          </w:p>
        </w:tc>
        <w:tc>
          <w:tcPr>
            <w:tcW w:w="2376" w:type="dxa"/>
            <w:tcMar>
              <w:top w:w="55" w:type="dxa"/>
              <w:left w:w="75" w:type="dxa"/>
              <w:bottom w:w="55" w:type="dxa"/>
              <w:right w:w="75" w:type="dxa"/>
            </w:tcMar>
            <w:vAlign w:val="center"/>
          </w:tcPr>
          <w:p w14:paraId="51077332"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1.2478908711032712</w:t>
            </w:r>
          </w:p>
        </w:tc>
        <w:tc>
          <w:tcPr>
            <w:tcW w:w="2376" w:type="dxa"/>
            <w:tcMar>
              <w:top w:w="55" w:type="dxa"/>
              <w:left w:w="75" w:type="dxa"/>
              <w:bottom w:w="55" w:type="dxa"/>
              <w:right w:w="75" w:type="dxa"/>
            </w:tcMar>
            <w:vAlign w:val="center"/>
          </w:tcPr>
          <w:p w14:paraId="25DB214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0.1257505003335557</w:t>
            </w:r>
          </w:p>
        </w:tc>
        <w:tc>
          <w:tcPr>
            <w:tcW w:w="2376" w:type="dxa"/>
            <w:tcMar>
              <w:top w:w="55" w:type="dxa"/>
              <w:left w:w="75" w:type="dxa"/>
              <w:bottom w:w="55" w:type="dxa"/>
              <w:right w:w="75" w:type="dxa"/>
            </w:tcMar>
            <w:vAlign w:val="center"/>
          </w:tcPr>
          <w:p w14:paraId="6297772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0.15007125838855934</w:t>
            </w:r>
          </w:p>
        </w:tc>
        <w:tc>
          <w:tcPr>
            <w:tcW w:w="2376" w:type="dxa"/>
            <w:tcMar>
              <w:top w:w="55" w:type="dxa"/>
              <w:left w:w="75" w:type="dxa"/>
              <w:bottom w:w="55" w:type="dxa"/>
              <w:right w:w="75" w:type="dxa"/>
            </w:tcMar>
            <w:vAlign w:val="center"/>
          </w:tcPr>
          <w:p w14:paraId="67C30A6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0.9402</w:t>
            </w:r>
          </w:p>
        </w:tc>
      </w:tr>
      <w:tr w:rsidR="00923354" w:rsidRPr="00314BAB" w14:paraId="198D636F" w14:textId="77777777" w:rsidTr="00314BAB">
        <w:trPr>
          <w:cantSplit/>
          <w:jc w:val="center"/>
        </w:trPr>
        <w:tc>
          <w:tcPr>
            <w:tcW w:w="2835" w:type="dxa"/>
            <w:tcMar>
              <w:top w:w="55" w:type="dxa"/>
              <w:left w:w="75" w:type="dxa"/>
              <w:bottom w:w="55" w:type="dxa"/>
              <w:right w:w="75" w:type="dxa"/>
            </w:tcMar>
            <w:vAlign w:val="center"/>
          </w:tcPr>
          <w:p w14:paraId="712B429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KRAS Signaling Dn</w:t>
            </w:r>
          </w:p>
        </w:tc>
        <w:tc>
          <w:tcPr>
            <w:tcW w:w="1917" w:type="dxa"/>
            <w:tcMar>
              <w:top w:w="55" w:type="dxa"/>
              <w:left w:w="75" w:type="dxa"/>
              <w:bottom w:w="55" w:type="dxa"/>
              <w:right w:w="75" w:type="dxa"/>
            </w:tcMar>
            <w:vAlign w:val="center"/>
          </w:tcPr>
          <w:p w14:paraId="23A63C2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0.27403064827108836</w:t>
            </w:r>
          </w:p>
        </w:tc>
        <w:tc>
          <w:tcPr>
            <w:tcW w:w="2376" w:type="dxa"/>
            <w:tcMar>
              <w:top w:w="55" w:type="dxa"/>
              <w:left w:w="75" w:type="dxa"/>
              <w:bottom w:w="55" w:type="dxa"/>
              <w:right w:w="75" w:type="dxa"/>
            </w:tcMar>
            <w:vAlign w:val="center"/>
          </w:tcPr>
          <w:p w14:paraId="3B5D63F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1.2136516968298954</w:t>
            </w:r>
          </w:p>
        </w:tc>
        <w:tc>
          <w:tcPr>
            <w:tcW w:w="2376" w:type="dxa"/>
            <w:tcMar>
              <w:top w:w="55" w:type="dxa"/>
              <w:left w:w="75" w:type="dxa"/>
              <w:bottom w:w="55" w:type="dxa"/>
              <w:right w:w="75" w:type="dxa"/>
            </w:tcMar>
            <w:vAlign w:val="center"/>
          </w:tcPr>
          <w:p w14:paraId="08D14B2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0.1315871531025881</w:t>
            </w:r>
          </w:p>
        </w:tc>
        <w:tc>
          <w:tcPr>
            <w:tcW w:w="2376" w:type="dxa"/>
            <w:tcMar>
              <w:top w:w="55" w:type="dxa"/>
              <w:left w:w="75" w:type="dxa"/>
              <w:bottom w:w="55" w:type="dxa"/>
              <w:right w:w="75" w:type="dxa"/>
            </w:tcMar>
            <w:vAlign w:val="center"/>
          </w:tcPr>
          <w:p w14:paraId="603E09F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0.18483634232420657</w:t>
            </w:r>
          </w:p>
        </w:tc>
        <w:tc>
          <w:tcPr>
            <w:tcW w:w="2376" w:type="dxa"/>
            <w:tcMar>
              <w:top w:w="55" w:type="dxa"/>
              <w:left w:w="75" w:type="dxa"/>
              <w:bottom w:w="55" w:type="dxa"/>
              <w:right w:w="75" w:type="dxa"/>
            </w:tcMar>
            <w:vAlign w:val="center"/>
          </w:tcPr>
          <w:p w14:paraId="4712066D"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0.9704</w:t>
            </w:r>
          </w:p>
        </w:tc>
      </w:tr>
      <w:tr w:rsidR="00923354" w:rsidRPr="00314BAB" w14:paraId="2F447171" w14:textId="77777777" w:rsidTr="00314BAB">
        <w:trPr>
          <w:cantSplit/>
          <w:jc w:val="center"/>
        </w:trPr>
        <w:tc>
          <w:tcPr>
            <w:tcW w:w="2835" w:type="dxa"/>
            <w:tcBorders>
              <w:bottom w:val="single" w:sz="4" w:space="0" w:color="auto"/>
            </w:tcBorders>
            <w:tcMar>
              <w:top w:w="55" w:type="dxa"/>
              <w:left w:w="75" w:type="dxa"/>
              <w:bottom w:w="55" w:type="dxa"/>
              <w:right w:w="75" w:type="dxa"/>
            </w:tcMar>
            <w:vAlign w:val="center"/>
          </w:tcPr>
          <w:p w14:paraId="602C590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Hedgehog Signaling</w:t>
            </w:r>
          </w:p>
        </w:tc>
        <w:tc>
          <w:tcPr>
            <w:tcW w:w="1917" w:type="dxa"/>
            <w:tcBorders>
              <w:bottom w:val="single" w:sz="4" w:space="0" w:color="auto"/>
            </w:tcBorders>
            <w:tcMar>
              <w:top w:w="55" w:type="dxa"/>
              <w:left w:w="75" w:type="dxa"/>
              <w:bottom w:w="55" w:type="dxa"/>
              <w:right w:w="75" w:type="dxa"/>
            </w:tcMar>
            <w:vAlign w:val="center"/>
          </w:tcPr>
          <w:p w14:paraId="205FB11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0.3303144528241097</w:t>
            </w:r>
          </w:p>
        </w:tc>
        <w:tc>
          <w:tcPr>
            <w:tcW w:w="2376" w:type="dxa"/>
            <w:tcBorders>
              <w:bottom w:val="single" w:sz="4" w:space="0" w:color="auto"/>
            </w:tcBorders>
            <w:tcMar>
              <w:top w:w="55" w:type="dxa"/>
              <w:left w:w="75" w:type="dxa"/>
              <w:bottom w:w="55" w:type="dxa"/>
              <w:right w:w="75" w:type="dxa"/>
            </w:tcMar>
            <w:vAlign w:val="center"/>
          </w:tcPr>
          <w:p w14:paraId="12189F03"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1.1352293779491054</w:t>
            </w:r>
          </w:p>
        </w:tc>
        <w:tc>
          <w:tcPr>
            <w:tcW w:w="2376" w:type="dxa"/>
            <w:tcBorders>
              <w:bottom w:val="single" w:sz="4" w:space="0" w:color="auto"/>
            </w:tcBorders>
            <w:tcMar>
              <w:top w:w="55" w:type="dxa"/>
              <w:left w:w="75" w:type="dxa"/>
              <w:bottom w:w="55" w:type="dxa"/>
              <w:right w:w="75" w:type="dxa"/>
            </w:tcMar>
            <w:vAlign w:val="center"/>
          </w:tcPr>
          <w:p w14:paraId="5598F4A7"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0.27123383432366305</w:t>
            </w:r>
          </w:p>
        </w:tc>
        <w:tc>
          <w:tcPr>
            <w:tcW w:w="2376" w:type="dxa"/>
            <w:tcBorders>
              <w:bottom w:val="single" w:sz="4" w:space="0" w:color="auto"/>
            </w:tcBorders>
            <w:tcMar>
              <w:top w:w="55" w:type="dxa"/>
              <w:left w:w="75" w:type="dxa"/>
              <w:bottom w:w="55" w:type="dxa"/>
              <w:right w:w="75" w:type="dxa"/>
            </w:tcMar>
            <w:vAlign w:val="center"/>
          </w:tcPr>
          <w:p w14:paraId="67EE9E35"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0.3053851067000295</w:t>
            </w:r>
          </w:p>
        </w:tc>
        <w:tc>
          <w:tcPr>
            <w:tcW w:w="2376" w:type="dxa"/>
            <w:tcBorders>
              <w:bottom w:val="single" w:sz="4" w:space="0" w:color="auto"/>
            </w:tcBorders>
            <w:tcMar>
              <w:top w:w="55" w:type="dxa"/>
              <w:left w:w="75" w:type="dxa"/>
              <w:bottom w:w="55" w:type="dxa"/>
              <w:right w:w="75" w:type="dxa"/>
            </w:tcMar>
            <w:vAlign w:val="center"/>
          </w:tcPr>
          <w:p w14:paraId="4838348A"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0.996</w:t>
            </w:r>
          </w:p>
        </w:tc>
      </w:tr>
    </w:tbl>
    <w:p w14:paraId="6FC0D7AF" w14:textId="7430213F" w:rsidR="00923354" w:rsidRPr="00314BAB" w:rsidRDefault="00314BAB" w:rsidP="00314BAB">
      <w:pPr>
        <w:rPr>
          <w:b/>
          <w:bCs/>
          <w:sz w:val="21"/>
          <w:szCs w:val="21"/>
        </w:rPr>
      </w:pPr>
      <w:r w:rsidRPr="00314BAB">
        <w:rPr>
          <w:rFonts w:ascii="Times New Roman" w:hAnsi="Times New Roman" w:cs="Times New Roman"/>
          <w:b/>
          <w:bCs/>
          <w:sz w:val="21"/>
          <w:szCs w:val="21"/>
        </w:rPr>
        <w:lastRenderedPageBreak/>
        <w:t>S5b hallmark GSEA by cohort</w:t>
      </w:r>
    </w:p>
    <w:tbl>
      <w:tblPr>
        <w:tblW w:w="0" w:type="auto"/>
        <w:jc w:val="center"/>
        <w:tblLook w:val="04A0" w:firstRow="1" w:lastRow="0" w:firstColumn="1" w:lastColumn="0" w:noHBand="0" w:noVBand="1"/>
      </w:tblPr>
      <w:tblGrid>
        <w:gridCol w:w="2376"/>
        <w:gridCol w:w="2376"/>
        <w:gridCol w:w="2376"/>
        <w:gridCol w:w="2376"/>
        <w:gridCol w:w="2376"/>
        <w:gridCol w:w="2376"/>
      </w:tblGrid>
      <w:tr w:rsidR="00923354" w:rsidRPr="00314BAB" w14:paraId="2F0F842B" w14:textId="77777777" w:rsidTr="00314BAB">
        <w:trPr>
          <w:cantSplit/>
          <w:jc w:val="center"/>
        </w:trPr>
        <w:tc>
          <w:tcPr>
            <w:tcW w:w="2376" w:type="dxa"/>
            <w:tcBorders>
              <w:top w:val="single" w:sz="4" w:space="0" w:color="auto"/>
              <w:bottom w:val="single" w:sz="4" w:space="0" w:color="auto"/>
            </w:tcBorders>
            <w:tcMar>
              <w:top w:w="55" w:type="dxa"/>
              <w:left w:w="75" w:type="dxa"/>
              <w:bottom w:w="55" w:type="dxa"/>
              <w:right w:w="75" w:type="dxa"/>
            </w:tcMar>
          </w:tcPr>
          <w:p w14:paraId="51DBBE4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cohort</w:t>
            </w:r>
          </w:p>
        </w:tc>
        <w:tc>
          <w:tcPr>
            <w:tcW w:w="2376" w:type="dxa"/>
            <w:tcBorders>
              <w:top w:val="single" w:sz="4" w:space="0" w:color="auto"/>
              <w:bottom w:val="single" w:sz="4" w:space="0" w:color="auto"/>
            </w:tcBorders>
            <w:tcMar>
              <w:top w:w="55" w:type="dxa"/>
              <w:left w:w="75" w:type="dxa"/>
              <w:bottom w:w="55" w:type="dxa"/>
              <w:right w:w="75" w:type="dxa"/>
            </w:tcMar>
          </w:tcPr>
          <w:p w14:paraId="761F0DE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Term</w:t>
            </w:r>
          </w:p>
        </w:tc>
        <w:tc>
          <w:tcPr>
            <w:tcW w:w="2376" w:type="dxa"/>
            <w:tcBorders>
              <w:top w:val="single" w:sz="4" w:space="0" w:color="auto"/>
              <w:bottom w:val="single" w:sz="4" w:space="0" w:color="auto"/>
            </w:tcBorders>
            <w:tcMar>
              <w:top w:w="55" w:type="dxa"/>
              <w:left w:w="75" w:type="dxa"/>
              <w:bottom w:w="55" w:type="dxa"/>
              <w:right w:w="75" w:type="dxa"/>
            </w:tcMar>
          </w:tcPr>
          <w:p w14:paraId="2065DAB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ES</w:t>
            </w:r>
          </w:p>
        </w:tc>
        <w:tc>
          <w:tcPr>
            <w:tcW w:w="2376" w:type="dxa"/>
            <w:tcBorders>
              <w:top w:val="single" w:sz="4" w:space="0" w:color="auto"/>
              <w:bottom w:val="single" w:sz="4" w:space="0" w:color="auto"/>
            </w:tcBorders>
            <w:tcMar>
              <w:top w:w="55" w:type="dxa"/>
              <w:left w:w="75" w:type="dxa"/>
              <w:bottom w:w="55" w:type="dxa"/>
              <w:right w:w="75" w:type="dxa"/>
            </w:tcMar>
          </w:tcPr>
          <w:p w14:paraId="7E83AEE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NES</w:t>
            </w:r>
          </w:p>
        </w:tc>
        <w:tc>
          <w:tcPr>
            <w:tcW w:w="2376" w:type="dxa"/>
            <w:tcBorders>
              <w:top w:val="single" w:sz="4" w:space="0" w:color="auto"/>
              <w:bottom w:val="single" w:sz="4" w:space="0" w:color="auto"/>
            </w:tcBorders>
            <w:tcMar>
              <w:top w:w="55" w:type="dxa"/>
              <w:left w:w="75" w:type="dxa"/>
              <w:bottom w:w="55" w:type="dxa"/>
              <w:right w:w="75" w:type="dxa"/>
            </w:tcMar>
          </w:tcPr>
          <w:p w14:paraId="1CDA0F1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NOM_p</w:t>
            </w:r>
          </w:p>
        </w:tc>
        <w:tc>
          <w:tcPr>
            <w:tcW w:w="2376" w:type="dxa"/>
            <w:tcBorders>
              <w:top w:val="single" w:sz="4" w:space="0" w:color="auto"/>
              <w:bottom w:val="single" w:sz="4" w:space="0" w:color="auto"/>
            </w:tcBorders>
            <w:tcMar>
              <w:top w:w="55" w:type="dxa"/>
              <w:left w:w="75" w:type="dxa"/>
              <w:bottom w:w="55" w:type="dxa"/>
              <w:right w:w="75" w:type="dxa"/>
            </w:tcMar>
          </w:tcPr>
          <w:p w14:paraId="7481B52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b/>
                <w:sz w:val="15"/>
                <w:szCs w:val="15"/>
              </w:rPr>
              <w:t>FDR_q</w:t>
            </w:r>
          </w:p>
        </w:tc>
      </w:tr>
      <w:tr w:rsidR="00923354" w:rsidRPr="00314BAB" w14:paraId="2CFB7106" w14:textId="77777777" w:rsidTr="00314BAB">
        <w:trPr>
          <w:cantSplit/>
          <w:jc w:val="center"/>
        </w:trPr>
        <w:tc>
          <w:tcPr>
            <w:tcW w:w="2376" w:type="dxa"/>
            <w:tcBorders>
              <w:top w:val="single" w:sz="4" w:space="0" w:color="auto"/>
            </w:tcBorders>
            <w:tcMar>
              <w:top w:w="55" w:type="dxa"/>
              <w:left w:w="75" w:type="dxa"/>
              <w:bottom w:w="55" w:type="dxa"/>
              <w:right w:w="75" w:type="dxa"/>
            </w:tcMar>
            <w:vAlign w:val="center"/>
          </w:tcPr>
          <w:p w14:paraId="014E27C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Borders>
              <w:top w:val="single" w:sz="4" w:space="0" w:color="auto"/>
            </w:tcBorders>
            <w:tcMar>
              <w:top w:w="55" w:type="dxa"/>
              <w:left w:w="75" w:type="dxa"/>
              <w:bottom w:w="55" w:type="dxa"/>
              <w:right w:w="75" w:type="dxa"/>
            </w:tcMar>
            <w:vAlign w:val="center"/>
          </w:tcPr>
          <w:p w14:paraId="2E590C6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Epithelial Mesenchymal Transition</w:t>
            </w:r>
          </w:p>
        </w:tc>
        <w:tc>
          <w:tcPr>
            <w:tcW w:w="2376" w:type="dxa"/>
            <w:tcBorders>
              <w:top w:val="single" w:sz="4" w:space="0" w:color="auto"/>
            </w:tcBorders>
            <w:tcMar>
              <w:top w:w="55" w:type="dxa"/>
              <w:left w:w="75" w:type="dxa"/>
              <w:bottom w:w="55" w:type="dxa"/>
              <w:right w:w="75" w:type="dxa"/>
            </w:tcMar>
            <w:vAlign w:val="center"/>
          </w:tcPr>
          <w:p w14:paraId="293DC91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0.4099048178211909</w:t>
            </w:r>
          </w:p>
        </w:tc>
        <w:tc>
          <w:tcPr>
            <w:tcW w:w="2376" w:type="dxa"/>
            <w:tcBorders>
              <w:top w:val="single" w:sz="4" w:space="0" w:color="auto"/>
            </w:tcBorders>
            <w:tcMar>
              <w:top w:w="55" w:type="dxa"/>
              <w:left w:w="75" w:type="dxa"/>
              <w:bottom w:w="55" w:type="dxa"/>
              <w:right w:w="75" w:type="dxa"/>
            </w:tcMar>
            <w:vAlign w:val="center"/>
          </w:tcPr>
          <w:p w14:paraId="4257B45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1.8127817378475901</w:t>
            </w:r>
          </w:p>
        </w:tc>
        <w:tc>
          <w:tcPr>
            <w:tcW w:w="2376" w:type="dxa"/>
            <w:tcBorders>
              <w:top w:val="single" w:sz="4" w:space="0" w:color="auto"/>
            </w:tcBorders>
            <w:tcMar>
              <w:top w:w="55" w:type="dxa"/>
              <w:left w:w="75" w:type="dxa"/>
              <w:bottom w:w="55" w:type="dxa"/>
              <w:right w:w="75" w:type="dxa"/>
            </w:tcMar>
            <w:vAlign w:val="center"/>
          </w:tcPr>
          <w:p w14:paraId="39ADFB9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Borders>
              <w:top w:val="single" w:sz="4" w:space="0" w:color="auto"/>
            </w:tcBorders>
            <w:tcMar>
              <w:top w:w="55" w:type="dxa"/>
              <w:left w:w="75" w:type="dxa"/>
              <w:bottom w:w="55" w:type="dxa"/>
              <w:right w:w="75" w:type="dxa"/>
            </w:tcMar>
            <w:vAlign w:val="center"/>
          </w:tcPr>
          <w:p w14:paraId="6299451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0.006752031638091105</w:t>
            </w:r>
          </w:p>
        </w:tc>
      </w:tr>
      <w:tr w:rsidR="00923354" w:rsidRPr="00314BAB" w14:paraId="43AB8CC7" w14:textId="77777777">
        <w:trPr>
          <w:cantSplit/>
          <w:jc w:val="center"/>
        </w:trPr>
        <w:tc>
          <w:tcPr>
            <w:tcW w:w="2376" w:type="dxa"/>
            <w:tcMar>
              <w:top w:w="55" w:type="dxa"/>
              <w:left w:w="75" w:type="dxa"/>
              <w:bottom w:w="55" w:type="dxa"/>
              <w:right w:w="75" w:type="dxa"/>
            </w:tcMar>
            <w:vAlign w:val="center"/>
          </w:tcPr>
          <w:p w14:paraId="452BB07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81DDBC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Inflammatory Response</w:t>
            </w:r>
          </w:p>
        </w:tc>
        <w:tc>
          <w:tcPr>
            <w:tcW w:w="2376" w:type="dxa"/>
            <w:tcMar>
              <w:top w:w="55" w:type="dxa"/>
              <w:left w:w="75" w:type="dxa"/>
              <w:bottom w:w="55" w:type="dxa"/>
              <w:right w:w="75" w:type="dxa"/>
            </w:tcMar>
            <w:vAlign w:val="center"/>
          </w:tcPr>
          <w:p w14:paraId="6C849E7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0.3911285110057993</w:t>
            </w:r>
          </w:p>
        </w:tc>
        <w:tc>
          <w:tcPr>
            <w:tcW w:w="2376" w:type="dxa"/>
            <w:tcMar>
              <w:top w:w="55" w:type="dxa"/>
              <w:left w:w="75" w:type="dxa"/>
              <w:bottom w:w="55" w:type="dxa"/>
              <w:right w:w="75" w:type="dxa"/>
            </w:tcMar>
            <w:vAlign w:val="center"/>
          </w:tcPr>
          <w:p w14:paraId="36BFC77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1.7290452335029514</w:t>
            </w:r>
          </w:p>
        </w:tc>
        <w:tc>
          <w:tcPr>
            <w:tcW w:w="2376" w:type="dxa"/>
            <w:tcMar>
              <w:top w:w="55" w:type="dxa"/>
              <w:left w:w="75" w:type="dxa"/>
              <w:bottom w:w="55" w:type="dxa"/>
              <w:right w:w="75" w:type="dxa"/>
            </w:tcMar>
            <w:vAlign w:val="center"/>
          </w:tcPr>
          <w:p w14:paraId="76532B4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6FAFBB2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0.009806522141037078</w:t>
            </w:r>
          </w:p>
        </w:tc>
      </w:tr>
      <w:tr w:rsidR="00923354" w:rsidRPr="00314BAB" w14:paraId="01405F7E" w14:textId="77777777">
        <w:trPr>
          <w:cantSplit/>
          <w:jc w:val="center"/>
        </w:trPr>
        <w:tc>
          <w:tcPr>
            <w:tcW w:w="2376" w:type="dxa"/>
            <w:tcMar>
              <w:top w:w="55" w:type="dxa"/>
              <w:left w:w="75" w:type="dxa"/>
              <w:bottom w:w="55" w:type="dxa"/>
              <w:right w:w="75" w:type="dxa"/>
            </w:tcMar>
            <w:vAlign w:val="center"/>
          </w:tcPr>
          <w:p w14:paraId="27447E6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9B1A2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TNF-alpha Signaling via NF-kB</w:t>
            </w:r>
          </w:p>
        </w:tc>
        <w:tc>
          <w:tcPr>
            <w:tcW w:w="2376" w:type="dxa"/>
            <w:tcMar>
              <w:top w:w="55" w:type="dxa"/>
              <w:left w:w="75" w:type="dxa"/>
              <w:bottom w:w="55" w:type="dxa"/>
              <w:right w:w="75" w:type="dxa"/>
            </w:tcMar>
            <w:vAlign w:val="center"/>
          </w:tcPr>
          <w:p w14:paraId="7EC0C3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0.38417122477829324</w:t>
            </w:r>
          </w:p>
        </w:tc>
        <w:tc>
          <w:tcPr>
            <w:tcW w:w="2376" w:type="dxa"/>
            <w:tcMar>
              <w:top w:w="55" w:type="dxa"/>
              <w:left w:w="75" w:type="dxa"/>
              <w:bottom w:w="55" w:type="dxa"/>
              <w:right w:w="75" w:type="dxa"/>
            </w:tcMar>
            <w:vAlign w:val="center"/>
          </w:tcPr>
          <w:p w14:paraId="4423B9E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1.7133504915471045</w:t>
            </w:r>
          </w:p>
        </w:tc>
        <w:tc>
          <w:tcPr>
            <w:tcW w:w="2376" w:type="dxa"/>
            <w:tcMar>
              <w:top w:w="55" w:type="dxa"/>
              <w:left w:w="75" w:type="dxa"/>
              <w:bottom w:w="55" w:type="dxa"/>
              <w:right w:w="75" w:type="dxa"/>
            </w:tcMar>
            <w:vAlign w:val="center"/>
          </w:tcPr>
          <w:p w14:paraId="299FC27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70F4FAA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0.008359658218588986</w:t>
            </w:r>
          </w:p>
        </w:tc>
      </w:tr>
      <w:tr w:rsidR="00923354" w:rsidRPr="00314BAB" w14:paraId="4A259983" w14:textId="77777777">
        <w:trPr>
          <w:cantSplit/>
          <w:jc w:val="center"/>
        </w:trPr>
        <w:tc>
          <w:tcPr>
            <w:tcW w:w="2376" w:type="dxa"/>
            <w:tcMar>
              <w:top w:w="55" w:type="dxa"/>
              <w:left w:w="75" w:type="dxa"/>
              <w:bottom w:w="55" w:type="dxa"/>
              <w:right w:w="75" w:type="dxa"/>
            </w:tcMar>
            <w:vAlign w:val="center"/>
          </w:tcPr>
          <w:p w14:paraId="1D9C064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5A93FF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Interferon Gamma Response</w:t>
            </w:r>
          </w:p>
        </w:tc>
        <w:tc>
          <w:tcPr>
            <w:tcW w:w="2376" w:type="dxa"/>
            <w:tcMar>
              <w:top w:w="55" w:type="dxa"/>
              <w:left w:w="75" w:type="dxa"/>
              <w:bottom w:w="55" w:type="dxa"/>
              <w:right w:w="75" w:type="dxa"/>
            </w:tcMar>
            <w:vAlign w:val="center"/>
          </w:tcPr>
          <w:p w14:paraId="49079CD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0.37690164554274247</w:t>
            </w:r>
          </w:p>
        </w:tc>
        <w:tc>
          <w:tcPr>
            <w:tcW w:w="2376" w:type="dxa"/>
            <w:tcMar>
              <w:top w:w="55" w:type="dxa"/>
              <w:left w:w="75" w:type="dxa"/>
              <w:bottom w:w="55" w:type="dxa"/>
              <w:right w:w="75" w:type="dxa"/>
            </w:tcMar>
            <w:vAlign w:val="center"/>
          </w:tcPr>
          <w:p w14:paraId="4419C05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1.6954324160313043</w:t>
            </w:r>
          </w:p>
        </w:tc>
        <w:tc>
          <w:tcPr>
            <w:tcW w:w="2376" w:type="dxa"/>
            <w:tcMar>
              <w:top w:w="55" w:type="dxa"/>
              <w:left w:w="75" w:type="dxa"/>
              <w:bottom w:w="55" w:type="dxa"/>
              <w:right w:w="75" w:type="dxa"/>
            </w:tcMar>
            <w:vAlign w:val="center"/>
          </w:tcPr>
          <w:p w14:paraId="2AF470A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7E9235C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0.00844003954761388</w:t>
            </w:r>
          </w:p>
        </w:tc>
      </w:tr>
      <w:tr w:rsidR="00923354" w:rsidRPr="00314BAB" w14:paraId="6C6B8176" w14:textId="77777777">
        <w:trPr>
          <w:cantSplit/>
          <w:jc w:val="center"/>
        </w:trPr>
        <w:tc>
          <w:tcPr>
            <w:tcW w:w="2376" w:type="dxa"/>
            <w:tcMar>
              <w:top w:w="55" w:type="dxa"/>
              <w:left w:w="75" w:type="dxa"/>
              <w:bottom w:w="55" w:type="dxa"/>
              <w:right w:w="75" w:type="dxa"/>
            </w:tcMar>
            <w:vAlign w:val="center"/>
          </w:tcPr>
          <w:p w14:paraId="1F7F136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6919187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Notch Signaling</w:t>
            </w:r>
          </w:p>
        </w:tc>
        <w:tc>
          <w:tcPr>
            <w:tcW w:w="2376" w:type="dxa"/>
            <w:tcMar>
              <w:top w:w="55" w:type="dxa"/>
              <w:left w:w="75" w:type="dxa"/>
              <w:bottom w:w="55" w:type="dxa"/>
              <w:right w:w="75" w:type="dxa"/>
            </w:tcMar>
            <w:vAlign w:val="center"/>
          </w:tcPr>
          <w:p w14:paraId="02CC34D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0.4801119297390686</w:t>
            </w:r>
          </w:p>
        </w:tc>
        <w:tc>
          <w:tcPr>
            <w:tcW w:w="2376" w:type="dxa"/>
            <w:tcMar>
              <w:top w:w="55" w:type="dxa"/>
              <w:left w:w="75" w:type="dxa"/>
              <w:bottom w:w="55" w:type="dxa"/>
              <w:right w:w="75" w:type="dxa"/>
            </w:tcMar>
            <w:vAlign w:val="center"/>
          </w:tcPr>
          <w:p w14:paraId="6F1505D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1.614981336691032</w:t>
            </w:r>
          </w:p>
        </w:tc>
        <w:tc>
          <w:tcPr>
            <w:tcW w:w="2376" w:type="dxa"/>
            <w:tcMar>
              <w:top w:w="55" w:type="dxa"/>
              <w:left w:w="75" w:type="dxa"/>
              <w:bottom w:w="55" w:type="dxa"/>
              <w:right w:w="75" w:type="dxa"/>
            </w:tcMar>
            <w:vAlign w:val="center"/>
          </w:tcPr>
          <w:p w14:paraId="148EA14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0.01182033096926714</w:t>
            </w:r>
          </w:p>
        </w:tc>
        <w:tc>
          <w:tcPr>
            <w:tcW w:w="2376" w:type="dxa"/>
            <w:tcMar>
              <w:top w:w="55" w:type="dxa"/>
              <w:left w:w="75" w:type="dxa"/>
              <w:bottom w:w="55" w:type="dxa"/>
              <w:right w:w="75" w:type="dxa"/>
            </w:tcMar>
            <w:vAlign w:val="center"/>
          </w:tcPr>
          <w:p w14:paraId="3ECD7E1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0.01974165440851399</w:t>
            </w:r>
          </w:p>
        </w:tc>
      </w:tr>
      <w:tr w:rsidR="00923354" w:rsidRPr="00314BAB" w14:paraId="1D4B4A98" w14:textId="77777777">
        <w:trPr>
          <w:cantSplit/>
          <w:jc w:val="center"/>
        </w:trPr>
        <w:tc>
          <w:tcPr>
            <w:tcW w:w="2376" w:type="dxa"/>
            <w:tcMar>
              <w:top w:w="55" w:type="dxa"/>
              <w:left w:w="75" w:type="dxa"/>
              <w:bottom w:w="55" w:type="dxa"/>
              <w:right w:w="75" w:type="dxa"/>
            </w:tcMar>
            <w:vAlign w:val="center"/>
          </w:tcPr>
          <w:p w14:paraId="735279C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E16FF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Bile Acid Metabolism</w:t>
            </w:r>
          </w:p>
        </w:tc>
        <w:tc>
          <w:tcPr>
            <w:tcW w:w="2376" w:type="dxa"/>
            <w:tcMar>
              <w:top w:w="55" w:type="dxa"/>
              <w:left w:w="75" w:type="dxa"/>
              <w:bottom w:w="55" w:type="dxa"/>
              <w:right w:w="75" w:type="dxa"/>
            </w:tcMar>
            <w:vAlign w:val="center"/>
          </w:tcPr>
          <w:p w14:paraId="1361C3A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-0.3262119837333053</w:t>
            </w:r>
          </w:p>
        </w:tc>
        <w:tc>
          <w:tcPr>
            <w:tcW w:w="2376" w:type="dxa"/>
            <w:tcMar>
              <w:top w:w="55" w:type="dxa"/>
              <w:left w:w="75" w:type="dxa"/>
              <w:bottom w:w="55" w:type="dxa"/>
              <w:right w:w="75" w:type="dxa"/>
            </w:tcMar>
            <w:vAlign w:val="center"/>
          </w:tcPr>
          <w:p w14:paraId="289AE03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-1.5790495688431112</w:t>
            </w:r>
          </w:p>
        </w:tc>
        <w:tc>
          <w:tcPr>
            <w:tcW w:w="2376" w:type="dxa"/>
            <w:tcMar>
              <w:top w:w="55" w:type="dxa"/>
              <w:left w:w="75" w:type="dxa"/>
              <w:bottom w:w="55" w:type="dxa"/>
              <w:right w:w="75" w:type="dxa"/>
            </w:tcMar>
            <w:vAlign w:val="center"/>
          </w:tcPr>
          <w:p w14:paraId="58995B7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0.0033277870216306157</w:t>
            </w:r>
          </w:p>
        </w:tc>
        <w:tc>
          <w:tcPr>
            <w:tcW w:w="2376" w:type="dxa"/>
            <w:tcMar>
              <w:top w:w="55" w:type="dxa"/>
              <w:left w:w="75" w:type="dxa"/>
              <w:bottom w:w="55" w:type="dxa"/>
              <w:right w:w="75" w:type="dxa"/>
            </w:tcMar>
            <w:vAlign w:val="center"/>
          </w:tcPr>
          <w:p w14:paraId="0E563C1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0.05353026218106513</w:t>
            </w:r>
          </w:p>
        </w:tc>
      </w:tr>
      <w:tr w:rsidR="00923354" w:rsidRPr="00314BAB" w14:paraId="4E43C9C0" w14:textId="77777777">
        <w:trPr>
          <w:cantSplit/>
          <w:jc w:val="center"/>
        </w:trPr>
        <w:tc>
          <w:tcPr>
            <w:tcW w:w="2376" w:type="dxa"/>
            <w:tcMar>
              <w:top w:w="55" w:type="dxa"/>
              <w:left w:w="75" w:type="dxa"/>
              <w:bottom w:w="55" w:type="dxa"/>
              <w:right w:w="75" w:type="dxa"/>
            </w:tcMar>
            <w:vAlign w:val="center"/>
          </w:tcPr>
          <w:p w14:paraId="6C796AB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8FF722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IL-2/STAT5 Signaling</w:t>
            </w:r>
          </w:p>
        </w:tc>
        <w:tc>
          <w:tcPr>
            <w:tcW w:w="2376" w:type="dxa"/>
            <w:tcMar>
              <w:top w:w="55" w:type="dxa"/>
              <w:left w:w="75" w:type="dxa"/>
              <w:bottom w:w="55" w:type="dxa"/>
              <w:right w:w="75" w:type="dxa"/>
            </w:tcMar>
            <w:vAlign w:val="center"/>
          </w:tcPr>
          <w:p w14:paraId="4ACB184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0.3432340085842456</w:t>
            </w:r>
          </w:p>
        </w:tc>
        <w:tc>
          <w:tcPr>
            <w:tcW w:w="2376" w:type="dxa"/>
            <w:tcMar>
              <w:top w:w="55" w:type="dxa"/>
              <w:left w:w="75" w:type="dxa"/>
              <w:bottom w:w="55" w:type="dxa"/>
              <w:right w:w="75" w:type="dxa"/>
            </w:tcMar>
            <w:vAlign w:val="center"/>
          </w:tcPr>
          <w:p w14:paraId="6C6E90D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1.5213270904002627</w:t>
            </w:r>
          </w:p>
        </w:tc>
        <w:tc>
          <w:tcPr>
            <w:tcW w:w="2376" w:type="dxa"/>
            <w:tcMar>
              <w:top w:w="55" w:type="dxa"/>
              <w:left w:w="75" w:type="dxa"/>
              <w:bottom w:w="55" w:type="dxa"/>
              <w:right w:w="75" w:type="dxa"/>
            </w:tcMar>
            <w:vAlign w:val="center"/>
          </w:tcPr>
          <w:p w14:paraId="68B855E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0.001519756838905775</w:t>
            </w:r>
          </w:p>
        </w:tc>
        <w:tc>
          <w:tcPr>
            <w:tcW w:w="2376" w:type="dxa"/>
            <w:tcMar>
              <w:top w:w="55" w:type="dxa"/>
              <w:left w:w="75" w:type="dxa"/>
              <w:bottom w:w="55" w:type="dxa"/>
              <w:right w:w="75" w:type="dxa"/>
            </w:tcMar>
            <w:vAlign w:val="center"/>
          </w:tcPr>
          <w:p w14:paraId="02C4AD9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0.050425887074950236</w:t>
            </w:r>
          </w:p>
        </w:tc>
      </w:tr>
      <w:tr w:rsidR="00923354" w:rsidRPr="00314BAB" w14:paraId="3D46A5DA" w14:textId="77777777">
        <w:trPr>
          <w:cantSplit/>
          <w:jc w:val="center"/>
        </w:trPr>
        <w:tc>
          <w:tcPr>
            <w:tcW w:w="2376" w:type="dxa"/>
            <w:tcMar>
              <w:top w:w="55" w:type="dxa"/>
              <w:left w:w="75" w:type="dxa"/>
              <w:bottom w:w="55" w:type="dxa"/>
              <w:right w:w="75" w:type="dxa"/>
            </w:tcMar>
            <w:vAlign w:val="center"/>
          </w:tcPr>
          <w:p w14:paraId="199FB36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1EB343E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Interferon Alpha Response</w:t>
            </w:r>
          </w:p>
        </w:tc>
        <w:tc>
          <w:tcPr>
            <w:tcW w:w="2376" w:type="dxa"/>
            <w:tcMar>
              <w:top w:w="55" w:type="dxa"/>
              <w:left w:w="75" w:type="dxa"/>
              <w:bottom w:w="55" w:type="dxa"/>
              <w:right w:w="75" w:type="dxa"/>
            </w:tcMar>
            <w:vAlign w:val="center"/>
          </w:tcPr>
          <w:p w14:paraId="5E41A11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0.3722751847527581</w:t>
            </w:r>
          </w:p>
        </w:tc>
        <w:tc>
          <w:tcPr>
            <w:tcW w:w="2376" w:type="dxa"/>
            <w:tcMar>
              <w:top w:w="55" w:type="dxa"/>
              <w:left w:w="75" w:type="dxa"/>
              <w:bottom w:w="55" w:type="dxa"/>
              <w:right w:w="75" w:type="dxa"/>
            </w:tcMar>
            <w:vAlign w:val="center"/>
          </w:tcPr>
          <w:p w14:paraId="16CD6F2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1.5203357265013853</w:t>
            </w:r>
          </w:p>
        </w:tc>
        <w:tc>
          <w:tcPr>
            <w:tcW w:w="2376" w:type="dxa"/>
            <w:tcMar>
              <w:top w:w="55" w:type="dxa"/>
              <w:left w:w="75" w:type="dxa"/>
              <w:bottom w:w="55" w:type="dxa"/>
              <w:right w:w="75" w:type="dxa"/>
            </w:tcMar>
            <w:vAlign w:val="center"/>
          </w:tcPr>
          <w:p w14:paraId="622D304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0.00919348098620978</w:t>
            </w:r>
          </w:p>
        </w:tc>
        <w:tc>
          <w:tcPr>
            <w:tcW w:w="2376" w:type="dxa"/>
            <w:tcMar>
              <w:top w:w="55" w:type="dxa"/>
              <w:left w:w="75" w:type="dxa"/>
              <w:bottom w:w="55" w:type="dxa"/>
              <w:right w:w="75" w:type="dxa"/>
            </w:tcMar>
            <w:vAlign w:val="center"/>
          </w:tcPr>
          <w:p w14:paraId="7AA23E8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0.04400303611762774</w:t>
            </w:r>
          </w:p>
        </w:tc>
      </w:tr>
      <w:tr w:rsidR="00923354" w:rsidRPr="00314BAB" w14:paraId="319D5CF7" w14:textId="77777777">
        <w:trPr>
          <w:cantSplit/>
          <w:jc w:val="center"/>
        </w:trPr>
        <w:tc>
          <w:tcPr>
            <w:tcW w:w="2376" w:type="dxa"/>
            <w:tcMar>
              <w:top w:w="55" w:type="dxa"/>
              <w:left w:w="75" w:type="dxa"/>
              <w:bottom w:w="55" w:type="dxa"/>
              <w:right w:w="75" w:type="dxa"/>
            </w:tcMar>
            <w:vAlign w:val="center"/>
          </w:tcPr>
          <w:p w14:paraId="5A5574F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1B75CAC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Wnt-beta Catenin Signaling</w:t>
            </w:r>
          </w:p>
        </w:tc>
        <w:tc>
          <w:tcPr>
            <w:tcW w:w="2376" w:type="dxa"/>
            <w:tcMar>
              <w:top w:w="55" w:type="dxa"/>
              <w:left w:w="75" w:type="dxa"/>
              <w:bottom w:w="55" w:type="dxa"/>
              <w:right w:w="75" w:type="dxa"/>
            </w:tcMar>
            <w:vAlign w:val="center"/>
          </w:tcPr>
          <w:p w14:paraId="10F0147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0.4294049698388979</w:t>
            </w:r>
          </w:p>
        </w:tc>
        <w:tc>
          <w:tcPr>
            <w:tcW w:w="2376" w:type="dxa"/>
            <w:tcMar>
              <w:top w:w="55" w:type="dxa"/>
              <w:left w:w="75" w:type="dxa"/>
              <w:bottom w:w="55" w:type="dxa"/>
              <w:right w:w="75" w:type="dxa"/>
            </w:tcMar>
            <w:vAlign w:val="center"/>
          </w:tcPr>
          <w:p w14:paraId="654E2EE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1.507723879584632</w:t>
            </w:r>
          </w:p>
        </w:tc>
        <w:tc>
          <w:tcPr>
            <w:tcW w:w="2376" w:type="dxa"/>
            <w:tcMar>
              <w:top w:w="55" w:type="dxa"/>
              <w:left w:w="75" w:type="dxa"/>
              <w:bottom w:w="55" w:type="dxa"/>
              <w:right w:w="75" w:type="dxa"/>
            </w:tcMar>
            <w:vAlign w:val="center"/>
          </w:tcPr>
          <w:p w14:paraId="036B83E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0.02169898430286242</w:t>
            </w:r>
          </w:p>
        </w:tc>
        <w:tc>
          <w:tcPr>
            <w:tcW w:w="2376" w:type="dxa"/>
            <w:tcMar>
              <w:top w:w="55" w:type="dxa"/>
              <w:left w:w="75" w:type="dxa"/>
              <w:bottom w:w="55" w:type="dxa"/>
              <w:right w:w="75" w:type="dxa"/>
            </w:tcMar>
            <w:vAlign w:val="center"/>
          </w:tcPr>
          <w:p w14:paraId="4EAF2EA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0.044571446944303775</w:t>
            </w:r>
          </w:p>
        </w:tc>
      </w:tr>
      <w:tr w:rsidR="00923354" w:rsidRPr="00314BAB" w14:paraId="77E9B67E" w14:textId="77777777">
        <w:trPr>
          <w:cantSplit/>
          <w:jc w:val="center"/>
        </w:trPr>
        <w:tc>
          <w:tcPr>
            <w:tcW w:w="2376" w:type="dxa"/>
            <w:tcMar>
              <w:top w:w="55" w:type="dxa"/>
              <w:left w:w="75" w:type="dxa"/>
              <w:bottom w:w="55" w:type="dxa"/>
              <w:right w:w="75" w:type="dxa"/>
            </w:tcMar>
            <w:vAlign w:val="center"/>
          </w:tcPr>
          <w:p w14:paraId="7D042E3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246E06E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Pperoxisome</w:t>
            </w:r>
          </w:p>
        </w:tc>
        <w:tc>
          <w:tcPr>
            <w:tcW w:w="2376" w:type="dxa"/>
            <w:tcMar>
              <w:top w:w="55" w:type="dxa"/>
              <w:left w:w="75" w:type="dxa"/>
              <w:bottom w:w="55" w:type="dxa"/>
              <w:right w:w="75" w:type="dxa"/>
            </w:tcMar>
            <w:vAlign w:val="center"/>
          </w:tcPr>
          <w:p w14:paraId="2C0C207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-0.31327436574450906</w:t>
            </w:r>
          </w:p>
        </w:tc>
        <w:tc>
          <w:tcPr>
            <w:tcW w:w="2376" w:type="dxa"/>
            <w:tcMar>
              <w:top w:w="55" w:type="dxa"/>
              <w:left w:w="75" w:type="dxa"/>
              <w:bottom w:w="55" w:type="dxa"/>
              <w:right w:w="75" w:type="dxa"/>
            </w:tcMar>
            <w:vAlign w:val="center"/>
          </w:tcPr>
          <w:p w14:paraId="6847414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-1.5063694759707142</w:t>
            </w:r>
          </w:p>
        </w:tc>
        <w:tc>
          <w:tcPr>
            <w:tcW w:w="2376" w:type="dxa"/>
            <w:tcMar>
              <w:top w:w="55" w:type="dxa"/>
              <w:left w:w="75" w:type="dxa"/>
              <w:bottom w:w="55" w:type="dxa"/>
              <w:right w:w="75" w:type="dxa"/>
            </w:tcMar>
            <w:vAlign w:val="center"/>
          </w:tcPr>
          <w:p w14:paraId="10A1751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0.0071174377224199285</w:t>
            </w:r>
          </w:p>
        </w:tc>
        <w:tc>
          <w:tcPr>
            <w:tcW w:w="2376" w:type="dxa"/>
            <w:tcMar>
              <w:top w:w="55" w:type="dxa"/>
              <w:left w:w="75" w:type="dxa"/>
              <w:bottom w:w="55" w:type="dxa"/>
              <w:right w:w="75" w:type="dxa"/>
            </w:tcMar>
            <w:vAlign w:val="center"/>
          </w:tcPr>
          <w:p w14:paraId="1D16348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0.049232211932950416</w:t>
            </w:r>
          </w:p>
        </w:tc>
      </w:tr>
      <w:tr w:rsidR="00923354" w:rsidRPr="00314BAB" w14:paraId="3EAEDC13" w14:textId="77777777">
        <w:trPr>
          <w:cantSplit/>
          <w:jc w:val="center"/>
        </w:trPr>
        <w:tc>
          <w:tcPr>
            <w:tcW w:w="2376" w:type="dxa"/>
            <w:tcMar>
              <w:top w:w="55" w:type="dxa"/>
              <w:left w:w="75" w:type="dxa"/>
              <w:bottom w:w="55" w:type="dxa"/>
              <w:right w:w="75" w:type="dxa"/>
            </w:tcMar>
            <w:vAlign w:val="center"/>
          </w:tcPr>
          <w:p w14:paraId="5C0AFA5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2C33553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Fatty Acid Metabolism</w:t>
            </w:r>
          </w:p>
        </w:tc>
        <w:tc>
          <w:tcPr>
            <w:tcW w:w="2376" w:type="dxa"/>
            <w:tcMar>
              <w:top w:w="55" w:type="dxa"/>
              <w:left w:w="75" w:type="dxa"/>
              <w:bottom w:w="55" w:type="dxa"/>
              <w:right w:w="75" w:type="dxa"/>
            </w:tcMar>
            <w:vAlign w:val="center"/>
          </w:tcPr>
          <w:p w14:paraId="4858145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-0.2754702962091051</w:t>
            </w:r>
          </w:p>
        </w:tc>
        <w:tc>
          <w:tcPr>
            <w:tcW w:w="2376" w:type="dxa"/>
            <w:tcMar>
              <w:top w:w="55" w:type="dxa"/>
              <w:left w:w="75" w:type="dxa"/>
              <w:bottom w:w="55" w:type="dxa"/>
              <w:right w:w="75" w:type="dxa"/>
            </w:tcMar>
            <w:vAlign w:val="center"/>
          </w:tcPr>
          <w:p w14:paraId="76120C4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-1.4558457791931319</w:t>
            </w:r>
          </w:p>
        </w:tc>
        <w:tc>
          <w:tcPr>
            <w:tcW w:w="2376" w:type="dxa"/>
            <w:tcMar>
              <w:top w:w="55" w:type="dxa"/>
              <w:left w:w="75" w:type="dxa"/>
              <w:bottom w:w="55" w:type="dxa"/>
              <w:right w:w="75" w:type="dxa"/>
            </w:tcMar>
            <w:vAlign w:val="center"/>
          </w:tcPr>
          <w:p w14:paraId="2D6DC72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0.0022271714922048997</w:t>
            </w:r>
          </w:p>
        </w:tc>
        <w:tc>
          <w:tcPr>
            <w:tcW w:w="2376" w:type="dxa"/>
            <w:tcMar>
              <w:top w:w="55" w:type="dxa"/>
              <w:left w:w="75" w:type="dxa"/>
              <w:bottom w:w="55" w:type="dxa"/>
              <w:right w:w="75" w:type="dxa"/>
            </w:tcMar>
            <w:vAlign w:val="center"/>
          </w:tcPr>
          <w:p w14:paraId="677CED7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0.05222782271193947</w:t>
            </w:r>
          </w:p>
        </w:tc>
      </w:tr>
      <w:tr w:rsidR="00923354" w:rsidRPr="00314BAB" w14:paraId="225D7F5A" w14:textId="77777777">
        <w:trPr>
          <w:cantSplit/>
          <w:jc w:val="center"/>
        </w:trPr>
        <w:tc>
          <w:tcPr>
            <w:tcW w:w="2376" w:type="dxa"/>
            <w:tcMar>
              <w:top w:w="55" w:type="dxa"/>
              <w:left w:w="75" w:type="dxa"/>
              <w:bottom w:w="55" w:type="dxa"/>
              <w:right w:w="75" w:type="dxa"/>
            </w:tcMar>
            <w:vAlign w:val="center"/>
          </w:tcPr>
          <w:p w14:paraId="553DA9A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9A35DD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Complement</w:t>
            </w:r>
          </w:p>
        </w:tc>
        <w:tc>
          <w:tcPr>
            <w:tcW w:w="2376" w:type="dxa"/>
            <w:tcMar>
              <w:top w:w="55" w:type="dxa"/>
              <w:left w:w="75" w:type="dxa"/>
              <w:bottom w:w="55" w:type="dxa"/>
              <w:right w:w="75" w:type="dxa"/>
            </w:tcMar>
            <w:vAlign w:val="center"/>
          </w:tcPr>
          <w:p w14:paraId="4B52DA1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0.32502284773375395</w:t>
            </w:r>
          </w:p>
        </w:tc>
        <w:tc>
          <w:tcPr>
            <w:tcW w:w="2376" w:type="dxa"/>
            <w:tcMar>
              <w:top w:w="55" w:type="dxa"/>
              <w:left w:w="75" w:type="dxa"/>
              <w:bottom w:w="55" w:type="dxa"/>
              <w:right w:w="75" w:type="dxa"/>
            </w:tcMar>
            <w:vAlign w:val="center"/>
          </w:tcPr>
          <w:p w14:paraId="448582E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1.4422449519910636</w:t>
            </w:r>
          </w:p>
        </w:tc>
        <w:tc>
          <w:tcPr>
            <w:tcW w:w="2376" w:type="dxa"/>
            <w:tcMar>
              <w:top w:w="55" w:type="dxa"/>
              <w:left w:w="75" w:type="dxa"/>
              <w:bottom w:w="55" w:type="dxa"/>
              <w:right w:w="75" w:type="dxa"/>
            </w:tcMar>
            <w:vAlign w:val="center"/>
          </w:tcPr>
          <w:p w14:paraId="50FC2DB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0.0061162079510703364</w:t>
            </w:r>
          </w:p>
        </w:tc>
        <w:tc>
          <w:tcPr>
            <w:tcW w:w="2376" w:type="dxa"/>
            <w:tcMar>
              <w:top w:w="55" w:type="dxa"/>
              <w:left w:w="75" w:type="dxa"/>
              <w:bottom w:w="55" w:type="dxa"/>
              <w:right w:w="75" w:type="dxa"/>
            </w:tcMar>
            <w:vAlign w:val="center"/>
          </w:tcPr>
          <w:p w14:paraId="75719B3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0.07955965321708407</w:t>
            </w:r>
          </w:p>
        </w:tc>
      </w:tr>
      <w:tr w:rsidR="00923354" w:rsidRPr="00314BAB" w14:paraId="7A952AE2" w14:textId="77777777">
        <w:trPr>
          <w:cantSplit/>
          <w:jc w:val="center"/>
        </w:trPr>
        <w:tc>
          <w:tcPr>
            <w:tcW w:w="2376" w:type="dxa"/>
            <w:tcMar>
              <w:top w:w="55" w:type="dxa"/>
              <w:left w:w="75" w:type="dxa"/>
              <w:bottom w:w="55" w:type="dxa"/>
              <w:right w:w="75" w:type="dxa"/>
            </w:tcMar>
            <w:vAlign w:val="center"/>
          </w:tcPr>
          <w:p w14:paraId="77EB73D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1EC7D84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Hypoxia</w:t>
            </w:r>
          </w:p>
        </w:tc>
        <w:tc>
          <w:tcPr>
            <w:tcW w:w="2376" w:type="dxa"/>
            <w:tcMar>
              <w:top w:w="55" w:type="dxa"/>
              <w:left w:w="75" w:type="dxa"/>
              <w:bottom w:w="55" w:type="dxa"/>
              <w:right w:w="75" w:type="dxa"/>
            </w:tcMar>
            <w:vAlign w:val="center"/>
          </w:tcPr>
          <w:p w14:paraId="73C0AEB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0.3255093489244562</w:t>
            </w:r>
          </w:p>
        </w:tc>
        <w:tc>
          <w:tcPr>
            <w:tcW w:w="2376" w:type="dxa"/>
            <w:tcMar>
              <w:top w:w="55" w:type="dxa"/>
              <w:left w:w="75" w:type="dxa"/>
              <w:bottom w:w="55" w:type="dxa"/>
              <w:right w:w="75" w:type="dxa"/>
            </w:tcMar>
            <w:vAlign w:val="center"/>
          </w:tcPr>
          <w:p w14:paraId="41FCD3D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1.4392138144892892</w:t>
            </w:r>
          </w:p>
        </w:tc>
        <w:tc>
          <w:tcPr>
            <w:tcW w:w="2376" w:type="dxa"/>
            <w:tcMar>
              <w:top w:w="55" w:type="dxa"/>
              <w:left w:w="75" w:type="dxa"/>
              <w:bottom w:w="55" w:type="dxa"/>
              <w:right w:w="75" w:type="dxa"/>
            </w:tcMar>
            <w:vAlign w:val="center"/>
          </w:tcPr>
          <w:p w14:paraId="1B58B68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0.00843558282208589</w:t>
            </w:r>
          </w:p>
        </w:tc>
        <w:tc>
          <w:tcPr>
            <w:tcW w:w="2376" w:type="dxa"/>
            <w:tcMar>
              <w:top w:w="55" w:type="dxa"/>
              <w:left w:w="75" w:type="dxa"/>
              <w:bottom w:w="55" w:type="dxa"/>
              <w:right w:w="75" w:type="dxa"/>
            </w:tcMar>
            <w:vAlign w:val="center"/>
          </w:tcPr>
          <w:p w14:paraId="355E37F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0.07382221257646274</w:t>
            </w:r>
          </w:p>
        </w:tc>
      </w:tr>
      <w:tr w:rsidR="00923354" w:rsidRPr="00314BAB" w14:paraId="29203BA1" w14:textId="77777777">
        <w:trPr>
          <w:cantSplit/>
          <w:jc w:val="center"/>
        </w:trPr>
        <w:tc>
          <w:tcPr>
            <w:tcW w:w="2376" w:type="dxa"/>
            <w:tcMar>
              <w:top w:w="55" w:type="dxa"/>
              <w:left w:w="75" w:type="dxa"/>
              <w:bottom w:w="55" w:type="dxa"/>
              <w:right w:w="75" w:type="dxa"/>
            </w:tcMar>
            <w:vAlign w:val="center"/>
          </w:tcPr>
          <w:p w14:paraId="479B167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23BA92F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Mitotic Spindle</w:t>
            </w:r>
          </w:p>
        </w:tc>
        <w:tc>
          <w:tcPr>
            <w:tcW w:w="2376" w:type="dxa"/>
            <w:tcMar>
              <w:top w:w="55" w:type="dxa"/>
              <w:left w:w="75" w:type="dxa"/>
              <w:bottom w:w="55" w:type="dxa"/>
              <w:right w:w="75" w:type="dxa"/>
            </w:tcMar>
            <w:vAlign w:val="center"/>
          </w:tcPr>
          <w:p w14:paraId="47A4507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0.30849678759981747</w:t>
            </w:r>
          </w:p>
        </w:tc>
        <w:tc>
          <w:tcPr>
            <w:tcW w:w="2376" w:type="dxa"/>
            <w:tcMar>
              <w:top w:w="55" w:type="dxa"/>
              <w:left w:w="75" w:type="dxa"/>
              <w:bottom w:w="55" w:type="dxa"/>
              <w:right w:w="75" w:type="dxa"/>
            </w:tcMar>
            <w:vAlign w:val="center"/>
          </w:tcPr>
          <w:p w14:paraId="05AEC29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1.3830890760535488</w:t>
            </w:r>
          </w:p>
        </w:tc>
        <w:tc>
          <w:tcPr>
            <w:tcW w:w="2376" w:type="dxa"/>
            <w:tcMar>
              <w:top w:w="55" w:type="dxa"/>
              <w:left w:w="75" w:type="dxa"/>
              <w:bottom w:w="55" w:type="dxa"/>
              <w:right w:w="75" w:type="dxa"/>
            </w:tcMar>
            <w:vAlign w:val="center"/>
          </w:tcPr>
          <w:p w14:paraId="1C6ADB0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0.01720269259536275</w:t>
            </w:r>
          </w:p>
        </w:tc>
        <w:tc>
          <w:tcPr>
            <w:tcW w:w="2376" w:type="dxa"/>
            <w:tcMar>
              <w:top w:w="55" w:type="dxa"/>
              <w:left w:w="75" w:type="dxa"/>
              <w:bottom w:w="55" w:type="dxa"/>
              <w:right w:w="75" w:type="dxa"/>
            </w:tcMar>
            <w:vAlign w:val="center"/>
          </w:tcPr>
          <w:p w14:paraId="4A61E87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0.11583680251842011</w:t>
            </w:r>
          </w:p>
        </w:tc>
      </w:tr>
      <w:tr w:rsidR="00923354" w:rsidRPr="00314BAB" w14:paraId="4AD51086" w14:textId="77777777">
        <w:trPr>
          <w:cantSplit/>
          <w:jc w:val="center"/>
        </w:trPr>
        <w:tc>
          <w:tcPr>
            <w:tcW w:w="2376" w:type="dxa"/>
            <w:tcMar>
              <w:top w:w="55" w:type="dxa"/>
              <w:left w:w="75" w:type="dxa"/>
              <w:bottom w:w="55" w:type="dxa"/>
              <w:right w:w="75" w:type="dxa"/>
            </w:tcMar>
            <w:vAlign w:val="center"/>
          </w:tcPr>
          <w:p w14:paraId="549C68E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F704DF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IL-6/JAK/STAT3 Signaling</w:t>
            </w:r>
          </w:p>
        </w:tc>
        <w:tc>
          <w:tcPr>
            <w:tcW w:w="2376" w:type="dxa"/>
            <w:tcMar>
              <w:top w:w="55" w:type="dxa"/>
              <w:left w:w="75" w:type="dxa"/>
              <w:bottom w:w="55" w:type="dxa"/>
              <w:right w:w="75" w:type="dxa"/>
            </w:tcMar>
            <w:vAlign w:val="center"/>
          </w:tcPr>
          <w:p w14:paraId="626BC87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0.35087916966031585</w:t>
            </w:r>
          </w:p>
        </w:tc>
        <w:tc>
          <w:tcPr>
            <w:tcW w:w="2376" w:type="dxa"/>
            <w:tcMar>
              <w:top w:w="55" w:type="dxa"/>
              <w:left w:w="75" w:type="dxa"/>
              <w:bottom w:w="55" w:type="dxa"/>
              <w:right w:w="75" w:type="dxa"/>
            </w:tcMar>
            <w:vAlign w:val="center"/>
          </w:tcPr>
          <w:p w14:paraId="5BF7090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1.3817974223548173</w:t>
            </w:r>
          </w:p>
        </w:tc>
        <w:tc>
          <w:tcPr>
            <w:tcW w:w="2376" w:type="dxa"/>
            <w:tcMar>
              <w:top w:w="55" w:type="dxa"/>
              <w:left w:w="75" w:type="dxa"/>
              <w:bottom w:w="55" w:type="dxa"/>
              <w:right w:w="75" w:type="dxa"/>
            </w:tcMar>
            <w:vAlign w:val="center"/>
          </w:tcPr>
          <w:p w14:paraId="2F220C1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0.03875968992248062</w:t>
            </w:r>
          </w:p>
        </w:tc>
        <w:tc>
          <w:tcPr>
            <w:tcW w:w="2376" w:type="dxa"/>
            <w:tcMar>
              <w:top w:w="55" w:type="dxa"/>
              <w:left w:w="75" w:type="dxa"/>
              <w:bottom w:w="55" w:type="dxa"/>
              <w:right w:w="75" w:type="dxa"/>
            </w:tcMar>
            <w:vAlign w:val="center"/>
          </w:tcPr>
          <w:p w14:paraId="4835965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0.1075502182353083</w:t>
            </w:r>
          </w:p>
        </w:tc>
      </w:tr>
      <w:tr w:rsidR="00923354" w:rsidRPr="00314BAB" w14:paraId="2E02AC2D" w14:textId="77777777">
        <w:trPr>
          <w:cantSplit/>
          <w:jc w:val="center"/>
        </w:trPr>
        <w:tc>
          <w:tcPr>
            <w:tcW w:w="2376" w:type="dxa"/>
            <w:tcMar>
              <w:top w:w="55" w:type="dxa"/>
              <w:left w:w="75" w:type="dxa"/>
              <w:bottom w:w="55" w:type="dxa"/>
              <w:right w:w="75" w:type="dxa"/>
            </w:tcMar>
            <w:vAlign w:val="center"/>
          </w:tcPr>
          <w:p w14:paraId="6AE7AFC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554E7F7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Apical Junction</w:t>
            </w:r>
          </w:p>
        </w:tc>
        <w:tc>
          <w:tcPr>
            <w:tcW w:w="2376" w:type="dxa"/>
            <w:tcMar>
              <w:top w:w="55" w:type="dxa"/>
              <w:left w:w="75" w:type="dxa"/>
              <w:bottom w:w="55" w:type="dxa"/>
              <w:right w:w="75" w:type="dxa"/>
            </w:tcMar>
            <w:vAlign w:val="center"/>
          </w:tcPr>
          <w:p w14:paraId="3F7CD7E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0.3066017564587628</w:t>
            </w:r>
          </w:p>
        </w:tc>
        <w:tc>
          <w:tcPr>
            <w:tcW w:w="2376" w:type="dxa"/>
            <w:tcMar>
              <w:top w:w="55" w:type="dxa"/>
              <w:left w:w="75" w:type="dxa"/>
              <w:bottom w:w="55" w:type="dxa"/>
              <w:right w:w="75" w:type="dxa"/>
            </w:tcMar>
            <w:vAlign w:val="center"/>
          </w:tcPr>
          <w:p w14:paraId="3374042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1.363851862096339</w:t>
            </w:r>
          </w:p>
        </w:tc>
        <w:tc>
          <w:tcPr>
            <w:tcW w:w="2376" w:type="dxa"/>
            <w:tcMar>
              <w:top w:w="55" w:type="dxa"/>
              <w:left w:w="75" w:type="dxa"/>
              <w:bottom w:w="55" w:type="dxa"/>
              <w:right w:w="75" w:type="dxa"/>
            </w:tcMar>
            <w:vAlign w:val="center"/>
          </w:tcPr>
          <w:p w14:paraId="04CF0A7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0.02593984962406015</w:t>
            </w:r>
          </w:p>
        </w:tc>
        <w:tc>
          <w:tcPr>
            <w:tcW w:w="2376" w:type="dxa"/>
            <w:tcMar>
              <w:top w:w="55" w:type="dxa"/>
              <w:left w:w="75" w:type="dxa"/>
              <w:bottom w:w="55" w:type="dxa"/>
              <w:right w:w="75" w:type="dxa"/>
            </w:tcMar>
            <w:vAlign w:val="center"/>
          </w:tcPr>
          <w:p w14:paraId="15D1D5C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0.11804925644179062</w:t>
            </w:r>
          </w:p>
        </w:tc>
      </w:tr>
      <w:tr w:rsidR="00923354" w:rsidRPr="00314BAB" w14:paraId="2B01ACB3" w14:textId="77777777">
        <w:trPr>
          <w:cantSplit/>
          <w:jc w:val="center"/>
        </w:trPr>
        <w:tc>
          <w:tcPr>
            <w:tcW w:w="2376" w:type="dxa"/>
            <w:tcMar>
              <w:top w:w="55" w:type="dxa"/>
              <w:left w:w="75" w:type="dxa"/>
              <w:bottom w:w="55" w:type="dxa"/>
              <w:right w:w="75" w:type="dxa"/>
            </w:tcMar>
            <w:vAlign w:val="center"/>
          </w:tcPr>
          <w:p w14:paraId="37940A5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455EB80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G2-M Checkpoint</w:t>
            </w:r>
          </w:p>
        </w:tc>
        <w:tc>
          <w:tcPr>
            <w:tcW w:w="2376" w:type="dxa"/>
            <w:tcMar>
              <w:top w:w="55" w:type="dxa"/>
              <w:left w:w="75" w:type="dxa"/>
              <w:bottom w:w="55" w:type="dxa"/>
              <w:right w:w="75" w:type="dxa"/>
            </w:tcMar>
            <w:vAlign w:val="center"/>
          </w:tcPr>
          <w:p w14:paraId="5DC7A6E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0.2938445028545276</w:t>
            </w:r>
          </w:p>
        </w:tc>
        <w:tc>
          <w:tcPr>
            <w:tcW w:w="2376" w:type="dxa"/>
            <w:tcMar>
              <w:top w:w="55" w:type="dxa"/>
              <w:left w:w="75" w:type="dxa"/>
              <w:bottom w:w="55" w:type="dxa"/>
              <w:right w:w="75" w:type="dxa"/>
            </w:tcMar>
            <w:vAlign w:val="center"/>
          </w:tcPr>
          <w:p w14:paraId="4F5A15F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1.324275511346497</w:t>
            </w:r>
          </w:p>
        </w:tc>
        <w:tc>
          <w:tcPr>
            <w:tcW w:w="2376" w:type="dxa"/>
            <w:tcMar>
              <w:top w:w="55" w:type="dxa"/>
              <w:left w:w="75" w:type="dxa"/>
              <w:bottom w:w="55" w:type="dxa"/>
              <w:right w:w="75" w:type="dxa"/>
            </w:tcMar>
            <w:vAlign w:val="center"/>
          </w:tcPr>
          <w:p w14:paraId="4E09E48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0.0424652386320932</w:t>
            </w:r>
          </w:p>
        </w:tc>
        <w:tc>
          <w:tcPr>
            <w:tcW w:w="2376" w:type="dxa"/>
            <w:tcMar>
              <w:top w:w="55" w:type="dxa"/>
              <w:left w:w="75" w:type="dxa"/>
              <w:bottom w:w="55" w:type="dxa"/>
              <w:right w:w="75" w:type="dxa"/>
            </w:tcMar>
            <w:vAlign w:val="center"/>
          </w:tcPr>
          <w:p w14:paraId="6C91A8B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0.15596274440230168</w:t>
            </w:r>
          </w:p>
        </w:tc>
      </w:tr>
      <w:tr w:rsidR="00923354" w:rsidRPr="00314BAB" w14:paraId="6F3AC4DE" w14:textId="77777777">
        <w:trPr>
          <w:cantSplit/>
          <w:jc w:val="center"/>
        </w:trPr>
        <w:tc>
          <w:tcPr>
            <w:tcW w:w="2376" w:type="dxa"/>
            <w:tcMar>
              <w:top w:w="55" w:type="dxa"/>
              <w:left w:w="75" w:type="dxa"/>
              <w:bottom w:w="55" w:type="dxa"/>
              <w:right w:w="75" w:type="dxa"/>
            </w:tcMar>
            <w:vAlign w:val="center"/>
          </w:tcPr>
          <w:p w14:paraId="7A4B286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05A5F1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E2F Targets</w:t>
            </w:r>
          </w:p>
        </w:tc>
        <w:tc>
          <w:tcPr>
            <w:tcW w:w="2376" w:type="dxa"/>
            <w:tcMar>
              <w:top w:w="55" w:type="dxa"/>
              <w:left w:w="75" w:type="dxa"/>
              <w:bottom w:w="55" w:type="dxa"/>
              <w:right w:w="75" w:type="dxa"/>
            </w:tcMar>
            <w:vAlign w:val="center"/>
          </w:tcPr>
          <w:p w14:paraId="15FF0DD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0.2942457930196894</w:t>
            </w:r>
          </w:p>
        </w:tc>
        <w:tc>
          <w:tcPr>
            <w:tcW w:w="2376" w:type="dxa"/>
            <w:tcMar>
              <w:top w:w="55" w:type="dxa"/>
              <w:left w:w="75" w:type="dxa"/>
              <w:bottom w:w="55" w:type="dxa"/>
              <w:right w:w="75" w:type="dxa"/>
            </w:tcMar>
            <w:vAlign w:val="center"/>
          </w:tcPr>
          <w:p w14:paraId="74C296B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1.318592444670019</w:t>
            </w:r>
          </w:p>
        </w:tc>
        <w:tc>
          <w:tcPr>
            <w:tcW w:w="2376" w:type="dxa"/>
            <w:tcMar>
              <w:top w:w="55" w:type="dxa"/>
              <w:left w:w="75" w:type="dxa"/>
              <w:bottom w:w="55" w:type="dxa"/>
              <w:right w:w="75" w:type="dxa"/>
            </w:tcMar>
            <w:vAlign w:val="center"/>
          </w:tcPr>
          <w:p w14:paraId="681CF1B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0.029023746701846966</w:t>
            </w:r>
          </w:p>
        </w:tc>
        <w:tc>
          <w:tcPr>
            <w:tcW w:w="2376" w:type="dxa"/>
            <w:tcMar>
              <w:top w:w="55" w:type="dxa"/>
              <w:left w:w="75" w:type="dxa"/>
              <w:bottom w:w="55" w:type="dxa"/>
              <w:right w:w="75" w:type="dxa"/>
            </w:tcMar>
            <w:vAlign w:val="center"/>
          </w:tcPr>
          <w:p w14:paraId="3972412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0.15345331586379116</w:t>
            </w:r>
          </w:p>
        </w:tc>
      </w:tr>
      <w:tr w:rsidR="00923354" w:rsidRPr="00314BAB" w14:paraId="4AD21184" w14:textId="77777777">
        <w:trPr>
          <w:cantSplit/>
          <w:jc w:val="center"/>
        </w:trPr>
        <w:tc>
          <w:tcPr>
            <w:tcW w:w="2376" w:type="dxa"/>
            <w:tcMar>
              <w:top w:w="55" w:type="dxa"/>
              <w:left w:w="75" w:type="dxa"/>
              <w:bottom w:w="55" w:type="dxa"/>
              <w:right w:w="75" w:type="dxa"/>
            </w:tcMar>
            <w:vAlign w:val="center"/>
          </w:tcPr>
          <w:p w14:paraId="3C9F65F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4A17B58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mTORC1 Signaling</w:t>
            </w:r>
          </w:p>
        </w:tc>
        <w:tc>
          <w:tcPr>
            <w:tcW w:w="2376" w:type="dxa"/>
            <w:tcMar>
              <w:top w:w="55" w:type="dxa"/>
              <w:left w:w="75" w:type="dxa"/>
              <w:bottom w:w="55" w:type="dxa"/>
              <w:right w:w="75" w:type="dxa"/>
            </w:tcMar>
            <w:vAlign w:val="center"/>
          </w:tcPr>
          <w:p w14:paraId="0A9C057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0.2864757266460994</w:t>
            </w:r>
          </w:p>
        </w:tc>
        <w:tc>
          <w:tcPr>
            <w:tcW w:w="2376" w:type="dxa"/>
            <w:tcMar>
              <w:top w:w="55" w:type="dxa"/>
              <w:left w:w="75" w:type="dxa"/>
              <w:bottom w:w="55" w:type="dxa"/>
              <w:right w:w="75" w:type="dxa"/>
            </w:tcMar>
            <w:vAlign w:val="center"/>
          </w:tcPr>
          <w:p w14:paraId="1E8A5EA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1.2888915396680385</w:t>
            </w:r>
          </w:p>
        </w:tc>
        <w:tc>
          <w:tcPr>
            <w:tcW w:w="2376" w:type="dxa"/>
            <w:tcMar>
              <w:top w:w="55" w:type="dxa"/>
              <w:left w:w="75" w:type="dxa"/>
              <w:bottom w:w="55" w:type="dxa"/>
              <w:right w:w="75" w:type="dxa"/>
            </w:tcMar>
            <w:vAlign w:val="center"/>
          </w:tcPr>
          <w:p w14:paraId="3D5DFDE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0.04984779299847793</w:t>
            </w:r>
          </w:p>
        </w:tc>
        <w:tc>
          <w:tcPr>
            <w:tcW w:w="2376" w:type="dxa"/>
            <w:tcMar>
              <w:top w:w="55" w:type="dxa"/>
              <w:left w:w="75" w:type="dxa"/>
              <w:bottom w:w="55" w:type="dxa"/>
              <w:right w:w="75" w:type="dxa"/>
            </w:tcMar>
            <w:vAlign w:val="center"/>
          </w:tcPr>
          <w:p w14:paraId="59E1E9C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0.18531915406689334</w:t>
            </w:r>
          </w:p>
        </w:tc>
      </w:tr>
      <w:tr w:rsidR="00923354" w:rsidRPr="00314BAB" w14:paraId="783DD77A" w14:textId="77777777">
        <w:trPr>
          <w:cantSplit/>
          <w:jc w:val="center"/>
        </w:trPr>
        <w:tc>
          <w:tcPr>
            <w:tcW w:w="2376" w:type="dxa"/>
            <w:tcMar>
              <w:top w:w="55" w:type="dxa"/>
              <w:left w:w="75" w:type="dxa"/>
              <w:bottom w:w="55" w:type="dxa"/>
              <w:right w:w="75" w:type="dxa"/>
            </w:tcMar>
            <w:vAlign w:val="center"/>
          </w:tcPr>
          <w:p w14:paraId="77F6E4D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55B52D6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KRAS Signaling Dn</w:t>
            </w:r>
          </w:p>
        </w:tc>
        <w:tc>
          <w:tcPr>
            <w:tcW w:w="2376" w:type="dxa"/>
            <w:tcMar>
              <w:top w:w="55" w:type="dxa"/>
              <w:left w:w="75" w:type="dxa"/>
              <w:bottom w:w="55" w:type="dxa"/>
              <w:right w:w="75" w:type="dxa"/>
            </w:tcMar>
            <w:vAlign w:val="center"/>
          </w:tcPr>
          <w:p w14:paraId="229B651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0.2964650946168866</w:t>
            </w:r>
          </w:p>
        </w:tc>
        <w:tc>
          <w:tcPr>
            <w:tcW w:w="2376" w:type="dxa"/>
            <w:tcMar>
              <w:top w:w="55" w:type="dxa"/>
              <w:left w:w="75" w:type="dxa"/>
              <w:bottom w:w="55" w:type="dxa"/>
              <w:right w:w="75" w:type="dxa"/>
            </w:tcMar>
            <w:vAlign w:val="center"/>
          </w:tcPr>
          <w:p w14:paraId="3E82F92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1.2477411057967154</w:t>
            </w:r>
          </w:p>
        </w:tc>
        <w:tc>
          <w:tcPr>
            <w:tcW w:w="2376" w:type="dxa"/>
            <w:tcMar>
              <w:top w:w="55" w:type="dxa"/>
              <w:left w:w="75" w:type="dxa"/>
              <w:bottom w:w="55" w:type="dxa"/>
              <w:right w:w="75" w:type="dxa"/>
            </w:tcMar>
            <w:vAlign w:val="center"/>
          </w:tcPr>
          <w:p w14:paraId="419E25E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0.10940654016955995</w:t>
            </w:r>
          </w:p>
        </w:tc>
        <w:tc>
          <w:tcPr>
            <w:tcW w:w="2376" w:type="dxa"/>
            <w:tcMar>
              <w:top w:w="55" w:type="dxa"/>
              <w:left w:w="75" w:type="dxa"/>
              <w:bottom w:w="55" w:type="dxa"/>
              <w:right w:w="75" w:type="dxa"/>
            </w:tcMar>
            <w:vAlign w:val="center"/>
          </w:tcPr>
          <w:p w14:paraId="6B21516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0.24566425475396458</w:t>
            </w:r>
          </w:p>
        </w:tc>
      </w:tr>
      <w:tr w:rsidR="00923354" w:rsidRPr="00314BAB" w14:paraId="38A0B46E" w14:textId="77777777">
        <w:trPr>
          <w:cantSplit/>
          <w:jc w:val="center"/>
        </w:trPr>
        <w:tc>
          <w:tcPr>
            <w:tcW w:w="2376" w:type="dxa"/>
            <w:tcMar>
              <w:top w:w="55" w:type="dxa"/>
              <w:left w:w="75" w:type="dxa"/>
              <w:bottom w:w="55" w:type="dxa"/>
              <w:right w:w="75" w:type="dxa"/>
            </w:tcMar>
            <w:vAlign w:val="center"/>
          </w:tcPr>
          <w:p w14:paraId="7780608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1303E29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KRAS Signaling Up</w:t>
            </w:r>
          </w:p>
        </w:tc>
        <w:tc>
          <w:tcPr>
            <w:tcW w:w="2376" w:type="dxa"/>
            <w:tcMar>
              <w:top w:w="55" w:type="dxa"/>
              <w:left w:w="75" w:type="dxa"/>
              <w:bottom w:w="55" w:type="dxa"/>
              <w:right w:w="75" w:type="dxa"/>
            </w:tcMar>
            <w:vAlign w:val="center"/>
          </w:tcPr>
          <w:p w14:paraId="1718F36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0.27837388897750487</w:t>
            </w:r>
          </w:p>
        </w:tc>
        <w:tc>
          <w:tcPr>
            <w:tcW w:w="2376" w:type="dxa"/>
            <w:tcMar>
              <w:top w:w="55" w:type="dxa"/>
              <w:left w:w="75" w:type="dxa"/>
              <w:bottom w:w="55" w:type="dxa"/>
              <w:right w:w="75" w:type="dxa"/>
            </w:tcMar>
            <w:vAlign w:val="center"/>
          </w:tcPr>
          <w:p w14:paraId="333E9ED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1.2446566645061587</w:t>
            </w:r>
          </w:p>
        </w:tc>
        <w:tc>
          <w:tcPr>
            <w:tcW w:w="2376" w:type="dxa"/>
            <w:tcMar>
              <w:top w:w="55" w:type="dxa"/>
              <w:left w:w="75" w:type="dxa"/>
              <w:bottom w:w="55" w:type="dxa"/>
              <w:right w:w="75" w:type="dxa"/>
            </w:tcMar>
            <w:vAlign w:val="center"/>
          </w:tcPr>
          <w:p w14:paraId="04618C6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0.0813777441332324</w:t>
            </w:r>
          </w:p>
        </w:tc>
        <w:tc>
          <w:tcPr>
            <w:tcW w:w="2376" w:type="dxa"/>
            <w:tcMar>
              <w:top w:w="55" w:type="dxa"/>
              <w:left w:w="75" w:type="dxa"/>
              <w:bottom w:w="55" w:type="dxa"/>
              <w:right w:w="75" w:type="dxa"/>
            </w:tcMar>
            <w:vAlign w:val="center"/>
          </w:tcPr>
          <w:p w14:paraId="2D55336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0.2379465964312476</w:t>
            </w:r>
          </w:p>
        </w:tc>
      </w:tr>
      <w:tr w:rsidR="00923354" w:rsidRPr="00314BAB" w14:paraId="7587E81A" w14:textId="77777777">
        <w:trPr>
          <w:cantSplit/>
          <w:jc w:val="center"/>
        </w:trPr>
        <w:tc>
          <w:tcPr>
            <w:tcW w:w="2376" w:type="dxa"/>
            <w:tcMar>
              <w:top w:w="55" w:type="dxa"/>
              <w:left w:w="75" w:type="dxa"/>
              <w:bottom w:w="55" w:type="dxa"/>
              <w:right w:w="75" w:type="dxa"/>
            </w:tcMar>
            <w:vAlign w:val="center"/>
          </w:tcPr>
          <w:p w14:paraId="0836AF8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4F8F0D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Reactive Oxygen Species Pathway</w:t>
            </w:r>
          </w:p>
        </w:tc>
        <w:tc>
          <w:tcPr>
            <w:tcW w:w="2376" w:type="dxa"/>
            <w:tcMar>
              <w:top w:w="55" w:type="dxa"/>
              <w:left w:w="75" w:type="dxa"/>
              <w:bottom w:w="55" w:type="dxa"/>
              <w:right w:w="75" w:type="dxa"/>
            </w:tcMar>
            <w:vAlign w:val="center"/>
          </w:tcPr>
          <w:p w14:paraId="4D3D1CC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-0.29276293981508533</w:t>
            </w:r>
          </w:p>
        </w:tc>
        <w:tc>
          <w:tcPr>
            <w:tcW w:w="2376" w:type="dxa"/>
            <w:tcMar>
              <w:top w:w="55" w:type="dxa"/>
              <w:left w:w="75" w:type="dxa"/>
              <w:bottom w:w="55" w:type="dxa"/>
              <w:right w:w="75" w:type="dxa"/>
            </w:tcMar>
            <w:vAlign w:val="center"/>
          </w:tcPr>
          <w:p w14:paraId="3C8718D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-1.244421493050226</w:t>
            </w:r>
          </w:p>
        </w:tc>
        <w:tc>
          <w:tcPr>
            <w:tcW w:w="2376" w:type="dxa"/>
            <w:tcMar>
              <w:top w:w="55" w:type="dxa"/>
              <w:left w:w="75" w:type="dxa"/>
              <w:bottom w:w="55" w:type="dxa"/>
              <w:right w:w="75" w:type="dxa"/>
            </w:tcMar>
            <w:vAlign w:val="center"/>
          </w:tcPr>
          <w:p w14:paraId="25D0388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0.12578616352201258</w:t>
            </w:r>
          </w:p>
        </w:tc>
        <w:tc>
          <w:tcPr>
            <w:tcW w:w="2376" w:type="dxa"/>
            <w:tcMar>
              <w:top w:w="55" w:type="dxa"/>
              <w:left w:w="75" w:type="dxa"/>
              <w:bottom w:w="55" w:type="dxa"/>
              <w:right w:w="75" w:type="dxa"/>
            </w:tcMar>
            <w:vAlign w:val="center"/>
          </w:tcPr>
          <w:p w14:paraId="4014B59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0.20679482671042862</w:t>
            </w:r>
          </w:p>
        </w:tc>
      </w:tr>
      <w:tr w:rsidR="00923354" w:rsidRPr="00314BAB" w14:paraId="0F63434B" w14:textId="77777777">
        <w:trPr>
          <w:cantSplit/>
          <w:jc w:val="center"/>
        </w:trPr>
        <w:tc>
          <w:tcPr>
            <w:tcW w:w="2376" w:type="dxa"/>
            <w:tcMar>
              <w:top w:w="55" w:type="dxa"/>
              <w:left w:w="75" w:type="dxa"/>
              <w:bottom w:w="55" w:type="dxa"/>
              <w:right w:w="75" w:type="dxa"/>
            </w:tcMar>
            <w:vAlign w:val="center"/>
          </w:tcPr>
          <w:p w14:paraId="79E023C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26C89C2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Hedgehog Signaling</w:t>
            </w:r>
          </w:p>
        </w:tc>
        <w:tc>
          <w:tcPr>
            <w:tcW w:w="2376" w:type="dxa"/>
            <w:tcMar>
              <w:top w:w="55" w:type="dxa"/>
              <w:left w:w="75" w:type="dxa"/>
              <w:bottom w:w="55" w:type="dxa"/>
              <w:right w:w="75" w:type="dxa"/>
            </w:tcMar>
            <w:vAlign w:val="center"/>
          </w:tcPr>
          <w:p w14:paraId="791A389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0.3600354476773481</w:t>
            </w:r>
          </w:p>
        </w:tc>
        <w:tc>
          <w:tcPr>
            <w:tcW w:w="2376" w:type="dxa"/>
            <w:tcMar>
              <w:top w:w="55" w:type="dxa"/>
              <w:left w:w="75" w:type="dxa"/>
              <w:bottom w:w="55" w:type="dxa"/>
              <w:right w:w="75" w:type="dxa"/>
            </w:tcMar>
            <w:vAlign w:val="center"/>
          </w:tcPr>
          <w:p w14:paraId="7DF9BED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1.2039720078669598</w:t>
            </w:r>
          </w:p>
        </w:tc>
        <w:tc>
          <w:tcPr>
            <w:tcW w:w="2376" w:type="dxa"/>
            <w:tcMar>
              <w:top w:w="55" w:type="dxa"/>
              <w:left w:w="75" w:type="dxa"/>
              <w:bottom w:w="55" w:type="dxa"/>
              <w:right w:w="75" w:type="dxa"/>
            </w:tcMar>
            <w:vAlign w:val="center"/>
          </w:tcPr>
          <w:p w14:paraId="711B0A9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0.21219395103216515</w:t>
            </w:r>
          </w:p>
        </w:tc>
        <w:tc>
          <w:tcPr>
            <w:tcW w:w="2376" w:type="dxa"/>
            <w:tcMar>
              <w:top w:w="55" w:type="dxa"/>
              <w:left w:w="75" w:type="dxa"/>
              <w:bottom w:w="55" w:type="dxa"/>
              <w:right w:w="75" w:type="dxa"/>
            </w:tcMar>
            <w:vAlign w:val="center"/>
          </w:tcPr>
          <w:p w14:paraId="3572C7A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0.30687053063945885</w:t>
            </w:r>
          </w:p>
        </w:tc>
      </w:tr>
      <w:tr w:rsidR="00923354" w:rsidRPr="00314BAB" w14:paraId="58AFF34E" w14:textId="77777777">
        <w:trPr>
          <w:cantSplit/>
          <w:jc w:val="center"/>
        </w:trPr>
        <w:tc>
          <w:tcPr>
            <w:tcW w:w="2376" w:type="dxa"/>
            <w:tcMar>
              <w:top w:w="55" w:type="dxa"/>
              <w:left w:w="75" w:type="dxa"/>
              <w:bottom w:w="55" w:type="dxa"/>
              <w:right w:w="75" w:type="dxa"/>
            </w:tcMar>
            <w:vAlign w:val="center"/>
          </w:tcPr>
          <w:p w14:paraId="6E1948F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5B1233A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UV Response Up</w:t>
            </w:r>
          </w:p>
        </w:tc>
        <w:tc>
          <w:tcPr>
            <w:tcW w:w="2376" w:type="dxa"/>
            <w:tcMar>
              <w:top w:w="55" w:type="dxa"/>
              <w:left w:w="75" w:type="dxa"/>
              <w:bottom w:w="55" w:type="dxa"/>
              <w:right w:w="75" w:type="dxa"/>
            </w:tcMar>
            <w:vAlign w:val="center"/>
          </w:tcPr>
          <w:p w14:paraId="64557A5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0.27582419954605797</w:t>
            </w:r>
          </w:p>
        </w:tc>
        <w:tc>
          <w:tcPr>
            <w:tcW w:w="2376" w:type="dxa"/>
            <w:tcMar>
              <w:top w:w="55" w:type="dxa"/>
              <w:left w:w="75" w:type="dxa"/>
              <w:bottom w:w="55" w:type="dxa"/>
              <w:right w:w="75" w:type="dxa"/>
            </w:tcMar>
            <w:vAlign w:val="center"/>
          </w:tcPr>
          <w:p w14:paraId="3E435D8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1.198713735390064</w:t>
            </w:r>
          </w:p>
        </w:tc>
        <w:tc>
          <w:tcPr>
            <w:tcW w:w="2376" w:type="dxa"/>
            <w:tcMar>
              <w:top w:w="55" w:type="dxa"/>
              <w:left w:w="75" w:type="dxa"/>
              <w:bottom w:w="55" w:type="dxa"/>
              <w:right w:w="75" w:type="dxa"/>
            </w:tcMar>
            <w:vAlign w:val="center"/>
          </w:tcPr>
          <w:p w14:paraId="396802E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0.13947990543735225</w:t>
            </w:r>
          </w:p>
        </w:tc>
        <w:tc>
          <w:tcPr>
            <w:tcW w:w="2376" w:type="dxa"/>
            <w:tcMar>
              <w:top w:w="55" w:type="dxa"/>
              <w:left w:w="75" w:type="dxa"/>
              <w:bottom w:w="55" w:type="dxa"/>
              <w:right w:w="75" w:type="dxa"/>
            </w:tcMar>
            <w:vAlign w:val="center"/>
          </w:tcPr>
          <w:p w14:paraId="6643F8E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0.30271608510775116</w:t>
            </w:r>
          </w:p>
        </w:tc>
      </w:tr>
      <w:tr w:rsidR="00923354" w:rsidRPr="00314BAB" w14:paraId="61DB9673" w14:textId="77777777">
        <w:trPr>
          <w:cantSplit/>
          <w:jc w:val="center"/>
        </w:trPr>
        <w:tc>
          <w:tcPr>
            <w:tcW w:w="2376" w:type="dxa"/>
            <w:tcMar>
              <w:top w:w="55" w:type="dxa"/>
              <w:left w:w="75" w:type="dxa"/>
              <w:bottom w:w="55" w:type="dxa"/>
              <w:right w:w="75" w:type="dxa"/>
            </w:tcMar>
            <w:vAlign w:val="center"/>
          </w:tcPr>
          <w:p w14:paraId="7115E52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7005FA7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Angiogenesis</w:t>
            </w:r>
          </w:p>
        </w:tc>
        <w:tc>
          <w:tcPr>
            <w:tcW w:w="2376" w:type="dxa"/>
            <w:tcMar>
              <w:top w:w="55" w:type="dxa"/>
              <w:left w:w="75" w:type="dxa"/>
              <w:bottom w:w="55" w:type="dxa"/>
              <w:right w:w="75" w:type="dxa"/>
            </w:tcMar>
            <w:vAlign w:val="center"/>
          </w:tcPr>
          <w:p w14:paraId="3067731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0.3610927606636829</w:t>
            </w:r>
          </w:p>
        </w:tc>
        <w:tc>
          <w:tcPr>
            <w:tcW w:w="2376" w:type="dxa"/>
            <w:tcMar>
              <w:top w:w="55" w:type="dxa"/>
              <w:left w:w="75" w:type="dxa"/>
              <w:bottom w:w="55" w:type="dxa"/>
              <w:right w:w="75" w:type="dxa"/>
            </w:tcMar>
            <w:vAlign w:val="center"/>
          </w:tcPr>
          <w:p w14:paraId="0BB6FF9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1.1944614975115238</w:t>
            </w:r>
          </w:p>
        </w:tc>
        <w:tc>
          <w:tcPr>
            <w:tcW w:w="2376" w:type="dxa"/>
            <w:tcMar>
              <w:top w:w="55" w:type="dxa"/>
              <w:left w:w="75" w:type="dxa"/>
              <w:bottom w:w="55" w:type="dxa"/>
              <w:right w:w="75" w:type="dxa"/>
            </w:tcMar>
            <w:vAlign w:val="center"/>
          </w:tcPr>
          <w:p w14:paraId="067718B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0.22498825739783937</w:t>
            </w:r>
          </w:p>
        </w:tc>
        <w:tc>
          <w:tcPr>
            <w:tcW w:w="2376" w:type="dxa"/>
            <w:tcMar>
              <w:top w:w="55" w:type="dxa"/>
              <w:left w:w="75" w:type="dxa"/>
              <w:bottom w:w="55" w:type="dxa"/>
              <w:right w:w="75" w:type="dxa"/>
            </w:tcMar>
            <w:vAlign w:val="center"/>
          </w:tcPr>
          <w:p w14:paraId="21FC29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0.2974568495801224</w:t>
            </w:r>
          </w:p>
        </w:tc>
      </w:tr>
      <w:tr w:rsidR="00923354" w:rsidRPr="00314BAB" w14:paraId="771588BB" w14:textId="77777777">
        <w:trPr>
          <w:cantSplit/>
          <w:jc w:val="center"/>
        </w:trPr>
        <w:tc>
          <w:tcPr>
            <w:tcW w:w="2376" w:type="dxa"/>
            <w:tcMar>
              <w:top w:w="55" w:type="dxa"/>
              <w:left w:w="75" w:type="dxa"/>
              <w:bottom w:w="55" w:type="dxa"/>
              <w:right w:w="75" w:type="dxa"/>
            </w:tcMar>
            <w:vAlign w:val="center"/>
          </w:tcPr>
          <w:p w14:paraId="4027AD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4D44F8C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Apoptosis</w:t>
            </w:r>
          </w:p>
        </w:tc>
        <w:tc>
          <w:tcPr>
            <w:tcW w:w="2376" w:type="dxa"/>
            <w:tcMar>
              <w:top w:w="55" w:type="dxa"/>
              <w:left w:w="75" w:type="dxa"/>
              <w:bottom w:w="55" w:type="dxa"/>
              <w:right w:w="75" w:type="dxa"/>
            </w:tcMar>
            <w:vAlign w:val="center"/>
          </w:tcPr>
          <w:p w14:paraId="6A09DFA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0.2696843406404078</w:t>
            </w:r>
          </w:p>
        </w:tc>
        <w:tc>
          <w:tcPr>
            <w:tcW w:w="2376" w:type="dxa"/>
            <w:tcMar>
              <w:top w:w="55" w:type="dxa"/>
              <w:left w:w="75" w:type="dxa"/>
              <w:bottom w:w="55" w:type="dxa"/>
              <w:right w:w="75" w:type="dxa"/>
            </w:tcMar>
            <w:vAlign w:val="center"/>
          </w:tcPr>
          <w:p w14:paraId="17D634A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1.1786167545516122</w:t>
            </w:r>
          </w:p>
        </w:tc>
        <w:tc>
          <w:tcPr>
            <w:tcW w:w="2376" w:type="dxa"/>
            <w:tcMar>
              <w:top w:w="55" w:type="dxa"/>
              <w:left w:w="75" w:type="dxa"/>
              <w:bottom w:w="55" w:type="dxa"/>
              <w:right w:w="75" w:type="dxa"/>
            </w:tcMar>
            <w:vAlign w:val="center"/>
          </w:tcPr>
          <w:p w14:paraId="0FAED7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0.16130283055447847</w:t>
            </w:r>
          </w:p>
        </w:tc>
        <w:tc>
          <w:tcPr>
            <w:tcW w:w="2376" w:type="dxa"/>
            <w:tcMar>
              <w:top w:w="55" w:type="dxa"/>
              <w:left w:w="75" w:type="dxa"/>
              <w:bottom w:w="55" w:type="dxa"/>
              <w:right w:w="75" w:type="dxa"/>
            </w:tcMar>
            <w:vAlign w:val="center"/>
          </w:tcPr>
          <w:p w14:paraId="419B1F8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0.31630783710650595</w:t>
            </w:r>
          </w:p>
        </w:tc>
      </w:tr>
      <w:tr w:rsidR="00923354" w:rsidRPr="00314BAB" w14:paraId="03BB8AD0" w14:textId="77777777">
        <w:trPr>
          <w:cantSplit/>
          <w:jc w:val="center"/>
        </w:trPr>
        <w:tc>
          <w:tcPr>
            <w:tcW w:w="2376" w:type="dxa"/>
            <w:tcMar>
              <w:top w:w="55" w:type="dxa"/>
              <w:left w:w="75" w:type="dxa"/>
              <w:bottom w:w="55" w:type="dxa"/>
              <w:right w:w="75" w:type="dxa"/>
            </w:tcMar>
            <w:vAlign w:val="center"/>
          </w:tcPr>
          <w:p w14:paraId="102B767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6E6C180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Xenobiotic Metabolism</w:t>
            </w:r>
          </w:p>
        </w:tc>
        <w:tc>
          <w:tcPr>
            <w:tcW w:w="2376" w:type="dxa"/>
            <w:tcMar>
              <w:top w:w="55" w:type="dxa"/>
              <w:left w:w="75" w:type="dxa"/>
              <w:bottom w:w="55" w:type="dxa"/>
              <w:right w:w="75" w:type="dxa"/>
            </w:tcMar>
            <w:vAlign w:val="center"/>
          </w:tcPr>
          <w:p w14:paraId="43E2C73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-0.21566959824233786</w:t>
            </w:r>
          </w:p>
        </w:tc>
        <w:tc>
          <w:tcPr>
            <w:tcW w:w="2376" w:type="dxa"/>
            <w:tcMar>
              <w:top w:w="55" w:type="dxa"/>
              <w:left w:w="75" w:type="dxa"/>
              <w:bottom w:w="55" w:type="dxa"/>
              <w:right w:w="75" w:type="dxa"/>
            </w:tcMar>
            <w:vAlign w:val="center"/>
          </w:tcPr>
          <w:p w14:paraId="6E0180C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-1.1662564870142225</w:t>
            </w:r>
          </w:p>
        </w:tc>
        <w:tc>
          <w:tcPr>
            <w:tcW w:w="2376" w:type="dxa"/>
            <w:tcMar>
              <w:top w:w="55" w:type="dxa"/>
              <w:left w:w="75" w:type="dxa"/>
              <w:bottom w:w="55" w:type="dxa"/>
              <w:right w:w="75" w:type="dxa"/>
            </w:tcMar>
            <w:vAlign w:val="center"/>
          </w:tcPr>
          <w:p w14:paraId="4AB6B03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0.0859375</w:t>
            </w:r>
          </w:p>
        </w:tc>
        <w:tc>
          <w:tcPr>
            <w:tcW w:w="2376" w:type="dxa"/>
            <w:tcMar>
              <w:top w:w="55" w:type="dxa"/>
              <w:left w:w="75" w:type="dxa"/>
              <w:bottom w:w="55" w:type="dxa"/>
              <w:right w:w="75" w:type="dxa"/>
            </w:tcMar>
            <w:vAlign w:val="center"/>
          </w:tcPr>
          <w:p w14:paraId="5D93A20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0.2935177587621615</w:t>
            </w:r>
          </w:p>
        </w:tc>
      </w:tr>
      <w:tr w:rsidR="00923354" w:rsidRPr="00314BAB" w14:paraId="56ED3B6D" w14:textId="77777777">
        <w:trPr>
          <w:cantSplit/>
          <w:jc w:val="center"/>
        </w:trPr>
        <w:tc>
          <w:tcPr>
            <w:tcW w:w="2376" w:type="dxa"/>
            <w:tcMar>
              <w:top w:w="55" w:type="dxa"/>
              <w:left w:w="75" w:type="dxa"/>
              <w:bottom w:w="55" w:type="dxa"/>
              <w:right w:w="75" w:type="dxa"/>
            </w:tcMar>
            <w:vAlign w:val="center"/>
          </w:tcPr>
          <w:p w14:paraId="4CC8FDB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55BB33F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Allograft Rejection</w:t>
            </w:r>
          </w:p>
        </w:tc>
        <w:tc>
          <w:tcPr>
            <w:tcW w:w="2376" w:type="dxa"/>
            <w:tcMar>
              <w:top w:w="55" w:type="dxa"/>
              <w:left w:w="75" w:type="dxa"/>
              <w:bottom w:w="55" w:type="dxa"/>
              <w:right w:w="75" w:type="dxa"/>
            </w:tcMar>
            <w:vAlign w:val="center"/>
          </w:tcPr>
          <w:p w14:paraId="09C68C8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0.25754608989546923</w:t>
            </w:r>
          </w:p>
        </w:tc>
        <w:tc>
          <w:tcPr>
            <w:tcW w:w="2376" w:type="dxa"/>
            <w:tcMar>
              <w:top w:w="55" w:type="dxa"/>
              <w:left w:w="75" w:type="dxa"/>
              <w:bottom w:w="55" w:type="dxa"/>
              <w:right w:w="75" w:type="dxa"/>
            </w:tcMar>
            <w:vAlign w:val="center"/>
          </w:tcPr>
          <w:p w14:paraId="210A47E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1.1372969838826976</w:t>
            </w:r>
          </w:p>
        </w:tc>
        <w:tc>
          <w:tcPr>
            <w:tcW w:w="2376" w:type="dxa"/>
            <w:tcMar>
              <w:top w:w="55" w:type="dxa"/>
              <w:left w:w="75" w:type="dxa"/>
              <w:bottom w:w="55" w:type="dxa"/>
              <w:right w:w="75" w:type="dxa"/>
            </w:tcMar>
            <w:vAlign w:val="center"/>
          </w:tcPr>
          <w:p w14:paraId="227429A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0.20817417876241406</w:t>
            </w:r>
          </w:p>
        </w:tc>
        <w:tc>
          <w:tcPr>
            <w:tcW w:w="2376" w:type="dxa"/>
            <w:tcMar>
              <w:top w:w="55" w:type="dxa"/>
              <w:left w:w="75" w:type="dxa"/>
              <w:bottom w:w="55" w:type="dxa"/>
              <w:right w:w="75" w:type="dxa"/>
            </w:tcMar>
            <w:vAlign w:val="center"/>
          </w:tcPr>
          <w:p w14:paraId="5D6DC36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0.39704182729826826</w:t>
            </w:r>
          </w:p>
        </w:tc>
      </w:tr>
      <w:tr w:rsidR="00923354" w:rsidRPr="00314BAB" w14:paraId="356C45AA" w14:textId="77777777">
        <w:trPr>
          <w:cantSplit/>
          <w:jc w:val="center"/>
        </w:trPr>
        <w:tc>
          <w:tcPr>
            <w:tcW w:w="2376" w:type="dxa"/>
            <w:tcMar>
              <w:top w:w="55" w:type="dxa"/>
              <w:left w:w="75" w:type="dxa"/>
              <w:bottom w:w="55" w:type="dxa"/>
              <w:right w:w="75" w:type="dxa"/>
            </w:tcMar>
            <w:vAlign w:val="center"/>
          </w:tcPr>
          <w:p w14:paraId="660DA09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3D75C9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Coagulation</w:t>
            </w:r>
          </w:p>
        </w:tc>
        <w:tc>
          <w:tcPr>
            <w:tcW w:w="2376" w:type="dxa"/>
            <w:tcMar>
              <w:top w:w="55" w:type="dxa"/>
              <w:left w:w="75" w:type="dxa"/>
              <w:bottom w:w="55" w:type="dxa"/>
              <w:right w:w="75" w:type="dxa"/>
            </w:tcMar>
            <w:vAlign w:val="center"/>
          </w:tcPr>
          <w:p w14:paraId="6808A1A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0.2725400467602082</w:t>
            </w:r>
          </w:p>
        </w:tc>
        <w:tc>
          <w:tcPr>
            <w:tcW w:w="2376" w:type="dxa"/>
            <w:tcMar>
              <w:top w:w="55" w:type="dxa"/>
              <w:left w:w="75" w:type="dxa"/>
              <w:bottom w:w="55" w:type="dxa"/>
              <w:right w:w="75" w:type="dxa"/>
            </w:tcMar>
            <w:vAlign w:val="center"/>
          </w:tcPr>
          <w:p w14:paraId="2E2DE9A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1.1286116191779816</w:t>
            </w:r>
          </w:p>
        </w:tc>
        <w:tc>
          <w:tcPr>
            <w:tcW w:w="2376" w:type="dxa"/>
            <w:tcMar>
              <w:top w:w="55" w:type="dxa"/>
              <w:left w:w="75" w:type="dxa"/>
              <w:bottom w:w="55" w:type="dxa"/>
              <w:right w:w="75" w:type="dxa"/>
            </w:tcMar>
            <w:vAlign w:val="center"/>
          </w:tcPr>
          <w:p w14:paraId="326A1DD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0.25601926163723915</w:t>
            </w:r>
          </w:p>
        </w:tc>
        <w:tc>
          <w:tcPr>
            <w:tcW w:w="2376" w:type="dxa"/>
            <w:tcMar>
              <w:top w:w="55" w:type="dxa"/>
              <w:left w:w="75" w:type="dxa"/>
              <w:bottom w:w="55" w:type="dxa"/>
              <w:right w:w="75" w:type="dxa"/>
            </w:tcMar>
            <w:vAlign w:val="center"/>
          </w:tcPr>
          <w:p w14:paraId="2C0776F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0.4028578241845984</w:t>
            </w:r>
          </w:p>
        </w:tc>
      </w:tr>
      <w:tr w:rsidR="00923354" w:rsidRPr="00314BAB" w14:paraId="45F38418" w14:textId="77777777">
        <w:trPr>
          <w:cantSplit/>
          <w:jc w:val="center"/>
        </w:trPr>
        <w:tc>
          <w:tcPr>
            <w:tcW w:w="2376" w:type="dxa"/>
            <w:tcMar>
              <w:top w:w="55" w:type="dxa"/>
              <w:left w:w="75" w:type="dxa"/>
              <w:bottom w:w="55" w:type="dxa"/>
              <w:right w:w="75" w:type="dxa"/>
            </w:tcMar>
            <w:vAlign w:val="center"/>
          </w:tcPr>
          <w:p w14:paraId="15B9535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1BFF10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Protein Secretion</w:t>
            </w:r>
          </w:p>
        </w:tc>
        <w:tc>
          <w:tcPr>
            <w:tcW w:w="2376" w:type="dxa"/>
            <w:tcMar>
              <w:top w:w="55" w:type="dxa"/>
              <w:left w:w="75" w:type="dxa"/>
              <w:bottom w:w="55" w:type="dxa"/>
              <w:right w:w="75" w:type="dxa"/>
            </w:tcMar>
            <w:vAlign w:val="center"/>
          </w:tcPr>
          <w:p w14:paraId="3B8D5B2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-0.22874544857346715</w:t>
            </w:r>
          </w:p>
        </w:tc>
        <w:tc>
          <w:tcPr>
            <w:tcW w:w="2376" w:type="dxa"/>
            <w:tcMar>
              <w:top w:w="55" w:type="dxa"/>
              <w:left w:w="75" w:type="dxa"/>
              <w:bottom w:w="55" w:type="dxa"/>
              <w:right w:w="75" w:type="dxa"/>
            </w:tcMar>
            <w:vAlign w:val="center"/>
          </w:tcPr>
          <w:p w14:paraId="38EEABF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-1.1254313466198298</w:t>
            </w:r>
          </w:p>
        </w:tc>
        <w:tc>
          <w:tcPr>
            <w:tcW w:w="2376" w:type="dxa"/>
            <w:tcMar>
              <w:top w:w="55" w:type="dxa"/>
              <w:left w:w="75" w:type="dxa"/>
              <w:bottom w:w="55" w:type="dxa"/>
              <w:right w:w="75" w:type="dxa"/>
            </w:tcMar>
            <w:vAlign w:val="center"/>
          </w:tcPr>
          <w:p w14:paraId="374796B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0.20137693631669534</w:t>
            </w:r>
          </w:p>
        </w:tc>
        <w:tc>
          <w:tcPr>
            <w:tcW w:w="2376" w:type="dxa"/>
            <w:tcMar>
              <w:top w:w="55" w:type="dxa"/>
              <w:left w:w="75" w:type="dxa"/>
              <w:bottom w:w="55" w:type="dxa"/>
              <w:right w:w="75" w:type="dxa"/>
            </w:tcMar>
            <w:vAlign w:val="center"/>
          </w:tcPr>
          <w:p w14:paraId="506ECE7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0.33153596686593995</w:t>
            </w:r>
          </w:p>
        </w:tc>
      </w:tr>
      <w:tr w:rsidR="00923354" w:rsidRPr="00314BAB" w14:paraId="582EDDE2" w14:textId="77777777">
        <w:trPr>
          <w:cantSplit/>
          <w:jc w:val="center"/>
        </w:trPr>
        <w:tc>
          <w:tcPr>
            <w:tcW w:w="2376" w:type="dxa"/>
            <w:tcMar>
              <w:top w:w="55" w:type="dxa"/>
              <w:left w:w="75" w:type="dxa"/>
              <w:bottom w:w="55" w:type="dxa"/>
              <w:right w:w="75" w:type="dxa"/>
            </w:tcMar>
            <w:vAlign w:val="center"/>
          </w:tcPr>
          <w:p w14:paraId="2A1F76E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1420F16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Unfolded Protein Response</w:t>
            </w:r>
          </w:p>
        </w:tc>
        <w:tc>
          <w:tcPr>
            <w:tcW w:w="2376" w:type="dxa"/>
            <w:tcMar>
              <w:top w:w="55" w:type="dxa"/>
              <w:left w:w="75" w:type="dxa"/>
              <w:bottom w:w="55" w:type="dxa"/>
              <w:right w:w="75" w:type="dxa"/>
            </w:tcMar>
            <w:vAlign w:val="center"/>
          </w:tcPr>
          <w:p w14:paraId="4EDAD25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0.2717805392031399</w:t>
            </w:r>
          </w:p>
        </w:tc>
        <w:tc>
          <w:tcPr>
            <w:tcW w:w="2376" w:type="dxa"/>
            <w:tcMar>
              <w:top w:w="55" w:type="dxa"/>
              <w:left w:w="75" w:type="dxa"/>
              <w:bottom w:w="55" w:type="dxa"/>
              <w:right w:w="75" w:type="dxa"/>
            </w:tcMar>
            <w:vAlign w:val="center"/>
          </w:tcPr>
          <w:p w14:paraId="3BC3409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1.1244146594378905</w:t>
            </w:r>
          </w:p>
        </w:tc>
        <w:tc>
          <w:tcPr>
            <w:tcW w:w="2376" w:type="dxa"/>
            <w:tcMar>
              <w:top w:w="55" w:type="dxa"/>
              <w:left w:w="75" w:type="dxa"/>
              <w:bottom w:w="55" w:type="dxa"/>
              <w:right w:w="75" w:type="dxa"/>
            </w:tcMar>
            <w:vAlign w:val="center"/>
          </w:tcPr>
          <w:p w14:paraId="4C91F8E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0.2618952419032387</w:t>
            </w:r>
          </w:p>
        </w:tc>
        <w:tc>
          <w:tcPr>
            <w:tcW w:w="2376" w:type="dxa"/>
            <w:tcMar>
              <w:top w:w="55" w:type="dxa"/>
              <w:left w:w="75" w:type="dxa"/>
              <w:bottom w:w="55" w:type="dxa"/>
              <w:right w:w="75" w:type="dxa"/>
            </w:tcMar>
            <w:vAlign w:val="center"/>
          </w:tcPr>
          <w:p w14:paraId="1705E50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0.39705804335768885</w:t>
            </w:r>
          </w:p>
        </w:tc>
      </w:tr>
      <w:tr w:rsidR="00923354" w:rsidRPr="00314BAB" w14:paraId="07E7202F" w14:textId="77777777">
        <w:trPr>
          <w:cantSplit/>
          <w:jc w:val="center"/>
        </w:trPr>
        <w:tc>
          <w:tcPr>
            <w:tcW w:w="2376" w:type="dxa"/>
            <w:tcMar>
              <w:top w:w="55" w:type="dxa"/>
              <w:left w:w="75" w:type="dxa"/>
              <w:bottom w:w="55" w:type="dxa"/>
              <w:right w:w="75" w:type="dxa"/>
            </w:tcMar>
            <w:vAlign w:val="center"/>
          </w:tcPr>
          <w:p w14:paraId="1902F96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22259C4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Cholesterol Homeostasis</w:t>
            </w:r>
          </w:p>
        </w:tc>
        <w:tc>
          <w:tcPr>
            <w:tcW w:w="2376" w:type="dxa"/>
            <w:tcMar>
              <w:top w:w="55" w:type="dxa"/>
              <w:left w:w="75" w:type="dxa"/>
              <w:bottom w:w="55" w:type="dxa"/>
              <w:right w:w="75" w:type="dxa"/>
            </w:tcMar>
            <w:vAlign w:val="center"/>
          </w:tcPr>
          <w:p w14:paraId="17E9702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0.28017680347347984</w:t>
            </w:r>
          </w:p>
        </w:tc>
        <w:tc>
          <w:tcPr>
            <w:tcW w:w="2376" w:type="dxa"/>
            <w:tcMar>
              <w:top w:w="55" w:type="dxa"/>
              <w:left w:w="75" w:type="dxa"/>
              <w:bottom w:w="55" w:type="dxa"/>
              <w:right w:w="75" w:type="dxa"/>
            </w:tcMar>
            <w:vAlign w:val="center"/>
          </w:tcPr>
          <w:p w14:paraId="717FE3D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1.0943469958938767</w:t>
            </w:r>
          </w:p>
        </w:tc>
        <w:tc>
          <w:tcPr>
            <w:tcW w:w="2376" w:type="dxa"/>
            <w:tcMar>
              <w:top w:w="55" w:type="dxa"/>
              <w:left w:w="75" w:type="dxa"/>
              <w:bottom w:w="55" w:type="dxa"/>
              <w:right w:w="75" w:type="dxa"/>
            </w:tcMar>
            <w:vAlign w:val="center"/>
          </w:tcPr>
          <w:p w14:paraId="5254122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0.3118279569892473</w:t>
            </w:r>
          </w:p>
        </w:tc>
        <w:tc>
          <w:tcPr>
            <w:tcW w:w="2376" w:type="dxa"/>
            <w:tcMar>
              <w:top w:w="55" w:type="dxa"/>
              <w:left w:w="75" w:type="dxa"/>
              <w:bottom w:w="55" w:type="dxa"/>
              <w:right w:w="75" w:type="dxa"/>
            </w:tcMar>
            <w:vAlign w:val="center"/>
          </w:tcPr>
          <w:p w14:paraId="7E4A6A9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0.45441420251519354</w:t>
            </w:r>
          </w:p>
        </w:tc>
      </w:tr>
      <w:tr w:rsidR="00923354" w:rsidRPr="00314BAB" w14:paraId="08BDE551" w14:textId="77777777">
        <w:trPr>
          <w:cantSplit/>
          <w:jc w:val="center"/>
        </w:trPr>
        <w:tc>
          <w:tcPr>
            <w:tcW w:w="2376" w:type="dxa"/>
            <w:tcMar>
              <w:top w:w="55" w:type="dxa"/>
              <w:left w:w="75" w:type="dxa"/>
              <w:bottom w:w="55" w:type="dxa"/>
              <w:right w:w="75" w:type="dxa"/>
            </w:tcMar>
            <w:vAlign w:val="center"/>
          </w:tcPr>
          <w:p w14:paraId="48CA66F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17DC0A6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UV Response Dn</w:t>
            </w:r>
          </w:p>
        </w:tc>
        <w:tc>
          <w:tcPr>
            <w:tcW w:w="2376" w:type="dxa"/>
            <w:tcMar>
              <w:top w:w="55" w:type="dxa"/>
              <w:left w:w="75" w:type="dxa"/>
              <w:bottom w:w="55" w:type="dxa"/>
              <w:right w:w="75" w:type="dxa"/>
            </w:tcMar>
            <w:vAlign w:val="center"/>
          </w:tcPr>
          <w:p w14:paraId="6F88365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0.25194500658922303</w:t>
            </w:r>
          </w:p>
        </w:tc>
        <w:tc>
          <w:tcPr>
            <w:tcW w:w="2376" w:type="dxa"/>
            <w:tcMar>
              <w:top w:w="55" w:type="dxa"/>
              <w:left w:w="75" w:type="dxa"/>
              <w:bottom w:w="55" w:type="dxa"/>
              <w:right w:w="75" w:type="dxa"/>
            </w:tcMar>
            <w:vAlign w:val="center"/>
          </w:tcPr>
          <w:p w14:paraId="5799531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1.083509043993207</w:t>
            </w:r>
          </w:p>
        </w:tc>
        <w:tc>
          <w:tcPr>
            <w:tcW w:w="2376" w:type="dxa"/>
            <w:tcMar>
              <w:top w:w="55" w:type="dxa"/>
              <w:left w:w="75" w:type="dxa"/>
              <w:bottom w:w="55" w:type="dxa"/>
              <w:right w:w="75" w:type="dxa"/>
            </w:tcMar>
            <w:vAlign w:val="center"/>
          </w:tcPr>
          <w:p w14:paraId="3014742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0.3104536489151874</w:t>
            </w:r>
          </w:p>
        </w:tc>
        <w:tc>
          <w:tcPr>
            <w:tcW w:w="2376" w:type="dxa"/>
            <w:tcMar>
              <w:top w:w="55" w:type="dxa"/>
              <w:left w:w="75" w:type="dxa"/>
              <w:bottom w:w="55" w:type="dxa"/>
              <w:right w:w="75" w:type="dxa"/>
            </w:tcMar>
            <w:vAlign w:val="center"/>
          </w:tcPr>
          <w:p w14:paraId="1BB84F1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0.46517568232584267</w:t>
            </w:r>
          </w:p>
        </w:tc>
      </w:tr>
      <w:tr w:rsidR="00923354" w:rsidRPr="00314BAB" w14:paraId="17A1392A" w14:textId="77777777">
        <w:trPr>
          <w:cantSplit/>
          <w:jc w:val="center"/>
        </w:trPr>
        <w:tc>
          <w:tcPr>
            <w:tcW w:w="2376" w:type="dxa"/>
            <w:tcMar>
              <w:top w:w="55" w:type="dxa"/>
              <w:left w:w="75" w:type="dxa"/>
              <w:bottom w:w="55" w:type="dxa"/>
              <w:right w:w="75" w:type="dxa"/>
            </w:tcMar>
            <w:vAlign w:val="center"/>
          </w:tcPr>
          <w:p w14:paraId="7813195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FC0BC7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DNA Repair</w:t>
            </w:r>
          </w:p>
        </w:tc>
        <w:tc>
          <w:tcPr>
            <w:tcW w:w="2376" w:type="dxa"/>
            <w:tcMar>
              <w:top w:w="55" w:type="dxa"/>
              <w:left w:w="75" w:type="dxa"/>
              <w:bottom w:w="55" w:type="dxa"/>
              <w:right w:w="75" w:type="dxa"/>
            </w:tcMar>
            <w:vAlign w:val="center"/>
          </w:tcPr>
          <w:p w14:paraId="700AAC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0.24554629100480815</w:t>
            </w:r>
          </w:p>
        </w:tc>
        <w:tc>
          <w:tcPr>
            <w:tcW w:w="2376" w:type="dxa"/>
            <w:tcMar>
              <w:top w:w="55" w:type="dxa"/>
              <w:left w:w="75" w:type="dxa"/>
              <w:bottom w:w="55" w:type="dxa"/>
              <w:right w:w="75" w:type="dxa"/>
            </w:tcMar>
            <w:vAlign w:val="center"/>
          </w:tcPr>
          <w:p w14:paraId="6495BA3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1.065065740960324</w:t>
            </w:r>
          </w:p>
        </w:tc>
        <w:tc>
          <w:tcPr>
            <w:tcW w:w="2376" w:type="dxa"/>
            <w:tcMar>
              <w:top w:w="55" w:type="dxa"/>
              <w:left w:w="75" w:type="dxa"/>
              <w:bottom w:w="55" w:type="dxa"/>
              <w:right w:w="75" w:type="dxa"/>
            </w:tcMar>
            <w:vAlign w:val="center"/>
          </w:tcPr>
          <w:p w14:paraId="5F16222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0.3328179358330112</w:t>
            </w:r>
          </w:p>
        </w:tc>
        <w:tc>
          <w:tcPr>
            <w:tcW w:w="2376" w:type="dxa"/>
            <w:tcMar>
              <w:top w:w="55" w:type="dxa"/>
              <w:left w:w="75" w:type="dxa"/>
              <w:bottom w:w="55" w:type="dxa"/>
              <w:right w:w="75" w:type="dxa"/>
            </w:tcMar>
            <w:vAlign w:val="center"/>
          </w:tcPr>
          <w:p w14:paraId="6F291F4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0.4940810634220169</w:t>
            </w:r>
          </w:p>
        </w:tc>
      </w:tr>
      <w:tr w:rsidR="00923354" w:rsidRPr="00314BAB" w14:paraId="540673E1" w14:textId="77777777">
        <w:trPr>
          <w:cantSplit/>
          <w:jc w:val="center"/>
        </w:trPr>
        <w:tc>
          <w:tcPr>
            <w:tcW w:w="2376" w:type="dxa"/>
            <w:tcMar>
              <w:top w:w="55" w:type="dxa"/>
              <w:left w:w="75" w:type="dxa"/>
              <w:bottom w:w="55" w:type="dxa"/>
              <w:right w:w="75" w:type="dxa"/>
            </w:tcMar>
            <w:vAlign w:val="center"/>
          </w:tcPr>
          <w:p w14:paraId="1F1AC26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lastRenderedPageBreak/>
              <w:t>GSE212810</w:t>
            </w:r>
          </w:p>
        </w:tc>
        <w:tc>
          <w:tcPr>
            <w:tcW w:w="2376" w:type="dxa"/>
            <w:tcMar>
              <w:top w:w="55" w:type="dxa"/>
              <w:left w:w="75" w:type="dxa"/>
              <w:bottom w:w="55" w:type="dxa"/>
              <w:right w:w="75" w:type="dxa"/>
            </w:tcMar>
            <w:vAlign w:val="center"/>
          </w:tcPr>
          <w:p w14:paraId="60A16B9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Adipogenesis</w:t>
            </w:r>
          </w:p>
        </w:tc>
        <w:tc>
          <w:tcPr>
            <w:tcW w:w="2376" w:type="dxa"/>
            <w:tcMar>
              <w:top w:w="55" w:type="dxa"/>
              <w:left w:w="75" w:type="dxa"/>
              <w:bottom w:w="55" w:type="dxa"/>
              <w:right w:w="75" w:type="dxa"/>
            </w:tcMar>
            <w:vAlign w:val="center"/>
          </w:tcPr>
          <w:p w14:paraId="2BAA8A0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-0.18672663693059222</w:t>
            </w:r>
          </w:p>
        </w:tc>
        <w:tc>
          <w:tcPr>
            <w:tcW w:w="2376" w:type="dxa"/>
            <w:tcMar>
              <w:top w:w="55" w:type="dxa"/>
              <w:left w:w="75" w:type="dxa"/>
              <w:bottom w:w="55" w:type="dxa"/>
              <w:right w:w="75" w:type="dxa"/>
            </w:tcMar>
            <w:vAlign w:val="center"/>
          </w:tcPr>
          <w:p w14:paraId="487F060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-1.0190213996678883</w:t>
            </w:r>
          </w:p>
        </w:tc>
        <w:tc>
          <w:tcPr>
            <w:tcW w:w="2376" w:type="dxa"/>
            <w:tcMar>
              <w:top w:w="55" w:type="dxa"/>
              <w:left w:w="75" w:type="dxa"/>
              <w:bottom w:w="55" w:type="dxa"/>
              <w:right w:w="75" w:type="dxa"/>
            </w:tcMar>
            <w:vAlign w:val="center"/>
          </w:tcPr>
          <w:p w14:paraId="4C16938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0.3987915407854985</w:t>
            </w:r>
          </w:p>
        </w:tc>
        <w:tc>
          <w:tcPr>
            <w:tcW w:w="2376" w:type="dxa"/>
            <w:tcMar>
              <w:top w:w="55" w:type="dxa"/>
              <w:left w:w="75" w:type="dxa"/>
              <w:bottom w:w="55" w:type="dxa"/>
              <w:right w:w="75" w:type="dxa"/>
            </w:tcMar>
            <w:vAlign w:val="center"/>
          </w:tcPr>
          <w:p w14:paraId="1925A3B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0.58191134852722</w:t>
            </w:r>
          </w:p>
        </w:tc>
      </w:tr>
      <w:tr w:rsidR="00923354" w:rsidRPr="00314BAB" w14:paraId="186DA6D3" w14:textId="77777777">
        <w:trPr>
          <w:cantSplit/>
          <w:jc w:val="center"/>
        </w:trPr>
        <w:tc>
          <w:tcPr>
            <w:tcW w:w="2376" w:type="dxa"/>
            <w:tcMar>
              <w:top w:w="55" w:type="dxa"/>
              <w:left w:w="75" w:type="dxa"/>
              <w:bottom w:w="55" w:type="dxa"/>
              <w:right w:w="75" w:type="dxa"/>
            </w:tcMar>
            <w:vAlign w:val="center"/>
          </w:tcPr>
          <w:p w14:paraId="169854C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6CF85E0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PI3K/AKT/</w:t>
            </w:r>
            <w:proofErr w:type="gramStart"/>
            <w:r w:rsidRPr="008628DB">
              <w:rPr>
                <w:rFonts w:ascii="Times New Roman" w:hAnsi="Times New Roman" w:cs="Times New Roman"/>
                <w:sz w:val="15"/>
                <w:szCs w:val="15"/>
              </w:rPr>
              <w:t>mTOR  Signaling</w:t>
            </w:r>
            <w:proofErr w:type="gramEnd"/>
          </w:p>
        </w:tc>
        <w:tc>
          <w:tcPr>
            <w:tcW w:w="2376" w:type="dxa"/>
            <w:tcMar>
              <w:top w:w="55" w:type="dxa"/>
              <w:left w:w="75" w:type="dxa"/>
              <w:bottom w:w="55" w:type="dxa"/>
              <w:right w:w="75" w:type="dxa"/>
            </w:tcMar>
            <w:vAlign w:val="center"/>
          </w:tcPr>
          <w:p w14:paraId="0F3C44A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0.24393474942417132</w:t>
            </w:r>
          </w:p>
        </w:tc>
        <w:tc>
          <w:tcPr>
            <w:tcW w:w="2376" w:type="dxa"/>
            <w:tcMar>
              <w:top w:w="55" w:type="dxa"/>
              <w:left w:w="75" w:type="dxa"/>
              <w:bottom w:w="55" w:type="dxa"/>
              <w:right w:w="75" w:type="dxa"/>
            </w:tcMar>
            <w:vAlign w:val="center"/>
          </w:tcPr>
          <w:p w14:paraId="16229C2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1.003512749864342</w:t>
            </w:r>
          </w:p>
        </w:tc>
        <w:tc>
          <w:tcPr>
            <w:tcW w:w="2376" w:type="dxa"/>
            <w:tcMar>
              <w:top w:w="55" w:type="dxa"/>
              <w:left w:w="75" w:type="dxa"/>
              <w:bottom w:w="55" w:type="dxa"/>
              <w:right w:w="75" w:type="dxa"/>
            </w:tcMar>
            <w:vAlign w:val="center"/>
          </w:tcPr>
          <w:p w14:paraId="48CD43B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0.45374264087468463</w:t>
            </w:r>
          </w:p>
        </w:tc>
        <w:tc>
          <w:tcPr>
            <w:tcW w:w="2376" w:type="dxa"/>
            <w:tcMar>
              <w:top w:w="55" w:type="dxa"/>
              <w:left w:w="75" w:type="dxa"/>
              <w:bottom w:w="55" w:type="dxa"/>
              <w:right w:w="75" w:type="dxa"/>
            </w:tcMar>
            <w:vAlign w:val="center"/>
          </w:tcPr>
          <w:p w14:paraId="05AB51C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0.6379173142214251</w:t>
            </w:r>
          </w:p>
        </w:tc>
      </w:tr>
      <w:tr w:rsidR="00923354" w:rsidRPr="00314BAB" w14:paraId="7D6F10C8" w14:textId="77777777">
        <w:trPr>
          <w:cantSplit/>
          <w:jc w:val="center"/>
        </w:trPr>
        <w:tc>
          <w:tcPr>
            <w:tcW w:w="2376" w:type="dxa"/>
            <w:tcMar>
              <w:top w:w="55" w:type="dxa"/>
              <w:left w:w="75" w:type="dxa"/>
              <w:bottom w:w="55" w:type="dxa"/>
              <w:right w:w="75" w:type="dxa"/>
            </w:tcMar>
            <w:vAlign w:val="center"/>
          </w:tcPr>
          <w:p w14:paraId="41A5AA7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B8991D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Androgen Response</w:t>
            </w:r>
          </w:p>
        </w:tc>
        <w:tc>
          <w:tcPr>
            <w:tcW w:w="2376" w:type="dxa"/>
            <w:tcMar>
              <w:top w:w="55" w:type="dxa"/>
              <w:left w:w="75" w:type="dxa"/>
              <w:bottom w:w="55" w:type="dxa"/>
              <w:right w:w="75" w:type="dxa"/>
            </w:tcMar>
            <w:vAlign w:val="center"/>
          </w:tcPr>
          <w:p w14:paraId="37ABB8B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-0.19987462629329403</w:t>
            </w:r>
          </w:p>
        </w:tc>
        <w:tc>
          <w:tcPr>
            <w:tcW w:w="2376" w:type="dxa"/>
            <w:tcMar>
              <w:top w:w="55" w:type="dxa"/>
              <w:left w:w="75" w:type="dxa"/>
              <w:bottom w:w="55" w:type="dxa"/>
              <w:right w:w="75" w:type="dxa"/>
            </w:tcMar>
            <w:vAlign w:val="center"/>
          </w:tcPr>
          <w:p w14:paraId="51D9603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-0.9869163260476205</w:t>
            </w:r>
          </w:p>
        </w:tc>
        <w:tc>
          <w:tcPr>
            <w:tcW w:w="2376" w:type="dxa"/>
            <w:tcMar>
              <w:top w:w="55" w:type="dxa"/>
              <w:left w:w="75" w:type="dxa"/>
              <w:bottom w:w="55" w:type="dxa"/>
              <w:right w:w="75" w:type="dxa"/>
            </w:tcMar>
            <w:vAlign w:val="center"/>
          </w:tcPr>
          <w:p w14:paraId="1B4D699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0.49516129032258066</w:t>
            </w:r>
          </w:p>
        </w:tc>
        <w:tc>
          <w:tcPr>
            <w:tcW w:w="2376" w:type="dxa"/>
            <w:tcMar>
              <w:top w:w="55" w:type="dxa"/>
              <w:left w:w="75" w:type="dxa"/>
              <w:bottom w:w="55" w:type="dxa"/>
              <w:right w:w="75" w:type="dxa"/>
            </w:tcMar>
            <w:vAlign w:val="center"/>
          </w:tcPr>
          <w:p w14:paraId="03D780A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0.6099812448716446</w:t>
            </w:r>
          </w:p>
        </w:tc>
      </w:tr>
      <w:tr w:rsidR="00923354" w:rsidRPr="00314BAB" w14:paraId="1CB47FF7" w14:textId="77777777">
        <w:trPr>
          <w:cantSplit/>
          <w:jc w:val="center"/>
        </w:trPr>
        <w:tc>
          <w:tcPr>
            <w:tcW w:w="2376" w:type="dxa"/>
            <w:tcMar>
              <w:top w:w="55" w:type="dxa"/>
              <w:left w:w="75" w:type="dxa"/>
              <w:bottom w:w="55" w:type="dxa"/>
              <w:right w:w="75" w:type="dxa"/>
            </w:tcMar>
            <w:vAlign w:val="center"/>
          </w:tcPr>
          <w:p w14:paraId="28E3B68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42DD314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Myogenesis</w:t>
            </w:r>
          </w:p>
        </w:tc>
        <w:tc>
          <w:tcPr>
            <w:tcW w:w="2376" w:type="dxa"/>
            <w:tcMar>
              <w:top w:w="55" w:type="dxa"/>
              <w:left w:w="75" w:type="dxa"/>
              <w:bottom w:w="55" w:type="dxa"/>
              <w:right w:w="75" w:type="dxa"/>
            </w:tcMar>
            <w:vAlign w:val="center"/>
          </w:tcPr>
          <w:p w14:paraId="3AB8566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0.2193566930856848</w:t>
            </w:r>
          </w:p>
        </w:tc>
        <w:tc>
          <w:tcPr>
            <w:tcW w:w="2376" w:type="dxa"/>
            <w:tcMar>
              <w:top w:w="55" w:type="dxa"/>
              <w:left w:w="75" w:type="dxa"/>
              <w:bottom w:w="55" w:type="dxa"/>
              <w:right w:w="75" w:type="dxa"/>
            </w:tcMar>
            <w:vAlign w:val="center"/>
          </w:tcPr>
          <w:p w14:paraId="4CD7463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0.9656221454810247</w:t>
            </w:r>
          </w:p>
        </w:tc>
        <w:tc>
          <w:tcPr>
            <w:tcW w:w="2376" w:type="dxa"/>
            <w:tcMar>
              <w:top w:w="55" w:type="dxa"/>
              <w:left w:w="75" w:type="dxa"/>
              <w:bottom w:w="55" w:type="dxa"/>
              <w:right w:w="75" w:type="dxa"/>
            </w:tcMar>
            <w:vAlign w:val="center"/>
          </w:tcPr>
          <w:p w14:paraId="79ADB0E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0.5383725414577709</w:t>
            </w:r>
          </w:p>
        </w:tc>
        <w:tc>
          <w:tcPr>
            <w:tcW w:w="2376" w:type="dxa"/>
            <w:tcMar>
              <w:top w:w="55" w:type="dxa"/>
              <w:left w:w="75" w:type="dxa"/>
              <w:bottom w:w="55" w:type="dxa"/>
              <w:right w:w="75" w:type="dxa"/>
            </w:tcMar>
            <w:vAlign w:val="center"/>
          </w:tcPr>
          <w:p w14:paraId="1768709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0.7193164371779722</w:t>
            </w:r>
          </w:p>
        </w:tc>
      </w:tr>
      <w:tr w:rsidR="00923354" w:rsidRPr="00314BAB" w14:paraId="54934E80" w14:textId="77777777">
        <w:trPr>
          <w:cantSplit/>
          <w:jc w:val="center"/>
        </w:trPr>
        <w:tc>
          <w:tcPr>
            <w:tcW w:w="2376" w:type="dxa"/>
            <w:tcMar>
              <w:top w:w="55" w:type="dxa"/>
              <w:left w:w="75" w:type="dxa"/>
              <w:bottom w:w="55" w:type="dxa"/>
              <w:right w:w="75" w:type="dxa"/>
            </w:tcMar>
            <w:vAlign w:val="center"/>
          </w:tcPr>
          <w:p w14:paraId="539DED2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6CA0343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Estrogen Response Early</w:t>
            </w:r>
          </w:p>
        </w:tc>
        <w:tc>
          <w:tcPr>
            <w:tcW w:w="2376" w:type="dxa"/>
            <w:tcMar>
              <w:top w:w="55" w:type="dxa"/>
              <w:left w:w="75" w:type="dxa"/>
              <w:bottom w:w="55" w:type="dxa"/>
              <w:right w:w="75" w:type="dxa"/>
            </w:tcMar>
            <w:vAlign w:val="center"/>
          </w:tcPr>
          <w:p w14:paraId="58FFA7D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-0.17737571216605394</w:t>
            </w:r>
          </w:p>
        </w:tc>
        <w:tc>
          <w:tcPr>
            <w:tcW w:w="2376" w:type="dxa"/>
            <w:tcMar>
              <w:top w:w="55" w:type="dxa"/>
              <w:left w:w="75" w:type="dxa"/>
              <w:bottom w:w="55" w:type="dxa"/>
              <w:right w:w="75" w:type="dxa"/>
            </w:tcMar>
            <w:vAlign w:val="center"/>
          </w:tcPr>
          <w:p w14:paraId="62D629E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-0.9640773562690595</w:t>
            </w:r>
          </w:p>
        </w:tc>
        <w:tc>
          <w:tcPr>
            <w:tcW w:w="2376" w:type="dxa"/>
            <w:tcMar>
              <w:top w:w="55" w:type="dxa"/>
              <w:left w:w="75" w:type="dxa"/>
              <w:bottom w:w="55" w:type="dxa"/>
              <w:right w:w="75" w:type="dxa"/>
            </w:tcMar>
            <w:vAlign w:val="center"/>
          </w:tcPr>
          <w:p w14:paraId="4D139F5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0.5885558583106267</w:t>
            </w:r>
          </w:p>
        </w:tc>
        <w:tc>
          <w:tcPr>
            <w:tcW w:w="2376" w:type="dxa"/>
            <w:tcMar>
              <w:top w:w="55" w:type="dxa"/>
              <w:left w:w="75" w:type="dxa"/>
              <w:bottom w:w="55" w:type="dxa"/>
              <w:right w:w="75" w:type="dxa"/>
            </w:tcMar>
            <w:vAlign w:val="center"/>
          </w:tcPr>
          <w:p w14:paraId="04D4036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0.6098889887425816</w:t>
            </w:r>
          </w:p>
        </w:tc>
      </w:tr>
      <w:tr w:rsidR="00923354" w:rsidRPr="00314BAB" w14:paraId="7BF19631" w14:textId="77777777">
        <w:trPr>
          <w:cantSplit/>
          <w:jc w:val="center"/>
        </w:trPr>
        <w:tc>
          <w:tcPr>
            <w:tcW w:w="2376" w:type="dxa"/>
            <w:tcMar>
              <w:top w:w="55" w:type="dxa"/>
              <w:left w:w="75" w:type="dxa"/>
              <w:bottom w:w="55" w:type="dxa"/>
              <w:right w:w="75" w:type="dxa"/>
            </w:tcMar>
            <w:vAlign w:val="center"/>
          </w:tcPr>
          <w:p w14:paraId="3237544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FA9D29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Apical Surface</w:t>
            </w:r>
          </w:p>
        </w:tc>
        <w:tc>
          <w:tcPr>
            <w:tcW w:w="2376" w:type="dxa"/>
            <w:tcMar>
              <w:top w:w="55" w:type="dxa"/>
              <w:left w:w="75" w:type="dxa"/>
              <w:bottom w:w="55" w:type="dxa"/>
              <w:right w:w="75" w:type="dxa"/>
            </w:tcMar>
            <w:vAlign w:val="center"/>
          </w:tcPr>
          <w:p w14:paraId="01016CD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0.27830987488114467</w:t>
            </w:r>
          </w:p>
        </w:tc>
        <w:tc>
          <w:tcPr>
            <w:tcW w:w="2376" w:type="dxa"/>
            <w:tcMar>
              <w:top w:w="55" w:type="dxa"/>
              <w:left w:w="75" w:type="dxa"/>
              <w:bottom w:w="55" w:type="dxa"/>
              <w:right w:w="75" w:type="dxa"/>
            </w:tcMar>
            <w:vAlign w:val="center"/>
          </w:tcPr>
          <w:p w14:paraId="2EB9102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0.9638629083771472</w:t>
            </w:r>
          </w:p>
        </w:tc>
        <w:tc>
          <w:tcPr>
            <w:tcW w:w="2376" w:type="dxa"/>
            <w:tcMar>
              <w:top w:w="55" w:type="dxa"/>
              <w:left w:w="75" w:type="dxa"/>
              <w:bottom w:w="55" w:type="dxa"/>
              <w:right w:w="75" w:type="dxa"/>
            </w:tcMar>
            <w:vAlign w:val="center"/>
          </w:tcPr>
          <w:p w14:paraId="0CAC994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0.5117860380779692</w:t>
            </w:r>
          </w:p>
        </w:tc>
        <w:tc>
          <w:tcPr>
            <w:tcW w:w="2376" w:type="dxa"/>
            <w:tcMar>
              <w:top w:w="55" w:type="dxa"/>
              <w:left w:w="75" w:type="dxa"/>
              <w:bottom w:w="55" w:type="dxa"/>
              <w:right w:w="75" w:type="dxa"/>
            </w:tcMar>
            <w:vAlign w:val="center"/>
          </w:tcPr>
          <w:p w14:paraId="5481359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0.7003547409556095</w:t>
            </w:r>
          </w:p>
        </w:tc>
      </w:tr>
      <w:tr w:rsidR="00923354" w:rsidRPr="00314BAB" w14:paraId="3CB62471" w14:textId="77777777">
        <w:trPr>
          <w:cantSplit/>
          <w:jc w:val="center"/>
        </w:trPr>
        <w:tc>
          <w:tcPr>
            <w:tcW w:w="2376" w:type="dxa"/>
            <w:tcMar>
              <w:top w:w="55" w:type="dxa"/>
              <w:left w:w="75" w:type="dxa"/>
              <w:bottom w:w="55" w:type="dxa"/>
              <w:right w:w="75" w:type="dxa"/>
            </w:tcMar>
            <w:vAlign w:val="center"/>
          </w:tcPr>
          <w:p w14:paraId="7E1BBE1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0958BF4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Myc Targets V1</w:t>
            </w:r>
          </w:p>
        </w:tc>
        <w:tc>
          <w:tcPr>
            <w:tcW w:w="2376" w:type="dxa"/>
            <w:tcMar>
              <w:top w:w="55" w:type="dxa"/>
              <w:left w:w="75" w:type="dxa"/>
              <w:bottom w:w="55" w:type="dxa"/>
              <w:right w:w="75" w:type="dxa"/>
            </w:tcMar>
            <w:vAlign w:val="center"/>
          </w:tcPr>
          <w:p w14:paraId="2CAF5D9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0.2091542981920435</w:t>
            </w:r>
          </w:p>
        </w:tc>
        <w:tc>
          <w:tcPr>
            <w:tcW w:w="2376" w:type="dxa"/>
            <w:tcMar>
              <w:top w:w="55" w:type="dxa"/>
              <w:left w:w="75" w:type="dxa"/>
              <w:bottom w:w="55" w:type="dxa"/>
              <w:right w:w="75" w:type="dxa"/>
            </w:tcMar>
            <w:vAlign w:val="center"/>
          </w:tcPr>
          <w:p w14:paraId="5EA720C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0.940459107693889</w:t>
            </w:r>
          </w:p>
        </w:tc>
        <w:tc>
          <w:tcPr>
            <w:tcW w:w="2376" w:type="dxa"/>
            <w:tcMar>
              <w:top w:w="55" w:type="dxa"/>
              <w:left w:w="75" w:type="dxa"/>
              <w:bottom w:w="55" w:type="dxa"/>
              <w:right w:w="75" w:type="dxa"/>
            </w:tcMar>
            <w:vAlign w:val="center"/>
          </w:tcPr>
          <w:p w14:paraId="4CA277B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0.6214392803598201</w:t>
            </w:r>
          </w:p>
        </w:tc>
        <w:tc>
          <w:tcPr>
            <w:tcW w:w="2376" w:type="dxa"/>
            <w:tcMar>
              <w:top w:w="55" w:type="dxa"/>
              <w:left w:w="75" w:type="dxa"/>
              <w:bottom w:w="55" w:type="dxa"/>
              <w:right w:w="75" w:type="dxa"/>
            </w:tcMar>
            <w:vAlign w:val="center"/>
          </w:tcPr>
          <w:p w14:paraId="0FD6C0F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0.7396488943548192</w:t>
            </w:r>
          </w:p>
        </w:tc>
      </w:tr>
      <w:tr w:rsidR="00923354" w:rsidRPr="00314BAB" w14:paraId="51AE05F8" w14:textId="77777777">
        <w:trPr>
          <w:cantSplit/>
          <w:jc w:val="center"/>
        </w:trPr>
        <w:tc>
          <w:tcPr>
            <w:tcW w:w="2376" w:type="dxa"/>
            <w:tcMar>
              <w:top w:w="55" w:type="dxa"/>
              <w:left w:w="75" w:type="dxa"/>
              <w:bottom w:w="55" w:type="dxa"/>
              <w:right w:w="75" w:type="dxa"/>
            </w:tcMar>
            <w:vAlign w:val="center"/>
          </w:tcPr>
          <w:p w14:paraId="32A0D2E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5EC899B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Glycolysis</w:t>
            </w:r>
          </w:p>
        </w:tc>
        <w:tc>
          <w:tcPr>
            <w:tcW w:w="2376" w:type="dxa"/>
            <w:tcMar>
              <w:top w:w="55" w:type="dxa"/>
              <w:left w:w="75" w:type="dxa"/>
              <w:bottom w:w="55" w:type="dxa"/>
              <w:right w:w="75" w:type="dxa"/>
            </w:tcMar>
            <w:vAlign w:val="center"/>
          </w:tcPr>
          <w:p w14:paraId="50BD4C6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0.20829758756756936</w:t>
            </w:r>
          </w:p>
        </w:tc>
        <w:tc>
          <w:tcPr>
            <w:tcW w:w="2376" w:type="dxa"/>
            <w:tcMar>
              <w:top w:w="55" w:type="dxa"/>
              <w:left w:w="75" w:type="dxa"/>
              <w:bottom w:w="55" w:type="dxa"/>
              <w:right w:w="75" w:type="dxa"/>
            </w:tcMar>
            <w:vAlign w:val="center"/>
          </w:tcPr>
          <w:p w14:paraId="092A011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0.9327212840713027</w:t>
            </w:r>
          </w:p>
        </w:tc>
        <w:tc>
          <w:tcPr>
            <w:tcW w:w="2376" w:type="dxa"/>
            <w:tcMar>
              <w:top w:w="55" w:type="dxa"/>
              <w:left w:w="75" w:type="dxa"/>
              <w:bottom w:w="55" w:type="dxa"/>
              <w:right w:w="75" w:type="dxa"/>
            </w:tcMar>
            <w:vAlign w:val="center"/>
          </w:tcPr>
          <w:p w14:paraId="2B787CC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0.6276355421686747</w:t>
            </w:r>
          </w:p>
        </w:tc>
        <w:tc>
          <w:tcPr>
            <w:tcW w:w="2376" w:type="dxa"/>
            <w:tcMar>
              <w:top w:w="55" w:type="dxa"/>
              <w:left w:w="75" w:type="dxa"/>
              <w:bottom w:w="55" w:type="dxa"/>
              <w:right w:w="75" w:type="dxa"/>
            </w:tcMar>
            <w:vAlign w:val="center"/>
          </w:tcPr>
          <w:p w14:paraId="4857218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0.7365462968443508</w:t>
            </w:r>
          </w:p>
        </w:tc>
      </w:tr>
      <w:tr w:rsidR="00923354" w:rsidRPr="00314BAB" w14:paraId="48FFFC2C" w14:textId="77777777">
        <w:trPr>
          <w:cantSplit/>
          <w:jc w:val="center"/>
        </w:trPr>
        <w:tc>
          <w:tcPr>
            <w:tcW w:w="2376" w:type="dxa"/>
            <w:tcMar>
              <w:top w:w="55" w:type="dxa"/>
              <w:left w:w="75" w:type="dxa"/>
              <w:bottom w:w="55" w:type="dxa"/>
              <w:right w:w="75" w:type="dxa"/>
            </w:tcMar>
            <w:vAlign w:val="center"/>
          </w:tcPr>
          <w:p w14:paraId="1C27D15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E96ACB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Estrogen Response Late</w:t>
            </w:r>
          </w:p>
        </w:tc>
        <w:tc>
          <w:tcPr>
            <w:tcW w:w="2376" w:type="dxa"/>
            <w:tcMar>
              <w:top w:w="55" w:type="dxa"/>
              <w:left w:w="75" w:type="dxa"/>
              <w:bottom w:w="55" w:type="dxa"/>
              <w:right w:w="75" w:type="dxa"/>
            </w:tcMar>
            <w:vAlign w:val="center"/>
          </w:tcPr>
          <w:p w14:paraId="356C54C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0.2060548343173767</w:t>
            </w:r>
          </w:p>
        </w:tc>
        <w:tc>
          <w:tcPr>
            <w:tcW w:w="2376" w:type="dxa"/>
            <w:tcMar>
              <w:top w:w="55" w:type="dxa"/>
              <w:left w:w="75" w:type="dxa"/>
              <w:bottom w:w="55" w:type="dxa"/>
              <w:right w:w="75" w:type="dxa"/>
            </w:tcMar>
            <w:vAlign w:val="center"/>
          </w:tcPr>
          <w:p w14:paraId="17FD128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0.923941409987955</w:t>
            </w:r>
          </w:p>
        </w:tc>
        <w:tc>
          <w:tcPr>
            <w:tcW w:w="2376" w:type="dxa"/>
            <w:tcMar>
              <w:top w:w="55" w:type="dxa"/>
              <w:left w:w="75" w:type="dxa"/>
              <w:bottom w:w="55" w:type="dxa"/>
              <w:right w:w="75" w:type="dxa"/>
            </w:tcMar>
            <w:vAlign w:val="center"/>
          </w:tcPr>
          <w:p w14:paraId="62BCED1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0.6469691193290126</w:t>
            </w:r>
          </w:p>
        </w:tc>
        <w:tc>
          <w:tcPr>
            <w:tcW w:w="2376" w:type="dxa"/>
            <w:tcMar>
              <w:top w:w="55" w:type="dxa"/>
              <w:left w:w="75" w:type="dxa"/>
              <w:bottom w:w="55" w:type="dxa"/>
              <w:right w:w="75" w:type="dxa"/>
            </w:tcMar>
            <w:vAlign w:val="center"/>
          </w:tcPr>
          <w:p w14:paraId="04E10EC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0.7369738510080055</w:t>
            </w:r>
          </w:p>
        </w:tc>
      </w:tr>
      <w:tr w:rsidR="00923354" w:rsidRPr="00314BAB" w14:paraId="5C68633F" w14:textId="77777777">
        <w:trPr>
          <w:cantSplit/>
          <w:jc w:val="center"/>
        </w:trPr>
        <w:tc>
          <w:tcPr>
            <w:tcW w:w="2376" w:type="dxa"/>
            <w:tcMar>
              <w:top w:w="55" w:type="dxa"/>
              <w:left w:w="75" w:type="dxa"/>
              <w:bottom w:w="55" w:type="dxa"/>
              <w:right w:w="75" w:type="dxa"/>
            </w:tcMar>
            <w:vAlign w:val="center"/>
          </w:tcPr>
          <w:p w14:paraId="1F79F9B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256D407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p53 Pathway</w:t>
            </w:r>
          </w:p>
        </w:tc>
        <w:tc>
          <w:tcPr>
            <w:tcW w:w="2376" w:type="dxa"/>
            <w:tcMar>
              <w:top w:w="55" w:type="dxa"/>
              <w:left w:w="75" w:type="dxa"/>
              <w:bottom w:w="55" w:type="dxa"/>
              <w:right w:w="75" w:type="dxa"/>
            </w:tcMar>
            <w:vAlign w:val="center"/>
          </w:tcPr>
          <w:p w14:paraId="6B4DDE8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0.1953477361103143</w:t>
            </w:r>
          </w:p>
        </w:tc>
        <w:tc>
          <w:tcPr>
            <w:tcW w:w="2376" w:type="dxa"/>
            <w:tcMar>
              <w:top w:w="55" w:type="dxa"/>
              <w:left w:w="75" w:type="dxa"/>
              <w:bottom w:w="55" w:type="dxa"/>
              <w:right w:w="75" w:type="dxa"/>
            </w:tcMar>
            <w:vAlign w:val="center"/>
          </w:tcPr>
          <w:p w14:paraId="255FCD9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0.8788143857556179</w:t>
            </w:r>
          </w:p>
        </w:tc>
        <w:tc>
          <w:tcPr>
            <w:tcW w:w="2376" w:type="dxa"/>
            <w:tcMar>
              <w:top w:w="55" w:type="dxa"/>
              <w:left w:w="75" w:type="dxa"/>
              <w:bottom w:w="55" w:type="dxa"/>
              <w:right w:w="75" w:type="dxa"/>
            </w:tcMar>
            <w:vAlign w:val="center"/>
          </w:tcPr>
          <w:p w14:paraId="675E27B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0.7484939759036144</w:t>
            </w:r>
          </w:p>
        </w:tc>
        <w:tc>
          <w:tcPr>
            <w:tcW w:w="2376" w:type="dxa"/>
            <w:tcMar>
              <w:top w:w="55" w:type="dxa"/>
              <w:left w:w="75" w:type="dxa"/>
              <w:bottom w:w="55" w:type="dxa"/>
              <w:right w:w="75" w:type="dxa"/>
            </w:tcMar>
            <w:vAlign w:val="center"/>
          </w:tcPr>
          <w:p w14:paraId="2227655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0.8197885052402886</w:t>
            </w:r>
          </w:p>
        </w:tc>
      </w:tr>
      <w:tr w:rsidR="00923354" w:rsidRPr="00314BAB" w14:paraId="213EDC86" w14:textId="77777777">
        <w:trPr>
          <w:cantSplit/>
          <w:jc w:val="center"/>
        </w:trPr>
        <w:tc>
          <w:tcPr>
            <w:tcW w:w="2376" w:type="dxa"/>
            <w:tcMar>
              <w:top w:w="55" w:type="dxa"/>
              <w:left w:w="75" w:type="dxa"/>
              <w:bottom w:w="55" w:type="dxa"/>
              <w:right w:w="75" w:type="dxa"/>
            </w:tcMar>
            <w:vAlign w:val="center"/>
          </w:tcPr>
          <w:p w14:paraId="2BB4462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3DF3E69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Spermatogenesis</w:t>
            </w:r>
          </w:p>
        </w:tc>
        <w:tc>
          <w:tcPr>
            <w:tcW w:w="2376" w:type="dxa"/>
            <w:tcMar>
              <w:top w:w="55" w:type="dxa"/>
              <w:left w:w="75" w:type="dxa"/>
              <w:bottom w:w="55" w:type="dxa"/>
              <w:right w:w="75" w:type="dxa"/>
            </w:tcMar>
            <w:vAlign w:val="center"/>
          </w:tcPr>
          <w:p w14:paraId="50E2E17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0.2142689305177327</w:t>
            </w:r>
          </w:p>
        </w:tc>
        <w:tc>
          <w:tcPr>
            <w:tcW w:w="2376" w:type="dxa"/>
            <w:tcMar>
              <w:top w:w="55" w:type="dxa"/>
              <w:left w:w="75" w:type="dxa"/>
              <w:bottom w:w="55" w:type="dxa"/>
              <w:right w:w="75" w:type="dxa"/>
            </w:tcMar>
            <w:vAlign w:val="center"/>
          </w:tcPr>
          <w:p w14:paraId="2AF0503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0.8628802166174833</w:t>
            </w:r>
          </w:p>
        </w:tc>
        <w:tc>
          <w:tcPr>
            <w:tcW w:w="2376" w:type="dxa"/>
            <w:tcMar>
              <w:top w:w="55" w:type="dxa"/>
              <w:left w:w="75" w:type="dxa"/>
              <w:bottom w:w="55" w:type="dxa"/>
              <w:right w:w="75" w:type="dxa"/>
            </w:tcMar>
            <w:vAlign w:val="center"/>
          </w:tcPr>
          <w:p w14:paraId="6041705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0.7286789297658863</w:t>
            </w:r>
          </w:p>
        </w:tc>
        <w:tc>
          <w:tcPr>
            <w:tcW w:w="2376" w:type="dxa"/>
            <w:tcMar>
              <w:top w:w="55" w:type="dxa"/>
              <w:left w:w="75" w:type="dxa"/>
              <w:bottom w:w="55" w:type="dxa"/>
              <w:right w:w="75" w:type="dxa"/>
            </w:tcMar>
            <w:vAlign w:val="center"/>
          </w:tcPr>
          <w:p w14:paraId="497ED1A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0.8309911107181357</w:t>
            </w:r>
          </w:p>
        </w:tc>
      </w:tr>
      <w:tr w:rsidR="00923354" w:rsidRPr="00314BAB" w14:paraId="4533AE23" w14:textId="77777777">
        <w:trPr>
          <w:cantSplit/>
          <w:jc w:val="center"/>
        </w:trPr>
        <w:tc>
          <w:tcPr>
            <w:tcW w:w="2376" w:type="dxa"/>
            <w:tcMar>
              <w:top w:w="55" w:type="dxa"/>
              <w:left w:w="75" w:type="dxa"/>
              <w:bottom w:w="55" w:type="dxa"/>
              <w:right w:w="75" w:type="dxa"/>
            </w:tcMar>
            <w:vAlign w:val="center"/>
          </w:tcPr>
          <w:p w14:paraId="039ED22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7EF0007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Pancreas Beta Cells</w:t>
            </w:r>
          </w:p>
        </w:tc>
        <w:tc>
          <w:tcPr>
            <w:tcW w:w="2376" w:type="dxa"/>
            <w:tcMar>
              <w:top w:w="55" w:type="dxa"/>
              <w:left w:w="75" w:type="dxa"/>
              <w:bottom w:w="55" w:type="dxa"/>
              <w:right w:w="75" w:type="dxa"/>
            </w:tcMar>
            <w:vAlign w:val="center"/>
          </w:tcPr>
          <w:p w14:paraId="584EFC8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-0.25133901329389446</w:t>
            </w:r>
          </w:p>
        </w:tc>
        <w:tc>
          <w:tcPr>
            <w:tcW w:w="2376" w:type="dxa"/>
            <w:tcMar>
              <w:top w:w="55" w:type="dxa"/>
              <w:left w:w="75" w:type="dxa"/>
              <w:bottom w:w="55" w:type="dxa"/>
              <w:right w:w="75" w:type="dxa"/>
            </w:tcMar>
            <w:vAlign w:val="center"/>
          </w:tcPr>
          <w:p w14:paraId="693B519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-0.857841032027202</w:t>
            </w:r>
          </w:p>
        </w:tc>
        <w:tc>
          <w:tcPr>
            <w:tcW w:w="2376" w:type="dxa"/>
            <w:tcMar>
              <w:top w:w="55" w:type="dxa"/>
              <w:left w:w="75" w:type="dxa"/>
              <w:bottom w:w="55" w:type="dxa"/>
              <w:right w:w="75" w:type="dxa"/>
            </w:tcMar>
            <w:vAlign w:val="center"/>
          </w:tcPr>
          <w:p w14:paraId="23B4DED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0.6710526315789473</w:t>
            </w:r>
          </w:p>
        </w:tc>
        <w:tc>
          <w:tcPr>
            <w:tcW w:w="2376" w:type="dxa"/>
            <w:tcMar>
              <w:top w:w="55" w:type="dxa"/>
              <w:left w:w="75" w:type="dxa"/>
              <w:bottom w:w="55" w:type="dxa"/>
              <w:right w:w="75" w:type="dxa"/>
            </w:tcMar>
            <w:vAlign w:val="center"/>
          </w:tcPr>
          <w:p w14:paraId="6CD5128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0.8144023756495917</w:t>
            </w:r>
          </w:p>
        </w:tc>
      </w:tr>
      <w:tr w:rsidR="00923354" w:rsidRPr="00314BAB" w14:paraId="451E5C1B" w14:textId="77777777">
        <w:trPr>
          <w:cantSplit/>
          <w:jc w:val="center"/>
        </w:trPr>
        <w:tc>
          <w:tcPr>
            <w:tcW w:w="2376" w:type="dxa"/>
            <w:tcMar>
              <w:top w:w="55" w:type="dxa"/>
              <w:left w:w="75" w:type="dxa"/>
              <w:bottom w:w="55" w:type="dxa"/>
              <w:right w:w="75" w:type="dxa"/>
            </w:tcMar>
            <w:vAlign w:val="center"/>
          </w:tcPr>
          <w:p w14:paraId="6AAC554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7051239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heme Metabolism</w:t>
            </w:r>
          </w:p>
        </w:tc>
        <w:tc>
          <w:tcPr>
            <w:tcW w:w="2376" w:type="dxa"/>
            <w:tcMar>
              <w:top w:w="55" w:type="dxa"/>
              <w:left w:w="75" w:type="dxa"/>
              <w:bottom w:w="55" w:type="dxa"/>
              <w:right w:w="75" w:type="dxa"/>
            </w:tcMar>
            <w:vAlign w:val="center"/>
          </w:tcPr>
          <w:p w14:paraId="73D04A8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0.18659472486563658</w:t>
            </w:r>
          </w:p>
        </w:tc>
        <w:tc>
          <w:tcPr>
            <w:tcW w:w="2376" w:type="dxa"/>
            <w:tcMar>
              <w:top w:w="55" w:type="dxa"/>
              <w:left w:w="75" w:type="dxa"/>
              <w:bottom w:w="55" w:type="dxa"/>
              <w:right w:w="75" w:type="dxa"/>
            </w:tcMar>
            <w:vAlign w:val="center"/>
          </w:tcPr>
          <w:p w14:paraId="18C7E6B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0.8246815029014463</w:t>
            </w:r>
          </w:p>
        </w:tc>
        <w:tc>
          <w:tcPr>
            <w:tcW w:w="2376" w:type="dxa"/>
            <w:tcMar>
              <w:top w:w="55" w:type="dxa"/>
              <w:left w:w="75" w:type="dxa"/>
              <w:bottom w:w="55" w:type="dxa"/>
              <w:right w:w="75" w:type="dxa"/>
            </w:tcMar>
            <w:vAlign w:val="center"/>
          </w:tcPr>
          <w:p w14:paraId="47EA29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0.8316717791411042</w:t>
            </w:r>
          </w:p>
        </w:tc>
        <w:tc>
          <w:tcPr>
            <w:tcW w:w="2376" w:type="dxa"/>
            <w:tcMar>
              <w:top w:w="55" w:type="dxa"/>
              <w:left w:w="75" w:type="dxa"/>
              <w:bottom w:w="55" w:type="dxa"/>
              <w:right w:w="75" w:type="dxa"/>
            </w:tcMar>
            <w:vAlign w:val="center"/>
          </w:tcPr>
          <w:p w14:paraId="7D51C5C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0.8822220180101971</w:t>
            </w:r>
          </w:p>
        </w:tc>
      </w:tr>
      <w:tr w:rsidR="00923354" w:rsidRPr="00314BAB" w14:paraId="05CD86D7" w14:textId="77777777">
        <w:trPr>
          <w:cantSplit/>
          <w:jc w:val="center"/>
        </w:trPr>
        <w:tc>
          <w:tcPr>
            <w:tcW w:w="2376" w:type="dxa"/>
            <w:tcMar>
              <w:top w:w="55" w:type="dxa"/>
              <w:left w:w="75" w:type="dxa"/>
              <w:bottom w:w="55" w:type="dxa"/>
              <w:right w:w="75" w:type="dxa"/>
            </w:tcMar>
            <w:vAlign w:val="center"/>
          </w:tcPr>
          <w:p w14:paraId="38C063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47C0BFA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Oxidative Phosphorylation</w:t>
            </w:r>
          </w:p>
        </w:tc>
        <w:tc>
          <w:tcPr>
            <w:tcW w:w="2376" w:type="dxa"/>
            <w:tcMar>
              <w:top w:w="55" w:type="dxa"/>
              <w:left w:w="75" w:type="dxa"/>
              <w:bottom w:w="55" w:type="dxa"/>
              <w:right w:w="75" w:type="dxa"/>
            </w:tcMar>
            <w:vAlign w:val="center"/>
          </w:tcPr>
          <w:p w14:paraId="48864FC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0.17547644415284525</w:t>
            </w:r>
          </w:p>
        </w:tc>
        <w:tc>
          <w:tcPr>
            <w:tcW w:w="2376" w:type="dxa"/>
            <w:tcMar>
              <w:top w:w="55" w:type="dxa"/>
              <w:left w:w="75" w:type="dxa"/>
              <w:bottom w:w="55" w:type="dxa"/>
              <w:right w:w="75" w:type="dxa"/>
            </w:tcMar>
            <w:vAlign w:val="center"/>
          </w:tcPr>
          <w:p w14:paraId="63AE54E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0.7853556799942659</w:t>
            </w:r>
          </w:p>
        </w:tc>
        <w:tc>
          <w:tcPr>
            <w:tcW w:w="2376" w:type="dxa"/>
            <w:tcMar>
              <w:top w:w="55" w:type="dxa"/>
              <w:left w:w="75" w:type="dxa"/>
              <w:bottom w:w="55" w:type="dxa"/>
              <w:right w:w="75" w:type="dxa"/>
            </w:tcMar>
            <w:vAlign w:val="center"/>
          </w:tcPr>
          <w:p w14:paraId="31FC588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0.8924933987174651</w:t>
            </w:r>
          </w:p>
        </w:tc>
        <w:tc>
          <w:tcPr>
            <w:tcW w:w="2376" w:type="dxa"/>
            <w:tcMar>
              <w:top w:w="55" w:type="dxa"/>
              <w:left w:w="75" w:type="dxa"/>
              <w:bottom w:w="55" w:type="dxa"/>
              <w:right w:w="75" w:type="dxa"/>
            </w:tcMar>
            <w:vAlign w:val="center"/>
          </w:tcPr>
          <w:p w14:paraId="38DCB30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0.9234968585707438</w:t>
            </w:r>
          </w:p>
        </w:tc>
      </w:tr>
      <w:tr w:rsidR="00923354" w:rsidRPr="00314BAB" w14:paraId="716846F5" w14:textId="77777777">
        <w:trPr>
          <w:cantSplit/>
          <w:jc w:val="center"/>
        </w:trPr>
        <w:tc>
          <w:tcPr>
            <w:tcW w:w="2376" w:type="dxa"/>
            <w:tcMar>
              <w:top w:w="55" w:type="dxa"/>
              <w:left w:w="75" w:type="dxa"/>
              <w:bottom w:w="55" w:type="dxa"/>
              <w:right w:w="75" w:type="dxa"/>
            </w:tcMar>
            <w:vAlign w:val="center"/>
          </w:tcPr>
          <w:p w14:paraId="38BA916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686968E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Myc Targets V2</w:t>
            </w:r>
          </w:p>
        </w:tc>
        <w:tc>
          <w:tcPr>
            <w:tcW w:w="2376" w:type="dxa"/>
            <w:tcMar>
              <w:top w:w="55" w:type="dxa"/>
              <w:left w:w="75" w:type="dxa"/>
              <w:bottom w:w="55" w:type="dxa"/>
              <w:right w:w="75" w:type="dxa"/>
            </w:tcMar>
            <w:vAlign w:val="center"/>
          </w:tcPr>
          <w:p w14:paraId="2EEA0D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0.20757168474140764</w:t>
            </w:r>
          </w:p>
        </w:tc>
        <w:tc>
          <w:tcPr>
            <w:tcW w:w="2376" w:type="dxa"/>
            <w:tcMar>
              <w:top w:w="55" w:type="dxa"/>
              <w:left w:w="75" w:type="dxa"/>
              <w:bottom w:w="55" w:type="dxa"/>
              <w:right w:w="75" w:type="dxa"/>
            </w:tcMar>
            <w:vAlign w:val="center"/>
          </w:tcPr>
          <w:p w14:paraId="641F7D6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0.7822218156533554</w:t>
            </w:r>
          </w:p>
        </w:tc>
        <w:tc>
          <w:tcPr>
            <w:tcW w:w="2376" w:type="dxa"/>
            <w:tcMar>
              <w:top w:w="55" w:type="dxa"/>
              <w:left w:w="75" w:type="dxa"/>
              <w:bottom w:w="55" w:type="dxa"/>
              <w:right w:w="75" w:type="dxa"/>
            </w:tcMar>
            <w:vAlign w:val="center"/>
          </w:tcPr>
          <w:p w14:paraId="271AF12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0.8291279327135901</w:t>
            </w:r>
          </w:p>
        </w:tc>
        <w:tc>
          <w:tcPr>
            <w:tcW w:w="2376" w:type="dxa"/>
            <w:tcMar>
              <w:top w:w="55" w:type="dxa"/>
              <w:left w:w="75" w:type="dxa"/>
              <w:bottom w:w="55" w:type="dxa"/>
              <w:right w:w="75" w:type="dxa"/>
            </w:tcMar>
            <w:vAlign w:val="center"/>
          </w:tcPr>
          <w:p w14:paraId="4FA1132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0.9041291888720089</w:t>
            </w:r>
          </w:p>
        </w:tc>
      </w:tr>
      <w:tr w:rsidR="00923354" w:rsidRPr="00314BAB" w14:paraId="7A15F4AD" w14:textId="77777777">
        <w:trPr>
          <w:cantSplit/>
          <w:jc w:val="center"/>
        </w:trPr>
        <w:tc>
          <w:tcPr>
            <w:tcW w:w="2376" w:type="dxa"/>
            <w:tcMar>
              <w:top w:w="55" w:type="dxa"/>
              <w:left w:w="75" w:type="dxa"/>
              <w:bottom w:w="55" w:type="dxa"/>
              <w:right w:w="75" w:type="dxa"/>
            </w:tcMar>
            <w:vAlign w:val="center"/>
          </w:tcPr>
          <w:p w14:paraId="4877210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GSE212810</w:t>
            </w:r>
          </w:p>
        </w:tc>
        <w:tc>
          <w:tcPr>
            <w:tcW w:w="2376" w:type="dxa"/>
            <w:tcMar>
              <w:top w:w="55" w:type="dxa"/>
              <w:left w:w="75" w:type="dxa"/>
              <w:bottom w:w="55" w:type="dxa"/>
              <w:right w:w="75" w:type="dxa"/>
            </w:tcMar>
            <w:vAlign w:val="center"/>
          </w:tcPr>
          <w:p w14:paraId="1D3A3B3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TGF-beta Signaling</w:t>
            </w:r>
          </w:p>
        </w:tc>
        <w:tc>
          <w:tcPr>
            <w:tcW w:w="2376" w:type="dxa"/>
            <w:tcMar>
              <w:top w:w="55" w:type="dxa"/>
              <w:left w:w="75" w:type="dxa"/>
              <w:bottom w:w="55" w:type="dxa"/>
              <w:right w:w="75" w:type="dxa"/>
            </w:tcMar>
            <w:vAlign w:val="center"/>
          </w:tcPr>
          <w:p w14:paraId="5DFF9A7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0.20001580653092427</w:t>
            </w:r>
          </w:p>
        </w:tc>
        <w:tc>
          <w:tcPr>
            <w:tcW w:w="2376" w:type="dxa"/>
            <w:tcMar>
              <w:top w:w="55" w:type="dxa"/>
              <w:left w:w="75" w:type="dxa"/>
              <w:bottom w:w="55" w:type="dxa"/>
              <w:right w:w="75" w:type="dxa"/>
            </w:tcMar>
            <w:vAlign w:val="center"/>
          </w:tcPr>
          <w:p w14:paraId="31D63C2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0.7407987627631251</w:t>
            </w:r>
          </w:p>
        </w:tc>
        <w:tc>
          <w:tcPr>
            <w:tcW w:w="2376" w:type="dxa"/>
            <w:tcMar>
              <w:top w:w="55" w:type="dxa"/>
              <w:left w:w="75" w:type="dxa"/>
              <w:bottom w:w="55" w:type="dxa"/>
              <w:right w:w="75" w:type="dxa"/>
            </w:tcMar>
            <w:vAlign w:val="center"/>
          </w:tcPr>
          <w:p w14:paraId="02CF358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0.8872923215087561</w:t>
            </w:r>
          </w:p>
        </w:tc>
        <w:tc>
          <w:tcPr>
            <w:tcW w:w="2376" w:type="dxa"/>
            <w:tcMar>
              <w:top w:w="55" w:type="dxa"/>
              <w:left w:w="75" w:type="dxa"/>
              <w:bottom w:w="55" w:type="dxa"/>
              <w:right w:w="75" w:type="dxa"/>
            </w:tcMar>
            <w:vAlign w:val="center"/>
          </w:tcPr>
          <w:p w14:paraId="624487A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0.9300762818812446</w:t>
            </w:r>
          </w:p>
        </w:tc>
      </w:tr>
      <w:tr w:rsidR="00923354" w:rsidRPr="00314BAB" w14:paraId="28EA935A" w14:textId="77777777">
        <w:trPr>
          <w:cantSplit/>
          <w:jc w:val="center"/>
        </w:trPr>
        <w:tc>
          <w:tcPr>
            <w:tcW w:w="2376" w:type="dxa"/>
            <w:tcMar>
              <w:top w:w="55" w:type="dxa"/>
              <w:left w:w="75" w:type="dxa"/>
              <w:bottom w:w="55" w:type="dxa"/>
              <w:right w:w="75" w:type="dxa"/>
            </w:tcMar>
            <w:vAlign w:val="center"/>
          </w:tcPr>
          <w:p w14:paraId="3758993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5CFAC34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Myc Targets V1</w:t>
            </w:r>
          </w:p>
        </w:tc>
        <w:tc>
          <w:tcPr>
            <w:tcW w:w="2376" w:type="dxa"/>
            <w:tcMar>
              <w:top w:w="55" w:type="dxa"/>
              <w:left w:w="75" w:type="dxa"/>
              <w:bottom w:w="55" w:type="dxa"/>
              <w:right w:w="75" w:type="dxa"/>
            </w:tcMar>
            <w:vAlign w:val="center"/>
          </w:tcPr>
          <w:p w14:paraId="1B231F2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-0.6480449080233542</w:t>
            </w:r>
          </w:p>
        </w:tc>
        <w:tc>
          <w:tcPr>
            <w:tcW w:w="2376" w:type="dxa"/>
            <w:tcMar>
              <w:top w:w="55" w:type="dxa"/>
              <w:left w:w="75" w:type="dxa"/>
              <w:bottom w:w="55" w:type="dxa"/>
              <w:right w:w="75" w:type="dxa"/>
            </w:tcMar>
            <w:vAlign w:val="center"/>
          </w:tcPr>
          <w:p w14:paraId="2D6F5EF5"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-3.1676912903772214</w:t>
            </w:r>
          </w:p>
        </w:tc>
        <w:tc>
          <w:tcPr>
            <w:tcW w:w="2376" w:type="dxa"/>
            <w:tcMar>
              <w:top w:w="55" w:type="dxa"/>
              <w:left w:w="75" w:type="dxa"/>
              <w:bottom w:w="55" w:type="dxa"/>
              <w:right w:w="75" w:type="dxa"/>
            </w:tcMar>
            <w:vAlign w:val="center"/>
          </w:tcPr>
          <w:p w14:paraId="249AA88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5C4046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3E844D57" w14:textId="77777777">
        <w:trPr>
          <w:cantSplit/>
          <w:jc w:val="center"/>
        </w:trPr>
        <w:tc>
          <w:tcPr>
            <w:tcW w:w="2376" w:type="dxa"/>
            <w:tcMar>
              <w:top w:w="55" w:type="dxa"/>
              <w:left w:w="75" w:type="dxa"/>
              <w:bottom w:w="55" w:type="dxa"/>
              <w:right w:w="75" w:type="dxa"/>
            </w:tcMar>
            <w:vAlign w:val="center"/>
          </w:tcPr>
          <w:p w14:paraId="4A23B71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5733CD9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E2F Targets</w:t>
            </w:r>
          </w:p>
        </w:tc>
        <w:tc>
          <w:tcPr>
            <w:tcW w:w="2376" w:type="dxa"/>
            <w:tcMar>
              <w:top w:w="55" w:type="dxa"/>
              <w:left w:w="75" w:type="dxa"/>
              <w:bottom w:w="55" w:type="dxa"/>
              <w:right w:w="75" w:type="dxa"/>
            </w:tcMar>
            <w:vAlign w:val="center"/>
          </w:tcPr>
          <w:p w14:paraId="7961EF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-0.5864331916405449</w:t>
            </w:r>
          </w:p>
        </w:tc>
        <w:tc>
          <w:tcPr>
            <w:tcW w:w="2376" w:type="dxa"/>
            <w:tcMar>
              <w:top w:w="55" w:type="dxa"/>
              <w:left w:w="75" w:type="dxa"/>
              <w:bottom w:w="55" w:type="dxa"/>
              <w:right w:w="75" w:type="dxa"/>
            </w:tcMar>
            <w:vAlign w:val="center"/>
          </w:tcPr>
          <w:p w14:paraId="3D3B05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-2.884195392191248</w:t>
            </w:r>
          </w:p>
        </w:tc>
        <w:tc>
          <w:tcPr>
            <w:tcW w:w="2376" w:type="dxa"/>
            <w:tcMar>
              <w:top w:w="55" w:type="dxa"/>
              <w:left w:w="75" w:type="dxa"/>
              <w:bottom w:w="55" w:type="dxa"/>
              <w:right w:w="75" w:type="dxa"/>
            </w:tcMar>
            <w:vAlign w:val="center"/>
          </w:tcPr>
          <w:p w14:paraId="1C5BD0D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09668EE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4CEC5D98" w14:textId="77777777">
        <w:trPr>
          <w:cantSplit/>
          <w:jc w:val="center"/>
        </w:trPr>
        <w:tc>
          <w:tcPr>
            <w:tcW w:w="2376" w:type="dxa"/>
            <w:tcMar>
              <w:top w:w="55" w:type="dxa"/>
              <w:left w:w="75" w:type="dxa"/>
              <w:bottom w:w="55" w:type="dxa"/>
              <w:right w:w="75" w:type="dxa"/>
            </w:tcMar>
            <w:vAlign w:val="center"/>
          </w:tcPr>
          <w:p w14:paraId="7497E94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02DC5CF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G2-M Checkpoint</w:t>
            </w:r>
          </w:p>
        </w:tc>
        <w:tc>
          <w:tcPr>
            <w:tcW w:w="2376" w:type="dxa"/>
            <w:tcMar>
              <w:top w:w="55" w:type="dxa"/>
              <w:left w:w="75" w:type="dxa"/>
              <w:bottom w:w="55" w:type="dxa"/>
              <w:right w:w="75" w:type="dxa"/>
            </w:tcMar>
            <w:vAlign w:val="center"/>
          </w:tcPr>
          <w:p w14:paraId="5AE787C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-0.5231519656455257</w:t>
            </w:r>
          </w:p>
        </w:tc>
        <w:tc>
          <w:tcPr>
            <w:tcW w:w="2376" w:type="dxa"/>
            <w:tcMar>
              <w:top w:w="55" w:type="dxa"/>
              <w:left w:w="75" w:type="dxa"/>
              <w:bottom w:w="55" w:type="dxa"/>
              <w:right w:w="75" w:type="dxa"/>
            </w:tcMar>
            <w:vAlign w:val="center"/>
          </w:tcPr>
          <w:p w14:paraId="7F500C5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-2.5548988513224877</w:t>
            </w:r>
          </w:p>
        </w:tc>
        <w:tc>
          <w:tcPr>
            <w:tcW w:w="2376" w:type="dxa"/>
            <w:tcMar>
              <w:top w:w="55" w:type="dxa"/>
              <w:left w:w="75" w:type="dxa"/>
              <w:bottom w:w="55" w:type="dxa"/>
              <w:right w:w="75" w:type="dxa"/>
            </w:tcMar>
            <w:vAlign w:val="center"/>
          </w:tcPr>
          <w:p w14:paraId="3CF782C3"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7E603C0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433C86BC" w14:textId="77777777">
        <w:trPr>
          <w:cantSplit/>
          <w:jc w:val="center"/>
        </w:trPr>
        <w:tc>
          <w:tcPr>
            <w:tcW w:w="2376" w:type="dxa"/>
            <w:tcMar>
              <w:top w:w="55" w:type="dxa"/>
              <w:left w:w="75" w:type="dxa"/>
              <w:bottom w:w="55" w:type="dxa"/>
              <w:right w:w="75" w:type="dxa"/>
            </w:tcMar>
            <w:vAlign w:val="center"/>
          </w:tcPr>
          <w:p w14:paraId="22CF63C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09331DF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TNF-alpha Signaling via NF-kB</w:t>
            </w:r>
          </w:p>
        </w:tc>
        <w:tc>
          <w:tcPr>
            <w:tcW w:w="2376" w:type="dxa"/>
            <w:tcMar>
              <w:top w:w="55" w:type="dxa"/>
              <w:left w:w="75" w:type="dxa"/>
              <w:bottom w:w="55" w:type="dxa"/>
              <w:right w:w="75" w:type="dxa"/>
            </w:tcMar>
            <w:vAlign w:val="center"/>
          </w:tcPr>
          <w:p w14:paraId="091226D7"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0.4459677577517117</w:t>
            </w:r>
          </w:p>
        </w:tc>
        <w:tc>
          <w:tcPr>
            <w:tcW w:w="2376" w:type="dxa"/>
            <w:tcMar>
              <w:top w:w="55" w:type="dxa"/>
              <w:left w:w="75" w:type="dxa"/>
              <w:bottom w:w="55" w:type="dxa"/>
              <w:right w:w="75" w:type="dxa"/>
            </w:tcMar>
            <w:vAlign w:val="center"/>
          </w:tcPr>
          <w:p w14:paraId="1868B4D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2.5389846118471358</w:t>
            </w:r>
          </w:p>
        </w:tc>
        <w:tc>
          <w:tcPr>
            <w:tcW w:w="2376" w:type="dxa"/>
            <w:tcMar>
              <w:top w:w="55" w:type="dxa"/>
              <w:left w:w="75" w:type="dxa"/>
              <w:bottom w:w="55" w:type="dxa"/>
              <w:right w:w="75" w:type="dxa"/>
            </w:tcMar>
            <w:vAlign w:val="center"/>
          </w:tcPr>
          <w:p w14:paraId="03EF42F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0CE834C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574CBCC6" w14:textId="77777777">
        <w:trPr>
          <w:cantSplit/>
          <w:jc w:val="center"/>
        </w:trPr>
        <w:tc>
          <w:tcPr>
            <w:tcW w:w="2376" w:type="dxa"/>
            <w:tcMar>
              <w:top w:w="55" w:type="dxa"/>
              <w:left w:w="75" w:type="dxa"/>
              <w:bottom w:w="55" w:type="dxa"/>
              <w:right w:w="75" w:type="dxa"/>
            </w:tcMar>
            <w:vAlign w:val="center"/>
          </w:tcPr>
          <w:p w14:paraId="0409C41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05B4B8D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Interferon Gamma Response</w:t>
            </w:r>
          </w:p>
        </w:tc>
        <w:tc>
          <w:tcPr>
            <w:tcW w:w="2376" w:type="dxa"/>
            <w:tcMar>
              <w:top w:w="55" w:type="dxa"/>
              <w:left w:w="75" w:type="dxa"/>
              <w:bottom w:w="55" w:type="dxa"/>
              <w:right w:w="75" w:type="dxa"/>
            </w:tcMar>
            <w:vAlign w:val="center"/>
          </w:tcPr>
          <w:p w14:paraId="0123EE1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0.44699787902376437</w:t>
            </w:r>
          </w:p>
        </w:tc>
        <w:tc>
          <w:tcPr>
            <w:tcW w:w="2376" w:type="dxa"/>
            <w:tcMar>
              <w:top w:w="55" w:type="dxa"/>
              <w:left w:w="75" w:type="dxa"/>
              <w:bottom w:w="55" w:type="dxa"/>
              <w:right w:w="75" w:type="dxa"/>
            </w:tcMar>
            <w:vAlign w:val="center"/>
          </w:tcPr>
          <w:p w14:paraId="5A70D37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2.523198465521484</w:t>
            </w:r>
          </w:p>
        </w:tc>
        <w:tc>
          <w:tcPr>
            <w:tcW w:w="2376" w:type="dxa"/>
            <w:tcMar>
              <w:top w:w="55" w:type="dxa"/>
              <w:left w:w="75" w:type="dxa"/>
              <w:bottom w:w="55" w:type="dxa"/>
              <w:right w:w="75" w:type="dxa"/>
            </w:tcMar>
            <w:vAlign w:val="center"/>
          </w:tcPr>
          <w:p w14:paraId="356DA5D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4A8123F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2ECD08D9" w14:textId="77777777">
        <w:trPr>
          <w:cantSplit/>
          <w:jc w:val="center"/>
        </w:trPr>
        <w:tc>
          <w:tcPr>
            <w:tcW w:w="2376" w:type="dxa"/>
            <w:tcMar>
              <w:top w:w="55" w:type="dxa"/>
              <w:left w:w="75" w:type="dxa"/>
              <w:bottom w:w="55" w:type="dxa"/>
              <w:right w:w="75" w:type="dxa"/>
            </w:tcMar>
            <w:vAlign w:val="center"/>
          </w:tcPr>
          <w:p w14:paraId="35F2EB2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4334B86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Allograft Rejection</w:t>
            </w:r>
          </w:p>
        </w:tc>
        <w:tc>
          <w:tcPr>
            <w:tcW w:w="2376" w:type="dxa"/>
            <w:tcMar>
              <w:top w:w="55" w:type="dxa"/>
              <w:left w:w="75" w:type="dxa"/>
              <w:bottom w:w="55" w:type="dxa"/>
              <w:right w:w="75" w:type="dxa"/>
            </w:tcMar>
            <w:vAlign w:val="center"/>
          </w:tcPr>
          <w:p w14:paraId="5892EA7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0.4419835892823106</w:t>
            </w:r>
          </w:p>
        </w:tc>
        <w:tc>
          <w:tcPr>
            <w:tcW w:w="2376" w:type="dxa"/>
            <w:tcMar>
              <w:top w:w="55" w:type="dxa"/>
              <w:left w:w="75" w:type="dxa"/>
              <w:bottom w:w="55" w:type="dxa"/>
              <w:right w:w="75" w:type="dxa"/>
            </w:tcMar>
            <w:vAlign w:val="center"/>
          </w:tcPr>
          <w:p w14:paraId="173A713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2.484036705974491</w:t>
            </w:r>
          </w:p>
        </w:tc>
        <w:tc>
          <w:tcPr>
            <w:tcW w:w="2376" w:type="dxa"/>
            <w:tcMar>
              <w:top w:w="55" w:type="dxa"/>
              <w:left w:w="75" w:type="dxa"/>
              <w:bottom w:w="55" w:type="dxa"/>
              <w:right w:w="75" w:type="dxa"/>
            </w:tcMar>
            <w:vAlign w:val="center"/>
          </w:tcPr>
          <w:p w14:paraId="3815059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19856DA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455874F7" w14:textId="77777777">
        <w:trPr>
          <w:cantSplit/>
          <w:jc w:val="center"/>
        </w:trPr>
        <w:tc>
          <w:tcPr>
            <w:tcW w:w="2376" w:type="dxa"/>
            <w:tcMar>
              <w:top w:w="55" w:type="dxa"/>
              <w:left w:w="75" w:type="dxa"/>
              <w:bottom w:w="55" w:type="dxa"/>
              <w:right w:w="75" w:type="dxa"/>
            </w:tcMar>
            <w:vAlign w:val="center"/>
          </w:tcPr>
          <w:p w14:paraId="0AD92A8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484036C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IL-6/JAK/STAT3 Signaling</w:t>
            </w:r>
          </w:p>
        </w:tc>
        <w:tc>
          <w:tcPr>
            <w:tcW w:w="2376" w:type="dxa"/>
            <w:tcMar>
              <w:top w:w="55" w:type="dxa"/>
              <w:left w:w="75" w:type="dxa"/>
              <w:bottom w:w="55" w:type="dxa"/>
              <w:right w:w="75" w:type="dxa"/>
            </w:tcMar>
            <w:vAlign w:val="center"/>
          </w:tcPr>
          <w:p w14:paraId="62827F0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0.4989540662868285</w:t>
            </w:r>
          </w:p>
        </w:tc>
        <w:tc>
          <w:tcPr>
            <w:tcW w:w="2376" w:type="dxa"/>
            <w:tcMar>
              <w:top w:w="55" w:type="dxa"/>
              <w:left w:w="75" w:type="dxa"/>
              <w:bottom w:w="55" w:type="dxa"/>
              <w:right w:w="75" w:type="dxa"/>
            </w:tcMar>
            <w:vAlign w:val="center"/>
          </w:tcPr>
          <w:p w14:paraId="435030B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2.4105945288625676</w:t>
            </w:r>
          </w:p>
        </w:tc>
        <w:tc>
          <w:tcPr>
            <w:tcW w:w="2376" w:type="dxa"/>
            <w:tcMar>
              <w:top w:w="55" w:type="dxa"/>
              <w:left w:w="75" w:type="dxa"/>
              <w:bottom w:w="55" w:type="dxa"/>
              <w:right w:w="75" w:type="dxa"/>
            </w:tcMar>
            <w:vAlign w:val="center"/>
          </w:tcPr>
          <w:p w14:paraId="7669E26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571E6D6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7C7D899F" w14:textId="77777777">
        <w:trPr>
          <w:cantSplit/>
          <w:jc w:val="center"/>
        </w:trPr>
        <w:tc>
          <w:tcPr>
            <w:tcW w:w="2376" w:type="dxa"/>
            <w:tcMar>
              <w:top w:w="55" w:type="dxa"/>
              <w:left w:w="75" w:type="dxa"/>
              <w:bottom w:w="55" w:type="dxa"/>
              <w:right w:w="75" w:type="dxa"/>
            </w:tcMar>
            <w:vAlign w:val="center"/>
          </w:tcPr>
          <w:p w14:paraId="6D8C126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31ABD29D"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Myc Targets V2</w:t>
            </w:r>
          </w:p>
        </w:tc>
        <w:tc>
          <w:tcPr>
            <w:tcW w:w="2376" w:type="dxa"/>
            <w:tcMar>
              <w:top w:w="55" w:type="dxa"/>
              <w:left w:w="75" w:type="dxa"/>
              <w:bottom w:w="55" w:type="dxa"/>
              <w:right w:w="75" w:type="dxa"/>
            </w:tcMar>
            <w:vAlign w:val="center"/>
          </w:tcPr>
          <w:p w14:paraId="27BBA3F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-0.5829566602517259</w:t>
            </w:r>
          </w:p>
        </w:tc>
        <w:tc>
          <w:tcPr>
            <w:tcW w:w="2376" w:type="dxa"/>
            <w:tcMar>
              <w:top w:w="55" w:type="dxa"/>
              <w:left w:w="75" w:type="dxa"/>
              <w:bottom w:w="55" w:type="dxa"/>
              <w:right w:w="75" w:type="dxa"/>
            </w:tcMar>
            <w:vAlign w:val="center"/>
          </w:tcPr>
          <w:p w14:paraId="648EB0F1"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-2.350166044070176</w:t>
            </w:r>
          </w:p>
        </w:tc>
        <w:tc>
          <w:tcPr>
            <w:tcW w:w="2376" w:type="dxa"/>
            <w:tcMar>
              <w:top w:w="55" w:type="dxa"/>
              <w:left w:w="75" w:type="dxa"/>
              <w:bottom w:w="55" w:type="dxa"/>
              <w:right w:w="75" w:type="dxa"/>
            </w:tcMar>
            <w:vAlign w:val="center"/>
          </w:tcPr>
          <w:p w14:paraId="512708CF"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6189BF52"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275BC3E8" w14:textId="77777777" w:rsidTr="00314BAB">
        <w:trPr>
          <w:cantSplit/>
          <w:jc w:val="center"/>
        </w:trPr>
        <w:tc>
          <w:tcPr>
            <w:tcW w:w="2376" w:type="dxa"/>
            <w:tcMar>
              <w:top w:w="55" w:type="dxa"/>
              <w:left w:w="75" w:type="dxa"/>
              <w:bottom w:w="55" w:type="dxa"/>
              <w:right w:w="75" w:type="dxa"/>
            </w:tcMar>
            <w:vAlign w:val="center"/>
          </w:tcPr>
          <w:p w14:paraId="77159AF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Mar>
              <w:top w:w="55" w:type="dxa"/>
              <w:left w:w="75" w:type="dxa"/>
              <w:bottom w:w="55" w:type="dxa"/>
              <w:right w:w="75" w:type="dxa"/>
            </w:tcMar>
            <w:vAlign w:val="center"/>
          </w:tcPr>
          <w:p w14:paraId="12E7A9EA"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Inflammatory Response</w:t>
            </w:r>
          </w:p>
        </w:tc>
        <w:tc>
          <w:tcPr>
            <w:tcW w:w="2376" w:type="dxa"/>
            <w:tcMar>
              <w:top w:w="55" w:type="dxa"/>
              <w:left w:w="75" w:type="dxa"/>
              <w:bottom w:w="55" w:type="dxa"/>
              <w:right w:w="75" w:type="dxa"/>
            </w:tcMar>
            <w:vAlign w:val="center"/>
          </w:tcPr>
          <w:p w14:paraId="5C6E2CEE"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0.4109423053673359</w:t>
            </w:r>
          </w:p>
        </w:tc>
        <w:tc>
          <w:tcPr>
            <w:tcW w:w="2376" w:type="dxa"/>
            <w:tcMar>
              <w:top w:w="55" w:type="dxa"/>
              <w:left w:w="75" w:type="dxa"/>
              <w:bottom w:w="55" w:type="dxa"/>
              <w:right w:w="75" w:type="dxa"/>
            </w:tcMar>
            <w:vAlign w:val="center"/>
          </w:tcPr>
          <w:p w14:paraId="09BE85C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2.308732097421343</w:t>
            </w:r>
          </w:p>
        </w:tc>
        <w:tc>
          <w:tcPr>
            <w:tcW w:w="2376" w:type="dxa"/>
            <w:tcMar>
              <w:top w:w="55" w:type="dxa"/>
              <w:left w:w="75" w:type="dxa"/>
              <w:bottom w:w="55" w:type="dxa"/>
              <w:right w:w="75" w:type="dxa"/>
            </w:tcMar>
            <w:vAlign w:val="center"/>
          </w:tcPr>
          <w:p w14:paraId="6D1EB234"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Mar>
              <w:top w:w="55" w:type="dxa"/>
              <w:left w:w="75" w:type="dxa"/>
              <w:bottom w:w="55" w:type="dxa"/>
              <w:right w:w="75" w:type="dxa"/>
            </w:tcMar>
            <w:vAlign w:val="center"/>
          </w:tcPr>
          <w:p w14:paraId="4DA75459"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r w:rsidR="00923354" w:rsidRPr="00314BAB" w14:paraId="15EB62DF" w14:textId="77777777" w:rsidTr="00314BAB">
        <w:trPr>
          <w:cantSplit/>
          <w:jc w:val="center"/>
        </w:trPr>
        <w:tc>
          <w:tcPr>
            <w:tcW w:w="2376" w:type="dxa"/>
            <w:tcBorders>
              <w:bottom w:val="single" w:sz="4" w:space="0" w:color="auto"/>
            </w:tcBorders>
            <w:tcMar>
              <w:top w:w="55" w:type="dxa"/>
              <w:left w:w="75" w:type="dxa"/>
              <w:bottom w:w="55" w:type="dxa"/>
              <w:right w:w="75" w:type="dxa"/>
            </w:tcMar>
            <w:vAlign w:val="center"/>
          </w:tcPr>
          <w:p w14:paraId="06777280"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GSE247185</w:t>
            </w:r>
          </w:p>
        </w:tc>
        <w:tc>
          <w:tcPr>
            <w:tcW w:w="2376" w:type="dxa"/>
            <w:tcBorders>
              <w:bottom w:val="single" w:sz="4" w:space="0" w:color="auto"/>
            </w:tcBorders>
            <w:tcMar>
              <w:top w:w="55" w:type="dxa"/>
              <w:left w:w="75" w:type="dxa"/>
              <w:bottom w:w="55" w:type="dxa"/>
              <w:right w:w="75" w:type="dxa"/>
            </w:tcMar>
            <w:vAlign w:val="center"/>
          </w:tcPr>
          <w:p w14:paraId="2F705C76"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Interferon Alpha Response</w:t>
            </w:r>
          </w:p>
        </w:tc>
        <w:tc>
          <w:tcPr>
            <w:tcW w:w="2376" w:type="dxa"/>
            <w:tcBorders>
              <w:bottom w:val="single" w:sz="4" w:space="0" w:color="auto"/>
            </w:tcBorders>
            <w:tcMar>
              <w:top w:w="55" w:type="dxa"/>
              <w:left w:w="75" w:type="dxa"/>
              <w:bottom w:w="55" w:type="dxa"/>
              <w:right w:w="75" w:type="dxa"/>
            </w:tcMar>
            <w:vAlign w:val="center"/>
          </w:tcPr>
          <w:p w14:paraId="0497EB0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0.455539250782492</w:t>
            </w:r>
          </w:p>
        </w:tc>
        <w:tc>
          <w:tcPr>
            <w:tcW w:w="2376" w:type="dxa"/>
            <w:tcBorders>
              <w:bottom w:val="single" w:sz="4" w:space="0" w:color="auto"/>
            </w:tcBorders>
            <w:tcMar>
              <w:top w:w="55" w:type="dxa"/>
              <w:left w:w="75" w:type="dxa"/>
              <w:bottom w:w="55" w:type="dxa"/>
              <w:right w:w="75" w:type="dxa"/>
            </w:tcMar>
            <w:vAlign w:val="center"/>
          </w:tcPr>
          <w:p w14:paraId="5320C61C"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2.3081042369058515</w:t>
            </w:r>
          </w:p>
        </w:tc>
        <w:tc>
          <w:tcPr>
            <w:tcW w:w="2376" w:type="dxa"/>
            <w:tcBorders>
              <w:bottom w:val="single" w:sz="4" w:space="0" w:color="auto"/>
            </w:tcBorders>
            <w:tcMar>
              <w:top w:w="55" w:type="dxa"/>
              <w:left w:w="75" w:type="dxa"/>
              <w:bottom w:w="55" w:type="dxa"/>
              <w:right w:w="75" w:type="dxa"/>
            </w:tcMar>
            <w:vAlign w:val="center"/>
          </w:tcPr>
          <w:p w14:paraId="2B5CF418"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c>
          <w:tcPr>
            <w:tcW w:w="2376" w:type="dxa"/>
            <w:tcBorders>
              <w:bottom w:val="single" w:sz="4" w:space="0" w:color="auto"/>
            </w:tcBorders>
            <w:tcMar>
              <w:top w:w="55" w:type="dxa"/>
              <w:left w:w="75" w:type="dxa"/>
              <w:bottom w:w="55" w:type="dxa"/>
              <w:right w:w="75" w:type="dxa"/>
            </w:tcMar>
            <w:vAlign w:val="center"/>
          </w:tcPr>
          <w:p w14:paraId="280D00FB" w14:textId="77777777" w:rsidR="00923354" w:rsidRPr="008628DB" w:rsidRDefault="00000000" w:rsidP="008628DB">
            <w:pPr>
              <w:snapToGrid w:val="0"/>
              <w:spacing w:after="0" w:line="240" w:lineRule="auto"/>
              <w:jc w:val="center"/>
              <w:rPr>
                <w:rFonts w:ascii="Times New Roman" w:hAnsi="Times New Roman" w:cs="Times New Roman"/>
                <w:sz w:val="15"/>
                <w:szCs w:val="15"/>
              </w:rPr>
            </w:pPr>
            <w:r w:rsidRPr="008628DB">
              <w:rPr>
                <w:rFonts w:ascii="Times New Roman" w:hAnsi="Times New Roman" w:cs="Times New Roman"/>
                <w:sz w:val="15"/>
                <w:szCs w:val="15"/>
              </w:rPr>
              <w:t>0.0</w:t>
            </w:r>
          </w:p>
        </w:tc>
      </w:tr>
    </w:tbl>
    <w:p w14:paraId="023CB5A5" w14:textId="77777777" w:rsidR="00923354" w:rsidRDefault="00000000">
      <w:r>
        <w:br w:type="page"/>
      </w:r>
    </w:p>
    <w:p w14:paraId="6E1129FE" w14:textId="77777777" w:rsidR="00923354" w:rsidRPr="00314BAB" w:rsidRDefault="00000000" w:rsidP="00314BAB">
      <w:pPr>
        <w:jc w:val="center"/>
        <w:rPr>
          <w:rFonts w:ascii="Times New Roman" w:hAnsi="Times New Roman" w:cs="Times New Roman"/>
          <w:b/>
          <w:bCs/>
          <w:sz w:val="21"/>
          <w:szCs w:val="21"/>
        </w:rPr>
      </w:pPr>
      <w:r w:rsidRPr="00314BAB">
        <w:rPr>
          <w:rFonts w:ascii="Times New Roman" w:hAnsi="Times New Roman" w:cs="Times New Roman"/>
          <w:b/>
          <w:bCs/>
          <w:sz w:val="21"/>
          <w:szCs w:val="21"/>
        </w:rPr>
        <w:lastRenderedPageBreak/>
        <w:t>Table S6. Leading-edge overlap and shared core-gene membership</w:t>
      </w:r>
    </w:p>
    <w:p w14:paraId="2384F82D" w14:textId="77777777" w:rsidR="00923354" w:rsidRPr="00314BAB" w:rsidRDefault="00000000" w:rsidP="00314BAB">
      <w:pPr>
        <w:rPr>
          <w:rFonts w:ascii="Times New Roman" w:hAnsi="Times New Roman" w:cs="Times New Roman"/>
          <w:b/>
          <w:bCs/>
          <w:sz w:val="21"/>
          <w:szCs w:val="21"/>
        </w:rPr>
      </w:pPr>
      <w:r w:rsidRPr="00314BAB">
        <w:rPr>
          <w:rFonts w:ascii="Times New Roman" w:hAnsi="Times New Roman" w:cs="Times New Roman"/>
          <w:b/>
          <w:bCs/>
          <w:sz w:val="21"/>
          <w:szCs w:val="21"/>
        </w:rPr>
        <w:t>S6a leading edge overlap</w:t>
      </w:r>
    </w:p>
    <w:tbl>
      <w:tblPr>
        <w:tblW w:w="0" w:type="auto"/>
        <w:jc w:val="center"/>
        <w:tblLook w:val="04A0" w:firstRow="1" w:lastRow="0" w:firstColumn="1" w:lastColumn="0" w:noHBand="0" w:noVBand="1"/>
      </w:tblPr>
      <w:tblGrid>
        <w:gridCol w:w="2694"/>
        <w:gridCol w:w="2835"/>
        <w:gridCol w:w="1599"/>
        <w:gridCol w:w="2376"/>
        <w:gridCol w:w="2376"/>
        <w:gridCol w:w="2376"/>
      </w:tblGrid>
      <w:tr w:rsidR="00923354" w:rsidRPr="00314BAB" w14:paraId="08AF9DA3" w14:textId="77777777" w:rsidTr="00314BAB">
        <w:trPr>
          <w:cantSplit/>
          <w:jc w:val="center"/>
        </w:trPr>
        <w:tc>
          <w:tcPr>
            <w:tcW w:w="2694" w:type="dxa"/>
            <w:tcBorders>
              <w:top w:val="single" w:sz="4" w:space="0" w:color="auto"/>
              <w:bottom w:val="single" w:sz="4" w:space="0" w:color="auto"/>
            </w:tcBorders>
            <w:tcMar>
              <w:top w:w="55" w:type="dxa"/>
              <w:left w:w="75" w:type="dxa"/>
              <w:bottom w:w="55" w:type="dxa"/>
              <w:right w:w="75" w:type="dxa"/>
            </w:tcMar>
          </w:tcPr>
          <w:p w14:paraId="6FD3B805" w14:textId="77777777" w:rsidR="00923354" w:rsidRPr="00314BAB" w:rsidRDefault="00000000" w:rsidP="008628DB">
            <w:pPr>
              <w:snapToGrid w:val="0"/>
              <w:spacing w:after="0" w:line="240" w:lineRule="auto"/>
              <w:jc w:val="center"/>
              <w:rPr>
                <w:sz w:val="16"/>
                <w:szCs w:val="16"/>
              </w:rPr>
            </w:pPr>
            <w:r w:rsidRPr="00314BAB">
              <w:rPr>
                <w:b/>
                <w:sz w:val="16"/>
                <w:szCs w:val="16"/>
              </w:rPr>
              <w:t>program_1</w:t>
            </w:r>
          </w:p>
        </w:tc>
        <w:tc>
          <w:tcPr>
            <w:tcW w:w="2835" w:type="dxa"/>
            <w:tcBorders>
              <w:top w:val="single" w:sz="4" w:space="0" w:color="auto"/>
              <w:bottom w:val="single" w:sz="4" w:space="0" w:color="auto"/>
            </w:tcBorders>
            <w:tcMar>
              <w:top w:w="55" w:type="dxa"/>
              <w:left w:w="75" w:type="dxa"/>
              <w:bottom w:w="55" w:type="dxa"/>
              <w:right w:w="75" w:type="dxa"/>
            </w:tcMar>
          </w:tcPr>
          <w:p w14:paraId="28479AB8" w14:textId="77777777" w:rsidR="00923354" w:rsidRPr="00314BAB" w:rsidRDefault="00000000" w:rsidP="008628DB">
            <w:pPr>
              <w:snapToGrid w:val="0"/>
              <w:spacing w:after="0" w:line="240" w:lineRule="auto"/>
              <w:jc w:val="center"/>
              <w:rPr>
                <w:sz w:val="16"/>
                <w:szCs w:val="16"/>
              </w:rPr>
            </w:pPr>
            <w:r w:rsidRPr="00314BAB">
              <w:rPr>
                <w:b/>
                <w:sz w:val="16"/>
                <w:szCs w:val="16"/>
              </w:rPr>
              <w:t>program_2</w:t>
            </w:r>
          </w:p>
        </w:tc>
        <w:tc>
          <w:tcPr>
            <w:tcW w:w="1599" w:type="dxa"/>
            <w:tcBorders>
              <w:top w:val="single" w:sz="4" w:space="0" w:color="auto"/>
              <w:bottom w:val="single" w:sz="4" w:space="0" w:color="auto"/>
            </w:tcBorders>
            <w:tcMar>
              <w:top w:w="55" w:type="dxa"/>
              <w:left w:w="75" w:type="dxa"/>
              <w:bottom w:w="55" w:type="dxa"/>
              <w:right w:w="75" w:type="dxa"/>
            </w:tcMar>
          </w:tcPr>
          <w:p w14:paraId="5E0744E8" w14:textId="77777777" w:rsidR="00923354" w:rsidRPr="00314BAB" w:rsidRDefault="00000000" w:rsidP="008628DB">
            <w:pPr>
              <w:snapToGrid w:val="0"/>
              <w:spacing w:after="0" w:line="240" w:lineRule="auto"/>
              <w:jc w:val="center"/>
              <w:rPr>
                <w:sz w:val="16"/>
                <w:szCs w:val="16"/>
              </w:rPr>
            </w:pPr>
            <w:r w:rsidRPr="00314BAB">
              <w:rPr>
                <w:b/>
                <w:sz w:val="16"/>
                <w:szCs w:val="16"/>
              </w:rPr>
              <w:t>intersection_n</w:t>
            </w:r>
          </w:p>
        </w:tc>
        <w:tc>
          <w:tcPr>
            <w:tcW w:w="2376" w:type="dxa"/>
            <w:tcBorders>
              <w:top w:val="single" w:sz="4" w:space="0" w:color="auto"/>
              <w:bottom w:val="single" w:sz="4" w:space="0" w:color="auto"/>
            </w:tcBorders>
            <w:tcMar>
              <w:top w:w="55" w:type="dxa"/>
              <w:left w:w="75" w:type="dxa"/>
              <w:bottom w:w="55" w:type="dxa"/>
              <w:right w:w="75" w:type="dxa"/>
            </w:tcMar>
          </w:tcPr>
          <w:p w14:paraId="57EB5DBC" w14:textId="77777777" w:rsidR="00923354" w:rsidRPr="00314BAB" w:rsidRDefault="00000000" w:rsidP="008628DB">
            <w:pPr>
              <w:snapToGrid w:val="0"/>
              <w:spacing w:after="0" w:line="240" w:lineRule="auto"/>
              <w:jc w:val="center"/>
              <w:rPr>
                <w:sz w:val="16"/>
                <w:szCs w:val="16"/>
              </w:rPr>
            </w:pPr>
            <w:r w:rsidRPr="00314BAB">
              <w:rPr>
                <w:b/>
                <w:sz w:val="16"/>
                <w:szCs w:val="16"/>
              </w:rPr>
              <w:t>union_n</w:t>
            </w:r>
          </w:p>
        </w:tc>
        <w:tc>
          <w:tcPr>
            <w:tcW w:w="2376" w:type="dxa"/>
            <w:tcBorders>
              <w:top w:val="single" w:sz="4" w:space="0" w:color="auto"/>
              <w:bottom w:val="single" w:sz="4" w:space="0" w:color="auto"/>
            </w:tcBorders>
            <w:tcMar>
              <w:top w:w="55" w:type="dxa"/>
              <w:left w:w="75" w:type="dxa"/>
              <w:bottom w:w="55" w:type="dxa"/>
              <w:right w:w="75" w:type="dxa"/>
            </w:tcMar>
          </w:tcPr>
          <w:p w14:paraId="7B77CCE2" w14:textId="77777777" w:rsidR="00923354" w:rsidRPr="00314BAB" w:rsidRDefault="00000000" w:rsidP="008628DB">
            <w:pPr>
              <w:snapToGrid w:val="0"/>
              <w:spacing w:after="0" w:line="240" w:lineRule="auto"/>
              <w:jc w:val="center"/>
              <w:rPr>
                <w:sz w:val="16"/>
                <w:szCs w:val="16"/>
              </w:rPr>
            </w:pPr>
            <w:r w:rsidRPr="00314BAB">
              <w:rPr>
                <w:b/>
                <w:sz w:val="16"/>
                <w:szCs w:val="16"/>
              </w:rPr>
              <w:t>jaccard</w:t>
            </w:r>
          </w:p>
        </w:tc>
        <w:tc>
          <w:tcPr>
            <w:tcW w:w="2376" w:type="dxa"/>
            <w:tcBorders>
              <w:top w:val="single" w:sz="4" w:space="0" w:color="auto"/>
              <w:bottom w:val="single" w:sz="4" w:space="0" w:color="auto"/>
            </w:tcBorders>
            <w:tcMar>
              <w:top w:w="55" w:type="dxa"/>
              <w:left w:w="75" w:type="dxa"/>
              <w:bottom w:w="55" w:type="dxa"/>
              <w:right w:w="75" w:type="dxa"/>
            </w:tcMar>
          </w:tcPr>
          <w:p w14:paraId="3DFC0744" w14:textId="77777777" w:rsidR="00923354" w:rsidRPr="00314BAB" w:rsidRDefault="00000000" w:rsidP="008628DB">
            <w:pPr>
              <w:snapToGrid w:val="0"/>
              <w:spacing w:after="0" w:line="240" w:lineRule="auto"/>
              <w:jc w:val="center"/>
              <w:rPr>
                <w:sz w:val="16"/>
                <w:szCs w:val="16"/>
              </w:rPr>
            </w:pPr>
            <w:r w:rsidRPr="00314BAB">
              <w:rPr>
                <w:b/>
                <w:sz w:val="16"/>
                <w:szCs w:val="16"/>
              </w:rPr>
              <w:t>overlap_coefficient</w:t>
            </w:r>
          </w:p>
        </w:tc>
      </w:tr>
      <w:tr w:rsidR="00923354" w:rsidRPr="00314BAB" w14:paraId="729A4A80" w14:textId="77777777" w:rsidTr="00314BAB">
        <w:trPr>
          <w:cantSplit/>
          <w:jc w:val="center"/>
        </w:trPr>
        <w:tc>
          <w:tcPr>
            <w:tcW w:w="2694" w:type="dxa"/>
            <w:tcBorders>
              <w:top w:val="single" w:sz="4" w:space="0" w:color="auto"/>
            </w:tcBorders>
            <w:tcMar>
              <w:top w:w="55" w:type="dxa"/>
              <w:left w:w="75" w:type="dxa"/>
              <w:bottom w:w="55" w:type="dxa"/>
              <w:right w:w="75" w:type="dxa"/>
            </w:tcMar>
            <w:vAlign w:val="center"/>
          </w:tcPr>
          <w:p w14:paraId="543F3933"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2835" w:type="dxa"/>
            <w:tcBorders>
              <w:top w:val="single" w:sz="4" w:space="0" w:color="auto"/>
            </w:tcBorders>
            <w:tcMar>
              <w:top w:w="55" w:type="dxa"/>
              <w:left w:w="75" w:type="dxa"/>
              <w:bottom w:w="55" w:type="dxa"/>
              <w:right w:w="75" w:type="dxa"/>
            </w:tcMar>
            <w:vAlign w:val="center"/>
          </w:tcPr>
          <w:p w14:paraId="18824234"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1599" w:type="dxa"/>
            <w:tcBorders>
              <w:top w:val="single" w:sz="4" w:space="0" w:color="auto"/>
            </w:tcBorders>
            <w:tcMar>
              <w:top w:w="55" w:type="dxa"/>
              <w:left w:w="75" w:type="dxa"/>
              <w:bottom w:w="55" w:type="dxa"/>
              <w:right w:w="75" w:type="dxa"/>
            </w:tcMar>
            <w:vAlign w:val="center"/>
          </w:tcPr>
          <w:p w14:paraId="58329536" w14:textId="77777777" w:rsidR="00923354" w:rsidRPr="00314BAB" w:rsidRDefault="00000000" w:rsidP="008628DB">
            <w:pPr>
              <w:snapToGrid w:val="0"/>
              <w:spacing w:after="0" w:line="240" w:lineRule="auto"/>
              <w:jc w:val="center"/>
              <w:rPr>
                <w:sz w:val="16"/>
                <w:szCs w:val="16"/>
              </w:rPr>
            </w:pPr>
            <w:r w:rsidRPr="00314BAB">
              <w:rPr>
                <w:sz w:val="16"/>
                <w:szCs w:val="16"/>
              </w:rPr>
              <w:t>99</w:t>
            </w:r>
          </w:p>
        </w:tc>
        <w:tc>
          <w:tcPr>
            <w:tcW w:w="2376" w:type="dxa"/>
            <w:tcBorders>
              <w:top w:val="single" w:sz="4" w:space="0" w:color="auto"/>
            </w:tcBorders>
            <w:tcMar>
              <w:top w:w="55" w:type="dxa"/>
              <w:left w:w="75" w:type="dxa"/>
              <w:bottom w:w="55" w:type="dxa"/>
              <w:right w:w="75" w:type="dxa"/>
            </w:tcMar>
            <w:vAlign w:val="center"/>
          </w:tcPr>
          <w:p w14:paraId="27932E08" w14:textId="77777777" w:rsidR="00923354" w:rsidRPr="00314BAB" w:rsidRDefault="00000000" w:rsidP="008628DB">
            <w:pPr>
              <w:snapToGrid w:val="0"/>
              <w:spacing w:after="0" w:line="240" w:lineRule="auto"/>
              <w:jc w:val="center"/>
              <w:rPr>
                <w:sz w:val="16"/>
                <w:szCs w:val="16"/>
              </w:rPr>
            </w:pPr>
            <w:r w:rsidRPr="00314BAB">
              <w:rPr>
                <w:sz w:val="16"/>
                <w:szCs w:val="16"/>
              </w:rPr>
              <w:t>99</w:t>
            </w:r>
          </w:p>
        </w:tc>
        <w:tc>
          <w:tcPr>
            <w:tcW w:w="2376" w:type="dxa"/>
            <w:tcBorders>
              <w:top w:val="single" w:sz="4" w:space="0" w:color="auto"/>
            </w:tcBorders>
            <w:tcMar>
              <w:top w:w="55" w:type="dxa"/>
              <w:left w:w="75" w:type="dxa"/>
              <w:bottom w:w="55" w:type="dxa"/>
              <w:right w:w="75" w:type="dxa"/>
            </w:tcMar>
            <w:vAlign w:val="center"/>
          </w:tcPr>
          <w:p w14:paraId="5459B495" w14:textId="77777777" w:rsidR="00923354" w:rsidRPr="00314BAB" w:rsidRDefault="00000000" w:rsidP="008628DB">
            <w:pPr>
              <w:snapToGrid w:val="0"/>
              <w:spacing w:after="0" w:line="240" w:lineRule="auto"/>
              <w:jc w:val="center"/>
              <w:rPr>
                <w:sz w:val="16"/>
                <w:szCs w:val="16"/>
              </w:rPr>
            </w:pPr>
            <w:r w:rsidRPr="00314BAB">
              <w:rPr>
                <w:sz w:val="16"/>
                <w:szCs w:val="16"/>
              </w:rPr>
              <w:t>1.0</w:t>
            </w:r>
          </w:p>
        </w:tc>
        <w:tc>
          <w:tcPr>
            <w:tcW w:w="2376" w:type="dxa"/>
            <w:tcBorders>
              <w:top w:val="single" w:sz="4" w:space="0" w:color="auto"/>
            </w:tcBorders>
            <w:tcMar>
              <w:top w:w="55" w:type="dxa"/>
              <w:left w:w="75" w:type="dxa"/>
              <w:bottom w:w="55" w:type="dxa"/>
              <w:right w:w="75" w:type="dxa"/>
            </w:tcMar>
            <w:vAlign w:val="center"/>
          </w:tcPr>
          <w:p w14:paraId="1071A381" w14:textId="77777777" w:rsidR="00923354" w:rsidRPr="00314BAB" w:rsidRDefault="00000000" w:rsidP="008628DB">
            <w:pPr>
              <w:snapToGrid w:val="0"/>
              <w:spacing w:after="0" w:line="240" w:lineRule="auto"/>
              <w:jc w:val="center"/>
              <w:rPr>
                <w:sz w:val="16"/>
                <w:szCs w:val="16"/>
              </w:rPr>
            </w:pPr>
            <w:r w:rsidRPr="00314BAB">
              <w:rPr>
                <w:sz w:val="16"/>
                <w:szCs w:val="16"/>
              </w:rPr>
              <w:t>1.0</w:t>
            </w:r>
          </w:p>
        </w:tc>
      </w:tr>
      <w:tr w:rsidR="00923354" w:rsidRPr="00314BAB" w14:paraId="6D2920FD" w14:textId="77777777" w:rsidTr="00314BAB">
        <w:trPr>
          <w:cantSplit/>
          <w:jc w:val="center"/>
        </w:trPr>
        <w:tc>
          <w:tcPr>
            <w:tcW w:w="2694" w:type="dxa"/>
            <w:tcMar>
              <w:top w:w="55" w:type="dxa"/>
              <w:left w:w="75" w:type="dxa"/>
              <w:bottom w:w="55" w:type="dxa"/>
              <w:right w:w="75" w:type="dxa"/>
            </w:tcMar>
            <w:vAlign w:val="center"/>
          </w:tcPr>
          <w:p w14:paraId="24290B03"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2835" w:type="dxa"/>
            <w:tcMar>
              <w:top w:w="55" w:type="dxa"/>
              <w:left w:w="75" w:type="dxa"/>
              <w:bottom w:w="55" w:type="dxa"/>
              <w:right w:w="75" w:type="dxa"/>
            </w:tcMar>
            <w:vAlign w:val="center"/>
          </w:tcPr>
          <w:p w14:paraId="559824F7"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1599" w:type="dxa"/>
            <w:tcMar>
              <w:top w:w="55" w:type="dxa"/>
              <w:left w:w="75" w:type="dxa"/>
              <w:bottom w:w="55" w:type="dxa"/>
              <w:right w:w="75" w:type="dxa"/>
            </w:tcMar>
            <w:vAlign w:val="center"/>
          </w:tcPr>
          <w:p w14:paraId="48CEFE62" w14:textId="77777777" w:rsidR="00923354" w:rsidRPr="00314BAB" w:rsidRDefault="00000000" w:rsidP="008628DB">
            <w:pPr>
              <w:snapToGrid w:val="0"/>
              <w:spacing w:after="0" w:line="240" w:lineRule="auto"/>
              <w:jc w:val="center"/>
              <w:rPr>
                <w:sz w:val="16"/>
                <w:szCs w:val="16"/>
              </w:rPr>
            </w:pPr>
            <w:r w:rsidRPr="00314BAB">
              <w:rPr>
                <w:sz w:val="16"/>
                <w:szCs w:val="16"/>
              </w:rPr>
              <w:t>16</w:t>
            </w:r>
          </w:p>
        </w:tc>
        <w:tc>
          <w:tcPr>
            <w:tcW w:w="2376" w:type="dxa"/>
            <w:tcMar>
              <w:top w:w="55" w:type="dxa"/>
              <w:left w:w="75" w:type="dxa"/>
              <w:bottom w:w="55" w:type="dxa"/>
              <w:right w:w="75" w:type="dxa"/>
            </w:tcMar>
            <w:vAlign w:val="center"/>
          </w:tcPr>
          <w:p w14:paraId="4801C999" w14:textId="77777777" w:rsidR="00923354" w:rsidRPr="00314BAB" w:rsidRDefault="00000000" w:rsidP="008628DB">
            <w:pPr>
              <w:snapToGrid w:val="0"/>
              <w:spacing w:after="0" w:line="240" w:lineRule="auto"/>
              <w:jc w:val="center"/>
              <w:rPr>
                <w:sz w:val="16"/>
                <w:szCs w:val="16"/>
              </w:rPr>
            </w:pPr>
            <w:r w:rsidRPr="00314BAB">
              <w:rPr>
                <w:sz w:val="16"/>
                <w:szCs w:val="16"/>
              </w:rPr>
              <w:t>177</w:t>
            </w:r>
          </w:p>
        </w:tc>
        <w:tc>
          <w:tcPr>
            <w:tcW w:w="2376" w:type="dxa"/>
            <w:tcMar>
              <w:top w:w="55" w:type="dxa"/>
              <w:left w:w="75" w:type="dxa"/>
              <w:bottom w:w="55" w:type="dxa"/>
              <w:right w:w="75" w:type="dxa"/>
            </w:tcMar>
            <w:vAlign w:val="center"/>
          </w:tcPr>
          <w:p w14:paraId="079FBDD0" w14:textId="77777777" w:rsidR="00923354" w:rsidRPr="00314BAB" w:rsidRDefault="00000000" w:rsidP="008628DB">
            <w:pPr>
              <w:snapToGrid w:val="0"/>
              <w:spacing w:after="0" w:line="240" w:lineRule="auto"/>
              <w:jc w:val="center"/>
              <w:rPr>
                <w:sz w:val="16"/>
                <w:szCs w:val="16"/>
              </w:rPr>
            </w:pPr>
            <w:r w:rsidRPr="00314BAB">
              <w:rPr>
                <w:sz w:val="16"/>
                <w:szCs w:val="16"/>
              </w:rPr>
              <w:t>0.0903954802259887</w:t>
            </w:r>
          </w:p>
        </w:tc>
        <w:tc>
          <w:tcPr>
            <w:tcW w:w="2376" w:type="dxa"/>
            <w:tcMar>
              <w:top w:w="55" w:type="dxa"/>
              <w:left w:w="75" w:type="dxa"/>
              <w:bottom w:w="55" w:type="dxa"/>
              <w:right w:w="75" w:type="dxa"/>
            </w:tcMar>
            <w:vAlign w:val="center"/>
          </w:tcPr>
          <w:p w14:paraId="16419621" w14:textId="77777777" w:rsidR="00923354" w:rsidRPr="00314BAB" w:rsidRDefault="00000000" w:rsidP="008628DB">
            <w:pPr>
              <w:snapToGrid w:val="0"/>
              <w:spacing w:after="0" w:line="240" w:lineRule="auto"/>
              <w:jc w:val="center"/>
              <w:rPr>
                <w:sz w:val="16"/>
                <w:szCs w:val="16"/>
              </w:rPr>
            </w:pPr>
            <w:r w:rsidRPr="00314BAB">
              <w:rPr>
                <w:sz w:val="16"/>
                <w:szCs w:val="16"/>
              </w:rPr>
              <w:t>0.1702127659574468</w:t>
            </w:r>
          </w:p>
        </w:tc>
      </w:tr>
      <w:tr w:rsidR="00923354" w:rsidRPr="00314BAB" w14:paraId="54693180" w14:textId="77777777" w:rsidTr="00314BAB">
        <w:trPr>
          <w:cantSplit/>
          <w:jc w:val="center"/>
        </w:trPr>
        <w:tc>
          <w:tcPr>
            <w:tcW w:w="2694" w:type="dxa"/>
            <w:tcMar>
              <w:top w:w="55" w:type="dxa"/>
              <w:left w:w="75" w:type="dxa"/>
              <w:bottom w:w="55" w:type="dxa"/>
              <w:right w:w="75" w:type="dxa"/>
            </w:tcMar>
            <w:vAlign w:val="center"/>
          </w:tcPr>
          <w:p w14:paraId="5DE3822B"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2835" w:type="dxa"/>
            <w:tcMar>
              <w:top w:w="55" w:type="dxa"/>
              <w:left w:w="75" w:type="dxa"/>
              <w:bottom w:w="55" w:type="dxa"/>
              <w:right w:w="75" w:type="dxa"/>
            </w:tcMar>
            <w:vAlign w:val="center"/>
          </w:tcPr>
          <w:p w14:paraId="7C0599FD"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1599" w:type="dxa"/>
            <w:tcMar>
              <w:top w:w="55" w:type="dxa"/>
              <w:left w:w="75" w:type="dxa"/>
              <w:bottom w:w="55" w:type="dxa"/>
              <w:right w:w="75" w:type="dxa"/>
            </w:tcMar>
            <w:vAlign w:val="center"/>
          </w:tcPr>
          <w:p w14:paraId="7DF16E1A" w14:textId="77777777" w:rsidR="00923354" w:rsidRPr="00314BAB" w:rsidRDefault="00000000" w:rsidP="008628DB">
            <w:pPr>
              <w:snapToGrid w:val="0"/>
              <w:spacing w:after="0" w:line="240" w:lineRule="auto"/>
              <w:jc w:val="center"/>
              <w:rPr>
                <w:sz w:val="16"/>
                <w:szCs w:val="16"/>
              </w:rPr>
            </w:pPr>
            <w:r w:rsidRPr="00314BAB">
              <w:rPr>
                <w:sz w:val="16"/>
                <w:szCs w:val="16"/>
              </w:rPr>
              <w:t>26</w:t>
            </w:r>
          </w:p>
        </w:tc>
        <w:tc>
          <w:tcPr>
            <w:tcW w:w="2376" w:type="dxa"/>
            <w:tcMar>
              <w:top w:w="55" w:type="dxa"/>
              <w:left w:w="75" w:type="dxa"/>
              <w:bottom w:w="55" w:type="dxa"/>
              <w:right w:w="75" w:type="dxa"/>
            </w:tcMar>
            <w:vAlign w:val="center"/>
          </w:tcPr>
          <w:p w14:paraId="3219CA91" w14:textId="77777777" w:rsidR="00923354" w:rsidRPr="00314BAB" w:rsidRDefault="00000000" w:rsidP="008628DB">
            <w:pPr>
              <w:snapToGrid w:val="0"/>
              <w:spacing w:after="0" w:line="240" w:lineRule="auto"/>
              <w:jc w:val="center"/>
              <w:rPr>
                <w:sz w:val="16"/>
                <w:szCs w:val="16"/>
              </w:rPr>
            </w:pPr>
            <w:r w:rsidRPr="00314BAB">
              <w:rPr>
                <w:sz w:val="16"/>
                <w:szCs w:val="16"/>
              </w:rPr>
              <w:t>150</w:t>
            </w:r>
          </w:p>
        </w:tc>
        <w:tc>
          <w:tcPr>
            <w:tcW w:w="2376" w:type="dxa"/>
            <w:tcMar>
              <w:top w:w="55" w:type="dxa"/>
              <w:left w:w="75" w:type="dxa"/>
              <w:bottom w:w="55" w:type="dxa"/>
              <w:right w:w="75" w:type="dxa"/>
            </w:tcMar>
            <w:vAlign w:val="center"/>
          </w:tcPr>
          <w:p w14:paraId="227CDE8A" w14:textId="77777777" w:rsidR="00923354" w:rsidRPr="00314BAB" w:rsidRDefault="00000000" w:rsidP="008628DB">
            <w:pPr>
              <w:snapToGrid w:val="0"/>
              <w:spacing w:after="0" w:line="240" w:lineRule="auto"/>
              <w:jc w:val="center"/>
              <w:rPr>
                <w:sz w:val="16"/>
                <w:szCs w:val="16"/>
              </w:rPr>
            </w:pPr>
            <w:r w:rsidRPr="00314BAB">
              <w:rPr>
                <w:sz w:val="16"/>
                <w:szCs w:val="16"/>
              </w:rPr>
              <w:t>0.17333333333333334</w:t>
            </w:r>
          </w:p>
        </w:tc>
        <w:tc>
          <w:tcPr>
            <w:tcW w:w="2376" w:type="dxa"/>
            <w:tcMar>
              <w:top w:w="55" w:type="dxa"/>
              <w:left w:w="75" w:type="dxa"/>
              <w:bottom w:w="55" w:type="dxa"/>
              <w:right w:w="75" w:type="dxa"/>
            </w:tcMar>
            <w:vAlign w:val="center"/>
          </w:tcPr>
          <w:p w14:paraId="2B722103" w14:textId="77777777" w:rsidR="00923354" w:rsidRPr="00314BAB" w:rsidRDefault="00000000" w:rsidP="008628DB">
            <w:pPr>
              <w:snapToGrid w:val="0"/>
              <w:spacing w:after="0" w:line="240" w:lineRule="auto"/>
              <w:jc w:val="center"/>
              <w:rPr>
                <w:sz w:val="16"/>
                <w:szCs w:val="16"/>
              </w:rPr>
            </w:pPr>
            <w:r w:rsidRPr="00314BAB">
              <w:rPr>
                <w:sz w:val="16"/>
                <w:szCs w:val="16"/>
              </w:rPr>
              <w:t>0.33766233766233766</w:t>
            </w:r>
          </w:p>
        </w:tc>
      </w:tr>
      <w:tr w:rsidR="00923354" w:rsidRPr="00314BAB" w14:paraId="436D7AFF" w14:textId="77777777" w:rsidTr="00314BAB">
        <w:trPr>
          <w:cantSplit/>
          <w:jc w:val="center"/>
        </w:trPr>
        <w:tc>
          <w:tcPr>
            <w:tcW w:w="2694" w:type="dxa"/>
            <w:tcMar>
              <w:top w:w="55" w:type="dxa"/>
              <w:left w:w="75" w:type="dxa"/>
              <w:bottom w:w="55" w:type="dxa"/>
              <w:right w:w="75" w:type="dxa"/>
            </w:tcMar>
            <w:vAlign w:val="center"/>
          </w:tcPr>
          <w:p w14:paraId="629CEB4B"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2835" w:type="dxa"/>
            <w:tcMar>
              <w:top w:w="55" w:type="dxa"/>
              <w:left w:w="75" w:type="dxa"/>
              <w:bottom w:w="55" w:type="dxa"/>
              <w:right w:w="75" w:type="dxa"/>
            </w:tcMar>
            <w:vAlign w:val="center"/>
          </w:tcPr>
          <w:p w14:paraId="38FB7663"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1599" w:type="dxa"/>
            <w:tcMar>
              <w:top w:w="55" w:type="dxa"/>
              <w:left w:w="75" w:type="dxa"/>
              <w:bottom w:w="55" w:type="dxa"/>
              <w:right w:w="75" w:type="dxa"/>
            </w:tcMar>
            <w:vAlign w:val="center"/>
          </w:tcPr>
          <w:p w14:paraId="21F97B26" w14:textId="77777777" w:rsidR="00923354" w:rsidRPr="00314BAB" w:rsidRDefault="00000000" w:rsidP="008628DB">
            <w:pPr>
              <w:snapToGrid w:val="0"/>
              <w:spacing w:after="0" w:line="240" w:lineRule="auto"/>
              <w:jc w:val="center"/>
              <w:rPr>
                <w:sz w:val="16"/>
                <w:szCs w:val="16"/>
              </w:rPr>
            </w:pPr>
            <w:r w:rsidRPr="00314BAB">
              <w:rPr>
                <w:sz w:val="16"/>
                <w:szCs w:val="16"/>
              </w:rPr>
              <w:t>12</w:t>
            </w:r>
          </w:p>
        </w:tc>
        <w:tc>
          <w:tcPr>
            <w:tcW w:w="2376" w:type="dxa"/>
            <w:tcMar>
              <w:top w:w="55" w:type="dxa"/>
              <w:left w:w="75" w:type="dxa"/>
              <w:bottom w:w="55" w:type="dxa"/>
              <w:right w:w="75" w:type="dxa"/>
            </w:tcMar>
            <w:vAlign w:val="center"/>
          </w:tcPr>
          <w:p w14:paraId="7AF629B5" w14:textId="77777777" w:rsidR="00923354" w:rsidRPr="00314BAB" w:rsidRDefault="00000000" w:rsidP="008628DB">
            <w:pPr>
              <w:snapToGrid w:val="0"/>
              <w:spacing w:after="0" w:line="240" w:lineRule="auto"/>
              <w:jc w:val="center"/>
              <w:rPr>
                <w:sz w:val="16"/>
                <w:szCs w:val="16"/>
              </w:rPr>
            </w:pPr>
            <w:r w:rsidRPr="00314BAB">
              <w:rPr>
                <w:sz w:val="16"/>
                <w:szCs w:val="16"/>
              </w:rPr>
              <w:t>175</w:t>
            </w:r>
          </w:p>
        </w:tc>
        <w:tc>
          <w:tcPr>
            <w:tcW w:w="2376" w:type="dxa"/>
            <w:tcMar>
              <w:top w:w="55" w:type="dxa"/>
              <w:left w:w="75" w:type="dxa"/>
              <w:bottom w:w="55" w:type="dxa"/>
              <w:right w:w="75" w:type="dxa"/>
            </w:tcMar>
            <w:vAlign w:val="center"/>
          </w:tcPr>
          <w:p w14:paraId="50AAFAD7" w14:textId="77777777" w:rsidR="00923354" w:rsidRPr="00314BAB" w:rsidRDefault="00000000" w:rsidP="008628DB">
            <w:pPr>
              <w:snapToGrid w:val="0"/>
              <w:spacing w:after="0" w:line="240" w:lineRule="auto"/>
              <w:jc w:val="center"/>
              <w:rPr>
                <w:sz w:val="16"/>
                <w:szCs w:val="16"/>
              </w:rPr>
            </w:pPr>
            <w:r w:rsidRPr="00314BAB">
              <w:rPr>
                <w:sz w:val="16"/>
                <w:szCs w:val="16"/>
              </w:rPr>
              <w:t>0.06857142857142857</w:t>
            </w:r>
          </w:p>
        </w:tc>
        <w:tc>
          <w:tcPr>
            <w:tcW w:w="2376" w:type="dxa"/>
            <w:tcMar>
              <w:top w:w="55" w:type="dxa"/>
              <w:left w:w="75" w:type="dxa"/>
              <w:bottom w:w="55" w:type="dxa"/>
              <w:right w:w="75" w:type="dxa"/>
            </w:tcMar>
            <w:vAlign w:val="center"/>
          </w:tcPr>
          <w:p w14:paraId="4A65EE22" w14:textId="77777777" w:rsidR="00923354" w:rsidRPr="00314BAB" w:rsidRDefault="00000000" w:rsidP="008628DB">
            <w:pPr>
              <w:snapToGrid w:val="0"/>
              <w:spacing w:after="0" w:line="240" w:lineRule="auto"/>
              <w:jc w:val="center"/>
              <w:rPr>
                <w:sz w:val="16"/>
                <w:szCs w:val="16"/>
              </w:rPr>
            </w:pPr>
            <w:r w:rsidRPr="00314BAB">
              <w:rPr>
                <w:sz w:val="16"/>
                <w:szCs w:val="16"/>
              </w:rPr>
              <w:t>0.13636363636363635</w:t>
            </w:r>
          </w:p>
        </w:tc>
      </w:tr>
      <w:tr w:rsidR="00923354" w:rsidRPr="00314BAB" w14:paraId="2EEF6420" w14:textId="77777777" w:rsidTr="00314BAB">
        <w:trPr>
          <w:cantSplit/>
          <w:jc w:val="center"/>
        </w:trPr>
        <w:tc>
          <w:tcPr>
            <w:tcW w:w="2694" w:type="dxa"/>
            <w:tcMar>
              <w:top w:w="55" w:type="dxa"/>
              <w:left w:w="75" w:type="dxa"/>
              <w:bottom w:w="55" w:type="dxa"/>
              <w:right w:w="75" w:type="dxa"/>
            </w:tcMar>
            <w:vAlign w:val="center"/>
          </w:tcPr>
          <w:p w14:paraId="5A147103"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2835" w:type="dxa"/>
            <w:tcMar>
              <w:top w:w="55" w:type="dxa"/>
              <w:left w:w="75" w:type="dxa"/>
              <w:bottom w:w="55" w:type="dxa"/>
              <w:right w:w="75" w:type="dxa"/>
            </w:tcMar>
            <w:vAlign w:val="center"/>
          </w:tcPr>
          <w:p w14:paraId="5D405AE7"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1599" w:type="dxa"/>
            <w:tcMar>
              <w:top w:w="55" w:type="dxa"/>
              <w:left w:w="75" w:type="dxa"/>
              <w:bottom w:w="55" w:type="dxa"/>
              <w:right w:w="75" w:type="dxa"/>
            </w:tcMar>
            <w:vAlign w:val="center"/>
          </w:tcPr>
          <w:p w14:paraId="08EC2F75" w14:textId="77777777" w:rsidR="00923354" w:rsidRPr="00314BAB" w:rsidRDefault="00000000" w:rsidP="008628DB">
            <w:pPr>
              <w:snapToGrid w:val="0"/>
              <w:spacing w:after="0" w:line="240" w:lineRule="auto"/>
              <w:jc w:val="center"/>
              <w:rPr>
                <w:sz w:val="16"/>
                <w:szCs w:val="16"/>
              </w:rPr>
            </w:pPr>
            <w:r w:rsidRPr="00314BAB">
              <w:rPr>
                <w:sz w:val="16"/>
                <w:szCs w:val="16"/>
              </w:rPr>
              <w:t>10</w:t>
            </w:r>
          </w:p>
        </w:tc>
        <w:tc>
          <w:tcPr>
            <w:tcW w:w="2376" w:type="dxa"/>
            <w:tcMar>
              <w:top w:w="55" w:type="dxa"/>
              <w:left w:w="75" w:type="dxa"/>
              <w:bottom w:w="55" w:type="dxa"/>
              <w:right w:w="75" w:type="dxa"/>
            </w:tcMar>
            <w:vAlign w:val="center"/>
          </w:tcPr>
          <w:p w14:paraId="67E53F51" w14:textId="77777777" w:rsidR="00923354" w:rsidRPr="00314BAB" w:rsidRDefault="00000000" w:rsidP="008628DB">
            <w:pPr>
              <w:snapToGrid w:val="0"/>
              <w:spacing w:after="0" w:line="240" w:lineRule="auto"/>
              <w:jc w:val="center"/>
              <w:rPr>
                <w:sz w:val="16"/>
                <w:szCs w:val="16"/>
              </w:rPr>
            </w:pPr>
            <w:r w:rsidRPr="00314BAB">
              <w:rPr>
                <w:sz w:val="16"/>
                <w:szCs w:val="16"/>
              </w:rPr>
              <w:t>126</w:t>
            </w:r>
          </w:p>
        </w:tc>
        <w:tc>
          <w:tcPr>
            <w:tcW w:w="2376" w:type="dxa"/>
            <w:tcMar>
              <w:top w:w="55" w:type="dxa"/>
              <w:left w:w="75" w:type="dxa"/>
              <w:bottom w:w="55" w:type="dxa"/>
              <w:right w:w="75" w:type="dxa"/>
            </w:tcMar>
            <w:vAlign w:val="center"/>
          </w:tcPr>
          <w:p w14:paraId="60BAFFE2" w14:textId="77777777" w:rsidR="00923354" w:rsidRPr="00314BAB" w:rsidRDefault="00000000" w:rsidP="008628DB">
            <w:pPr>
              <w:snapToGrid w:val="0"/>
              <w:spacing w:after="0" w:line="240" w:lineRule="auto"/>
              <w:jc w:val="center"/>
              <w:rPr>
                <w:sz w:val="16"/>
                <w:szCs w:val="16"/>
              </w:rPr>
            </w:pPr>
            <w:r w:rsidRPr="00314BAB">
              <w:rPr>
                <w:sz w:val="16"/>
                <w:szCs w:val="16"/>
              </w:rPr>
              <w:t>0.07936507936507936</w:t>
            </w:r>
          </w:p>
        </w:tc>
        <w:tc>
          <w:tcPr>
            <w:tcW w:w="2376" w:type="dxa"/>
            <w:tcMar>
              <w:top w:w="55" w:type="dxa"/>
              <w:left w:w="75" w:type="dxa"/>
              <w:bottom w:w="55" w:type="dxa"/>
              <w:right w:w="75" w:type="dxa"/>
            </w:tcMar>
            <w:vAlign w:val="center"/>
          </w:tcPr>
          <w:p w14:paraId="00F76BCE" w14:textId="77777777" w:rsidR="00923354" w:rsidRPr="00314BAB" w:rsidRDefault="00000000" w:rsidP="008628DB">
            <w:pPr>
              <w:snapToGrid w:val="0"/>
              <w:spacing w:after="0" w:line="240" w:lineRule="auto"/>
              <w:jc w:val="center"/>
              <w:rPr>
                <w:sz w:val="16"/>
                <w:szCs w:val="16"/>
              </w:rPr>
            </w:pPr>
            <w:r w:rsidRPr="00314BAB">
              <w:rPr>
                <w:sz w:val="16"/>
                <w:szCs w:val="16"/>
              </w:rPr>
              <w:t>0.2702702702702703</w:t>
            </w:r>
          </w:p>
        </w:tc>
      </w:tr>
      <w:tr w:rsidR="00923354" w:rsidRPr="00314BAB" w14:paraId="1FBC8CD2" w14:textId="77777777" w:rsidTr="00314BAB">
        <w:trPr>
          <w:cantSplit/>
          <w:jc w:val="center"/>
        </w:trPr>
        <w:tc>
          <w:tcPr>
            <w:tcW w:w="2694" w:type="dxa"/>
            <w:tcMar>
              <w:top w:w="55" w:type="dxa"/>
              <w:left w:w="75" w:type="dxa"/>
              <w:bottom w:w="55" w:type="dxa"/>
              <w:right w:w="75" w:type="dxa"/>
            </w:tcMar>
            <w:vAlign w:val="center"/>
          </w:tcPr>
          <w:p w14:paraId="30E0F280"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2835" w:type="dxa"/>
            <w:tcMar>
              <w:top w:w="55" w:type="dxa"/>
              <w:left w:w="75" w:type="dxa"/>
              <w:bottom w:w="55" w:type="dxa"/>
              <w:right w:w="75" w:type="dxa"/>
            </w:tcMar>
            <w:vAlign w:val="center"/>
          </w:tcPr>
          <w:p w14:paraId="40C3D36E"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1599" w:type="dxa"/>
            <w:tcMar>
              <w:top w:w="55" w:type="dxa"/>
              <w:left w:w="75" w:type="dxa"/>
              <w:bottom w:w="55" w:type="dxa"/>
              <w:right w:w="75" w:type="dxa"/>
            </w:tcMar>
            <w:vAlign w:val="center"/>
          </w:tcPr>
          <w:p w14:paraId="33930AA0" w14:textId="77777777" w:rsidR="00923354" w:rsidRPr="00314BAB" w:rsidRDefault="00000000" w:rsidP="008628DB">
            <w:pPr>
              <w:snapToGrid w:val="0"/>
              <w:spacing w:after="0" w:line="240" w:lineRule="auto"/>
              <w:jc w:val="center"/>
              <w:rPr>
                <w:sz w:val="16"/>
                <w:szCs w:val="16"/>
              </w:rPr>
            </w:pPr>
            <w:r w:rsidRPr="00314BAB">
              <w:rPr>
                <w:sz w:val="16"/>
                <w:szCs w:val="16"/>
              </w:rPr>
              <w:t>16</w:t>
            </w:r>
          </w:p>
        </w:tc>
        <w:tc>
          <w:tcPr>
            <w:tcW w:w="2376" w:type="dxa"/>
            <w:tcMar>
              <w:top w:w="55" w:type="dxa"/>
              <w:left w:w="75" w:type="dxa"/>
              <w:bottom w:w="55" w:type="dxa"/>
              <w:right w:w="75" w:type="dxa"/>
            </w:tcMar>
            <w:vAlign w:val="center"/>
          </w:tcPr>
          <w:p w14:paraId="2B0B6E53" w14:textId="77777777" w:rsidR="00923354" w:rsidRPr="00314BAB" w:rsidRDefault="00000000" w:rsidP="008628DB">
            <w:pPr>
              <w:snapToGrid w:val="0"/>
              <w:spacing w:after="0" w:line="240" w:lineRule="auto"/>
              <w:jc w:val="center"/>
              <w:rPr>
                <w:sz w:val="16"/>
                <w:szCs w:val="16"/>
              </w:rPr>
            </w:pPr>
            <w:r w:rsidRPr="00314BAB">
              <w:rPr>
                <w:sz w:val="16"/>
                <w:szCs w:val="16"/>
              </w:rPr>
              <w:t>177</w:t>
            </w:r>
          </w:p>
        </w:tc>
        <w:tc>
          <w:tcPr>
            <w:tcW w:w="2376" w:type="dxa"/>
            <w:tcMar>
              <w:top w:w="55" w:type="dxa"/>
              <w:left w:w="75" w:type="dxa"/>
              <w:bottom w:w="55" w:type="dxa"/>
              <w:right w:w="75" w:type="dxa"/>
            </w:tcMar>
            <w:vAlign w:val="center"/>
          </w:tcPr>
          <w:p w14:paraId="70942397" w14:textId="77777777" w:rsidR="00923354" w:rsidRPr="00314BAB" w:rsidRDefault="00000000" w:rsidP="008628DB">
            <w:pPr>
              <w:snapToGrid w:val="0"/>
              <w:spacing w:after="0" w:line="240" w:lineRule="auto"/>
              <w:jc w:val="center"/>
              <w:rPr>
                <w:sz w:val="16"/>
                <w:szCs w:val="16"/>
              </w:rPr>
            </w:pPr>
            <w:r w:rsidRPr="00314BAB">
              <w:rPr>
                <w:sz w:val="16"/>
                <w:szCs w:val="16"/>
              </w:rPr>
              <w:t>0.0903954802259887</w:t>
            </w:r>
          </w:p>
        </w:tc>
        <w:tc>
          <w:tcPr>
            <w:tcW w:w="2376" w:type="dxa"/>
            <w:tcMar>
              <w:top w:w="55" w:type="dxa"/>
              <w:left w:w="75" w:type="dxa"/>
              <w:bottom w:w="55" w:type="dxa"/>
              <w:right w:w="75" w:type="dxa"/>
            </w:tcMar>
            <w:vAlign w:val="center"/>
          </w:tcPr>
          <w:p w14:paraId="7E2655F5" w14:textId="77777777" w:rsidR="00923354" w:rsidRPr="00314BAB" w:rsidRDefault="00000000" w:rsidP="008628DB">
            <w:pPr>
              <w:snapToGrid w:val="0"/>
              <w:spacing w:after="0" w:line="240" w:lineRule="auto"/>
              <w:jc w:val="center"/>
              <w:rPr>
                <w:sz w:val="16"/>
                <w:szCs w:val="16"/>
              </w:rPr>
            </w:pPr>
            <w:r w:rsidRPr="00314BAB">
              <w:rPr>
                <w:sz w:val="16"/>
                <w:szCs w:val="16"/>
              </w:rPr>
              <w:t>0.1702127659574468</w:t>
            </w:r>
          </w:p>
        </w:tc>
      </w:tr>
      <w:tr w:rsidR="00923354" w:rsidRPr="00314BAB" w14:paraId="28A71899" w14:textId="77777777" w:rsidTr="00314BAB">
        <w:trPr>
          <w:cantSplit/>
          <w:jc w:val="center"/>
        </w:trPr>
        <w:tc>
          <w:tcPr>
            <w:tcW w:w="2694" w:type="dxa"/>
            <w:tcMar>
              <w:top w:w="55" w:type="dxa"/>
              <w:left w:w="75" w:type="dxa"/>
              <w:bottom w:w="55" w:type="dxa"/>
              <w:right w:w="75" w:type="dxa"/>
            </w:tcMar>
            <w:vAlign w:val="center"/>
          </w:tcPr>
          <w:p w14:paraId="1F730EA9"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2835" w:type="dxa"/>
            <w:tcMar>
              <w:top w:w="55" w:type="dxa"/>
              <w:left w:w="75" w:type="dxa"/>
              <w:bottom w:w="55" w:type="dxa"/>
              <w:right w:w="75" w:type="dxa"/>
            </w:tcMar>
            <w:vAlign w:val="center"/>
          </w:tcPr>
          <w:p w14:paraId="1C062FFB"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1599" w:type="dxa"/>
            <w:tcMar>
              <w:top w:w="55" w:type="dxa"/>
              <w:left w:w="75" w:type="dxa"/>
              <w:bottom w:w="55" w:type="dxa"/>
              <w:right w:w="75" w:type="dxa"/>
            </w:tcMar>
            <w:vAlign w:val="center"/>
          </w:tcPr>
          <w:p w14:paraId="346B67B5" w14:textId="77777777" w:rsidR="00923354" w:rsidRPr="00314BAB" w:rsidRDefault="00000000" w:rsidP="008628DB">
            <w:pPr>
              <w:snapToGrid w:val="0"/>
              <w:spacing w:after="0" w:line="240" w:lineRule="auto"/>
              <w:jc w:val="center"/>
              <w:rPr>
                <w:sz w:val="16"/>
                <w:szCs w:val="16"/>
              </w:rPr>
            </w:pPr>
            <w:r w:rsidRPr="00314BAB">
              <w:rPr>
                <w:sz w:val="16"/>
                <w:szCs w:val="16"/>
              </w:rPr>
              <w:t>94</w:t>
            </w:r>
          </w:p>
        </w:tc>
        <w:tc>
          <w:tcPr>
            <w:tcW w:w="2376" w:type="dxa"/>
            <w:tcMar>
              <w:top w:w="55" w:type="dxa"/>
              <w:left w:w="75" w:type="dxa"/>
              <w:bottom w:w="55" w:type="dxa"/>
              <w:right w:w="75" w:type="dxa"/>
            </w:tcMar>
            <w:vAlign w:val="center"/>
          </w:tcPr>
          <w:p w14:paraId="17765516" w14:textId="77777777" w:rsidR="00923354" w:rsidRPr="00314BAB" w:rsidRDefault="00000000" w:rsidP="008628DB">
            <w:pPr>
              <w:snapToGrid w:val="0"/>
              <w:spacing w:after="0" w:line="240" w:lineRule="auto"/>
              <w:jc w:val="center"/>
              <w:rPr>
                <w:sz w:val="16"/>
                <w:szCs w:val="16"/>
              </w:rPr>
            </w:pPr>
            <w:r w:rsidRPr="00314BAB">
              <w:rPr>
                <w:sz w:val="16"/>
                <w:szCs w:val="16"/>
              </w:rPr>
              <w:t>94</w:t>
            </w:r>
          </w:p>
        </w:tc>
        <w:tc>
          <w:tcPr>
            <w:tcW w:w="2376" w:type="dxa"/>
            <w:tcMar>
              <w:top w:w="55" w:type="dxa"/>
              <w:left w:w="75" w:type="dxa"/>
              <w:bottom w:w="55" w:type="dxa"/>
              <w:right w:w="75" w:type="dxa"/>
            </w:tcMar>
            <w:vAlign w:val="center"/>
          </w:tcPr>
          <w:p w14:paraId="31AAE7AA" w14:textId="77777777" w:rsidR="00923354" w:rsidRPr="00314BAB" w:rsidRDefault="00000000" w:rsidP="008628DB">
            <w:pPr>
              <w:snapToGrid w:val="0"/>
              <w:spacing w:after="0" w:line="240" w:lineRule="auto"/>
              <w:jc w:val="center"/>
              <w:rPr>
                <w:sz w:val="16"/>
                <w:szCs w:val="16"/>
              </w:rPr>
            </w:pPr>
            <w:r w:rsidRPr="00314BAB">
              <w:rPr>
                <w:sz w:val="16"/>
                <w:szCs w:val="16"/>
              </w:rPr>
              <w:t>1.0</w:t>
            </w:r>
          </w:p>
        </w:tc>
        <w:tc>
          <w:tcPr>
            <w:tcW w:w="2376" w:type="dxa"/>
            <w:tcMar>
              <w:top w:w="55" w:type="dxa"/>
              <w:left w:w="75" w:type="dxa"/>
              <w:bottom w:w="55" w:type="dxa"/>
              <w:right w:w="75" w:type="dxa"/>
            </w:tcMar>
            <w:vAlign w:val="center"/>
          </w:tcPr>
          <w:p w14:paraId="048620DB" w14:textId="77777777" w:rsidR="00923354" w:rsidRPr="00314BAB" w:rsidRDefault="00000000" w:rsidP="008628DB">
            <w:pPr>
              <w:snapToGrid w:val="0"/>
              <w:spacing w:after="0" w:line="240" w:lineRule="auto"/>
              <w:jc w:val="center"/>
              <w:rPr>
                <w:sz w:val="16"/>
                <w:szCs w:val="16"/>
              </w:rPr>
            </w:pPr>
            <w:r w:rsidRPr="00314BAB">
              <w:rPr>
                <w:sz w:val="16"/>
                <w:szCs w:val="16"/>
              </w:rPr>
              <w:t>1.0</w:t>
            </w:r>
          </w:p>
        </w:tc>
      </w:tr>
      <w:tr w:rsidR="00923354" w:rsidRPr="00314BAB" w14:paraId="0D69DCEA" w14:textId="77777777" w:rsidTr="00314BAB">
        <w:trPr>
          <w:cantSplit/>
          <w:jc w:val="center"/>
        </w:trPr>
        <w:tc>
          <w:tcPr>
            <w:tcW w:w="2694" w:type="dxa"/>
            <w:tcMar>
              <w:top w:w="55" w:type="dxa"/>
              <w:left w:w="75" w:type="dxa"/>
              <w:bottom w:w="55" w:type="dxa"/>
              <w:right w:w="75" w:type="dxa"/>
            </w:tcMar>
            <w:vAlign w:val="center"/>
          </w:tcPr>
          <w:p w14:paraId="2D677169"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2835" w:type="dxa"/>
            <w:tcMar>
              <w:top w:w="55" w:type="dxa"/>
              <w:left w:w="75" w:type="dxa"/>
              <w:bottom w:w="55" w:type="dxa"/>
              <w:right w:w="75" w:type="dxa"/>
            </w:tcMar>
            <w:vAlign w:val="center"/>
          </w:tcPr>
          <w:p w14:paraId="74769C16"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1599" w:type="dxa"/>
            <w:tcMar>
              <w:top w:w="55" w:type="dxa"/>
              <w:left w:w="75" w:type="dxa"/>
              <w:bottom w:w="55" w:type="dxa"/>
              <w:right w:w="75" w:type="dxa"/>
            </w:tcMar>
            <w:vAlign w:val="center"/>
          </w:tcPr>
          <w:p w14:paraId="054EFB1F" w14:textId="77777777" w:rsidR="00923354" w:rsidRPr="00314BAB" w:rsidRDefault="00000000" w:rsidP="008628DB">
            <w:pPr>
              <w:snapToGrid w:val="0"/>
              <w:spacing w:after="0" w:line="240" w:lineRule="auto"/>
              <w:jc w:val="center"/>
              <w:rPr>
                <w:sz w:val="16"/>
                <w:szCs w:val="16"/>
              </w:rPr>
            </w:pPr>
            <w:r w:rsidRPr="00314BAB">
              <w:rPr>
                <w:sz w:val="16"/>
                <w:szCs w:val="16"/>
              </w:rPr>
              <w:t>14</w:t>
            </w:r>
          </w:p>
        </w:tc>
        <w:tc>
          <w:tcPr>
            <w:tcW w:w="2376" w:type="dxa"/>
            <w:tcMar>
              <w:top w:w="55" w:type="dxa"/>
              <w:left w:w="75" w:type="dxa"/>
              <w:bottom w:w="55" w:type="dxa"/>
              <w:right w:w="75" w:type="dxa"/>
            </w:tcMar>
            <w:vAlign w:val="center"/>
          </w:tcPr>
          <w:p w14:paraId="420482CB" w14:textId="77777777" w:rsidR="00923354" w:rsidRPr="00314BAB" w:rsidRDefault="00000000" w:rsidP="008628DB">
            <w:pPr>
              <w:snapToGrid w:val="0"/>
              <w:spacing w:after="0" w:line="240" w:lineRule="auto"/>
              <w:jc w:val="center"/>
              <w:rPr>
                <w:sz w:val="16"/>
                <w:szCs w:val="16"/>
              </w:rPr>
            </w:pPr>
            <w:r w:rsidRPr="00314BAB">
              <w:rPr>
                <w:sz w:val="16"/>
                <w:szCs w:val="16"/>
              </w:rPr>
              <w:t>157</w:t>
            </w:r>
          </w:p>
        </w:tc>
        <w:tc>
          <w:tcPr>
            <w:tcW w:w="2376" w:type="dxa"/>
            <w:tcMar>
              <w:top w:w="55" w:type="dxa"/>
              <w:left w:w="75" w:type="dxa"/>
              <w:bottom w:w="55" w:type="dxa"/>
              <w:right w:w="75" w:type="dxa"/>
            </w:tcMar>
            <w:vAlign w:val="center"/>
          </w:tcPr>
          <w:p w14:paraId="421A77DE" w14:textId="77777777" w:rsidR="00923354" w:rsidRPr="00314BAB" w:rsidRDefault="00000000" w:rsidP="008628DB">
            <w:pPr>
              <w:snapToGrid w:val="0"/>
              <w:spacing w:after="0" w:line="240" w:lineRule="auto"/>
              <w:jc w:val="center"/>
              <w:rPr>
                <w:sz w:val="16"/>
                <w:szCs w:val="16"/>
              </w:rPr>
            </w:pPr>
            <w:r w:rsidRPr="00314BAB">
              <w:rPr>
                <w:sz w:val="16"/>
                <w:szCs w:val="16"/>
              </w:rPr>
              <w:t>0.08917197452229299</w:t>
            </w:r>
          </w:p>
        </w:tc>
        <w:tc>
          <w:tcPr>
            <w:tcW w:w="2376" w:type="dxa"/>
            <w:tcMar>
              <w:top w:w="55" w:type="dxa"/>
              <w:left w:w="75" w:type="dxa"/>
              <w:bottom w:w="55" w:type="dxa"/>
              <w:right w:w="75" w:type="dxa"/>
            </w:tcMar>
            <w:vAlign w:val="center"/>
          </w:tcPr>
          <w:p w14:paraId="0C755C7D" w14:textId="77777777" w:rsidR="00923354" w:rsidRPr="00314BAB" w:rsidRDefault="00000000" w:rsidP="008628DB">
            <w:pPr>
              <w:snapToGrid w:val="0"/>
              <w:spacing w:after="0" w:line="240" w:lineRule="auto"/>
              <w:jc w:val="center"/>
              <w:rPr>
                <w:sz w:val="16"/>
                <w:szCs w:val="16"/>
              </w:rPr>
            </w:pPr>
            <w:r w:rsidRPr="00314BAB">
              <w:rPr>
                <w:sz w:val="16"/>
                <w:szCs w:val="16"/>
              </w:rPr>
              <w:t>0.18181818181818182</w:t>
            </w:r>
          </w:p>
        </w:tc>
      </w:tr>
      <w:tr w:rsidR="00923354" w:rsidRPr="00314BAB" w14:paraId="55554BD2" w14:textId="77777777" w:rsidTr="00314BAB">
        <w:trPr>
          <w:cantSplit/>
          <w:jc w:val="center"/>
        </w:trPr>
        <w:tc>
          <w:tcPr>
            <w:tcW w:w="2694" w:type="dxa"/>
            <w:tcMar>
              <w:top w:w="55" w:type="dxa"/>
              <w:left w:w="75" w:type="dxa"/>
              <w:bottom w:w="55" w:type="dxa"/>
              <w:right w:w="75" w:type="dxa"/>
            </w:tcMar>
            <w:vAlign w:val="center"/>
          </w:tcPr>
          <w:p w14:paraId="314CA4A5"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2835" w:type="dxa"/>
            <w:tcMar>
              <w:top w:w="55" w:type="dxa"/>
              <w:left w:w="75" w:type="dxa"/>
              <w:bottom w:w="55" w:type="dxa"/>
              <w:right w:w="75" w:type="dxa"/>
            </w:tcMar>
            <w:vAlign w:val="center"/>
          </w:tcPr>
          <w:p w14:paraId="64552B26"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1599" w:type="dxa"/>
            <w:tcMar>
              <w:top w:w="55" w:type="dxa"/>
              <w:left w:w="75" w:type="dxa"/>
              <w:bottom w:w="55" w:type="dxa"/>
              <w:right w:w="75" w:type="dxa"/>
            </w:tcMar>
            <w:vAlign w:val="center"/>
          </w:tcPr>
          <w:p w14:paraId="32654F82" w14:textId="77777777" w:rsidR="00923354" w:rsidRPr="00314BAB" w:rsidRDefault="00000000" w:rsidP="008628DB">
            <w:pPr>
              <w:snapToGrid w:val="0"/>
              <w:spacing w:after="0" w:line="240" w:lineRule="auto"/>
              <w:jc w:val="center"/>
              <w:rPr>
                <w:sz w:val="16"/>
                <w:szCs w:val="16"/>
              </w:rPr>
            </w:pPr>
            <w:r w:rsidRPr="00314BAB">
              <w:rPr>
                <w:sz w:val="16"/>
                <w:szCs w:val="16"/>
              </w:rPr>
              <w:t>2</w:t>
            </w:r>
          </w:p>
        </w:tc>
        <w:tc>
          <w:tcPr>
            <w:tcW w:w="2376" w:type="dxa"/>
            <w:tcMar>
              <w:top w:w="55" w:type="dxa"/>
              <w:left w:w="75" w:type="dxa"/>
              <w:bottom w:w="55" w:type="dxa"/>
              <w:right w:w="75" w:type="dxa"/>
            </w:tcMar>
            <w:vAlign w:val="center"/>
          </w:tcPr>
          <w:p w14:paraId="73A80DFB" w14:textId="77777777" w:rsidR="00923354" w:rsidRPr="00314BAB" w:rsidRDefault="00000000" w:rsidP="008628DB">
            <w:pPr>
              <w:snapToGrid w:val="0"/>
              <w:spacing w:after="0" w:line="240" w:lineRule="auto"/>
              <w:jc w:val="center"/>
              <w:rPr>
                <w:sz w:val="16"/>
                <w:szCs w:val="16"/>
              </w:rPr>
            </w:pPr>
            <w:r w:rsidRPr="00314BAB">
              <w:rPr>
                <w:sz w:val="16"/>
                <w:szCs w:val="16"/>
              </w:rPr>
              <w:t>180</w:t>
            </w:r>
          </w:p>
        </w:tc>
        <w:tc>
          <w:tcPr>
            <w:tcW w:w="2376" w:type="dxa"/>
            <w:tcMar>
              <w:top w:w="55" w:type="dxa"/>
              <w:left w:w="75" w:type="dxa"/>
              <w:bottom w:w="55" w:type="dxa"/>
              <w:right w:w="75" w:type="dxa"/>
            </w:tcMar>
            <w:vAlign w:val="center"/>
          </w:tcPr>
          <w:p w14:paraId="112D5BA2" w14:textId="77777777" w:rsidR="00923354" w:rsidRPr="00314BAB" w:rsidRDefault="00000000" w:rsidP="008628DB">
            <w:pPr>
              <w:snapToGrid w:val="0"/>
              <w:spacing w:after="0" w:line="240" w:lineRule="auto"/>
              <w:jc w:val="center"/>
              <w:rPr>
                <w:sz w:val="16"/>
                <w:szCs w:val="16"/>
              </w:rPr>
            </w:pPr>
            <w:r w:rsidRPr="00314BAB">
              <w:rPr>
                <w:sz w:val="16"/>
                <w:szCs w:val="16"/>
              </w:rPr>
              <w:t>0.011111111111111112</w:t>
            </w:r>
          </w:p>
        </w:tc>
        <w:tc>
          <w:tcPr>
            <w:tcW w:w="2376" w:type="dxa"/>
            <w:tcMar>
              <w:top w:w="55" w:type="dxa"/>
              <w:left w:w="75" w:type="dxa"/>
              <w:bottom w:w="55" w:type="dxa"/>
              <w:right w:w="75" w:type="dxa"/>
            </w:tcMar>
            <w:vAlign w:val="center"/>
          </w:tcPr>
          <w:p w14:paraId="14211CA9" w14:textId="77777777" w:rsidR="00923354" w:rsidRPr="00314BAB" w:rsidRDefault="00000000" w:rsidP="008628DB">
            <w:pPr>
              <w:snapToGrid w:val="0"/>
              <w:spacing w:after="0" w:line="240" w:lineRule="auto"/>
              <w:jc w:val="center"/>
              <w:rPr>
                <w:sz w:val="16"/>
                <w:szCs w:val="16"/>
              </w:rPr>
            </w:pPr>
            <w:r w:rsidRPr="00314BAB">
              <w:rPr>
                <w:sz w:val="16"/>
                <w:szCs w:val="16"/>
              </w:rPr>
              <w:t>0.022727272727272728</w:t>
            </w:r>
          </w:p>
        </w:tc>
      </w:tr>
      <w:tr w:rsidR="00923354" w:rsidRPr="00314BAB" w14:paraId="71D06A4B" w14:textId="77777777" w:rsidTr="00314BAB">
        <w:trPr>
          <w:cantSplit/>
          <w:jc w:val="center"/>
        </w:trPr>
        <w:tc>
          <w:tcPr>
            <w:tcW w:w="2694" w:type="dxa"/>
            <w:tcMar>
              <w:top w:w="55" w:type="dxa"/>
              <w:left w:w="75" w:type="dxa"/>
              <w:bottom w:w="55" w:type="dxa"/>
              <w:right w:w="75" w:type="dxa"/>
            </w:tcMar>
            <w:vAlign w:val="center"/>
          </w:tcPr>
          <w:p w14:paraId="444A9B9E"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2835" w:type="dxa"/>
            <w:tcMar>
              <w:top w:w="55" w:type="dxa"/>
              <w:left w:w="75" w:type="dxa"/>
              <w:bottom w:w="55" w:type="dxa"/>
              <w:right w:w="75" w:type="dxa"/>
            </w:tcMar>
            <w:vAlign w:val="center"/>
          </w:tcPr>
          <w:p w14:paraId="7D40DE8D"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1599" w:type="dxa"/>
            <w:tcMar>
              <w:top w:w="55" w:type="dxa"/>
              <w:left w:w="75" w:type="dxa"/>
              <w:bottom w:w="55" w:type="dxa"/>
              <w:right w:w="75" w:type="dxa"/>
            </w:tcMar>
            <w:vAlign w:val="center"/>
          </w:tcPr>
          <w:p w14:paraId="3CA6C57A" w14:textId="77777777" w:rsidR="00923354" w:rsidRPr="00314BAB" w:rsidRDefault="00000000" w:rsidP="008628DB">
            <w:pPr>
              <w:snapToGrid w:val="0"/>
              <w:spacing w:after="0" w:line="240" w:lineRule="auto"/>
              <w:jc w:val="center"/>
              <w:rPr>
                <w:sz w:val="16"/>
                <w:szCs w:val="16"/>
              </w:rPr>
            </w:pPr>
            <w:r w:rsidRPr="00314BAB">
              <w:rPr>
                <w:sz w:val="16"/>
                <w:szCs w:val="16"/>
              </w:rPr>
              <w:t>14</w:t>
            </w:r>
          </w:p>
        </w:tc>
        <w:tc>
          <w:tcPr>
            <w:tcW w:w="2376" w:type="dxa"/>
            <w:tcMar>
              <w:top w:w="55" w:type="dxa"/>
              <w:left w:w="75" w:type="dxa"/>
              <w:bottom w:w="55" w:type="dxa"/>
              <w:right w:w="75" w:type="dxa"/>
            </w:tcMar>
            <w:vAlign w:val="center"/>
          </w:tcPr>
          <w:p w14:paraId="64F2B5B4" w14:textId="77777777" w:rsidR="00923354" w:rsidRPr="00314BAB" w:rsidRDefault="00000000" w:rsidP="008628DB">
            <w:pPr>
              <w:snapToGrid w:val="0"/>
              <w:spacing w:after="0" w:line="240" w:lineRule="auto"/>
              <w:jc w:val="center"/>
              <w:rPr>
                <w:sz w:val="16"/>
                <w:szCs w:val="16"/>
              </w:rPr>
            </w:pPr>
            <w:r w:rsidRPr="00314BAB">
              <w:rPr>
                <w:sz w:val="16"/>
                <w:szCs w:val="16"/>
              </w:rPr>
              <w:t>117</w:t>
            </w:r>
          </w:p>
        </w:tc>
        <w:tc>
          <w:tcPr>
            <w:tcW w:w="2376" w:type="dxa"/>
            <w:tcMar>
              <w:top w:w="55" w:type="dxa"/>
              <w:left w:w="75" w:type="dxa"/>
              <w:bottom w:w="55" w:type="dxa"/>
              <w:right w:w="75" w:type="dxa"/>
            </w:tcMar>
            <w:vAlign w:val="center"/>
          </w:tcPr>
          <w:p w14:paraId="4E31B92B" w14:textId="77777777" w:rsidR="00923354" w:rsidRPr="00314BAB" w:rsidRDefault="00000000" w:rsidP="008628DB">
            <w:pPr>
              <w:snapToGrid w:val="0"/>
              <w:spacing w:after="0" w:line="240" w:lineRule="auto"/>
              <w:jc w:val="center"/>
              <w:rPr>
                <w:sz w:val="16"/>
                <w:szCs w:val="16"/>
              </w:rPr>
            </w:pPr>
            <w:r w:rsidRPr="00314BAB">
              <w:rPr>
                <w:sz w:val="16"/>
                <w:szCs w:val="16"/>
              </w:rPr>
              <w:t>0.11965811965811966</w:t>
            </w:r>
          </w:p>
        </w:tc>
        <w:tc>
          <w:tcPr>
            <w:tcW w:w="2376" w:type="dxa"/>
            <w:tcMar>
              <w:top w:w="55" w:type="dxa"/>
              <w:left w:w="75" w:type="dxa"/>
              <w:bottom w:w="55" w:type="dxa"/>
              <w:right w:w="75" w:type="dxa"/>
            </w:tcMar>
            <w:vAlign w:val="center"/>
          </w:tcPr>
          <w:p w14:paraId="64998D59" w14:textId="77777777" w:rsidR="00923354" w:rsidRPr="00314BAB" w:rsidRDefault="00000000" w:rsidP="008628DB">
            <w:pPr>
              <w:snapToGrid w:val="0"/>
              <w:spacing w:after="0" w:line="240" w:lineRule="auto"/>
              <w:jc w:val="center"/>
              <w:rPr>
                <w:sz w:val="16"/>
                <w:szCs w:val="16"/>
              </w:rPr>
            </w:pPr>
            <w:r w:rsidRPr="00314BAB">
              <w:rPr>
                <w:sz w:val="16"/>
                <w:szCs w:val="16"/>
              </w:rPr>
              <w:t>0.3783783783783784</w:t>
            </w:r>
          </w:p>
        </w:tc>
      </w:tr>
      <w:tr w:rsidR="00923354" w:rsidRPr="00314BAB" w14:paraId="50CEC6C4" w14:textId="77777777" w:rsidTr="00314BAB">
        <w:trPr>
          <w:cantSplit/>
          <w:jc w:val="center"/>
        </w:trPr>
        <w:tc>
          <w:tcPr>
            <w:tcW w:w="2694" w:type="dxa"/>
            <w:tcMar>
              <w:top w:w="55" w:type="dxa"/>
              <w:left w:w="75" w:type="dxa"/>
              <w:bottom w:w="55" w:type="dxa"/>
              <w:right w:w="75" w:type="dxa"/>
            </w:tcMar>
            <w:vAlign w:val="center"/>
          </w:tcPr>
          <w:p w14:paraId="638AACB7"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2835" w:type="dxa"/>
            <w:tcMar>
              <w:top w:w="55" w:type="dxa"/>
              <w:left w:w="75" w:type="dxa"/>
              <w:bottom w:w="55" w:type="dxa"/>
              <w:right w:w="75" w:type="dxa"/>
            </w:tcMar>
            <w:vAlign w:val="center"/>
          </w:tcPr>
          <w:p w14:paraId="5A10D0DB"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1599" w:type="dxa"/>
            <w:tcMar>
              <w:top w:w="55" w:type="dxa"/>
              <w:left w:w="75" w:type="dxa"/>
              <w:bottom w:w="55" w:type="dxa"/>
              <w:right w:w="75" w:type="dxa"/>
            </w:tcMar>
            <w:vAlign w:val="center"/>
          </w:tcPr>
          <w:p w14:paraId="52293C5F" w14:textId="77777777" w:rsidR="00923354" w:rsidRPr="00314BAB" w:rsidRDefault="00000000" w:rsidP="008628DB">
            <w:pPr>
              <w:snapToGrid w:val="0"/>
              <w:spacing w:after="0" w:line="240" w:lineRule="auto"/>
              <w:jc w:val="center"/>
              <w:rPr>
                <w:sz w:val="16"/>
                <w:szCs w:val="16"/>
              </w:rPr>
            </w:pPr>
            <w:r w:rsidRPr="00314BAB">
              <w:rPr>
                <w:sz w:val="16"/>
                <w:szCs w:val="16"/>
              </w:rPr>
              <w:t>26</w:t>
            </w:r>
          </w:p>
        </w:tc>
        <w:tc>
          <w:tcPr>
            <w:tcW w:w="2376" w:type="dxa"/>
            <w:tcMar>
              <w:top w:w="55" w:type="dxa"/>
              <w:left w:w="75" w:type="dxa"/>
              <w:bottom w:w="55" w:type="dxa"/>
              <w:right w:w="75" w:type="dxa"/>
            </w:tcMar>
            <w:vAlign w:val="center"/>
          </w:tcPr>
          <w:p w14:paraId="12FDE80C" w14:textId="77777777" w:rsidR="00923354" w:rsidRPr="00314BAB" w:rsidRDefault="00000000" w:rsidP="008628DB">
            <w:pPr>
              <w:snapToGrid w:val="0"/>
              <w:spacing w:after="0" w:line="240" w:lineRule="auto"/>
              <w:jc w:val="center"/>
              <w:rPr>
                <w:sz w:val="16"/>
                <w:szCs w:val="16"/>
              </w:rPr>
            </w:pPr>
            <w:r w:rsidRPr="00314BAB">
              <w:rPr>
                <w:sz w:val="16"/>
                <w:szCs w:val="16"/>
              </w:rPr>
              <w:t>150</w:t>
            </w:r>
          </w:p>
        </w:tc>
        <w:tc>
          <w:tcPr>
            <w:tcW w:w="2376" w:type="dxa"/>
            <w:tcMar>
              <w:top w:w="55" w:type="dxa"/>
              <w:left w:w="75" w:type="dxa"/>
              <w:bottom w:w="55" w:type="dxa"/>
              <w:right w:w="75" w:type="dxa"/>
            </w:tcMar>
            <w:vAlign w:val="center"/>
          </w:tcPr>
          <w:p w14:paraId="31BBDE8A" w14:textId="77777777" w:rsidR="00923354" w:rsidRPr="00314BAB" w:rsidRDefault="00000000" w:rsidP="008628DB">
            <w:pPr>
              <w:snapToGrid w:val="0"/>
              <w:spacing w:after="0" w:line="240" w:lineRule="auto"/>
              <w:jc w:val="center"/>
              <w:rPr>
                <w:sz w:val="16"/>
                <w:szCs w:val="16"/>
              </w:rPr>
            </w:pPr>
            <w:r w:rsidRPr="00314BAB">
              <w:rPr>
                <w:sz w:val="16"/>
                <w:szCs w:val="16"/>
              </w:rPr>
              <w:t>0.17333333333333334</w:t>
            </w:r>
          </w:p>
        </w:tc>
        <w:tc>
          <w:tcPr>
            <w:tcW w:w="2376" w:type="dxa"/>
            <w:tcMar>
              <w:top w:w="55" w:type="dxa"/>
              <w:left w:w="75" w:type="dxa"/>
              <w:bottom w:w="55" w:type="dxa"/>
              <w:right w:w="75" w:type="dxa"/>
            </w:tcMar>
            <w:vAlign w:val="center"/>
          </w:tcPr>
          <w:p w14:paraId="0F55273B" w14:textId="77777777" w:rsidR="00923354" w:rsidRPr="00314BAB" w:rsidRDefault="00000000" w:rsidP="008628DB">
            <w:pPr>
              <w:snapToGrid w:val="0"/>
              <w:spacing w:after="0" w:line="240" w:lineRule="auto"/>
              <w:jc w:val="center"/>
              <w:rPr>
                <w:sz w:val="16"/>
                <w:szCs w:val="16"/>
              </w:rPr>
            </w:pPr>
            <w:r w:rsidRPr="00314BAB">
              <w:rPr>
                <w:sz w:val="16"/>
                <w:szCs w:val="16"/>
              </w:rPr>
              <w:t>0.33766233766233766</w:t>
            </w:r>
          </w:p>
        </w:tc>
      </w:tr>
      <w:tr w:rsidR="00923354" w:rsidRPr="00314BAB" w14:paraId="034EFC39" w14:textId="77777777" w:rsidTr="00314BAB">
        <w:trPr>
          <w:cantSplit/>
          <w:jc w:val="center"/>
        </w:trPr>
        <w:tc>
          <w:tcPr>
            <w:tcW w:w="2694" w:type="dxa"/>
            <w:tcMar>
              <w:top w:w="55" w:type="dxa"/>
              <w:left w:w="75" w:type="dxa"/>
              <w:bottom w:w="55" w:type="dxa"/>
              <w:right w:w="75" w:type="dxa"/>
            </w:tcMar>
            <w:vAlign w:val="center"/>
          </w:tcPr>
          <w:p w14:paraId="27AC4038"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2835" w:type="dxa"/>
            <w:tcMar>
              <w:top w:w="55" w:type="dxa"/>
              <w:left w:w="75" w:type="dxa"/>
              <w:bottom w:w="55" w:type="dxa"/>
              <w:right w:w="75" w:type="dxa"/>
            </w:tcMar>
            <w:vAlign w:val="center"/>
          </w:tcPr>
          <w:p w14:paraId="16287738"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1599" w:type="dxa"/>
            <w:tcMar>
              <w:top w:w="55" w:type="dxa"/>
              <w:left w:w="75" w:type="dxa"/>
              <w:bottom w:w="55" w:type="dxa"/>
              <w:right w:w="75" w:type="dxa"/>
            </w:tcMar>
            <w:vAlign w:val="center"/>
          </w:tcPr>
          <w:p w14:paraId="29724EC6" w14:textId="77777777" w:rsidR="00923354" w:rsidRPr="00314BAB" w:rsidRDefault="00000000" w:rsidP="008628DB">
            <w:pPr>
              <w:snapToGrid w:val="0"/>
              <w:spacing w:after="0" w:line="240" w:lineRule="auto"/>
              <w:jc w:val="center"/>
              <w:rPr>
                <w:sz w:val="16"/>
                <w:szCs w:val="16"/>
              </w:rPr>
            </w:pPr>
            <w:r w:rsidRPr="00314BAB">
              <w:rPr>
                <w:sz w:val="16"/>
                <w:szCs w:val="16"/>
              </w:rPr>
              <w:t>14</w:t>
            </w:r>
          </w:p>
        </w:tc>
        <w:tc>
          <w:tcPr>
            <w:tcW w:w="2376" w:type="dxa"/>
            <w:tcMar>
              <w:top w:w="55" w:type="dxa"/>
              <w:left w:w="75" w:type="dxa"/>
              <w:bottom w:w="55" w:type="dxa"/>
              <w:right w:w="75" w:type="dxa"/>
            </w:tcMar>
            <w:vAlign w:val="center"/>
          </w:tcPr>
          <w:p w14:paraId="2144DAF2" w14:textId="77777777" w:rsidR="00923354" w:rsidRPr="00314BAB" w:rsidRDefault="00000000" w:rsidP="008628DB">
            <w:pPr>
              <w:snapToGrid w:val="0"/>
              <w:spacing w:after="0" w:line="240" w:lineRule="auto"/>
              <w:jc w:val="center"/>
              <w:rPr>
                <w:sz w:val="16"/>
                <w:szCs w:val="16"/>
              </w:rPr>
            </w:pPr>
            <w:r w:rsidRPr="00314BAB">
              <w:rPr>
                <w:sz w:val="16"/>
                <w:szCs w:val="16"/>
              </w:rPr>
              <w:t>157</w:t>
            </w:r>
          </w:p>
        </w:tc>
        <w:tc>
          <w:tcPr>
            <w:tcW w:w="2376" w:type="dxa"/>
            <w:tcMar>
              <w:top w:w="55" w:type="dxa"/>
              <w:left w:w="75" w:type="dxa"/>
              <w:bottom w:w="55" w:type="dxa"/>
              <w:right w:w="75" w:type="dxa"/>
            </w:tcMar>
            <w:vAlign w:val="center"/>
          </w:tcPr>
          <w:p w14:paraId="699047A9" w14:textId="77777777" w:rsidR="00923354" w:rsidRPr="00314BAB" w:rsidRDefault="00000000" w:rsidP="008628DB">
            <w:pPr>
              <w:snapToGrid w:val="0"/>
              <w:spacing w:after="0" w:line="240" w:lineRule="auto"/>
              <w:jc w:val="center"/>
              <w:rPr>
                <w:sz w:val="16"/>
                <w:szCs w:val="16"/>
              </w:rPr>
            </w:pPr>
            <w:r w:rsidRPr="00314BAB">
              <w:rPr>
                <w:sz w:val="16"/>
                <w:szCs w:val="16"/>
              </w:rPr>
              <w:t>0.08917197452229299</w:t>
            </w:r>
          </w:p>
        </w:tc>
        <w:tc>
          <w:tcPr>
            <w:tcW w:w="2376" w:type="dxa"/>
            <w:tcMar>
              <w:top w:w="55" w:type="dxa"/>
              <w:left w:w="75" w:type="dxa"/>
              <w:bottom w:w="55" w:type="dxa"/>
              <w:right w:w="75" w:type="dxa"/>
            </w:tcMar>
            <w:vAlign w:val="center"/>
          </w:tcPr>
          <w:p w14:paraId="5F19FEC0" w14:textId="77777777" w:rsidR="00923354" w:rsidRPr="00314BAB" w:rsidRDefault="00000000" w:rsidP="008628DB">
            <w:pPr>
              <w:snapToGrid w:val="0"/>
              <w:spacing w:after="0" w:line="240" w:lineRule="auto"/>
              <w:jc w:val="center"/>
              <w:rPr>
                <w:sz w:val="16"/>
                <w:szCs w:val="16"/>
              </w:rPr>
            </w:pPr>
            <w:r w:rsidRPr="00314BAB">
              <w:rPr>
                <w:sz w:val="16"/>
                <w:szCs w:val="16"/>
              </w:rPr>
              <w:t>0.18181818181818182</w:t>
            </w:r>
          </w:p>
        </w:tc>
      </w:tr>
      <w:tr w:rsidR="00923354" w:rsidRPr="00314BAB" w14:paraId="1F17932B" w14:textId="77777777" w:rsidTr="00314BAB">
        <w:trPr>
          <w:cantSplit/>
          <w:jc w:val="center"/>
        </w:trPr>
        <w:tc>
          <w:tcPr>
            <w:tcW w:w="2694" w:type="dxa"/>
            <w:tcMar>
              <w:top w:w="55" w:type="dxa"/>
              <w:left w:w="75" w:type="dxa"/>
              <w:bottom w:w="55" w:type="dxa"/>
              <w:right w:w="75" w:type="dxa"/>
            </w:tcMar>
            <w:vAlign w:val="center"/>
          </w:tcPr>
          <w:p w14:paraId="082EBC7A"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2835" w:type="dxa"/>
            <w:tcMar>
              <w:top w:w="55" w:type="dxa"/>
              <w:left w:w="75" w:type="dxa"/>
              <w:bottom w:w="55" w:type="dxa"/>
              <w:right w:w="75" w:type="dxa"/>
            </w:tcMar>
            <w:vAlign w:val="center"/>
          </w:tcPr>
          <w:p w14:paraId="0401366B"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1599" w:type="dxa"/>
            <w:tcMar>
              <w:top w:w="55" w:type="dxa"/>
              <w:left w:w="75" w:type="dxa"/>
              <w:bottom w:w="55" w:type="dxa"/>
              <w:right w:w="75" w:type="dxa"/>
            </w:tcMar>
            <w:vAlign w:val="center"/>
          </w:tcPr>
          <w:p w14:paraId="3D9163C7" w14:textId="77777777" w:rsidR="00923354" w:rsidRPr="00314BAB" w:rsidRDefault="00000000" w:rsidP="008628DB">
            <w:pPr>
              <w:snapToGrid w:val="0"/>
              <w:spacing w:after="0" w:line="240" w:lineRule="auto"/>
              <w:jc w:val="center"/>
              <w:rPr>
                <w:sz w:val="16"/>
                <w:szCs w:val="16"/>
              </w:rPr>
            </w:pPr>
            <w:r w:rsidRPr="00314BAB">
              <w:rPr>
                <w:sz w:val="16"/>
                <w:szCs w:val="16"/>
              </w:rPr>
              <w:t>77</w:t>
            </w:r>
          </w:p>
        </w:tc>
        <w:tc>
          <w:tcPr>
            <w:tcW w:w="2376" w:type="dxa"/>
            <w:tcMar>
              <w:top w:w="55" w:type="dxa"/>
              <w:left w:w="75" w:type="dxa"/>
              <w:bottom w:w="55" w:type="dxa"/>
              <w:right w:w="75" w:type="dxa"/>
            </w:tcMar>
            <w:vAlign w:val="center"/>
          </w:tcPr>
          <w:p w14:paraId="0DADADBA" w14:textId="77777777" w:rsidR="00923354" w:rsidRPr="00314BAB" w:rsidRDefault="00000000" w:rsidP="008628DB">
            <w:pPr>
              <w:snapToGrid w:val="0"/>
              <w:spacing w:after="0" w:line="240" w:lineRule="auto"/>
              <w:jc w:val="center"/>
              <w:rPr>
                <w:sz w:val="16"/>
                <w:szCs w:val="16"/>
              </w:rPr>
            </w:pPr>
            <w:r w:rsidRPr="00314BAB">
              <w:rPr>
                <w:sz w:val="16"/>
                <w:szCs w:val="16"/>
              </w:rPr>
              <w:t>77</w:t>
            </w:r>
          </w:p>
        </w:tc>
        <w:tc>
          <w:tcPr>
            <w:tcW w:w="2376" w:type="dxa"/>
            <w:tcMar>
              <w:top w:w="55" w:type="dxa"/>
              <w:left w:w="75" w:type="dxa"/>
              <w:bottom w:w="55" w:type="dxa"/>
              <w:right w:w="75" w:type="dxa"/>
            </w:tcMar>
            <w:vAlign w:val="center"/>
          </w:tcPr>
          <w:p w14:paraId="5AEE82BF" w14:textId="77777777" w:rsidR="00923354" w:rsidRPr="00314BAB" w:rsidRDefault="00000000" w:rsidP="008628DB">
            <w:pPr>
              <w:snapToGrid w:val="0"/>
              <w:spacing w:after="0" w:line="240" w:lineRule="auto"/>
              <w:jc w:val="center"/>
              <w:rPr>
                <w:sz w:val="16"/>
                <w:szCs w:val="16"/>
              </w:rPr>
            </w:pPr>
            <w:r w:rsidRPr="00314BAB">
              <w:rPr>
                <w:sz w:val="16"/>
                <w:szCs w:val="16"/>
              </w:rPr>
              <w:t>1.0</w:t>
            </w:r>
          </w:p>
        </w:tc>
        <w:tc>
          <w:tcPr>
            <w:tcW w:w="2376" w:type="dxa"/>
            <w:tcMar>
              <w:top w:w="55" w:type="dxa"/>
              <w:left w:w="75" w:type="dxa"/>
              <w:bottom w:w="55" w:type="dxa"/>
              <w:right w:w="75" w:type="dxa"/>
            </w:tcMar>
            <w:vAlign w:val="center"/>
          </w:tcPr>
          <w:p w14:paraId="0B1AD2D9" w14:textId="77777777" w:rsidR="00923354" w:rsidRPr="00314BAB" w:rsidRDefault="00000000" w:rsidP="008628DB">
            <w:pPr>
              <w:snapToGrid w:val="0"/>
              <w:spacing w:after="0" w:line="240" w:lineRule="auto"/>
              <w:jc w:val="center"/>
              <w:rPr>
                <w:sz w:val="16"/>
                <w:szCs w:val="16"/>
              </w:rPr>
            </w:pPr>
            <w:r w:rsidRPr="00314BAB">
              <w:rPr>
                <w:sz w:val="16"/>
                <w:szCs w:val="16"/>
              </w:rPr>
              <w:t>1.0</w:t>
            </w:r>
          </w:p>
        </w:tc>
      </w:tr>
      <w:tr w:rsidR="00923354" w:rsidRPr="00314BAB" w14:paraId="6F5B3A95" w14:textId="77777777" w:rsidTr="00314BAB">
        <w:trPr>
          <w:cantSplit/>
          <w:jc w:val="center"/>
        </w:trPr>
        <w:tc>
          <w:tcPr>
            <w:tcW w:w="2694" w:type="dxa"/>
            <w:tcMar>
              <w:top w:w="55" w:type="dxa"/>
              <w:left w:w="75" w:type="dxa"/>
              <w:bottom w:w="55" w:type="dxa"/>
              <w:right w:w="75" w:type="dxa"/>
            </w:tcMar>
            <w:vAlign w:val="center"/>
          </w:tcPr>
          <w:p w14:paraId="6675A545"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2835" w:type="dxa"/>
            <w:tcMar>
              <w:top w:w="55" w:type="dxa"/>
              <w:left w:w="75" w:type="dxa"/>
              <w:bottom w:w="55" w:type="dxa"/>
              <w:right w:w="75" w:type="dxa"/>
            </w:tcMar>
            <w:vAlign w:val="center"/>
          </w:tcPr>
          <w:p w14:paraId="4A52414D"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1599" w:type="dxa"/>
            <w:tcMar>
              <w:top w:w="55" w:type="dxa"/>
              <w:left w:w="75" w:type="dxa"/>
              <w:bottom w:w="55" w:type="dxa"/>
              <w:right w:w="75" w:type="dxa"/>
            </w:tcMar>
            <w:vAlign w:val="center"/>
          </w:tcPr>
          <w:p w14:paraId="509FFCC4" w14:textId="77777777" w:rsidR="00923354" w:rsidRPr="00314BAB" w:rsidRDefault="00000000" w:rsidP="008628DB">
            <w:pPr>
              <w:snapToGrid w:val="0"/>
              <w:spacing w:after="0" w:line="240" w:lineRule="auto"/>
              <w:jc w:val="center"/>
              <w:rPr>
                <w:sz w:val="16"/>
                <w:szCs w:val="16"/>
              </w:rPr>
            </w:pPr>
            <w:r w:rsidRPr="00314BAB">
              <w:rPr>
                <w:sz w:val="16"/>
                <w:szCs w:val="16"/>
              </w:rPr>
              <w:t>7</w:t>
            </w:r>
          </w:p>
        </w:tc>
        <w:tc>
          <w:tcPr>
            <w:tcW w:w="2376" w:type="dxa"/>
            <w:tcMar>
              <w:top w:w="55" w:type="dxa"/>
              <w:left w:w="75" w:type="dxa"/>
              <w:bottom w:w="55" w:type="dxa"/>
              <w:right w:w="75" w:type="dxa"/>
            </w:tcMar>
            <w:vAlign w:val="center"/>
          </w:tcPr>
          <w:p w14:paraId="24B0C438" w14:textId="77777777" w:rsidR="00923354" w:rsidRPr="00314BAB" w:rsidRDefault="00000000" w:rsidP="008628DB">
            <w:pPr>
              <w:snapToGrid w:val="0"/>
              <w:spacing w:after="0" w:line="240" w:lineRule="auto"/>
              <w:jc w:val="center"/>
              <w:rPr>
                <w:sz w:val="16"/>
                <w:szCs w:val="16"/>
              </w:rPr>
            </w:pPr>
            <w:r w:rsidRPr="00314BAB">
              <w:rPr>
                <w:sz w:val="16"/>
                <w:szCs w:val="16"/>
              </w:rPr>
              <w:t>158</w:t>
            </w:r>
          </w:p>
        </w:tc>
        <w:tc>
          <w:tcPr>
            <w:tcW w:w="2376" w:type="dxa"/>
            <w:tcMar>
              <w:top w:w="55" w:type="dxa"/>
              <w:left w:w="75" w:type="dxa"/>
              <w:bottom w:w="55" w:type="dxa"/>
              <w:right w:w="75" w:type="dxa"/>
            </w:tcMar>
            <w:vAlign w:val="center"/>
          </w:tcPr>
          <w:p w14:paraId="2C646A18" w14:textId="77777777" w:rsidR="00923354" w:rsidRPr="00314BAB" w:rsidRDefault="00000000" w:rsidP="008628DB">
            <w:pPr>
              <w:snapToGrid w:val="0"/>
              <w:spacing w:after="0" w:line="240" w:lineRule="auto"/>
              <w:jc w:val="center"/>
              <w:rPr>
                <w:sz w:val="16"/>
                <w:szCs w:val="16"/>
              </w:rPr>
            </w:pPr>
            <w:r w:rsidRPr="00314BAB">
              <w:rPr>
                <w:sz w:val="16"/>
                <w:szCs w:val="16"/>
              </w:rPr>
              <w:t>0.04430379746835443</w:t>
            </w:r>
          </w:p>
        </w:tc>
        <w:tc>
          <w:tcPr>
            <w:tcW w:w="2376" w:type="dxa"/>
            <w:tcMar>
              <w:top w:w="55" w:type="dxa"/>
              <w:left w:w="75" w:type="dxa"/>
              <w:bottom w:w="55" w:type="dxa"/>
              <w:right w:w="75" w:type="dxa"/>
            </w:tcMar>
            <w:vAlign w:val="center"/>
          </w:tcPr>
          <w:p w14:paraId="2346D4B7" w14:textId="77777777" w:rsidR="00923354" w:rsidRPr="00314BAB" w:rsidRDefault="00000000" w:rsidP="008628DB">
            <w:pPr>
              <w:snapToGrid w:val="0"/>
              <w:spacing w:after="0" w:line="240" w:lineRule="auto"/>
              <w:jc w:val="center"/>
              <w:rPr>
                <w:sz w:val="16"/>
                <w:szCs w:val="16"/>
              </w:rPr>
            </w:pPr>
            <w:r w:rsidRPr="00314BAB">
              <w:rPr>
                <w:sz w:val="16"/>
                <w:szCs w:val="16"/>
              </w:rPr>
              <w:t>0.09090909090909091</w:t>
            </w:r>
          </w:p>
        </w:tc>
      </w:tr>
      <w:tr w:rsidR="00923354" w:rsidRPr="00314BAB" w14:paraId="6080BA5B" w14:textId="77777777" w:rsidTr="00314BAB">
        <w:trPr>
          <w:cantSplit/>
          <w:jc w:val="center"/>
        </w:trPr>
        <w:tc>
          <w:tcPr>
            <w:tcW w:w="2694" w:type="dxa"/>
            <w:tcMar>
              <w:top w:w="55" w:type="dxa"/>
              <w:left w:w="75" w:type="dxa"/>
              <w:bottom w:w="55" w:type="dxa"/>
              <w:right w:w="75" w:type="dxa"/>
            </w:tcMar>
            <w:vAlign w:val="center"/>
          </w:tcPr>
          <w:p w14:paraId="19E3589F"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2835" w:type="dxa"/>
            <w:tcMar>
              <w:top w:w="55" w:type="dxa"/>
              <w:left w:w="75" w:type="dxa"/>
              <w:bottom w:w="55" w:type="dxa"/>
              <w:right w:w="75" w:type="dxa"/>
            </w:tcMar>
            <w:vAlign w:val="center"/>
          </w:tcPr>
          <w:p w14:paraId="41CB9438"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1599" w:type="dxa"/>
            <w:tcMar>
              <w:top w:w="55" w:type="dxa"/>
              <w:left w:w="75" w:type="dxa"/>
              <w:bottom w:w="55" w:type="dxa"/>
              <w:right w:w="75" w:type="dxa"/>
            </w:tcMar>
            <w:vAlign w:val="center"/>
          </w:tcPr>
          <w:p w14:paraId="3A01F49F" w14:textId="77777777" w:rsidR="00923354" w:rsidRPr="00314BAB" w:rsidRDefault="00000000" w:rsidP="008628DB">
            <w:pPr>
              <w:snapToGrid w:val="0"/>
              <w:spacing w:after="0" w:line="240" w:lineRule="auto"/>
              <w:jc w:val="center"/>
              <w:rPr>
                <w:sz w:val="16"/>
                <w:szCs w:val="16"/>
              </w:rPr>
            </w:pPr>
            <w:r w:rsidRPr="00314BAB">
              <w:rPr>
                <w:sz w:val="16"/>
                <w:szCs w:val="16"/>
              </w:rPr>
              <w:t>12</w:t>
            </w:r>
          </w:p>
        </w:tc>
        <w:tc>
          <w:tcPr>
            <w:tcW w:w="2376" w:type="dxa"/>
            <w:tcMar>
              <w:top w:w="55" w:type="dxa"/>
              <w:left w:w="75" w:type="dxa"/>
              <w:bottom w:w="55" w:type="dxa"/>
              <w:right w:w="75" w:type="dxa"/>
            </w:tcMar>
            <w:vAlign w:val="center"/>
          </w:tcPr>
          <w:p w14:paraId="78124E27" w14:textId="77777777" w:rsidR="00923354" w:rsidRPr="00314BAB" w:rsidRDefault="00000000" w:rsidP="008628DB">
            <w:pPr>
              <w:snapToGrid w:val="0"/>
              <w:spacing w:after="0" w:line="240" w:lineRule="auto"/>
              <w:jc w:val="center"/>
              <w:rPr>
                <w:sz w:val="16"/>
                <w:szCs w:val="16"/>
              </w:rPr>
            </w:pPr>
            <w:r w:rsidRPr="00314BAB">
              <w:rPr>
                <w:sz w:val="16"/>
                <w:szCs w:val="16"/>
              </w:rPr>
              <w:t>102</w:t>
            </w:r>
          </w:p>
        </w:tc>
        <w:tc>
          <w:tcPr>
            <w:tcW w:w="2376" w:type="dxa"/>
            <w:tcMar>
              <w:top w:w="55" w:type="dxa"/>
              <w:left w:w="75" w:type="dxa"/>
              <w:bottom w:w="55" w:type="dxa"/>
              <w:right w:w="75" w:type="dxa"/>
            </w:tcMar>
            <w:vAlign w:val="center"/>
          </w:tcPr>
          <w:p w14:paraId="714D1890" w14:textId="77777777" w:rsidR="00923354" w:rsidRPr="00314BAB" w:rsidRDefault="00000000" w:rsidP="008628DB">
            <w:pPr>
              <w:snapToGrid w:val="0"/>
              <w:spacing w:after="0" w:line="240" w:lineRule="auto"/>
              <w:jc w:val="center"/>
              <w:rPr>
                <w:sz w:val="16"/>
                <w:szCs w:val="16"/>
              </w:rPr>
            </w:pPr>
            <w:r w:rsidRPr="00314BAB">
              <w:rPr>
                <w:sz w:val="16"/>
                <w:szCs w:val="16"/>
              </w:rPr>
              <w:t>0.11764705882352941</w:t>
            </w:r>
          </w:p>
        </w:tc>
        <w:tc>
          <w:tcPr>
            <w:tcW w:w="2376" w:type="dxa"/>
            <w:tcMar>
              <w:top w:w="55" w:type="dxa"/>
              <w:left w:w="75" w:type="dxa"/>
              <w:bottom w:w="55" w:type="dxa"/>
              <w:right w:w="75" w:type="dxa"/>
            </w:tcMar>
            <w:vAlign w:val="center"/>
          </w:tcPr>
          <w:p w14:paraId="35B449D1" w14:textId="77777777" w:rsidR="00923354" w:rsidRPr="00314BAB" w:rsidRDefault="00000000" w:rsidP="008628DB">
            <w:pPr>
              <w:snapToGrid w:val="0"/>
              <w:spacing w:after="0" w:line="240" w:lineRule="auto"/>
              <w:jc w:val="center"/>
              <w:rPr>
                <w:sz w:val="16"/>
                <w:szCs w:val="16"/>
              </w:rPr>
            </w:pPr>
            <w:r w:rsidRPr="00314BAB">
              <w:rPr>
                <w:sz w:val="16"/>
                <w:szCs w:val="16"/>
              </w:rPr>
              <w:t>0.32432432432432434</w:t>
            </w:r>
          </w:p>
        </w:tc>
      </w:tr>
      <w:tr w:rsidR="00923354" w:rsidRPr="00314BAB" w14:paraId="48E19FA4" w14:textId="77777777" w:rsidTr="00314BAB">
        <w:trPr>
          <w:cantSplit/>
          <w:jc w:val="center"/>
        </w:trPr>
        <w:tc>
          <w:tcPr>
            <w:tcW w:w="2694" w:type="dxa"/>
            <w:tcMar>
              <w:top w:w="55" w:type="dxa"/>
              <w:left w:w="75" w:type="dxa"/>
              <w:bottom w:w="55" w:type="dxa"/>
              <w:right w:w="75" w:type="dxa"/>
            </w:tcMar>
            <w:vAlign w:val="center"/>
          </w:tcPr>
          <w:p w14:paraId="457A1052"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2835" w:type="dxa"/>
            <w:tcMar>
              <w:top w:w="55" w:type="dxa"/>
              <w:left w:w="75" w:type="dxa"/>
              <w:bottom w:w="55" w:type="dxa"/>
              <w:right w:w="75" w:type="dxa"/>
            </w:tcMar>
            <w:vAlign w:val="center"/>
          </w:tcPr>
          <w:p w14:paraId="76D0FCC4"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1599" w:type="dxa"/>
            <w:tcMar>
              <w:top w:w="55" w:type="dxa"/>
              <w:left w:w="75" w:type="dxa"/>
              <w:bottom w:w="55" w:type="dxa"/>
              <w:right w:w="75" w:type="dxa"/>
            </w:tcMar>
            <w:vAlign w:val="center"/>
          </w:tcPr>
          <w:p w14:paraId="4A7DE962" w14:textId="77777777" w:rsidR="00923354" w:rsidRPr="00314BAB" w:rsidRDefault="00000000" w:rsidP="008628DB">
            <w:pPr>
              <w:snapToGrid w:val="0"/>
              <w:spacing w:after="0" w:line="240" w:lineRule="auto"/>
              <w:jc w:val="center"/>
              <w:rPr>
                <w:sz w:val="16"/>
                <w:szCs w:val="16"/>
              </w:rPr>
            </w:pPr>
            <w:r w:rsidRPr="00314BAB">
              <w:rPr>
                <w:sz w:val="16"/>
                <w:szCs w:val="16"/>
              </w:rPr>
              <w:t>12</w:t>
            </w:r>
          </w:p>
        </w:tc>
        <w:tc>
          <w:tcPr>
            <w:tcW w:w="2376" w:type="dxa"/>
            <w:tcMar>
              <w:top w:w="55" w:type="dxa"/>
              <w:left w:w="75" w:type="dxa"/>
              <w:bottom w:w="55" w:type="dxa"/>
              <w:right w:w="75" w:type="dxa"/>
            </w:tcMar>
            <w:vAlign w:val="center"/>
          </w:tcPr>
          <w:p w14:paraId="5B6F29F2" w14:textId="77777777" w:rsidR="00923354" w:rsidRPr="00314BAB" w:rsidRDefault="00000000" w:rsidP="008628DB">
            <w:pPr>
              <w:snapToGrid w:val="0"/>
              <w:spacing w:after="0" w:line="240" w:lineRule="auto"/>
              <w:jc w:val="center"/>
              <w:rPr>
                <w:sz w:val="16"/>
                <w:szCs w:val="16"/>
              </w:rPr>
            </w:pPr>
            <w:r w:rsidRPr="00314BAB">
              <w:rPr>
                <w:sz w:val="16"/>
                <w:szCs w:val="16"/>
              </w:rPr>
              <w:t>175</w:t>
            </w:r>
          </w:p>
        </w:tc>
        <w:tc>
          <w:tcPr>
            <w:tcW w:w="2376" w:type="dxa"/>
            <w:tcMar>
              <w:top w:w="55" w:type="dxa"/>
              <w:left w:w="75" w:type="dxa"/>
              <w:bottom w:w="55" w:type="dxa"/>
              <w:right w:w="75" w:type="dxa"/>
            </w:tcMar>
            <w:vAlign w:val="center"/>
          </w:tcPr>
          <w:p w14:paraId="52A8FE7B" w14:textId="77777777" w:rsidR="00923354" w:rsidRPr="00314BAB" w:rsidRDefault="00000000" w:rsidP="008628DB">
            <w:pPr>
              <w:snapToGrid w:val="0"/>
              <w:spacing w:after="0" w:line="240" w:lineRule="auto"/>
              <w:jc w:val="center"/>
              <w:rPr>
                <w:sz w:val="16"/>
                <w:szCs w:val="16"/>
              </w:rPr>
            </w:pPr>
            <w:r w:rsidRPr="00314BAB">
              <w:rPr>
                <w:sz w:val="16"/>
                <w:szCs w:val="16"/>
              </w:rPr>
              <w:t>0.06857142857142857</w:t>
            </w:r>
          </w:p>
        </w:tc>
        <w:tc>
          <w:tcPr>
            <w:tcW w:w="2376" w:type="dxa"/>
            <w:tcMar>
              <w:top w:w="55" w:type="dxa"/>
              <w:left w:w="75" w:type="dxa"/>
              <w:bottom w:w="55" w:type="dxa"/>
              <w:right w:w="75" w:type="dxa"/>
            </w:tcMar>
            <w:vAlign w:val="center"/>
          </w:tcPr>
          <w:p w14:paraId="38379F28" w14:textId="77777777" w:rsidR="00923354" w:rsidRPr="00314BAB" w:rsidRDefault="00000000" w:rsidP="008628DB">
            <w:pPr>
              <w:snapToGrid w:val="0"/>
              <w:spacing w:after="0" w:line="240" w:lineRule="auto"/>
              <w:jc w:val="center"/>
              <w:rPr>
                <w:sz w:val="16"/>
                <w:szCs w:val="16"/>
              </w:rPr>
            </w:pPr>
            <w:r w:rsidRPr="00314BAB">
              <w:rPr>
                <w:sz w:val="16"/>
                <w:szCs w:val="16"/>
              </w:rPr>
              <w:t>0.13636363636363635</w:t>
            </w:r>
          </w:p>
        </w:tc>
      </w:tr>
      <w:tr w:rsidR="00923354" w:rsidRPr="00314BAB" w14:paraId="13AE0E06" w14:textId="77777777" w:rsidTr="00314BAB">
        <w:trPr>
          <w:cantSplit/>
          <w:jc w:val="center"/>
        </w:trPr>
        <w:tc>
          <w:tcPr>
            <w:tcW w:w="2694" w:type="dxa"/>
            <w:tcMar>
              <w:top w:w="55" w:type="dxa"/>
              <w:left w:w="75" w:type="dxa"/>
              <w:bottom w:w="55" w:type="dxa"/>
              <w:right w:w="75" w:type="dxa"/>
            </w:tcMar>
            <w:vAlign w:val="center"/>
          </w:tcPr>
          <w:p w14:paraId="12B635D1"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2835" w:type="dxa"/>
            <w:tcMar>
              <w:top w:w="55" w:type="dxa"/>
              <w:left w:w="75" w:type="dxa"/>
              <w:bottom w:w="55" w:type="dxa"/>
              <w:right w:w="75" w:type="dxa"/>
            </w:tcMar>
            <w:vAlign w:val="center"/>
          </w:tcPr>
          <w:p w14:paraId="733B413B"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1599" w:type="dxa"/>
            <w:tcMar>
              <w:top w:w="55" w:type="dxa"/>
              <w:left w:w="75" w:type="dxa"/>
              <w:bottom w:w="55" w:type="dxa"/>
              <w:right w:w="75" w:type="dxa"/>
            </w:tcMar>
            <w:vAlign w:val="center"/>
          </w:tcPr>
          <w:p w14:paraId="43425803" w14:textId="77777777" w:rsidR="00923354" w:rsidRPr="00314BAB" w:rsidRDefault="00000000" w:rsidP="008628DB">
            <w:pPr>
              <w:snapToGrid w:val="0"/>
              <w:spacing w:after="0" w:line="240" w:lineRule="auto"/>
              <w:jc w:val="center"/>
              <w:rPr>
                <w:sz w:val="16"/>
                <w:szCs w:val="16"/>
              </w:rPr>
            </w:pPr>
            <w:r w:rsidRPr="00314BAB">
              <w:rPr>
                <w:sz w:val="16"/>
                <w:szCs w:val="16"/>
              </w:rPr>
              <w:t>2</w:t>
            </w:r>
          </w:p>
        </w:tc>
        <w:tc>
          <w:tcPr>
            <w:tcW w:w="2376" w:type="dxa"/>
            <w:tcMar>
              <w:top w:w="55" w:type="dxa"/>
              <w:left w:w="75" w:type="dxa"/>
              <w:bottom w:w="55" w:type="dxa"/>
              <w:right w:w="75" w:type="dxa"/>
            </w:tcMar>
            <w:vAlign w:val="center"/>
          </w:tcPr>
          <w:p w14:paraId="6337545D" w14:textId="77777777" w:rsidR="00923354" w:rsidRPr="00314BAB" w:rsidRDefault="00000000" w:rsidP="008628DB">
            <w:pPr>
              <w:snapToGrid w:val="0"/>
              <w:spacing w:after="0" w:line="240" w:lineRule="auto"/>
              <w:jc w:val="center"/>
              <w:rPr>
                <w:sz w:val="16"/>
                <w:szCs w:val="16"/>
              </w:rPr>
            </w:pPr>
            <w:r w:rsidRPr="00314BAB">
              <w:rPr>
                <w:sz w:val="16"/>
                <w:szCs w:val="16"/>
              </w:rPr>
              <w:t>180</w:t>
            </w:r>
          </w:p>
        </w:tc>
        <w:tc>
          <w:tcPr>
            <w:tcW w:w="2376" w:type="dxa"/>
            <w:tcMar>
              <w:top w:w="55" w:type="dxa"/>
              <w:left w:w="75" w:type="dxa"/>
              <w:bottom w:w="55" w:type="dxa"/>
              <w:right w:w="75" w:type="dxa"/>
            </w:tcMar>
            <w:vAlign w:val="center"/>
          </w:tcPr>
          <w:p w14:paraId="5CAC557D" w14:textId="77777777" w:rsidR="00923354" w:rsidRPr="00314BAB" w:rsidRDefault="00000000" w:rsidP="008628DB">
            <w:pPr>
              <w:snapToGrid w:val="0"/>
              <w:spacing w:after="0" w:line="240" w:lineRule="auto"/>
              <w:jc w:val="center"/>
              <w:rPr>
                <w:sz w:val="16"/>
                <w:szCs w:val="16"/>
              </w:rPr>
            </w:pPr>
            <w:r w:rsidRPr="00314BAB">
              <w:rPr>
                <w:sz w:val="16"/>
                <w:szCs w:val="16"/>
              </w:rPr>
              <w:t>0.011111111111111112</w:t>
            </w:r>
          </w:p>
        </w:tc>
        <w:tc>
          <w:tcPr>
            <w:tcW w:w="2376" w:type="dxa"/>
            <w:tcMar>
              <w:top w:w="55" w:type="dxa"/>
              <w:left w:w="75" w:type="dxa"/>
              <w:bottom w:w="55" w:type="dxa"/>
              <w:right w:w="75" w:type="dxa"/>
            </w:tcMar>
            <w:vAlign w:val="center"/>
          </w:tcPr>
          <w:p w14:paraId="5A589737" w14:textId="77777777" w:rsidR="00923354" w:rsidRPr="00314BAB" w:rsidRDefault="00000000" w:rsidP="008628DB">
            <w:pPr>
              <w:snapToGrid w:val="0"/>
              <w:spacing w:after="0" w:line="240" w:lineRule="auto"/>
              <w:jc w:val="center"/>
              <w:rPr>
                <w:sz w:val="16"/>
                <w:szCs w:val="16"/>
              </w:rPr>
            </w:pPr>
            <w:r w:rsidRPr="00314BAB">
              <w:rPr>
                <w:sz w:val="16"/>
                <w:szCs w:val="16"/>
              </w:rPr>
              <w:t>0.022727272727272728</w:t>
            </w:r>
          </w:p>
        </w:tc>
      </w:tr>
      <w:tr w:rsidR="00923354" w:rsidRPr="00314BAB" w14:paraId="1F5E19B9" w14:textId="77777777" w:rsidTr="00314BAB">
        <w:trPr>
          <w:cantSplit/>
          <w:jc w:val="center"/>
        </w:trPr>
        <w:tc>
          <w:tcPr>
            <w:tcW w:w="2694" w:type="dxa"/>
            <w:tcMar>
              <w:top w:w="55" w:type="dxa"/>
              <w:left w:w="75" w:type="dxa"/>
              <w:bottom w:w="55" w:type="dxa"/>
              <w:right w:w="75" w:type="dxa"/>
            </w:tcMar>
            <w:vAlign w:val="center"/>
          </w:tcPr>
          <w:p w14:paraId="175CA505"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2835" w:type="dxa"/>
            <w:tcMar>
              <w:top w:w="55" w:type="dxa"/>
              <w:left w:w="75" w:type="dxa"/>
              <w:bottom w:w="55" w:type="dxa"/>
              <w:right w:w="75" w:type="dxa"/>
            </w:tcMar>
            <w:vAlign w:val="center"/>
          </w:tcPr>
          <w:p w14:paraId="58336411"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1599" w:type="dxa"/>
            <w:tcMar>
              <w:top w:w="55" w:type="dxa"/>
              <w:left w:w="75" w:type="dxa"/>
              <w:bottom w:w="55" w:type="dxa"/>
              <w:right w:w="75" w:type="dxa"/>
            </w:tcMar>
            <w:vAlign w:val="center"/>
          </w:tcPr>
          <w:p w14:paraId="4692C34E" w14:textId="77777777" w:rsidR="00923354" w:rsidRPr="00314BAB" w:rsidRDefault="00000000" w:rsidP="008628DB">
            <w:pPr>
              <w:snapToGrid w:val="0"/>
              <w:spacing w:after="0" w:line="240" w:lineRule="auto"/>
              <w:jc w:val="center"/>
              <w:rPr>
                <w:sz w:val="16"/>
                <w:szCs w:val="16"/>
              </w:rPr>
            </w:pPr>
            <w:r w:rsidRPr="00314BAB">
              <w:rPr>
                <w:sz w:val="16"/>
                <w:szCs w:val="16"/>
              </w:rPr>
              <w:t>7</w:t>
            </w:r>
          </w:p>
        </w:tc>
        <w:tc>
          <w:tcPr>
            <w:tcW w:w="2376" w:type="dxa"/>
            <w:tcMar>
              <w:top w:w="55" w:type="dxa"/>
              <w:left w:w="75" w:type="dxa"/>
              <w:bottom w:w="55" w:type="dxa"/>
              <w:right w:w="75" w:type="dxa"/>
            </w:tcMar>
            <w:vAlign w:val="center"/>
          </w:tcPr>
          <w:p w14:paraId="075B6D18" w14:textId="77777777" w:rsidR="00923354" w:rsidRPr="00314BAB" w:rsidRDefault="00000000" w:rsidP="008628DB">
            <w:pPr>
              <w:snapToGrid w:val="0"/>
              <w:spacing w:after="0" w:line="240" w:lineRule="auto"/>
              <w:jc w:val="center"/>
              <w:rPr>
                <w:sz w:val="16"/>
                <w:szCs w:val="16"/>
              </w:rPr>
            </w:pPr>
            <w:r w:rsidRPr="00314BAB">
              <w:rPr>
                <w:sz w:val="16"/>
                <w:szCs w:val="16"/>
              </w:rPr>
              <w:t>158</w:t>
            </w:r>
          </w:p>
        </w:tc>
        <w:tc>
          <w:tcPr>
            <w:tcW w:w="2376" w:type="dxa"/>
            <w:tcMar>
              <w:top w:w="55" w:type="dxa"/>
              <w:left w:w="75" w:type="dxa"/>
              <w:bottom w:w="55" w:type="dxa"/>
              <w:right w:w="75" w:type="dxa"/>
            </w:tcMar>
            <w:vAlign w:val="center"/>
          </w:tcPr>
          <w:p w14:paraId="5974D875" w14:textId="77777777" w:rsidR="00923354" w:rsidRPr="00314BAB" w:rsidRDefault="00000000" w:rsidP="008628DB">
            <w:pPr>
              <w:snapToGrid w:val="0"/>
              <w:spacing w:after="0" w:line="240" w:lineRule="auto"/>
              <w:jc w:val="center"/>
              <w:rPr>
                <w:sz w:val="16"/>
                <w:szCs w:val="16"/>
              </w:rPr>
            </w:pPr>
            <w:r w:rsidRPr="00314BAB">
              <w:rPr>
                <w:sz w:val="16"/>
                <w:szCs w:val="16"/>
              </w:rPr>
              <w:t>0.04430379746835443</w:t>
            </w:r>
          </w:p>
        </w:tc>
        <w:tc>
          <w:tcPr>
            <w:tcW w:w="2376" w:type="dxa"/>
            <w:tcMar>
              <w:top w:w="55" w:type="dxa"/>
              <w:left w:w="75" w:type="dxa"/>
              <w:bottom w:w="55" w:type="dxa"/>
              <w:right w:w="75" w:type="dxa"/>
            </w:tcMar>
            <w:vAlign w:val="center"/>
          </w:tcPr>
          <w:p w14:paraId="72A0D6D2" w14:textId="77777777" w:rsidR="00923354" w:rsidRPr="00314BAB" w:rsidRDefault="00000000" w:rsidP="008628DB">
            <w:pPr>
              <w:snapToGrid w:val="0"/>
              <w:spacing w:after="0" w:line="240" w:lineRule="auto"/>
              <w:jc w:val="center"/>
              <w:rPr>
                <w:sz w:val="16"/>
                <w:szCs w:val="16"/>
              </w:rPr>
            </w:pPr>
            <w:r w:rsidRPr="00314BAB">
              <w:rPr>
                <w:sz w:val="16"/>
                <w:szCs w:val="16"/>
              </w:rPr>
              <w:t>0.09090909090909091</w:t>
            </w:r>
          </w:p>
        </w:tc>
      </w:tr>
      <w:tr w:rsidR="00923354" w:rsidRPr="00314BAB" w14:paraId="500CE56D" w14:textId="77777777" w:rsidTr="00314BAB">
        <w:trPr>
          <w:cantSplit/>
          <w:jc w:val="center"/>
        </w:trPr>
        <w:tc>
          <w:tcPr>
            <w:tcW w:w="2694" w:type="dxa"/>
            <w:tcMar>
              <w:top w:w="55" w:type="dxa"/>
              <w:left w:w="75" w:type="dxa"/>
              <w:bottom w:w="55" w:type="dxa"/>
              <w:right w:w="75" w:type="dxa"/>
            </w:tcMar>
            <w:vAlign w:val="center"/>
          </w:tcPr>
          <w:p w14:paraId="780D832E"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2835" w:type="dxa"/>
            <w:tcMar>
              <w:top w:w="55" w:type="dxa"/>
              <w:left w:w="75" w:type="dxa"/>
              <w:bottom w:w="55" w:type="dxa"/>
              <w:right w:w="75" w:type="dxa"/>
            </w:tcMar>
            <w:vAlign w:val="center"/>
          </w:tcPr>
          <w:p w14:paraId="396E65A9"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1599" w:type="dxa"/>
            <w:tcMar>
              <w:top w:w="55" w:type="dxa"/>
              <w:left w:w="75" w:type="dxa"/>
              <w:bottom w:w="55" w:type="dxa"/>
              <w:right w:w="75" w:type="dxa"/>
            </w:tcMar>
            <w:vAlign w:val="center"/>
          </w:tcPr>
          <w:p w14:paraId="5B3ED817" w14:textId="77777777" w:rsidR="00923354" w:rsidRPr="00314BAB" w:rsidRDefault="00000000" w:rsidP="008628DB">
            <w:pPr>
              <w:snapToGrid w:val="0"/>
              <w:spacing w:after="0" w:line="240" w:lineRule="auto"/>
              <w:jc w:val="center"/>
              <w:rPr>
                <w:sz w:val="16"/>
                <w:szCs w:val="16"/>
              </w:rPr>
            </w:pPr>
            <w:r w:rsidRPr="00314BAB">
              <w:rPr>
                <w:sz w:val="16"/>
                <w:szCs w:val="16"/>
              </w:rPr>
              <w:t>88</w:t>
            </w:r>
          </w:p>
        </w:tc>
        <w:tc>
          <w:tcPr>
            <w:tcW w:w="2376" w:type="dxa"/>
            <w:tcMar>
              <w:top w:w="55" w:type="dxa"/>
              <w:left w:w="75" w:type="dxa"/>
              <w:bottom w:w="55" w:type="dxa"/>
              <w:right w:w="75" w:type="dxa"/>
            </w:tcMar>
            <w:vAlign w:val="center"/>
          </w:tcPr>
          <w:p w14:paraId="14F4C014" w14:textId="77777777" w:rsidR="00923354" w:rsidRPr="00314BAB" w:rsidRDefault="00000000" w:rsidP="008628DB">
            <w:pPr>
              <w:snapToGrid w:val="0"/>
              <w:spacing w:after="0" w:line="240" w:lineRule="auto"/>
              <w:jc w:val="center"/>
              <w:rPr>
                <w:sz w:val="16"/>
                <w:szCs w:val="16"/>
              </w:rPr>
            </w:pPr>
            <w:r w:rsidRPr="00314BAB">
              <w:rPr>
                <w:sz w:val="16"/>
                <w:szCs w:val="16"/>
              </w:rPr>
              <w:t>88</w:t>
            </w:r>
          </w:p>
        </w:tc>
        <w:tc>
          <w:tcPr>
            <w:tcW w:w="2376" w:type="dxa"/>
            <w:tcMar>
              <w:top w:w="55" w:type="dxa"/>
              <w:left w:w="75" w:type="dxa"/>
              <w:bottom w:w="55" w:type="dxa"/>
              <w:right w:w="75" w:type="dxa"/>
            </w:tcMar>
            <w:vAlign w:val="center"/>
          </w:tcPr>
          <w:p w14:paraId="0C796AF4" w14:textId="77777777" w:rsidR="00923354" w:rsidRPr="00314BAB" w:rsidRDefault="00000000" w:rsidP="008628DB">
            <w:pPr>
              <w:snapToGrid w:val="0"/>
              <w:spacing w:after="0" w:line="240" w:lineRule="auto"/>
              <w:jc w:val="center"/>
              <w:rPr>
                <w:sz w:val="16"/>
                <w:szCs w:val="16"/>
              </w:rPr>
            </w:pPr>
            <w:r w:rsidRPr="00314BAB">
              <w:rPr>
                <w:sz w:val="16"/>
                <w:szCs w:val="16"/>
              </w:rPr>
              <w:t>1.0</w:t>
            </w:r>
          </w:p>
        </w:tc>
        <w:tc>
          <w:tcPr>
            <w:tcW w:w="2376" w:type="dxa"/>
            <w:tcMar>
              <w:top w:w="55" w:type="dxa"/>
              <w:left w:w="75" w:type="dxa"/>
              <w:bottom w:w="55" w:type="dxa"/>
              <w:right w:w="75" w:type="dxa"/>
            </w:tcMar>
            <w:vAlign w:val="center"/>
          </w:tcPr>
          <w:p w14:paraId="2908C226" w14:textId="77777777" w:rsidR="00923354" w:rsidRPr="00314BAB" w:rsidRDefault="00000000" w:rsidP="008628DB">
            <w:pPr>
              <w:snapToGrid w:val="0"/>
              <w:spacing w:after="0" w:line="240" w:lineRule="auto"/>
              <w:jc w:val="center"/>
              <w:rPr>
                <w:sz w:val="16"/>
                <w:szCs w:val="16"/>
              </w:rPr>
            </w:pPr>
            <w:r w:rsidRPr="00314BAB">
              <w:rPr>
                <w:sz w:val="16"/>
                <w:szCs w:val="16"/>
              </w:rPr>
              <w:t>1.0</w:t>
            </w:r>
          </w:p>
        </w:tc>
      </w:tr>
      <w:tr w:rsidR="00923354" w:rsidRPr="00314BAB" w14:paraId="595C1670" w14:textId="77777777" w:rsidTr="00314BAB">
        <w:trPr>
          <w:cantSplit/>
          <w:jc w:val="center"/>
        </w:trPr>
        <w:tc>
          <w:tcPr>
            <w:tcW w:w="2694" w:type="dxa"/>
            <w:tcMar>
              <w:top w:w="55" w:type="dxa"/>
              <w:left w:w="75" w:type="dxa"/>
              <w:bottom w:w="55" w:type="dxa"/>
              <w:right w:w="75" w:type="dxa"/>
            </w:tcMar>
            <w:vAlign w:val="center"/>
          </w:tcPr>
          <w:p w14:paraId="19CA543A"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2835" w:type="dxa"/>
            <w:tcMar>
              <w:top w:w="55" w:type="dxa"/>
              <w:left w:w="75" w:type="dxa"/>
              <w:bottom w:w="55" w:type="dxa"/>
              <w:right w:w="75" w:type="dxa"/>
            </w:tcMar>
            <w:vAlign w:val="center"/>
          </w:tcPr>
          <w:p w14:paraId="020DEF72"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1599" w:type="dxa"/>
            <w:tcMar>
              <w:top w:w="55" w:type="dxa"/>
              <w:left w:w="75" w:type="dxa"/>
              <w:bottom w:w="55" w:type="dxa"/>
              <w:right w:w="75" w:type="dxa"/>
            </w:tcMar>
            <w:vAlign w:val="center"/>
          </w:tcPr>
          <w:p w14:paraId="6BA788A2" w14:textId="77777777" w:rsidR="00923354" w:rsidRPr="00314BAB" w:rsidRDefault="00000000" w:rsidP="008628DB">
            <w:pPr>
              <w:snapToGrid w:val="0"/>
              <w:spacing w:after="0" w:line="240" w:lineRule="auto"/>
              <w:jc w:val="center"/>
              <w:rPr>
                <w:sz w:val="16"/>
                <w:szCs w:val="16"/>
              </w:rPr>
            </w:pPr>
            <w:r w:rsidRPr="00314BAB">
              <w:rPr>
                <w:sz w:val="16"/>
                <w:szCs w:val="16"/>
              </w:rPr>
              <w:t>3</w:t>
            </w:r>
          </w:p>
        </w:tc>
        <w:tc>
          <w:tcPr>
            <w:tcW w:w="2376" w:type="dxa"/>
            <w:tcMar>
              <w:top w:w="55" w:type="dxa"/>
              <w:left w:w="75" w:type="dxa"/>
              <w:bottom w:w="55" w:type="dxa"/>
              <w:right w:w="75" w:type="dxa"/>
            </w:tcMar>
            <w:vAlign w:val="center"/>
          </w:tcPr>
          <w:p w14:paraId="15318CBE" w14:textId="77777777" w:rsidR="00923354" w:rsidRPr="00314BAB" w:rsidRDefault="00000000" w:rsidP="008628DB">
            <w:pPr>
              <w:snapToGrid w:val="0"/>
              <w:spacing w:after="0" w:line="240" w:lineRule="auto"/>
              <w:jc w:val="center"/>
              <w:rPr>
                <w:sz w:val="16"/>
                <w:szCs w:val="16"/>
              </w:rPr>
            </w:pPr>
            <w:r w:rsidRPr="00314BAB">
              <w:rPr>
                <w:sz w:val="16"/>
                <w:szCs w:val="16"/>
              </w:rPr>
              <w:t>122</w:t>
            </w:r>
          </w:p>
        </w:tc>
        <w:tc>
          <w:tcPr>
            <w:tcW w:w="2376" w:type="dxa"/>
            <w:tcMar>
              <w:top w:w="55" w:type="dxa"/>
              <w:left w:w="75" w:type="dxa"/>
              <w:bottom w:w="55" w:type="dxa"/>
              <w:right w:w="75" w:type="dxa"/>
            </w:tcMar>
            <w:vAlign w:val="center"/>
          </w:tcPr>
          <w:p w14:paraId="28F10FFE" w14:textId="77777777" w:rsidR="00923354" w:rsidRPr="00314BAB" w:rsidRDefault="00000000" w:rsidP="008628DB">
            <w:pPr>
              <w:snapToGrid w:val="0"/>
              <w:spacing w:after="0" w:line="240" w:lineRule="auto"/>
              <w:jc w:val="center"/>
              <w:rPr>
                <w:sz w:val="16"/>
                <w:szCs w:val="16"/>
              </w:rPr>
            </w:pPr>
            <w:r w:rsidRPr="00314BAB">
              <w:rPr>
                <w:sz w:val="16"/>
                <w:szCs w:val="16"/>
              </w:rPr>
              <w:t>0.02459016393442623</w:t>
            </w:r>
          </w:p>
        </w:tc>
        <w:tc>
          <w:tcPr>
            <w:tcW w:w="2376" w:type="dxa"/>
            <w:tcMar>
              <w:top w:w="55" w:type="dxa"/>
              <w:left w:w="75" w:type="dxa"/>
              <w:bottom w:w="55" w:type="dxa"/>
              <w:right w:w="75" w:type="dxa"/>
            </w:tcMar>
            <w:vAlign w:val="center"/>
          </w:tcPr>
          <w:p w14:paraId="42FF5B3D" w14:textId="77777777" w:rsidR="00923354" w:rsidRPr="00314BAB" w:rsidRDefault="00000000" w:rsidP="008628DB">
            <w:pPr>
              <w:snapToGrid w:val="0"/>
              <w:spacing w:after="0" w:line="240" w:lineRule="auto"/>
              <w:jc w:val="center"/>
              <w:rPr>
                <w:sz w:val="16"/>
                <w:szCs w:val="16"/>
              </w:rPr>
            </w:pPr>
            <w:r w:rsidRPr="00314BAB">
              <w:rPr>
                <w:sz w:val="16"/>
                <w:szCs w:val="16"/>
              </w:rPr>
              <w:t>0.08108108108108109</w:t>
            </w:r>
          </w:p>
        </w:tc>
      </w:tr>
      <w:tr w:rsidR="00923354" w:rsidRPr="00314BAB" w14:paraId="08376639" w14:textId="77777777" w:rsidTr="00314BAB">
        <w:trPr>
          <w:cantSplit/>
          <w:jc w:val="center"/>
        </w:trPr>
        <w:tc>
          <w:tcPr>
            <w:tcW w:w="2694" w:type="dxa"/>
            <w:tcMar>
              <w:top w:w="55" w:type="dxa"/>
              <w:left w:w="75" w:type="dxa"/>
              <w:bottom w:w="55" w:type="dxa"/>
              <w:right w:w="75" w:type="dxa"/>
            </w:tcMar>
            <w:vAlign w:val="center"/>
          </w:tcPr>
          <w:p w14:paraId="3CD5BA61"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2835" w:type="dxa"/>
            <w:tcMar>
              <w:top w:w="55" w:type="dxa"/>
              <w:left w:w="75" w:type="dxa"/>
              <w:bottom w:w="55" w:type="dxa"/>
              <w:right w:w="75" w:type="dxa"/>
            </w:tcMar>
            <w:vAlign w:val="center"/>
          </w:tcPr>
          <w:p w14:paraId="6E5BE018" w14:textId="77777777" w:rsidR="00923354" w:rsidRPr="00314BAB" w:rsidRDefault="00000000" w:rsidP="008628DB">
            <w:pPr>
              <w:snapToGrid w:val="0"/>
              <w:spacing w:after="0" w:line="240" w:lineRule="auto"/>
              <w:jc w:val="center"/>
              <w:rPr>
                <w:sz w:val="16"/>
                <w:szCs w:val="16"/>
              </w:rPr>
            </w:pPr>
            <w:r w:rsidRPr="00314BAB">
              <w:rPr>
                <w:sz w:val="16"/>
                <w:szCs w:val="16"/>
              </w:rPr>
              <w:t>TNF-alpha Signaling via NF-kB</w:t>
            </w:r>
          </w:p>
        </w:tc>
        <w:tc>
          <w:tcPr>
            <w:tcW w:w="1599" w:type="dxa"/>
            <w:tcMar>
              <w:top w:w="55" w:type="dxa"/>
              <w:left w:w="75" w:type="dxa"/>
              <w:bottom w:w="55" w:type="dxa"/>
              <w:right w:w="75" w:type="dxa"/>
            </w:tcMar>
            <w:vAlign w:val="center"/>
          </w:tcPr>
          <w:p w14:paraId="55B0F626" w14:textId="77777777" w:rsidR="00923354" w:rsidRPr="00314BAB" w:rsidRDefault="00000000" w:rsidP="008628DB">
            <w:pPr>
              <w:snapToGrid w:val="0"/>
              <w:spacing w:after="0" w:line="240" w:lineRule="auto"/>
              <w:jc w:val="center"/>
              <w:rPr>
                <w:sz w:val="16"/>
                <w:szCs w:val="16"/>
              </w:rPr>
            </w:pPr>
            <w:r w:rsidRPr="00314BAB">
              <w:rPr>
                <w:sz w:val="16"/>
                <w:szCs w:val="16"/>
              </w:rPr>
              <w:t>10</w:t>
            </w:r>
          </w:p>
        </w:tc>
        <w:tc>
          <w:tcPr>
            <w:tcW w:w="2376" w:type="dxa"/>
            <w:tcMar>
              <w:top w:w="55" w:type="dxa"/>
              <w:left w:w="75" w:type="dxa"/>
              <w:bottom w:w="55" w:type="dxa"/>
              <w:right w:w="75" w:type="dxa"/>
            </w:tcMar>
            <w:vAlign w:val="center"/>
          </w:tcPr>
          <w:p w14:paraId="00DFEC32" w14:textId="77777777" w:rsidR="00923354" w:rsidRPr="00314BAB" w:rsidRDefault="00000000" w:rsidP="008628DB">
            <w:pPr>
              <w:snapToGrid w:val="0"/>
              <w:spacing w:after="0" w:line="240" w:lineRule="auto"/>
              <w:jc w:val="center"/>
              <w:rPr>
                <w:sz w:val="16"/>
                <w:szCs w:val="16"/>
              </w:rPr>
            </w:pPr>
            <w:r w:rsidRPr="00314BAB">
              <w:rPr>
                <w:sz w:val="16"/>
                <w:szCs w:val="16"/>
              </w:rPr>
              <w:t>126</w:t>
            </w:r>
          </w:p>
        </w:tc>
        <w:tc>
          <w:tcPr>
            <w:tcW w:w="2376" w:type="dxa"/>
            <w:tcMar>
              <w:top w:w="55" w:type="dxa"/>
              <w:left w:w="75" w:type="dxa"/>
              <w:bottom w:w="55" w:type="dxa"/>
              <w:right w:w="75" w:type="dxa"/>
            </w:tcMar>
            <w:vAlign w:val="center"/>
          </w:tcPr>
          <w:p w14:paraId="2974EC38" w14:textId="77777777" w:rsidR="00923354" w:rsidRPr="00314BAB" w:rsidRDefault="00000000" w:rsidP="008628DB">
            <w:pPr>
              <w:snapToGrid w:val="0"/>
              <w:spacing w:after="0" w:line="240" w:lineRule="auto"/>
              <w:jc w:val="center"/>
              <w:rPr>
                <w:sz w:val="16"/>
                <w:szCs w:val="16"/>
              </w:rPr>
            </w:pPr>
            <w:r w:rsidRPr="00314BAB">
              <w:rPr>
                <w:sz w:val="16"/>
                <w:szCs w:val="16"/>
              </w:rPr>
              <w:t>0.07936507936507936</w:t>
            </w:r>
          </w:p>
        </w:tc>
        <w:tc>
          <w:tcPr>
            <w:tcW w:w="2376" w:type="dxa"/>
            <w:tcMar>
              <w:top w:w="55" w:type="dxa"/>
              <w:left w:w="75" w:type="dxa"/>
              <w:bottom w:w="55" w:type="dxa"/>
              <w:right w:w="75" w:type="dxa"/>
            </w:tcMar>
            <w:vAlign w:val="center"/>
          </w:tcPr>
          <w:p w14:paraId="0596E0B6" w14:textId="77777777" w:rsidR="00923354" w:rsidRPr="00314BAB" w:rsidRDefault="00000000" w:rsidP="008628DB">
            <w:pPr>
              <w:snapToGrid w:val="0"/>
              <w:spacing w:after="0" w:line="240" w:lineRule="auto"/>
              <w:jc w:val="center"/>
              <w:rPr>
                <w:sz w:val="16"/>
                <w:szCs w:val="16"/>
              </w:rPr>
            </w:pPr>
            <w:r w:rsidRPr="00314BAB">
              <w:rPr>
                <w:sz w:val="16"/>
                <w:szCs w:val="16"/>
              </w:rPr>
              <w:t>0.2702702702702703</w:t>
            </w:r>
          </w:p>
        </w:tc>
      </w:tr>
      <w:tr w:rsidR="00923354" w:rsidRPr="00314BAB" w14:paraId="6A422C1A" w14:textId="77777777" w:rsidTr="00314BAB">
        <w:trPr>
          <w:cantSplit/>
          <w:jc w:val="center"/>
        </w:trPr>
        <w:tc>
          <w:tcPr>
            <w:tcW w:w="2694" w:type="dxa"/>
            <w:tcMar>
              <w:top w:w="55" w:type="dxa"/>
              <w:left w:w="75" w:type="dxa"/>
              <w:bottom w:w="55" w:type="dxa"/>
              <w:right w:w="75" w:type="dxa"/>
            </w:tcMar>
            <w:vAlign w:val="center"/>
          </w:tcPr>
          <w:p w14:paraId="50594819"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2835" w:type="dxa"/>
            <w:tcMar>
              <w:top w:w="55" w:type="dxa"/>
              <w:left w:w="75" w:type="dxa"/>
              <w:bottom w:w="55" w:type="dxa"/>
              <w:right w:w="75" w:type="dxa"/>
            </w:tcMar>
            <w:vAlign w:val="center"/>
          </w:tcPr>
          <w:p w14:paraId="0C2FCFCC" w14:textId="77777777" w:rsidR="00923354" w:rsidRPr="00314BAB" w:rsidRDefault="00000000" w:rsidP="008628DB">
            <w:pPr>
              <w:snapToGrid w:val="0"/>
              <w:spacing w:after="0" w:line="240" w:lineRule="auto"/>
              <w:jc w:val="center"/>
              <w:rPr>
                <w:sz w:val="16"/>
                <w:szCs w:val="16"/>
              </w:rPr>
            </w:pPr>
            <w:r w:rsidRPr="00314BAB">
              <w:rPr>
                <w:sz w:val="16"/>
                <w:szCs w:val="16"/>
              </w:rPr>
              <w:t>Interferon Gamma Response</w:t>
            </w:r>
          </w:p>
        </w:tc>
        <w:tc>
          <w:tcPr>
            <w:tcW w:w="1599" w:type="dxa"/>
            <w:tcMar>
              <w:top w:w="55" w:type="dxa"/>
              <w:left w:w="75" w:type="dxa"/>
              <w:bottom w:w="55" w:type="dxa"/>
              <w:right w:w="75" w:type="dxa"/>
            </w:tcMar>
            <w:vAlign w:val="center"/>
          </w:tcPr>
          <w:p w14:paraId="214385C6" w14:textId="77777777" w:rsidR="00923354" w:rsidRPr="00314BAB" w:rsidRDefault="00000000" w:rsidP="008628DB">
            <w:pPr>
              <w:snapToGrid w:val="0"/>
              <w:spacing w:after="0" w:line="240" w:lineRule="auto"/>
              <w:jc w:val="center"/>
              <w:rPr>
                <w:sz w:val="16"/>
                <w:szCs w:val="16"/>
              </w:rPr>
            </w:pPr>
            <w:r w:rsidRPr="00314BAB">
              <w:rPr>
                <w:sz w:val="16"/>
                <w:szCs w:val="16"/>
              </w:rPr>
              <w:t>14</w:t>
            </w:r>
          </w:p>
        </w:tc>
        <w:tc>
          <w:tcPr>
            <w:tcW w:w="2376" w:type="dxa"/>
            <w:tcMar>
              <w:top w:w="55" w:type="dxa"/>
              <w:left w:w="75" w:type="dxa"/>
              <w:bottom w:w="55" w:type="dxa"/>
              <w:right w:w="75" w:type="dxa"/>
            </w:tcMar>
            <w:vAlign w:val="center"/>
          </w:tcPr>
          <w:p w14:paraId="366FCD67" w14:textId="77777777" w:rsidR="00923354" w:rsidRPr="00314BAB" w:rsidRDefault="00000000" w:rsidP="008628DB">
            <w:pPr>
              <w:snapToGrid w:val="0"/>
              <w:spacing w:after="0" w:line="240" w:lineRule="auto"/>
              <w:jc w:val="center"/>
              <w:rPr>
                <w:sz w:val="16"/>
                <w:szCs w:val="16"/>
              </w:rPr>
            </w:pPr>
            <w:r w:rsidRPr="00314BAB">
              <w:rPr>
                <w:sz w:val="16"/>
                <w:szCs w:val="16"/>
              </w:rPr>
              <w:t>117</w:t>
            </w:r>
          </w:p>
        </w:tc>
        <w:tc>
          <w:tcPr>
            <w:tcW w:w="2376" w:type="dxa"/>
            <w:tcMar>
              <w:top w:w="55" w:type="dxa"/>
              <w:left w:w="75" w:type="dxa"/>
              <w:bottom w:w="55" w:type="dxa"/>
              <w:right w:w="75" w:type="dxa"/>
            </w:tcMar>
            <w:vAlign w:val="center"/>
          </w:tcPr>
          <w:p w14:paraId="7A27C567" w14:textId="77777777" w:rsidR="00923354" w:rsidRPr="00314BAB" w:rsidRDefault="00000000" w:rsidP="008628DB">
            <w:pPr>
              <w:snapToGrid w:val="0"/>
              <w:spacing w:after="0" w:line="240" w:lineRule="auto"/>
              <w:jc w:val="center"/>
              <w:rPr>
                <w:sz w:val="16"/>
                <w:szCs w:val="16"/>
              </w:rPr>
            </w:pPr>
            <w:r w:rsidRPr="00314BAB">
              <w:rPr>
                <w:sz w:val="16"/>
                <w:szCs w:val="16"/>
              </w:rPr>
              <w:t>0.11965811965811966</w:t>
            </w:r>
          </w:p>
        </w:tc>
        <w:tc>
          <w:tcPr>
            <w:tcW w:w="2376" w:type="dxa"/>
            <w:tcMar>
              <w:top w:w="55" w:type="dxa"/>
              <w:left w:w="75" w:type="dxa"/>
              <w:bottom w:w="55" w:type="dxa"/>
              <w:right w:w="75" w:type="dxa"/>
            </w:tcMar>
            <w:vAlign w:val="center"/>
          </w:tcPr>
          <w:p w14:paraId="62CCEA37" w14:textId="77777777" w:rsidR="00923354" w:rsidRPr="00314BAB" w:rsidRDefault="00000000" w:rsidP="008628DB">
            <w:pPr>
              <w:snapToGrid w:val="0"/>
              <w:spacing w:after="0" w:line="240" w:lineRule="auto"/>
              <w:jc w:val="center"/>
              <w:rPr>
                <w:sz w:val="16"/>
                <w:szCs w:val="16"/>
              </w:rPr>
            </w:pPr>
            <w:r w:rsidRPr="00314BAB">
              <w:rPr>
                <w:sz w:val="16"/>
                <w:szCs w:val="16"/>
              </w:rPr>
              <w:t>0.3783783783783784</w:t>
            </w:r>
          </w:p>
        </w:tc>
      </w:tr>
      <w:tr w:rsidR="00923354" w:rsidRPr="00314BAB" w14:paraId="0D44EADF" w14:textId="77777777" w:rsidTr="00314BAB">
        <w:trPr>
          <w:cantSplit/>
          <w:jc w:val="center"/>
        </w:trPr>
        <w:tc>
          <w:tcPr>
            <w:tcW w:w="2694" w:type="dxa"/>
            <w:tcMar>
              <w:top w:w="55" w:type="dxa"/>
              <w:left w:w="75" w:type="dxa"/>
              <w:bottom w:w="55" w:type="dxa"/>
              <w:right w:w="75" w:type="dxa"/>
            </w:tcMar>
            <w:vAlign w:val="center"/>
          </w:tcPr>
          <w:p w14:paraId="07A2BF69"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2835" w:type="dxa"/>
            <w:tcMar>
              <w:top w:w="55" w:type="dxa"/>
              <w:left w:w="75" w:type="dxa"/>
              <w:bottom w:w="55" w:type="dxa"/>
              <w:right w:w="75" w:type="dxa"/>
            </w:tcMar>
            <w:vAlign w:val="center"/>
          </w:tcPr>
          <w:p w14:paraId="0995CA15" w14:textId="77777777" w:rsidR="00923354" w:rsidRPr="00314BAB" w:rsidRDefault="00000000" w:rsidP="008628DB">
            <w:pPr>
              <w:snapToGrid w:val="0"/>
              <w:spacing w:after="0" w:line="240" w:lineRule="auto"/>
              <w:jc w:val="center"/>
              <w:rPr>
                <w:sz w:val="16"/>
                <w:szCs w:val="16"/>
              </w:rPr>
            </w:pPr>
            <w:r w:rsidRPr="00314BAB">
              <w:rPr>
                <w:sz w:val="16"/>
                <w:szCs w:val="16"/>
              </w:rPr>
              <w:t>Inflammatory Response</w:t>
            </w:r>
          </w:p>
        </w:tc>
        <w:tc>
          <w:tcPr>
            <w:tcW w:w="1599" w:type="dxa"/>
            <w:tcMar>
              <w:top w:w="55" w:type="dxa"/>
              <w:left w:w="75" w:type="dxa"/>
              <w:bottom w:w="55" w:type="dxa"/>
              <w:right w:w="75" w:type="dxa"/>
            </w:tcMar>
            <w:vAlign w:val="center"/>
          </w:tcPr>
          <w:p w14:paraId="52763E2D" w14:textId="77777777" w:rsidR="00923354" w:rsidRPr="00314BAB" w:rsidRDefault="00000000" w:rsidP="008628DB">
            <w:pPr>
              <w:snapToGrid w:val="0"/>
              <w:spacing w:after="0" w:line="240" w:lineRule="auto"/>
              <w:jc w:val="center"/>
              <w:rPr>
                <w:sz w:val="16"/>
                <w:szCs w:val="16"/>
              </w:rPr>
            </w:pPr>
            <w:r w:rsidRPr="00314BAB">
              <w:rPr>
                <w:sz w:val="16"/>
                <w:szCs w:val="16"/>
              </w:rPr>
              <w:t>12</w:t>
            </w:r>
          </w:p>
        </w:tc>
        <w:tc>
          <w:tcPr>
            <w:tcW w:w="2376" w:type="dxa"/>
            <w:tcMar>
              <w:top w:w="55" w:type="dxa"/>
              <w:left w:w="75" w:type="dxa"/>
              <w:bottom w:w="55" w:type="dxa"/>
              <w:right w:w="75" w:type="dxa"/>
            </w:tcMar>
            <w:vAlign w:val="center"/>
          </w:tcPr>
          <w:p w14:paraId="1D3C272E" w14:textId="77777777" w:rsidR="00923354" w:rsidRPr="00314BAB" w:rsidRDefault="00000000" w:rsidP="008628DB">
            <w:pPr>
              <w:snapToGrid w:val="0"/>
              <w:spacing w:after="0" w:line="240" w:lineRule="auto"/>
              <w:jc w:val="center"/>
              <w:rPr>
                <w:sz w:val="16"/>
                <w:szCs w:val="16"/>
              </w:rPr>
            </w:pPr>
            <w:r w:rsidRPr="00314BAB">
              <w:rPr>
                <w:sz w:val="16"/>
                <w:szCs w:val="16"/>
              </w:rPr>
              <w:t>102</w:t>
            </w:r>
          </w:p>
        </w:tc>
        <w:tc>
          <w:tcPr>
            <w:tcW w:w="2376" w:type="dxa"/>
            <w:tcMar>
              <w:top w:w="55" w:type="dxa"/>
              <w:left w:w="75" w:type="dxa"/>
              <w:bottom w:w="55" w:type="dxa"/>
              <w:right w:w="75" w:type="dxa"/>
            </w:tcMar>
            <w:vAlign w:val="center"/>
          </w:tcPr>
          <w:p w14:paraId="27B7D998" w14:textId="77777777" w:rsidR="00923354" w:rsidRPr="00314BAB" w:rsidRDefault="00000000" w:rsidP="008628DB">
            <w:pPr>
              <w:snapToGrid w:val="0"/>
              <w:spacing w:after="0" w:line="240" w:lineRule="auto"/>
              <w:jc w:val="center"/>
              <w:rPr>
                <w:sz w:val="16"/>
                <w:szCs w:val="16"/>
              </w:rPr>
            </w:pPr>
            <w:r w:rsidRPr="00314BAB">
              <w:rPr>
                <w:sz w:val="16"/>
                <w:szCs w:val="16"/>
              </w:rPr>
              <w:t>0.11764705882352941</w:t>
            </w:r>
          </w:p>
        </w:tc>
        <w:tc>
          <w:tcPr>
            <w:tcW w:w="2376" w:type="dxa"/>
            <w:tcMar>
              <w:top w:w="55" w:type="dxa"/>
              <w:left w:w="75" w:type="dxa"/>
              <w:bottom w:w="55" w:type="dxa"/>
              <w:right w:w="75" w:type="dxa"/>
            </w:tcMar>
            <w:vAlign w:val="center"/>
          </w:tcPr>
          <w:p w14:paraId="53235371" w14:textId="77777777" w:rsidR="00923354" w:rsidRPr="00314BAB" w:rsidRDefault="00000000" w:rsidP="008628DB">
            <w:pPr>
              <w:snapToGrid w:val="0"/>
              <w:spacing w:after="0" w:line="240" w:lineRule="auto"/>
              <w:jc w:val="center"/>
              <w:rPr>
                <w:sz w:val="16"/>
                <w:szCs w:val="16"/>
              </w:rPr>
            </w:pPr>
            <w:r w:rsidRPr="00314BAB">
              <w:rPr>
                <w:sz w:val="16"/>
                <w:szCs w:val="16"/>
              </w:rPr>
              <w:t>0.32432432432432434</w:t>
            </w:r>
          </w:p>
        </w:tc>
      </w:tr>
      <w:tr w:rsidR="00923354" w:rsidRPr="00314BAB" w14:paraId="0784F544" w14:textId="77777777" w:rsidTr="00314BAB">
        <w:trPr>
          <w:cantSplit/>
          <w:jc w:val="center"/>
        </w:trPr>
        <w:tc>
          <w:tcPr>
            <w:tcW w:w="2694" w:type="dxa"/>
            <w:tcMar>
              <w:top w:w="55" w:type="dxa"/>
              <w:left w:w="75" w:type="dxa"/>
              <w:bottom w:w="55" w:type="dxa"/>
              <w:right w:w="75" w:type="dxa"/>
            </w:tcMar>
            <w:vAlign w:val="center"/>
          </w:tcPr>
          <w:p w14:paraId="27F3382B"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2835" w:type="dxa"/>
            <w:tcMar>
              <w:top w:w="55" w:type="dxa"/>
              <w:left w:w="75" w:type="dxa"/>
              <w:bottom w:w="55" w:type="dxa"/>
              <w:right w:w="75" w:type="dxa"/>
            </w:tcMar>
            <w:vAlign w:val="center"/>
          </w:tcPr>
          <w:p w14:paraId="38BE8437" w14:textId="77777777" w:rsidR="00923354" w:rsidRPr="00314BAB" w:rsidRDefault="00000000" w:rsidP="008628DB">
            <w:pPr>
              <w:snapToGrid w:val="0"/>
              <w:spacing w:after="0" w:line="240" w:lineRule="auto"/>
              <w:jc w:val="center"/>
              <w:rPr>
                <w:sz w:val="16"/>
                <w:szCs w:val="16"/>
              </w:rPr>
            </w:pPr>
            <w:r w:rsidRPr="00314BAB">
              <w:rPr>
                <w:sz w:val="16"/>
                <w:szCs w:val="16"/>
              </w:rPr>
              <w:t>Epithelial Mesenchymal Transition</w:t>
            </w:r>
          </w:p>
        </w:tc>
        <w:tc>
          <w:tcPr>
            <w:tcW w:w="1599" w:type="dxa"/>
            <w:tcMar>
              <w:top w:w="55" w:type="dxa"/>
              <w:left w:w="75" w:type="dxa"/>
              <w:bottom w:w="55" w:type="dxa"/>
              <w:right w:w="75" w:type="dxa"/>
            </w:tcMar>
            <w:vAlign w:val="center"/>
          </w:tcPr>
          <w:p w14:paraId="7FE30D77" w14:textId="77777777" w:rsidR="00923354" w:rsidRPr="00314BAB" w:rsidRDefault="00000000" w:rsidP="008628DB">
            <w:pPr>
              <w:snapToGrid w:val="0"/>
              <w:spacing w:after="0" w:line="240" w:lineRule="auto"/>
              <w:jc w:val="center"/>
              <w:rPr>
                <w:sz w:val="16"/>
                <w:szCs w:val="16"/>
              </w:rPr>
            </w:pPr>
            <w:r w:rsidRPr="00314BAB">
              <w:rPr>
                <w:sz w:val="16"/>
                <w:szCs w:val="16"/>
              </w:rPr>
              <w:t>3</w:t>
            </w:r>
          </w:p>
        </w:tc>
        <w:tc>
          <w:tcPr>
            <w:tcW w:w="2376" w:type="dxa"/>
            <w:tcMar>
              <w:top w:w="55" w:type="dxa"/>
              <w:left w:w="75" w:type="dxa"/>
              <w:bottom w:w="55" w:type="dxa"/>
              <w:right w:w="75" w:type="dxa"/>
            </w:tcMar>
            <w:vAlign w:val="center"/>
          </w:tcPr>
          <w:p w14:paraId="4488861E" w14:textId="77777777" w:rsidR="00923354" w:rsidRPr="00314BAB" w:rsidRDefault="00000000" w:rsidP="008628DB">
            <w:pPr>
              <w:snapToGrid w:val="0"/>
              <w:spacing w:after="0" w:line="240" w:lineRule="auto"/>
              <w:jc w:val="center"/>
              <w:rPr>
                <w:sz w:val="16"/>
                <w:szCs w:val="16"/>
              </w:rPr>
            </w:pPr>
            <w:r w:rsidRPr="00314BAB">
              <w:rPr>
                <w:sz w:val="16"/>
                <w:szCs w:val="16"/>
              </w:rPr>
              <w:t>122</w:t>
            </w:r>
          </w:p>
        </w:tc>
        <w:tc>
          <w:tcPr>
            <w:tcW w:w="2376" w:type="dxa"/>
            <w:tcMar>
              <w:top w:w="55" w:type="dxa"/>
              <w:left w:w="75" w:type="dxa"/>
              <w:bottom w:w="55" w:type="dxa"/>
              <w:right w:w="75" w:type="dxa"/>
            </w:tcMar>
            <w:vAlign w:val="center"/>
          </w:tcPr>
          <w:p w14:paraId="448DF85A" w14:textId="77777777" w:rsidR="00923354" w:rsidRPr="00314BAB" w:rsidRDefault="00000000" w:rsidP="008628DB">
            <w:pPr>
              <w:snapToGrid w:val="0"/>
              <w:spacing w:after="0" w:line="240" w:lineRule="auto"/>
              <w:jc w:val="center"/>
              <w:rPr>
                <w:sz w:val="16"/>
                <w:szCs w:val="16"/>
              </w:rPr>
            </w:pPr>
            <w:r w:rsidRPr="00314BAB">
              <w:rPr>
                <w:sz w:val="16"/>
                <w:szCs w:val="16"/>
              </w:rPr>
              <w:t>0.02459016393442623</w:t>
            </w:r>
          </w:p>
        </w:tc>
        <w:tc>
          <w:tcPr>
            <w:tcW w:w="2376" w:type="dxa"/>
            <w:tcMar>
              <w:top w:w="55" w:type="dxa"/>
              <w:left w:w="75" w:type="dxa"/>
              <w:bottom w:w="55" w:type="dxa"/>
              <w:right w:w="75" w:type="dxa"/>
            </w:tcMar>
            <w:vAlign w:val="center"/>
          </w:tcPr>
          <w:p w14:paraId="157D6B2A" w14:textId="77777777" w:rsidR="00923354" w:rsidRPr="00314BAB" w:rsidRDefault="00000000" w:rsidP="008628DB">
            <w:pPr>
              <w:snapToGrid w:val="0"/>
              <w:spacing w:after="0" w:line="240" w:lineRule="auto"/>
              <w:jc w:val="center"/>
              <w:rPr>
                <w:sz w:val="16"/>
                <w:szCs w:val="16"/>
              </w:rPr>
            </w:pPr>
            <w:r w:rsidRPr="00314BAB">
              <w:rPr>
                <w:sz w:val="16"/>
                <w:szCs w:val="16"/>
              </w:rPr>
              <w:t>0.08108108108108109</w:t>
            </w:r>
          </w:p>
        </w:tc>
      </w:tr>
      <w:tr w:rsidR="00923354" w:rsidRPr="00314BAB" w14:paraId="037D7BB0" w14:textId="77777777" w:rsidTr="00314BAB">
        <w:trPr>
          <w:cantSplit/>
          <w:jc w:val="center"/>
        </w:trPr>
        <w:tc>
          <w:tcPr>
            <w:tcW w:w="2694" w:type="dxa"/>
            <w:tcBorders>
              <w:bottom w:val="single" w:sz="4" w:space="0" w:color="auto"/>
            </w:tcBorders>
            <w:tcMar>
              <w:top w:w="55" w:type="dxa"/>
              <w:left w:w="75" w:type="dxa"/>
              <w:bottom w:w="55" w:type="dxa"/>
              <w:right w:w="75" w:type="dxa"/>
            </w:tcMar>
            <w:vAlign w:val="center"/>
          </w:tcPr>
          <w:p w14:paraId="12C1DE5D"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2835" w:type="dxa"/>
            <w:tcBorders>
              <w:bottom w:val="single" w:sz="4" w:space="0" w:color="auto"/>
            </w:tcBorders>
            <w:tcMar>
              <w:top w:w="55" w:type="dxa"/>
              <w:left w:w="75" w:type="dxa"/>
              <w:bottom w:w="55" w:type="dxa"/>
              <w:right w:w="75" w:type="dxa"/>
            </w:tcMar>
            <w:vAlign w:val="center"/>
          </w:tcPr>
          <w:p w14:paraId="327C5327" w14:textId="77777777" w:rsidR="00923354" w:rsidRPr="00314BAB" w:rsidRDefault="00000000" w:rsidP="008628DB">
            <w:pPr>
              <w:snapToGrid w:val="0"/>
              <w:spacing w:after="0" w:line="240" w:lineRule="auto"/>
              <w:jc w:val="center"/>
              <w:rPr>
                <w:sz w:val="16"/>
                <w:szCs w:val="16"/>
              </w:rPr>
            </w:pPr>
            <w:r w:rsidRPr="00314BAB">
              <w:rPr>
                <w:sz w:val="16"/>
                <w:szCs w:val="16"/>
              </w:rPr>
              <w:t>IL-6/JAK/STAT3 Signaling</w:t>
            </w:r>
          </w:p>
        </w:tc>
        <w:tc>
          <w:tcPr>
            <w:tcW w:w="1599" w:type="dxa"/>
            <w:tcBorders>
              <w:bottom w:val="single" w:sz="4" w:space="0" w:color="auto"/>
            </w:tcBorders>
            <w:tcMar>
              <w:top w:w="55" w:type="dxa"/>
              <w:left w:w="75" w:type="dxa"/>
              <w:bottom w:w="55" w:type="dxa"/>
              <w:right w:w="75" w:type="dxa"/>
            </w:tcMar>
            <w:vAlign w:val="center"/>
          </w:tcPr>
          <w:p w14:paraId="668ECFF0" w14:textId="77777777" w:rsidR="00923354" w:rsidRPr="00314BAB" w:rsidRDefault="00000000" w:rsidP="008628DB">
            <w:pPr>
              <w:snapToGrid w:val="0"/>
              <w:spacing w:after="0" w:line="240" w:lineRule="auto"/>
              <w:jc w:val="center"/>
              <w:rPr>
                <w:sz w:val="16"/>
                <w:szCs w:val="16"/>
              </w:rPr>
            </w:pPr>
            <w:r w:rsidRPr="00314BAB">
              <w:rPr>
                <w:sz w:val="16"/>
                <w:szCs w:val="16"/>
              </w:rPr>
              <w:t>37</w:t>
            </w:r>
          </w:p>
        </w:tc>
        <w:tc>
          <w:tcPr>
            <w:tcW w:w="2376" w:type="dxa"/>
            <w:tcBorders>
              <w:bottom w:val="single" w:sz="4" w:space="0" w:color="auto"/>
            </w:tcBorders>
            <w:tcMar>
              <w:top w:w="55" w:type="dxa"/>
              <w:left w:w="75" w:type="dxa"/>
              <w:bottom w:w="55" w:type="dxa"/>
              <w:right w:w="75" w:type="dxa"/>
            </w:tcMar>
            <w:vAlign w:val="center"/>
          </w:tcPr>
          <w:p w14:paraId="0FCC230D" w14:textId="77777777" w:rsidR="00923354" w:rsidRPr="00314BAB" w:rsidRDefault="00000000" w:rsidP="008628DB">
            <w:pPr>
              <w:snapToGrid w:val="0"/>
              <w:spacing w:after="0" w:line="240" w:lineRule="auto"/>
              <w:jc w:val="center"/>
              <w:rPr>
                <w:sz w:val="16"/>
                <w:szCs w:val="16"/>
              </w:rPr>
            </w:pPr>
            <w:r w:rsidRPr="00314BAB">
              <w:rPr>
                <w:sz w:val="16"/>
                <w:szCs w:val="16"/>
              </w:rPr>
              <w:t>37</w:t>
            </w:r>
          </w:p>
        </w:tc>
        <w:tc>
          <w:tcPr>
            <w:tcW w:w="2376" w:type="dxa"/>
            <w:tcBorders>
              <w:bottom w:val="single" w:sz="4" w:space="0" w:color="auto"/>
            </w:tcBorders>
            <w:tcMar>
              <w:top w:w="55" w:type="dxa"/>
              <w:left w:w="75" w:type="dxa"/>
              <w:bottom w:w="55" w:type="dxa"/>
              <w:right w:w="75" w:type="dxa"/>
            </w:tcMar>
            <w:vAlign w:val="center"/>
          </w:tcPr>
          <w:p w14:paraId="25695CAD" w14:textId="77777777" w:rsidR="00923354" w:rsidRPr="00314BAB" w:rsidRDefault="00000000" w:rsidP="008628DB">
            <w:pPr>
              <w:snapToGrid w:val="0"/>
              <w:spacing w:after="0" w:line="240" w:lineRule="auto"/>
              <w:jc w:val="center"/>
              <w:rPr>
                <w:sz w:val="16"/>
                <w:szCs w:val="16"/>
              </w:rPr>
            </w:pPr>
            <w:r w:rsidRPr="00314BAB">
              <w:rPr>
                <w:sz w:val="16"/>
                <w:szCs w:val="16"/>
              </w:rPr>
              <w:t>1.0</w:t>
            </w:r>
          </w:p>
        </w:tc>
        <w:tc>
          <w:tcPr>
            <w:tcW w:w="2376" w:type="dxa"/>
            <w:tcBorders>
              <w:bottom w:val="single" w:sz="4" w:space="0" w:color="auto"/>
            </w:tcBorders>
            <w:tcMar>
              <w:top w:w="55" w:type="dxa"/>
              <w:left w:w="75" w:type="dxa"/>
              <w:bottom w:w="55" w:type="dxa"/>
              <w:right w:w="75" w:type="dxa"/>
            </w:tcMar>
            <w:vAlign w:val="center"/>
          </w:tcPr>
          <w:p w14:paraId="5615201A" w14:textId="77777777" w:rsidR="00923354" w:rsidRPr="00314BAB" w:rsidRDefault="00000000" w:rsidP="008628DB">
            <w:pPr>
              <w:snapToGrid w:val="0"/>
              <w:spacing w:after="0" w:line="240" w:lineRule="auto"/>
              <w:jc w:val="center"/>
              <w:rPr>
                <w:sz w:val="16"/>
                <w:szCs w:val="16"/>
              </w:rPr>
            </w:pPr>
            <w:r w:rsidRPr="00314BAB">
              <w:rPr>
                <w:sz w:val="16"/>
                <w:szCs w:val="16"/>
              </w:rPr>
              <w:t>1.0</w:t>
            </w:r>
          </w:p>
        </w:tc>
      </w:tr>
    </w:tbl>
    <w:p w14:paraId="31C0A3A5" w14:textId="77777777" w:rsidR="00314BAB" w:rsidRDefault="00314BAB">
      <w:pPr>
        <w:rPr>
          <w:rFonts w:ascii="Times New Roman" w:hAnsi="Times New Roman" w:cs="Times New Roman"/>
          <w:b/>
          <w:bCs/>
          <w:sz w:val="21"/>
          <w:szCs w:val="21"/>
        </w:rPr>
      </w:pPr>
    </w:p>
    <w:p w14:paraId="6DB0B510" w14:textId="77777777" w:rsidR="00314BAB" w:rsidRDefault="00314BAB">
      <w:pPr>
        <w:rPr>
          <w:rFonts w:ascii="Times New Roman" w:hAnsi="Times New Roman" w:cs="Times New Roman"/>
          <w:b/>
          <w:bCs/>
          <w:sz w:val="21"/>
          <w:szCs w:val="21"/>
        </w:rPr>
      </w:pPr>
    </w:p>
    <w:p w14:paraId="5828C1A2" w14:textId="77777777" w:rsidR="00314BAB" w:rsidRDefault="00314BAB">
      <w:pPr>
        <w:rPr>
          <w:rFonts w:ascii="Times New Roman" w:hAnsi="Times New Roman" w:cs="Times New Roman"/>
          <w:b/>
          <w:bCs/>
          <w:sz w:val="21"/>
          <w:szCs w:val="21"/>
        </w:rPr>
      </w:pPr>
    </w:p>
    <w:p w14:paraId="4B083CA2" w14:textId="77777777" w:rsidR="00314BAB" w:rsidRDefault="00314BAB">
      <w:pPr>
        <w:rPr>
          <w:rFonts w:ascii="Times New Roman" w:hAnsi="Times New Roman" w:cs="Times New Roman"/>
          <w:b/>
          <w:bCs/>
          <w:sz w:val="21"/>
          <w:szCs w:val="21"/>
        </w:rPr>
      </w:pPr>
    </w:p>
    <w:p w14:paraId="3B04C109" w14:textId="77777777" w:rsidR="00314BAB" w:rsidRDefault="00314BAB">
      <w:pPr>
        <w:rPr>
          <w:rFonts w:ascii="Times New Roman" w:hAnsi="Times New Roman" w:cs="Times New Roman"/>
          <w:b/>
          <w:bCs/>
          <w:sz w:val="21"/>
          <w:szCs w:val="21"/>
        </w:rPr>
      </w:pPr>
    </w:p>
    <w:p w14:paraId="62157E93" w14:textId="77777777" w:rsidR="00314BAB" w:rsidRDefault="00314BAB">
      <w:pPr>
        <w:rPr>
          <w:rFonts w:ascii="Times New Roman" w:hAnsi="Times New Roman" w:cs="Times New Roman"/>
          <w:b/>
          <w:bCs/>
          <w:sz w:val="21"/>
          <w:szCs w:val="21"/>
        </w:rPr>
      </w:pPr>
    </w:p>
    <w:p w14:paraId="695306C0" w14:textId="406E49E4" w:rsidR="00923354" w:rsidRDefault="00000000">
      <w:r w:rsidRPr="00314BAB">
        <w:rPr>
          <w:rFonts w:ascii="Times New Roman" w:hAnsi="Times New Roman" w:cs="Times New Roman"/>
          <w:b/>
          <w:bCs/>
          <w:sz w:val="21"/>
          <w:szCs w:val="21"/>
        </w:rPr>
        <w:lastRenderedPageBreak/>
        <w:t>S6b inflammatory core membership</w:t>
      </w:r>
    </w:p>
    <w:tbl>
      <w:tblPr>
        <w:tblW w:w="0" w:type="auto"/>
        <w:jc w:val="center"/>
        <w:tblLook w:val="04A0" w:firstRow="1" w:lastRow="0" w:firstColumn="1" w:lastColumn="0" w:noHBand="0" w:noVBand="1"/>
      </w:tblPr>
      <w:tblGrid>
        <w:gridCol w:w="2376"/>
        <w:gridCol w:w="2376"/>
        <w:gridCol w:w="2376"/>
        <w:gridCol w:w="2086"/>
        <w:gridCol w:w="2666"/>
        <w:gridCol w:w="2376"/>
      </w:tblGrid>
      <w:tr w:rsidR="00923354" w:rsidRPr="00314BAB" w14:paraId="3933EB80" w14:textId="77777777" w:rsidTr="00314BAB">
        <w:trPr>
          <w:cantSplit/>
          <w:jc w:val="center"/>
        </w:trPr>
        <w:tc>
          <w:tcPr>
            <w:tcW w:w="2376" w:type="dxa"/>
            <w:tcBorders>
              <w:top w:val="single" w:sz="4" w:space="0" w:color="auto"/>
              <w:bottom w:val="single" w:sz="4" w:space="0" w:color="auto"/>
            </w:tcBorders>
            <w:tcMar>
              <w:top w:w="55" w:type="dxa"/>
              <w:left w:w="75" w:type="dxa"/>
              <w:bottom w:w="55" w:type="dxa"/>
              <w:right w:w="75" w:type="dxa"/>
            </w:tcMar>
          </w:tcPr>
          <w:p w14:paraId="3136DCE0" w14:textId="77777777" w:rsidR="00923354" w:rsidRPr="00314BAB" w:rsidRDefault="00000000" w:rsidP="008628DB">
            <w:pPr>
              <w:jc w:val="center"/>
              <w:rPr>
                <w:sz w:val="14"/>
                <w:szCs w:val="14"/>
              </w:rPr>
            </w:pPr>
            <w:r w:rsidRPr="00314BAB">
              <w:rPr>
                <w:b/>
                <w:sz w:val="14"/>
                <w:szCs w:val="14"/>
              </w:rPr>
              <w:t>gene</w:t>
            </w:r>
          </w:p>
        </w:tc>
        <w:tc>
          <w:tcPr>
            <w:tcW w:w="2376" w:type="dxa"/>
            <w:tcBorders>
              <w:top w:val="single" w:sz="4" w:space="0" w:color="auto"/>
              <w:bottom w:val="single" w:sz="4" w:space="0" w:color="auto"/>
            </w:tcBorders>
            <w:tcMar>
              <w:top w:w="55" w:type="dxa"/>
              <w:left w:w="75" w:type="dxa"/>
              <w:bottom w:w="55" w:type="dxa"/>
              <w:right w:w="75" w:type="dxa"/>
            </w:tcMar>
          </w:tcPr>
          <w:p w14:paraId="20C45126" w14:textId="77777777" w:rsidR="00923354" w:rsidRPr="00314BAB" w:rsidRDefault="00000000" w:rsidP="008628DB">
            <w:pPr>
              <w:jc w:val="center"/>
              <w:rPr>
                <w:sz w:val="14"/>
                <w:szCs w:val="14"/>
              </w:rPr>
            </w:pPr>
            <w:r w:rsidRPr="00314BAB">
              <w:rPr>
                <w:b/>
                <w:sz w:val="14"/>
                <w:szCs w:val="14"/>
              </w:rPr>
              <w:t>TNF-alpha Signaling via NF-kB</w:t>
            </w:r>
          </w:p>
        </w:tc>
        <w:tc>
          <w:tcPr>
            <w:tcW w:w="2376" w:type="dxa"/>
            <w:tcBorders>
              <w:top w:val="single" w:sz="4" w:space="0" w:color="auto"/>
              <w:bottom w:val="single" w:sz="4" w:space="0" w:color="auto"/>
            </w:tcBorders>
            <w:tcMar>
              <w:top w:w="55" w:type="dxa"/>
              <w:left w:w="75" w:type="dxa"/>
              <w:bottom w:w="55" w:type="dxa"/>
              <w:right w:w="75" w:type="dxa"/>
            </w:tcMar>
          </w:tcPr>
          <w:p w14:paraId="2669D521" w14:textId="77777777" w:rsidR="00923354" w:rsidRPr="00314BAB" w:rsidRDefault="00000000" w:rsidP="008628DB">
            <w:pPr>
              <w:jc w:val="center"/>
              <w:rPr>
                <w:sz w:val="14"/>
                <w:szCs w:val="14"/>
              </w:rPr>
            </w:pPr>
            <w:r w:rsidRPr="00314BAB">
              <w:rPr>
                <w:b/>
                <w:sz w:val="14"/>
                <w:szCs w:val="14"/>
              </w:rPr>
              <w:t>Interferon Gamma Response</w:t>
            </w:r>
          </w:p>
        </w:tc>
        <w:tc>
          <w:tcPr>
            <w:tcW w:w="2086" w:type="dxa"/>
            <w:tcBorders>
              <w:top w:val="single" w:sz="4" w:space="0" w:color="auto"/>
              <w:bottom w:val="single" w:sz="4" w:space="0" w:color="auto"/>
            </w:tcBorders>
            <w:tcMar>
              <w:top w:w="55" w:type="dxa"/>
              <w:left w:w="75" w:type="dxa"/>
              <w:bottom w:w="55" w:type="dxa"/>
              <w:right w:w="75" w:type="dxa"/>
            </w:tcMar>
          </w:tcPr>
          <w:p w14:paraId="452220EA" w14:textId="77777777" w:rsidR="00923354" w:rsidRPr="00314BAB" w:rsidRDefault="00000000" w:rsidP="008628DB">
            <w:pPr>
              <w:jc w:val="center"/>
              <w:rPr>
                <w:sz w:val="14"/>
                <w:szCs w:val="14"/>
              </w:rPr>
            </w:pPr>
            <w:r w:rsidRPr="00314BAB">
              <w:rPr>
                <w:b/>
                <w:sz w:val="14"/>
                <w:szCs w:val="14"/>
              </w:rPr>
              <w:t>Inflammatory Response</w:t>
            </w:r>
          </w:p>
        </w:tc>
        <w:tc>
          <w:tcPr>
            <w:tcW w:w="2666" w:type="dxa"/>
            <w:tcBorders>
              <w:top w:val="single" w:sz="4" w:space="0" w:color="auto"/>
              <w:bottom w:val="single" w:sz="4" w:space="0" w:color="auto"/>
            </w:tcBorders>
            <w:tcMar>
              <w:top w:w="55" w:type="dxa"/>
              <w:left w:w="75" w:type="dxa"/>
              <w:bottom w:w="55" w:type="dxa"/>
              <w:right w:w="75" w:type="dxa"/>
            </w:tcMar>
          </w:tcPr>
          <w:p w14:paraId="49558740" w14:textId="77777777" w:rsidR="00923354" w:rsidRPr="00314BAB" w:rsidRDefault="00000000" w:rsidP="008628DB">
            <w:pPr>
              <w:jc w:val="center"/>
              <w:rPr>
                <w:sz w:val="14"/>
                <w:szCs w:val="14"/>
              </w:rPr>
            </w:pPr>
            <w:r w:rsidRPr="00314BAB">
              <w:rPr>
                <w:b/>
                <w:sz w:val="14"/>
                <w:szCs w:val="14"/>
              </w:rPr>
              <w:t>Epithelial Mesenchymal Transition</w:t>
            </w:r>
          </w:p>
        </w:tc>
        <w:tc>
          <w:tcPr>
            <w:tcW w:w="2376" w:type="dxa"/>
            <w:tcBorders>
              <w:top w:val="single" w:sz="4" w:space="0" w:color="auto"/>
              <w:bottom w:val="single" w:sz="4" w:space="0" w:color="auto"/>
            </w:tcBorders>
            <w:tcMar>
              <w:top w:w="55" w:type="dxa"/>
              <w:left w:w="75" w:type="dxa"/>
              <w:bottom w:w="55" w:type="dxa"/>
              <w:right w:w="75" w:type="dxa"/>
            </w:tcMar>
          </w:tcPr>
          <w:p w14:paraId="71327EB5" w14:textId="77777777" w:rsidR="00923354" w:rsidRPr="00314BAB" w:rsidRDefault="00000000" w:rsidP="008628DB">
            <w:pPr>
              <w:jc w:val="center"/>
              <w:rPr>
                <w:sz w:val="14"/>
                <w:szCs w:val="14"/>
              </w:rPr>
            </w:pPr>
            <w:r w:rsidRPr="00314BAB">
              <w:rPr>
                <w:b/>
                <w:sz w:val="14"/>
                <w:szCs w:val="14"/>
              </w:rPr>
              <w:t>direction_concordant</w:t>
            </w:r>
          </w:p>
        </w:tc>
      </w:tr>
      <w:tr w:rsidR="00923354" w:rsidRPr="00314BAB" w14:paraId="744561F7" w14:textId="77777777" w:rsidTr="00314BAB">
        <w:trPr>
          <w:cantSplit/>
          <w:jc w:val="center"/>
        </w:trPr>
        <w:tc>
          <w:tcPr>
            <w:tcW w:w="2376" w:type="dxa"/>
            <w:tcBorders>
              <w:top w:val="single" w:sz="4" w:space="0" w:color="auto"/>
            </w:tcBorders>
            <w:tcMar>
              <w:top w:w="55" w:type="dxa"/>
              <w:left w:w="75" w:type="dxa"/>
              <w:bottom w:w="55" w:type="dxa"/>
              <w:right w:w="75" w:type="dxa"/>
            </w:tcMar>
            <w:vAlign w:val="center"/>
          </w:tcPr>
          <w:p w14:paraId="17DE702F" w14:textId="77777777" w:rsidR="00923354" w:rsidRPr="00314BAB" w:rsidRDefault="00000000" w:rsidP="008628DB">
            <w:pPr>
              <w:spacing w:after="0" w:line="240" w:lineRule="auto"/>
              <w:jc w:val="center"/>
              <w:rPr>
                <w:sz w:val="14"/>
                <w:szCs w:val="14"/>
              </w:rPr>
            </w:pPr>
            <w:r w:rsidRPr="00314BAB">
              <w:rPr>
                <w:sz w:val="14"/>
                <w:szCs w:val="14"/>
              </w:rPr>
              <w:t>CXCL10</w:t>
            </w:r>
          </w:p>
        </w:tc>
        <w:tc>
          <w:tcPr>
            <w:tcW w:w="2376" w:type="dxa"/>
            <w:tcBorders>
              <w:top w:val="single" w:sz="4" w:space="0" w:color="auto"/>
            </w:tcBorders>
            <w:tcMar>
              <w:top w:w="55" w:type="dxa"/>
              <w:left w:w="75" w:type="dxa"/>
              <w:bottom w:w="55" w:type="dxa"/>
              <w:right w:w="75" w:type="dxa"/>
            </w:tcMar>
            <w:vAlign w:val="center"/>
          </w:tcPr>
          <w:p w14:paraId="4B827704"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Borders>
              <w:top w:val="single" w:sz="4" w:space="0" w:color="auto"/>
            </w:tcBorders>
            <w:tcMar>
              <w:top w:w="55" w:type="dxa"/>
              <w:left w:w="75" w:type="dxa"/>
              <w:bottom w:w="55" w:type="dxa"/>
              <w:right w:w="75" w:type="dxa"/>
            </w:tcMar>
            <w:vAlign w:val="center"/>
          </w:tcPr>
          <w:p w14:paraId="671CBA47"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Borders>
              <w:top w:val="single" w:sz="4" w:space="0" w:color="auto"/>
            </w:tcBorders>
            <w:tcMar>
              <w:top w:w="55" w:type="dxa"/>
              <w:left w:w="75" w:type="dxa"/>
              <w:bottom w:w="55" w:type="dxa"/>
              <w:right w:w="75" w:type="dxa"/>
            </w:tcMar>
            <w:vAlign w:val="center"/>
          </w:tcPr>
          <w:p w14:paraId="5423303A"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Borders>
              <w:top w:val="single" w:sz="4" w:space="0" w:color="auto"/>
            </w:tcBorders>
            <w:tcMar>
              <w:top w:w="55" w:type="dxa"/>
              <w:left w:w="75" w:type="dxa"/>
              <w:bottom w:w="55" w:type="dxa"/>
              <w:right w:w="75" w:type="dxa"/>
            </w:tcMar>
            <w:vAlign w:val="center"/>
          </w:tcPr>
          <w:p w14:paraId="64FDF344"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Borders>
              <w:top w:val="single" w:sz="4" w:space="0" w:color="auto"/>
            </w:tcBorders>
            <w:tcMar>
              <w:top w:w="55" w:type="dxa"/>
              <w:left w:w="75" w:type="dxa"/>
              <w:bottom w:w="55" w:type="dxa"/>
              <w:right w:w="75" w:type="dxa"/>
            </w:tcMar>
            <w:vAlign w:val="center"/>
          </w:tcPr>
          <w:p w14:paraId="7D6A5B81"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1CC6BB04" w14:textId="77777777" w:rsidTr="00314BAB">
        <w:trPr>
          <w:cantSplit/>
          <w:jc w:val="center"/>
        </w:trPr>
        <w:tc>
          <w:tcPr>
            <w:tcW w:w="2376" w:type="dxa"/>
            <w:tcMar>
              <w:top w:w="55" w:type="dxa"/>
              <w:left w:w="75" w:type="dxa"/>
              <w:bottom w:w="55" w:type="dxa"/>
              <w:right w:w="75" w:type="dxa"/>
            </w:tcMar>
            <w:vAlign w:val="center"/>
          </w:tcPr>
          <w:p w14:paraId="24CC358C" w14:textId="77777777" w:rsidR="00923354" w:rsidRPr="00314BAB" w:rsidRDefault="00000000" w:rsidP="008628DB">
            <w:pPr>
              <w:spacing w:after="0" w:line="240" w:lineRule="auto"/>
              <w:jc w:val="center"/>
              <w:rPr>
                <w:sz w:val="14"/>
                <w:szCs w:val="14"/>
              </w:rPr>
            </w:pPr>
            <w:r w:rsidRPr="00314BAB">
              <w:rPr>
                <w:sz w:val="14"/>
                <w:szCs w:val="14"/>
              </w:rPr>
              <w:t>IRF1</w:t>
            </w:r>
          </w:p>
        </w:tc>
        <w:tc>
          <w:tcPr>
            <w:tcW w:w="2376" w:type="dxa"/>
            <w:tcMar>
              <w:top w:w="55" w:type="dxa"/>
              <w:left w:w="75" w:type="dxa"/>
              <w:bottom w:w="55" w:type="dxa"/>
              <w:right w:w="75" w:type="dxa"/>
            </w:tcMar>
            <w:vAlign w:val="center"/>
          </w:tcPr>
          <w:p w14:paraId="492EF63A"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29A8FC05"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52D90356"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A61EAEF"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497EB3DB"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4854F7EE" w14:textId="77777777" w:rsidTr="00314BAB">
        <w:trPr>
          <w:cantSplit/>
          <w:jc w:val="center"/>
        </w:trPr>
        <w:tc>
          <w:tcPr>
            <w:tcW w:w="2376" w:type="dxa"/>
            <w:tcMar>
              <w:top w:w="55" w:type="dxa"/>
              <w:left w:w="75" w:type="dxa"/>
              <w:bottom w:w="55" w:type="dxa"/>
              <w:right w:w="75" w:type="dxa"/>
            </w:tcMar>
            <w:vAlign w:val="center"/>
          </w:tcPr>
          <w:p w14:paraId="0F0155DB" w14:textId="77777777" w:rsidR="00923354" w:rsidRPr="00314BAB" w:rsidRDefault="00000000" w:rsidP="008628DB">
            <w:pPr>
              <w:spacing w:after="0" w:line="240" w:lineRule="auto"/>
              <w:jc w:val="center"/>
              <w:rPr>
                <w:sz w:val="14"/>
                <w:szCs w:val="14"/>
              </w:rPr>
            </w:pPr>
            <w:r w:rsidRPr="00314BAB">
              <w:rPr>
                <w:sz w:val="14"/>
                <w:szCs w:val="14"/>
              </w:rPr>
              <w:t>IL15RA</w:t>
            </w:r>
          </w:p>
        </w:tc>
        <w:tc>
          <w:tcPr>
            <w:tcW w:w="2376" w:type="dxa"/>
            <w:tcMar>
              <w:top w:w="55" w:type="dxa"/>
              <w:left w:w="75" w:type="dxa"/>
              <w:bottom w:w="55" w:type="dxa"/>
              <w:right w:w="75" w:type="dxa"/>
            </w:tcMar>
            <w:vAlign w:val="center"/>
          </w:tcPr>
          <w:p w14:paraId="41477E63"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6EC86EE8"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1A53BD69"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199613AD"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2D7DA5F8"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035E3283" w14:textId="77777777" w:rsidTr="00314BAB">
        <w:trPr>
          <w:cantSplit/>
          <w:jc w:val="center"/>
        </w:trPr>
        <w:tc>
          <w:tcPr>
            <w:tcW w:w="2376" w:type="dxa"/>
            <w:tcMar>
              <w:top w:w="55" w:type="dxa"/>
              <w:left w:w="75" w:type="dxa"/>
              <w:bottom w:w="55" w:type="dxa"/>
              <w:right w:w="75" w:type="dxa"/>
            </w:tcMar>
            <w:vAlign w:val="center"/>
          </w:tcPr>
          <w:p w14:paraId="7EB84152" w14:textId="77777777" w:rsidR="00923354" w:rsidRPr="00314BAB" w:rsidRDefault="00000000" w:rsidP="008628DB">
            <w:pPr>
              <w:spacing w:after="0" w:line="240" w:lineRule="auto"/>
              <w:jc w:val="center"/>
              <w:rPr>
                <w:sz w:val="14"/>
                <w:szCs w:val="14"/>
              </w:rPr>
            </w:pPr>
            <w:r w:rsidRPr="00314BAB">
              <w:rPr>
                <w:sz w:val="14"/>
                <w:szCs w:val="14"/>
              </w:rPr>
              <w:t>CXCL11</w:t>
            </w:r>
          </w:p>
        </w:tc>
        <w:tc>
          <w:tcPr>
            <w:tcW w:w="2376" w:type="dxa"/>
            <w:tcMar>
              <w:top w:w="55" w:type="dxa"/>
              <w:left w:w="75" w:type="dxa"/>
              <w:bottom w:w="55" w:type="dxa"/>
              <w:right w:w="75" w:type="dxa"/>
            </w:tcMar>
            <w:vAlign w:val="center"/>
          </w:tcPr>
          <w:p w14:paraId="7DAEDB26"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381A4474"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62C0F586"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1F97F84A"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241CE3DC"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4070B43E" w14:textId="77777777" w:rsidTr="00314BAB">
        <w:trPr>
          <w:cantSplit/>
          <w:jc w:val="center"/>
        </w:trPr>
        <w:tc>
          <w:tcPr>
            <w:tcW w:w="2376" w:type="dxa"/>
            <w:tcMar>
              <w:top w:w="55" w:type="dxa"/>
              <w:left w:w="75" w:type="dxa"/>
              <w:bottom w:w="55" w:type="dxa"/>
              <w:right w:w="75" w:type="dxa"/>
            </w:tcMar>
            <w:vAlign w:val="center"/>
          </w:tcPr>
          <w:p w14:paraId="4FC478EC" w14:textId="77777777" w:rsidR="00923354" w:rsidRPr="00314BAB" w:rsidRDefault="00000000" w:rsidP="008628DB">
            <w:pPr>
              <w:spacing w:after="0" w:line="240" w:lineRule="auto"/>
              <w:jc w:val="center"/>
              <w:rPr>
                <w:sz w:val="14"/>
                <w:szCs w:val="14"/>
              </w:rPr>
            </w:pPr>
            <w:r w:rsidRPr="00314BAB">
              <w:rPr>
                <w:sz w:val="14"/>
                <w:szCs w:val="14"/>
              </w:rPr>
              <w:t>INHBA</w:t>
            </w:r>
          </w:p>
        </w:tc>
        <w:tc>
          <w:tcPr>
            <w:tcW w:w="2376" w:type="dxa"/>
            <w:tcMar>
              <w:top w:w="55" w:type="dxa"/>
              <w:left w:w="75" w:type="dxa"/>
              <w:bottom w:w="55" w:type="dxa"/>
              <w:right w:w="75" w:type="dxa"/>
            </w:tcMar>
            <w:vAlign w:val="center"/>
          </w:tcPr>
          <w:p w14:paraId="3F5FCB74"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590CF330"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60DA4E4E"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31FAE652"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0162A56B"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14ECFE52" w14:textId="77777777" w:rsidTr="00314BAB">
        <w:trPr>
          <w:cantSplit/>
          <w:jc w:val="center"/>
        </w:trPr>
        <w:tc>
          <w:tcPr>
            <w:tcW w:w="2376" w:type="dxa"/>
            <w:tcMar>
              <w:top w:w="55" w:type="dxa"/>
              <w:left w:w="75" w:type="dxa"/>
              <w:bottom w:w="55" w:type="dxa"/>
              <w:right w:w="75" w:type="dxa"/>
            </w:tcMar>
            <w:vAlign w:val="center"/>
          </w:tcPr>
          <w:p w14:paraId="3EBF751C" w14:textId="77777777" w:rsidR="00923354" w:rsidRPr="00314BAB" w:rsidRDefault="00000000" w:rsidP="008628DB">
            <w:pPr>
              <w:spacing w:after="0" w:line="240" w:lineRule="auto"/>
              <w:jc w:val="center"/>
              <w:rPr>
                <w:sz w:val="14"/>
                <w:szCs w:val="14"/>
              </w:rPr>
            </w:pPr>
            <w:r w:rsidRPr="00314BAB">
              <w:rPr>
                <w:sz w:val="14"/>
                <w:szCs w:val="14"/>
              </w:rPr>
              <w:t>CXCL9</w:t>
            </w:r>
          </w:p>
        </w:tc>
        <w:tc>
          <w:tcPr>
            <w:tcW w:w="2376" w:type="dxa"/>
            <w:tcMar>
              <w:top w:w="55" w:type="dxa"/>
              <w:left w:w="75" w:type="dxa"/>
              <w:bottom w:w="55" w:type="dxa"/>
              <w:right w:w="75" w:type="dxa"/>
            </w:tcMar>
            <w:vAlign w:val="center"/>
          </w:tcPr>
          <w:p w14:paraId="51FC7628"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5D4DC534"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0B935295"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2DD3C6D1"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307F0B9B"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4E8EFAA9" w14:textId="77777777" w:rsidTr="00314BAB">
        <w:trPr>
          <w:cantSplit/>
          <w:jc w:val="center"/>
        </w:trPr>
        <w:tc>
          <w:tcPr>
            <w:tcW w:w="2376" w:type="dxa"/>
            <w:tcMar>
              <w:top w:w="55" w:type="dxa"/>
              <w:left w:w="75" w:type="dxa"/>
              <w:bottom w:w="55" w:type="dxa"/>
              <w:right w:w="75" w:type="dxa"/>
            </w:tcMar>
            <w:vAlign w:val="center"/>
          </w:tcPr>
          <w:p w14:paraId="62E54E6D" w14:textId="77777777" w:rsidR="00923354" w:rsidRPr="00314BAB" w:rsidRDefault="00000000" w:rsidP="008628DB">
            <w:pPr>
              <w:spacing w:after="0" w:line="240" w:lineRule="auto"/>
              <w:jc w:val="center"/>
              <w:rPr>
                <w:sz w:val="14"/>
                <w:szCs w:val="14"/>
              </w:rPr>
            </w:pPr>
            <w:r w:rsidRPr="00314BAB">
              <w:rPr>
                <w:sz w:val="14"/>
                <w:szCs w:val="14"/>
              </w:rPr>
              <w:t>NFKBIA</w:t>
            </w:r>
          </w:p>
        </w:tc>
        <w:tc>
          <w:tcPr>
            <w:tcW w:w="2376" w:type="dxa"/>
            <w:tcMar>
              <w:top w:w="55" w:type="dxa"/>
              <w:left w:w="75" w:type="dxa"/>
              <w:bottom w:w="55" w:type="dxa"/>
              <w:right w:w="75" w:type="dxa"/>
            </w:tcMar>
            <w:vAlign w:val="center"/>
          </w:tcPr>
          <w:p w14:paraId="11FEA61C"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713732F8"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6DAB5A23"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1ADEF44"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68C0FBF6"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07EAD2C4" w14:textId="77777777" w:rsidTr="00314BAB">
        <w:trPr>
          <w:cantSplit/>
          <w:jc w:val="center"/>
        </w:trPr>
        <w:tc>
          <w:tcPr>
            <w:tcW w:w="2376" w:type="dxa"/>
            <w:tcMar>
              <w:top w:w="55" w:type="dxa"/>
              <w:left w:w="75" w:type="dxa"/>
              <w:bottom w:w="55" w:type="dxa"/>
              <w:right w:w="75" w:type="dxa"/>
            </w:tcMar>
            <w:vAlign w:val="center"/>
          </w:tcPr>
          <w:p w14:paraId="5E330D9E" w14:textId="77777777" w:rsidR="00923354" w:rsidRPr="00314BAB" w:rsidRDefault="00000000" w:rsidP="008628DB">
            <w:pPr>
              <w:spacing w:after="0" w:line="240" w:lineRule="auto"/>
              <w:jc w:val="center"/>
              <w:rPr>
                <w:sz w:val="14"/>
                <w:szCs w:val="14"/>
              </w:rPr>
            </w:pPr>
            <w:r w:rsidRPr="00314BAB">
              <w:rPr>
                <w:sz w:val="14"/>
                <w:szCs w:val="14"/>
              </w:rPr>
              <w:t>SOCS3</w:t>
            </w:r>
          </w:p>
        </w:tc>
        <w:tc>
          <w:tcPr>
            <w:tcW w:w="2376" w:type="dxa"/>
            <w:tcMar>
              <w:top w:w="55" w:type="dxa"/>
              <w:left w:w="75" w:type="dxa"/>
              <w:bottom w:w="55" w:type="dxa"/>
              <w:right w:w="75" w:type="dxa"/>
            </w:tcMar>
            <w:vAlign w:val="center"/>
          </w:tcPr>
          <w:p w14:paraId="679E59A3"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40E1A9FE"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2C433EB4"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2AC95988"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097C7D97"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13A22064" w14:textId="77777777" w:rsidTr="00314BAB">
        <w:trPr>
          <w:cantSplit/>
          <w:jc w:val="center"/>
        </w:trPr>
        <w:tc>
          <w:tcPr>
            <w:tcW w:w="2376" w:type="dxa"/>
            <w:tcMar>
              <w:top w:w="55" w:type="dxa"/>
              <w:left w:w="75" w:type="dxa"/>
              <w:bottom w:w="55" w:type="dxa"/>
              <w:right w:w="75" w:type="dxa"/>
            </w:tcMar>
            <w:vAlign w:val="center"/>
          </w:tcPr>
          <w:p w14:paraId="56A45290" w14:textId="77777777" w:rsidR="00923354" w:rsidRPr="00314BAB" w:rsidRDefault="00000000" w:rsidP="008628DB">
            <w:pPr>
              <w:spacing w:after="0" w:line="240" w:lineRule="auto"/>
              <w:jc w:val="center"/>
              <w:rPr>
                <w:sz w:val="14"/>
                <w:szCs w:val="14"/>
              </w:rPr>
            </w:pPr>
            <w:r w:rsidRPr="00314BAB">
              <w:rPr>
                <w:sz w:val="14"/>
                <w:szCs w:val="14"/>
              </w:rPr>
              <w:t>ICAM1</w:t>
            </w:r>
          </w:p>
        </w:tc>
        <w:tc>
          <w:tcPr>
            <w:tcW w:w="2376" w:type="dxa"/>
            <w:tcMar>
              <w:top w:w="55" w:type="dxa"/>
              <w:left w:w="75" w:type="dxa"/>
              <w:bottom w:w="55" w:type="dxa"/>
              <w:right w:w="75" w:type="dxa"/>
            </w:tcMar>
            <w:vAlign w:val="center"/>
          </w:tcPr>
          <w:p w14:paraId="79004257"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19FDF041"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3DF6AFA0"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3BBC67F0"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45EC41B9"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2D45A577" w14:textId="77777777" w:rsidTr="00314BAB">
        <w:trPr>
          <w:cantSplit/>
          <w:jc w:val="center"/>
        </w:trPr>
        <w:tc>
          <w:tcPr>
            <w:tcW w:w="2376" w:type="dxa"/>
            <w:tcMar>
              <w:top w:w="55" w:type="dxa"/>
              <w:left w:w="75" w:type="dxa"/>
              <w:bottom w:w="55" w:type="dxa"/>
              <w:right w:w="75" w:type="dxa"/>
            </w:tcMar>
            <w:vAlign w:val="center"/>
          </w:tcPr>
          <w:p w14:paraId="4DC1490F" w14:textId="77777777" w:rsidR="00923354" w:rsidRPr="00314BAB" w:rsidRDefault="00000000" w:rsidP="008628DB">
            <w:pPr>
              <w:spacing w:after="0" w:line="240" w:lineRule="auto"/>
              <w:jc w:val="center"/>
              <w:rPr>
                <w:sz w:val="14"/>
                <w:szCs w:val="14"/>
              </w:rPr>
            </w:pPr>
            <w:r w:rsidRPr="00314BAB">
              <w:rPr>
                <w:sz w:val="14"/>
                <w:szCs w:val="14"/>
              </w:rPr>
              <w:t>TNFAIP3</w:t>
            </w:r>
          </w:p>
        </w:tc>
        <w:tc>
          <w:tcPr>
            <w:tcW w:w="2376" w:type="dxa"/>
            <w:tcMar>
              <w:top w:w="55" w:type="dxa"/>
              <w:left w:w="75" w:type="dxa"/>
              <w:bottom w:w="55" w:type="dxa"/>
              <w:right w:w="75" w:type="dxa"/>
            </w:tcMar>
            <w:vAlign w:val="center"/>
          </w:tcPr>
          <w:p w14:paraId="0B1CAF27"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66781174"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27428860"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3E76A0AB"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67FE9922"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59DFB240" w14:textId="77777777" w:rsidTr="00314BAB">
        <w:trPr>
          <w:cantSplit/>
          <w:jc w:val="center"/>
        </w:trPr>
        <w:tc>
          <w:tcPr>
            <w:tcW w:w="2376" w:type="dxa"/>
            <w:tcMar>
              <w:top w:w="55" w:type="dxa"/>
              <w:left w:w="75" w:type="dxa"/>
              <w:bottom w:w="55" w:type="dxa"/>
              <w:right w:w="75" w:type="dxa"/>
            </w:tcMar>
            <w:vAlign w:val="center"/>
          </w:tcPr>
          <w:p w14:paraId="63E98039" w14:textId="77777777" w:rsidR="00923354" w:rsidRPr="00314BAB" w:rsidRDefault="00000000" w:rsidP="008628DB">
            <w:pPr>
              <w:spacing w:after="0" w:line="240" w:lineRule="auto"/>
              <w:jc w:val="center"/>
              <w:rPr>
                <w:sz w:val="14"/>
                <w:szCs w:val="14"/>
              </w:rPr>
            </w:pPr>
            <w:r w:rsidRPr="00314BAB">
              <w:rPr>
                <w:sz w:val="14"/>
                <w:szCs w:val="14"/>
              </w:rPr>
              <w:t>PLAUR</w:t>
            </w:r>
          </w:p>
        </w:tc>
        <w:tc>
          <w:tcPr>
            <w:tcW w:w="2376" w:type="dxa"/>
            <w:tcMar>
              <w:top w:w="55" w:type="dxa"/>
              <w:left w:w="75" w:type="dxa"/>
              <w:bottom w:w="55" w:type="dxa"/>
              <w:right w:w="75" w:type="dxa"/>
            </w:tcMar>
            <w:vAlign w:val="center"/>
          </w:tcPr>
          <w:p w14:paraId="0FE8FB2D"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77F8B979"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1BF045C7"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BB1AFA4"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1AAC2A4E"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283EF013" w14:textId="77777777" w:rsidTr="00314BAB">
        <w:trPr>
          <w:cantSplit/>
          <w:jc w:val="center"/>
        </w:trPr>
        <w:tc>
          <w:tcPr>
            <w:tcW w:w="2376" w:type="dxa"/>
            <w:tcMar>
              <w:top w:w="55" w:type="dxa"/>
              <w:left w:w="75" w:type="dxa"/>
              <w:bottom w:w="55" w:type="dxa"/>
              <w:right w:w="75" w:type="dxa"/>
            </w:tcMar>
            <w:vAlign w:val="center"/>
          </w:tcPr>
          <w:p w14:paraId="75C618C3" w14:textId="77777777" w:rsidR="00923354" w:rsidRPr="00314BAB" w:rsidRDefault="00000000" w:rsidP="008628DB">
            <w:pPr>
              <w:spacing w:after="0" w:line="240" w:lineRule="auto"/>
              <w:jc w:val="center"/>
              <w:rPr>
                <w:sz w:val="14"/>
                <w:szCs w:val="14"/>
              </w:rPr>
            </w:pPr>
            <w:r w:rsidRPr="00314BAB">
              <w:rPr>
                <w:sz w:val="14"/>
                <w:szCs w:val="14"/>
              </w:rPr>
              <w:t>JUN</w:t>
            </w:r>
          </w:p>
        </w:tc>
        <w:tc>
          <w:tcPr>
            <w:tcW w:w="2376" w:type="dxa"/>
            <w:tcMar>
              <w:top w:w="55" w:type="dxa"/>
              <w:left w:w="75" w:type="dxa"/>
              <w:bottom w:w="55" w:type="dxa"/>
              <w:right w:w="75" w:type="dxa"/>
            </w:tcMar>
            <w:vAlign w:val="center"/>
          </w:tcPr>
          <w:p w14:paraId="4BB0F709"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5F01FA65"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69EFE4A2"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332302EE"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61342366"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75F5A96D" w14:textId="77777777" w:rsidTr="00314BAB">
        <w:trPr>
          <w:cantSplit/>
          <w:jc w:val="center"/>
        </w:trPr>
        <w:tc>
          <w:tcPr>
            <w:tcW w:w="2376" w:type="dxa"/>
            <w:tcMar>
              <w:top w:w="55" w:type="dxa"/>
              <w:left w:w="75" w:type="dxa"/>
              <w:bottom w:w="55" w:type="dxa"/>
              <w:right w:w="75" w:type="dxa"/>
            </w:tcMar>
            <w:vAlign w:val="center"/>
          </w:tcPr>
          <w:p w14:paraId="118CD196" w14:textId="77777777" w:rsidR="00923354" w:rsidRPr="00314BAB" w:rsidRDefault="00000000" w:rsidP="008628DB">
            <w:pPr>
              <w:spacing w:after="0" w:line="240" w:lineRule="auto"/>
              <w:jc w:val="center"/>
              <w:rPr>
                <w:sz w:val="14"/>
                <w:szCs w:val="14"/>
              </w:rPr>
            </w:pPr>
            <w:r w:rsidRPr="00314BAB">
              <w:rPr>
                <w:sz w:val="14"/>
                <w:szCs w:val="14"/>
              </w:rPr>
              <w:t>CXCL6</w:t>
            </w:r>
          </w:p>
        </w:tc>
        <w:tc>
          <w:tcPr>
            <w:tcW w:w="2376" w:type="dxa"/>
            <w:tcMar>
              <w:top w:w="55" w:type="dxa"/>
              <w:left w:w="75" w:type="dxa"/>
              <w:bottom w:w="55" w:type="dxa"/>
              <w:right w:w="75" w:type="dxa"/>
            </w:tcMar>
            <w:vAlign w:val="center"/>
          </w:tcPr>
          <w:p w14:paraId="6251224F"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5D9E2117"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16685AE1"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3C733651"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2AF78D54"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30F0EE12" w14:textId="77777777" w:rsidTr="00314BAB">
        <w:trPr>
          <w:cantSplit/>
          <w:jc w:val="center"/>
        </w:trPr>
        <w:tc>
          <w:tcPr>
            <w:tcW w:w="2376" w:type="dxa"/>
            <w:tcMar>
              <w:top w:w="55" w:type="dxa"/>
              <w:left w:w="75" w:type="dxa"/>
              <w:bottom w:w="55" w:type="dxa"/>
              <w:right w:w="75" w:type="dxa"/>
            </w:tcMar>
            <w:vAlign w:val="center"/>
          </w:tcPr>
          <w:p w14:paraId="6C71B999" w14:textId="77777777" w:rsidR="00923354" w:rsidRPr="00314BAB" w:rsidRDefault="00000000" w:rsidP="008628DB">
            <w:pPr>
              <w:spacing w:after="0" w:line="240" w:lineRule="auto"/>
              <w:jc w:val="center"/>
              <w:rPr>
                <w:sz w:val="14"/>
                <w:szCs w:val="14"/>
              </w:rPr>
            </w:pPr>
            <w:r w:rsidRPr="00314BAB">
              <w:rPr>
                <w:sz w:val="14"/>
                <w:szCs w:val="14"/>
              </w:rPr>
              <w:t>TLR2</w:t>
            </w:r>
          </w:p>
        </w:tc>
        <w:tc>
          <w:tcPr>
            <w:tcW w:w="2376" w:type="dxa"/>
            <w:tcMar>
              <w:top w:w="55" w:type="dxa"/>
              <w:left w:w="75" w:type="dxa"/>
              <w:bottom w:w="55" w:type="dxa"/>
              <w:right w:w="75" w:type="dxa"/>
            </w:tcMar>
            <w:vAlign w:val="center"/>
          </w:tcPr>
          <w:p w14:paraId="61EA1E49"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6D98D286"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1AD15020"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AFB8F40"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4FB369DC"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53403D52" w14:textId="77777777" w:rsidTr="00314BAB">
        <w:trPr>
          <w:cantSplit/>
          <w:jc w:val="center"/>
        </w:trPr>
        <w:tc>
          <w:tcPr>
            <w:tcW w:w="2376" w:type="dxa"/>
            <w:tcMar>
              <w:top w:w="55" w:type="dxa"/>
              <w:left w:w="75" w:type="dxa"/>
              <w:bottom w:w="55" w:type="dxa"/>
              <w:right w:w="75" w:type="dxa"/>
            </w:tcMar>
            <w:vAlign w:val="center"/>
          </w:tcPr>
          <w:p w14:paraId="25E9F784" w14:textId="77777777" w:rsidR="00923354" w:rsidRPr="00314BAB" w:rsidRDefault="00000000" w:rsidP="008628DB">
            <w:pPr>
              <w:spacing w:after="0" w:line="240" w:lineRule="auto"/>
              <w:jc w:val="center"/>
              <w:rPr>
                <w:sz w:val="14"/>
                <w:szCs w:val="14"/>
              </w:rPr>
            </w:pPr>
            <w:r w:rsidRPr="00314BAB">
              <w:rPr>
                <w:sz w:val="14"/>
                <w:szCs w:val="14"/>
              </w:rPr>
              <w:t>IL1B</w:t>
            </w:r>
          </w:p>
        </w:tc>
        <w:tc>
          <w:tcPr>
            <w:tcW w:w="2376" w:type="dxa"/>
            <w:tcMar>
              <w:top w:w="55" w:type="dxa"/>
              <w:left w:w="75" w:type="dxa"/>
              <w:bottom w:w="55" w:type="dxa"/>
              <w:right w:w="75" w:type="dxa"/>
            </w:tcMar>
            <w:vAlign w:val="center"/>
          </w:tcPr>
          <w:p w14:paraId="1BC947AA"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13CF0DE4"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0954A219"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0EDB4A63"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0DC17F60" w14:textId="77777777" w:rsidR="00923354" w:rsidRPr="00314BAB" w:rsidRDefault="00000000" w:rsidP="008628DB">
            <w:pPr>
              <w:spacing w:after="0" w:line="240" w:lineRule="auto"/>
              <w:jc w:val="center"/>
              <w:rPr>
                <w:sz w:val="14"/>
                <w:szCs w:val="14"/>
              </w:rPr>
            </w:pPr>
            <w:r w:rsidRPr="00314BAB">
              <w:rPr>
                <w:sz w:val="14"/>
                <w:szCs w:val="14"/>
              </w:rPr>
              <w:t>False</w:t>
            </w:r>
          </w:p>
        </w:tc>
      </w:tr>
      <w:tr w:rsidR="00923354" w:rsidRPr="00314BAB" w14:paraId="2472C4FE" w14:textId="77777777" w:rsidTr="00314BAB">
        <w:trPr>
          <w:cantSplit/>
          <w:jc w:val="center"/>
        </w:trPr>
        <w:tc>
          <w:tcPr>
            <w:tcW w:w="2376" w:type="dxa"/>
            <w:tcMar>
              <w:top w:w="55" w:type="dxa"/>
              <w:left w:w="75" w:type="dxa"/>
              <w:bottom w:w="55" w:type="dxa"/>
              <w:right w:w="75" w:type="dxa"/>
            </w:tcMar>
            <w:vAlign w:val="center"/>
          </w:tcPr>
          <w:p w14:paraId="627D5C83" w14:textId="77777777" w:rsidR="00923354" w:rsidRPr="00314BAB" w:rsidRDefault="00000000" w:rsidP="008628DB">
            <w:pPr>
              <w:spacing w:after="0" w:line="240" w:lineRule="auto"/>
              <w:jc w:val="center"/>
              <w:rPr>
                <w:sz w:val="14"/>
                <w:szCs w:val="14"/>
              </w:rPr>
            </w:pPr>
            <w:r w:rsidRPr="00314BAB">
              <w:rPr>
                <w:sz w:val="14"/>
                <w:szCs w:val="14"/>
              </w:rPr>
              <w:t>SERPINE1</w:t>
            </w:r>
          </w:p>
        </w:tc>
        <w:tc>
          <w:tcPr>
            <w:tcW w:w="2376" w:type="dxa"/>
            <w:tcMar>
              <w:top w:w="55" w:type="dxa"/>
              <w:left w:w="75" w:type="dxa"/>
              <w:bottom w:w="55" w:type="dxa"/>
              <w:right w:w="75" w:type="dxa"/>
            </w:tcMar>
            <w:vAlign w:val="center"/>
          </w:tcPr>
          <w:p w14:paraId="7E52F2BD"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4F37451B"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1662EDCF"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C49DF3C"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6905F41C" w14:textId="77777777" w:rsidR="00923354" w:rsidRPr="00314BAB" w:rsidRDefault="00000000" w:rsidP="008628DB">
            <w:pPr>
              <w:spacing w:after="0" w:line="240" w:lineRule="auto"/>
              <w:jc w:val="center"/>
              <w:rPr>
                <w:sz w:val="14"/>
                <w:szCs w:val="14"/>
              </w:rPr>
            </w:pPr>
            <w:r w:rsidRPr="00314BAB">
              <w:rPr>
                <w:sz w:val="14"/>
                <w:szCs w:val="14"/>
              </w:rPr>
              <w:t>False</w:t>
            </w:r>
          </w:p>
        </w:tc>
      </w:tr>
      <w:tr w:rsidR="00923354" w:rsidRPr="00314BAB" w14:paraId="3F951703" w14:textId="77777777" w:rsidTr="00314BAB">
        <w:trPr>
          <w:cantSplit/>
          <w:jc w:val="center"/>
        </w:trPr>
        <w:tc>
          <w:tcPr>
            <w:tcW w:w="2376" w:type="dxa"/>
            <w:tcMar>
              <w:top w:w="55" w:type="dxa"/>
              <w:left w:w="75" w:type="dxa"/>
              <w:bottom w:w="55" w:type="dxa"/>
              <w:right w:w="75" w:type="dxa"/>
            </w:tcMar>
            <w:vAlign w:val="center"/>
          </w:tcPr>
          <w:p w14:paraId="61FC108C" w14:textId="77777777" w:rsidR="00923354" w:rsidRPr="00314BAB" w:rsidRDefault="00000000" w:rsidP="008628DB">
            <w:pPr>
              <w:spacing w:after="0" w:line="240" w:lineRule="auto"/>
              <w:jc w:val="center"/>
              <w:rPr>
                <w:sz w:val="14"/>
                <w:szCs w:val="14"/>
              </w:rPr>
            </w:pPr>
            <w:r w:rsidRPr="00314BAB">
              <w:rPr>
                <w:sz w:val="14"/>
                <w:szCs w:val="14"/>
              </w:rPr>
              <w:t>TNFAIP6</w:t>
            </w:r>
          </w:p>
        </w:tc>
        <w:tc>
          <w:tcPr>
            <w:tcW w:w="2376" w:type="dxa"/>
            <w:tcMar>
              <w:top w:w="55" w:type="dxa"/>
              <w:left w:w="75" w:type="dxa"/>
              <w:bottom w:w="55" w:type="dxa"/>
              <w:right w:w="75" w:type="dxa"/>
            </w:tcMar>
            <w:vAlign w:val="center"/>
          </w:tcPr>
          <w:p w14:paraId="1E13C79E"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77DDBC6E"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1092C578"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9AE49A8"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5E4CB3A8" w14:textId="77777777" w:rsidR="00923354" w:rsidRPr="00314BAB" w:rsidRDefault="00000000" w:rsidP="008628DB">
            <w:pPr>
              <w:spacing w:after="0" w:line="240" w:lineRule="auto"/>
              <w:jc w:val="center"/>
              <w:rPr>
                <w:sz w:val="14"/>
                <w:szCs w:val="14"/>
              </w:rPr>
            </w:pPr>
            <w:r w:rsidRPr="00314BAB">
              <w:rPr>
                <w:sz w:val="14"/>
                <w:szCs w:val="14"/>
              </w:rPr>
              <w:t>False</w:t>
            </w:r>
          </w:p>
        </w:tc>
      </w:tr>
      <w:tr w:rsidR="00923354" w:rsidRPr="00314BAB" w14:paraId="6AB0F435" w14:textId="77777777" w:rsidTr="00314BAB">
        <w:trPr>
          <w:cantSplit/>
          <w:jc w:val="center"/>
        </w:trPr>
        <w:tc>
          <w:tcPr>
            <w:tcW w:w="2376" w:type="dxa"/>
            <w:tcMar>
              <w:top w:w="55" w:type="dxa"/>
              <w:left w:w="75" w:type="dxa"/>
              <w:bottom w:w="55" w:type="dxa"/>
              <w:right w:w="75" w:type="dxa"/>
            </w:tcMar>
            <w:vAlign w:val="center"/>
          </w:tcPr>
          <w:p w14:paraId="55A0A5E8" w14:textId="77777777" w:rsidR="00923354" w:rsidRPr="00314BAB" w:rsidRDefault="00000000" w:rsidP="008628DB">
            <w:pPr>
              <w:spacing w:after="0" w:line="240" w:lineRule="auto"/>
              <w:jc w:val="center"/>
              <w:rPr>
                <w:sz w:val="14"/>
                <w:szCs w:val="14"/>
              </w:rPr>
            </w:pPr>
            <w:r w:rsidRPr="00314BAB">
              <w:rPr>
                <w:sz w:val="14"/>
                <w:szCs w:val="14"/>
              </w:rPr>
              <w:t>CSF1</w:t>
            </w:r>
          </w:p>
        </w:tc>
        <w:tc>
          <w:tcPr>
            <w:tcW w:w="2376" w:type="dxa"/>
            <w:tcMar>
              <w:top w:w="55" w:type="dxa"/>
              <w:left w:w="75" w:type="dxa"/>
              <w:bottom w:w="55" w:type="dxa"/>
              <w:right w:w="75" w:type="dxa"/>
            </w:tcMar>
            <w:vAlign w:val="center"/>
          </w:tcPr>
          <w:p w14:paraId="0F098AA1"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7C17F1B1"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3D9FFDC6"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3DD7731D"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0D6805BE"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1D17B672" w14:textId="77777777" w:rsidTr="00314BAB">
        <w:trPr>
          <w:cantSplit/>
          <w:jc w:val="center"/>
        </w:trPr>
        <w:tc>
          <w:tcPr>
            <w:tcW w:w="2376" w:type="dxa"/>
            <w:tcMar>
              <w:top w:w="55" w:type="dxa"/>
              <w:left w:w="75" w:type="dxa"/>
              <w:bottom w:w="55" w:type="dxa"/>
              <w:right w:w="75" w:type="dxa"/>
            </w:tcMar>
            <w:vAlign w:val="center"/>
          </w:tcPr>
          <w:p w14:paraId="21957936" w14:textId="77777777" w:rsidR="00923354" w:rsidRPr="00314BAB" w:rsidRDefault="00000000" w:rsidP="008628DB">
            <w:pPr>
              <w:spacing w:after="0" w:line="240" w:lineRule="auto"/>
              <w:jc w:val="center"/>
              <w:rPr>
                <w:sz w:val="14"/>
                <w:szCs w:val="14"/>
              </w:rPr>
            </w:pPr>
            <w:r w:rsidRPr="00314BAB">
              <w:rPr>
                <w:sz w:val="14"/>
                <w:szCs w:val="14"/>
              </w:rPr>
              <w:t>CCL5</w:t>
            </w:r>
          </w:p>
        </w:tc>
        <w:tc>
          <w:tcPr>
            <w:tcW w:w="2376" w:type="dxa"/>
            <w:tcMar>
              <w:top w:w="55" w:type="dxa"/>
              <w:left w:w="75" w:type="dxa"/>
              <w:bottom w:w="55" w:type="dxa"/>
              <w:right w:w="75" w:type="dxa"/>
            </w:tcMar>
            <w:vAlign w:val="center"/>
          </w:tcPr>
          <w:p w14:paraId="7E57CBEE"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093755F6"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2AE97272"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58D83C1B"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7A86B697" w14:textId="77777777" w:rsidR="00923354" w:rsidRPr="00314BAB" w:rsidRDefault="00000000" w:rsidP="008628DB">
            <w:pPr>
              <w:spacing w:after="0" w:line="240" w:lineRule="auto"/>
              <w:jc w:val="center"/>
              <w:rPr>
                <w:sz w:val="14"/>
                <w:szCs w:val="14"/>
              </w:rPr>
            </w:pPr>
            <w:r w:rsidRPr="00314BAB">
              <w:rPr>
                <w:sz w:val="14"/>
                <w:szCs w:val="14"/>
              </w:rPr>
              <w:t>False</w:t>
            </w:r>
          </w:p>
        </w:tc>
      </w:tr>
      <w:tr w:rsidR="00923354" w:rsidRPr="00314BAB" w14:paraId="05BEC8EB" w14:textId="77777777" w:rsidTr="00314BAB">
        <w:trPr>
          <w:cantSplit/>
          <w:jc w:val="center"/>
        </w:trPr>
        <w:tc>
          <w:tcPr>
            <w:tcW w:w="2376" w:type="dxa"/>
            <w:tcMar>
              <w:top w:w="55" w:type="dxa"/>
              <w:left w:w="75" w:type="dxa"/>
              <w:bottom w:w="55" w:type="dxa"/>
              <w:right w:w="75" w:type="dxa"/>
            </w:tcMar>
            <w:vAlign w:val="center"/>
          </w:tcPr>
          <w:p w14:paraId="31BEE2FF" w14:textId="77777777" w:rsidR="00923354" w:rsidRPr="00314BAB" w:rsidRDefault="00000000" w:rsidP="008628DB">
            <w:pPr>
              <w:spacing w:after="0" w:line="240" w:lineRule="auto"/>
              <w:jc w:val="center"/>
              <w:rPr>
                <w:sz w:val="14"/>
                <w:szCs w:val="14"/>
              </w:rPr>
            </w:pPr>
            <w:r w:rsidRPr="00314BAB">
              <w:rPr>
                <w:sz w:val="14"/>
                <w:szCs w:val="14"/>
              </w:rPr>
              <w:t>CCL2</w:t>
            </w:r>
          </w:p>
        </w:tc>
        <w:tc>
          <w:tcPr>
            <w:tcW w:w="2376" w:type="dxa"/>
            <w:tcMar>
              <w:top w:w="55" w:type="dxa"/>
              <w:left w:w="75" w:type="dxa"/>
              <w:bottom w:w="55" w:type="dxa"/>
              <w:right w:w="75" w:type="dxa"/>
            </w:tcMar>
            <w:vAlign w:val="center"/>
          </w:tcPr>
          <w:p w14:paraId="0317113B"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26FCA794"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45B59383"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1E8E2A7"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3E4C073F" w14:textId="77777777" w:rsidR="00923354" w:rsidRPr="00314BAB" w:rsidRDefault="00000000" w:rsidP="008628DB">
            <w:pPr>
              <w:spacing w:after="0" w:line="240" w:lineRule="auto"/>
              <w:jc w:val="center"/>
              <w:rPr>
                <w:sz w:val="14"/>
                <w:szCs w:val="14"/>
              </w:rPr>
            </w:pPr>
            <w:r w:rsidRPr="00314BAB">
              <w:rPr>
                <w:sz w:val="14"/>
                <w:szCs w:val="14"/>
              </w:rPr>
              <w:t>False</w:t>
            </w:r>
          </w:p>
        </w:tc>
      </w:tr>
      <w:tr w:rsidR="00923354" w:rsidRPr="00314BAB" w14:paraId="2E97C823" w14:textId="77777777" w:rsidTr="00314BAB">
        <w:trPr>
          <w:cantSplit/>
          <w:jc w:val="center"/>
        </w:trPr>
        <w:tc>
          <w:tcPr>
            <w:tcW w:w="2376" w:type="dxa"/>
            <w:tcMar>
              <w:top w:w="55" w:type="dxa"/>
              <w:left w:w="75" w:type="dxa"/>
              <w:bottom w:w="55" w:type="dxa"/>
              <w:right w:w="75" w:type="dxa"/>
            </w:tcMar>
            <w:vAlign w:val="center"/>
          </w:tcPr>
          <w:p w14:paraId="032E885C" w14:textId="77777777" w:rsidR="00923354" w:rsidRPr="00314BAB" w:rsidRDefault="00000000" w:rsidP="008628DB">
            <w:pPr>
              <w:spacing w:after="0" w:line="240" w:lineRule="auto"/>
              <w:jc w:val="center"/>
              <w:rPr>
                <w:sz w:val="14"/>
                <w:szCs w:val="14"/>
              </w:rPr>
            </w:pPr>
            <w:r w:rsidRPr="00314BAB">
              <w:rPr>
                <w:sz w:val="14"/>
                <w:szCs w:val="14"/>
              </w:rPr>
              <w:t>GADD45B</w:t>
            </w:r>
          </w:p>
        </w:tc>
        <w:tc>
          <w:tcPr>
            <w:tcW w:w="2376" w:type="dxa"/>
            <w:tcMar>
              <w:top w:w="55" w:type="dxa"/>
              <w:left w:w="75" w:type="dxa"/>
              <w:bottom w:w="55" w:type="dxa"/>
              <w:right w:w="75" w:type="dxa"/>
            </w:tcMar>
            <w:vAlign w:val="center"/>
          </w:tcPr>
          <w:p w14:paraId="2B31F29C"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36352590"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2FEEDC75"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798C317E"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1253A96F"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6B6DFF88" w14:textId="77777777" w:rsidTr="00314BAB">
        <w:trPr>
          <w:cantSplit/>
          <w:jc w:val="center"/>
        </w:trPr>
        <w:tc>
          <w:tcPr>
            <w:tcW w:w="2376" w:type="dxa"/>
            <w:tcMar>
              <w:top w:w="55" w:type="dxa"/>
              <w:left w:w="75" w:type="dxa"/>
              <w:bottom w:w="55" w:type="dxa"/>
              <w:right w:w="75" w:type="dxa"/>
            </w:tcMar>
            <w:vAlign w:val="center"/>
          </w:tcPr>
          <w:p w14:paraId="0FE5C521" w14:textId="77777777" w:rsidR="00923354" w:rsidRPr="00314BAB" w:rsidRDefault="00000000" w:rsidP="008628DB">
            <w:pPr>
              <w:spacing w:after="0" w:line="240" w:lineRule="auto"/>
              <w:jc w:val="center"/>
              <w:rPr>
                <w:sz w:val="14"/>
                <w:szCs w:val="14"/>
              </w:rPr>
            </w:pPr>
            <w:r w:rsidRPr="00314BAB">
              <w:rPr>
                <w:sz w:val="14"/>
                <w:szCs w:val="14"/>
              </w:rPr>
              <w:t>TNC</w:t>
            </w:r>
          </w:p>
        </w:tc>
        <w:tc>
          <w:tcPr>
            <w:tcW w:w="2376" w:type="dxa"/>
            <w:tcMar>
              <w:top w:w="55" w:type="dxa"/>
              <w:left w:w="75" w:type="dxa"/>
              <w:bottom w:w="55" w:type="dxa"/>
              <w:right w:w="75" w:type="dxa"/>
            </w:tcMar>
            <w:vAlign w:val="center"/>
          </w:tcPr>
          <w:p w14:paraId="7CC8315E"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271ACDB3"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4A520ABE"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4872F623"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7D5971C1" w14:textId="77777777" w:rsidR="00923354" w:rsidRPr="00314BAB" w:rsidRDefault="00000000" w:rsidP="008628DB">
            <w:pPr>
              <w:spacing w:after="0" w:line="240" w:lineRule="auto"/>
              <w:jc w:val="center"/>
              <w:rPr>
                <w:sz w:val="14"/>
                <w:szCs w:val="14"/>
              </w:rPr>
            </w:pPr>
            <w:r w:rsidRPr="00314BAB">
              <w:rPr>
                <w:sz w:val="14"/>
                <w:szCs w:val="14"/>
              </w:rPr>
              <w:t>False</w:t>
            </w:r>
          </w:p>
        </w:tc>
      </w:tr>
      <w:tr w:rsidR="00923354" w:rsidRPr="00314BAB" w14:paraId="6081CAF1" w14:textId="77777777" w:rsidTr="00314BAB">
        <w:trPr>
          <w:cantSplit/>
          <w:jc w:val="center"/>
        </w:trPr>
        <w:tc>
          <w:tcPr>
            <w:tcW w:w="2376" w:type="dxa"/>
            <w:tcMar>
              <w:top w:w="55" w:type="dxa"/>
              <w:left w:w="75" w:type="dxa"/>
              <w:bottom w:w="55" w:type="dxa"/>
              <w:right w:w="75" w:type="dxa"/>
            </w:tcMar>
            <w:vAlign w:val="center"/>
          </w:tcPr>
          <w:p w14:paraId="75F0FF5C" w14:textId="77777777" w:rsidR="00923354" w:rsidRPr="00314BAB" w:rsidRDefault="00000000" w:rsidP="008628DB">
            <w:pPr>
              <w:spacing w:after="0" w:line="240" w:lineRule="auto"/>
              <w:jc w:val="center"/>
              <w:rPr>
                <w:sz w:val="14"/>
                <w:szCs w:val="14"/>
              </w:rPr>
            </w:pPr>
            <w:r w:rsidRPr="00314BAB">
              <w:rPr>
                <w:sz w:val="14"/>
                <w:szCs w:val="14"/>
              </w:rPr>
              <w:t>FPR1</w:t>
            </w:r>
          </w:p>
        </w:tc>
        <w:tc>
          <w:tcPr>
            <w:tcW w:w="2376" w:type="dxa"/>
            <w:tcMar>
              <w:top w:w="55" w:type="dxa"/>
              <w:left w:w="75" w:type="dxa"/>
              <w:bottom w:w="55" w:type="dxa"/>
              <w:right w:w="75" w:type="dxa"/>
            </w:tcMar>
            <w:vAlign w:val="center"/>
          </w:tcPr>
          <w:p w14:paraId="39816F79"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359E42F5"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137B8E38"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060BAC53"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08DEA58D"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6201C213" w14:textId="77777777" w:rsidTr="00314BAB">
        <w:trPr>
          <w:cantSplit/>
          <w:jc w:val="center"/>
        </w:trPr>
        <w:tc>
          <w:tcPr>
            <w:tcW w:w="2376" w:type="dxa"/>
            <w:tcMar>
              <w:top w:w="55" w:type="dxa"/>
              <w:left w:w="75" w:type="dxa"/>
              <w:bottom w:w="55" w:type="dxa"/>
              <w:right w:w="75" w:type="dxa"/>
            </w:tcMar>
            <w:vAlign w:val="center"/>
          </w:tcPr>
          <w:p w14:paraId="6E536CA5" w14:textId="77777777" w:rsidR="00923354" w:rsidRPr="00314BAB" w:rsidRDefault="00000000" w:rsidP="008628DB">
            <w:pPr>
              <w:spacing w:after="0" w:line="240" w:lineRule="auto"/>
              <w:jc w:val="center"/>
              <w:rPr>
                <w:sz w:val="14"/>
                <w:szCs w:val="14"/>
              </w:rPr>
            </w:pPr>
            <w:r w:rsidRPr="00314BAB">
              <w:rPr>
                <w:sz w:val="14"/>
                <w:szCs w:val="14"/>
              </w:rPr>
              <w:t>ICOSLG</w:t>
            </w:r>
          </w:p>
        </w:tc>
        <w:tc>
          <w:tcPr>
            <w:tcW w:w="2376" w:type="dxa"/>
            <w:tcMar>
              <w:top w:w="55" w:type="dxa"/>
              <w:left w:w="75" w:type="dxa"/>
              <w:bottom w:w="55" w:type="dxa"/>
              <w:right w:w="75" w:type="dxa"/>
            </w:tcMar>
            <w:vAlign w:val="center"/>
          </w:tcPr>
          <w:p w14:paraId="117BE1C4"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5890DE5D"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48AF7E89"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0F962510"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0E18A1BF"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5A17FB0D" w14:textId="77777777" w:rsidTr="00314BAB">
        <w:trPr>
          <w:cantSplit/>
          <w:jc w:val="center"/>
        </w:trPr>
        <w:tc>
          <w:tcPr>
            <w:tcW w:w="2376" w:type="dxa"/>
            <w:tcMar>
              <w:top w:w="55" w:type="dxa"/>
              <w:left w:w="75" w:type="dxa"/>
              <w:bottom w:w="55" w:type="dxa"/>
              <w:right w:w="75" w:type="dxa"/>
            </w:tcMar>
            <w:vAlign w:val="center"/>
          </w:tcPr>
          <w:p w14:paraId="787F3AC0" w14:textId="77777777" w:rsidR="00923354" w:rsidRPr="00314BAB" w:rsidRDefault="00000000" w:rsidP="008628DB">
            <w:pPr>
              <w:spacing w:after="0" w:line="240" w:lineRule="auto"/>
              <w:jc w:val="center"/>
              <w:rPr>
                <w:sz w:val="14"/>
                <w:szCs w:val="14"/>
              </w:rPr>
            </w:pPr>
            <w:r w:rsidRPr="00314BAB">
              <w:rPr>
                <w:sz w:val="14"/>
                <w:szCs w:val="14"/>
              </w:rPr>
              <w:t>PIK3R5</w:t>
            </w:r>
          </w:p>
        </w:tc>
        <w:tc>
          <w:tcPr>
            <w:tcW w:w="2376" w:type="dxa"/>
            <w:tcMar>
              <w:top w:w="55" w:type="dxa"/>
              <w:left w:w="75" w:type="dxa"/>
              <w:bottom w:w="55" w:type="dxa"/>
              <w:right w:w="75" w:type="dxa"/>
            </w:tcMar>
            <w:vAlign w:val="center"/>
          </w:tcPr>
          <w:p w14:paraId="43FDCE83"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7AE84DAE"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3CF90119"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37AC03B5"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5D17189C"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4B388063" w14:textId="77777777" w:rsidTr="00314BAB">
        <w:trPr>
          <w:cantSplit/>
          <w:jc w:val="center"/>
        </w:trPr>
        <w:tc>
          <w:tcPr>
            <w:tcW w:w="2376" w:type="dxa"/>
            <w:tcMar>
              <w:top w:w="55" w:type="dxa"/>
              <w:left w:w="75" w:type="dxa"/>
              <w:bottom w:w="55" w:type="dxa"/>
              <w:right w:w="75" w:type="dxa"/>
            </w:tcMar>
            <w:vAlign w:val="center"/>
          </w:tcPr>
          <w:p w14:paraId="65070E84" w14:textId="77777777" w:rsidR="00923354" w:rsidRPr="00314BAB" w:rsidRDefault="00000000" w:rsidP="008628DB">
            <w:pPr>
              <w:spacing w:after="0" w:line="240" w:lineRule="auto"/>
              <w:jc w:val="center"/>
              <w:rPr>
                <w:sz w:val="14"/>
                <w:szCs w:val="14"/>
              </w:rPr>
            </w:pPr>
            <w:r w:rsidRPr="00314BAB">
              <w:rPr>
                <w:sz w:val="14"/>
                <w:szCs w:val="14"/>
              </w:rPr>
              <w:t>AREG</w:t>
            </w:r>
          </w:p>
        </w:tc>
        <w:tc>
          <w:tcPr>
            <w:tcW w:w="2376" w:type="dxa"/>
            <w:tcMar>
              <w:top w:w="55" w:type="dxa"/>
              <w:left w:w="75" w:type="dxa"/>
              <w:bottom w:w="55" w:type="dxa"/>
              <w:right w:w="75" w:type="dxa"/>
            </w:tcMar>
            <w:vAlign w:val="center"/>
          </w:tcPr>
          <w:p w14:paraId="5AC4D443"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4C100746"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1DF3E8B7"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3133779E"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1E80B8A6"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7CAD5E88" w14:textId="77777777" w:rsidTr="00314BAB">
        <w:trPr>
          <w:cantSplit/>
          <w:jc w:val="center"/>
        </w:trPr>
        <w:tc>
          <w:tcPr>
            <w:tcW w:w="2376" w:type="dxa"/>
            <w:tcMar>
              <w:top w:w="55" w:type="dxa"/>
              <w:left w:w="75" w:type="dxa"/>
              <w:bottom w:w="55" w:type="dxa"/>
              <w:right w:w="75" w:type="dxa"/>
            </w:tcMar>
            <w:vAlign w:val="center"/>
          </w:tcPr>
          <w:p w14:paraId="51A225C3" w14:textId="77777777" w:rsidR="00923354" w:rsidRPr="00314BAB" w:rsidRDefault="00000000" w:rsidP="008628DB">
            <w:pPr>
              <w:spacing w:after="0" w:line="240" w:lineRule="auto"/>
              <w:jc w:val="center"/>
              <w:rPr>
                <w:sz w:val="14"/>
                <w:szCs w:val="14"/>
              </w:rPr>
            </w:pPr>
            <w:r w:rsidRPr="00314BAB">
              <w:rPr>
                <w:sz w:val="14"/>
                <w:szCs w:val="14"/>
              </w:rPr>
              <w:t>TAP1</w:t>
            </w:r>
          </w:p>
        </w:tc>
        <w:tc>
          <w:tcPr>
            <w:tcW w:w="2376" w:type="dxa"/>
            <w:tcMar>
              <w:top w:w="55" w:type="dxa"/>
              <w:left w:w="75" w:type="dxa"/>
              <w:bottom w:w="55" w:type="dxa"/>
              <w:right w:w="75" w:type="dxa"/>
            </w:tcMar>
            <w:vAlign w:val="center"/>
          </w:tcPr>
          <w:p w14:paraId="548F94D6"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234DBE45"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78891F73"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3F887C6F"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721A7953"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70C45DC6" w14:textId="77777777" w:rsidTr="00314BAB">
        <w:trPr>
          <w:cantSplit/>
          <w:jc w:val="center"/>
        </w:trPr>
        <w:tc>
          <w:tcPr>
            <w:tcW w:w="2376" w:type="dxa"/>
            <w:tcMar>
              <w:top w:w="55" w:type="dxa"/>
              <w:left w:w="75" w:type="dxa"/>
              <w:bottom w:w="55" w:type="dxa"/>
              <w:right w:w="75" w:type="dxa"/>
            </w:tcMar>
            <w:vAlign w:val="center"/>
          </w:tcPr>
          <w:p w14:paraId="22109180" w14:textId="77777777" w:rsidR="00923354" w:rsidRPr="00314BAB" w:rsidRDefault="00000000" w:rsidP="008628DB">
            <w:pPr>
              <w:spacing w:after="0" w:line="240" w:lineRule="auto"/>
              <w:jc w:val="center"/>
              <w:rPr>
                <w:sz w:val="14"/>
                <w:szCs w:val="14"/>
              </w:rPr>
            </w:pPr>
            <w:r w:rsidRPr="00314BAB">
              <w:rPr>
                <w:sz w:val="14"/>
                <w:szCs w:val="14"/>
              </w:rPr>
              <w:t>ITGA5</w:t>
            </w:r>
          </w:p>
        </w:tc>
        <w:tc>
          <w:tcPr>
            <w:tcW w:w="2376" w:type="dxa"/>
            <w:tcMar>
              <w:top w:w="55" w:type="dxa"/>
              <w:left w:w="75" w:type="dxa"/>
              <w:bottom w:w="55" w:type="dxa"/>
              <w:right w:w="75" w:type="dxa"/>
            </w:tcMar>
            <w:vAlign w:val="center"/>
          </w:tcPr>
          <w:p w14:paraId="70AAAC58"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5EA2ABCB"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21A5864E"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661E25F7"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2DA36772"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39F30FEC" w14:textId="77777777" w:rsidTr="00314BAB">
        <w:trPr>
          <w:cantSplit/>
          <w:jc w:val="center"/>
        </w:trPr>
        <w:tc>
          <w:tcPr>
            <w:tcW w:w="2376" w:type="dxa"/>
            <w:tcMar>
              <w:top w:w="55" w:type="dxa"/>
              <w:left w:w="75" w:type="dxa"/>
              <w:bottom w:w="55" w:type="dxa"/>
              <w:right w:w="75" w:type="dxa"/>
            </w:tcMar>
            <w:vAlign w:val="center"/>
          </w:tcPr>
          <w:p w14:paraId="384E5B35" w14:textId="77777777" w:rsidR="00923354" w:rsidRPr="00314BAB" w:rsidRDefault="00000000" w:rsidP="008628DB">
            <w:pPr>
              <w:spacing w:after="0" w:line="240" w:lineRule="auto"/>
              <w:jc w:val="center"/>
              <w:rPr>
                <w:sz w:val="14"/>
                <w:szCs w:val="14"/>
              </w:rPr>
            </w:pPr>
            <w:r w:rsidRPr="00314BAB">
              <w:rPr>
                <w:sz w:val="14"/>
                <w:szCs w:val="14"/>
              </w:rPr>
              <w:t>F3</w:t>
            </w:r>
          </w:p>
        </w:tc>
        <w:tc>
          <w:tcPr>
            <w:tcW w:w="2376" w:type="dxa"/>
            <w:tcMar>
              <w:top w:w="55" w:type="dxa"/>
              <w:left w:w="75" w:type="dxa"/>
              <w:bottom w:w="55" w:type="dxa"/>
              <w:right w:w="75" w:type="dxa"/>
            </w:tcMar>
            <w:vAlign w:val="center"/>
          </w:tcPr>
          <w:p w14:paraId="310DD7D9"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Mar>
              <w:top w:w="55" w:type="dxa"/>
              <w:left w:w="75" w:type="dxa"/>
              <w:bottom w:w="55" w:type="dxa"/>
              <w:right w:w="75" w:type="dxa"/>
            </w:tcMar>
            <w:vAlign w:val="center"/>
          </w:tcPr>
          <w:p w14:paraId="7B1E6044"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576018FF"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1CABD810"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078CA719"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725BCB34" w14:textId="77777777" w:rsidTr="00314BAB">
        <w:trPr>
          <w:cantSplit/>
          <w:jc w:val="center"/>
        </w:trPr>
        <w:tc>
          <w:tcPr>
            <w:tcW w:w="2376" w:type="dxa"/>
            <w:tcMar>
              <w:top w:w="55" w:type="dxa"/>
              <w:left w:w="75" w:type="dxa"/>
              <w:bottom w:w="55" w:type="dxa"/>
              <w:right w:w="75" w:type="dxa"/>
            </w:tcMar>
            <w:vAlign w:val="center"/>
          </w:tcPr>
          <w:p w14:paraId="3CB6A029" w14:textId="77777777" w:rsidR="00923354" w:rsidRPr="00314BAB" w:rsidRDefault="00000000" w:rsidP="008628DB">
            <w:pPr>
              <w:spacing w:after="0" w:line="240" w:lineRule="auto"/>
              <w:jc w:val="center"/>
              <w:rPr>
                <w:sz w:val="14"/>
                <w:szCs w:val="14"/>
              </w:rPr>
            </w:pPr>
            <w:r w:rsidRPr="00314BAB">
              <w:rPr>
                <w:sz w:val="14"/>
                <w:szCs w:val="14"/>
              </w:rPr>
              <w:t>CSF2RB</w:t>
            </w:r>
          </w:p>
        </w:tc>
        <w:tc>
          <w:tcPr>
            <w:tcW w:w="2376" w:type="dxa"/>
            <w:tcMar>
              <w:top w:w="55" w:type="dxa"/>
              <w:left w:w="75" w:type="dxa"/>
              <w:bottom w:w="55" w:type="dxa"/>
              <w:right w:w="75" w:type="dxa"/>
            </w:tcMar>
            <w:vAlign w:val="center"/>
          </w:tcPr>
          <w:p w14:paraId="452B0D0D"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1FA0827E"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Mar>
              <w:top w:w="55" w:type="dxa"/>
              <w:left w:w="75" w:type="dxa"/>
              <w:bottom w:w="55" w:type="dxa"/>
              <w:right w:w="75" w:type="dxa"/>
            </w:tcMar>
            <w:vAlign w:val="center"/>
          </w:tcPr>
          <w:p w14:paraId="6BBADC49"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Mar>
              <w:top w:w="55" w:type="dxa"/>
              <w:left w:w="75" w:type="dxa"/>
              <w:bottom w:w="55" w:type="dxa"/>
              <w:right w:w="75" w:type="dxa"/>
            </w:tcMar>
            <w:vAlign w:val="center"/>
          </w:tcPr>
          <w:p w14:paraId="7AA1C56A"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2B1F7F1A"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1CF23828" w14:textId="77777777" w:rsidTr="00314BAB">
        <w:trPr>
          <w:cantSplit/>
          <w:jc w:val="center"/>
        </w:trPr>
        <w:tc>
          <w:tcPr>
            <w:tcW w:w="2376" w:type="dxa"/>
            <w:tcMar>
              <w:top w:w="55" w:type="dxa"/>
              <w:left w:w="75" w:type="dxa"/>
              <w:bottom w:w="55" w:type="dxa"/>
              <w:right w:w="75" w:type="dxa"/>
            </w:tcMar>
            <w:vAlign w:val="center"/>
          </w:tcPr>
          <w:p w14:paraId="468F8406" w14:textId="77777777" w:rsidR="00923354" w:rsidRPr="00314BAB" w:rsidRDefault="00000000" w:rsidP="008628DB">
            <w:pPr>
              <w:spacing w:after="0" w:line="240" w:lineRule="auto"/>
              <w:jc w:val="center"/>
              <w:rPr>
                <w:sz w:val="14"/>
                <w:szCs w:val="14"/>
              </w:rPr>
            </w:pPr>
            <w:r w:rsidRPr="00314BAB">
              <w:rPr>
                <w:sz w:val="14"/>
                <w:szCs w:val="14"/>
              </w:rPr>
              <w:t>TNFRSF1B</w:t>
            </w:r>
          </w:p>
        </w:tc>
        <w:tc>
          <w:tcPr>
            <w:tcW w:w="2376" w:type="dxa"/>
            <w:tcMar>
              <w:top w:w="55" w:type="dxa"/>
              <w:left w:w="75" w:type="dxa"/>
              <w:bottom w:w="55" w:type="dxa"/>
              <w:right w:w="75" w:type="dxa"/>
            </w:tcMar>
            <w:vAlign w:val="center"/>
          </w:tcPr>
          <w:p w14:paraId="0AC8B6DF"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511C3093" w14:textId="77777777" w:rsidR="00923354" w:rsidRPr="00314BAB" w:rsidRDefault="00000000" w:rsidP="008628DB">
            <w:pPr>
              <w:spacing w:after="0" w:line="240" w:lineRule="auto"/>
              <w:jc w:val="center"/>
              <w:rPr>
                <w:sz w:val="14"/>
                <w:szCs w:val="14"/>
              </w:rPr>
            </w:pPr>
            <w:r w:rsidRPr="00314BAB">
              <w:rPr>
                <w:sz w:val="14"/>
                <w:szCs w:val="14"/>
              </w:rPr>
              <w:t>False</w:t>
            </w:r>
          </w:p>
        </w:tc>
        <w:tc>
          <w:tcPr>
            <w:tcW w:w="2086" w:type="dxa"/>
            <w:tcMar>
              <w:top w:w="55" w:type="dxa"/>
              <w:left w:w="75" w:type="dxa"/>
              <w:bottom w:w="55" w:type="dxa"/>
              <w:right w:w="75" w:type="dxa"/>
            </w:tcMar>
            <w:vAlign w:val="center"/>
          </w:tcPr>
          <w:p w14:paraId="41804DA5" w14:textId="77777777" w:rsidR="00923354" w:rsidRPr="00314BAB" w:rsidRDefault="00000000" w:rsidP="008628DB">
            <w:pPr>
              <w:spacing w:after="0" w:line="240" w:lineRule="auto"/>
              <w:jc w:val="center"/>
              <w:rPr>
                <w:sz w:val="14"/>
                <w:szCs w:val="14"/>
              </w:rPr>
            </w:pPr>
            <w:r w:rsidRPr="00314BAB">
              <w:rPr>
                <w:sz w:val="14"/>
                <w:szCs w:val="14"/>
              </w:rPr>
              <w:t>True</w:t>
            </w:r>
          </w:p>
        </w:tc>
        <w:tc>
          <w:tcPr>
            <w:tcW w:w="2666" w:type="dxa"/>
            <w:tcMar>
              <w:top w:w="55" w:type="dxa"/>
              <w:left w:w="75" w:type="dxa"/>
              <w:bottom w:w="55" w:type="dxa"/>
              <w:right w:w="75" w:type="dxa"/>
            </w:tcMar>
            <w:vAlign w:val="center"/>
          </w:tcPr>
          <w:p w14:paraId="722F8F66"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Mar>
              <w:top w:w="55" w:type="dxa"/>
              <w:left w:w="75" w:type="dxa"/>
              <w:bottom w:w="55" w:type="dxa"/>
              <w:right w:w="75" w:type="dxa"/>
            </w:tcMar>
            <w:vAlign w:val="center"/>
          </w:tcPr>
          <w:p w14:paraId="259D41CE" w14:textId="77777777" w:rsidR="00923354" w:rsidRPr="00314BAB" w:rsidRDefault="00000000" w:rsidP="008628DB">
            <w:pPr>
              <w:spacing w:after="0" w:line="240" w:lineRule="auto"/>
              <w:jc w:val="center"/>
              <w:rPr>
                <w:sz w:val="14"/>
                <w:szCs w:val="14"/>
              </w:rPr>
            </w:pPr>
            <w:r w:rsidRPr="00314BAB">
              <w:rPr>
                <w:sz w:val="14"/>
                <w:szCs w:val="14"/>
              </w:rPr>
              <w:t>True</w:t>
            </w:r>
          </w:p>
        </w:tc>
      </w:tr>
      <w:tr w:rsidR="00923354" w:rsidRPr="00314BAB" w14:paraId="07A173E6" w14:textId="77777777" w:rsidTr="00314BAB">
        <w:trPr>
          <w:cantSplit/>
          <w:jc w:val="center"/>
        </w:trPr>
        <w:tc>
          <w:tcPr>
            <w:tcW w:w="2376" w:type="dxa"/>
            <w:tcBorders>
              <w:bottom w:val="single" w:sz="4" w:space="0" w:color="auto"/>
            </w:tcBorders>
            <w:tcMar>
              <w:top w:w="55" w:type="dxa"/>
              <w:left w:w="75" w:type="dxa"/>
              <w:bottom w:w="55" w:type="dxa"/>
              <w:right w:w="75" w:type="dxa"/>
            </w:tcMar>
            <w:vAlign w:val="center"/>
          </w:tcPr>
          <w:p w14:paraId="1361127A" w14:textId="77777777" w:rsidR="00923354" w:rsidRPr="00314BAB" w:rsidRDefault="00000000" w:rsidP="008628DB">
            <w:pPr>
              <w:spacing w:after="0" w:line="240" w:lineRule="auto"/>
              <w:jc w:val="center"/>
              <w:rPr>
                <w:sz w:val="14"/>
                <w:szCs w:val="14"/>
              </w:rPr>
            </w:pPr>
            <w:r w:rsidRPr="00314BAB">
              <w:rPr>
                <w:sz w:val="14"/>
                <w:szCs w:val="14"/>
              </w:rPr>
              <w:t>VCAM1</w:t>
            </w:r>
          </w:p>
        </w:tc>
        <w:tc>
          <w:tcPr>
            <w:tcW w:w="2376" w:type="dxa"/>
            <w:tcBorders>
              <w:bottom w:val="single" w:sz="4" w:space="0" w:color="auto"/>
            </w:tcBorders>
            <w:tcMar>
              <w:top w:w="55" w:type="dxa"/>
              <w:left w:w="75" w:type="dxa"/>
              <w:bottom w:w="55" w:type="dxa"/>
              <w:right w:w="75" w:type="dxa"/>
            </w:tcMar>
            <w:vAlign w:val="center"/>
          </w:tcPr>
          <w:p w14:paraId="0E0E91CA" w14:textId="77777777" w:rsidR="00923354" w:rsidRPr="00314BAB" w:rsidRDefault="00000000" w:rsidP="008628DB">
            <w:pPr>
              <w:spacing w:after="0" w:line="240" w:lineRule="auto"/>
              <w:jc w:val="center"/>
              <w:rPr>
                <w:sz w:val="14"/>
                <w:szCs w:val="14"/>
              </w:rPr>
            </w:pPr>
            <w:r w:rsidRPr="00314BAB">
              <w:rPr>
                <w:sz w:val="14"/>
                <w:szCs w:val="14"/>
              </w:rPr>
              <w:t>False</w:t>
            </w:r>
          </w:p>
        </w:tc>
        <w:tc>
          <w:tcPr>
            <w:tcW w:w="2376" w:type="dxa"/>
            <w:tcBorders>
              <w:bottom w:val="single" w:sz="4" w:space="0" w:color="auto"/>
            </w:tcBorders>
            <w:tcMar>
              <w:top w:w="55" w:type="dxa"/>
              <w:left w:w="75" w:type="dxa"/>
              <w:bottom w:w="55" w:type="dxa"/>
              <w:right w:w="75" w:type="dxa"/>
            </w:tcMar>
            <w:vAlign w:val="center"/>
          </w:tcPr>
          <w:p w14:paraId="5FFBA016" w14:textId="77777777" w:rsidR="00923354" w:rsidRPr="00314BAB" w:rsidRDefault="00000000" w:rsidP="008628DB">
            <w:pPr>
              <w:spacing w:after="0" w:line="240" w:lineRule="auto"/>
              <w:jc w:val="center"/>
              <w:rPr>
                <w:sz w:val="14"/>
                <w:szCs w:val="14"/>
              </w:rPr>
            </w:pPr>
            <w:r w:rsidRPr="00314BAB">
              <w:rPr>
                <w:sz w:val="14"/>
                <w:szCs w:val="14"/>
              </w:rPr>
              <w:t>True</w:t>
            </w:r>
          </w:p>
        </w:tc>
        <w:tc>
          <w:tcPr>
            <w:tcW w:w="2086" w:type="dxa"/>
            <w:tcBorders>
              <w:bottom w:val="single" w:sz="4" w:space="0" w:color="auto"/>
            </w:tcBorders>
            <w:tcMar>
              <w:top w:w="55" w:type="dxa"/>
              <w:left w:w="75" w:type="dxa"/>
              <w:bottom w:w="55" w:type="dxa"/>
              <w:right w:w="75" w:type="dxa"/>
            </w:tcMar>
            <w:vAlign w:val="center"/>
          </w:tcPr>
          <w:p w14:paraId="5339648D" w14:textId="77777777" w:rsidR="00923354" w:rsidRPr="00314BAB" w:rsidRDefault="00000000" w:rsidP="008628DB">
            <w:pPr>
              <w:spacing w:after="0" w:line="240" w:lineRule="auto"/>
              <w:jc w:val="center"/>
              <w:rPr>
                <w:sz w:val="14"/>
                <w:szCs w:val="14"/>
              </w:rPr>
            </w:pPr>
            <w:r w:rsidRPr="00314BAB">
              <w:rPr>
                <w:sz w:val="14"/>
                <w:szCs w:val="14"/>
              </w:rPr>
              <w:t>False</w:t>
            </w:r>
          </w:p>
        </w:tc>
        <w:tc>
          <w:tcPr>
            <w:tcW w:w="2666" w:type="dxa"/>
            <w:tcBorders>
              <w:bottom w:val="single" w:sz="4" w:space="0" w:color="auto"/>
            </w:tcBorders>
            <w:tcMar>
              <w:top w:w="55" w:type="dxa"/>
              <w:left w:w="75" w:type="dxa"/>
              <w:bottom w:w="55" w:type="dxa"/>
              <w:right w:w="75" w:type="dxa"/>
            </w:tcMar>
            <w:vAlign w:val="center"/>
          </w:tcPr>
          <w:p w14:paraId="5BD35907" w14:textId="77777777" w:rsidR="00923354" w:rsidRPr="00314BAB" w:rsidRDefault="00000000" w:rsidP="008628DB">
            <w:pPr>
              <w:spacing w:after="0" w:line="240" w:lineRule="auto"/>
              <w:jc w:val="center"/>
              <w:rPr>
                <w:sz w:val="14"/>
                <w:szCs w:val="14"/>
              </w:rPr>
            </w:pPr>
            <w:r w:rsidRPr="00314BAB">
              <w:rPr>
                <w:sz w:val="14"/>
                <w:szCs w:val="14"/>
              </w:rPr>
              <w:t>True</w:t>
            </w:r>
          </w:p>
        </w:tc>
        <w:tc>
          <w:tcPr>
            <w:tcW w:w="2376" w:type="dxa"/>
            <w:tcBorders>
              <w:bottom w:val="single" w:sz="4" w:space="0" w:color="auto"/>
            </w:tcBorders>
            <w:tcMar>
              <w:top w:w="55" w:type="dxa"/>
              <w:left w:w="75" w:type="dxa"/>
              <w:bottom w:w="55" w:type="dxa"/>
              <w:right w:w="75" w:type="dxa"/>
            </w:tcMar>
            <w:vAlign w:val="center"/>
          </w:tcPr>
          <w:p w14:paraId="560B3948" w14:textId="77777777" w:rsidR="00923354" w:rsidRPr="00314BAB" w:rsidRDefault="00000000" w:rsidP="008628DB">
            <w:pPr>
              <w:spacing w:after="0" w:line="240" w:lineRule="auto"/>
              <w:jc w:val="center"/>
              <w:rPr>
                <w:sz w:val="14"/>
                <w:szCs w:val="14"/>
              </w:rPr>
            </w:pPr>
            <w:r w:rsidRPr="00314BAB">
              <w:rPr>
                <w:sz w:val="14"/>
                <w:szCs w:val="14"/>
              </w:rPr>
              <w:t>True</w:t>
            </w:r>
          </w:p>
        </w:tc>
      </w:tr>
    </w:tbl>
    <w:p w14:paraId="57E7F1E1" w14:textId="77777777" w:rsidR="00923354" w:rsidRDefault="00000000" w:rsidP="008628DB">
      <w:pPr>
        <w:jc w:val="center"/>
      </w:pPr>
      <w:r>
        <w:br w:type="page"/>
      </w:r>
    </w:p>
    <w:p w14:paraId="78372ED5" w14:textId="77777777" w:rsidR="00923354" w:rsidRPr="00314BAB" w:rsidRDefault="00000000" w:rsidP="00314BAB">
      <w:pPr>
        <w:pStyle w:val="1"/>
        <w:jc w:val="center"/>
        <w:rPr>
          <w:rFonts w:ascii="Times New Roman" w:eastAsiaTheme="minorEastAsia" w:hAnsi="Times New Roman" w:cs="Times New Roman"/>
          <w:color w:val="auto"/>
          <w:sz w:val="21"/>
          <w:szCs w:val="21"/>
        </w:rPr>
      </w:pPr>
      <w:r w:rsidRPr="00314BAB">
        <w:rPr>
          <w:rFonts w:ascii="Times New Roman" w:eastAsiaTheme="minorEastAsia" w:hAnsi="Times New Roman" w:cs="Times New Roman"/>
          <w:color w:val="auto"/>
          <w:sz w:val="21"/>
          <w:szCs w:val="21"/>
        </w:rPr>
        <w:lastRenderedPageBreak/>
        <w:t>Table S7. GSE169379 state scores and patient-paired attribution</w:t>
      </w:r>
    </w:p>
    <w:p w14:paraId="780CA95F" w14:textId="77777777" w:rsidR="00923354" w:rsidRPr="00314BAB" w:rsidRDefault="00000000" w:rsidP="00314BAB">
      <w:pPr>
        <w:rPr>
          <w:rFonts w:ascii="Times New Roman" w:hAnsi="Times New Roman" w:cs="Times New Roman"/>
          <w:b/>
          <w:bCs/>
          <w:sz w:val="21"/>
          <w:szCs w:val="21"/>
        </w:rPr>
      </w:pPr>
      <w:r w:rsidRPr="00314BAB">
        <w:rPr>
          <w:rFonts w:ascii="Times New Roman" w:hAnsi="Times New Roman" w:cs="Times New Roman"/>
          <w:b/>
          <w:bCs/>
          <w:sz w:val="21"/>
          <w:szCs w:val="21"/>
        </w:rPr>
        <w:t>S7a state core scores</w:t>
      </w:r>
    </w:p>
    <w:tbl>
      <w:tblPr>
        <w:tblW w:w="0" w:type="auto"/>
        <w:jc w:val="center"/>
        <w:tblLook w:val="04A0" w:firstRow="1" w:lastRow="0" w:firstColumn="1" w:lastColumn="0" w:noHBand="0" w:noVBand="1"/>
      </w:tblPr>
      <w:tblGrid>
        <w:gridCol w:w="2851"/>
        <w:gridCol w:w="2851"/>
        <w:gridCol w:w="2851"/>
        <w:gridCol w:w="2851"/>
        <w:gridCol w:w="2851"/>
      </w:tblGrid>
      <w:tr w:rsidR="00923354" w:rsidRPr="00314BAB" w14:paraId="70761695" w14:textId="77777777" w:rsidTr="00314BAB">
        <w:trPr>
          <w:cantSplit/>
          <w:jc w:val="center"/>
        </w:trPr>
        <w:tc>
          <w:tcPr>
            <w:tcW w:w="2851" w:type="dxa"/>
            <w:tcBorders>
              <w:top w:val="single" w:sz="4" w:space="0" w:color="auto"/>
              <w:bottom w:val="single" w:sz="4" w:space="0" w:color="auto"/>
            </w:tcBorders>
            <w:tcMar>
              <w:top w:w="55" w:type="dxa"/>
              <w:left w:w="75" w:type="dxa"/>
              <w:bottom w:w="55" w:type="dxa"/>
              <w:right w:w="75" w:type="dxa"/>
            </w:tcMar>
          </w:tcPr>
          <w:p w14:paraId="2ED35070" w14:textId="77777777" w:rsidR="00923354" w:rsidRPr="00314BAB" w:rsidRDefault="00000000" w:rsidP="00314BAB">
            <w:pPr>
              <w:snapToGrid w:val="0"/>
              <w:spacing w:after="0" w:line="300" w:lineRule="auto"/>
              <w:jc w:val="center"/>
              <w:rPr>
                <w:sz w:val="16"/>
                <w:szCs w:val="16"/>
              </w:rPr>
            </w:pPr>
            <w:r w:rsidRPr="00314BAB">
              <w:rPr>
                <w:b/>
                <w:sz w:val="16"/>
                <w:szCs w:val="16"/>
              </w:rPr>
              <w:t>state</w:t>
            </w:r>
          </w:p>
        </w:tc>
        <w:tc>
          <w:tcPr>
            <w:tcW w:w="2851" w:type="dxa"/>
            <w:tcBorders>
              <w:top w:val="single" w:sz="4" w:space="0" w:color="auto"/>
              <w:bottom w:val="single" w:sz="4" w:space="0" w:color="auto"/>
            </w:tcBorders>
            <w:tcMar>
              <w:top w:w="55" w:type="dxa"/>
              <w:left w:w="75" w:type="dxa"/>
              <w:bottom w:w="55" w:type="dxa"/>
              <w:right w:w="75" w:type="dxa"/>
            </w:tcMar>
          </w:tcPr>
          <w:p w14:paraId="7BC1AA5B" w14:textId="77777777" w:rsidR="00923354" w:rsidRPr="00314BAB" w:rsidRDefault="00000000" w:rsidP="00314BAB">
            <w:pPr>
              <w:snapToGrid w:val="0"/>
              <w:spacing w:after="0" w:line="300" w:lineRule="auto"/>
              <w:jc w:val="center"/>
              <w:rPr>
                <w:sz w:val="16"/>
                <w:szCs w:val="16"/>
              </w:rPr>
            </w:pPr>
            <w:r w:rsidRPr="00314BAB">
              <w:rPr>
                <w:b/>
                <w:sz w:val="16"/>
                <w:szCs w:val="16"/>
              </w:rPr>
              <w:t>patients</w:t>
            </w:r>
          </w:p>
        </w:tc>
        <w:tc>
          <w:tcPr>
            <w:tcW w:w="2851" w:type="dxa"/>
            <w:tcBorders>
              <w:top w:val="single" w:sz="4" w:space="0" w:color="auto"/>
              <w:bottom w:val="single" w:sz="4" w:space="0" w:color="auto"/>
            </w:tcBorders>
            <w:tcMar>
              <w:top w:w="55" w:type="dxa"/>
              <w:left w:w="75" w:type="dxa"/>
              <w:bottom w:w="55" w:type="dxa"/>
              <w:right w:w="75" w:type="dxa"/>
            </w:tcMar>
          </w:tcPr>
          <w:p w14:paraId="4FB164D0" w14:textId="77777777" w:rsidR="00923354" w:rsidRPr="00314BAB" w:rsidRDefault="00000000" w:rsidP="00314BAB">
            <w:pPr>
              <w:snapToGrid w:val="0"/>
              <w:spacing w:after="0" w:line="300" w:lineRule="auto"/>
              <w:jc w:val="center"/>
              <w:rPr>
                <w:sz w:val="16"/>
                <w:szCs w:val="16"/>
              </w:rPr>
            </w:pPr>
            <w:r w:rsidRPr="00314BAB">
              <w:rPr>
                <w:b/>
                <w:sz w:val="16"/>
                <w:szCs w:val="16"/>
              </w:rPr>
              <w:t>mean_score</w:t>
            </w:r>
          </w:p>
        </w:tc>
        <w:tc>
          <w:tcPr>
            <w:tcW w:w="2851" w:type="dxa"/>
            <w:tcBorders>
              <w:top w:val="single" w:sz="4" w:space="0" w:color="auto"/>
              <w:bottom w:val="single" w:sz="4" w:space="0" w:color="auto"/>
            </w:tcBorders>
            <w:tcMar>
              <w:top w:w="55" w:type="dxa"/>
              <w:left w:w="75" w:type="dxa"/>
              <w:bottom w:w="55" w:type="dxa"/>
              <w:right w:w="75" w:type="dxa"/>
            </w:tcMar>
          </w:tcPr>
          <w:p w14:paraId="63754DDC" w14:textId="77777777" w:rsidR="00923354" w:rsidRPr="00314BAB" w:rsidRDefault="00000000" w:rsidP="00314BAB">
            <w:pPr>
              <w:snapToGrid w:val="0"/>
              <w:spacing w:after="0" w:line="300" w:lineRule="auto"/>
              <w:jc w:val="center"/>
              <w:rPr>
                <w:sz w:val="16"/>
                <w:szCs w:val="16"/>
              </w:rPr>
            </w:pPr>
            <w:r w:rsidRPr="00314BAB">
              <w:rPr>
                <w:b/>
                <w:sz w:val="16"/>
                <w:szCs w:val="16"/>
              </w:rPr>
              <w:t>median_score</w:t>
            </w:r>
          </w:p>
        </w:tc>
        <w:tc>
          <w:tcPr>
            <w:tcW w:w="2851" w:type="dxa"/>
            <w:tcBorders>
              <w:top w:val="single" w:sz="4" w:space="0" w:color="auto"/>
              <w:bottom w:val="single" w:sz="4" w:space="0" w:color="auto"/>
            </w:tcBorders>
            <w:tcMar>
              <w:top w:w="55" w:type="dxa"/>
              <w:left w:w="75" w:type="dxa"/>
              <w:bottom w:w="55" w:type="dxa"/>
              <w:right w:w="75" w:type="dxa"/>
            </w:tcMar>
          </w:tcPr>
          <w:p w14:paraId="2638EA02" w14:textId="77777777" w:rsidR="00923354" w:rsidRPr="00314BAB" w:rsidRDefault="00000000" w:rsidP="00314BAB">
            <w:pPr>
              <w:snapToGrid w:val="0"/>
              <w:spacing w:after="0" w:line="300" w:lineRule="auto"/>
              <w:jc w:val="center"/>
              <w:rPr>
                <w:sz w:val="16"/>
                <w:szCs w:val="16"/>
              </w:rPr>
            </w:pPr>
            <w:r w:rsidRPr="00314BAB">
              <w:rPr>
                <w:b/>
                <w:sz w:val="16"/>
                <w:szCs w:val="16"/>
              </w:rPr>
              <w:t>mean_cells</w:t>
            </w:r>
          </w:p>
        </w:tc>
      </w:tr>
      <w:tr w:rsidR="00923354" w:rsidRPr="00314BAB" w14:paraId="677FF989" w14:textId="77777777" w:rsidTr="00314BAB">
        <w:trPr>
          <w:cantSplit/>
          <w:jc w:val="center"/>
        </w:trPr>
        <w:tc>
          <w:tcPr>
            <w:tcW w:w="2851" w:type="dxa"/>
            <w:tcBorders>
              <w:top w:val="single" w:sz="4" w:space="0" w:color="auto"/>
            </w:tcBorders>
            <w:tcMar>
              <w:top w:w="55" w:type="dxa"/>
              <w:left w:w="75" w:type="dxa"/>
              <w:bottom w:w="55" w:type="dxa"/>
              <w:right w:w="75" w:type="dxa"/>
            </w:tcMar>
            <w:vAlign w:val="center"/>
          </w:tcPr>
          <w:p w14:paraId="7D4D3362" w14:textId="77777777" w:rsidR="00923354" w:rsidRPr="00314BAB" w:rsidRDefault="00000000" w:rsidP="008628DB">
            <w:pPr>
              <w:snapToGrid w:val="0"/>
              <w:spacing w:after="0" w:line="300" w:lineRule="auto"/>
              <w:jc w:val="center"/>
              <w:rPr>
                <w:sz w:val="16"/>
                <w:szCs w:val="16"/>
              </w:rPr>
            </w:pPr>
            <w:r w:rsidRPr="00314BAB">
              <w:rPr>
                <w:sz w:val="16"/>
                <w:szCs w:val="16"/>
              </w:rPr>
              <w:t>Dendritic_cell</w:t>
            </w:r>
          </w:p>
        </w:tc>
        <w:tc>
          <w:tcPr>
            <w:tcW w:w="2851" w:type="dxa"/>
            <w:tcBorders>
              <w:top w:val="single" w:sz="4" w:space="0" w:color="auto"/>
            </w:tcBorders>
            <w:tcMar>
              <w:top w:w="55" w:type="dxa"/>
              <w:left w:w="75" w:type="dxa"/>
              <w:bottom w:w="55" w:type="dxa"/>
              <w:right w:w="75" w:type="dxa"/>
            </w:tcMar>
            <w:vAlign w:val="center"/>
          </w:tcPr>
          <w:p w14:paraId="15B92DF7" w14:textId="77777777" w:rsidR="00923354" w:rsidRPr="00314BAB" w:rsidRDefault="00000000" w:rsidP="008628DB">
            <w:pPr>
              <w:snapToGrid w:val="0"/>
              <w:spacing w:after="0" w:line="300" w:lineRule="auto"/>
              <w:jc w:val="center"/>
              <w:rPr>
                <w:sz w:val="16"/>
                <w:szCs w:val="16"/>
              </w:rPr>
            </w:pPr>
            <w:r w:rsidRPr="00314BAB">
              <w:rPr>
                <w:sz w:val="16"/>
                <w:szCs w:val="16"/>
              </w:rPr>
              <w:t>2</w:t>
            </w:r>
          </w:p>
        </w:tc>
        <w:tc>
          <w:tcPr>
            <w:tcW w:w="2851" w:type="dxa"/>
            <w:tcBorders>
              <w:top w:val="single" w:sz="4" w:space="0" w:color="auto"/>
            </w:tcBorders>
            <w:tcMar>
              <w:top w:w="55" w:type="dxa"/>
              <w:left w:w="75" w:type="dxa"/>
              <w:bottom w:w="55" w:type="dxa"/>
              <w:right w:w="75" w:type="dxa"/>
            </w:tcMar>
            <w:vAlign w:val="center"/>
          </w:tcPr>
          <w:p w14:paraId="7C251DD7" w14:textId="77777777" w:rsidR="00923354" w:rsidRPr="00314BAB" w:rsidRDefault="00000000" w:rsidP="008628DB">
            <w:pPr>
              <w:snapToGrid w:val="0"/>
              <w:spacing w:after="0" w:line="300" w:lineRule="auto"/>
              <w:jc w:val="center"/>
              <w:rPr>
                <w:sz w:val="16"/>
                <w:szCs w:val="16"/>
              </w:rPr>
            </w:pPr>
            <w:r w:rsidRPr="00314BAB">
              <w:rPr>
                <w:sz w:val="16"/>
                <w:szCs w:val="16"/>
              </w:rPr>
              <w:t>0.7501149265609246</w:t>
            </w:r>
          </w:p>
        </w:tc>
        <w:tc>
          <w:tcPr>
            <w:tcW w:w="2851" w:type="dxa"/>
            <w:tcBorders>
              <w:top w:val="single" w:sz="4" w:space="0" w:color="auto"/>
            </w:tcBorders>
            <w:tcMar>
              <w:top w:w="55" w:type="dxa"/>
              <w:left w:w="75" w:type="dxa"/>
              <w:bottom w:w="55" w:type="dxa"/>
              <w:right w:w="75" w:type="dxa"/>
            </w:tcMar>
            <w:vAlign w:val="center"/>
          </w:tcPr>
          <w:p w14:paraId="36F6BB64" w14:textId="77777777" w:rsidR="00923354" w:rsidRPr="00314BAB" w:rsidRDefault="00000000" w:rsidP="008628DB">
            <w:pPr>
              <w:snapToGrid w:val="0"/>
              <w:spacing w:after="0" w:line="300" w:lineRule="auto"/>
              <w:jc w:val="center"/>
              <w:rPr>
                <w:sz w:val="16"/>
                <w:szCs w:val="16"/>
              </w:rPr>
            </w:pPr>
            <w:r w:rsidRPr="00314BAB">
              <w:rPr>
                <w:sz w:val="16"/>
                <w:szCs w:val="16"/>
              </w:rPr>
              <w:t>0.7501149265609246</w:t>
            </w:r>
          </w:p>
        </w:tc>
        <w:tc>
          <w:tcPr>
            <w:tcW w:w="2851" w:type="dxa"/>
            <w:tcBorders>
              <w:top w:val="single" w:sz="4" w:space="0" w:color="auto"/>
            </w:tcBorders>
            <w:tcMar>
              <w:top w:w="55" w:type="dxa"/>
              <w:left w:w="75" w:type="dxa"/>
              <w:bottom w:w="55" w:type="dxa"/>
              <w:right w:w="75" w:type="dxa"/>
            </w:tcMar>
            <w:vAlign w:val="center"/>
          </w:tcPr>
          <w:p w14:paraId="327FAF97" w14:textId="77777777" w:rsidR="00923354" w:rsidRPr="00314BAB" w:rsidRDefault="00000000" w:rsidP="008628DB">
            <w:pPr>
              <w:snapToGrid w:val="0"/>
              <w:spacing w:after="0" w:line="300" w:lineRule="auto"/>
              <w:jc w:val="center"/>
              <w:rPr>
                <w:sz w:val="16"/>
                <w:szCs w:val="16"/>
              </w:rPr>
            </w:pPr>
            <w:r w:rsidRPr="00314BAB">
              <w:rPr>
                <w:sz w:val="16"/>
                <w:szCs w:val="16"/>
              </w:rPr>
              <w:t>52.5</w:t>
            </w:r>
          </w:p>
        </w:tc>
      </w:tr>
      <w:tr w:rsidR="00923354" w:rsidRPr="00314BAB" w14:paraId="61677EF8" w14:textId="77777777">
        <w:trPr>
          <w:cantSplit/>
          <w:jc w:val="center"/>
        </w:trPr>
        <w:tc>
          <w:tcPr>
            <w:tcW w:w="2851" w:type="dxa"/>
            <w:tcMar>
              <w:top w:w="55" w:type="dxa"/>
              <w:left w:w="75" w:type="dxa"/>
              <w:bottom w:w="55" w:type="dxa"/>
              <w:right w:w="75" w:type="dxa"/>
            </w:tcMar>
            <w:vAlign w:val="center"/>
          </w:tcPr>
          <w:p w14:paraId="3394FA20" w14:textId="77777777" w:rsidR="00923354" w:rsidRPr="00314BAB" w:rsidRDefault="00000000" w:rsidP="008628DB">
            <w:pPr>
              <w:snapToGrid w:val="0"/>
              <w:spacing w:after="0" w:line="300" w:lineRule="auto"/>
              <w:jc w:val="center"/>
              <w:rPr>
                <w:sz w:val="16"/>
                <w:szCs w:val="16"/>
              </w:rPr>
            </w:pPr>
            <w:r w:rsidRPr="00314BAB">
              <w:rPr>
                <w:sz w:val="16"/>
                <w:szCs w:val="16"/>
              </w:rPr>
              <w:t>Inflam_Macrophage</w:t>
            </w:r>
          </w:p>
        </w:tc>
        <w:tc>
          <w:tcPr>
            <w:tcW w:w="2851" w:type="dxa"/>
            <w:tcMar>
              <w:top w:w="55" w:type="dxa"/>
              <w:left w:w="75" w:type="dxa"/>
              <w:bottom w:w="55" w:type="dxa"/>
              <w:right w:w="75" w:type="dxa"/>
            </w:tcMar>
            <w:vAlign w:val="center"/>
          </w:tcPr>
          <w:p w14:paraId="754C730A" w14:textId="77777777" w:rsidR="00923354" w:rsidRPr="00314BAB" w:rsidRDefault="00000000" w:rsidP="008628DB">
            <w:pPr>
              <w:snapToGrid w:val="0"/>
              <w:spacing w:after="0" w:line="300" w:lineRule="auto"/>
              <w:jc w:val="center"/>
              <w:rPr>
                <w:sz w:val="16"/>
                <w:szCs w:val="16"/>
              </w:rPr>
            </w:pPr>
            <w:r w:rsidRPr="00314BAB">
              <w:rPr>
                <w:sz w:val="16"/>
                <w:szCs w:val="16"/>
              </w:rPr>
              <w:t>21</w:t>
            </w:r>
          </w:p>
        </w:tc>
        <w:tc>
          <w:tcPr>
            <w:tcW w:w="2851" w:type="dxa"/>
            <w:tcMar>
              <w:top w:w="55" w:type="dxa"/>
              <w:left w:w="75" w:type="dxa"/>
              <w:bottom w:w="55" w:type="dxa"/>
              <w:right w:w="75" w:type="dxa"/>
            </w:tcMar>
            <w:vAlign w:val="center"/>
          </w:tcPr>
          <w:p w14:paraId="10E64989" w14:textId="77777777" w:rsidR="00923354" w:rsidRPr="00314BAB" w:rsidRDefault="00000000" w:rsidP="008628DB">
            <w:pPr>
              <w:snapToGrid w:val="0"/>
              <w:spacing w:after="0" w:line="300" w:lineRule="auto"/>
              <w:jc w:val="center"/>
              <w:rPr>
                <w:sz w:val="16"/>
                <w:szCs w:val="16"/>
              </w:rPr>
            </w:pPr>
            <w:r w:rsidRPr="00314BAB">
              <w:rPr>
                <w:sz w:val="16"/>
                <w:szCs w:val="16"/>
              </w:rPr>
              <w:t>0.5977209387469089</w:t>
            </w:r>
          </w:p>
        </w:tc>
        <w:tc>
          <w:tcPr>
            <w:tcW w:w="2851" w:type="dxa"/>
            <w:tcMar>
              <w:top w:w="55" w:type="dxa"/>
              <w:left w:w="75" w:type="dxa"/>
              <w:bottom w:w="55" w:type="dxa"/>
              <w:right w:w="75" w:type="dxa"/>
            </w:tcMar>
            <w:vAlign w:val="center"/>
          </w:tcPr>
          <w:p w14:paraId="6D9FCCD5" w14:textId="77777777" w:rsidR="00923354" w:rsidRPr="00314BAB" w:rsidRDefault="00000000" w:rsidP="008628DB">
            <w:pPr>
              <w:snapToGrid w:val="0"/>
              <w:spacing w:after="0" w:line="300" w:lineRule="auto"/>
              <w:jc w:val="center"/>
              <w:rPr>
                <w:sz w:val="16"/>
                <w:szCs w:val="16"/>
              </w:rPr>
            </w:pPr>
            <w:r w:rsidRPr="00314BAB">
              <w:rPr>
                <w:sz w:val="16"/>
                <w:szCs w:val="16"/>
              </w:rPr>
              <w:t>0.576455791724052</w:t>
            </w:r>
          </w:p>
        </w:tc>
        <w:tc>
          <w:tcPr>
            <w:tcW w:w="2851" w:type="dxa"/>
            <w:tcMar>
              <w:top w:w="55" w:type="dxa"/>
              <w:left w:w="75" w:type="dxa"/>
              <w:bottom w:w="55" w:type="dxa"/>
              <w:right w:w="75" w:type="dxa"/>
            </w:tcMar>
            <w:vAlign w:val="center"/>
          </w:tcPr>
          <w:p w14:paraId="2681ECD5" w14:textId="77777777" w:rsidR="00923354" w:rsidRPr="00314BAB" w:rsidRDefault="00000000" w:rsidP="008628DB">
            <w:pPr>
              <w:snapToGrid w:val="0"/>
              <w:spacing w:after="0" w:line="300" w:lineRule="auto"/>
              <w:jc w:val="center"/>
              <w:rPr>
                <w:sz w:val="16"/>
                <w:szCs w:val="16"/>
              </w:rPr>
            </w:pPr>
            <w:r w:rsidRPr="00314BAB">
              <w:rPr>
                <w:sz w:val="16"/>
                <w:szCs w:val="16"/>
              </w:rPr>
              <w:t>70.19047619047619</w:t>
            </w:r>
          </w:p>
        </w:tc>
      </w:tr>
      <w:tr w:rsidR="00923354" w:rsidRPr="00314BAB" w14:paraId="1D95A215" w14:textId="77777777">
        <w:trPr>
          <w:cantSplit/>
          <w:jc w:val="center"/>
        </w:trPr>
        <w:tc>
          <w:tcPr>
            <w:tcW w:w="2851" w:type="dxa"/>
            <w:tcMar>
              <w:top w:w="55" w:type="dxa"/>
              <w:left w:w="75" w:type="dxa"/>
              <w:bottom w:w="55" w:type="dxa"/>
              <w:right w:w="75" w:type="dxa"/>
            </w:tcMar>
            <w:vAlign w:val="center"/>
          </w:tcPr>
          <w:p w14:paraId="5A7ED6E5" w14:textId="77777777" w:rsidR="00923354" w:rsidRPr="00314BAB" w:rsidRDefault="00000000" w:rsidP="008628DB">
            <w:pPr>
              <w:snapToGrid w:val="0"/>
              <w:spacing w:after="0" w:line="300" w:lineRule="auto"/>
              <w:jc w:val="center"/>
              <w:rPr>
                <w:sz w:val="16"/>
                <w:szCs w:val="16"/>
              </w:rPr>
            </w:pPr>
            <w:r w:rsidRPr="00314BAB">
              <w:rPr>
                <w:sz w:val="16"/>
                <w:szCs w:val="16"/>
              </w:rPr>
              <w:t>PDPN_Fibroblast</w:t>
            </w:r>
          </w:p>
        </w:tc>
        <w:tc>
          <w:tcPr>
            <w:tcW w:w="2851" w:type="dxa"/>
            <w:tcMar>
              <w:top w:w="55" w:type="dxa"/>
              <w:left w:w="75" w:type="dxa"/>
              <w:bottom w:w="55" w:type="dxa"/>
              <w:right w:w="75" w:type="dxa"/>
            </w:tcMar>
            <w:vAlign w:val="center"/>
          </w:tcPr>
          <w:p w14:paraId="4F06F11F" w14:textId="77777777" w:rsidR="00923354" w:rsidRPr="00314BAB" w:rsidRDefault="00000000" w:rsidP="008628DB">
            <w:pPr>
              <w:snapToGrid w:val="0"/>
              <w:spacing w:after="0" w:line="300" w:lineRule="auto"/>
              <w:jc w:val="center"/>
              <w:rPr>
                <w:sz w:val="16"/>
                <w:szCs w:val="16"/>
              </w:rPr>
            </w:pPr>
            <w:r w:rsidRPr="00314BAB">
              <w:rPr>
                <w:sz w:val="16"/>
                <w:szCs w:val="16"/>
              </w:rPr>
              <w:t>15</w:t>
            </w:r>
          </w:p>
        </w:tc>
        <w:tc>
          <w:tcPr>
            <w:tcW w:w="2851" w:type="dxa"/>
            <w:tcMar>
              <w:top w:w="55" w:type="dxa"/>
              <w:left w:w="75" w:type="dxa"/>
              <w:bottom w:w="55" w:type="dxa"/>
              <w:right w:w="75" w:type="dxa"/>
            </w:tcMar>
            <w:vAlign w:val="center"/>
          </w:tcPr>
          <w:p w14:paraId="585D1B9C" w14:textId="77777777" w:rsidR="00923354" w:rsidRPr="00314BAB" w:rsidRDefault="00000000" w:rsidP="008628DB">
            <w:pPr>
              <w:snapToGrid w:val="0"/>
              <w:spacing w:after="0" w:line="300" w:lineRule="auto"/>
              <w:jc w:val="center"/>
              <w:rPr>
                <w:sz w:val="16"/>
                <w:szCs w:val="16"/>
              </w:rPr>
            </w:pPr>
            <w:r w:rsidRPr="00314BAB">
              <w:rPr>
                <w:sz w:val="16"/>
                <w:szCs w:val="16"/>
              </w:rPr>
              <w:t>0.42263336464787127</w:t>
            </w:r>
          </w:p>
        </w:tc>
        <w:tc>
          <w:tcPr>
            <w:tcW w:w="2851" w:type="dxa"/>
            <w:tcMar>
              <w:top w:w="55" w:type="dxa"/>
              <w:left w:w="75" w:type="dxa"/>
              <w:bottom w:w="55" w:type="dxa"/>
              <w:right w:w="75" w:type="dxa"/>
            </w:tcMar>
            <w:vAlign w:val="center"/>
          </w:tcPr>
          <w:p w14:paraId="06F9185A" w14:textId="77777777" w:rsidR="00923354" w:rsidRPr="00314BAB" w:rsidRDefault="00000000" w:rsidP="008628DB">
            <w:pPr>
              <w:snapToGrid w:val="0"/>
              <w:spacing w:after="0" w:line="300" w:lineRule="auto"/>
              <w:jc w:val="center"/>
              <w:rPr>
                <w:sz w:val="16"/>
                <w:szCs w:val="16"/>
              </w:rPr>
            </w:pPr>
            <w:r w:rsidRPr="00314BAB">
              <w:rPr>
                <w:sz w:val="16"/>
                <w:szCs w:val="16"/>
              </w:rPr>
              <w:t>0.4084733366604544</w:t>
            </w:r>
          </w:p>
        </w:tc>
        <w:tc>
          <w:tcPr>
            <w:tcW w:w="2851" w:type="dxa"/>
            <w:tcMar>
              <w:top w:w="55" w:type="dxa"/>
              <w:left w:w="75" w:type="dxa"/>
              <w:bottom w:w="55" w:type="dxa"/>
              <w:right w:w="75" w:type="dxa"/>
            </w:tcMar>
            <w:vAlign w:val="center"/>
          </w:tcPr>
          <w:p w14:paraId="1D27DEA8" w14:textId="77777777" w:rsidR="00923354" w:rsidRPr="00314BAB" w:rsidRDefault="00000000" w:rsidP="008628DB">
            <w:pPr>
              <w:snapToGrid w:val="0"/>
              <w:spacing w:after="0" w:line="300" w:lineRule="auto"/>
              <w:jc w:val="center"/>
              <w:rPr>
                <w:sz w:val="16"/>
                <w:szCs w:val="16"/>
              </w:rPr>
            </w:pPr>
            <w:r w:rsidRPr="00314BAB">
              <w:rPr>
                <w:sz w:val="16"/>
                <w:szCs w:val="16"/>
              </w:rPr>
              <w:t>69.73333333333333</w:t>
            </w:r>
          </w:p>
        </w:tc>
      </w:tr>
      <w:tr w:rsidR="00923354" w:rsidRPr="00314BAB" w14:paraId="7417E3A6" w14:textId="77777777">
        <w:trPr>
          <w:cantSplit/>
          <w:jc w:val="center"/>
        </w:trPr>
        <w:tc>
          <w:tcPr>
            <w:tcW w:w="2851" w:type="dxa"/>
            <w:tcMar>
              <w:top w:w="55" w:type="dxa"/>
              <w:left w:w="75" w:type="dxa"/>
              <w:bottom w:w="55" w:type="dxa"/>
              <w:right w:w="75" w:type="dxa"/>
            </w:tcMar>
            <w:vAlign w:val="center"/>
          </w:tcPr>
          <w:p w14:paraId="1077CB4F" w14:textId="77777777" w:rsidR="00923354" w:rsidRPr="00314BAB" w:rsidRDefault="00000000" w:rsidP="008628DB">
            <w:pPr>
              <w:snapToGrid w:val="0"/>
              <w:spacing w:after="0" w:line="300" w:lineRule="auto"/>
              <w:jc w:val="center"/>
              <w:rPr>
                <w:sz w:val="16"/>
                <w:szCs w:val="16"/>
              </w:rPr>
            </w:pPr>
            <w:r w:rsidRPr="00314BAB">
              <w:rPr>
                <w:sz w:val="16"/>
                <w:szCs w:val="16"/>
              </w:rPr>
              <w:t>CDH12_Epithelial</w:t>
            </w:r>
          </w:p>
        </w:tc>
        <w:tc>
          <w:tcPr>
            <w:tcW w:w="2851" w:type="dxa"/>
            <w:tcMar>
              <w:top w:w="55" w:type="dxa"/>
              <w:left w:w="75" w:type="dxa"/>
              <w:bottom w:w="55" w:type="dxa"/>
              <w:right w:w="75" w:type="dxa"/>
            </w:tcMar>
            <w:vAlign w:val="center"/>
          </w:tcPr>
          <w:p w14:paraId="5EBF5AB5" w14:textId="77777777" w:rsidR="00923354" w:rsidRPr="00314BAB" w:rsidRDefault="00000000" w:rsidP="008628DB">
            <w:pPr>
              <w:snapToGrid w:val="0"/>
              <w:spacing w:after="0" w:line="300" w:lineRule="auto"/>
              <w:jc w:val="center"/>
              <w:rPr>
                <w:sz w:val="16"/>
                <w:szCs w:val="16"/>
              </w:rPr>
            </w:pPr>
            <w:r w:rsidRPr="00314BAB">
              <w:rPr>
                <w:sz w:val="16"/>
                <w:szCs w:val="16"/>
              </w:rPr>
              <w:t>25</w:t>
            </w:r>
          </w:p>
        </w:tc>
        <w:tc>
          <w:tcPr>
            <w:tcW w:w="2851" w:type="dxa"/>
            <w:tcMar>
              <w:top w:w="55" w:type="dxa"/>
              <w:left w:w="75" w:type="dxa"/>
              <w:bottom w:w="55" w:type="dxa"/>
              <w:right w:w="75" w:type="dxa"/>
            </w:tcMar>
            <w:vAlign w:val="center"/>
          </w:tcPr>
          <w:p w14:paraId="6E07B6C1" w14:textId="77777777" w:rsidR="00923354" w:rsidRPr="00314BAB" w:rsidRDefault="00000000" w:rsidP="008628DB">
            <w:pPr>
              <w:snapToGrid w:val="0"/>
              <w:spacing w:after="0" w:line="300" w:lineRule="auto"/>
              <w:jc w:val="center"/>
              <w:rPr>
                <w:sz w:val="16"/>
                <w:szCs w:val="16"/>
              </w:rPr>
            </w:pPr>
            <w:r w:rsidRPr="00314BAB">
              <w:rPr>
                <w:sz w:val="16"/>
                <w:szCs w:val="16"/>
              </w:rPr>
              <w:t>0.40554536883672765</w:t>
            </w:r>
          </w:p>
        </w:tc>
        <w:tc>
          <w:tcPr>
            <w:tcW w:w="2851" w:type="dxa"/>
            <w:tcMar>
              <w:top w:w="55" w:type="dxa"/>
              <w:left w:w="75" w:type="dxa"/>
              <w:bottom w:w="55" w:type="dxa"/>
              <w:right w:w="75" w:type="dxa"/>
            </w:tcMar>
            <w:vAlign w:val="center"/>
          </w:tcPr>
          <w:p w14:paraId="38FB049F" w14:textId="77777777" w:rsidR="00923354" w:rsidRPr="00314BAB" w:rsidRDefault="00000000" w:rsidP="008628DB">
            <w:pPr>
              <w:snapToGrid w:val="0"/>
              <w:spacing w:after="0" w:line="300" w:lineRule="auto"/>
              <w:jc w:val="center"/>
              <w:rPr>
                <w:sz w:val="16"/>
                <w:szCs w:val="16"/>
              </w:rPr>
            </w:pPr>
            <w:r w:rsidRPr="00314BAB">
              <w:rPr>
                <w:sz w:val="16"/>
                <w:szCs w:val="16"/>
              </w:rPr>
              <w:t>0.33327074692369324</w:t>
            </w:r>
          </w:p>
        </w:tc>
        <w:tc>
          <w:tcPr>
            <w:tcW w:w="2851" w:type="dxa"/>
            <w:tcMar>
              <w:top w:w="55" w:type="dxa"/>
              <w:left w:w="75" w:type="dxa"/>
              <w:bottom w:w="55" w:type="dxa"/>
              <w:right w:w="75" w:type="dxa"/>
            </w:tcMar>
            <w:vAlign w:val="center"/>
          </w:tcPr>
          <w:p w14:paraId="10ED2101" w14:textId="77777777" w:rsidR="00923354" w:rsidRPr="00314BAB" w:rsidRDefault="00000000" w:rsidP="008628DB">
            <w:pPr>
              <w:snapToGrid w:val="0"/>
              <w:spacing w:after="0" w:line="300" w:lineRule="auto"/>
              <w:jc w:val="center"/>
              <w:rPr>
                <w:sz w:val="16"/>
                <w:szCs w:val="16"/>
              </w:rPr>
            </w:pPr>
            <w:r w:rsidRPr="00314BAB">
              <w:rPr>
                <w:sz w:val="16"/>
                <w:szCs w:val="16"/>
              </w:rPr>
              <w:t>891.84</w:t>
            </w:r>
          </w:p>
        </w:tc>
      </w:tr>
      <w:tr w:rsidR="00923354" w:rsidRPr="00314BAB" w14:paraId="0FE5E507" w14:textId="77777777">
        <w:trPr>
          <w:cantSplit/>
          <w:jc w:val="center"/>
        </w:trPr>
        <w:tc>
          <w:tcPr>
            <w:tcW w:w="2851" w:type="dxa"/>
            <w:tcMar>
              <w:top w:w="55" w:type="dxa"/>
              <w:left w:w="75" w:type="dxa"/>
              <w:bottom w:w="55" w:type="dxa"/>
              <w:right w:w="75" w:type="dxa"/>
            </w:tcMar>
            <w:vAlign w:val="center"/>
          </w:tcPr>
          <w:p w14:paraId="538551A9" w14:textId="77777777" w:rsidR="00923354" w:rsidRPr="00314BAB" w:rsidRDefault="00000000" w:rsidP="008628DB">
            <w:pPr>
              <w:snapToGrid w:val="0"/>
              <w:spacing w:after="0" w:line="300" w:lineRule="auto"/>
              <w:jc w:val="center"/>
              <w:rPr>
                <w:sz w:val="16"/>
                <w:szCs w:val="16"/>
              </w:rPr>
            </w:pPr>
            <w:r w:rsidRPr="00314BAB">
              <w:rPr>
                <w:sz w:val="16"/>
                <w:szCs w:val="16"/>
              </w:rPr>
              <w:t>FAP_Fibroblast</w:t>
            </w:r>
          </w:p>
        </w:tc>
        <w:tc>
          <w:tcPr>
            <w:tcW w:w="2851" w:type="dxa"/>
            <w:tcMar>
              <w:top w:w="55" w:type="dxa"/>
              <w:left w:w="75" w:type="dxa"/>
              <w:bottom w:w="55" w:type="dxa"/>
              <w:right w:w="75" w:type="dxa"/>
            </w:tcMar>
            <w:vAlign w:val="center"/>
          </w:tcPr>
          <w:p w14:paraId="3C9AB210" w14:textId="77777777" w:rsidR="00923354" w:rsidRPr="00314BAB" w:rsidRDefault="00000000" w:rsidP="008628DB">
            <w:pPr>
              <w:snapToGrid w:val="0"/>
              <w:spacing w:after="0" w:line="300" w:lineRule="auto"/>
              <w:jc w:val="center"/>
              <w:rPr>
                <w:sz w:val="16"/>
                <w:szCs w:val="16"/>
              </w:rPr>
            </w:pPr>
            <w:r w:rsidRPr="00314BAB">
              <w:rPr>
                <w:sz w:val="16"/>
                <w:szCs w:val="16"/>
              </w:rPr>
              <w:t>16</w:t>
            </w:r>
          </w:p>
        </w:tc>
        <w:tc>
          <w:tcPr>
            <w:tcW w:w="2851" w:type="dxa"/>
            <w:tcMar>
              <w:top w:w="55" w:type="dxa"/>
              <w:left w:w="75" w:type="dxa"/>
              <w:bottom w:w="55" w:type="dxa"/>
              <w:right w:w="75" w:type="dxa"/>
            </w:tcMar>
            <w:vAlign w:val="center"/>
          </w:tcPr>
          <w:p w14:paraId="15ADD859" w14:textId="77777777" w:rsidR="00923354" w:rsidRPr="00314BAB" w:rsidRDefault="00000000" w:rsidP="008628DB">
            <w:pPr>
              <w:snapToGrid w:val="0"/>
              <w:spacing w:after="0" w:line="300" w:lineRule="auto"/>
              <w:jc w:val="center"/>
              <w:rPr>
                <w:sz w:val="16"/>
                <w:szCs w:val="16"/>
              </w:rPr>
            </w:pPr>
            <w:r w:rsidRPr="00314BAB">
              <w:rPr>
                <w:sz w:val="16"/>
                <w:szCs w:val="16"/>
              </w:rPr>
              <w:t>0.3677951865888377</w:t>
            </w:r>
          </w:p>
        </w:tc>
        <w:tc>
          <w:tcPr>
            <w:tcW w:w="2851" w:type="dxa"/>
            <w:tcMar>
              <w:top w:w="55" w:type="dxa"/>
              <w:left w:w="75" w:type="dxa"/>
              <w:bottom w:w="55" w:type="dxa"/>
              <w:right w:w="75" w:type="dxa"/>
            </w:tcMar>
            <w:vAlign w:val="center"/>
          </w:tcPr>
          <w:p w14:paraId="49517B37" w14:textId="77777777" w:rsidR="00923354" w:rsidRPr="00314BAB" w:rsidRDefault="00000000" w:rsidP="008628DB">
            <w:pPr>
              <w:snapToGrid w:val="0"/>
              <w:spacing w:after="0" w:line="300" w:lineRule="auto"/>
              <w:jc w:val="center"/>
              <w:rPr>
                <w:sz w:val="16"/>
                <w:szCs w:val="16"/>
              </w:rPr>
            </w:pPr>
            <w:r w:rsidRPr="00314BAB">
              <w:rPr>
                <w:sz w:val="16"/>
                <w:szCs w:val="16"/>
              </w:rPr>
              <w:t>0.24637416649839816</w:t>
            </w:r>
          </w:p>
        </w:tc>
        <w:tc>
          <w:tcPr>
            <w:tcW w:w="2851" w:type="dxa"/>
            <w:tcMar>
              <w:top w:w="55" w:type="dxa"/>
              <w:left w:w="75" w:type="dxa"/>
              <w:bottom w:w="55" w:type="dxa"/>
              <w:right w:w="75" w:type="dxa"/>
            </w:tcMar>
            <w:vAlign w:val="center"/>
          </w:tcPr>
          <w:p w14:paraId="55F0BF40" w14:textId="77777777" w:rsidR="00923354" w:rsidRPr="00314BAB" w:rsidRDefault="00000000" w:rsidP="008628DB">
            <w:pPr>
              <w:snapToGrid w:val="0"/>
              <w:spacing w:after="0" w:line="300" w:lineRule="auto"/>
              <w:jc w:val="center"/>
              <w:rPr>
                <w:sz w:val="16"/>
                <w:szCs w:val="16"/>
              </w:rPr>
            </w:pPr>
            <w:r w:rsidRPr="00314BAB">
              <w:rPr>
                <w:sz w:val="16"/>
                <w:szCs w:val="16"/>
              </w:rPr>
              <w:t>26.25</w:t>
            </w:r>
          </w:p>
        </w:tc>
      </w:tr>
      <w:tr w:rsidR="00923354" w:rsidRPr="00314BAB" w14:paraId="41131FAE" w14:textId="77777777">
        <w:trPr>
          <w:cantSplit/>
          <w:jc w:val="center"/>
        </w:trPr>
        <w:tc>
          <w:tcPr>
            <w:tcW w:w="2851" w:type="dxa"/>
            <w:tcMar>
              <w:top w:w="55" w:type="dxa"/>
              <w:left w:w="75" w:type="dxa"/>
              <w:bottom w:w="55" w:type="dxa"/>
              <w:right w:w="75" w:type="dxa"/>
            </w:tcMar>
            <w:vAlign w:val="center"/>
          </w:tcPr>
          <w:p w14:paraId="018FEACE" w14:textId="77777777" w:rsidR="00923354" w:rsidRPr="00314BAB" w:rsidRDefault="00000000" w:rsidP="008628DB">
            <w:pPr>
              <w:snapToGrid w:val="0"/>
              <w:spacing w:after="0" w:line="300" w:lineRule="auto"/>
              <w:jc w:val="center"/>
              <w:rPr>
                <w:sz w:val="16"/>
                <w:szCs w:val="16"/>
              </w:rPr>
            </w:pPr>
            <w:r w:rsidRPr="00314BAB">
              <w:rPr>
                <w:sz w:val="16"/>
                <w:szCs w:val="16"/>
              </w:rPr>
              <w:t>MHCII_Macrophage</w:t>
            </w:r>
          </w:p>
        </w:tc>
        <w:tc>
          <w:tcPr>
            <w:tcW w:w="2851" w:type="dxa"/>
            <w:tcMar>
              <w:top w:w="55" w:type="dxa"/>
              <w:left w:w="75" w:type="dxa"/>
              <w:bottom w:w="55" w:type="dxa"/>
              <w:right w:w="75" w:type="dxa"/>
            </w:tcMar>
            <w:vAlign w:val="center"/>
          </w:tcPr>
          <w:p w14:paraId="092F893A" w14:textId="77777777" w:rsidR="00923354" w:rsidRPr="00314BAB" w:rsidRDefault="00000000" w:rsidP="008628DB">
            <w:pPr>
              <w:snapToGrid w:val="0"/>
              <w:spacing w:after="0" w:line="300" w:lineRule="auto"/>
              <w:jc w:val="center"/>
              <w:rPr>
                <w:sz w:val="16"/>
                <w:szCs w:val="16"/>
              </w:rPr>
            </w:pPr>
            <w:r w:rsidRPr="00314BAB">
              <w:rPr>
                <w:sz w:val="16"/>
                <w:szCs w:val="16"/>
              </w:rPr>
              <w:t>4</w:t>
            </w:r>
          </w:p>
        </w:tc>
        <w:tc>
          <w:tcPr>
            <w:tcW w:w="2851" w:type="dxa"/>
            <w:tcMar>
              <w:top w:w="55" w:type="dxa"/>
              <w:left w:w="75" w:type="dxa"/>
              <w:bottom w:w="55" w:type="dxa"/>
              <w:right w:w="75" w:type="dxa"/>
            </w:tcMar>
            <w:vAlign w:val="center"/>
          </w:tcPr>
          <w:p w14:paraId="7FB025DF" w14:textId="77777777" w:rsidR="00923354" w:rsidRPr="00314BAB" w:rsidRDefault="00000000" w:rsidP="008628DB">
            <w:pPr>
              <w:snapToGrid w:val="0"/>
              <w:spacing w:after="0" w:line="300" w:lineRule="auto"/>
              <w:jc w:val="center"/>
              <w:rPr>
                <w:sz w:val="16"/>
                <w:szCs w:val="16"/>
              </w:rPr>
            </w:pPr>
            <w:r w:rsidRPr="00314BAB">
              <w:rPr>
                <w:sz w:val="16"/>
                <w:szCs w:val="16"/>
              </w:rPr>
              <w:t>0.3659653328439729</w:t>
            </w:r>
          </w:p>
        </w:tc>
        <w:tc>
          <w:tcPr>
            <w:tcW w:w="2851" w:type="dxa"/>
            <w:tcMar>
              <w:top w:w="55" w:type="dxa"/>
              <w:left w:w="75" w:type="dxa"/>
              <w:bottom w:w="55" w:type="dxa"/>
              <w:right w:w="75" w:type="dxa"/>
            </w:tcMar>
            <w:vAlign w:val="center"/>
          </w:tcPr>
          <w:p w14:paraId="23A9E35F" w14:textId="77777777" w:rsidR="00923354" w:rsidRPr="00314BAB" w:rsidRDefault="00000000" w:rsidP="008628DB">
            <w:pPr>
              <w:snapToGrid w:val="0"/>
              <w:spacing w:after="0" w:line="300" w:lineRule="auto"/>
              <w:jc w:val="center"/>
              <w:rPr>
                <w:sz w:val="16"/>
                <w:szCs w:val="16"/>
              </w:rPr>
            </w:pPr>
            <w:r w:rsidRPr="00314BAB">
              <w:rPr>
                <w:sz w:val="16"/>
                <w:szCs w:val="16"/>
              </w:rPr>
              <w:t>0.4116315465786052</w:t>
            </w:r>
          </w:p>
        </w:tc>
        <w:tc>
          <w:tcPr>
            <w:tcW w:w="2851" w:type="dxa"/>
            <w:tcMar>
              <w:top w:w="55" w:type="dxa"/>
              <w:left w:w="75" w:type="dxa"/>
              <w:bottom w:w="55" w:type="dxa"/>
              <w:right w:w="75" w:type="dxa"/>
            </w:tcMar>
            <w:vAlign w:val="center"/>
          </w:tcPr>
          <w:p w14:paraId="47847F44" w14:textId="77777777" w:rsidR="00923354" w:rsidRPr="00314BAB" w:rsidRDefault="00000000" w:rsidP="008628DB">
            <w:pPr>
              <w:snapToGrid w:val="0"/>
              <w:spacing w:after="0" w:line="300" w:lineRule="auto"/>
              <w:jc w:val="center"/>
              <w:rPr>
                <w:sz w:val="16"/>
                <w:szCs w:val="16"/>
              </w:rPr>
            </w:pPr>
            <w:r w:rsidRPr="00314BAB">
              <w:rPr>
                <w:sz w:val="16"/>
                <w:szCs w:val="16"/>
              </w:rPr>
              <w:t>27.75</w:t>
            </w:r>
          </w:p>
        </w:tc>
      </w:tr>
      <w:tr w:rsidR="00923354" w:rsidRPr="00314BAB" w14:paraId="16EB8E40" w14:textId="77777777">
        <w:trPr>
          <w:cantSplit/>
          <w:jc w:val="center"/>
        </w:trPr>
        <w:tc>
          <w:tcPr>
            <w:tcW w:w="2851" w:type="dxa"/>
            <w:tcMar>
              <w:top w:w="55" w:type="dxa"/>
              <w:left w:w="75" w:type="dxa"/>
              <w:bottom w:w="55" w:type="dxa"/>
              <w:right w:w="75" w:type="dxa"/>
            </w:tcMar>
            <w:vAlign w:val="center"/>
          </w:tcPr>
          <w:p w14:paraId="15B33719" w14:textId="77777777" w:rsidR="00923354" w:rsidRPr="00314BAB" w:rsidRDefault="00000000" w:rsidP="008628DB">
            <w:pPr>
              <w:snapToGrid w:val="0"/>
              <w:spacing w:after="0" w:line="300" w:lineRule="auto"/>
              <w:jc w:val="center"/>
              <w:rPr>
                <w:sz w:val="16"/>
                <w:szCs w:val="16"/>
              </w:rPr>
            </w:pPr>
            <w:r w:rsidRPr="00314BAB">
              <w:rPr>
                <w:sz w:val="16"/>
                <w:szCs w:val="16"/>
              </w:rPr>
              <w:t>CD8T</w:t>
            </w:r>
          </w:p>
        </w:tc>
        <w:tc>
          <w:tcPr>
            <w:tcW w:w="2851" w:type="dxa"/>
            <w:tcMar>
              <w:top w:w="55" w:type="dxa"/>
              <w:left w:w="75" w:type="dxa"/>
              <w:bottom w:w="55" w:type="dxa"/>
              <w:right w:w="75" w:type="dxa"/>
            </w:tcMar>
            <w:vAlign w:val="center"/>
          </w:tcPr>
          <w:p w14:paraId="1755683E" w14:textId="77777777" w:rsidR="00923354" w:rsidRPr="00314BAB" w:rsidRDefault="00000000" w:rsidP="008628DB">
            <w:pPr>
              <w:snapToGrid w:val="0"/>
              <w:spacing w:after="0" w:line="300" w:lineRule="auto"/>
              <w:jc w:val="center"/>
              <w:rPr>
                <w:sz w:val="16"/>
                <w:szCs w:val="16"/>
              </w:rPr>
            </w:pPr>
            <w:r w:rsidRPr="00314BAB">
              <w:rPr>
                <w:sz w:val="16"/>
                <w:szCs w:val="16"/>
              </w:rPr>
              <w:t>17</w:t>
            </w:r>
          </w:p>
        </w:tc>
        <w:tc>
          <w:tcPr>
            <w:tcW w:w="2851" w:type="dxa"/>
            <w:tcMar>
              <w:top w:w="55" w:type="dxa"/>
              <w:left w:w="75" w:type="dxa"/>
              <w:bottom w:w="55" w:type="dxa"/>
              <w:right w:w="75" w:type="dxa"/>
            </w:tcMar>
            <w:vAlign w:val="center"/>
          </w:tcPr>
          <w:p w14:paraId="428CC1CE" w14:textId="77777777" w:rsidR="00923354" w:rsidRPr="00314BAB" w:rsidRDefault="00000000" w:rsidP="008628DB">
            <w:pPr>
              <w:snapToGrid w:val="0"/>
              <w:spacing w:after="0" w:line="300" w:lineRule="auto"/>
              <w:jc w:val="center"/>
              <w:rPr>
                <w:sz w:val="16"/>
                <w:szCs w:val="16"/>
              </w:rPr>
            </w:pPr>
            <w:r w:rsidRPr="00314BAB">
              <w:rPr>
                <w:sz w:val="16"/>
                <w:szCs w:val="16"/>
              </w:rPr>
              <w:t>0.353848542452299</w:t>
            </w:r>
          </w:p>
        </w:tc>
        <w:tc>
          <w:tcPr>
            <w:tcW w:w="2851" w:type="dxa"/>
            <w:tcMar>
              <w:top w:w="55" w:type="dxa"/>
              <w:left w:w="75" w:type="dxa"/>
              <w:bottom w:w="55" w:type="dxa"/>
              <w:right w:w="75" w:type="dxa"/>
            </w:tcMar>
            <w:vAlign w:val="center"/>
          </w:tcPr>
          <w:p w14:paraId="2CF3C6EA" w14:textId="77777777" w:rsidR="00923354" w:rsidRPr="00314BAB" w:rsidRDefault="00000000" w:rsidP="008628DB">
            <w:pPr>
              <w:snapToGrid w:val="0"/>
              <w:spacing w:after="0" w:line="300" w:lineRule="auto"/>
              <w:jc w:val="center"/>
              <w:rPr>
                <w:sz w:val="16"/>
                <w:szCs w:val="16"/>
              </w:rPr>
            </w:pPr>
            <w:r w:rsidRPr="00314BAB">
              <w:rPr>
                <w:sz w:val="16"/>
                <w:szCs w:val="16"/>
              </w:rPr>
              <w:t>0.4084201091463745</w:t>
            </w:r>
          </w:p>
        </w:tc>
        <w:tc>
          <w:tcPr>
            <w:tcW w:w="2851" w:type="dxa"/>
            <w:tcMar>
              <w:top w:w="55" w:type="dxa"/>
              <w:left w:w="75" w:type="dxa"/>
              <w:bottom w:w="55" w:type="dxa"/>
              <w:right w:w="75" w:type="dxa"/>
            </w:tcMar>
            <w:vAlign w:val="center"/>
          </w:tcPr>
          <w:p w14:paraId="1F22D900" w14:textId="77777777" w:rsidR="00923354" w:rsidRPr="00314BAB" w:rsidRDefault="00000000" w:rsidP="008628DB">
            <w:pPr>
              <w:snapToGrid w:val="0"/>
              <w:spacing w:after="0" w:line="300" w:lineRule="auto"/>
              <w:jc w:val="center"/>
              <w:rPr>
                <w:sz w:val="16"/>
                <w:szCs w:val="16"/>
              </w:rPr>
            </w:pPr>
            <w:r w:rsidRPr="00314BAB">
              <w:rPr>
                <w:sz w:val="16"/>
                <w:szCs w:val="16"/>
              </w:rPr>
              <w:t>45.588235294117645</w:t>
            </w:r>
          </w:p>
        </w:tc>
      </w:tr>
      <w:tr w:rsidR="00923354" w:rsidRPr="00314BAB" w14:paraId="6C56480D" w14:textId="77777777">
        <w:trPr>
          <w:cantSplit/>
          <w:jc w:val="center"/>
        </w:trPr>
        <w:tc>
          <w:tcPr>
            <w:tcW w:w="2851" w:type="dxa"/>
            <w:tcMar>
              <w:top w:w="55" w:type="dxa"/>
              <w:left w:w="75" w:type="dxa"/>
              <w:bottom w:w="55" w:type="dxa"/>
              <w:right w:w="75" w:type="dxa"/>
            </w:tcMar>
            <w:vAlign w:val="center"/>
          </w:tcPr>
          <w:p w14:paraId="65BCD808" w14:textId="77777777" w:rsidR="00923354" w:rsidRPr="00314BAB" w:rsidRDefault="00000000" w:rsidP="008628DB">
            <w:pPr>
              <w:snapToGrid w:val="0"/>
              <w:spacing w:after="0" w:line="300" w:lineRule="auto"/>
              <w:jc w:val="center"/>
              <w:rPr>
                <w:sz w:val="16"/>
                <w:szCs w:val="16"/>
              </w:rPr>
            </w:pPr>
            <w:r w:rsidRPr="00314BAB">
              <w:rPr>
                <w:sz w:val="16"/>
                <w:szCs w:val="16"/>
              </w:rPr>
              <w:t>Endothelial</w:t>
            </w:r>
          </w:p>
        </w:tc>
        <w:tc>
          <w:tcPr>
            <w:tcW w:w="2851" w:type="dxa"/>
            <w:tcMar>
              <w:top w:w="55" w:type="dxa"/>
              <w:left w:w="75" w:type="dxa"/>
              <w:bottom w:w="55" w:type="dxa"/>
              <w:right w:w="75" w:type="dxa"/>
            </w:tcMar>
            <w:vAlign w:val="center"/>
          </w:tcPr>
          <w:p w14:paraId="18B8A03F" w14:textId="77777777" w:rsidR="00923354" w:rsidRPr="00314BAB" w:rsidRDefault="00000000" w:rsidP="008628DB">
            <w:pPr>
              <w:snapToGrid w:val="0"/>
              <w:spacing w:after="0" w:line="300" w:lineRule="auto"/>
              <w:jc w:val="center"/>
              <w:rPr>
                <w:sz w:val="16"/>
                <w:szCs w:val="16"/>
              </w:rPr>
            </w:pPr>
            <w:r w:rsidRPr="00314BAB">
              <w:rPr>
                <w:sz w:val="16"/>
                <w:szCs w:val="16"/>
              </w:rPr>
              <w:t>17</w:t>
            </w:r>
          </w:p>
        </w:tc>
        <w:tc>
          <w:tcPr>
            <w:tcW w:w="2851" w:type="dxa"/>
            <w:tcMar>
              <w:top w:w="55" w:type="dxa"/>
              <w:left w:w="75" w:type="dxa"/>
              <w:bottom w:w="55" w:type="dxa"/>
              <w:right w:w="75" w:type="dxa"/>
            </w:tcMar>
            <w:vAlign w:val="center"/>
          </w:tcPr>
          <w:p w14:paraId="7DE85598" w14:textId="77777777" w:rsidR="00923354" w:rsidRPr="00314BAB" w:rsidRDefault="00000000" w:rsidP="008628DB">
            <w:pPr>
              <w:snapToGrid w:val="0"/>
              <w:spacing w:after="0" w:line="300" w:lineRule="auto"/>
              <w:jc w:val="center"/>
              <w:rPr>
                <w:sz w:val="16"/>
                <w:szCs w:val="16"/>
              </w:rPr>
            </w:pPr>
            <w:r w:rsidRPr="00314BAB">
              <w:rPr>
                <w:sz w:val="16"/>
                <w:szCs w:val="16"/>
              </w:rPr>
              <w:t>0.3047629466160338</w:t>
            </w:r>
          </w:p>
        </w:tc>
        <w:tc>
          <w:tcPr>
            <w:tcW w:w="2851" w:type="dxa"/>
            <w:tcMar>
              <w:top w:w="55" w:type="dxa"/>
              <w:left w:w="75" w:type="dxa"/>
              <w:bottom w:w="55" w:type="dxa"/>
              <w:right w:w="75" w:type="dxa"/>
            </w:tcMar>
            <w:vAlign w:val="center"/>
          </w:tcPr>
          <w:p w14:paraId="552897B6" w14:textId="77777777" w:rsidR="00923354" w:rsidRPr="00314BAB" w:rsidRDefault="00000000" w:rsidP="008628DB">
            <w:pPr>
              <w:snapToGrid w:val="0"/>
              <w:spacing w:after="0" w:line="300" w:lineRule="auto"/>
              <w:jc w:val="center"/>
              <w:rPr>
                <w:sz w:val="16"/>
                <w:szCs w:val="16"/>
              </w:rPr>
            </w:pPr>
            <w:r w:rsidRPr="00314BAB">
              <w:rPr>
                <w:sz w:val="16"/>
                <w:szCs w:val="16"/>
              </w:rPr>
              <w:t>0.24896453677646707</w:t>
            </w:r>
          </w:p>
        </w:tc>
        <w:tc>
          <w:tcPr>
            <w:tcW w:w="2851" w:type="dxa"/>
            <w:tcMar>
              <w:top w:w="55" w:type="dxa"/>
              <w:left w:w="75" w:type="dxa"/>
              <w:bottom w:w="55" w:type="dxa"/>
              <w:right w:w="75" w:type="dxa"/>
            </w:tcMar>
            <w:vAlign w:val="center"/>
          </w:tcPr>
          <w:p w14:paraId="115105C0" w14:textId="77777777" w:rsidR="00923354" w:rsidRPr="00314BAB" w:rsidRDefault="00000000" w:rsidP="008628DB">
            <w:pPr>
              <w:snapToGrid w:val="0"/>
              <w:spacing w:after="0" w:line="300" w:lineRule="auto"/>
              <w:jc w:val="center"/>
              <w:rPr>
                <w:sz w:val="16"/>
                <w:szCs w:val="16"/>
              </w:rPr>
            </w:pPr>
            <w:r w:rsidRPr="00314BAB">
              <w:rPr>
                <w:sz w:val="16"/>
                <w:szCs w:val="16"/>
              </w:rPr>
              <w:t>71.76470588235294</w:t>
            </w:r>
          </w:p>
        </w:tc>
      </w:tr>
      <w:tr w:rsidR="00923354" w:rsidRPr="00314BAB" w14:paraId="39F87ACD" w14:textId="77777777">
        <w:trPr>
          <w:cantSplit/>
          <w:jc w:val="center"/>
        </w:trPr>
        <w:tc>
          <w:tcPr>
            <w:tcW w:w="2851" w:type="dxa"/>
            <w:tcMar>
              <w:top w:w="55" w:type="dxa"/>
              <w:left w:w="75" w:type="dxa"/>
              <w:bottom w:w="55" w:type="dxa"/>
              <w:right w:w="75" w:type="dxa"/>
            </w:tcMar>
            <w:vAlign w:val="center"/>
          </w:tcPr>
          <w:p w14:paraId="4517087E" w14:textId="77777777" w:rsidR="00923354" w:rsidRPr="00314BAB" w:rsidRDefault="00000000" w:rsidP="008628DB">
            <w:pPr>
              <w:snapToGrid w:val="0"/>
              <w:spacing w:after="0" w:line="300" w:lineRule="auto"/>
              <w:jc w:val="center"/>
              <w:rPr>
                <w:sz w:val="16"/>
                <w:szCs w:val="16"/>
              </w:rPr>
            </w:pPr>
            <w:r w:rsidRPr="00314BAB">
              <w:rPr>
                <w:sz w:val="16"/>
                <w:szCs w:val="16"/>
              </w:rPr>
              <w:t>PDGFRB_Fibroblast</w:t>
            </w:r>
          </w:p>
        </w:tc>
        <w:tc>
          <w:tcPr>
            <w:tcW w:w="2851" w:type="dxa"/>
            <w:tcMar>
              <w:top w:w="55" w:type="dxa"/>
              <w:left w:w="75" w:type="dxa"/>
              <w:bottom w:w="55" w:type="dxa"/>
              <w:right w:w="75" w:type="dxa"/>
            </w:tcMar>
            <w:vAlign w:val="center"/>
          </w:tcPr>
          <w:p w14:paraId="1FADA7A9" w14:textId="77777777" w:rsidR="00923354" w:rsidRPr="00314BAB" w:rsidRDefault="00000000" w:rsidP="008628DB">
            <w:pPr>
              <w:snapToGrid w:val="0"/>
              <w:spacing w:after="0" w:line="300" w:lineRule="auto"/>
              <w:jc w:val="center"/>
              <w:rPr>
                <w:sz w:val="16"/>
                <w:szCs w:val="16"/>
              </w:rPr>
            </w:pPr>
            <w:r w:rsidRPr="00314BAB">
              <w:rPr>
                <w:sz w:val="16"/>
                <w:szCs w:val="16"/>
              </w:rPr>
              <w:t>14</w:t>
            </w:r>
          </w:p>
        </w:tc>
        <w:tc>
          <w:tcPr>
            <w:tcW w:w="2851" w:type="dxa"/>
            <w:tcMar>
              <w:top w:w="55" w:type="dxa"/>
              <w:left w:w="75" w:type="dxa"/>
              <w:bottom w:w="55" w:type="dxa"/>
              <w:right w:w="75" w:type="dxa"/>
            </w:tcMar>
            <w:vAlign w:val="center"/>
          </w:tcPr>
          <w:p w14:paraId="6405C8B9" w14:textId="77777777" w:rsidR="00923354" w:rsidRPr="00314BAB" w:rsidRDefault="00000000" w:rsidP="008628DB">
            <w:pPr>
              <w:snapToGrid w:val="0"/>
              <w:spacing w:after="0" w:line="300" w:lineRule="auto"/>
              <w:jc w:val="center"/>
              <w:rPr>
                <w:sz w:val="16"/>
                <w:szCs w:val="16"/>
              </w:rPr>
            </w:pPr>
            <w:r w:rsidRPr="00314BAB">
              <w:rPr>
                <w:sz w:val="16"/>
                <w:szCs w:val="16"/>
              </w:rPr>
              <w:t>0.30123642403684453</w:t>
            </w:r>
          </w:p>
        </w:tc>
        <w:tc>
          <w:tcPr>
            <w:tcW w:w="2851" w:type="dxa"/>
            <w:tcMar>
              <w:top w:w="55" w:type="dxa"/>
              <w:left w:w="75" w:type="dxa"/>
              <w:bottom w:w="55" w:type="dxa"/>
              <w:right w:w="75" w:type="dxa"/>
            </w:tcMar>
            <w:vAlign w:val="center"/>
          </w:tcPr>
          <w:p w14:paraId="4CF2423D" w14:textId="77777777" w:rsidR="00923354" w:rsidRPr="00314BAB" w:rsidRDefault="00000000" w:rsidP="008628DB">
            <w:pPr>
              <w:snapToGrid w:val="0"/>
              <w:spacing w:after="0" w:line="300" w:lineRule="auto"/>
              <w:jc w:val="center"/>
              <w:rPr>
                <w:sz w:val="16"/>
                <w:szCs w:val="16"/>
              </w:rPr>
            </w:pPr>
            <w:r w:rsidRPr="00314BAB">
              <w:rPr>
                <w:sz w:val="16"/>
                <w:szCs w:val="16"/>
              </w:rPr>
              <w:t>0.22493960022429063</w:t>
            </w:r>
          </w:p>
        </w:tc>
        <w:tc>
          <w:tcPr>
            <w:tcW w:w="2851" w:type="dxa"/>
            <w:tcMar>
              <w:top w:w="55" w:type="dxa"/>
              <w:left w:w="75" w:type="dxa"/>
              <w:bottom w:w="55" w:type="dxa"/>
              <w:right w:w="75" w:type="dxa"/>
            </w:tcMar>
            <w:vAlign w:val="center"/>
          </w:tcPr>
          <w:p w14:paraId="04E4009F" w14:textId="77777777" w:rsidR="00923354" w:rsidRPr="00314BAB" w:rsidRDefault="00000000" w:rsidP="008628DB">
            <w:pPr>
              <w:snapToGrid w:val="0"/>
              <w:spacing w:after="0" w:line="300" w:lineRule="auto"/>
              <w:jc w:val="center"/>
              <w:rPr>
                <w:sz w:val="16"/>
                <w:szCs w:val="16"/>
              </w:rPr>
            </w:pPr>
            <w:r w:rsidRPr="00314BAB">
              <w:rPr>
                <w:sz w:val="16"/>
                <w:szCs w:val="16"/>
              </w:rPr>
              <w:t>31.642857142857142</w:t>
            </w:r>
          </w:p>
        </w:tc>
      </w:tr>
      <w:tr w:rsidR="00923354" w:rsidRPr="00314BAB" w14:paraId="52363390" w14:textId="77777777">
        <w:trPr>
          <w:cantSplit/>
          <w:jc w:val="center"/>
        </w:trPr>
        <w:tc>
          <w:tcPr>
            <w:tcW w:w="2851" w:type="dxa"/>
            <w:tcMar>
              <w:top w:w="55" w:type="dxa"/>
              <w:left w:w="75" w:type="dxa"/>
              <w:bottom w:w="55" w:type="dxa"/>
              <w:right w:w="75" w:type="dxa"/>
            </w:tcMar>
            <w:vAlign w:val="center"/>
          </w:tcPr>
          <w:p w14:paraId="0C8BD64E" w14:textId="77777777" w:rsidR="00923354" w:rsidRPr="00314BAB" w:rsidRDefault="00000000" w:rsidP="008628DB">
            <w:pPr>
              <w:snapToGrid w:val="0"/>
              <w:spacing w:after="0" w:line="300" w:lineRule="auto"/>
              <w:jc w:val="center"/>
              <w:rPr>
                <w:sz w:val="16"/>
                <w:szCs w:val="16"/>
              </w:rPr>
            </w:pPr>
            <w:r w:rsidRPr="00314BAB">
              <w:rPr>
                <w:sz w:val="16"/>
                <w:szCs w:val="16"/>
              </w:rPr>
              <w:t>UPK_Epithelial</w:t>
            </w:r>
          </w:p>
        </w:tc>
        <w:tc>
          <w:tcPr>
            <w:tcW w:w="2851" w:type="dxa"/>
            <w:tcMar>
              <w:top w:w="55" w:type="dxa"/>
              <w:left w:w="75" w:type="dxa"/>
              <w:bottom w:w="55" w:type="dxa"/>
              <w:right w:w="75" w:type="dxa"/>
            </w:tcMar>
            <w:vAlign w:val="center"/>
          </w:tcPr>
          <w:p w14:paraId="6BA91AEA" w14:textId="77777777" w:rsidR="00923354" w:rsidRPr="00314BAB" w:rsidRDefault="00000000" w:rsidP="008628DB">
            <w:pPr>
              <w:snapToGrid w:val="0"/>
              <w:spacing w:after="0" w:line="300" w:lineRule="auto"/>
              <w:jc w:val="center"/>
              <w:rPr>
                <w:sz w:val="16"/>
                <w:szCs w:val="16"/>
              </w:rPr>
            </w:pPr>
            <w:r w:rsidRPr="00314BAB">
              <w:rPr>
                <w:sz w:val="16"/>
                <w:szCs w:val="16"/>
              </w:rPr>
              <w:t>18</w:t>
            </w:r>
          </w:p>
        </w:tc>
        <w:tc>
          <w:tcPr>
            <w:tcW w:w="2851" w:type="dxa"/>
            <w:tcMar>
              <w:top w:w="55" w:type="dxa"/>
              <w:left w:w="75" w:type="dxa"/>
              <w:bottom w:w="55" w:type="dxa"/>
              <w:right w:w="75" w:type="dxa"/>
            </w:tcMar>
            <w:vAlign w:val="center"/>
          </w:tcPr>
          <w:p w14:paraId="517A8622" w14:textId="77777777" w:rsidR="00923354" w:rsidRPr="00314BAB" w:rsidRDefault="00000000" w:rsidP="008628DB">
            <w:pPr>
              <w:snapToGrid w:val="0"/>
              <w:spacing w:after="0" w:line="300" w:lineRule="auto"/>
              <w:jc w:val="center"/>
              <w:rPr>
                <w:sz w:val="16"/>
                <w:szCs w:val="16"/>
              </w:rPr>
            </w:pPr>
            <w:r w:rsidRPr="00314BAB">
              <w:rPr>
                <w:sz w:val="16"/>
                <w:szCs w:val="16"/>
              </w:rPr>
              <w:t>0.2838413303620718</w:t>
            </w:r>
          </w:p>
        </w:tc>
        <w:tc>
          <w:tcPr>
            <w:tcW w:w="2851" w:type="dxa"/>
            <w:tcMar>
              <w:top w:w="55" w:type="dxa"/>
              <w:left w:w="75" w:type="dxa"/>
              <w:bottom w:w="55" w:type="dxa"/>
              <w:right w:w="75" w:type="dxa"/>
            </w:tcMar>
            <w:vAlign w:val="center"/>
          </w:tcPr>
          <w:p w14:paraId="64789B3E" w14:textId="77777777" w:rsidR="00923354" w:rsidRPr="00314BAB" w:rsidRDefault="00000000" w:rsidP="008628DB">
            <w:pPr>
              <w:snapToGrid w:val="0"/>
              <w:spacing w:after="0" w:line="300" w:lineRule="auto"/>
              <w:jc w:val="center"/>
              <w:rPr>
                <w:sz w:val="16"/>
                <w:szCs w:val="16"/>
              </w:rPr>
            </w:pPr>
            <w:r w:rsidRPr="00314BAB">
              <w:rPr>
                <w:sz w:val="16"/>
                <w:szCs w:val="16"/>
              </w:rPr>
              <w:t>0.15806026885122515</w:t>
            </w:r>
          </w:p>
        </w:tc>
        <w:tc>
          <w:tcPr>
            <w:tcW w:w="2851" w:type="dxa"/>
            <w:tcMar>
              <w:top w:w="55" w:type="dxa"/>
              <w:left w:w="75" w:type="dxa"/>
              <w:bottom w:w="55" w:type="dxa"/>
              <w:right w:w="75" w:type="dxa"/>
            </w:tcMar>
            <w:vAlign w:val="center"/>
          </w:tcPr>
          <w:p w14:paraId="01E89203" w14:textId="77777777" w:rsidR="00923354" w:rsidRPr="00314BAB" w:rsidRDefault="00000000" w:rsidP="008628DB">
            <w:pPr>
              <w:snapToGrid w:val="0"/>
              <w:spacing w:after="0" w:line="300" w:lineRule="auto"/>
              <w:jc w:val="center"/>
              <w:rPr>
                <w:sz w:val="16"/>
                <w:szCs w:val="16"/>
              </w:rPr>
            </w:pPr>
            <w:r w:rsidRPr="00314BAB">
              <w:rPr>
                <w:sz w:val="16"/>
                <w:szCs w:val="16"/>
              </w:rPr>
              <w:t>313.5</w:t>
            </w:r>
          </w:p>
        </w:tc>
      </w:tr>
      <w:tr w:rsidR="00923354" w:rsidRPr="00314BAB" w14:paraId="3008E2DE" w14:textId="77777777">
        <w:trPr>
          <w:cantSplit/>
          <w:jc w:val="center"/>
        </w:trPr>
        <w:tc>
          <w:tcPr>
            <w:tcW w:w="2851" w:type="dxa"/>
            <w:tcMar>
              <w:top w:w="55" w:type="dxa"/>
              <w:left w:w="75" w:type="dxa"/>
              <w:bottom w:w="55" w:type="dxa"/>
              <w:right w:w="75" w:type="dxa"/>
            </w:tcMar>
            <w:vAlign w:val="center"/>
          </w:tcPr>
          <w:p w14:paraId="0464F72E" w14:textId="77777777" w:rsidR="00923354" w:rsidRPr="00314BAB" w:rsidRDefault="00000000" w:rsidP="008628DB">
            <w:pPr>
              <w:snapToGrid w:val="0"/>
              <w:spacing w:after="0" w:line="300" w:lineRule="auto"/>
              <w:jc w:val="center"/>
              <w:rPr>
                <w:sz w:val="16"/>
                <w:szCs w:val="16"/>
              </w:rPr>
            </w:pPr>
            <w:r w:rsidRPr="00314BAB">
              <w:rPr>
                <w:sz w:val="16"/>
                <w:szCs w:val="16"/>
              </w:rPr>
              <w:t>ACTA2_Fibroblast</w:t>
            </w:r>
          </w:p>
        </w:tc>
        <w:tc>
          <w:tcPr>
            <w:tcW w:w="2851" w:type="dxa"/>
            <w:tcMar>
              <w:top w:w="55" w:type="dxa"/>
              <w:left w:w="75" w:type="dxa"/>
              <w:bottom w:w="55" w:type="dxa"/>
              <w:right w:w="75" w:type="dxa"/>
            </w:tcMar>
            <w:vAlign w:val="center"/>
          </w:tcPr>
          <w:p w14:paraId="306B5E5A" w14:textId="77777777" w:rsidR="00923354" w:rsidRPr="00314BAB" w:rsidRDefault="00000000" w:rsidP="008628DB">
            <w:pPr>
              <w:snapToGrid w:val="0"/>
              <w:spacing w:after="0" w:line="300" w:lineRule="auto"/>
              <w:jc w:val="center"/>
              <w:rPr>
                <w:sz w:val="16"/>
                <w:szCs w:val="16"/>
              </w:rPr>
            </w:pPr>
            <w:r w:rsidRPr="00314BAB">
              <w:rPr>
                <w:sz w:val="16"/>
                <w:szCs w:val="16"/>
              </w:rPr>
              <w:t>2</w:t>
            </w:r>
          </w:p>
        </w:tc>
        <w:tc>
          <w:tcPr>
            <w:tcW w:w="2851" w:type="dxa"/>
            <w:tcMar>
              <w:top w:w="55" w:type="dxa"/>
              <w:left w:w="75" w:type="dxa"/>
              <w:bottom w:w="55" w:type="dxa"/>
              <w:right w:w="75" w:type="dxa"/>
            </w:tcMar>
            <w:vAlign w:val="center"/>
          </w:tcPr>
          <w:p w14:paraId="220F76D8" w14:textId="77777777" w:rsidR="00923354" w:rsidRPr="00314BAB" w:rsidRDefault="00000000" w:rsidP="008628DB">
            <w:pPr>
              <w:snapToGrid w:val="0"/>
              <w:spacing w:after="0" w:line="300" w:lineRule="auto"/>
              <w:jc w:val="center"/>
              <w:rPr>
                <w:sz w:val="16"/>
                <w:szCs w:val="16"/>
              </w:rPr>
            </w:pPr>
            <w:r w:rsidRPr="00314BAB">
              <w:rPr>
                <w:sz w:val="16"/>
                <w:szCs w:val="16"/>
              </w:rPr>
              <w:t>0.27665985525505343</w:t>
            </w:r>
          </w:p>
        </w:tc>
        <w:tc>
          <w:tcPr>
            <w:tcW w:w="2851" w:type="dxa"/>
            <w:tcMar>
              <w:top w:w="55" w:type="dxa"/>
              <w:left w:w="75" w:type="dxa"/>
              <w:bottom w:w="55" w:type="dxa"/>
              <w:right w:w="75" w:type="dxa"/>
            </w:tcMar>
            <w:vAlign w:val="center"/>
          </w:tcPr>
          <w:p w14:paraId="464EEF45" w14:textId="77777777" w:rsidR="00923354" w:rsidRPr="00314BAB" w:rsidRDefault="00000000" w:rsidP="008628DB">
            <w:pPr>
              <w:snapToGrid w:val="0"/>
              <w:spacing w:after="0" w:line="300" w:lineRule="auto"/>
              <w:jc w:val="center"/>
              <w:rPr>
                <w:sz w:val="16"/>
                <w:szCs w:val="16"/>
              </w:rPr>
            </w:pPr>
            <w:r w:rsidRPr="00314BAB">
              <w:rPr>
                <w:sz w:val="16"/>
                <w:szCs w:val="16"/>
              </w:rPr>
              <w:t>0.27665985525505343</w:t>
            </w:r>
          </w:p>
        </w:tc>
        <w:tc>
          <w:tcPr>
            <w:tcW w:w="2851" w:type="dxa"/>
            <w:tcMar>
              <w:top w:w="55" w:type="dxa"/>
              <w:left w:w="75" w:type="dxa"/>
              <w:bottom w:w="55" w:type="dxa"/>
              <w:right w:w="75" w:type="dxa"/>
            </w:tcMar>
            <w:vAlign w:val="center"/>
          </w:tcPr>
          <w:p w14:paraId="5D3E09C0" w14:textId="77777777" w:rsidR="00923354" w:rsidRPr="00314BAB" w:rsidRDefault="00000000" w:rsidP="008628DB">
            <w:pPr>
              <w:snapToGrid w:val="0"/>
              <w:spacing w:after="0" w:line="300" w:lineRule="auto"/>
              <w:jc w:val="center"/>
              <w:rPr>
                <w:sz w:val="16"/>
                <w:szCs w:val="16"/>
              </w:rPr>
            </w:pPr>
            <w:r w:rsidRPr="00314BAB">
              <w:rPr>
                <w:sz w:val="16"/>
                <w:szCs w:val="16"/>
              </w:rPr>
              <w:t>16.0</w:t>
            </w:r>
          </w:p>
        </w:tc>
      </w:tr>
      <w:tr w:rsidR="00923354" w:rsidRPr="00314BAB" w14:paraId="1E01C771" w14:textId="77777777">
        <w:trPr>
          <w:cantSplit/>
          <w:jc w:val="center"/>
        </w:trPr>
        <w:tc>
          <w:tcPr>
            <w:tcW w:w="2851" w:type="dxa"/>
            <w:tcMar>
              <w:top w:w="55" w:type="dxa"/>
              <w:left w:w="75" w:type="dxa"/>
              <w:bottom w:w="55" w:type="dxa"/>
              <w:right w:w="75" w:type="dxa"/>
            </w:tcMar>
            <w:vAlign w:val="center"/>
          </w:tcPr>
          <w:p w14:paraId="5FF42980" w14:textId="77777777" w:rsidR="00923354" w:rsidRPr="00314BAB" w:rsidRDefault="00000000" w:rsidP="008628DB">
            <w:pPr>
              <w:snapToGrid w:val="0"/>
              <w:spacing w:after="0" w:line="300" w:lineRule="auto"/>
              <w:jc w:val="center"/>
              <w:rPr>
                <w:sz w:val="16"/>
                <w:szCs w:val="16"/>
              </w:rPr>
            </w:pPr>
            <w:r w:rsidRPr="00314BAB">
              <w:rPr>
                <w:sz w:val="16"/>
                <w:szCs w:val="16"/>
              </w:rPr>
              <w:t>KRT13_Epithelial</w:t>
            </w:r>
          </w:p>
        </w:tc>
        <w:tc>
          <w:tcPr>
            <w:tcW w:w="2851" w:type="dxa"/>
            <w:tcMar>
              <w:top w:w="55" w:type="dxa"/>
              <w:left w:w="75" w:type="dxa"/>
              <w:bottom w:w="55" w:type="dxa"/>
              <w:right w:w="75" w:type="dxa"/>
            </w:tcMar>
            <w:vAlign w:val="center"/>
          </w:tcPr>
          <w:p w14:paraId="34E8FEF3" w14:textId="77777777" w:rsidR="00923354" w:rsidRPr="00314BAB" w:rsidRDefault="00000000" w:rsidP="008628DB">
            <w:pPr>
              <w:snapToGrid w:val="0"/>
              <w:spacing w:after="0" w:line="300" w:lineRule="auto"/>
              <w:jc w:val="center"/>
              <w:rPr>
                <w:sz w:val="16"/>
                <w:szCs w:val="16"/>
              </w:rPr>
            </w:pPr>
            <w:r w:rsidRPr="00314BAB">
              <w:rPr>
                <w:sz w:val="16"/>
                <w:szCs w:val="16"/>
              </w:rPr>
              <w:t>23</w:t>
            </w:r>
          </w:p>
        </w:tc>
        <w:tc>
          <w:tcPr>
            <w:tcW w:w="2851" w:type="dxa"/>
            <w:tcMar>
              <w:top w:w="55" w:type="dxa"/>
              <w:left w:w="75" w:type="dxa"/>
              <w:bottom w:w="55" w:type="dxa"/>
              <w:right w:w="75" w:type="dxa"/>
            </w:tcMar>
            <w:vAlign w:val="center"/>
          </w:tcPr>
          <w:p w14:paraId="698975E2" w14:textId="77777777" w:rsidR="00923354" w:rsidRPr="00314BAB" w:rsidRDefault="00000000" w:rsidP="008628DB">
            <w:pPr>
              <w:snapToGrid w:val="0"/>
              <w:spacing w:after="0" w:line="300" w:lineRule="auto"/>
              <w:jc w:val="center"/>
              <w:rPr>
                <w:sz w:val="16"/>
                <w:szCs w:val="16"/>
              </w:rPr>
            </w:pPr>
            <w:r w:rsidRPr="00314BAB">
              <w:rPr>
                <w:sz w:val="16"/>
                <w:szCs w:val="16"/>
              </w:rPr>
              <w:t>0.25693017733527485</w:t>
            </w:r>
          </w:p>
        </w:tc>
        <w:tc>
          <w:tcPr>
            <w:tcW w:w="2851" w:type="dxa"/>
            <w:tcMar>
              <w:top w:w="55" w:type="dxa"/>
              <w:left w:w="75" w:type="dxa"/>
              <w:bottom w:w="55" w:type="dxa"/>
              <w:right w:w="75" w:type="dxa"/>
            </w:tcMar>
            <w:vAlign w:val="center"/>
          </w:tcPr>
          <w:p w14:paraId="597C557D" w14:textId="77777777" w:rsidR="00923354" w:rsidRPr="00314BAB" w:rsidRDefault="00000000" w:rsidP="008628DB">
            <w:pPr>
              <w:snapToGrid w:val="0"/>
              <w:spacing w:after="0" w:line="300" w:lineRule="auto"/>
              <w:jc w:val="center"/>
              <w:rPr>
                <w:sz w:val="16"/>
                <w:szCs w:val="16"/>
              </w:rPr>
            </w:pPr>
            <w:r w:rsidRPr="00314BAB">
              <w:rPr>
                <w:sz w:val="16"/>
                <w:szCs w:val="16"/>
              </w:rPr>
              <w:t>0.21961783213503208</w:t>
            </w:r>
          </w:p>
        </w:tc>
        <w:tc>
          <w:tcPr>
            <w:tcW w:w="2851" w:type="dxa"/>
            <w:tcMar>
              <w:top w:w="55" w:type="dxa"/>
              <w:left w:w="75" w:type="dxa"/>
              <w:bottom w:w="55" w:type="dxa"/>
              <w:right w:w="75" w:type="dxa"/>
            </w:tcMar>
            <w:vAlign w:val="center"/>
          </w:tcPr>
          <w:p w14:paraId="11E875F4" w14:textId="77777777" w:rsidR="00923354" w:rsidRPr="00314BAB" w:rsidRDefault="00000000" w:rsidP="008628DB">
            <w:pPr>
              <w:snapToGrid w:val="0"/>
              <w:spacing w:after="0" w:line="300" w:lineRule="auto"/>
              <w:jc w:val="center"/>
              <w:rPr>
                <w:sz w:val="16"/>
                <w:szCs w:val="16"/>
              </w:rPr>
            </w:pPr>
            <w:r w:rsidRPr="00314BAB">
              <w:rPr>
                <w:sz w:val="16"/>
                <w:szCs w:val="16"/>
              </w:rPr>
              <w:t>636.1739130434783</w:t>
            </w:r>
          </w:p>
        </w:tc>
      </w:tr>
      <w:tr w:rsidR="00923354" w:rsidRPr="00314BAB" w14:paraId="4240ECF7" w14:textId="77777777">
        <w:trPr>
          <w:cantSplit/>
          <w:jc w:val="center"/>
        </w:trPr>
        <w:tc>
          <w:tcPr>
            <w:tcW w:w="2851" w:type="dxa"/>
            <w:tcMar>
              <w:top w:w="55" w:type="dxa"/>
              <w:left w:w="75" w:type="dxa"/>
              <w:bottom w:w="55" w:type="dxa"/>
              <w:right w:w="75" w:type="dxa"/>
            </w:tcMar>
            <w:vAlign w:val="center"/>
          </w:tcPr>
          <w:p w14:paraId="454CFD90" w14:textId="77777777" w:rsidR="00923354" w:rsidRPr="00314BAB" w:rsidRDefault="00000000" w:rsidP="008628DB">
            <w:pPr>
              <w:snapToGrid w:val="0"/>
              <w:spacing w:after="0" w:line="300" w:lineRule="auto"/>
              <w:jc w:val="center"/>
              <w:rPr>
                <w:sz w:val="16"/>
                <w:szCs w:val="16"/>
              </w:rPr>
            </w:pPr>
            <w:proofErr w:type="spellStart"/>
            <w:r w:rsidRPr="00314BAB">
              <w:rPr>
                <w:sz w:val="16"/>
                <w:szCs w:val="16"/>
              </w:rPr>
              <w:t>Naive_Tcell</w:t>
            </w:r>
            <w:proofErr w:type="spellEnd"/>
          </w:p>
        </w:tc>
        <w:tc>
          <w:tcPr>
            <w:tcW w:w="2851" w:type="dxa"/>
            <w:tcMar>
              <w:top w:w="55" w:type="dxa"/>
              <w:left w:w="75" w:type="dxa"/>
              <w:bottom w:w="55" w:type="dxa"/>
              <w:right w:w="75" w:type="dxa"/>
            </w:tcMar>
            <w:vAlign w:val="center"/>
          </w:tcPr>
          <w:p w14:paraId="35A84A0A" w14:textId="77777777" w:rsidR="00923354" w:rsidRPr="00314BAB" w:rsidRDefault="00000000" w:rsidP="008628DB">
            <w:pPr>
              <w:snapToGrid w:val="0"/>
              <w:spacing w:after="0" w:line="300" w:lineRule="auto"/>
              <w:jc w:val="center"/>
              <w:rPr>
                <w:sz w:val="16"/>
                <w:szCs w:val="16"/>
              </w:rPr>
            </w:pPr>
            <w:r w:rsidRPr="00314BAB">
              <w:rPr>
                <w:sz w:val="16"/>
                <w:szCs w:val="16"/>
              </w:rPr>
              <w:t>16</w:t>
            </w:r>
          </w:p>
        </w:tc>
        <w:tc>
          <w:tcPr>
            <w:tcW w:w="2851" w:type="dxa"/>
            <w:tcMar>
              <w:top w:w="55" w:type="dxa"/>
              <w:left w:w="75" w:type="dxa"/>
              <w:bottom w:w="55" w:type="dxa"/>
              <w:right w:w="75" w:type="dxa"/>
            </w:tcMar>
            <w:vAlign w:val="center"/>
          </w:tcPr>
          <w:p w14:paraId="142D3B7A" w14:textId="77777777" w:rsidR="00923354" w:rsidRPr="00314BAB" w:rsidRDefault="00000000" w:rsidP="008628DB">
            <w:pPr>
              <w:snapToGrid w:val="0"/>
              <w:spacing w:after="0" w:line="300" w:lineRule="auto"/>
              <w:jc w:val="center"/>
              <w:rPr>
                <w:sz w:val="16"/>
                <w:szCs w:val="16"/>
              </w:rPr>
            </w:pPr>
            <w:r w:rsidRPr="00314BAB">
              <w:rPr>
                <w:sz w:val="16"/>
                <w:szCs w:val="16"/>
              </w:rPr>
              <w:t>0.25281427944899</w:t>
            </w:r>
          </w:p>
        </w:tc>
        <w:tc>
          <w:tcPr>
            <w:tcW w:w="2851" w:type="dxa"/>
            <w:tcMar>
              <w:top w:w="55" w:type="dxa"/>
              <w:left w:w="75" w:type="dxa"/>
              <w:bottom w:w="55" w:type="dxa"/>
              <w:right w:w="75" w:type="dxa"/>
            </w:tcMar>
            <w:vAlign w:val="center"/>
          </w:tcPr>
          <w:p w14:paraId="264F62A1" w14:textId="77777777" w:rsidR="00923354" w:rsidRPr="00314BAB" w:rsidRDefault="00000000" w:rsidP="008628DB">
            <w:pPr>
              <w:snapToGrid w:val="0"/>
              <w:spacing w:after="0" w:line="300" w:lineRule="auto"/>
              <w:jc w:val="center"/>
              <w:rPr>
                <w:sz w:val="16"/>
                <w:szCs w:val="16"/>
              </w:rPr>
            </w:pPr>
            <w:r w:rsidRPr="00314BAB">
              <w:rPr>
                <w:sz w:val="16"/>
                <w:szCs w:val="16"/>
              </w:rPr>
              <w:t>0.23537715276831783</w:t>
            </w:r>
          </w:p>
        </w:tc>
        <w:tc>
          <w:tcPr>
            <w:tcW w:w="2851" w:type="dxa"/>
            <w:tcMar>
              <w:top w:w="55" w:type="dxa"/>
              <w:left w:w="75" w:type="dxa"/>
              <w:bottom w:w="55" w:type="dxa"/>
              <w:right w:w="75" w:type="dxa"/>
            </w:tcMar>
            <w:vAlign w:val="center"/>
          </w:tcPr>
          <w:p w14:paraId="4E8793E1" w14:textId="77777777" w:rsidR="00923354" w:rsidRPr="00314BAB" w:rsidRDefault="00000000" w:rsidP="008628DB">
            <w:pPr>
              <w:snapToGrid w:val="0"/>
              <w:spacing w:after="0" w:line="300" w:lineRule="auto"/>
              <w:jc w:val="center"/>
              <w:rPr>
                <w:sz w:val="16"/>
                <w:szCs w:val="16"/>
              </w:rPr>
            </w:pPr>
            <w:r w:rsidRPr="00314BAB">
              <w:rPr>
                <w:sz w:val="16"/>
                <w:szCs w:val="16"/>
              </w:rPr>
              <w:t>57.9375</w:t>
            </w:r>
          </w:p>
        </w:tc>
      </w:tr>
      <w:tr w:rsidR="00923354" w:rsidRPr="00314BAB" w14:paraId="7D7736C1" w14:textId="77777777">
        <w:trPr>
          <w:cantSplit/>
          <w:jc w:val="center"/>
        </w:trPr>
        <w:tc>
          <w:tcPr>
            <w:tcW w:w="2851" w:type="dxa"/>
            <w:tcMar>
              <w:top w:w="55" w:type="dxa"/>
              <w:left w:w="75" w:type="dxa"/>
              <w:bottom w:w="55" w:type="dxa"/>
              <w:right w:w="75" w:type="dxa"/>
            </w:tcMar>
            <w:vAlign w:val="center"/>
          </w:tcPr>
          <w:p w14:paraId="4FCF8B7B" w14:textId="77777777" w:rsidR="00923354" w:rsidRPr="00314BAB" w:rsidRDefault="00000000" w:rsidP="008628DB">
            <w:pPr>
              <w:snapToGrid w:val="0"/>
              <w:spacing w:after="0" w:line="300" w:lineRule="auto"/>
              <w:jc w:val="center"/>
              <w:rPr>
                <w:sz w:val="16"/>
                <w:szCs w:val="16"/>
              </w:rPr>
            </w:pPr>
            <w:r w:rsidRPr="00314BAB">
              <w:rPr>
                <w:sz w:val="16"/>
                <w:szCs w:val="16"/>
              </w:rPr>
              <w:t>KRT6A_Epithelial</w:t>
            </w:r>
          </w:p>
        </w:tc>
        <w:tc>
          <w:tcPr>
            <w:tcW w:w="2851" w:type="dxa"/>
            <w:tcMar>
              <w:top w:w="55" w:type="dxa"/>
              <w:left w:w="75" w:type="dxa"/>
              <w:bottom w:w="55" w:type="dxa"/>
              <w:right w:w="75" w:type="dxa"/>
            </w:tcMar>
            <w:vAlign w:val="center"/>
          </w:tcPr>
          <w:p w14:paraId="6826E006" w14:textId="77777777" w:rsidR="00923354" w:rsidRPr="00314BAB" w:rsidRDefault="00000000" w:rsidP="008628DB">
            <w:pPr>
              <w:snapToGrid w:val="0"/>
              <w:spacing w:after="0" w:line="300" w:lineRule="auto"/>
              <w:jc w:val="center"/>
              <w:rPr>
                <w:sz w:val="16"/>
                <w:szCs w:val="16"/>
              </w:rPr>
            </w:pPr>
            <w:r w:rsidRPr="00314BAB">
              <w:rPr>
                <w:sz w:val="16"/>
                <w:szCs w:val="16"/>
              </w:rPr>
              <w:t>23</w:t>
            </w:r>
          </w:p>
        </w:tc>
        <w:tc>
          <w:tcPr>
            <w:tcW w:w="2851" w:type="dxa"/>
            <w:tcMar>
              <w:top w:w="55" w:type="dxa"/>
              <w:left w:w="75" w:type="dxa"/>
              <w:bottom w:w="55" w:type="dxa"/>
              <w:right w:w="75" w:type="dxa"/>
            </w:tcMar>
            <w:vAlign w:val="center"/>
          </w:tcPr>
          <w:p w14:paraId="366D2710" w14:textId="77777777" w:rsidR="00923354" w:rsidRPr="00314BAB" w:rsidRDefault="00000000" w:rsidP="008628DB">
            <w:pPr>
              <w:snapToGrid w:val="0"/>
              <w:spacing w:after="0" w:line="300" w:lineRule="auto"/>
              <w:jc w:val="center"/>
              <w:rPr>
                <w:sz w:val="16"/>
                <w:szCs w:val="16"/>
              </w:rPr>
            </w:pPr>
            <w:r w:rsidRPr="00314BAB">
              <w:rPr>
                <w:sz w:val="16"/>
                <w:szCs w:val="16"/>
              </w:rPr>
              <w:t>0.224761659770692</w:t>
            </w:r>
          </w:p>
        </w:tc>
        <w:tc>
          <w:tcPr>
            <w:tcW w:w="2851" w:type="dxa"/>
            <w:tcMar>
              <w:top w:w="55" w:type="dxa"/>
              <w:left w:w="75" w:type="dxa"/>
              <w:bottom w:w="55" w:type="dxa"/>
              <w:right w:w="75" w:type="dxa"/>
            </w:tcMar>
            <w:vAlign w:val="center"/>
          </w:tcPr>
          <w:p w14:paraId="14806556" w14:textId="77777777" w:rsidR="00923354" w:rsidRPr="00314BAB" w:rsidRDefault="00000000" w:rsidP="008628DB">
            <w:pPr>
              <w:snapToGrid w:val="0"/>
              <w:spacing w:after="0" w:line="300" w:lineRule="auto"/>
              <w:jc w:val="center"/>
              <w:rPr>
                <w:sz w:val="16"/>
                <w:szCs w:val="16"/>
              </w:rPr>
            </w:pPr>
            <w:r w:rsidRPr="00314BAB">
              <w:rPr>
                <w:sz w:val="16"/>
                <w:szCs w:val="16"/>
              </w:rPr>
              <w:t>0.189078839843536</w:t>
            </w:r>
          </w:p>
        </w:tc>
        <w:tc>
          <w:tcPr>
            <w:tcW w:w="2851" w:type="dxa"/>
            <w:tcMar>
              <w:top w:w="55" w:type="dxa"/>
              <w:left w:w="75" w:type="dxa"/>
              <w:bottom w:w="55" w:type="dxa"/>
              <w:right w:w="75" w:type="dxa"/>
            </w:tcMar>
            <w:vAlign w:val="center"/>
          </w:tcPr>
          <w:p w14:paraId="1CBC4386" w14:textId="77777777" w:rsidR="00923354" w:rsidRPr="00314BAB" w:rsidRDefault="00000000" w:rsidP="008628DB">
            <w:pPr>
              <w:snapToGrid w:val="0"/>
              <w:spacing w:after="0" w:line="300" w:lineRule="auto"/>
              <w:jc w:val="center"/>
              <w:rPr>
                <w:sz w:val="16"/>
                <w:szCs w:val="16"/>
              </w:rPr>
            </w:pPr>
            <w:r w:rsidRPr="00314BAB">
              <w:rPr>
                <w:sz w:val="16"/>
                <w:szCs w:val="16"/>
              </w:rPr>
              <w:t>183.04347826086956</w:t>
            </w:r>
          </w:p>
        </w:tc>
      </w:tr>
      <w:tr w:rsidR="00923354" w:rsidRPr="00314BAB" w14:paraId="42295379" w14:textId="77777777">
        <w:trPr>
          <w:cantSplit/>
          <w:jc w:val="center"/>
        </w:trPr>
        <w:tc>
          <w:tcPr>
            <w:tcW w:w="2851" w:type="dxa"/>
            <w:tcMar>
              <w:top w:w="55" w:type="dxa"/>
              <w:left w:w="75" w:type="dxa"/>
              <w:bottom w:w="55" w:type="dxa"/>
              <w:right w:w="75" w:type="dxa"/>
            </w:tcMar>
            <w:vAlign w:val="center"/>
          </w:tcPr>
          <w:p w14:paraId="617C8A77" w14:textId="77777777" w:rsidR="00923354" w:rsidRPr="00314BAB" w:rsidRDefault="00000000" w:rsidP="008628DB">
            <w:pPr>
              <w:snapToGrid w:val="0"/>
              <w:spacing w:after="0" w:line="300" w:lineRule="auto"/>
              <w:jc w:val="center"/>
              <w:rPr>
                <w:sz w:val="16"/>
                <w:szCs w:val="16"/>
              </w:rPr>
            </w:pPr>
            <w:r w:rsidRPr="00314BAB">
              <w:rPr>
                <w:sz w:val="16"/>
                <w:szCs w:val="16"/>
              </w:rPr>
              <w:t>Cycling_Epithelial</w:t>
            </w:r>
          </w:p>
        </w:tc>
        <w:tc>
          <w:tcPr>
            <w:tcW w:w="2851" w:type="dxa"/>
            <w:tcMar>
              <w:top w:w="55" w:type="dxa"/>
              <w:left w:w="75" w:type="dxa"/>
              <w:bottom w:w="55" w:type="dxa"/>
              <w:right w:w="75" w:type="dxa"/>
            </w:tcMar>
            <w:vAlign w:val="center"/>
          </w:tcPr>
          <w:p w14:paraId="01D8D6EB" w14:textId="77777777" w:rsidR="00923354" w:rsidRPr="00314BAB" w:rsidRDefault="00000000" w:rsidP="008628DB">
            <w:pPr>
              <w:snapToGrid w:val="0"/>
              <w:spacing w:after="0" w:line="300" w:lineRule="auto"/>
              <w:jc w:val="center"/>
              <w:rPr>
                <w:sz w:val="16"/>
                <w:szCs w:val="16"/>
              </w:rPr>
            </w:pPr>
            <w:r w:rsidRPr="00314BAB">
              <w:rPr>
                <w:sz w:val="16"/>
                <w:szCs w:val="16"/>
              </w:rPr>
              <w:t>25</w:t>
            </w:r>
          </w:p>
        </w:tc>
        <w:tc>
          <w:tcPr>
            <w:tcW w:w="2851" w:type="dxa"/>
            <w:tcMar>
              <w:top w:w="55" w:type="dxa"/>
              <w:left w:w="75" w:type="dxa"/>
              <w:bottom w:w="55" w:type="dxa"/>
              <w:right w:w="75" w:type="dxa"/>
            </w:tcMar>
            <w:vAlign w:val="center"/>
          </w:tcPr>
          <w:p w14:paraId="76B9A71F" w14:textId="77777777" w:rsidR="00923354" w:rsidRPr="00314BAB" w:rsidRDefault="00000000" w:rsidP="008628DB">
            <w:pPr>
              <w:snapToGrid w:val="0"/>
              <w:spacing w:after="0" w:line="300" w:lineRule="auto"/>
              <w:jc w:val="center"/>
              <w:rPr>
                <w:sz w:val="16"/>
                <w:szCs w:val="16"/>
              </w:rPr>
            </w:pPr>
            <w:r w:rsidRPr="00314BAB">
              <w:rPr>
                <w:sz w:val="16"/>
                <w:szCs w:val="16"/>
              </w:rPr>
              <w:t>0.20783637951620484</w:t>
            </w:r>
          </w:p>
        </w:tc>
        <w:tc>
          <w:tcPr>
            <w:tcW w:w="2851" w:type="dxa"/>
            <w:tcMar>
              <w:top w:w="55" w:type="dxa"/>
              <w:left w:w="75" w:type="dxa"/>
              <w:bottom w:w="55" w:type="dxa"/>
              <w:right w:w="75" w:type="dxa"/>
            </w:tcMar>
            <w:vAlign w:val="center"/>
          </w:tcPr>
          <w:p w14:paraId="4B4D417B" w14:textId="77777777" w:rsidR="00923354" w:rsidRPr="00314BAB" w:rsidRDefault="00000000" w:rsidP="008628DB">
            <w:pPr>
              <w:snapToGrid w:val="0"/>
              <w:spacing w:after="0" w:line="300" w:lineRule="auto"/>
              <w:jc w:val="center"/>
              <w:rPr>
                <w:sz w:val="16"/>
                <w:szCs w:val="16"/>
              </w:rPr>
            </w:pPr>
            <w:r w:rsidRPr="00314BAB">
              <w:rPr>
                <w:sz w:val="16"/>
                <w:szCs w:val="16"/>
              </w:rPr>
              <w:t>0.1575459601906819</w:t>
            </w:r>
          </w:p>
        </w:tc>
        <w:tc>
          <w:tcPr>
            <w:tcW w:w="2851" w:type="dxa"/>
            <w:tcMar>
              <w:top w:w="55" w:type="dxa"/>
              <w:left w:w="75" w:type="dxa"/>
              <w:bottom w:w="55" w:type="dxa"/>
              <w:right w:w="75" w:type="dxa"/>
            </w:tcMar>
            <w:vAlign w:val="center"/>
          </w:tcPr>
          <w:p w14:paraId="6DD5E7C5" w14:textId="77777777" w:rsidR="00923354" w:rsidRPr="00314BAB" w:rsidRDefault="00000000" w:rsidP="008628DB">
            <w:pPr>
              <w:snapToGrid w:val="0"/>
              <w:spacing w:after="0" w:line="300" w:lineRule="auto"/>
              <w:jc w:val="center"/>
              <w:rPr>
                <w:sz w:val="16"/>
                <w:szCs w:val="16"/>
              </w:rPr>
            </w:pPr>
            <w:r w:rsidRPr="00314BAB">
              <w:rPr>
                <w:sz w:val="16"/>
                <w:szCs w:val="16"/>
              </w:rPr>
              <w:t>517.56</w:t>
            </w:r>
          </w:p>
        </w:tc>
      </w:tr>
      <w:tr w:rsidR="00923354" w:rsidRPr="00314BAB" w14:paraId="516D08FB" w14:textId="77777777">
        <w:trPr>
          <w:cantSplit/>
          <w:jc w:val="center"/>
        </w:trPr>
        <w:tc>
          <w:tcPr>
            <w:tcW w:w="2851" w:type="dxa"/>
            <w:tcMar>
              <w:top w:w="55" w:type="dxa"/>
              <w:left w:w="75" w:type="dxa"/>
              <w:bottom w:w="55" w:type="dxa"/>
              <w:right w:w="75" w:type="dxa"/>
            </w:tcMar>
            <w:vAlign w:val="center"/>
          </w:tcPr>
          <w:p w14:paraId="467419CE" w14:textId="77777777" w:rsidR="00923354" w:rsidRPr="00314BAB" w:rsidRDefault="00000000" w:rsidP="008628DB">
            <w:pPr>
              <w:snapToGrid w:val="0"/>
              <w:spacing w:after="0" w:line="300" w:lineRule="auto"/>
              <w:jc w:val="center"/>
              <w:rPr>
                <w:sz w:val="16"/>
                <w:szCs w:val="16"/>
              </w:rPr>
            </w:pPr>
            <w:r w:rsidRPr="00314BAB">
              <w:rPr>
                <w:sz w:val="16"/>
                <w:szCs w:val="16"/>
              </w:rPr>
              <w:t>Treg</w:t>
            </w:r>
          </w:p>
        </w:tc>
        <w:tc>
          <w:tcPr>
            <w:tcW w:w="2851" w:type="dxa"/>
            <w:tcMar>
              <w:top w:w="55" w:type="dxa"/>
              <w:left w:w="75" w:type="dxa"/>
              <w:bottom w:w="55" w:type="dxa"/>
              <w:right w:w="75" w:type="dxa"/>
            </w:tcMar>
            <w:vAlign w:val="center"/>
          </w:tcPr>
          <w:p w14:paraId="6F0ECD4C" w14:textId="77777777" w:rsidR="00923354" w:rsidRPr="00314BAB" w:rsidRDefault="00000000" w:rsidP="008628DB">
            <w:pPr>
              <w:snapToGrid w:val="0"/>
              <w:spacing w:after="0" w:line="300" w:lineRule="auto"/>
              <w:jc w:val="center"/>
              <w:rPr>
                <w:sz w:val="16"/>
                <w:szCs w:val="16"/>
              </w:rPr>
            </w:pPr>
            <w:r w:rsidRPr="00314BAB">
              <w:rPr>
                <w:sz w:val="16"/>
                <w:szCs w:val="16"/>
              </w:rPr>
              <w:t>9</w:t>
            </w:r>
          </w:p>
        </w:tc>
        <w:tc>
          <w:tcPr>
            <w:tcW w:w="2851" w:type="dxa"/>
            <w:tcMar>
              <w:top w:w="55" w:type="dxa"/>
              <w:left w:w="75" w:type="dxa"/>
              <w:bottom w:w="55" w:type="dxa"/>
              <w:right w:w="75" w:type="dxa"/>
            </w:tcMar>
            <w:vAlign w:val="center"/>
          </w:tcPr>
          <w:p w14:paraId="25E6D82B" w14:textId="77777777" w:rsidR="00923354" w:rsidRPr="00314BAB" w:rsidRDefault="00000000" w:rsidP="008628DB">
            <w:pPr>
              <w:snapToGrid w:val="0"/>
              <w:spacing w:after="0" w:line="300" w:lineRule="auto"/>
              <w:jc w:val="center"/>
              <w:rPr>
                <w:sz w:val="16"/>
                <w:szCs w:val="16"/>
              </w:rPr>
            </w:pPr>
            <w:r w:rsidRPr="00314BAB">
              <w:rPr>
                <w:sz w:val="16"/>
                <w:szCs w:val="16"/>
              </w:rPr>
              <w:t>0.05191960391675356</w:t>
            </w:r>
          </w:p>
        </w:tc>
        <w:tc>
          <w:tcPr>
            <w:tcW w:w="2851" w:type="dxa"/>
            <w:tcMar>
              <w:top w:w="55" w:type="dxa"/>
              <w:left w:w="75" w:type="dxa"/>
              <w:bottom w:w="55" w:type="dxa"/>
              <w:right w:w="75" w:type="dxa"/>
            </w:tcMar>
            <w:vAlign w:val="center"/>
          </w:tcPr>
          <w:p w14:paraId="23FFB154" w14:textId="77777777" w:rsidR="00923354" w:rsidRPr="00314BAB" w:rsidRDefault="00000000" w:rsidP="008628DB">
            <w:pPr>
              <w:snapToGrid w:val="0"/>
              <w:spacing w:after="0" w:line="300" w:lineRule="auto"/>
              <w:jc w:val="center"/>
              <w:rPr>
                <w:sz w:val="16"/>
                <w:szCs w:val="16"/>
              </w:rPr>
            </w:pPr>
            <w:r w:rsidRPr="00314BAB">
              <w:rPr>
                <w:sz w:val="16"/>
                <w:szCs w:val="16"/>
              </w:rPr>
              <w:t>-0.18067859070419293</w:t>
            </w:r>
          </w:p>
        </w:tc>
        <w:tc>
          <w:tcPr>
            <w:tcW w:w="2851" w:type="dxa"/>
            <w:tcMar>
              <w:top w:w="55" w:type="dxa"/>
              <w:left w:w="75" w:type="dxa"/>
              <w:bottom w:w="55" w:type="dxa"/>
              <w:right w:w="75" w:type="dxa"/>
            </w:tcMar>
            <w:vAlign w:val="center"/>
          </w:tcPr>
          <w:p w14:paraId="2342B6D7" w14:textId="77777777" w:rsidR="00923354" w:rsidRPr="00314BAB" w:rsidRDefault="00000000" w:rsidP="008628DB">
            <w:pPr>
              <w:snapToGrid w:val="0"/>
              <w:spacing w:after="0" w:line="300" w:lineRule="auto"/>
              <w:jc w:val="center"/>
              <w:rPr>
                <w:sz w:val="16"/>
                <w:szCs w:val="16"/>
              </w:rPr>
            </w:pPr>
            <w:r w:rsidRPr="00314BAB">
              <w:rPr>
                <w:sz w:val="16"/>
                <w:szCs w:val="16"/>
              </w:rPr>
              <w:t>31.0</w:t>
            </w:r>
          </w:p>
        </w:tc>
      </w:tr>
      <w:tr w:rsidR="00923354" w:rsidRPr="00314BAB" w14:paraId="15050690" w14:textId="77777777" w:rsidTr="00314BAB">
        <w:trPr>
          <w:cantSplit/>
          <w:jc w:val="center"/>
        </w:trPr>
        <w:tc>
          <w:tcPr>
            <w:tcW w:w="2851" w:type="dxa"/>
            <w:tcMar>
              <w:top w:w="55" w:type="dxa"/>
              <w:left w:w="75" w:type="dxa"/>
              <w:bottom w:w="55" w:type="dxa"/>
              <w:right w:w="75" w:type="dxa"/>
            </w:tcMar>
            <w:vAlign w:val="center"/>
          </w:tcPr>
          <w:p w14:paraId="5EFE6BD5" w14:textId="77777777" w:rsidR="00923354" w:rsidRPr="00314BAB" w:rsidRDefault="00000000" w:rsidP="008628DB">
            <w:pPr>
              <w:snapToGrid w:val="0"/>
              <w:spacing w:after="0" w:line="300" w:lineRule="auto"/>
              <w:jc w:val="center"/>
              <w:rPr>
                <w:sz w:val="16"/>
                <w:szCs w:val="16"/>
              </w:rPr>
            </w:pPr>
            <w:r w:rsidRPr="00314BAB">
              <w:rPr>
                <w:sz w:val="16"/>
                <w:szCs w:val="16"/>
              </w:rPr>
              <w:t>CD20_Bcell</w:t>
            </w:r>
          </w:p>
        </w:tc>
        <w:tc>
          <w:tcPr>
            <w:tcW w:w="2851" w:type="dxa"/>
            <w:tcMar>
              <w:top w:w="55" w:type="dxa"/>
              <w:left w:w="75" w:type="dxa"/>
              <w:bottom w:w="55" w:type="dxa"/>
              <w:right w:w="75" w:type="dxa"/>
            </w:tcMar>
            <w:vAlign w:val="center"/>
          </w:tcPr>
          <w:p w14:paraId="617BC4BC" w14:textId="77777777" w:rsidR="00923354" w:rsidRPr="00314BAB" w:rsidRDefault="00000000" w:rsidP="008628DB">
            <w:pPr>
              <w:snapToGrid w:val="0"/>
              <w:spacing w:after="0" w:line="300" w:lineRule="auto"/>
              <w:jc w:val="center"/>
              <w:rPr>
                <w:sz w:val="16"/>
                <w:szCs w:val="16"/>
              </w:rPr>
            </w:pPr>
            <w:r w:rsidRPr="00314BAB">
              <w:rPr>
                <w:sz w:val="16"/>
                <w:szCs w:val="16"/>
              </w:rPr>
              <w:t>14</w:t>
            </w:r>
          </w:p>
        </w:tc>
        <w:tc>
          <w:tcPr>
            <w:tcW w:w="2851" w:type="dxa"/>
            <w:tcMar>
              <w:top w:w="55" w:type="dxa"/>
              <w:left w:w="75" w:type="dxa"/>
              <w:bottom w:w="55" w:type="dxa"/>
              <w:right w:w="75" w:type="dxa"/>
            </w:tcMar>
            <w:vAlign w:val="center"/>
          </w:tcPr>
          <w:p w14:paraId="643751E3" w14:textId="77777777" w:rsidR="00923354" w:rsidRPr="00314BAB" w:rsidRDefault="00000000" w:rsidP="008628DB">
            <w:pPr>
              <w:snapToGrid w:val="0"/>
              <w:spacing w:after="0" w:line="300" w:lineRule="auto"/>
              <w:jc w:val="center"/>
              <w:rPr>
                <w:sz w:val="16"/>
                <w:szCs w:val="16"/>
              </w:rPr>
            </w:pPr>
            <w:r w:rsidRPr="00314BAB">
              <w:rPr>
                <w:sz w:val="16"/>
                <w:szCs w:val="16"/>
              </w:rPr>
              <w:t>0.03160881956840099</w:t>
            </w:r>
          </w:p>
        </w:tc>
        <w:tc>
          <w:tcPr>
            <w:tcW w:w="2851" w:type="dxa"/>
            <w:tcMar>
              <w:top w:w="55" w:type="dxa"/>
              <w:left w:w="75" w:type="dxa"/>
              <w:bottom w:w="55" w:type="dxa"/>
              <w:right w:w="75" w:type="dxa"/>
            </w:tcMar>
            <w:vAlign w:val="center"/>
          </w:tcPr>
          <w:p w14:paraId="394D5964" w14:textId="77777777" w:rsidR="00923354" w:rsidRPr="00314BAB" w:rsidRDefault="00000000" w:rsidP="008628DB">
            <w:pPr>
              <w:snapToGrid w:val="0"/>
              <w:spacing w:after="0" w:line="300" w:lineRule="auto"/>
              <w:jc w:val="center"/>
              <w:rPr>
                <w:sz w:val="16"/>
                <w:szCs w:val="16"/>
              </w:rPr>
            </w:pPr>
            <w:r w:rsidRPr="00314BAB">
              <w:rPr>
                <w:sz w:val="16"/>
                <w:szCs w:val="16"/>
              </w:rPr>
              <w:t>-0.09941385560183505</w:t>
            </w:r>
          </w:p>
        </w:tc>
        <w:tc>
          <w:tcPr>
            <w:tcW w:w="2851" w:type="dxa"/>
            <w:tcMar>
              <w:top w:w="55" w:type="dxa"/>
              <w:left w:w="75" w:type="dxa"/>
              <w:bottom w:w="55" w:type="dxa"/>
              <w:right w:w="75" w:type="dxa"/>
            </w:tcMar>
            <w:vAlign w:val="center"/>
          </w:tcPr>
          <w:p w14:paraId="676B28B1" w14:textId="77777777" w:rsidR="00923354" w:rsidRPr="00314BAB" w:rsidRDefault="00000000" w:rsidP="008628DB">
            <w:pPr>
              <w:snapToGrid w:val="0"/>
              <w:spacing w:after="0" w:line="300" w:lineRule="auto"/>
              <w:jc w:val="center"/>
              <w:rPr>
                <w:sz w:val="16"/>
                <w:szCs w:val="16"/>
              </w:rPr>
            </w:pPr>
            <w:r w:rsidRPr="00314BAB">
              <w:rPr>
                <w:sz w:val="16"/>
                <w:szCs w:val="16"/>
              </w:rPr>
              <w:t>53.42857142857143</w:t>
            </w:r>
          </w:p>
        </w:tc>
      </w:tr>
      <w:tr w:rsidR="00923354" w:rsidRPr="00314BAB" w14:paraId="36D402AD" w14:textId="77777777" w:rsidTr="00314BAB">
        <w:trPr>
          <w:cantSplit/>
          <w:jc w:val="center"/>
        </w:trPr>
        <w:tc>
          <w:tcPr>
            <w:tcW w:w="2851" w:type="dxa"/>
            <w:tcBorders>
              <w:bottom w:val="single" w:sz="4" w:space="0" w:color="auto"/>
            </w:tcBorders>
            <w:tcMar>
              <w:top w:w="55" w:type="dxa"/>
              <w:left w:w="75" w:type="dxa"/>
              <w:bottom w:w="55" w:type="dxa"/>
              <w:right w:w="75" w:type="dxa"/>
            </w:tcMar>
            <w:vAlign w:val="center"/>
          </w:tcPr>
          <w:p w14:paraId="7CD98A3E" w14:textId="77777777" w:rsidR="00923354" w:rsidRPr="00314BAB" w:rsidRDefault="00000000" w:rsidP="008628DB">
            <w:pPr>
              <w:snapToGrid w:val="0"/>
              <w:spacing w:after="0" w:line="300" w:lineRule="auto"/>
              <w:jc w:val="center"/>
              <w:rPr>
                <w:sz w:val="16"/>
                <w:szCs w:val="16"/>
              </w:rPr>
            </w:pPr>
            <w:r w:rsidRPr="00314BAB">
              <w:rPr>
                <w:sz w:val="16"/>
                <w:szCs w:val="16"/>
              </w:rPr>
              <w:t>Plasma_Bcell</w:t>
            </w:r>
          </w:p>
        </w:tc>
        <w:tc>
          <w:tcPr>
            <w:tcW w:w="2851" w:type="dxa"/>
            <w:tcBorders>
              <w:bottom w:val="single" w:sz="4" w:space="0" w:color="auto"/>
            </w:tcBorders>
            <w:tcMar>
              <w:top w:w="55" w:type="dxa"/>
              <w:left w:w="75" w:type="dxa"/>
              <w:bottom w:w="55" w:type="dxa"/>
              <w:right w:w="75" w:type="dxa"/>
            </w:tcMar>
            <w:vAlign w:val="center"/>
          </w:tcPr>
          <w:p w14:paraId="409954C0" w14:textId="77777777" w:rsidR="00923354" w:rsidRPr="00314BAB" w:rsidRDefault="00000000" w:rsidP="008628DB">
            <w:pPr>
              <w:snapToGrid w:val="0"/>
              <w:spacing w:after="0" w:line="300" w:lineRule="auto"/>
              <w:jc w:val="center"/>
              <w:rPr>
                <w:sz w:val="16"/>
                <w:szCs w:val="16"/>
              </w:rPr>
            </w:pPr>
            <w:r w:rsidRPr="00314BAB">
              <w:rPr>
                <w:sz w:val="16"/>
                <w:szCs w:val="16"/>
              </w:rPr>
              <w:t>7</w:t>
            </w:r>
          </w:p>
        </w:tc>
        <w:tc>
          <w:tcPr>
            <w:tcW w:w="2851" w:type="dxa"/>
            <w:tcBorders>
              <w:bottom w:val="single" w:sz="4" w:space="0" w:color="auto"/>
            </w:tcBorders>
            <w:tcMar>
              <w:top w:w="55" w:type="dxa"/>
              <w:left w:w="75" w:type="dxa"/>
              <w:bottom w:w="55" w:type="dxa"/>
              <w:right w:w="75" w:type="dxa"/>
            </w:tcMar>
            <w:vAlign w:val="center"/>
          </w:tcPr>
          <w:p w14:paraId="555516B3" w14:textId="77777777" w:rsidR="00923354" w:rsidRPr="00314BAB" w:rsidRDefault="00000000" w:rsidP="008628DB">
            <w:pPr>
              <w:snapToGrid w:val="0"/>
              <w:spacing w:after="0" w:line="300" w:lineRule="auto"/>
              <w:jc w:val="center"/>
              <w:rPr>
                <w:sz w:val="16"/>
                <w:szCs w:val="16"/>
              </w:rPr>
            </w:pPr>
            <w:r w:rsidRPr="00314BAB">
              <w:rPr>
                <w:sz w:val="16"/>
                <w:szCs w:val="16"/>
              </w:rPr>
              <w:t>0.014455216032645784</w:t>
            </w:r>
          </w:p>
        </w:tc>
        <w:tc>
          <w:tcPr>
            <w:tcW w:w="2851" w:type="dxa"/>
            <w:tcBorders>
              <w:bottom w:val="single" w:sz="4" w:space="0" w:color="auto"/>
            </w:tcBorders>
            <w:tcMar>
              <w:top w:w="55" w:type="dxa"/>
              <w:left w:w="75" w:type="dxa"/>
              <w:bottom w:w="55" w:type="dxa"/>
              <w:right w:w="75" w:type="dxa"/>
            </w:tcMar>
            <w:vAlign w:val="center"/>
          </w:tcPr>
          <w:p w14:paraId="3C54BFC6" w14:textId="77777777" w:rsidR="00923354" w:rsidRPr="00314BAB" w:rsidRDefault="00000000" w:rsidP="008628DB">
            <w:pPr>
              <w:snapToGrid w:val="0"/>
              <w:spacing w:after="0" w:line="300" w:lineRule="auto"/>
              <w:jc w:val="center"/>
              <w:rPr>
                <w:sz w:val="16"/>
                <w:szCs w:val="16"/>
              </w:rPr>
            </w:pPr>
            <w:r w:rsidRPr="00314BAB">
              <w:rPr>
                <w:sz w:val="16"/>
                <w:szCs w:val="16"/>
              </w:rPr>
              <w:t>-0.12595683524761142</w:t>
            </w:r>
          </w:p>
        </w:tc>
        <w:tc>
          <w:tcPr>
            <w:tcW w:w="2851" w:type="dxa"/>
            <w:tcBorders>
              <w:bottom w:val="single" w:sz="4" w:space="0" w:color="auto"/>
            </w:tcBorders>
            <w:tcMar>
              <w:top w:w="55" w:type="dxa"/>
              <w:left w:w="75" w:type="dxa"/>
              <w:bottom w:w="55" w:type="dxa"/>
              <w:right w:w="75" w:type="dxa"/>
            </w:tcMar>
            <w:vAlign w:val="center"/>
          </w:tcPr>
          <w:p w14:paraId="1A4DD43E" w14:textId="77777777" w:rsidR="00923354" w:rsidRPr="00314BAB" w:rsidRDefault="00000000" w:rsidP="008628DB">
            <w:pPr>
              <w:snapToGrid w:val="0"/>
              <w:spacing w:after="0" w:line="300" w:lineRule="auto"/>
              <w:jc w:val="center"/>
              <w:rPr>
                <w:sz w:val="16"/>
                <w:szCs w:val="16"/>
              </w:rPr>
            </w:pPr>
            <w:r w:rsidRPr="00314BAB">
              <w:rPr>
                <w:sz w:val="16"/>
                <w:szCs w:val="16"/>
              </w:rPr>
              <w:t>21.714285714285715</w:t>
            </w:r>
          </w:p>
        </w:tc>
      </w:tr>
    </w:tbl>
    <w:p w14:paraId="4125B1C5" w14:textId="77777777" w:rsidR="00314BAB" w:rsidRDefault="00314BAB" w:rsidP="00314BAB">
      <w:pPr>
        <w:rPr>
          <w:rFonts w:ascii="Times New Roman" w:hAnsi="Times New Roman" w:cs="Times New Roman"/>
          <w:sz w:val="21"/>
          <w:szCs w:val="21"/>
        </w:rPr>
      </w:pPr>
    </w:p>
    <w:p w14:paraId="463DD7E4" w14:textId="3F6C848B" w:rsidR="00923354" w:rsidRPr="00314BAB" w:rsidRDefault="00000000" w:rsidP="00314BAB">
      <w:pPr>
        <w:rPr>
          <w:rFonts w:ascii="Times New Roman" w:hAnsi="Times New Roman" w:cs="Times New Roman"/>
          <w:b/>
          <w:bCs/>
          <w:sz w:val="21"/>
          <w:szCs w:val="21"/>
        </w:rPr>
      </w:pPr>
      <w:r w:rsidRPr="00314BAB">
        <w:rPr>
          <w:rFonts w:ascii="Times New Roman" w:hAnsi="Times New Roman" w:cs="Times New Roman"/>
          <w:b/>
          <w:bCs/>
          <w:sz w:val="21"/>
          <w:szCs w:val="21"/>
        </w:rPr>
        <w:t>S7b patient paired attribution</w:t>
      </w:r>
    </w:p>
    <w:tbl>
      <w:tblPr>
        <w:tblW w:w="0" w:type="auto"/>
        <w:jc w:val="center"/>
        <w:tblLook w:val="04A0" w:firstRow="1" w:lastRow="0" w:firstColumn="1" w:lastColumn="0" w:noHBand="0" w:noVBand="1"/>
      </w:tblPr>
      <w:tblGrid>
        <w:gridCol w:w="2376"/>
        <w:gridCol w:w="2376"/>
        <w:gridCol w:w="2376"/>
        <w:gridCol w:w="2376"/>
        <w:gridCol w:w="2376"/>
        <w:gridCol w:w="2376"/>
      </w:tblGrid>
      <w:tr w:rsidR="00923354" w:rsidRPr="00314BAB" w14:paraId="2D8D7EF5" w14:textId="77777777" w:rsidTr="00314BAB">
        <w:trPr>
          <w:cantSplit/>
          <w:jc w:val="center"/>
        </w:trPr>
        <w:tc>
          <w:tcPr>
            <w:tcW w:w="2376" w:type="dxa"/>
            <w:tcBorders>
              <w:top w:val="single" w:sz="4" w:space="0" w:color="auto"/>
              <w:bottom w:val="single" w:sz="4" w:space="0" w:color="auto"/>
            </w:tcBorders>
            <w:tcMar>
              <w:top w:w="55" w:type="dxa"/>
              <w:left w:w="75" w:type="dxa"/>
              <w:bottom w:w="55" w:type="dxa"/>
              <w:right w:w="75" w:type="dxa"/>
            </w:tcMar>
          </w:tcPr>
          <w:p w14:paraId="4D90176D" w14:textId="77777777" w:rsidR="00923354" w:rsidRPr="008628DB" w:rsidRDefault="00000000" w:rsidP="008628DB">
            <w:pPr>
              <w:snapToGrid w:val="0"/>
              <w:spacing w:after="0" w:line="300" w:lineRule="auto"/>
              <w:jc w:val="center"/>
              <w:rPr>
                <w:sz w:val="16"/>
                <w:szCs w:val="16"/>
              </w:rPr>
            </w:pPr>
            <w:r w:rsidRPr="008628DB">
              <w:rPr>
                <w:b/>
                <w:sz w:val="16"/>
                <w:szCs w:val="16"/>
              </w:rPr>
              <w:t>state</w:t>
            </w:r>
          </w:p>
        </w:tc>
        <w:tc>
          <w:tcPr>
            <w:tcW w:w="2376" w:type="dxa"/>
            <w:tcBorders>
              <w:top w:val="single" w:sz="4" w:space="0" w:color="auto"/>
              <w:bottom w:val="single" w:sz="4" w:space="0" w:color="auto"/>
            </w:tcBorders>
            <w:tcMar>
              <w:top w:w="55" w:type="dxa"/>
              <w:left w:w="75" w:type="dxa"/>
              <w:bottom w:w="55" w:type="dxa"/>
              <w:right w:w="75" w:type="dxa"/>
            </w:tcMar>
          </w:tcPr>
          <w:p w14:paraId="2BDF8305" w14:textId="77777777" w:rsidR="00923354" w:rsidRPr="008628DB" w:rsidRDefault="00000000" w:rsidP="008628DB">
            <w:pPr>
              <w:snapToGrid w:val="0"/>
              <w:spacing w:after="0" w:line="300" w:lineRule="auto"/>
              <w:jc w:val="center"/>
              <w:rPr>
                <w:sz w:val="16"/>
                <w:szCs w:val="16"/>
              </w:rPr>
            </w:pPr>
            <w:r w:rsidRPr="008628DB">
              <w:rPr>
                <w:b/>
                <w:sz w:val="16"/>
                <w:szCs w:val="16"/>
              </w:rPr>
              <w:t>patients</w:t>
            </w:r>
          </w:p>
        </w:tc>
        <w:tc>
          <w:tcPr>
            <w:tcW w:w="2376" w:type="dxa"/>
            <w:tcBorders>
              <w:top w:val="single" w:sz="4" w:space="0" w:color="auto"/>
              <w:bottom w:val="single" w:sz="4" w:space="0" w:color="auto"/>
            </w:tcBorders>
            <w:tcMar>
              <w:top w:w="55" w:type="dxa"/>
              <w:left w:w="75" w:type="dxa"/>
              <w:bottom w:w="55" w:type="dxa"/>
              <w:right w:w="75" w:type="dxa"/>
            </w:tcMar>
          </w:tcPr>
          <w:p w14:paraId="38B2292A" w14:textId="77777777" w:rsidR="00923354" w:rsidRPr="008628DB" w:rsidRDefault="00000000" w:rsidP="008628DB">
            <w:pPr>
              <w:snapToGrid w:val="0"/>
              <w:spacing w:after="0" w:line="300" w:lineRule="auto"/>
              <w:jc w:val="center"/>
              <w:rPr>
                <w:sz w:val="16"/>
                <w:szCs w:val="16"/>
              </w:rPr>
            </w:pPr>
            <w:r w:rsidRPr="008628DB">
              <w:rPr>
                <w:b/>
                <w:sz w:val="16"/>
                <w:szCs w:val="16"/>
              </w:rPr>
              <w:t>mean_paired_delta</w:t>
            </w:r>
          </w:p>
        </w:tc>
        <w:tc>
          <w:tcPr>
            <w:tcW w:w="2376" w:type="dxa"/>
            <w:tcBorders>
              <w:top w:val="single" w:sz="4" w:space="0" w:color="auto"/>
              <w:bottom w:val="single" w:sz="4" w:space="0" w:color="auto"/>
            </w:tcBorders>
            <w:tcMar>
              <w:top w:w="55" w:type="dxa"/>
              <w:left w:w="75" w:type="dxa"/>
              <w:bottom w:w="55" w:type="dxa"/>
              <w:right w:w="75" w:type="dxa"/>
            </w:tcMar>
          </w:tcPr>
          <w:p w14:paraId="25E1FBA3" w14:textId="77777777" w:rsidR="00923354" w:rsidRPr="008628DB" w:rsidRDefault="00000000" w:rsidP="008628DB">
            <w:pPr>
              <w:snapToGrid w:val="0"/>
              <w:spacing w:after="0" w:line="300" w:lineRule="auto"/>
              <w:jc w:val="center"/>
              <w:rPr>
                <w:sz w:val="16"/>
                <w:szCs w:val="16"/>
              </w:rPr>
            </w:pPr>
            <w:r w:rsidRPr="008628DB">
              <w:rPr>
                <w:b/>
                <w:sz w:val="16"/>
                <w:szCs w:val="16"/>
              </w:rPr>
              <w:t>median_paired_delta</w:t>
            </w:r>
          </w:p>
        </w:tc>
        <w:tc>
          <w:tcPr>
            <w:tcW w:w="2376" w:type="dxa"/>
            <w:tcBorders>
              <w:top w:val="single" w:sz="4" w:space="0" w:color="auto"/>
              <w:bottom w:val="single" w:sz="4" w:space="0" w:color="auto"/>
            </w:tcBorders>
            <w:tcMar>
              <w:top w:w="55" w:type="dxa"/>
              <w:left w:w="75" w:type="dxa"/>
              <w:bottom w:w="55" w:type="dxa"/>
              <w:right w:w="75" w:type="dxa"/>
            </w:tcMar>
          </w:tcPr>
          <w:p w14:paraId="697F6BB6" w14:textId="77777777" w:rsidR="00923354" w:rsidRPr="008628DB" w:rsidRDefault="00000000" w:rsidP="008628DB">
            <w:pPr>
              <w:snapToGrid w:val="0"/>
              <w:spacing w:after="0" w:line="300" w:lineRule="auto"/>
              <w:jc w:val="center"/>
              <w:rPr>
                <w:sz w:val="16"/>
                <w:szCs w:val="16"/>
              </w:rPr>
            </w:pPr>
            <w:r w:rsidRPr="008628DB">
              <w:rPr>
                <w:b/>
                <w:sz w:val="16"/>
                <w:szCs w:val="16"/>
              </w:rPr>
              <w:t>wilcoxon_W</w:t>
            </w:r>
          </w:p>
        </w:tc>
        <w:tc>
          <w:tcPr>
            <w:tcW w:w="2376" w:type="dxa"/>
            <w:tcBorders>
              <w:top w:val="single" w:sz="4" w:space="0" w:color="auto"/>
              <w:bottom w:val="single" w:sz="4" w:space="0" w:color="auto"/>
            </w:tcBorders>
            <w:tcMar>
              <w:top w:w="55" w:type="dxa"/>
              <w:left w:w="75" w:type="dxa"/>
              <w:bottom w:w="55" w:type="dxa"/>
              <w:right w:w="75" w:type="dxa"/>
            </w:tcMar>
          </w:tcPr>
          <w:p w14:paraId="58541A9B" w14:textId="77777777" w:rsidR="00923354" w:rsidRPr="008628DB" w:rsidRDefault="00000000" w:rsidP="008628DB">
            <w:pPr>
              <w:snapToGrid w:val="0"/>
              <w:spacing w:after="0" w:line="300" w:lineRule="auto"/>
              <w:jc w:val="center"/>
              <w:rPr>
                <w:sz w:val="16"/>
                <w:szCs w:val="16"/>
              </w:rPr>
            </w:pPr>
            <w:r w:rsidRPr="008628DB">
              <w:rPr>
                <w:b/>
                <w:sz w:val="16"/>
                <w:szCs w:val="16"/>
              </w:rPr>
              <w:t>FDR_BH_states</w:t>
            </w:r>
          </w:p>
        </w:tc>
      </w:tr>
      <w:tr w:rsidR="00923354" w:rsidRPr="00314BAB" w14:paraId="46110FE8" w14:textId="77777777" w:rsidTr="00314BAB">
        <w:trPr>
          <w:cantSplit/>
          <w:jc w:val="center"/>
        </w:trPr>
        <w:tc>
          <w:tcPr>
            <w:tcW w:w="2376" w:type="dxa"/>
            <w:tcBorders>
              <w:top w:val="single" w:sz="4" w:space="0" w:color="auto"/>
            </w:tcBorders>
            <w:tcMar>
              <w:top w:w="55" w:type="dxa"/>
              <w:left w:w="75" w:type="dxa"/>
              <w:bottom w:w="55" w:type="dxa"/>
              <w:right w:w="75" w:type="dxa"/>
            </w:tcMar>
            <w:vAlign w:val="center"/>
          </w:tcPr>
          <w:p w14:paraId="284C3DE5" w14:textId="77777777" w:rsidR="00923354" w:rsidRPr="008628DB" w:rsidRDefault="00000000" w:rsidP="008628DB">
            <w:pPr>
              <w:snapToGrid w:val="0"/>
              <w:spacing w:after="0" w:line="300" w:lineRule="auto"/>
              <w:jc w:val="center"/>
              <w:rPr>
                <w:sz w:val="16"/>
                <w:szCs w:val="16"/>
              </w:rPr>
            </w:pPr>
            <w:r w:rsidRPr="008628DB">
              <w:rPr>
                <w:sz w:val="16"/>
                <w:szCs w:val="16"/>
              </w:rPr>
              <w:t>Inflam_Macrophage</w:t>
            </w:r>
          </w:p>
        </w:tc>
        <w:tc>
          <w:tcPr>
            <w:tcW w:w="2376" w:type="dxa"/>
            <w:tcBorders>
              <w:top w:val="single" w:sz="4" w:space="0" w:color="auto"/>
            </w:tcBorders>
            <w:tcMar>
              <w:top w:w="55" w:type="dxa"/>
              <w:left w:w="75" w:type="dxa"/>
              <w:bottom w:w="55" w:type="dxa"/>
              <w:right w:w="75" w:type="dxa"/>
            </w:tcMar>
            <w:vAlign w:val="center"/>
          </w:tcPr>
          <w:p w14:paraId="0FEF3936" w14:textId="77777777" w:rsidR="00923354" w:rsidRPr="008628DB" w:rsidRDefault="00000000" w:rsidP="008628DB">
            <w:pPr>
              <w:snapToGrid w:val="0"/>
              <w:spacing w:after="0" w:line="300" w:lineRule="auto"/>
              <w:jc w:val="center"/>
              <w:rPr>
                <w:sz w:val="16"/>
                <w:szCs w:val="16"/>
              </w:rPr>
            </w:pPr>
            <w:r w:rsidRPr="008628DB">
              <w:rPr>
                <w:sz w:val="16"/>
                <w:szCs w:val="16"/>
              </w:rPr>
              <w:t>21</w:t>
            </w:r>
          </w:p>
        </w:tc>
        <w:tc>
          <w:tcPr>
            <w:tcW w:w="2376" w:type="dxa"/>
            <w:tcBorders>
              <w:top w:val="single" w:sz="4" w:space="0" w:color="auto"/>
            </w:tcBorders>
            <w:tcMar>
              <w:top w:w="55" w:type="dxa"/>
              <w:left w:w="75" w:type="dxa"/>
              <w:bottom w:w="55" w:type="dxa"/>
              <w:right w:w="75" w:type="dxa"/>
            </w:tcMar>
            <w:vAlign w:val="center"/>
          </w:tcPr>
          <w:p w14:paraId="677276E0" w14:textId="77777777" w:rsidR="00923354" w:rsidRPr="008628DB" w:rsidRDefault="00000000" w:rsidP="008628DB">
            <w:pPr>
              <w:snapToGrid w:val="0"/>
              <w:spacing w:after="0" w:line="300" w:lineRule="auto"/>
              <w:jc w:val="center"/>
              <w:rPr>
                <w:sz w:val="16"/>
                <w:szCs w:val="16"/>
              </w:rPr>
            </w:pPr>
            <w:r w:rsidRPr="008628DB">
              <w:rPr>
                <w:sz w:val="16"/>
                <w:szCs w:val="16"/>
              </w:rPr>
              <w:t>0.31866644823776946</w:t>
            </w:r>
          </w:p>
        </w:tc>
        <w:tc>
          <w:tcPr>
            <w:tcW w:w="2376" w:type="dxa"/>
            <w:tcBorders>
              <w:top w:val="single" w:sz="4" w:space="0" w:color="auto"/>
            </w:tcBorders>
            <w:tcMar>
              <w:top w:w="55" w:type="dxa"/>
              <w:left w:w="75" w:type="dxa"/>
              <w:bottom w:w="55" w:type="dxa"/>
              <w:right w:w="75" w:type="dxa"/>
            </w:tcMar>
            <w:vAlign w:val="center"/>
          </w:tcPr>
          <w:p w14:paraId="2D475A4D" w14:textId="77777777" w:rsidR="00923354" w:rsidRPr="008628DB" w:rsidRDefault="00000000" w:rsidP="008628DB">
            <w:pPr>
              <w:snapToGrid w:val="0"/>
              <w:spacing w:after="0" w:line="300" w:lineRule="auto"/>
              <w:jc w:val="center"/>
              <w:rPr>
                <w:sz w:val="16"/>
                <w:szCs w:val="16"/>
              </w:rPr>
            </w:pPr>
            <w:r w:rsidRPr="008628DB">
              <w:rPr>
                <w:sz w:val="16"/>
                <w:szCs w:val="16"/>
              </w:rPr>
              <w:t>0.29607463294681025</w:t>
            </w:r>
          </w:p>
        </w:tc>
        <w:tc>
          <w:tcPr>
            <w:tcW w:w="2376" w:type="dxa"/>
            <w:tcBorders>
              <w:top w:val="single" w:sz="4" w:space="0" w:color="auto"/>
            </w:tcBorders>
            <w:tcMar>
              <w:top w:w="55" w:type="dxa"/>
              <w:left w:w="75" w:type="dxa"/>
              <w:bottom w:w="55" w:type="dxa"/>
              <w:right w:w="75" w:type="dxa"/>
            </w:tcMar>
            <w:vAlign w:val="center"/>
          </w:tcPr>
          <w:p w14:paraId="255FF72B" w14:textId="77777777" w:rsidR="00923354" w:rsidRPr="008628DB" w:rsidRDefault="00000000" w:rsidP="008628DB">
            <w:pPr>
              <w:snapToGrid w:val="0"/>
              <w:spacing w:after="0" w:line="300" w:lineRule="auto"/>
              <w:jc w:val="center"/>
              <w:rPr>
                <w:sz w:val="16"/>
                <w:szCs w:val="16"/>
              </w:rPr>
            </w:pPr>
            <w:r w:rsidRPr="008628DB">
              <w:rPr>
                <w:sz w:val="16"/>
                <w:szCs w:val="16"/>
              </w:rPr>
              <w:t>0.0</w:t>
            </w:r>
          </w:p>
        </w:tc>
        <w:tc>
          <w:tcPr>
            <w:tcW w:w="2376" w:type="dxa"/>
            <w:tcBorders>
              <w:top w:val="single" w:sz="4" w:space="0" w:color="auto"/>
            </w:tcBorders>
            <w:tcMar>
              <w:top w:w="55" w:type="dxa"/>
              <w:left w:w="75" w:type="dxa"/>
              <w:bottom w:w="55" w:type="dxa"/>
              <w:right w:w="75" w:type="dxa"/>
            </w:tcMar>
            <w:vAlign w:val="center"/>
          </w:tcPr>
          <w:p w14:paraId="6D99F320" w14:textId="77777777" w:rsidR="00923354" w:rsidRPr="008628DB" w:rsidRDefault="00000000" w:rsidP="008628DB">
            <w:pPr>
              <w:snapToGrid w:val="0"/>
              <w:spacing w:after="0" w:line="300" w:lineRule="auto"/>
              <w:jc w:val="center"/>
              <w:rPr>
                <w:sz w:val="16"/>
                <w:szCs w:val="16"/>
              </w:rPr>
            </w:pPr>
            <w:r w:rsidRPr="008628DB">
              <w:rPr>
                <w:sz w:val="16"/>
                <w:szCs w:val="16"/>
              </w:rPr>
              <w:t>1.33514404296875e-05</w:t>
            </w:r>
          </w:p>
        </w:tc>
      </w:tr>
      <w:tr w:rsidR="00923354" w:rsidRPr="00314BAB" w14:paraId="4CC2CCCC" w14:textId="77777777">
        <w:trPr>
          <w:cantSplit/>
          <w:jc w:val="center"/>
        </w:trPr>
        <w:tc>
          <w:tcPr>
            <w:tcW w:w="2376" w:type="dxa"/>
            <w:tcMar>
              <w:top w:w="55" w:type="dxa"/>
              <w:left w:w="75" w:type="dxa"/>
              <w:bottom w:w="55" w:type="dxa"/>
              <w:right w:w="75" w:type="dxa"/>
            </w:tcMar>
            <w:vAlign w:val="center"/>
          </w:tcPr>
          <w:p w14:paraId="179C05BC" w14:textId="77777777" w:rsidR="00923354" w:rsidRPr="008628DB" w:rsidRDefault="00000000" w:rsidP="008628DB">
            <w:pPr>
              <w:snapToGrid w:val="0"/>
              <w:spacing w:after="0" w:line="300" w:lineRule="auto"/>
              <w:jc w:val="center"/>
              <w:rPr>
                <w:sz w:val="16"/>
                <w:szCs w:val="16"/>
              </w:rPr>
            </w:pPr>
            <w:r w:rsidRPr="008628DB">
              <w:rPr>
                <w:sz w:val="16"/>
                <w:szCs w:val="16"/>
              </w:rPr>
              <w:t>CDH12_Epithelial</w:t>
            </w:r>
          </w:p>
        </w:tc>
        <w:tc>
          <w:tcPr>
            <w:tcW w:w="2376" w:type="dxa"/>
            <w:tcMar>
              <w:top w:w="55" w:type="dxa"/>
              <w:left w:w="75" w:type="dxa"/>
              <w:bottom w:w="55" w:type="dxa"/>
              <w:right w:w="75" w:type="dxa"/>
            </w:tcMar>
            <w:vAlign w:val="center"/>
          </w:tcPr>
          <w:p w14:paraId="5794B797" w14:textId="77777777" w:rsidR="00923354" w:rsidRPr="008628DB" w:rsidRDefault="00000000" w:rsidP="008628DB">
            <w:pPr>
              <w:snapToGrid w:val="0"/>
              <w:spacing w:after="0" w:line="300" w:lineRule="auto"/>
              <w:jc w:val="center"/>
              <w:rPr>
                <w:sz w:val="16"/>
                <w:szCs w:val="16"/>
              </w:rPr>
            </w:pPr>
            <w:r w:rsidRPr="008628DB">
              <w:rPr>
                <w:sz w:val="16"/>
                <w:szCs w:val="16"/>
              </w:rPr>
              <w:t>25</w:t>
            </w:r>
          </w:p>
        </w:tc>
        <w:tc>
          <w:tcPr>
            <w:tcW w:w="2376" w:type="dxa"/>
            <w:tcMar>
              <w:top w:w="55" w:type="dxa"/>
              <w:left w:w="75" w:type="dxa"/>
              <w:bottom w:w="55" w:type="dxa"/>
              <w:right w:w="75" w:type="dxa"/>
            </w:tcMar>
            <w:vAlign w:val="center"/>
          </w:tcPr>
          <w:p w14:paraId="7F5401D4" w14:textId="77777777" w:rsidR="00923354" w:rsidRPr="008628DB" w:rsidRDefault="00000000" w:rsidP="008628DB">
            <w:pPr>
              <w:snapToGrid w:val="0"/>
              <w:spacing w:after="0" w:line="300" w:lineRule="auto"/>
              <w:jc w:val="center"/>
              <w:rPr>
                <w:sz w:val="16"/>
                <w:szCs w:val="16"/>
              </w:rPr>
            </w:pPr>
            <w:r w:rsidRPr="008628DB">
              <w:rPr>
                <w:sz w:val="16"/>
                <w:szCs w:val="16"/>
              </w:rPr>
              <w:t>0.19918885450191282</w:t>
            </w:r>
          </w:p>
        </w:tc>
        <w:tc>
          <w:tcPr>
            <w:tcW w:w="2376" w:type="dxa"/>
            <w:tcMar>
              <w:top w:w="55" w:type="dxa"/>
              <w:left w:w="75" w:type="dxa"/>
              <w:bottom w:w="55" w:type="dxa"/>
              <w:right w:w="75" w:type="dxa"/>
            </w:tcMar>
            <w:vAlign w:val="center"/>
          </w:tcPr>
          <w:p w14:paraId="54D72A62" w14:textId="77777777" w:rsidR="00923354" w:rsidRPr="008628DB" w:rsidRDefault="00000000" w:rsidP="008628DB">
            <w:pPr>
              <w:snapToGrid w:val="0"/>
              <w:spacing w:after="0" w:line="300" w:lineRule="auto"/>
              <w:jc w:val="center"/>
              <w:rPr>
                <w:sz w:val="16"/>
                <w:szCs w:val="16"/>
              </w:rPr>
            </w:pPr>
            <w:r w:rsidRPr="008628DB">
              <w:rPr>
                <w:sz w:val="16"/>
                <w:szCs w:val="16"/>
              </w:rPr>
              <w:t>0.16748136863263813</w:t>
            </w:r>
          </w:p>
        </w:tc>
        <w:tc>
          <w:tcPr>
            <w:tcW w:w="2376" w:type="dxa"/>
            <w:tcMar>
              <w:top w:w="55" w:type="dxa"/>
              <w:left w:w="75" w:type="dxa"/>
              <w:bottom w:w="55" w:type="dxa"/>
              <w:right w:w="75" w:type="dxa"/>
            </w:tcMar>
            <w:vAlign w:val="center"/>
          </w:tcPr>
          <w:p w14:paraId="5D81E1EB" w14:textId="77777777" w:rsidR="00923354" w:rsidRPr="008628DB" w:rsidRDefault="00000000" w:rsidP="008628DB">
            <w:pPr>
              <w:snapToGrid w:val="0"/>
              <w:spacing w:after="0" w:line="300" w:lineRule="auto"/>
              <w:jc w:val="center"/>
              <w:rPr>
                <w:sz w:val="16"/>
                <w:szCs w:val="16"/>
              </w:rPr>
            </w:pPr>
            <w:r w:rsidRPr="008628DB">
              <w:rPr>
                <w:sz w:val="16"/>
                <w:szCs w:val="16"/>
              </w:rPr>
              <w:t>23.0</w:t>
            </w:r>
          </w:p>
        </w:tc>
        <w:tc>
          <w:tcPr>
            <w:tcW w:w="2376" w:type="dxa"/>
            <w:tcMar>
              <w:top w:w="55" w:type="dxa"/>
              <w:left w:w="75" w:type="dxa"/>
              <w:bottom w:w="55" w:type="dxa"/>
              <w:right w:w="75" w:type="dxa"/>
            </w:tcMar>
            <w:vAlign w:val="center"/>
          </w:tcPr>
          <w:p w14:paraId="5AC4D8EC" w14:textId="77777777" w:rsidR="00923354" w:rsidRPr="008628DB" w:rsidRDefault="00000000" w:rsidP="008628DB">
            <w:pPr>
              <w:snapToGrid w:val="0"/>
              <w:spacing w:after="0" w:line="300" w:lineRule="auto"/>
              <w:jc w:val="center"/>
              <w:rPr>
                <w:sz w:val="16"/>
                <w:szCs w:val="16"/>
              </w:rPr>
            </w:pPr>
            <w:r w:rsidRPr="008628DB">
              <w:rPr>
                <w:sz w:val="16"/>
                <w:szCs w:val="16"/>
              </w:rPr>
              <w:t>0.00026702880859375</w:t>
            </w:r>
          </w:p>
        </w:tc>
      </w:tr>
      <w:tr w:rsidR="00923354" w:rsidRPr="00314BAB" w14:paraId="68786179" w14:textId="77777777">
        <w:trPr>
          <w:cantSplit/>
          <w:jc w:val="center"/>
        </w:trPr>
        <w:tc>
          <w:tcPr>
            <w:tcW w:w="2376" w:type="dxa"/>
            <w:tcMar>
              <w:top w:w="55" w:type="dxa"/>
              <w:left w:w="75" w:type="dxa"/>
              <w:bottom w:w="55" w:type="dxa"/>
              <w:right w:w="75" w:type="dxa"/>
            </w:tcMar>
            <w:vAlign w:val="center"/>
          </w:tcPr>
          <w:p w14:paraId="683779A3" w14:textId="77777777" w:rsidR="00923354" w:rsidRPr="008628DB" w:rsidRDefault="00000000" w:rsidP="008628DB">
            <w:pPr>
              <w:snapToGrid w:val="0"/>
              <w:spacing w:after="0" w:line="300" w:lineRule="auto"/>
              <w:jc w:val="center"/>
              <w:rPr>
                <w:sz w:val="16"/>
                <w:szCs w:val="16"/>
              </w:rPr>
            </w:pPr>
            <w:r w:rsidRPr="008628DB">
              <w:rPr>
                <w:sz w:val="16"/>
                <w:szCs w:val="16"/>
              </w:rPr>
              <w:t>CD20_Bcell</w:t>
            </w:r>
          </w:p>
        </w:tc>
        <w:tc>
          <w:tcPr>
            <w:tcW w:w="2376" w:type="dxa"/>
            <w:tcMar>
              <w:top w:w="55" w:type="dxa"/>
              <w:left w:w="75" w:type="dxa"/>
              <w:bottom w:w="55" w:type="dxa"/>
              <w:right w:w="75" w:type="dxa"/>
            </w:tcMar>
            <w:vAlign w:val="center"/>
          </w:tcPr>
          <w:p w14:paraId="33423FA7" w14:textId="77777777" w:rsidR="00923354" w:rsidRPr="008628DB" w:rsidRDefault="00000000" w:rsidP="008628DB">
            <w:pPr>
              <w:snapToGrid w:val="0"/>
              <w:spacing w:after="0" w:line="300" w:lineRule="auto"/>
              <w:jc w:val="center"/>
              <w:rPr>
                <w:sz w:val="16"/>
                <w:szCs w:val="16"/>
              </w:rPr>
            </w:pPr>
            <w:r w:rsidRPr="008628DB">
              <w:rPr>
                <w:sz w:val="16"/>
                <w:szCs w:val="16"/>
              </w:rPr>
              <w:t>14</w:t>
            </w:r>
          </w:p>
        </w:tc>
        <w:tc>
          <w:tcPr>
            <w:tcW w:w="2376" w:type="dxa"/>
            <w:tcMar>
              <w:top w:w="55" w:type="dxa"/>
              <w:left w:w="75" w:type="dxa"/>
              <w:bottom w:w="55" w:type="dxa"/>
              <w:right w:w="75" w:type="dxa"/>
            </w:tcMar>
            <w:vAlign w:val="center"/>
          </w:tcPr>
          <w:p w14:paraId="0F90B08E" w14:textId="77777777" w:rsidR="00923354" w:rsidRPr="008628DB" w:rsidRDefault="00000000" w:rsidP="008628DB">
            <w:pPr>
              <w:snapToGrid w:val="0"/>
              <w:spacing w:after="0" w:line="300" w:lineRule="auto"/>
              <w:jc w:val="center"/>
              <w:rPr>
                <w:sz w:val="16"/>
                <w:szCs w:val="16"/>
              </w:rPr>
            </w:pPr>
            <w:r w:rsidRPr="008628DB">
              <w:rPr>
                <w:sz w:val="16"/>
                <w:szCs w:val="16"/>
              </w:rPr>
              <w:t>-0.3276149215125523</w:t>
            </w:r>
          </w:p>
        </w:tc>
        <w:tc>
          <w:tcPr>
            <w:tcW w:w="2376" w:type="dxa"/>
            <w:tcMar>
              <w:top w:w="55" w:type="dxa"/>
              <w:left w:w="75" w:type="dxa"/>
              <w:bottom w:w="55" w:type="dxa"/>
              <w:right w:w="75" w:type="dxa"/>
            </w:tcMar>
            <w:vAlign w:val="center"/>
          </w:tcPr>
          <w:p w14:paraId="3CD1E49E" w14:textId="77777777" w:rsidR="00923354" w:rsidRPr="008628DB" w:rsidRDefault="00000000" w:rsidP="008628DB">
            <w:pPr>
              <w:snapToGrid w:val="0"/>
              <w:spacing w:after="0" w:line="300" w:lineRule="auto"/>
              <w:jc w:val="center"/>
              <w:rPr>
                <w:sz w:val="16"/>
                <w:szCs w:val="16"/>
              </w:rPr>
            </w:pPr>
            <w:r w:rsidRPr="008628DB">
              <w:rPr>
                <w:sz w:val="16"/>
                <w:szCs w:val="16"/>
              </w:rPr>
              <w:t>-0.2835503124277926</w:t>
            </w:r>
          </w:p>
        </w:tc>
        <w:tc>
          <w:tcPr>
            <w:tcW w:w="2376" w:type="dxa"/>
            <w:tcMar>
              <w:top w:w="55" w:type="dxa"/>
              <w:left w:w="75" w:type="dxa"/>
              <w:bottom w:w="55" w:type="dxa"/>
              <w:right w:w="75" w:type="dxa"/>
            </w:tcMar>
            <w:vAlign w:val="center"/>
          </w:tcPr>
          <w:p w14:paraId="5B3C619B" w14:textId="77777777" w:rsidR="00923354" w:rsidRPr="008628DB" w:rsidRDefault="00000000" w:rsidP="008628DB">
            <w:pPr>
              <w:snapToGrid w:val="0"/>
              <w:spacing w:after="0" w:line="300" w:lineRule="auto"/>
              <w:jc w:val="center"/>
              <w:rPr>
                <w:sz w:val="16"/>
                <w:szCs w:val="16"/>
              </w:rPr>
            </w:pPr>
            <w:r w:rsidRPr="008628DB">
              <w:rPr>
                <w:sz w:val="16"/>
                <w:szCs w:val="16"/>
              </w:rPr>
              <w:t>3.0</w:t>
            </w:r>
          </w:p>
        </w:tc>
        <w:tc>
          <w:tcPr>
            <w:tcW w:w="2376" w:type="dxa"/>
            <w:tcMar>
              <w:top w:w="55" w:type="dxa"/>
              <w:left w:w="75" w:type="dxa"/>
              <w:bottom w:w="55" w:type="dxa"/>
              <w:right w:w="75" w:type="dxa"/>
            </w:tcMar>
            <w:vAlign w:val="center"/>
          </w:tcPr>
          <w:p w14:paraId="367959D7" w14:textId="77777777" w:rsidR="00923354" w:rsidRPr="008628DB" w:rsidRDefault="00000000" w:rsidP="008628DB">
            <w:pPr>
              <w:snapToGrid w:val="0"/>
              <w:spacing w:after="0" w:line="300" w:lineRule="auto"/>
              <w:jc w:val="center"/>
              <w:rPr>
                <w:sz w:val="16"/>
                <w:szCs w:val="16"/>
              </w:rPr>
            </w:pPr>
            <w:r w:rsidRPr="008628DB">
              <w:rPr>
                <w:sz w:val="16"/>
                <w:szCs w:val="16"/>
              </w:rPr>
              <w:t>0.0028483072916666665</w:t>
            </w:r>
          </w:p>
        </w:tc>
      </w:tr>
      <w:tr w:rsidR="00923354" w:rsidRPr="00314BAB" w14:paraId="671FDDBD" w14:textId="77777777">
        <w:trPr>
          <w:cantSplit/>
          <w:jc w:val="center"/>
        </w:trPr>
        <w:tc>
          <w:tcPr>
            <w:tcW w:w="2376" w:type="dxa"/>
            <w:tcMar>
              <w:top w:w="55" w:type="dxa"/>
              <w:left w:w="75" w:type="dxa"/>
              <w:bottom w:w="55" w:type="dxa"/>
              <w:right w:w="75" w:type="dxa"/>
            </w:tcMar>
            <w:vAlign w:val="center"/>
          </w:tcPr>
          <w:p w14:paraId="6D404D06" w14:textId="77777777" w:rsidR="00923354" w:rsidRPr="008628DB" w:rsidRDefault="00000000" w:rsidP="008628DB">
            <w:pPr>
              <w:snapToGrid w:val="0"/>
              <w:spacing w:after="0" w:line="300" w:lineRule="auto"/>
              <w:jc w:val="center"/>
              <w:rPr>
                <w:sz w:val="16"/>
                <w:szCs w:val="16"/>
              </w:rPr>
            </w:pPr>
            <w:r w:rsidRPr="008628DB">
              <w:rPr>
                <w:sz w:val="16"/>
                <w:szCs w:val="16"/>
              </w:rPr>
              <w:t>Treg</w:t>
            </w:r>
          </w:p>
        </w:tc>
        <w:tc>
          <w:tcPr>
            <w:tcW w:w="2376" w:type="dxa"/>
            <w:tcMar>
              <w:top w:w="55" w:type="dxa"/>
              <w:left w:w="75" w:type="dxa"/>
              <w:bottom w:w="55" w:type="dxa"/>
              <w:right w:w="75" w:type="dxa"/>
            </w:tcMar>
            <w:vAlign w:val="center"/>
          </w:tcPr>
          <w:p w14:paraId="56D7D8DD" w14:textId="77777777" w:rsidR="00923354" w:rsidRPr="008628DB" w:rsidRDefault="00000000" w:rsidP="008628DB">
            <w:pPr>
              <w:snapToGrid w:val="0"/>
              <w:spacing w:after="0" w:line="300" w:lineRule="auto"/>
              <w:jc w:val="center"/>
              <w:rPr>
                <w:sz w:val="16"/>
                <w:szCs w:val="16"/>
              </w:rPr>
            </w:pPr>
            <w:r w:rsidRPr="008628DB">
              <w:rPr>
                <w:sz w:val="16"/>
                <w:szCs w:val="16"/>
              </w:rPr>
              <w:t>9</w:t>
            </w:r>
          </w:p>
        </w:tc>
        <w:tc>
          <w:tcPr>
            <w:tcW w:w="2376" w:type="dxa"/>
            <w:tcMar>
              <w:top w:w="55" w:type="dxa"/>
              <w:left w:w="75" w:type="dxa"/>
              <w:bottom w:w="55" w:type="dxa"/>
              <w:right w:w="75" w:type="dxa"/>
            </w:tcMar>
            <w:vAlign w:val="center"/>
          </w:tcPr>
          <w:p w14:paraId="31A76F87" w14:textId="77777777" w:rsidR="00923354" w:rsidRPr="008628DB" w:rsidRDefault="00000000" w:rsidP="008628DB">
            <w:pPr>
              <w:snapToGrid w:val="0"/>
              <w:spacing w:after="0" w:line="300" w:lineRule="auto"/>
              <w:jc w:val="center"/>
              <w:rPr>
                <w:sz w:val="16"/>
                <w:szCs w:val="16"/>
              </w:rPr>
            </w:pPr>
            <w:r w:rsidRPr="008628DB">
              <w:rPr>
                <w:sz w:val="16"/>
                <w:szCs w:val="16"/>
              </w:rPr>
              <w:t>-0.3315706604339638</w:t>
            </w:r>
          </w:p>
        </w:tc>
        <w:tc>
          <w:tcPr>
            <w:tcW w:w="2376" w:type="dxa"/>
            <w:tcMar>
              <w:top w:w="55" w:type="dxa"/>
              <w:left w:w="75" w:type="dxa"/>
              <w:bottom w:w="55" w:type="dxa"/>
              <w:right w:w="75" w:type="dxa"/>
            </w:tcMar>
            <w:vAlign w:val="center"/>
          </w:tcPr>
          <w:p w14:paraId="7F6E4E54" w14:textId="77777777" w:rsidR="00923354" w:rsidRPr="008628DB" w:rsidRDefault="00000000" w:rsidP="008628DB">
            <w:pPr>
              <w:snapToGrid w:val="0"/>
              <w:spacing w:after="0" w:line="300" w:lineRule="auto"/>
              <w:jc w:val="center"/>
              <w:rPr>
                <w:sz w:val="16"/>
                <w:szCs w:val="16"/>
              </w:rPr>
            </w:pPr>
            <w:r w:rsidRPr="008628DB">
              <w:rPr>
                <w:sz w:val="16"/>
                <w:szCs w:val="16"/>
              </w:rPr>
              <w:t>-0.31098104026450146</w:t>
            </w:r>
          </w:p>
        </w:tc>
        <w:tc>
          <w:tcPr>
            <w:tcW w:w="2376" w:type="dxa"/>
            <w:tcMar>
              <w:top w:w="55" w:type="dxa"/>
              <w:left w:w="75" w:type="dxa"/>
              <w:bottom w:w="55" w:type="dxa"/>
              <w:right w:w="75" w:type="dxa"/>
            </w:tcMar>
            <w:vAlign w:val="center"/>
          </w:tcPr>
          <w:p w14:paraId="45BFE6E0" w14:textId="77777777" w:rsidR="00923354" w:rsidRPr="008628DB" w:rsidRDefault="00000000" w:rsidP="008628DB">
            <w:pPr>
              <w:snapToGrid w:val="0"/>
              <w:spacing w:after="0" w:line="300" w:lineRule="auto"/>
              <w:jc w:val="center"/>
              <w:rPr>
                <w:sz w:val="16"/>
                <w:szCs w:val="16"/>
              </w:rPr>
            </w:pPr>
            <w:r w:rsidRPr="008628DB">
              <w:rPr>
                <w:sz w:val="16"/>
                <w:szCs w:val="16"/>
              </w:rPr>
              <w:t>0.0</w:t>
            </w:r>
          </w:p>
        </w:tc>
        <w:tc>
          <w:tcPr>
            <w:tcW w:w="2376" w:type="dxa"/>
            <w:tcMar>
              <w:top w:w="55" w:type="dxa"/>
              <w:left w:w="75" w:type="dxa"/>
              <w:bottom w:w="55" w:type="dxa"/>
              <w:right w:w="75" w:type="dxa"/>
            </w:tcMar>
            <w:vAlign w:val="center"/>
          </w:tcPr>
          <w:p w14:paraId="6E08EAAD" w14:textId="77777777" w:rsidR="00923354" w:rsidRPr="008628DB" w:rsidRDefault="00000000" w:rsidP="008628DB">
            <w:pPr>
              <w:snapToGrid w:val="0"/>
              <w:spacing w:after="0" w:line="300" w:lineRule="auto"/>
              <w:jc w:val="center"/>
              <w:rPr>
                <w:sz w:val="16"/>
                <w:szCs w:val="16"/>
              </w:rPr>
            </w:pPr>
            <w:r w:rsidRPr="008628DB">
              <w:rPr>
                <w:sz w:val="16"/>
                <w:szCs w:val="16"/>
              </w:rPr>
              <w:t>0.013671875</w:t>
            </w:r>
          </w:p>
        </w:tc>
      </w:tr>
      <w:tr w:rsidR="00923354" w:rsidRPr="00314BAB" w14:paraId="7C417D53" w14:textId="77777777">
        <w:trPr>
          <w:cantSplit/>
          <w:jc w:val="center"/>
        </w:trPr>
        <w:tc>
          <w:tcPr>
            <w:tcW w:w="2376" w:type="dxa"/>
            <w:tcMar>
              <w:top w:w="55" w:type="dxa"/>
              <w:left w:w="75" w:type="dxa"/>
              <w:bottom w:w="55" w:type="dxa"/>
              <w:right w:w="75" w:type="dxa"/>
            </w:tcMar>
            <w:vAlign w:val="center"/>
          </w:tcPr>
          <w:p w14:paraId="4C8A9545" w14:textId="77777777" w:rsidR="00923354" w:rsidRPr="008628DB" w:rsidRDefault="00000000" w:rsidP="008628DB">
            <w:pPr>
              <w:snapToGrid w:val="0"/>
              <w:spacing w:after="0" w:line="300" w:lineRule="auto"/>
              <w:jc w:val="center"/>
              <w:rPr>
                <w:sz w:val="16"/>
                <w:szCs w:val="16"/>
              </w:rPr>
            </w:pPr>
            <w:r w:rsidRPr="008628DB">
              <w:rPr>
                <w:sz w:val="16"/>
                <w:szCs w:val="16"/>
              </w:rPr>
              <w:t>PDPN_Fibroblast</w:t>
            </w:r>
          </w:p>
        </w:tc>
        <w:tc>
          <w:tcPr>
            <w:tcW w:w="2376" w:type="dxa"/>
            <w:tcMar>
              <w:top w:w="55" w:type="dxa"/>
              <w:left w:w="75" w:type="dxa"/>
              <w:bottom w:w="55" w:type="dxa"/>
              <w:right w:w="75" w:type="dxa"/>
            </w:tcMar>
            <w:vAlign w:val="center"/>
          </w:tcPr>
          <w:p w14:paraId="7B8D4A56" w14:textId="77777777" w:rsidR="00923354" w:rsidRPr="008628DB" w:rsidRDefault="00000000" w:rsidP="008628DB">
            <w:pPr>
              <w:snapToGrid w:val="0"/>
              <w:spacing w:after="0" w:line="300" w:lineRule="auto"/>
              <w:jc w:val="center"/>
              <w:rPr>
                <w:sz w:val="16"/>
                <w:szCs w:val="16"/>
              </w:rPr>
            </w:pPr>
            <w:r w:rsidRPr="008628DB">
              <w:rPr>
                <w:sz w:val="16"/>
                <w:szCs w:val="16"/>
              </w:rPr>
              <w:t>15</w:t>
            </w:r>
          </w:p>
        </w:tc>
        <w:tc>
          <w:tcPr>
            <w:tcW w:w="2376" w:type="dxa"/>
            <w:tcMar>
              <w:top w:w="55" w:type="dxa"/>
              <w:left w:w="75" w:type="dxa"/>
              <w:bottom w:w="55" w:type="dxa"/>
              <w:right w:w="75" w:type="dxa"/>
            </w:tcMar>
            <w:vAlign w:val="center"/>
          </w:tcPr>
          <w:p w14:paraId="7669B003" w14:textId="77777777" w:rsidR="00923354" w:rsidRPr="008628DB" w:rsidRDefault="00000000" w:rsidP="008628DB">
            <w:pPr>
              <w:snapToGrid w:val="0"/>
              <w:spacing w:after="0" w:line="300" w:lineRule="auto"/>
              <w:jc w:val="center"/>
              <w:rPr>
                <w:sz w:val="16"/>
                <w:szCs w:val="16"/>
              </w:rPr>
            </w:pPr>
            <w:r w:rsidRPr="008628DB">
              <w:rPr>
                <w:sz w:val="16"/>
                <w:szCs w:val="16"/>
              </w:rPr>
              <w:t>0.15405181392234973</w:t>
            </w:r>
          </w:p>
        </w:tc>
        <w:tc>
          <w:tcPr>
            <w:tcW w:w="2376" w:type="dxa"/>
            <w:tcMar>
              <w:top w:w="55" w:type="dxa"/>
              <w:left w:w="75" w:type="dxa"/>
              <w:bottom w:w="55" w:type="dxa"/>
              <w:right w:w="75" w:type="dxa"/>
            </w:tcMar>
            <w:vAlign w:val="center"/>
          </w:tcPr>
          <w:p w14:paraId="4F925D26" w14:textId="77777777" w:rsidR="00923354" w:rsidRPr="008628DB" w:rsidRDefault="00000000" w:rsidP="008628DB">
            <w:pPr>
              <w:snapToGrid w:val="0"/>
              <w:spacing w:after="0" w:line="300" w:lineRule="auto"/>
              <w:jc w:val="center"/>
              <w:rPr>
                <w:sz w:val="16"/>
                <w:szCs w:val="16"/>
              </w:rPr>
            </w:pPr>
            <w:r w:rsidRPr="008628DB">
              <w:rPr>
                <w:sz w:val="16"/>
                <w:szCs w:val="16"/>
              </w:rPr>
              <w:t>0.23247285332236162</w:t>
            </w:r>
          </w:p>
        </w:tc>
        <w:tc>
          <w:tcPr>
            <w:tcW w:w="2376" w:type="dxa"/>
            <w:tcMar>
              <w:top w:w="55" w:type="dxa"/>
              <w:left w:w="75" w:type="dxa"/>
              <w:bottom w:w="55" w:type="dxa"/>
              <w:right w:w="75" w:type="dxa"/>
            </w:tcMar>
            <w:vAlign w:val="center"/>
          </w:tcPr>
          <w:p w14:paraId="3D0C5099" w14:textId="77777777" w:rsidR="00923354" w:rsidRPr="008628DB" w:rsidRDefault="00000000" w:rsidP="008628DB">
            <w:pPr>
              <w:snapToGrid w:val="0"/>
              <w:spacing w:after="0" w:line="300" w:lineRule="auto"/>
              <w:jc w:val="center"/>
              <w:rPr>
                <w:sz w:val="16"/>
                <w:szCs w:val="16"/>
              </w:rPr>
            </w:pPr>
            <w:r w:rsidRPr="008628DB">
              <w:rPr>
                <w:sz w:val="16"/>
                <w:szCs w:val="16"/>
              </w:rPr>
              <w:t>20.0</w:t>
            </w:r>
          </w:p>
        </w:tc>
        <w:tc>
          <w:tcPr>
            <w:tcW w:w="2376" w:type="dxa"/>
            <w:tcMar>
              <w:top w:w="55" w:type="dxa"/>
              <w:left w:w="75" w:type="dxa"/>
              <w:bottom w:w="55" w:type="dxa"/>
              <w:right w:w="75" w:type="dxa"/>
            </w:tcMar>
            <w:vAlign w:val="center"/>
          </w:tcPr>
          <w:p w14:paraId="1C7CD699" w14:textId="77777777" w:rsidR="00923354" w:rsidRPr="008628DB" w:rsidRDefault="00000000" w:rsidP="008628DB">
            <w:pPr>
              <w:snapToGrid w:val="0"/>
              <w:spacing w:after="0" w:line="300" w:lineRule="auto"/>
              <w:jc w:val="center"/>
              <w:rPr>
                <w:sz w:val="16"/>
                <w:szCs w:val="16"/>
              </w:rPr>
            </w:pPr>
            <w:r w:rsidRPr="008628DB">
              <w:rPr>
                <w:sz w:val="16"/>
                <w:szCs w:val="16"/>
              </w:rPr>
              <w:t>0.0603271484375</w:t>
            </w:r>
          </w:p>
        </w:tc>
      </w:tr>
      <w:tr w:rsidR="00923354" w:rsidRPr="00314BAB" w14:paraId="218056F2" w14:textId="77777777">
        <w:trPr>
          <w:cantSplit/>
          <w:jc w:val="center"/>
        </w:trPr>
        <w:tc>
          <w:tcPr>
            <w:tcW w:w="2376" w:type="dxa"/>
            <w:tcMar>
              <w:top w:w="55" w:type="dxa"/>
              <w:left w:w="75" w:type="dxa"/>
              <w:bottom w:w="55" w:type="dxa"/>
              <w:right w:w="75" w:type="dxa"/>
            </w:tcMar>
            <w:vAlign w:val="center"/>
          </w:tcPr>
          <w:p w14:paraId="7771DFDF" w14:textId="77777777" w:rsidR="00923354" w:rsidRPr="008628DB" w:rsidRDefault="00000000" w:rsidP="008628DB">
            <w:pPr>
              <w:snapToGrid w:val="0"/>
              <w:spacing w:after="0" w:line="300" w:lineRule="auto"/>
              <w:jc w:val="center"/>
              <w:rPr>
                <w:sz w:val="16"/>
                <w:szCs w:val="16"/>
              </w:rPr>
            </w:pPr>
            <w:r w:rsidRPr="008628DB">
              <w:rPr>
                <w:sz w:val="16"/>
                <w:szCs w:val="16"/>
              </w:rPr>
              <w:t>Naive_Tcell</w:t>
            </w:r>
          </w:p>
        </w:tc>
        <w:tc>
          <w:tcPr>
            <w:tcW w:w="2376" w:type="dxa"/>
            <w:tcMar>
              <w:top w:w="55" w:type="dxa"/>
              <w:left w:w="75" w:type="dxa"/>
              <w:bottom w:w="55" w:type="dxa"/>
              <w:right w:w="75" w:type="dxa"/>
            </w:tcMar>
            <w:vAlign w:val="center"/>
          </w:tcPr>
          <w:p w14:paraId="66A65E7A" w14:textId="77777777" w:rsidR="00923354" w:rsidRPr="008628DB" w:rsidRDefault="00000000" w:rsidP="008628DB">
            <w:pPr>
              <w:snapToGrid w:val="0"/>
              <w:spacing w:after="0" w:line="300" w:lineRule="auto"/>
              <w:jc w:val="center"/>
              <w:rPr>
                <w:sz w:val="16"/>
                <w:szCs w:val="16"/>
              </w:rPr>
            </w:pPr>
            <w:r w:rsidRPr="008628DB">
              <w:rPr>
                <w:sz w:val="16"/>
                <w:szCs w:val="16"/>
              </w:rPr>
              <w:t>16</w:t>
            </w:r>
          </w:p>
        </w:tc>
        <w:tc>
          <w:tcPr>
            <w:tcW w:w="2376" w:type="dxa"/>
            <w:tcMar>
              <w:top w:w="55" w:type="dxa"/>
              <w:left w:w="75" w:type="dxa"/>
              <w:bottom w:w="55" w:type="dxa"/>
              <w:right w:w="75" w:type="dxa"/>
            </w:tcMar>
            <w:vAlign w:val="center"/>
          </w:tcPr>
          <w:p w14:paraId="178360E3" w14:textId="77777777" w:rsidR="00923354" w:rsidRPr="008628DB" w:rsidRDefault="00000000" w:rsidP="008628DB">
            <w:pPr>
              <w:snapToGrid w:val="0"/>
              <w:spacing w:after="0" w:line="300" w:lineRule="auto"/>
              <w:jc w:val="center"/>
              <w:rPr>
                <w:sz w:val="16"/>
                <w:szCs w:val="16"/>
              </w:rPr>
            </w:pPr>
            <w:r w:rsidRPr="008628DB">
              <w:rPr>
                <w:sz w:val="16"/>
                <w:szCs w:val="16"/>
              </w:rPr>
              <w:t>-0.10237452197198202</w:t>
            </w:r>
          </w:p>
        </w:tc>
        <w:tc>
          <w:tcPr>
            <w:tcW w:w="2376" w:type="dxa"/>
            <w:tcMar>
              <w:top w:w="55" w:type="dxa"/>
              <w:left w:w="75" w:type="dxa"/>
              <w:bottom w:w="55" w:type="dxa"/>
              <w:right w:w="75" w:type="dxa"/>
            </w:tcMar>
            <w:vAlign w:val="center"/>
          </w:tcPr>
          <w:p w14:paraId="2628B3E4" w14:textId="77777777" w:rsidR="00923354" w:rsidRPr="008628DB" w:rsidRDefault="00000000" w:rsidP="008628DB">
            <w:pPr>
              <w:snapToGrid w:val="0"/>
              <w:spacing w:after="0" w:line="300" w:lineRule="auto"/>
              <w:jc w:val="center"/>
              <w:rPr>
                <w:sz w:val="16"/>
                <w:szCs w:val="16"/>
              </w:rPr>
            </w:pPr>
            <w:r w:rsidRPr="008628DB">
              <w:rPr>
                <w:sz w:val="16"/>
                <w:szCs w:val="16"/>
              </w:rPr>
              <w:t>-0.05164031177323211</w:t>
            </w:r>
          </w:p>
        </w:tc>
        <w:tc>
          <w:tcPr>
            <w:tcW w:w="2376" w:type="dxa"/>
            <w:tcMar>
              <w:top w:w="55" w:type="dxa"/>
              <w:left w:w="75" w:type="dxa"/>
              <w:bottom w:w="55" w:type="dxa"/>
              <w:right w:w="75" w:type="dxa"/>
            </w:tcMar>
            <w:vAlign w:val="center"/>
          </w:tcPr>
          <w:p w14:paraId="0289F9FD" w14:textId="77777777" w:rsidR="00923354" w:rsidRPr="008628DB" w:rsidRDefault="00000000" w:rsidP="008628DB">
            <w:pPr>
              <w:snapToGrid w:val="0"/>
              <w:spacing w:after="0" w:line="300" w:lineRule="auto"/>
              <w:jc w:val="center"/>
              <w:rPr>
                <w:sz w:val="16"/>
                <w:szCs w:val="16"/>
              </w:rPr>
            </w:pPr>
            <w:r w:rsidRPr="008628DB">
              <w:rPr>
                <w:sz w:val="16"/>
                <w:szCs w:val="16"/>
              </w:rPr>
              <w:t>32.0</w:t>
            </w:r>
          </w:p>
        </w:tc>
        <w:tc>
          <w:tcPr>
            <w:tcW w:w="2376" w:type="dxa"/>
            <w:tcMar>
              <w:top w:w="55" w:type="dxa"/>
              <w:left w:w="75" w:type="dxa"/>
              <w:bottom w:w="55" w:type="dxa"/>
              <w:right w:w="75" w:type="dxa"/>
            </w:tcMar>
            <w:vAlign w:val="center"/>
          </w:tcPr>
          <w:p w14:paraId="02480F51" w14:textId="77777777" w:rsidR="00923354" w:rsidRPr="008628DB" w:rsidRDefault="00000000" w:rsidP="008628DB">
            <w:pPr>
              <w:snapToGrid w:val="0"/>
              <w:spacing w:after="0" w:line="300" w:lineRule="auto"/>
              <w:jc w:val="center"/>
              <w:rPr>
                <w:sz w:val="16"/>
                <w:szCs w:val="16"/>
              </w:rPr>
            </w:pPr>
            <w:r w:rsidRPr="008628DB">
              <w:rPr>
                <w:sz w:val="16"/>
                <w:szCs w:val="16"/>
              </w:rPr>
              <w:t>0.15259806315104166</w:t>
            </w:r>
          </w:p>
        </w:tc>
      </w:tr>
      <w:tr w:rsidR="00923354" w:rsidRPr="00314BAB" w14:paraId="1F56560B" w14:textId="77777777">
        <w:trPr>
          <w:cantSplit/>
          <w:jc w:val="center"/>
        </w:trPr>
        <w:tc>
          <w:tcPr>
            <w:tcW w:w="2376" w:type="dxa"/>
            <w:tcMar>
              <w:top w:w="55" w:type="dxa"/>
              <w:left w:w="75" w:type="dxa"/>
              <w:bottom w:w="55" w:type="dxa"/>
              <w:right w:w="75" w:type="dxa"/>
            </w:tcMar>
            <w:vAlign w:val="center"/>
          </w:tcPr>
          <w:p w14:paraId="53943516" w14:textId="77777777" w:rsidR="00923354" w:rsidRPr="008628DB" w:rsidRDefault="00000000" w:rsidP="008628DB">
            <w:pPr>
              <w:snapToGrid w:val="0"/>
              <w:spacing w:after="0" w:line="300" w:lineRule="auto"/>
              <w:jc w:val="center"/>
              <w:rPr>
                <w:sz w:val="16"/>
                <w:szCs w:val="16"/>
              </w:rPr>
            </w:pPr>
            <w:r w:rsidRPr="008628DB">
              <w:rPr>
                <w:sz w:val="16"/>
                <w:szCs w:val="16"/>
              </w:rPr>
              <w:lastRenderedPageBreak/>
              <w:t>FAP_Fibroblast</w:t>
            </w:r>
          </w:p>
        </w:tc>
        <w:tc>
          <w:tcPr>
            <w:tcW w:w="2376" w:type="dxa"/>
            <w:tcMar>
              <w:top w:w="55" w:type="dxa"/>
              <w:left w:w="75" w:type="dxa"/>
              <w:bottom w:w="55" w:type="dxa"/>
              <w:right w:w="75" w:type="dxa"/>
            </w:tcMar>
            <w:vAlign w:val="center"/>
          </w:tcPr>
          <w:p w14:paraId="77C56182" w14:textId="77777777" w:rsidR="00923354" w:rsidRPr="008628DB" w:rsidRDefault="00000000" w:rsidP="008628DB">
            <w:pPr>
              <w:snapToGrid w:val="0"/>
              <w:spacing w:after="0" w:line="300" w:lineRule="auto"/>
              <w:jc w:val="center"/>
              <w:rPr>
                <w:sz w:val="16"/>
                <w:szCs w:val="16"/>
              </w:rPr>
            </w:pPr>
            <w:r w:rsidRPr="008628DB">
              <w:rPr>
                <w:sz w:val="16"/>
                <w:szCs w:val="16"/>
              </w:rPr>
              <w:t>16</w:t>
            </w:r>
          </w:p>
        </w:tc>
        <w:tc>
          <w:tcPr>
            <w:tcW w:w="2376" w:type="dxa"/>
            <w:tcMar>
              <w:top w:w="55" w:type="dxa"/>
              <w:left w:w="75" w:type="dxa"/>
              <w:bottom w:w="55" w:type="dxa"/>
              <w:right w:w="75" w:type="dxa"/>
            </w:tcMar>
            <w:vAlign w:val="center"/>
          </w:tcPr>
          <w:p w14:paraId="6A3AB43B" w14:textId="77777777" w:rsidR="00923354" w:rsidRPr="008628DB" w:rsidRDefault="00000000" w:rsidP="008628DB">
            <w:pPr>
              <w:snapToGrid w:val="0"/>
              <w:spacing w:after="0" w:line="300" w:lineRule="auto"/>
              <w:jc w:val="center"/>
              <w:rPr>
                <w:sz w:val="16"/>
                <w:szCs w:val="16"/>
              </w:rPr>
            </w:pPr>
            <w:r w:rsidRPr="008628DB">
              <w:rPr>
                <w:sz w:val="16"/>
                <w:szCs w:val="16"/>
              </w:rPr>
              <w:t>0.08237079628535313</w:t>
            </w:r>
          </w:p>
        </w:tc>
        <w:tc>
          <w:tcPr>
            <w:tcW w:w="2376" w:type="dxa"/>
            <w:tcMar>
              <w:top w:w="55" w:type="dxa"/>
              <w:left w:w="75" w:type="dxa"/>
              <w:bottom w:w="55" w:type="dxa"/>
              <w:right w:w="75" w:type="dxa"/>
            </w:tcMar>
            <w:vAlign w:val="center"/>
          </w:tcPr>
          <w:p w14:paraId="69212CF3" w14:textId="77777777" w:rsidR="00923354" w:rsidRPr="008628DB" w:rsidRDefault="00000000" w:rsidP="008628DB">
            <w:pPr>
              <w:snapToGrid w:val="0"/>
              <w:spacing w:after="0" w:line="300" w:lineRule="auto"/>
              <w:jc w:val="center"/>
              <w:rPr>
                <w:sz w:val="16"/>
                <w:szCs w:val="16"/>
              </w:rPr>
            </w:pPr>
            <w:r w:rsidRPr="008628DB">
              <w:rPr>
                <w:sz w:val="16"/>
                <w:szCs w:val="16"/>
              </w:rPr>
              <w:t>0.07466086989443162</w:t>
            </w:r>
          </w:p>
        </w:tc>
        <w:tc>
          <w:tcPr>
            <w:tcW w:w="2376" w:type="dxa"/>
            <w:tcMar>
              <w:top w:w="55" w:type="dxa"/>
              <w:left w:w="75" w:type="dxa"/>
              <w:bottom w:w="55" w:type="dxa"/>
              <w:right w:w="75" w:type="dxa"/>
            </w:tcMar>
            <w:vAlign w:val="center"/>
          </w:tcPr>
          <w:p w14:paraId="38C6473C" w14:textId="77777777" w:rsidR="00923354" w:rsidRPr="008628DB" w:rsidRDefault="00000000" w:rsidP="008628DB">
            <w:pPr>
              <w:snapToGrid w:val="0"/>
              <w:spacing w:after="0" w:line="300" w:lineRule="auto"/>
              <w:jc w:val="center"/>
              <w:rPr>
                <w:sz w:val="16"/>
                <w:szCs w:val="16"/>
              </w:rPr>
            </w:pPr>
            <w:r w:rsidRPr="008628DB">
              <w:rPr>
                <w:sz w:val="16"/>
                <w:szCs w:val="16"/>
              </w:rPr>
              <w:t>48.0</w:t>
            </w:r>
          </w:p>
        </w:tc>
        <w:tc>
          <w:tcPr>
            <w:tcW w:w="2376" w:type="dxa"/>
            <w:tcMar>
              <w:top w:w="55" w:type="dxa"/>
              <w:left w:w="75" w:type="dxa"/>
              <w:bottom w:w="55" w:type="dxa"/>
              <w:right w:w="75" w:type="dxa"/>
            </w:tcMar>
            <w:vAlign w:val="center"/>
          </w:tcPr>
          <w:p w14:paraId="29A7A449" w14:textId="77777777" w:rsidR="00923354" w:rsidRPr="008628DB" w:rsidRDefault="00000000" w:rsidP="008628DB">
            <w:pPr>
              <w:snapToGrid w:val="0"/>
              <w:spacing w:after="0" w:line="300" w:lineRule="auto"/>
              <w:jc w:val="center"/>
              <w:rPr>
                <w:sz w:val="16"/>
                <w:szCs w:val="16"/>
              </w:rPr>
            </w:pPr>
            <w:r w:rsidRPr="008628DB">
              <w:rPr>
                <w:sz w:val="16"/>
                <w:szCs w:val="16"/>
              </w:rPr>
              <w:t>0.64501953125</w:t>
            </w:r>
          </w:p>
        </w:tc>
      </w:tr>
      <w:tr w:rsidR="00923354" w:rsidRPr="00314BAB" w14:paraId="7158547C" w14:textId="77777777">
        <w:trPr>
          <w:cantSplit/>
          <w:jc w:val="center"/>
        </w:trPr>
        <w:tc>
          <w:tcPr>
            <w:tcW w:w="2376" w:type="dxa"/>
            <w:tcMar>
              <w:top w:w="55" w:type="dxa"/>
              <w:left w:w="75" w:type="dxa"/>
              <w:bottom w:w="55" w:type="dxa"/>
              <w:right w:w="75" w:type="dxa"/>
            </w:tcMar>
            <w:vAlign w:val="center"/>
          </w:tcPr>
          <w:p w14:paraId="4E2FAF73" w14:textId="77777777" w:rsidR="00923354" w:rsidRPr="008628DB" w:rsidRDefault="00000000" w:rsidP="008628DB">
            <w:pPr>
              <w:snapToGrid w:val="0"/>
              <w:spacing w:after="0" w:line="300" w:lineRule="auto"/>
              <w:jc w:val="center"/>
              <w:rPr>
                <w:sz w:val="16"/>
                <w:szCs w:val="16"/>
              </w:rPr>
            </w:pPr>
            <w:r w:rsidRPr="008628DB">
              <w:rPr>
                <w:sz w:val="16"/>
                <w:szCs w:val="16"/>
              </w:rPr>
              <w:t>Cycling_Epithelial</w:t>
            </w:r>
          </w:p>
        </w:tc>
        <w:tc>
          <w:tcPr>
            <w:tcW w:w="2376" w:type="dxa"/>
            <w:tcMar>
              <w:top w:w="55" w:type="dxa"/>
              <w:left w:w="75" w:type="dxa"/>
              <w:bottom w:w="55" w:type="dxa"/>
              <w:right w:w="75" w:type="dxa"/>
            </w:tcMar>
            <w:vAlign w:val="center"/>
          </w:tcPr>
          <w:p w14:paraId="166AA53F" w14:textId="77777777" w:rsidR="00923354" w:rsidRPr="008628DB" w:rsidRDefault="00000000" w:rsidP="008628DB">
            <w:pPr>
              <w:snapToGrid w:val="0"/>
              <w:spacing w:after="0" w:line="300" w:lineRule="auto"/>
              <w:jc w:val="center"/>
              <w:rPr>
                <w:sz w:val="16"/>
                <w:szCs w:val="16"/>
              </w:rPr>
            </w:pPr>
            <w:r w:rsidRPr="008628DB">
              <w:rPr>
                <w:sz w:val="16"/>
                <w:szCs w:val="16"/>
              </w:rPr>
              <w:t>25</w:t>
            </w:r>
          </w:p>
        </w:tc>
        <w:tc>
          <w:tcPr>
            <w:tcW w:w="2376" w:type="dxa"/>
            <w:tcMar>
              <w:top w:w="55" w:type="dxa"/>
              <w:left w:w="75" w:type="dxa"/>
              <w:bottom w:w="55" w:type="dxa"/>
              <w:right w:w="75" w:type="dxa"/>
            </w:tcMar>
            <w:vAlign w:val="center"/>
          </w:tcPr>
          <w:p w14:paraId="14522CE5" w14:textId="77777777" w:rsidR="00923354" w:rsidRPr="008628DB" w:rsidRDefault="00000000" w:rsidP="008628DB">
            <w:pPr>
              <w:snapToGrid w:val="0"/>
              <w:spacing w:after="0" w:line="300" w:lineRule="auto"/>
              <w:jc w:val="center"/>
              <w:rPr>
                <w:sz w:val="16"/>
                <w:szCs w:val="16"/>
              </w:rPr>
            </w:pPr>
            <w:r w:rsidRPr="008628DB">
              <w:rPr>
                <w:sz w:val="16"/>
                <w:szCs w:val="16"/>
              </w:rPr>
              <w:t>-0.03992812000892978</w:t>
            </w:r>
          </w:p>
        </w:tc>
        <w:tc>
          <w:tcPr>
            <w:tcW w:w="2376" w:type="dxa"/>
            <w:tcMar>
              <w:top w:w="55" w:type="dxa"/>
              <w:left w:w="75" w:type="dxa"/>
              <w:bottom w:w="55" w:type="dxa"/>
              <w:right w:w="75" w:type="dxa"/>
            </w:tcMar>
            <w:vAlign w:val="center"/>
          </w:tcPr>
          <w:p w14:paraId="2F90F9DA" w14:textId="77777777" w:rsidR="00923354" w:rsidRPr="008628DB" w:rsidRDefault="00000000" w:rsidP="008628DB">
            <w:pPr>
              <w:snapToGrid w:val="0"/>
              <w:spacing w:after="0" w:line="300" w:lineRule="auto"/>
              <w:jc w:val="center"/>
              <w:rPr>
                <w:sz w:val="16"/>
                <w:szCs w:val="16"/>
              </w:rPr>
            </w:pPr>
            <w:r w:rsidRPr="008628DB">
              <w:rPr>
                <w:sz w:val="16"/>
                <w:szCs w:val="16"/>
              </w:rPr>
              <w:t>-0.06664371624416066</w:t>
            </w:r>
          </w:p>
        </w:tc>
        <w:tc>
          <w:tcPr>
            <w:tcW w:w="2376" w:type="dxa"/>
            <w:tcMar>
              <w:top w:w="55" w:type="dxa"/>
              <w:left w:w="75" w:type="dxa"/>
              <w:bottom w:w="55" w:type="dxa"/>
              <w:right w:w="75" w:type="dxa"/>
            </w:tcMar>
            <w:vAlign w:val="center"/>
          </w:tcPr>
          <w:p w14:paraId="67CDDD8F" w14:textId="77777777" w:rsidR="00923354" w:rsidRPr="008628DB" w:rsidRDefault="00000000" w:rsidP="008628DB">
            <w:pPr>
              <w:snapToGrid w:val="0"/>
              <w:spacing w:after="0" w:line="300" w:lineRule="auto"/>
              <w:jc w:val="center"/>
              <w:rPr>
                <w:sz w:val="16"/>
                <w:szCs w:val="16"/>
              </w:rPr>
            </w:pPr>
            <w:r w:rsidRPr="008628DB">
              <w:rPr>
                <w:sz w:val="16"/>
                <w:szCs w:val="16"/>
              </w:rPr>
              <w:t>129.0</w:t>
            </w:r>
          </w:p>
        </w:tc>
        <w:tc>
          <w:tcPr>
            <w:tcW w:w="2376" w:type="dxa"/>
            <w:tcMar>
              <w:top w:w="55" w:type="dxa"/>
              <w:left w:w="75" w:type="dxa"/>
              <w:bottom w:w="55" w:type="dxa"/>
              <w:right w:w="75" w:type="dxa"/>
            </w:tcMar>
            <w:vAlign w:val="center"/>
          </w:tcPr>
          <w:p w14:paraId="5FB9AE15" w14:textId="77777777" w:rsidR="00923354" w:rsidRPr="008628DB" w:rsidRDefault="00000000" w:rsidP="008628DB">
            <w:pPr>
              <w:snapToGrid w:val="0"/>
              <w:spacing w:after="0" w:line="300" w:lineRule="auto"/>
              <w:jc w:val="center"/>
              <w:rPr>
                <w:sz w:val="16"/>
                <w:szCs w:val="16"/>
              </w:rPr>
            </w:pPr>
            <w:r w:rsidRPr="008628DB">
              <w:rPr>
                <w:sz w:val="16"/>
                <w:szCs w:val="16"/>
              </w:rPr>
              <w:t>0.6667213886976242</w:t>
            </w:r>
          </w:p>
        </w:tc>
      </w:tr>
      <w:tr w:rsidR="00923354" w:rsidRPr="00314BAB" w14:paraId="244CA84F" w14:textId="77777777">
        <w:trPr>
          <w:cantSplit/>
          <w:jc w:val="center"/>
        </w:trPr>
        <w:tc>
          <w:tcPr>
            <w:tcW w:w="2376" w:type="dxa"/>
            <w:tcMar>
              <w:top w:w="55" w:type="dxa"/>
              <w:left w:w="75" w:type="dxa"/>
              <w:bottom w:w="55" w:type="dxa"/>
              <w:right w:w="75" w:type="dxa"/>
            </w:tcMar>
            <w:vAlign w:val="center"/>
          </w:tcPr>
          <w:p w14:paraId="64AE18B9" w14:textId="77777777" w:rsidR="00923354" w:rsidRPr="008628DB" w:rsidRDefault="00000000" w:rsidP="008628DB">
            <w:pPr>
              <w:snapToGrid w:val="0"/>
              <w:spacing w:after="0" w:line="300" w:lineRule="auto"/>
              <w:jc w:val="center"/>
              <w:rPr>
                <w:sz w:val="16"/>
                <w:szCs w:val="16"/>
              </w:rPr>
            </w:pPr>
            <w:r w:rsidRPr="008628DB">
              <w:rPr>
                <w:sz w:val="16"/>
                <w:szCs w:val="16"/>
              </w:rPr>
              <w:t>UPK_Epithelial</w:t>
            </w:r>
          </w:p>
        </w:tc>
        <w:tc>
          <w:tcPr>
            <w:tcW w:w="2376" w:type="dxa"/>
            <w:tcMar>
              <w:top w:w="55" w:type="dxa"/>
              <w:left w:w="75" w:type="dxa"/>
              <w:bottom w:w="55" w:type="dxa"/>
              <w:right w:w="75" w:type="dxa"/>
            </w:tcMar>
            <w:vAlign w:val="center"/>
          </w:tcPr>
          <w:p w14:paraId="05F75ED5" w14:textId="77777777" w:rsidR="00923354" w:rsidRPr="008628DB" w:rsidRDefault="00000000" w:rsidP="008628DB">
            <w:pPr>
              <w:snapToGrid w:val="0"/>
              <w:spacing w:after="0" w:line="300" w:lineRule="auto"/>
              <w:jc w:val="center"/>
              <w:rPr>
                <w:sz w:val="16"/>
                <w:szCs w:val="16"/>
              </w:rPr>
            </w:pPr>
            <w:r w:rsidRPr="008628DB">
              <w:rPr>
                <w:sz w:val="16"/>
                <w:szCs w:val="16"/>
              </w:rPr>
              <w:t>18</w:t>
            </w:r>
          </w:p>
        </w:tc>
        <w:tc>
          <w:tcPr>
            <w:tcW w:w="2376" w:type="dxa"/>
            <w:tcMar>
              <w:top w:w="55" w:type="dxa"/>
              <w:left w:w="75" w:type="dxa"/>
              <w:bottom w:w="55" w:type="dxa"/>
              <w:right w:w="75" w:type="dxa"/>
            </w:tcMar>
            <w:vAlign w:val="center"/>
          </w:tcPr>
          <w:p w14:paraId="7DFDBAE3" w14:textId="77777777" w:rsidR="00923354" w:rsidRPr="008628DB" w:rsidRDefault="00000000" w:rsidP="008628DB">
            <w:pPr>
              <w:snapToGrid w:val="0"/>
              <w:spacing w:after="0" w:line="300" w:lineRule="auto"/>
              <w:jc w:val="center"/>
              <w:rPr>
                <w:sz w:val="16"/>
                <w:szCs w:val="16"/>
              </w:rPr>
            </w:pPr>
            <w:r w:rsidRPr="008628DB">
              <w:rPr>
                <w:sz w:val="16"/>
                <w:szCs w:val="16"/>
              </w:rPr>
              <w:t>-0.0052262021674192895</w:t>
            </w:r>
          </w:p>
        </w:tc>
        <w:tc>
          <w:tcPr>
            <w:tcW w:w="2376" w:type="dxa"/>
            <w:tcMar>
              <w:top w:w="55" w:type="dxa"/>
              <w:left w:w="75" w:type="dxa"/>
              <w:bottom w:w="55" w:type="dxa"/>
              <w:right w:w="75" w:type="dxa"/>
            </w:tcMar>
            <w:vAlign w:val="center"/>
          </w:tcPr>
          <w:p w14:paraId="09F7886F" w14:textId="77777777" w:rsidR="00923354" w:rsidRPr="008628DB" w:rsidRDefault="00000000" w:rsidP="008628DB">
            <w:pPr>
              <w:snapToGrid w:val="0"/>
              <w:spacing w:after="0" w:line="300" w:lineRule="auto"/>
              <w:jc w:val="center"/>
              <w:rPr>
                <w:sz w:val="16"/>
                <w:szCs w:val="16"/>
              </w:rPr>
            </w:pPr>
            <w:r w:rsidRPr="008628DB">
              <w:rPr>
                <w:sz w:val="16"/>
                <w:szCs w:val="16"/>
              </w:rPr>
              <w:t>0.025528483437834704</w:t>
            </w:r>
          </w:p>
        </w:tc>
        <w:tc>
          <w:tcPr>
            <w:tcW w:w="2376" w:type="dxa"/>
            <w:tcMar>
              <w:top w:w="55" w:type="dxa"/>
              <w:left w:w="75" w:type="dxa"/>
              <w:bottom w:w="55" w:type="dxa"/>
              <w:right w:w="75" w:type="dxa"/>
            </w:tcMar>
            <w:vAlign w:val="center"/>
          </w:tcPr>
          <w:p w14:paraId="7839C870" w14:textId="77777777" w:rsidR="00923354" w:rsidRPr="008628DB" w:rsidRDefault="00000000" w:rsidP="008628DB">
            <w:pPr>
              <w:snapToGrid w:val="0"/>
              <w:spacing w:after="0" w:line="300" w:lineRule="auto"/>
              <w:jc w:val="center"/>
              <w:rPr>
                <w:sz w:val="16"/>
                <w:szCs w:val="16"/>
              </w:rPr>
            </w:pPr>
            <w:r w:rsidRPr="008628DB">
              <w:rPr>
                <w:sz w:val="16"/>
                <w:szCs w:val="16"/>
              </w:rPr>
              <w:t>71.0</w:t>
            </w:r>
          </w:p>
        </w:tc>
        <w:tc>
          <w:tcPr>
            <w:tcW w:w="2376" w:type="dxa"/>
            <w:tcMar>
              <w:top w:w="55" w:type="dxa"/>
              <w:left w:w="75" w:type="dxa"/>
              <w:bottom w:w="55" w:type="dxa"/>
              <w:right w:w="75" w:type="dxa"/>
            </w:tcMar>
            <w:vAlign w:val="center"/>
          </w:tcPr>
          <w:p w14:paraId="5BCB60C7" w14:textId="77777777" w:rsidR="00923354" w:rsidRPr="008628DB" w:rsidRDefault="00000000" w:rsidP="008628DB">
            <w:pPr>
              <w:snapToGrid w:val="0"/>
              <w:spacing w:after="0" w:line="300" w:lineRule="auto"/>
              <w:jc w:val="center"/>
              <w:rPr>
                <w:sz w:val="16"/>
                <w:szCs w:val="16"/>
              </w:rPr>
            </w:pPr>
            <w:r w:rsidRPr="008628DB">
              <w:rPr>
                <w:sz w:val="16"/>
                <w:szCs w:val="16"/>
              </w:rPr>
              <w:t>0.8569132486979166</w:t>
            </w:r>
          </w:p>
        </w:tc>
      </w:tr>
      <w:tr w:rsidR="00923354" w:rsidRPr="00314BAB" w14:paraId="357C2548" w14:textId="77777777">
        <w:trPr>
          <w:cantSplit/>
          <w:jc w:val="center"/>
        </w:trPr>
        <w:tc>
          <w:tcPr>
            <w:tcW w:w="2376" w:type="dxa"/>
            <w:tcMar>
              <w:top w:w="55" w:type="dxa"/>
              <w:left w:w="75" w:type="dxa"/>
              <w:bottom w:w="55" w:type="dxa"/>
              <w:right w:w="75" w:type="dxa"/>
            </w:tcMar>
            <w:vAlign w:val="center"/>
          </w:tcPr>
          <w:p w14:paraId="2BE19566" w14:textId="77777777" w:rsidR="00923354" w:rsidRPr="008628DB" w:rsidRDefault="00000000" w:rsidP="008628DB">
            <w:pPr>
              <w:snapToGrid w:val="0"/>
              <w:spacing w:after="0" w:line="300" w:lineRule="auto"/>
              <w:jc w:val="center"/>
              <w:rPr>
                <w:sz w:val="16"/>
                <w:szCs w:val="16"/>
              </w:rPr>
            </w:pPr>
            <w:r w:rsidRPr="008628DB">
              <w:rPr>
                <w:sz w:val="16"/>
                <w:szCs w:val="16"/>
              </w:rPr>
              <w:t>Endothelial</w:t>
            </w:r>
          </w:p>
        </w:tc>
        <w:tc>
          <w:tcPr>
            <w:tcW w:w="2376" w:type="dxa"/>
            <w:tcMar>
              <w:top w:w="55" w:type="dxa"/>
              <w:left w:w="75" w:type="dxa"/>
              <w:bottom w:w="55" w:type="dxa"/>
              <w:right w:w="75" w:type="dxa"/>
            </w:tcMar>
            <w:vAlign w:val="center"/>
          </w:tcPr>
          <w:p w14:paraId="082D3476" w14:textId="77777777" w:rsidR="00923354" w:rsidRPr="008628DB" w:rsidRDefault="00000000" w:rsidP="008628DB">
            <w:pPr>
              <w:snapToGrid w:val="0"/>
              <w:spacing w:after="0" w:line="300" w:lineRule="auto"/>
              <w:jc w:val="center"/>
              <w:rPr>
                <w:sz w:val="16"/>
                <w:szCs w:val="16"/>
              </w:rPr>
            </w:pPr>
            <w:r w:rsidRPr="008628DB">
              <w:rPr>
                <w:sz w:val="16"/>
                <w:szCs w:val="16"/>
              </w:rPr>
              <w:t>17</w:t>
            </w:r>
          </w:p>
        </w:tc>
        <w:tc>
          <w:tcPr>
            <w:tcW w:w="2376" w:type="dxa"/>
            <w:tcMar>
              <w:top w:w="55" w:type="dxa"/>
              <w:left w:w="75" w:type="dxa"/>
              <w:bottom w:w="55" w:type="dxa"/>
              <w:right w:w="75" w:type="dxa"/>
            </w:tcMar>
            <w:vAlign w:val="center"/>
          </w:tcPr>
          <w:p w14:paraId="49425481" w14:textId="77777777" w:rsidR="00923354" w:rsidRPr="008628DB" w:rsidRDefault="00000000" w:rsidP="008628DB">
            <w:pPr>
              <w:snapToGrid w:val="0"/>
              <w:spacing w:after="0" w:line="300" w:lineRule="auto"/>
              <w:jc w:val="center"/>
              <w:rPr>
                <w:sz w:val="16"/>
                <w:szCs w:val="16"/>
              </w:rPr>
            </w:pPr>
            <w:r w:rsidRPr="008628DB">
              <w:rPr>
                <w:sz w:val="16"/>
                <w:szCs w:val="16"/>
              </w:rPr>
              <w:t>-0.004242911275366377</w:t>
            </w:r>
          </w:p>
        </w:tc>
        <w:tc>
          <w:tcPr>
            <w:tcW w:w="2376" w:type="dxa"/>
            <w:tcMar>
              <w:top w:w="55" w:type="dxa"/>
              <w:left w:w="75" w:type="dxa"/>
              <w:bottom w:w="55" w:type="dxa"/>
              <w:right w:w="75" w:type="dxa"/>
            </w:tcMar>
            <w:vAlign w:val="center"/>
          </w:tcPr>
          <w:p w14:paraId="10B0B734" w14:textId="77777777" w:rsidR="00923354" w:rsidRPr="008628DB" w:rsidRDefault="00000000" w:rsidP="008628DB">
            <w:pPr>
              <w:snapToGrid w:val="0"/>
              <w:spacing w:after="0" w:line="300" w:lineRule="auto"/>
              <w:jc w:val="center"/>
              <w:rPr>
                <w:sz w:val="16"/>
                <w:szCs w:val="16"/>
              </w:rPr>
            </w:pPr>
            <w:r w:rsidRPr="008628DB">
              <w:rPr>
                <w:sz w:val="16"/>
                <w:szCs w:val="16"/>
              </w:rPr>
              <w:t>0.026013132163750716</w:t>
            </w:r>
          </w:p>
        </w:tc>
        <w:tc>
          <w:tcPr>
            <w:tcW w:w="2376" w:type="dxa"/>
            <w:tcMar>
              <w:top w:w="55" w:type="dxa"/>
              <w:left w:w="75" w:type="dxa"/>
              <w:bottom w:w="55" w:type="dxa"/>
              <w:right w:w="75" w:type="dxa"/>
            </w:tcMar>
            <w:vAlign w:val="center"/>
          </w:tcPr>
          <w:p w14:paraId="6670ED4D" w14:textId="77777777" w:rsidR="00923354" w:rsidRPr="008628DB" w:rsidRDefault="00000000" w:rsidP="008628DB">
            <w:pPr>
              <w:snapToGrid w:val="0"/>
              <w:spacing w:after="0" w:line="300" w:lineRule="auto"/>
              <w:jc w:val="center"/>
              <w:rPr>
                <w:sz w:val="16"/>
                <w:szCs w:val="16"/>
              </w:rPr>
            </w:pPr>
            <w:r w:rsidRPr="008628DB">
              <w:rPr>
                <w:sz w:val="16"/>
                <w:szCs w:val="16"/>
              </w:rPr>
              <w:t>67.0</w:t>
            </w:r>
          </w:p>
        </w:tc>
        <w:tc>
          <w:tcPr>
            <w:tcW w:w="2376" w:type="dxa"/>
            <w:tcMar>
              <w:top w:w="55" w:type="dxa"/>
              <w:left w:w="75" w:type="dxa"/>
              <w:bottom w:w="55" w:type="dxa"/>
              <w:right w:w="75" w:type="dxa"/>
            </w:tcMar>
            <w:vAlign w:val="center"/>
          </w:tcPr>
          <w:p w14:paraId="154C91A5" w14:textId="77777777" w:rsidR="00923354" w:rsidRPr="008628DB" w:rsidRDefault="00000000" w:rsidP="008628DB">
            <w:pPr>
              <w:snapToGrid w:val="0"/>
              <w:spacing w:after="0" w:line="300" w:lineRule="auto"/>
              <w:jc w:val="center"/>
              <w:rPr>
                <w:sz w:val="16"/>
                <w:szCs w:val="16"/>
              </w:rPr>
            </w:pPr>
            <w:r w:rsidRPr="008628DB">
              <w:rPr>
                <w:sz w:val="16"/>
                <w:szCs w:val="16"/>
              </w:rPr>
              <w:t>0.948785400390625</w:t>
            </w:r>
          </w:p>
        </w:tc>
      </w:tr>
      <w:tr w:rsidR="00923354" w:rsidRPr="00314BAB" w14:paraId="65A64F08" w14:textId="77777777">
        <w:trPr>
          <w:cantSplit/>
          <w:jc w:val="center"/>
        </w:trPr>
        <w:tc>
          <w:tcPr>
            <w:tcW w:w="2376" w:type="dxa"/>
            <w:tcMar>
              <w:top w:w="55" w:type="dxa"/>
              <w:left w:w="75" w:type="dxa"/>
              <w:bottom w:w="55" w:type="dxa"/>
              <w:right w:w="75" w:type="dxa"/>
            </w:tcMar>
            <w:vAlign w:val="center"/>
          </w:tcPr>
          <w:p w14:paraId="76AF19CA" w14:textId="77777777" w:rsidR="00923354" w:rsidRPr="008628DB" w:rsidRDefault="00000000" w:rsidP="008628DB">
            <w:pPr>
              <w:snapToGrid w:val="0"/>
              <w:spacing w:after="0" w:line="300" w:lineRule="auto"/>
              <w:jc w:val="center"/>
              <w:rPr>
                <w:sz w:val="16"/>
                <w:szCs w:val="16"/>
              </w:rPr>
            </w:pPr>
            <w:r w:rsidRPr="008628DB">
              <w:rPr>
                <w:sz w:val="16"/>
                <w:szCs w:val="16"/>
              </w:rPr>
              <w:t>KRT6A_Epithelial</w:t>
            </w:r>
          </w:p>
        </w:tc>
        <w:tc>
          <w:tcPr>
            <w:tcW w:w="2376" w:type="dxa"/>
            <w:tcMar>
              <w:top w:w="55" w:type="dxa"/>
              <w:left w:w="75" w:type="dxa"/>
              <w:bottom w:w="55" w:type="dxa"/>
              <w:right w:w="75" w:type="dxa"/>
            </w:tcMar>
            <w:vAlign w:val="center"/>
          </w:tcPr>
          <w:p w14:paraId="367D4408" w14:textId="77777777" w:rsidR="00923354" w:rsidRPr="008628DB" w:rsidRDefault="00000000" w:rsidP="008628DB">
            <w:pPr>
              <w:snapToGrid w:val="0"/>
              <w:spacing w:after="0" w:line="300" w:lineRule="auto"/>
              <w:jc w:val="center"/>
              <w:rPr>
                <w:sz w:val="16"/>
                <w:szCs w:val="16"/>
              </w:rPr>
            </w:pPr>
            <w:r w:rsidRPr="008628DB">
              <w:rPr>
                <w:sz w:val="16"/>
                <w:szCs w:val="16"/>
              </w:rPr>
              <w:t>23</w:t>
            </w:r>
          </w:p>
        </w:tc>
        <w:tc>
          <w:tcPr>
            <w:tcW w:w="2376" w:type="dxa"/>
            <w:tcMar>
              <w:top w:w="55" w:type="dxa"/>
              <w:left w:w="75" w:type="dxa"/>
              <w:bottom w:w="55" w:type="dxa"/>
              <w:right w:w="75" w:type="dxa"/>
            </w:tcMar>
            <w:vAlign w:val="center"/>
          </w:tcPr>
          <w:p w14:paraId="7EA7C516" w14:textId="77777777" w:rsidR="00923354" w:rsidRPr="008628DB" w:rsidRDefault="00000000" w:rsidP="008628DB">
            <w:pPr>
              <w:snapToGrid w:val="0"/>
              <w:spacing w:after="0" w:line="300" w:lineRule="auto"/>
              <w:jc w:val="center"/>
              <w:rPr>
                <w:sz w:val="16"/>
                <w:szCs w:val="16"/>
              </w:rPr>
            </w:pPr>
            <w:r w:rsidRPr="008628DB">
              <w:rPr>
                <w:sz w:val="16"/>
                <w:szCs w:val="16"/>
              </w:rPr>
              <w:t>0.002671445710644757</w:t>
            </w:r>
          </w:p>
        </w:tc>
        <w:tc>
          <w:tcPr>
            <w:tcW w:w="2376" w:type="dxa"/>
            <w:tcMar>
              <w:top w:w="55" w:type="dxa"/>
              <w:left w:w="75" w:type="dxa"/>
              <w:bottom w:w="55" w:type="dxa"/>
              <w:right w:w="75" w:type="dxa"/>
            </w:tcMar>
            <w:vAlign w:val="center"/>
          </w:tcPr>
          <w:p w14:paraId="0540E990" w14:textId="77777777" w:rsidR="00923354" w:rsidRPr="008628DB" w:rsidRDefault="00000000" w:rsidP="008628DB">
            <w:pPr>
              <w:snapToGrid w:val="0"/>
              <w:spacing w:after="0" w:line="300" w:lineRule="auto"/>
              <w:jc w:val="center"/>
              <w:rPr>
                <w:sz w:val="16"/>
                <w:szCs w:val="16"/>
              </w:rPr>
            </w:pPr>
            <w:r w:rsidRPr="008628DB">
              <w:rPr>
                <w:sz w:val="16"/>
                <w:szCs w:val="16"/>
              </w:rPr>
              <w:t>0.025127031802403943</w:t>
            </w:r>
          </w:p>
        </w:tc>
        <w:tc>
          <w:tcPr>
            <w:tcW w:w="2376" w:type="dxa"/>
            <w:tcMar>
              <w:top w:w="55" w:type="dxa"/>
              <w:left w:w="75" w:type="dxa"/>
              <w:bottom w:w="55" w:type="dxa"/>
              <w:right w:w="75" w:type="dxa"/>
            </w:tcMar>
            <w:vAlign w:val="center"/>
          </w:tcPr>
          <w:p w14:paraId="264CE380" w14:textId="77777777" w:rsidR="00923354" w:rsidRPr="008628DB" w:rsidRDefault="00000000" w:rsidP="008628DB">
            <w:pPr>
              <w:snapToGrid w:val="0"/>
              <w:spacing w:after="0" w:line="300" w:lineRule="auto"/>
              <w:jc w:val="center"/>
              <w:rPr>
                <w:sz w:val="16"/>
                <w:szCs w:val="16"/>
              </w:rPr>
            </w:pPr>
            <w:r w:rsidRPr="008628DB">
              <w:rPr>
                <w:sz w:val="16"/>
                <w:szCs w:val="16"/>
              </w:rPr>
              <w:t>134.0</w:t>
            </w:r>
          </w:p>
        </w:tc>
        <w:tc>
          <w:tcPr>
            <w:tcW w:w="2376" w:type="dxa"/>
            <w:tcMar>
              <w:top w:w="55" w:type="dxa"/>
              <w:left w:w="75" w:type="dxa"/>
              <w:bottom w:w="55" w:type="dxa"/>
              <w:right w:w="75" w:type="dxa"/>
            </w:tcMar>
            <w:vAlign w:val="center"/>
          </w:tcPr>
          <w:p w14:paraId="6EC06317" w14:textId="77777777" w:rsidR="00923354" w:rsidRPr="008628DB" w:rsidRDefault="00000000" w:rsidP="008628DB">
            <w:pPr>
              <w:snapToGrid w:val="0"/>
              <w:spacing w:after="0" w:line="300" w:lineRule="auto"/>
              <w:jc w:val="center"/>
              <w:rPr>
                <w:sz w:val="16"/>
                <w:szCs w:val="16"/>
              </w:rPr>
            </w:pPr>
            <w:r w:rsidRPr="008628DB">
              <w:rPr>
                <w:sz w:val="16"/>
                <w:szCs w:val="16"/>
              </w:rPr>
              <w:t>1.0</w:t>
            </w:r>
          </w:p>
        </w:tc>
      </w:tr>
      <w:tr w:rsidR="00923354" w:rsidRPr="00314BAB" w14:paraId="69119883" w14:textId="77777777">
        <w:trPr>
          <w:cantSplit/>
          <w:jc w:val="center"/>
        </w:trPr>
        <w:tc>
          <w:tcPr>
            <w:tcW w:w="2376" w:type="dxa"/>
            <w:tcMar>
              <w:top w:w="55" w:type="dxa"/>
              <w:left w:w="75" w:type="dxa"/>
              <w:bottom w:w="55" w:type="dxa"/>
              <w:right w:w="75" w:type="dxa"/>
            </w:tcMar>
            <w:vAlign w:val="center"/>
          </w:tcPr>
          <w:p w14:paraId="3832D27A" w14:textId="77777777" w:rsidR="00923354" w:rsidRPr="008628DB" w:rsidRDefault="00000000" w:rsidP="008628DB">
            <w:pPr>
              <w:snapToGrid w:val="0"/>
              <w:spacing w:after="0" w:line="300" w:lineRule="auto"/>
              <w:jc w:val="center"/>
              <w:rPr>
                <w:sz w:val="16"/>
                <w:szCs w:val="16"/>
              </w:rPr>
            </w:pPr>
            <w:r w:rsidRPr="008628DB">
              <w:rPr>
                <w:sz w:val="16"/>
                <w:szCs w:val="16"/>
              </w:rPr>
              <w:t>KRT13_Epithelial</w:t>
            </w:r>
          </w:p>
        </w:tc>
        <w:tc>
          <w:tcPr>
            <w:tcW w:w="2376" w:type="dxa"/>
            <w:tcMar>
              <w:top w:w="55" w:type="dxa"/>
              <w:left w:w="75" w:type="dxa"/>
              <w:bottom w:w="55" w:type="dxa"/>
              <w:right w:w="75" w:type="dxa"/>
            </w:tcMar>
            <w:vAlign w:val="center"/>
          </w:tcPr>
          <w:p w14:paraId="10C173BB" w14:textId="77777777" w:rsidR="00923354" w:rsidRPr="008628DB" w:rsidRDefault="00000000" w:rsidP="008628DB">
            <w:pPr>
              <w:snapToGrid w:val="0"/>
              <w:spacing w:after="0" w:line="300" w:lineRule="auto"/>
              <w:jc w:val="center"/>
              <w:rPr>
                <w:sz w:val="16"/>
                <w:szCs w:val="16"/>
              </w:rPr>
            </w:pPr>
            <w:r w:rsidRPr="008628DB">
              <w:rPr>
                <w:sz w:val="16"/>
                <w:szCs w:val="16"/>
              </w:rPr>
              <w:t>23</w:t>
            </w:r>
          </w:p>
        </w:tc>
        <w:tc>
          <w:tcPr>
            <w:tcW w:w="2376" w:type="dxa"/>
            <w:tcMar>
              <w:top w:w="55" w:type="dxa"/>
              <w:left w:w="75" w:type="dxa"/>
              <w:bottom w:w="55" w:type="dxa"/>
              <w:right w:w="75" w:type="dxa"/>
            </w:tcMar>
            <w:vAlign w:val="center"/>
          </w:tcPr>
          <w:p w14:paraId="68818581" w14:textId="77777777" w:rsidR="00923354" w:rsidRPr="008628DB" w:rsidRDefault="00000000" w:rsidP="008628DB">
            <w:pPr>
              <w:snapToGrid w:val="0"/>
              <w:spacing w:after="0" w:line="300" w:lineRule="auto"/>
              <w:jc w:val="center"/>
              <w:rPr>
                <w:sz w:val="16"/>
                <w:szCs w:val="16"/>
              </w:rPr>
            </w:pPr>
            <w:r w:rsidRPr="008628DB">
              <w:rPr>
                <w:sz w:val="16"/>
                <w:szCs w:val="16"/>
              </w:rPr>
              <w:t>-0.027034821741281446</w:t>
            </w:r>
          </w:p>
        </w:tc>
        <w:tc>
          <w:tcPr>
            <w:tcW w:w="2376" w:type="dxa"/>
            <w:tcMar>
              <w:top w:w="55" w:type="dxa"/>
              <w:left w:w="75" w:type="dxa"/>
              <w:bottom w:w="55" w:type="dxa"/>
              <w:right w:w="75" w:type="dxa"/>
            </w:tcMar>
            <w:vAlign w:val="center"/>
          </w:tcPr>
          <w:p w14:paraId="4BEB8506" w14:textId="77777777" w:rsidR="00923354" w:rsidRPr="008628DB" w:rsidRDefault="00000000" w:rsidP="008628DB">
            <w:pPr>
              <w:snapToGrid w:val="0"/>
              <w:spacing w:after="0" w:line="300" w:lineRule="auto"/>
              <w:jc w:val="center"/>
              <w:rPr>
                <w:sz w:val="16"/>
                <w:szCs w:val="16"/>
              </w:rPr>
            </w:pPr>
            <w:r w:rsidRPr="008628DB">
              <w:rPr>
                <w:sz w:val="16"/>
                <w:szCs w:val="16"/>
              </w:rPr>
              <w:t>-0.0050516654485107115</w:t>
            </w:r>
          </w:p>
        </w:tc>
        <w:tc>
          <w:tcPr>
            <w:tcW w:w="2376" w:type="dxa"/>
            <w:tcMar>
              <w:top w:w="55" w:type="dxa"/>
              <w:left w:w="75" w:type="dxa"/>
              <w:bottom w:w="55" w:type="dxa"/>
              <w:right w:w="75" w:type="dxa"/>
            </w:tcMar>
            <w:vAlign w:val="center"/>
          </w:tcPr>
          <w:p w14:paraId="255B04E2" w14:textId="77777777" w:rsidR="00923354" w:rsidRPr="008628DB" w:rsidRDefault="00000000" w:rsidP="008628DB">
            <w:pPr>
              <w:snapToGrid w:val="0"/>
              <w:spacing w:after="0" w:line="300" w:lineRule="auto"/>
              <w:jc w:val="center"/>
              <w:rPr>
                <w:sz w:val="16"/>
                <w:szCs w:val="16"/>
              </w:rPr>
            </w:pPr>
            <w:r w:rsidRPr="008628DB">
              <w:rPr>
                <w:sz w:val="16"/>
                <w:szCs w:val="16"/>
              </w:rPr>
              <w:t>134.0</w:t>
            </w:r>
          </w:p>
        </w:tc>
        <w:tc>
          <w:tcPr>
            <w:tcW w:w="2376" w:type="dxa"/>
            <w:tcMar>
              <w:top w:w="55" w:type="dxa"/>
              <w:left w:w="75" w:type="dxa"/>
              <w:bottom w:w="55" w:type="dxa"/>
              <w:right w:w="75" w:type="dxa"/>
            </w:tcMar>
            <w:vAlign w:val="center"/>
          </w:tcPr>
          <w:p w14:paraId="2FD71371" w14:textId="77777777" w:rsidR="00923354" w:rsidRPr="008628DB" w:rsidRDefault="00000000" w:rsidP="008628DB">
            <w:pPr>
              <w:snapToGrid w:val="0"/>
              <w:spacing w:after="0" w:line="300" w:lineRule="auto"/>
              <w:jc w:val="center"/>
              <w:rPr>
                <w:sz w:val="16"/>
                <w:szCs w:val="16"/>
              </w:rPr>
            </w:pPr>
            <w:r w:rsidRPr="008628DB">
              <w:rPr>
                <w:sz w:val="16"/>
                <w:szCs w:val="16"/>
              </w:rPr>
              <w:t>1.0</w:t>
            </w:r>
          </w:p>
        </w:tc>
      </w:tr>
      <w:tr w:rsidR="00923354" w:rsidRPr="00314BAB" w14:paraId="68903719" w14:textId="77777777" w:rsidTr="00314BAB">
        <w:trPr>
          <w:cantSplit/>
          <w:jc w:val="center"/>
        </w:trPr>
        <w:tc>
          <w:tcPr>
            <w:tcW w:w="2376" w:type="dxa"/>
            <w:tcMar>
              <w:top w:w="55" w:type="dxa"/>
              <w:left w:w="75" w:type="dxa"/>
              <w:bottom w:w="55" w:type="dxa"/>
              <w:right w:w="75" w:type="dxa"/>
            </w:tcMar>
            <w:vAlign w:val="center"/>
          </w:tcPr>
          <w:p w14:paraId="6314B7D9" w14:textId="77777777" w:rsidR="00923354" w:rsidRPr="008628DB" w:rsidRDefault="00000000" w:rsidP="008628DB">
            <w:pPr>
              <w:snapToGrid w:val="0"/>
              <w:spacing w:after="0" w:line="300" w:lineRule="auto"/>
              <w:jc w:val="center"/>
              <w:rPr>
                <w:sz w:val="16"/>
                <w:szCs w:val="16"/>
              </w:rPr>
            </w:pPr>
            <w:r w:rsidRPr="008628DB">
              <w:rPr>
                <w:sz w:val="16"/>
                <w:szCs w:val="16"/>
              </w:rPr>
              <w:t>CD8T</w:t>
            </w:r>
          </w:p>
        </w:tc>
        <w:tc>
          <w:tcPr>
            <w:tcW w:w="2376" w:type="dxa"/>
            <w:tcMar>
              <w:top w:w="55" w:type="dxa"/>
              <w:left w:w="75" w:type="dxa"/>
              <w:bottom w:w="55" w:type="dxa"/>
              <w:right w:w="75" w:type="dxa"/>
            </w:tcMar>
            <w:vAlign w:val="center"/>
          </w:tcPr>
          <w:p w14:paraId="2CDDED01" w14:textId="77777777" w:rsidR="00923354" w:rsidRPr="008628DB" w:rsidRDefault="00000000" w:rsidP="008628DB">
            <w:pPr>
              <w:snapToGrid w:val="0"/>
              <w:spacing w:after="0" w:line="300" w:lineRule="auto"/>
              <w:jc w:val="center"/>
              <w:rPr>
                <w:sz w:val="16"/>
                <w:szCs w:val="16"/>
              </w:rPr>
            </w:pPr>
            <w:r w:rsidRPr="008628DB">
              <w:rPr>
                <w:sz w:val="16"/>
                <w:szCs w:val="16"/>
              </w:rPr>
              <w:t>17</w:t>
            </w:r>
          </w:p>
        </w:tc>
        <w:tc>
          <w:tcPr>
            <w:tcW w:w="2376" w:type="dxa"/>
            <w:tcMar>
              <w:top w:w="55" w:type="dxa"/>
              <w:left w:w="75" w:type="dxa"/>
              <w:bottom w:w="55" w:type="dxa"/>
              <w:right w:w="75" w:type="dxa"/>
            </w:tcMar>
            <w:vAlign w:val="center"/>
          </w:tcPr>
          <w:p w14:paraId="58DA0BCA" w14:textId="77777777" w:rsidR="00923354" w:rsidRPr="008628DB" w:rsidRDefault="00000000" w:rsidP="008628DB">
            <w:pPr>
              <w:snapToGrid w:val="0"/>
              <w:spacing w:after="0" w:line="300" w:lineRule="auto"/>
              <w:jc w:val="center"/>
              <w:rPr>
                <w:sz w:val="16"/>
                <w:szCs w:val="16"/>
              </w:rPr>
            </w:pPr>
            <w:r w:rsidRPr="008628DB">
              <w:rPr>
                <w:sz w:val="16"/>
                <w:szCs w:val="16"/>
              </w:rPr>
              <w:t>-0.01750668256099797</w:t>
            </w:r>
          </w:p>
        </w:tc>
        <w:tc>
          <w:tcPr>
            <w:tcW w:w="2376" w:type="dxa"/>
            <w:tcMar>
              <w:top w:w="55" w:type="dxa"/>
              <w:left w:w="75" w:type="dxa"/>
              <w:bottom w:w="55" w:type="dxa"/>
              <w:right w:w="75" w:type="dxa"/>
            </w:tcMar>
            <w:vAlign w:val="center"/>
          </w:tcPr>
          <w:p w14:paraId="400328B6" w14:textId="77777777" w:rsidR="00923354" w:rsidRPr="008628DB" w:rsidRDefault="00000000" w:rsidP="008628DB">
            <w:pPr>
              <w:snapToGrid w:val="0"/>
              <w:spacing w:after="0" w:line="300" w:lineRule="auto"/>
              <w:jc w:val="center"/>
              <w:rPr>
                <w:sz w:val="16"/>
                <w:szCs w:val="16"/>
              </w:rPr>
            </w:pPr>
            <w:r w:rsidRPr="008628DB">
              <w:rPr>
                <w:sz w:val="16"/>
                <w:szCs w:val="16"/>
              </w:rPr>
              <w:t>0.009382446585127213</w:t>
            </w:r>
          </w:p>
        </w:tc>
        <w:tc>
          <w:tcPr>
            <w:tcW w:w="2376" w:type="dxa"/>
            <w:tcMar>
              <w:top w:w="55" w:type="dxa"/>
              <w:left w:w="75" w:type="dxa"/>
              <w:bottom w:w="55" w:type="dxa"/>
              <w:right w:w="75" w:type="dxa"/>
            </w:tcMar>
            <w:vAlign w:val="center"/>
          </w:tcPr>
          <w:p w14:paraId="543DB046" w14:textId="77777777" w:rsidR="00923354" w:rsidRPr="008628DB" w:rsidRDefault="00000000" w:rsidP="008628DB">
            <w:pPr>
              <w:snapToGrid w:val="0"/>
              <w:spacing w:after="0" w:line="300" w:lineRule="auto"/>
              <w:jc w:val="center"/>
              <w:rPr>
                <w:sz w:val="16"/>
                <w:szCs w:val="16"/>
              </w:rPr>
            </w:pPr>
            <w:r w:rsidRPr="008628DB">
              <w:rPr>
                <w:sz w:val="16"/>
                <w:szCs w:val="16"/>
              </w:rPr>
              <w:t>75.0</w:t>
            </w:r>
          </w:p>
        </w:tc>
        <w:tc>
          <w:tcPr>
            <w:tcW w:w="2376" w:type="dxa"/>
            <w:tcMar>
              <w:top w:w="55" w:type="dxa"/>
              <w:left w:w="75" w:type="dxa"/>
              <w:bottom w:w="55" w:type="dxa"/>
              <w:right w:w="75" w:type="dxa"/>
            </w:tcMar>
            <w:vAlign w:val="center"/>
          </w:tcPr>
          <w:p w14:paraId="5DA04552" w14:textId="77777777" w:rsidR="00923354" w:rsidRPr="008628DB" w:rsidRDefault="00000000" w:rsidP="008628DB">
            <w:pPr>
              <w:snapToGrid w:val="0"/>
              <w:spacing w:after="0" w:line="300" w:lineRule="auto"/>
              <w:jc w:val="center"/>
              <w:rPr>
                <w:sz w:val="16"/>
                <w:szCs w:val="16"/>
              </w:rPr>
            </w:pPr>
            <w:r w:rsidRPr="008628DB">
              <w:rPr>
                <w:sz w:val="16"/>
                <w:szCs w:val="16"/>
              </w:rPr>
              <w:t>1.0</w:t>
            </w:r>
          </w:p>
        </w:tc>
      </w:tr>
      <w:tr w:rsidR="00923354" w:rsidRPr="00314BAB" w14:paraId="34877814" w14:textId="77777777" w:rsidTr="00314BAB">
        <w:trPr>
          <w:cantSplit/>
          <w:jc w:val="center"/>
        </w:trPr>
        <w:tc>
          <w:tcPr>
            <w:tcW w:w="2376" w:type="dxa"/>
            <w:tcBorders>
              <w:bottom w:val="single" w:sz="4" w:space="0" w:color="auto"/>
            </w:tcBorders>
            <w:tcMar>
              <w:top w:w="55" w:type="dxa"/>
              <w:left w:w="75" w:type="dxa"/>
              <w:bottom w:w="55" w:type="dxa"/>
              <w:right w:w="75" w:type="dxa"/>
            </w:tcMar>
            <w:vAlign w:val="center"/>
          </w:tcPr>
          <w:p w14:paraId="7F9EB1E4" w14:textId="77777777" w:rsidR="00923354" w:rsidRPr="008628DB" w:rsidRDefault="00000000" w:rsidP="008628DB">
            <w:pPr>
              <w:snapToGrid w:val="0"/>
              <w:spacing w:after="0" w:line="300" w:lineRule="auto"/>
              <w:jc w:val="center"/>
              <w:rPr>
                <w:sz w:val="16"/>
                <w:szCs w:val="16"/>
              </w:rPr>
            </w:pPr>
            <w:r w:rsidRPr="008628DB">
              <w:rPr>
                <w:sz w:val="16"/>
                <w:szCs w:val="16"/>
              </w:rPr>
              <w:t>PDGFRB_Fibroblast</w:t>
            </w:r>
          </w:p>
        </w:tc>
        <w:tc>
          <w:tcPr>
            <w:tcW w:w="2376" w:type="dxa"/>
            <w:tcBorders>
              <w:bottom w:val="single" w:sz="4" w:space="0" w:color="auto"/>
            </w:tcBorders>
            <w:tcMar>
              <w:top w:w="55" w:type="dxa"/>
              <w:left w:w="75" w:type="dxa"/>
              <w:bottom w:w="55" w:type="dxa"/>
              <w:right w:w="75" w:type="dxa"/>
            </w:tcMar>
            <w:vAlign w:val="center"/>
          </w:tcPr>
          <w:p w14:paraId="061B62AE" w14:textId="77777777" w:rsidR="00923354" w:rsidRPr="008628DB" w:rsidRDefault="00000000" w:rsidP="008628DB">
            <w:pPr>
              <w:snapToGrid w:val="0"/>
              <w:spacing w:after="0" w:line="300" w:lineRule="auto"/>
              <w:jc w:val="center"/>
              <w:rPr>
                <w:sz w:val="16"/>
                <w:szCs w:val="16"/>
              </w:rPr>
            </w:pPr>
            <w:r w:rsidRPr="008628DB">
              <w:rPr>
                <w:sz w:val="16"/>
                <w:szCs w:val="16"/>
              </w:rPr>
              <w:t>14</w:t>
            </w:r>
          </w:p>
        </w:tc>
        <w:tc>
          <w:tcPr>
            <w:tcW w:w="2376" w:type="dxa"/>
            <w:tcBorders>
              <w:bottom w:val="single" w:sz="4" w:space="0" w:color="auto"/>
            </w:tcBorders>
            <w:tcMar>
              <w:top w:w="55" w:type="dxa"/>
              <w:left w:w="75" w:type="dxa"/>
              <w:bottom w:w="55" w:type="dxa"/>
              <w:right w:w="75" w:type="dxa"/>
            </w:tcMar>
            <w:vAlign w:val="center"/>
          </w:tcPr>
          <w:p w14:paraId="63A5616F" w14:textId="77777777" w:rsidR="00923354" w:rsidRPr="008628DB" w:rsidRDefault="00000000" w:rsidP="008628DB">
            <w:pPr>
              <w:snapToGrid w:val="0"/>
              <w:spacing w:after="0" w:line="300" w:lineRule="auto"/>
              <w:jc w:val="center"/>
              <w:rPr>
                <w:sz w:val="16"/>
                <w:szCs w:val="16"/>
              </w:rPr>
            </w:pPr>
            <w:r w:rsidRPr="008628DB">
              <w:rPr>
                <w:sz w:val="16"/>
                <w:szCs w:val="16"/>
              </w:rPr>
              <w:t>0.005474634901463263</w:t>
            </w:r>
          </w:p>
        </w:tc>
        <w:tc>
          <w:tcPr>
            <w:tcW w:w="2376" w:type="dxa"/>
            <w:tcBorders>
              <w:bottom w:val="single" w:sz="4" w:space="0" w:color="auto"/>
            </w:tcBorders>
            <w:tcMar>
              <w:top w:w="55" w:type="dxa"/>
              <w:left w:w="75" w:type="dxa"/>
              <w:bottom w:w="55" w:type="dxa"/>
              <w:right w:w="75" w:type="dxa"/>
            </w:tcMar>
            <w:vAlign w:val="center"/>
          </w:tcPr>
          <w:p w14:paraId="5A97D051" w14:textId="77777777" w:rsidR="00923354" w:rsidRPr="008628DB" w:rsidRDefault="00000000" w:rsidP="008628DB">
            <w:pPr>
              <w:snapToGrid w:val="0"/>
              <w:spacing w:after="0" w:line="300" w:lineRule="auto"/>
              <w:jc w:val="center"/>
              <w:rPr>
                <w:sz w:val="16"/>
                <w:szCs w:val="16"/>
              </w:rPr>
            </w:pPr>
            <w:r w:rsidRPr="008628DB">
              <w:rPr>
                <w:sz w:val="16"/>
                <w:szCs w:val="16"/>
              </w:rPr>
              <w:t>0.020100546496950686</w:t>
            </w:r>
          </w:p>
        </w:tc>
        <w:tc>
          <w:tcPr>
            <w:tcW w:w="2376" w:type="dxa"/>
            <w:tcBorders>
              <w:bottom w:val="single" w:sz="4" w:space="0" w:color="auto"/>
            </w:tcBorders>
            <w:tcMar>
              <w:top w:w="55" w:type="dxa"/>
              <w:left w:w="75" w:type="dxa"/>
              <w:bottom w:w="55" w:type="dxa"/>
              <w:right w:w="75" w:type="dxa"/>
            </w:tcMar>
            <w:vAlign w:val="center"/>
          </w:tcPr>
          <w:p w14:paraId="0D1F89F9" w14:textId="77777777" w:rsidR="00923354" w:rsidRPr="008628DB" w:rsidRDefault="00000000" w:rsidP="008628DB">
            <w:pPr>
              <w:snapToGrid w:val="0"/>
              <w:spacing w:after="0" w:line="300" w:lineRule="auto"/>
              <w:jc w:val="center"/>
              <w:rPr>
                <w:sz w:val="16"/>
                <w:szCs w:val="16"/>
              </w:rPr>
            </w:pPr>
            <w:r w:rsidRPr="008628DB">
              <w:rPr>
                <w:sz w:val="16"/>
                <w:szCs w:val="16"/>
              </w:rPr>
              <w:t>52.0</w:t>
            </w:r>
          </w:p>
        </w:tc>
        <w:tc>
          <w:tcPr>
            <w:tcW w:w="2376" w:type="dxa"/>
            <w:tcBorders>
              <w:bottom w:val="single" w:sz="4" w:space="0" w:color="auto"/>
            </w:tcBorders>
            <w:tcMar>
              <w:top w:w="55" w:type="dxa"/>
              <w:left w:w="75" w:type="dxa"/>
              <w:bottom w:w="55" w:type="dxa"/>
              <w:right w:w="75" w:type="dxa"/>
            </w:tcMar>
            <w:vAlign w:val="center"/>
          </w:tcPr>
          <w:p w14:paraId="0DFCC112" w14:textId="77777777" w:rsidR="00923354" w:rsidRPr="008628DB" w:rsidRDefault="00000000" w:rsidP="008628DB">
            <w:pPr>
              <w:snapToGrid w:val="0"/>
              <w:spacing w:after="0" w:line="300" w:lineRule="auto"/>
              <w:jc w:val="center"/>
              <w:rPr>
                <w:sz w:val="16"/>
                <w:szCs w:val="16"/>
              </w:rPr>
            </w:pPr>
            <w:r w:rsidRPr="008628DB">
              <w:rPr>
                <w:sz w:val="16"/>
                <w:szCs w:val="16"/>
              </w:rPr>
              <w:t>1.0</w:t>
            </w:r>
          </w:p>
        </w:tc>
      </w:tr>
    </w:tbl>
    <w:p w14:paraId="4C165502" w14:textId="77777777" w:rsidR="00923354" w:rsidRDefault="00000000">
      <w:r>
        <w:br w:type="page"/>
      </w:r>
    </w:p>
    <w:p w14:paraId="05F42D14" w14:textId="633DD1FE" w:rsidR="00923354" w:rsidRDefault="00000000" w:rsidP="008628DB">
      <w:pPr>
        <w:jc w:val="center"/>
      </w:pPr>
      <w:r w:rsidRPr="008628DB">
        <w:rPr>
          <w:rFonts w:ascii="Times New Roman" w:hAnsi="Times New Roman" w:cs="Times New Roman"/>
          <w:b/>
          <w:bCs/>
          <w:sz w:val="21"/>
          <w:szCs w:val="21"/>
        </w:rPr>
        <w:lastRenderedPageBreak/>
        <w:t>Table S8. Multilayer evidence for the shared core genes</w:t>
      </w:r>
    </w:p>
    <w:tbl>
      <w:tblPr>
        <w:tblW w:w="0" w:type="auto"/>
        <w:jc w:val="center"/>
        <w:tblLook w:val="04A0" w:firstRow="1" w:lastRow="0" w:firstColumn="1" w:lastColumn="0" w:noHBand="0" w:noVBand="1"/>
      </w:tblPr>
      <w:tblGrid>
        <w:gridCol w:w="942"/>
        <w:gridCol w:w="2367"/>
        <w:gridCol w:w="2230"/>
        <w:gridCol w:w="2374"/>
        <w:gridCol w:w="2788"/>
        <w:gridCol w:w="3555"/>
      </w:tblGrid>
      <w:tr w:rsidR="00923354" w14:paraId="54AC1094" w14:textId="77777777" w:rsidTr="008628DB">
        <w:trPr>
          <w:cantSplit/>
          <w:jc w:val="center"/>
        </w:trPr>
        <w:tc>
          <w:tcPr>
            <w:tcW w:w="709" w:type="dxa"/>
            <w:tcBorders>
              <w:top w:val="single" w:sz="4" w:space="0" w:color="auto"/>
              <w:bottom w:val="single" w:sz="4" w:space="0" w:color="auto"/>
            </w:tcBorders>
            <w:tcMar>
              <w:top w:w="55" w:type="dxa"/>
              <w:left w:w="75" w:type="dxa"/>
              <w:bottom w:w="55" w:type="dxa"/>
              <w:right w:w="75" w:type="dxa"/>
            </w:tcMar>
          </w:tcPr>
          <w:p w14:paraId="03720D18" w14:textId="77777777" w:rsidR="00923354" w:rsidRPr="008628DB" w:rsidRDefault="00000000" w:rsidP="008628DB">
            <w:pPr>
              <w:jc w:val="center"/>
              <w:rPr>
                <w:sz w:val="15"/>
                <w:szCs w:val="15"/>
              </w:rPr>
            </w:pPr>
            <w:r w:rsidRPr="008628DB">
              <w:rPr>
                <w:b/>
                <w:sz w:val="15"/>
                <w:szCs w:val="15"/>
              </w:rPr>
              <w:t>gene</w:t>
            </w:r>
          </w:p>
        </w:tc>
        <w:tc>
          <w:tcPr>
            <w:tcW w:w="2410" w:type="dxa"/>
            <w:tcBorders>
              <w:top w:val="single" w:sz="4" w:space="0" w:color="auto"/>
              <w:bottom w:val="single" w:sz="4" w:space="0" w:color="auto"/>
            </w:tcBorders>
            <w:tcMar>
              <w:top w:w="55" w:type="dxa"/>
              <w:left w:w="75" w:type="dxa"/>
              <w:bottom w:w="55" w:type="dxa"/>
              <w:right w:w="75" w:type="dxa"/>
            </w:tcMar>
          </w:tcPr>
          <w:p w14:paraId="496D075E" w14:textId="77777777" w:rsidR="00923354" w:rsidRPr="008628DB" w:rsidRDefault="00000000" w:rsidP="008628DB">
            <w:pPr>
              <w:jc w:val="center"/>
              <w:rPr>
                <w:sz w:val="15"/>
                <w:szCs w:val="15"/>
              </w:rPr>
            </w:pPr>
            <w:r w:rsidRPr="008628DB">
              <w:rPr>
                <w:b/>
                <w:sz w:val="15"/>
                <w:szCs w:val="15"/>
              </w:rPr>
              <w:t>TNF-alpha Signaling via NF-kB</w:t>
            </w:r>
          </w:p>
        </w:tc>
        <w:tc>
          <w:tcPr>
            <w:tcW w:w="2268" w:type="dxa"/>
            <w:tcBorders>
              <w:top w:val="single" w:sz="4" w:space="0" w:color="auto"/>
              <w:bottom w:val="single" w:sz="4" w:space="0" w:color="auto"/>
            </w:tcBorders>
            <w:tcMar>
              <w:top w:w="55" w:type="dxa"/>
              <w:left w:w="75" w:type="dxa"/>
              <w:bottom w:w="55" w:type="dxa"/>
              <w:right w:w="75" w:type="dxa"/>
            </w:tcMar>
          </w:tcPr>
          <w:p w14:paraId="76C07D15" w14:textId="77777777" w:rsidR="00923354" w:rsidRPr="008628DB" w:rsidRDefault="00000000" w:rsidP="008628DB">
            <w:pPr>
              <w:jc w:val="center"/>
              <w:rPr>
                <w:sz w:val="15"/>
                <w:szCs w:val="15"/>
              </w:rPr>
            </w:pPr>
            <w:r w:rsidRPr="008628DB">
              <w:rPr>
                <w:b/>
                <w:sz w:val="15"/>
                <w:szCs w:val="15"/>
              </w:rPr>
              <w:t>Interferon Gamma Response</w:t>
            </w:r>
          </w:p>
        </w:tc>
        <w:tc>
          <w:tcPr>
            <w:tcW w:w="2410" w:type="dxa"/>
            <w:tcBorders>
              <w:top w:val="single" w:sz="4" w:space="0" w:color="auto"/>
              <w:bottom w:val="single" w:sz="4" w:space="0" w:color="auto"/>
            </w:tcBorders>
            <w:tcMar>
              <w:top w:w="55" w:type="dxa"/>
              <w:left w:w="75" w:type="dxa"/>
              <w:bottom w:w="55" w:type="dxa"/>
              <w:right w:w="75" w:type="dxa"/>
            </w:tcMar>
          </w:tcPr>
          <w:p w14:paraId="518B89F6" w14:textId="77777777" w:rsidR="00923354" w:rsidRPr="008628DB" w:rsidRDefault="00000000" w:rsidP="008628DB">
            <w:pPr>
              <w:jc w:val="center"/>
              <w:rPr>
                <w:sz w:val="15"/>
                <w:szCs w:val="15"/>
              </w:rPr>
            </w:pPr>
            <w:r w:rsidRPr="008628DB">
              <w:rPr>
                <w:b/>
                <w:sz w:val="15"/>
                <w:szCs w:val="15"/>
              </w:rPr>
              <w:t>Inflammatory Response</w:t>
            </w:r>
          </w:p>
        </w:tc>
        <w:tc>
          <w:tcPr>
            <w:tcW w:w="2835" w:type="dxa"/>
            <w:tcBorders>
              <w:top w:val="single" w:sz="4" w:space="0" w:color="auto"/>
              <w:bottom w:val="single" w:sz="4" w:space="0" w:color="auto"/>
            </w:tcBorders>
            <w:tcMar>
              <w:top w:w="55" w:type="dxa"/>
              <w:left w:w="75" w:type="dxa"/>
              <w:bottom w:w="55" w:type="dxa"/>
              <w:right w:w="75" w:type="dxa"/>
            </w:tcMar>
          </w:tcPr>
          <w:p w14:paraId="71387B74" w14:textId="77777777" w:rsidR="00923354" w:rsidRPr="008628DB" w:rsidRDefault="00000000" w:rsidP="008628DB">
            <w:pPr>
              <w:jc w:val="center"/>
              <w:rPr>
                <w:sz w:val="15"/>
                <w:szCs w:val="15"/>
              </w:rPr>
            </w:pPr>
            <w:r w:rsidRPr="008628DB">
              <w:rPr>
                <w:b/>
                <w:sz w:val="15"/>
                <w:szCs w:val="15"/>
              </w:rPr>
              <w:t>Epithelial Mesenchymal Transition</w:t>
            </w:r>
          </w:p>
        </w:tc>
        <w:tc>
          <w:tcPr>
            <w:tcW w:w="3624" w:type="dxa"/>
            <w:tcBorders>
              <w:top w:val="single" w:sz="4" w:space="0" w:color="auto"/>
              <w:bottom w:val="single" w:sz="4" w:space="0" w:color="auto"/>
            </w:tcBorders>
            <w:tcMar>
              <w:top w:w="55" w:type="dxa"/>
              <w:left w:w="75" w:type="dxa"/>
              <w:bottom w:w="55" w:type="dxa"/>
              <w:right w:w="75" w:type="dxa"/>
            </w:tcMar>
          </w:tcPr>
          <w:p w14:paraId="1EE51039" w14:textId="77777777" w:rsidR="00923354" w:rsidRPr="008628DB" w:rsidRDefault="00000000" w:rsidP="008628DB">
            <w:pPr>
              <w:jc w:val="center"/>
              <w:rPr>
                <w:sz w:val="15"/>
                <w:szCs w:val="15"/>
              </w:rPr>
            </w:pPr>
            <w:r w:rsidRPr="008628DB">
              <w:rPr>
                <w:b/>
                <w:sz w:val="15"/>
                <w:szCs w:val="15"/>
              </w:rPr>
              <w:t>evidence_tier</w:t>
            </w:r>
          </w:p>
        </w:tc>
      </w:tr>
      <w:tr w:rsidR="00923354" w14:paraId="64E375CC" w14:textId="77777777" w:rsidTr="008628DB">
        <w:trPr>
          <w:cantSplit/>
          <w:jc w:val="center"/>
        </w:trPr>
        <w:tc>
          <w:tcPr>
            <w:tcW w:w="709" w:type="dxa"/>
            <w:tcBorders>
              <w:top w:val="single" w:sz="4" w:space="0" w:color="auto"/>
            </w:tcBorders>
            <w:tcMar>
              <w:top w:w="55" w:type="dxa"/>
              <w:left w:w="75" w:type="dxa"/>
              <w:bottom w:w="55" w:type="dxa"/>
              <w:right w:w="75" w:type="dxa"/>
            </w:tcMar>
            <w:vAlign w:val="center"/>
          </w:tcPr>
          <w:p w14:paraId="6804EE9B" w14:textId="77777777" w:rsidR="00923354" w:rsidRPr="008628DB" w:rsidRDefault="00000000" w:rsidP="008628DB">
            <w:pPr>
              <w:spacing w:after="0" w:line="240" w:lineRule="auto"/>
              <w:jc w:val="center"/>
              <w:rPr>
                <w:sz w:val="16"/>
                <w:szCs w:val="16"/>
              </w:rPr>
            </w:pPr>
            <w:r w:rsidRPr="008628DB">
              <w:rPr>
                <w:sz w:val="16"/>
                <w:szCs w:val="16"/>
              </w:rPr>
              <w:t>SERPINE1</w:t>
            </w:r>
          </w:p>
        </w:tc>
        <w:tc>
          <w:tcPr>
            <w:tcW w:w="2410" w:type="dxa"/>
            <w:tcBorders>
              <w:top w:val="single" w:sz="4" w:space="0" w:color="auto"/>
            </w:tcBorders>
            <w:tcMar>
              <w:top w:w="55" w:type="dxa"/>
              <w:left w:w="75" w:type="dxa"/>
              <w:bottom w:w="55" w:type="dxa"/>
              <w:right w:w="75" w:type="dxa"/>
            </w:tcMar>
            <w:vAlign w:val="center"/>
          </w:tcPr>
          <w:p w14:paraId="20429F48"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Borders>
              <w:top w:val="single" w:sz="4" w:space="0" w:color="auto"/>
            </w:tcBorders>
            <w:tcMar>
              <w:top w:w="55" w:type="dxa"/>
              <w:left w:w="75" w:type="dxa"/>
              <w:bottom w:w="55" w:type="dxa"/>
              <w:right w:w="75" w:type="dxa"/>
            </w:tcMar>
            <w:vAlign w:val="center"/>
          </w:tcPr>
          <w:p w14:paraId="36E54102"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Borders>
              <w:top w:val="single" w:sz="4" w:space="0" w:color="auto"/>
            </w:tcBorders>
            <w:tcMar>
              <w:top w:w="55" w:type="dxa"/>
              <w:left w:w="75" w:type="dxa"/>
              <w:bottom w:w="55" w:type="dxa"/>
              <w:right w:w="75" w:type="dxa"/>
            </w:tcMar>
            <w:vAlign w:val="center"/>
          </w:tcPr>
          <w:p w14:paraId="13FBB7E1"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Borders>
              <w:top w:val="single" w:sz="4" w:space="0" w:color="auto"/>
            </w:tcBorders>
            <w:tcMar>
              <w:top w:w="55" w:type="dxa"/>
              <w:left w:w="75" w:type="dxa"/>
              <w:bottom w:w="55" w:type="dxa"/>
              <w:right w:w="75" w:type="dxa"/>
            </w:tcMar>
            <w:vAlign w:val="center"/>
          </w:tcPr>
          <w:p w14:paraId="3AC9F786" w14:textId="77777777" w:rsidR="00923354" w:rsidRPr="008628DB" w:rsidRDefault="00000000" w:rsidP="008628DB">
            <w:pPr>
              <w:spacing w:after="0" w:line="240" w:lineRule="auto"/>
              <w:jc w:val="center"/>
              <w:rPr>
                <w:sz w:val="16"/>
                <w:szCs w:val="16"/>
              </w:rPr>
            </w:pPr>
            <w:r w:rsidRPr="008628DB">
              <w:rPr>
                <w:sz w:val="16"/>
                <w:szCs w:val="16"/>
              </w:rPr>
              <w:t>True</w:t>
            </w:r>
          </w:p>
        </w:tc>
        <w:tc>
          <w:tcPr>
            <w:tcW w:w="3624" w:type="dxa"/>
            <w:tcBorders>
              <w:top w:val="single" w:sz="4" w:space="0" w:color="auto"/>
            </w:tcBorders>
            <w:tcMar>
              <w:top w:w="55" w:type="dxa"/>
              <w:left w:w="75" w:type="dxa"/>
              <w:bottom w:w="55" w:type="dxa"/>
              <w:right w:w="75" w:type="dxa"/>
            </w:tcMar>
            <w:vAlign w:val="center"/>
          </w:tcPr>
          <w:p w14:paraId="71299FC6" w14:textId="77777777" w:rsidR="00923354" w:rsidRPr="008628DB" w:rsidRDefault="00000000" w:rsidP="008628DB">
            <w:pPr>
              <w:spacing w:after="0" w:line="240" w:lineRule="auto"/>
              <w:jc w:val="center"/>
              <w:rPr>
                <w:sz w:val="16"/>
                <w:szCs w:val="16"/>
              </w:rPr>
            </w:pPr>
            <w:r w:rsidRPr="008628DB">
              <w:rPr>
                <w:sz w:val="16"/>
                <w:szCs w:val="16"/>
              </w:rPr>
              <w:t>Context only</w:t>
            </w:r>
          </w:p>
        </w:tc>
      </w:tr>
      <w:tr w:rsidR="00923354" w14:paraId="6B59C738" w14:textId="77777777" w:rsidTr="008628DB">
        <w:trPr>
          <w:cantSplit/>
          <w:jc w:val="center"/>
        </w:trPr>
        <w:tc>
          <w:tcPr>
            <w:tcW w:w="709" w:type="dxa"/>
            <w:tcMar>
              <w:top w:w="55" w:type="dxa"/>
              <w:left w:w="75" w:type="dxa"/>
              <w:bottom w:w="55" w:type="dxa"/>
              <w:right w:w="75" w:type="dxa"/>
            </w:tcMar>
            <w:vAlign w:val="center"/>
          </w:tcPr>
          <w:p w14:paraId="052B1184" w14:textId="77777777" w:rsidR="00923354" w:rsidRPr="008628DB" w:rsidRDefault="00000000" w:rsidP="008628DB">
            <w:pPr>
              <w:spacing w:after="0" w:line="240" w:lineRule="auto"/>
              <w:jc w:val="center"/>
              <w:rPr>
                <w:sz w:val="16"/>
                <w:szCs w:val="16"/>
              </w:rPr>
            </w:pPr>
            <w:r w:rsidRPr="008628DB">
              <w:rPr>
                <w:sz w:val="16"/>
                <w:szCs w:val="16"/>
              </w:rPr>
              <w:t>IL15RA</w:t>
            </w:r>
          </w:p>
        </w:tc>
        <w:tc>
          <w:tcPr>
            <w:tcW w:w="2410" w:type="dxa"/>
            <w:tcMar>
              <w:top w:w="55" w:type="dxa"/>
              <w:left w:w="75" w:type="dxa"/>
              <w:bottom w:w="55" w:type="dxa"/>
              <w:right w:w="75" w:type="dxa"/>
            </w:tcMar>
            <w:vAlign w:val="center"/>
          </w:tcPr>
          <w:p w14:paraId="604BB8D6"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53FED94F"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72E3974B"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20301228"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6F355063"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159474F8" w14:textId="77777777" w:rsidTr="008628DB">
        <w:trPr>
          <w:cantSplit/>
          <w:jc w:val="center"/>
        </w:trPr>
        <w:tc>
          <w:tcPr>
            <w:tcW w:w="709" w:type="dxa"/>
            <w:tcMar>
              <w:top w:w="55" w:type="dxa"/>
              <w:left w:w="75" w:type="dxa"/>
              <w:bottom w:w="55" w:type="dxa"/>
              <w:right w:w="75" w:type="dxa"/>
            </w:tcMar>
            <w:vAlign w:val="center"/>
          </w:tcPr>
          <w:p w14:paraId="6E3CA6B4" w14:textId="77777777" w:rsidR="00923354" w:rsidRPr="008628DB" w:rsidRDefault="00000000" w:rsidP="008628DB">
            <w:pPr>
              <w:spacing w:after="0" w:line="240" w:lineRule="auto"/>
              <w:jc w:val="center"/>
              <w:rPr>
                <w:sz w:val="16"/>
                <w:szCs w:val="16"/>
              </w:rPr>
            </w:pPr>
            <w:r w:rsidRPr="008628DB">
              <w:rPr>
                <w:sz w:val="16"/>
                <w:szCs w:val="16"/>
              </w:rPr>
              <w:t>CXCL11</w:t>
            </w:r>
          </w:p>
        </w:tc>
        <w:tc>
          <w:tcPr>
            <w:tcW w:w="2410" w:type="dxa"/>
            <w:tcMar>
              <w:top w:w="55" w:type="dxa"/>
              <w:left w:w="75" w:type="dxa"/>
              <w:bottom w:w="55" w:type="dxa"/>
              <w:right w:w="75" w:type="dxa"/>
            </w:tcMar>
            <w:vAlign w:val="center"/>
          </w:tcPr>
          <w:p w14:paraId="27D42EDE"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1216CEA5"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10025B2C"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4570688C"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04679A3B"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2C99E13E" w14:textId="77777777" w:rsidTr="008628DB">
        <w:trPr>
          <w:cantSplit/>
          <w:jc w:val="center"/>
        </w:trPr>
        <w:tc>
          <w:tcPr>
            <w:tcW w:w="709" w:type="dxa"/>
            <w:tcMar>
              <w:top w:w="55" w:type="dxa"/>
              <w:left w:w="75" w:type="dxa"/>
              <w:bottom w:w="55" w:type="dxa"/>
              <w:right w:w="75" w:type="dxa"/>
            </w:tcMar>
            <w:vAlign w:val="center"/>
          </w:tcPr>
          <w:p w14:paraId="7B581606" w14:textId="77777777" w:rsidR="00923354" w:rsidRPr="008628DB" w:rsidRDefault="00000000" w:rsidP="008628DB">
            <w:pPr>
              <w:spacing w:after="0" w:line="240" w:lineRule="auto"/>
              <w:jc w:val="center"/>
              <w:rPr>
                <w:sz w:val="16"/>
                <w:szCs w:val="16"/>
              </w:rPr>
            </w:pPr>
            <w:r w:rsidRPr="008628DB">
              <w:rPr>
                <w:sz w:val="16"/>
                <w:szCs w:val="16"/>
              </w:rPr>
              <w:t>INHBA</w:t>
            </w:r>
          </w:p>
        </w:tc>
        <w:tc>
          <w:tcPr>
            <w:tcW w:w="2410" w:type="dxa"/>
            <w:tcMar>
              <w:top w:w="55" w:type="dxa"/>
              <w:left w:w="75" w:type="dxa"/>
              <w:bottom w:w="55" w:type="dxa"/>
              <w:right w:w="75" w:type="dxa"/>
            </w:tcMar>
            <w:vAlign w:val="center"/>
          </w:tcPr>
          <w:p w14:paraId="7D51CC67"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461B7EBC"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Mar>
              <w:top w:w="55" w:type="dxa"/>
              <w:left w:w="75" w:type="dxa"/>
              <w:bottom w:w="55" w:type="dxa"/>
              <w:right w:w="75" w:type="dxa"/>
            </w:tcMar>
            <w:vAlign w:val="center"/>
          </w:tcPr>
          <w:p w14:paraId="27D9BAC1"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66DE4A63" w14:textId="77777777" w:rsidR="00923354" w:rsidRPr="008628DB" w:rsidRDefault="00000000" w:rsidP="008628DB">
            <w:pPr>
              <w:spacing w:after="0" w:line="240" w:lineRule="auto"/>
              <w:jc w:val="center"/>
              <w:rPr>
                <w:sz w:val="16"/>
                <w:szCs w:val="16"/>
              </w:rPr>
            </w:pPr>
            <w:r w:rsidRPr="008628DB">
              <w:rPr>
                <w:sz w:val="16"/>
                <w:szCs w:val="16"/>
              </w:rPr>
              <w:t>True</w:t>
            </w:r>
          </w:p>
        </w:tc>
        <w:tc>
          <w:tcPr>
            <w:tcW w:w="3624" w:type="dxa"/>
            <w:tcMar>
              <w:top w:w="55" w:type="dxa"/>
              <w:left w:w="75" w:type="dxa"/>
              <w:bottom w:w="55" w:type="dxa"/>
              <w:right w:w="75" w:type="dxa"/>
            </w:tcMar>
            <w:vAlign w:val="center"/>
          </w:tcPr>
          <w:p w14:paraId="78D8B4B8"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24FF74A4" w14:textId="77777777" w:rsidTr="008628DB">
        <w:trPr>
          <w:cantSplit/>
          <w:jc w:val="center"/>
        </w:trPr>
        <w:tc>
          <w:tcPr>
            <w:tcW w:w="709" w:type="dxa"/>
            <w:tcMar>
              <w:top w:w="55" w:type="dxa"/>
              <w:left w:w="75" w:type="dxa"/>
              <w:bottom w:w="55" w:type="dxa"/>
              <w:right w:w="75" w:type="dxa"/>
            </w:tcMar>
            <w:vAlign w:val="center"/>
          </w:tcPr>
          <w:p w14:paraId="2662DEAB" w14:textId="77777777" w:rsidR="00923354" w:rsidRPr="008628DB" w:rsidRDefault="00000000" w:rsidP="008628DB">
            <w:pPr>
              <w:spacing w:after="0" w:line="240" w:lineRule="auto"/>
              <w:jc w:val="center"/>
              <w:rPr>
                <w:sz w:val="16"/>
                <w:szCs w:val="16"/>
              </w:rPr>
            </w:pPr>
            <w:r w:rsidRPr="008628DB">
              <w:rPr>
                <w:sz w:val="16"/>
                <w:szCs w:val="16"/>
              </w:rPr>
              <w:t>CXCL9</w:t>
            </w:r>
          </w:p>
        </w:tc>
        <w:tc>
          <w:tcPr>
            <w:tcW w:w="2410" w:type="dxa"/>
            <w:tcMar>
              <w:top w:w="55" w:type="dxa"/>
              <w:left w:w="75" w:type="dxa"/>
              <w:bottom w:w="55" w:type="dxa"/>
              <w:right w:w="75" w:type="dxa"/>
            </w:tcMar>
            <w:vAlign w:val="center"/>
          </w:tcPr>
          <w:p w14:paraId="3A05031D" w14:textId="77777777" w:rsidR="00923354" w:rsidRPr="008628DB" w:rsidRDefault="00000000" w:rsidP="008628DB">
            <w:pPr>
              <w:spacing w:after="0" w:line="240" w:lineRule="auto"/>
              <w:jc w:val="center"/>
              <w:rPr>
                <w:sz w:val="16"/>
                <w:szCs w:val="16"/>
              </w:rPr>
            </w:pPr>
            <w:r w:rsidRPr="008628DB">
              <w:rPr>
                <w:sz w:val="16"/>
                <w:szCs w:val="16"/>
              </w:rPr>
              <w:t>False</w:t>
            </w:r>
          </w:p>
        </w:tc>
        <w:tc>
          <w:tcPr>
            <w:tcW w:w="2268" w:type="dxa"/>
            <w:tcMar>
              <w:top w:w="55" w:type="dxa"/>
              <w:left w:w="75" w:type="dxa"/>
              <w:bottom w:w="55" w:type="dxa"/>
              <w:right w:w="75" w:type="dxa"/>
            </w:tcMar>
            <w:vAlign w:val="center"/>
          </w:tcPr>
          <w:p w14:paraId="6D5543D4"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7B18031D"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633C6D57"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203B7B8C"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51BB728B" w14:textId="77777777" w:rsidTr="008628DB">
        <w:trPr>
          <w:cantSplit/>
          <w:jc w:val="center"/>
        </w:trPr>
        <w:tc>
          <w:tcPr>
            <w:tcW w:w="709" w:type="dxa"/>
            <w:tcMar>
              <w:top w:w="55" w:type="dxa"/>
              <w:left w:w="75" w:type="dxa"/>
              <w:bottom w:w="55" w:type="dxa"/>
              <w:right w:w="75" w:type="dxa"/>
            </w:tcMar>
            <w:vAlign w:val="center"/>
          </w:tcPr>
          <w:p w14:paraId="772A75B1" w14:textId="77777777" w:rsidR="00923354" w:rsidRPr="008628DB" w:rsidRDefault="00000000" w:rsidP="008628DB">
            <w:pPr>
              <w:spacing w:after="0" w:line="240" w:lineRule="auto"/>
              <w:jc w:val="center"/>
              <w:rPr>
                <w:sz w:val="16"/>
                <w:szCs w:val="16"/>
              </w:rPr>
            </w:pPr>
            <w:r w:rsidRPr="008628DB">
              <w:rPr>
                <w:sz w:val="16"/>
                <w:szCs w:val="16"/>
              </w:rPr>
              <w:t>NFKBIA</w:t>
            </w:r>
          </w:p>
        </w:tc>
        <w:tc>
          <w:tcPr>
            <w:tcW w:w="2410" w:type="dxa"/>
            <w:tcMar>
              <w:top w:w="55" w:type="dxa"/>
              <w:left w:w="75" w:type="dxa"/>
              <w:bottom w:w="55" w:type="dxa"/>
              <w:right w:w="75" w:type="dxa"/>
            </w:tcMar>
            <w:vAlign w:val="center"/>
          </w:tcPr>
          <w:p w14:paraId="32F1F765"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07ACAD58"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0682BFAC"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60FFCD86"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507C75AE"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06B928C1" w14:textId="77777777" w:rsidTr="008628DB">
        <w:trPr>
          <w:cantSplit/>
          <w:jc w:val="center"/>
        </w:trPr>
        <w:tc>
          <w:tcPr>
            <w:tcW w:w="709" w:type="dxa"/>
            <w:tcMar>
              <w:top w:w="55" w:type="dxa"/>
              <w:left w:w="75" w:type="dxa"/>
              <w:bottom w:w="55" w:type="dxa"/>
              <w:right w:w="75" w:type="dxa"/>
            </w:tcMar>
            <w:vAlign w:val="center"/>
          </w:tcPr>
          <w:p w14:paraId="1F2632A3" w14:textId="77777777" w:rsidR="00923354" w:rsidRPr="008628DB" w:rsidRDefault="00000000" w:rsidP="008628DB">
            <w:pPr>
              <w:spacing w:after="0" w:line="240" w:lineRule="auto"/>
              <w:jc w:val="center"/>
              <w:rPr>
                <w:sz w:val="16"/>
                <w:szCs w:val="16"/>
              </w:rPr>
            </w:pPr>
            <w:r w:rsidRPr="008628DB">
              <w:rPr>
                <w:sz w:val="16"/>
                <w:szCs w:val="16"/>
              </w:rPr>
              <w:t>SOCS3</w:t>
            </w:r>
          </w:p>
        </w:tc>
        <w:tc>
          <w:tcPr>
            <w:tcW w:w="2410" w:type="dxa"/>
            <w:tcMar>
              <w:top w:w="55" w:type="dxa"/>
              <w:left w:w="75" w:type="dxa"/>
              <w:bottom w:w="55" w:type="dxa"/>
              <w:right w:w="75" w:type="dxa"/>
            </w:tcMar>
            <w:vAlign w:val="center"/>
          </w:tcPr>
          <w:p w14:paraId="17715F86"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736A5604"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5172DC73" w14:textId="77777777" w:rsidR="00923354" w:rsidRPr="008628DB" w:rsidRDefault="00000000" w:rsidP="008628DB">
            <w:pPr>
              <w:spacing w:after="0" w:line="240" w:lineRule="auto"/>
              <w:jc w:val="center"/>
              <w:rPr>
                <w:sz w:val="16"/>
                <w:szCs w:val="16"/>
              </w:rPr>
            </w:pPr>
            <w:r w:rsidRPr="008628DB">
              <w:rPr>
                <w:sz w:val="16"/>
                <w:szCs w:val="16"/>
              </w:rPr>
              <w:t>False</w:t>
            </w:r>
          </w:p>
        </w:tc>
        <w:tc>
          <w:tcPr>
            <w:tcW w:w="2835" w:type="dxa"/>
            <w:tcMar>
              <w:top w:w="55" w:type="dxa"/>
              <w:left w:w="75" w:type="dxa"/>
              <w:bottom w:w="55" w:type="dxa"/>
              <w:right w:w="75" w:type="dxa"/>
            </w:tcMar>
            <w:vAlign w:val="center"/>
          </w:tcPr>
          <w:p w14:paraId="3E801180"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522C40A7"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5BE4439C" w14:textId="77777777" w:rsidTr="008628DB">
        <w:trPr>
          <w:cantSplit/>
          <w:jc w:val="center"/>
        </w:trPr>
        <w:tc>
          <w:tcPr>
            <w:tcW w:w="709" w:type="dxa"/>
            <w:tcMar>
              <w:top w:w="55" w:type="dxa"/>
              <w:left w:w="75" w:type="dxa"/>
              <w:bottom w:w="55" w:type="dxa"/>
              <w:right w:w="75" w:type="dxa"/>
            </w:tcMar>
            <w:vAlign w:val="center"/>
          </w:tcPr>
          <w:p w14:paraId="085D1EAD" w14:textId="77777777" w:rsidR="00923354" w:rsidRPr="008628DB" w:rsidRDefault="00000000" w:rsidP="008628DB">
            <w:pPr>
              <w:spacing w:after="0" w:line="240" w:lineRule="auto"/>
              <w:jc w:val="center"/>
              <w:rPr>
                <w:sz w:val="16"/>
                <w:szCs w:val="16"/>
              </w:rPr>
            </w:pPr>
            <w:r w:rsidRPr="008628DB">
              <w:rPr>
                <w:sz w:val="16"/>
                <w:szCs w:val="16"/>
              </w:rPr>
              <w:t>ICAM1</w:t>
            </w:r>
          </w:p>
        </w:tc>
        <w:tc>
          <w:tcPr>
            <w:tcW w:w="2410" w:type="dxa"/>
            <w:tcMar>
              <w:top w:w="55" w:type="dxa"/>
              <w:left w:w="75" w:type="dxa"/>
              <w:bottom w:w="55" w:type="dxa"/>
              <w:right w:w="75" w:type="dxa"/>
            </w:tcMar>
            <w:vAlign w:val="center"/>
          </w:tcPr>
          <w:p w14:paraId="776E8CEA"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6720E471"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73E8B16B"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40EB4511"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1CC565EF"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4C5033E8" w14:textId="77777777" w:rsidTr="008628DB">
        <w:trPr>
          <w:cantSplit/>
          <w:jc w:val="center"/>
        </w:trPr>
        <w:tc>
          <w:tcPr>
            <w:tcW w:w="709" w:type="dxa"/>
            <w:tcMar>
              <w:top w:w="55" w:type="dxa"/>
              <w:left w:w="75" w:type="dxa"/>
              <w:bottom w:w="55" w:type="dxa"/>
              <w:right w:w="75" w:type="dxa"/>
            </w:tcMar>
            <w:vAlign w:val="center"/>
          </w:tcPr>
          <w:p w14:paraId="5F02A3F1" w14:textId="77777777" w:rsidR="00923354" w:rsidRPr="008628DB" w:rsidRDefault="00000000" w:rsidP="008628DB">
            <w:pPr>
              <w:spacing w:after="0" w:line="240" w:lineRule="auto"/>
              <w:jc w:val="center"/>
              <w:rPr>
                <w:sz w:val="16"/>
                <w:szCs w:val="16"/>
              </w:rPr>
            </w:pPr>
            <w:r w:rsidRPr="008628DB">
              <w:rPr>
                <w:sz w:val="16"/>
                <w:szCs w:val="16"/>
              </w:rPr>
              <w:t>TNFAIP3</w:t>
            </w:r>
          </w:p>
        </w:tc>
        <w:tc>
          <w:tcPr>
            <w:tcW w:w="2410" w:type="dxa"/>
            <w:tcMar>
              <w:top w:w="55" w:type="dxa"/>
              <w:left w:w="75" w:type="dxa"/>
              <w:bottom w:w="55" w:type="dxa"/>
              <w:right w:w="75" w:type="dxa"/>
            </w:tcMar>
            <w:vAlign w:val="center"/>
          </w:tcPr>
          <w:p w14:paraId="03584074"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6BAD44D5"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71367D09" w14:textId="77777777" w:rsidR="00923354" w:rsidRPr="008628DB" w:rsidRDefault="00000000" w:rsidP="008628DB">
            <w:pPr>
              <w:spacing w:after="0" w:line="240" w:lineRule="auto"/>
              <w:jc w:val="center"/>
              <w:rPr>
                <w:sz w:val="16"/>
                <w:szCs w:val="16"/>
              </w:rPr>
            </w:pPr>
            <w:r w:rsidRPr="008628DB">
              <w:rPr>
                <w:sz w:val="16"/>
                <w:szCs w:val="16"/>
              </w:rPr>
              <w:t>False</w:t>
            </w:r>
          </w:p>
        </w:tc>
        <w:tc>
          <w:tcPr>
            <w:tcW w:w="2835" w:type="dxa"/>
            <w:tcMar>
              <w:top w:w="55" w:type="dxa"/>
              <w:left w:w="75" w:type="dxa"/>
              <w:bottom w:w="55" w:type="dxa"/>
              <w:right w:w="75" w:type="dxa"/>
            </w:tcMar>
            <w:vAlign w:val="center"/>
          </w:tcPr>
          <w:p w14:paraId="5267C46B" w14:textId="77777777" w:rsidR="00923354" w:rsidRPr="008628DB" w:rsidRDefault="00000000" w:rsidP="008628DB">
            <w:pPr>
              <w:spacing w:after="0" w:line="240" w:lineRule="auto"/>
              <w:jc w:val="center"/>
              <w:rPr>
                <w:sz w:val="16"/>
                <w:szCs w:val="16"/>
              </w:rPr>
            </w:pPr>
            <w:r w:rsidRPr="008628DB">
              <w:rPr>
                <w:sz w:val="16"/>
                <w:szCs w:val="16"/>
              </w:rPr>
              <w:t>True</w:t>
            </w:r>
          </w:p>
        </w:tc>
        <w:tc>
          <w:tcPr>
            <w:tcW w:w="3624" w:type="dxa"/>
            <w:tcMar>
              <w:top w:w="55" w:type="dxa"/>
              <w:left w:w="75" w:type="dxa"/>
              <w:bottom w:w="55" w:type="dxa"/>
              <w:right w:w="75" w:type="dxa"/>
            </w:tcMar>
            <w:vAlign w:val="center"/>
          </w:tcPr>
          <w:p w14:paraId="71E72A57"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69E2CBEA" w14:textId="77777777" w:rsidTr="008628DB">
        <w:trPr>
          <w:cantSplit/>
          <w:jc w:val="center"/>
        </w:trPr>
        <w:tc>
          <w:tcPr>
            <w:tcW w:w="709" w:type="dxa"/>
            <w:tcMar>
              <w:top w:w="55" w:type="dxa"/>
              <w:left w:w="75" w:type="dxa"/>
              <w:bottom w:w="55" w:type="dxa"/>
              <w:right w:w="75" w:type="dxa"/>
            </w:tcMar>
            <w:vAlign w:val="center"/>
          </w:tcPr>
          <w:p w14:paraId="3BE41F20" w14:textId="77777777" w:rsidR="00923354" w:rsidRPr="008628DB" w:rsidRDefault="00000000" w:rsidP="008628DB">
            <w:pPr>
              <w:spacing w:after="0" w:line="240" w:lineRule="auto"/>
              <w:jc w:val="center"/>
              <w:rPr>
                <w:sz w:val="16"/>
                <w:szCs w:val="16"/>
              </w:rPr>
            </w:pPr>
            <w:r w:rsidRPr="008628DB">
              <w:rPr>
                <w:sz w:val="16"/>
                <w:szCs w:val="16"/>
              </w:rPr>
              <w:t>PLAUR</w:t>
            </w:r>
          </w:p>
        </w:tc>
        <w:tc>
          <w:tcPr>
            <w:tcW w:w="2410" w:type="dxa"/>
            <w:tcMar>
              <w:top w:w="55" w:type="dxa"/>
              <w:left w:w="75" w:type="dxa"/>
              <w:bottom w:w="55" w:type="dxa"/>
              <w:right w:w="75" w:type="dxa"/>
            </w:tcMar>
            <w:vAlign w:val="center"/>
          </w:tcPr>
          <w:p w14:paraId="398AF248"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227D7DF6"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Mar>
              <w:top w:w="55" w:type="dxa"/>
              <w:left w:w="75" w:type="dxa"/>
              <w:bottom w:w="55" w:type="dxa"/>
              <w:right w:w="75" w:type="dxa"/>
            </w:tcMar>
            <w:vAlign w:val="center"/>
          </w:tcPr>
          <w:p w14:paraId="43561CFC"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59A2C87C" w14:textId="77777777" w:rsidR="00923354" w:rsidRPr="008628DB" w:rsidRDefault="00000000" w:rsidP="008628DB">
            <w:pPr>
              <w:spacing w:after="0" w:line="240" w:lineRule="auto"/>
              <w:jc w:val="center"/>
              <w:rPr>
                <w:sz w:val="16"/>
                <w:szCs w:val="16"/>
              </w:rPr>
            </w:pPr>
            <w:r w:rsidRPr="008628DB">
              <w:rPr>
                <w:sz w:val="16"/>
                <w:szCs w:val="16"/>
              </w:rPr>
              <w:t>True</w:t>
            </w:r>
          </w:p>
        </w:tc>
        <w:tc>
          <w:tcPr>
            <w:tcW w:w="3624" w:type="dxa"/>
            <w:tcMar>
              <w:top w:w="55" w:type="dxa"/>
              <w:left w:w="75" w:type="dxa"/>
              <w:bottom w:w="55" w:type="dxa"/>
              <w:right w:w="75" w:type="dxa"/>
            </w:tcMar>
            <w:vAlign w:val="center"/>
          </w:tcPr>
          <w:p w14:paraId="54F22E30"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2860DC63" w14:textId="77777777" w:rsidTr="008628DB">
        <w:trPr>
          <w:cantSplit/>
          <w:jc w:val="center"/>
        </w:trPr>
        <w:tc>
          <w:tcPr>
            <w:tcW w:w="709" w:type="dxa"/>
            <w:tcMar>
              <w:top w:w="55" w:type="dxa"/>
              <w:left w:w="75" w:type="dxa"/>
              <w:bottom w:w="55" w:type="dxa"/>
              <w:right w:w="75" w:type="dxa"/>
            </w:tcMar>
            <w:vAlign w:val="center"/>
          </w:tcPr>
          <w:p w14:paraId="3CB5C01A" w14:textId="77777777" w:rsidR="00923354" w:rsidRPr="008628DB" w:rsidRDefault="00000000" w:rsidP="008628DB">
            <w:pPr>
              <w:spacing w:after="0" w:line="240" w:lineRule="auto"/>
              <w:jc w:val="center"/>
              <w:rPr>
                <w:sz w:val="16"/>
                <w:szCs w:val="16"/>
              </w:rPr>
            </w:pPr>
            <w:r w:rsidRPr="008628DB">
              <w:rPr>
                <w:sz w:val="16"/>
                <w:szCs w:val="16"/>
              </w:rPr>
              <w:t>CXCL6</w:t>
            </w:r>
          </w:p>
        </w:tc>
        <w:tc>
          <w:tcPr>
            <w:tcW w:w="2410" w:type="dxa"/>
            <w:tcMar>
              <w:top w:w="55" w:type="dxa"/>
              <w:left w:w="75" w:type="dxa"/>
              <w:bottom w:w="55" w:type="dxa"/>
              <w:right w:w="75" w:type="dxa"/>
            </w:tcMar>
            <w:vAlign w:val="center"/>
          </w:tcPr>
          <w:p w14:paraId="23977519"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0473F6C9"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Mar>
              <w:top w:w="55" w:type="dxa"/>
              <w:left w:w="75" w:type="dxa"/>
              <w:bottom w:w="55" w:type="dxa"/>
              <w:right w:w="75" w:type="dxa"/>
            </w:tcMar>
            <w:vAlign w:val="center"/>
          </w:tcPr>
          <w:p w14:paraId="6FCF210F"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78342472" w14:textId="77777777" w:rsidR="00923354" w:rsidRPr="008628DB" w:rsidRDefault="00000000" w:rsidP="008628DB">
            <w:pPr>
              <w:spacing w:after="0" w:line="240" w:lineRule="auto"/>
              <w:jc w:val="center"/>
              <w:rPr>
                <w:sz w:val="16"/>
                <w:szCs w:val="16"/>
              </w:rPr>
            </w:pPr>
            <w:r w:rsidRPr="008628DB">
              <w:rPr>
                <w:sz w:val="16"/>
                <w:szCs w:val="16"/>
              </w:rPr>
              <w:t>True</w:t>
            </w:r>
          </w:p>
        </w:tc>
        <w:tc>
          <w:tcPr>
            <w:tcW w:w="3624" w:type="dxa"/>
            <w:tcMar>
              <w:top w:w="55" w:type="dxa"/>
              <w:left w:w="75" w:type="dxa"/>
              <w:bottom w:w="55" w:type="dxa"/>
              <w:right w:w="75" w:type="dxa"/>
            </w:tcMar>
            <w:vAlign w:val="center"/>
          </w:tcPr>
          <w:p w14:paraId="03672E1E"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37CCC9A9" w14:textId="77777777" w:rsidTr="008628DB">
        <w:trPr>
          <w:cantSplit/>
          <w:jc w:val="center"/>
        </w:trPr>
        <w:tc>
          <w:tcPr>
            <w:tcW w:w="709" w:type="dxa"/>
            <w:tcMar>
              <w:top w:w="55" w:type="dxa"/>
              <w:left w:w="75" w:type="dxa"/>
              <w:bottom w:w="55" w:type="dxa"/>
              <w:right w:w="75" w:type="dxa"/>
            </w:tcMar>
            <w:vAlign w:val="center"/>
          </w:tcPr>
          <w:p w14:paraId="26F3913E" w14:textId="77777777" w:rsidR="00923354" w:rsidRPr="008628DB" w:rsidRDefault="00000000" w:rsidP="008628DB">
            <w:pPr>
              <w:spacing w:after="0" w:line="240" w:lineRule="auto"/>
              <w:jc w:val="center"/>
              <w:rPr>
                <w:sz w:val="16"/>
                <w:szCs w:val="16"/>
              </w:rPr>
            </w:pPr>
            <w:r w:rsidRPr="008628DB">
              <w:rPr>
                <w:sz w:val="16"/>
                <w:szCs w:val="16"/>
              </w:rPr>
              <w:t>TLR2</w:t>
            </w:r>
          </w:p>
        </w:tc>
        <w:tc>
          <w:tcPr>
            <w:tcW w:w="2410" w:type="dxa"/>
            <w:tcMar>
              <w:top w:w="55" w:type="dxa"/>
              <w:left w:w="75" w:type="dxa"/>
              <w:bottom w:w="55" w:type="dxa"/>
              <w:right w:w="75" w:type="dxa"/>
            </w:tcMar>
            <w:vAlign w:val="center"/>
          </w:tcPr>
          <w:p w14:paraId="6917B1BE"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4D0AA508"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Mar>
              <w:top w:w="55" w:type="dxa"/>
              <w:left w:w="75" w:type="dxa"/>
              <w:bottom w:w="55" w:type="dxa"/>
              <w:right w:w="75" w:type="dxa"/>
            </w:tcMar>
            <w:vAlign w:val="center"/>
          </w:tcPr>
          <w:p w14:paraId="2C6A0A09"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7B0FC4D9"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26FFA0E9" w14:textId="77777777" w:rsidR="00923354" w:rsidRPr="008628DB" w:rsidRDefault="00000000" w:rsidP="008628DB">
            <w:pPr>
              <w:spacing w:after="0" w:line="240" w:lineRule="auto"/>
              <w:jc w:val="center"/>
              <w:rPr>
                <w:sz w:val="16"/>
                <w:szCs w:val="16"/>
              </w:rPr>
            </w:pPr>
            <w:r w:rsidRPr="008628DB">
              <w:rPr>
                <w:sz w:val="16"/>
                <w:szCs w:val="16"/>
              </w:rPr>
              <w:t>Tier 1: clinical concordance + cellular localization</w:t>
            </w:r>
          </w:p>
        </w:tc>
      </w:tr>
      <w:tr w:rsidR="00923354" w14:paraId="4A555D1B" w14:textId="77777777" w:rsidTr="008628DB">
        <w:trPr>
          <w:cantSplit/>
          <w:jc w:val="center"/>
        </w:trPr>
        <w:tc>
          <w:tcPr>
            <w:tcW w:w="709" w:type="dxa"/>
            <w:tcMar>
              <w:top w:w="55" w:type="dxa"/>
              <w:left w:w="75" w:type="dxa"/>
              <w:bottom w:w="55" w:type="dxa"/>
              <w:right w:w="75" w:type="dxa"/>
            </w:tcMar>
            <w:vAlign w:val="center"/>
          </w:tcPr>
          <w:p w14:paraId="46612904" w14:textId="77777777" w:rsidR="00923354" w:rsidRPr="008628DB" w:rsidRDefault="00000000" w:rsidP="008628DB">
            <w:pPr>
              <w:spacing w:after="0" w:line="240" w:lineRule="auto"/>
              <w:jc w:val="center"/>
              <w:rPr>
                <w:sz w:val="16"/>
                <w:szCs w:val="16"/>
              </w:rPr>
            </w:pPr>
            <w:r w:rsidRPr="008628DB">
              <w:rPr>
                <w:sz w:val="16"/>
                <w:szCs w:val="16"/>
              </w:rPr>
              <w:t>CXCL10</w:t>
            </w:r>
          </w:p>
        </w:tc>
        <w:tc>
          <w:tcPr>
            <w:tcW w:w="2410" w:type="dxa"/>
            <w:tcMar>
              <w:top w:w="55" w:type="dxa"/>
              <w:left w:w="75" w:type="dxa"/>
              <w:bottom w:w="55" w:type="dxa"/>
              <w:right w:w="75" w:type="dxa"/>
            </w:tcMar>
            <w:vAlign w:val="center"/>
          </w:tcPr>
          <w:p w14:paraId="186F6961"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052A6970"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471B8DD5"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071CFB4D"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7DE1610E" w14:textId="77777777" w:rsidR="00923354" w:rsidRPr="008628DB" w:rsidRDefault="00000000" w:rsidP="008628DB">
            <w:pPr>
              <w:spacing w:after="0" w:line="240" w:lineRule="auto"/>
              <w:jc w:val="center"/>
              <w:rPr>
                <w:sz w:val="16"/>
                <w:szCs w:val="16"/>
              </w:rPr>
            </w:pPr>
            <w:r w:rsidRPr="008628DB">
              <w:rPr>
                <w:sz w:val="16"/>
                <w:szCs w:val="16"/>
              </w:rPr>
              <w:t>Tier 2: clinical concordance only</w:t>
            </w:r>
          </w:p>
        </w:tc>
      </w:tr>
      <w:tr w:rsidR="00923354" w14:paraId="76238F7A" w14:textId="77777777" w:rsidTr="008628DB">
        <w:trPr>
          <w:cantSplit/>
          <w:jc w:val="center"/>
        </w:trPr>
        <w:tc>
          <w:tcPr>
            <w:tcW w:w="709" w:type="dxa"/>
            <w:tcMar>
              <w:top w:w="55" w:type="dxa"/>
              <w:left w:w="75" w:type="dxa"/>
              <w:bottom w:w="55" w:type="dxa"/>
              <w:right w:w="75" w:type="dxa"/>
            </w:tcMar>
            <w:vAlign w:val="center"/>
          </w:tcPr>
          <w:p w14:paraId="47E1BAC9" w14:textId="77777777" w:rsidR="00923354" w:rsidRPr="008628DB" w:rsidRDefault="00000000" w:rsidP="008628DB">
            <w:pPr>
              <w:spacing w:after="0" w:line="240" w:lineRule="auto"/>
              <w:jc w:val="center"/>
              <w:rPr>
                <w:sz w:val="16"/>
                <w:szCs w:val="16"/>
              </w:rPr>
            </w:pPr>
            <w:r w:rsidRPr="008628DB">
              <w:rPr>
                <w:sz w:val="16"/>
                <w:szCs w:val="16"/>
              </w:rPr>
              <w:t>IRF1</w:t>
            </w:r>
          </w:p>
        </w:tc>
        <w:tc>
          <w:tcPr>
            <w:tcW w:w="2410" w:type="dxa"/>
            <w:tcMar>
              <w:top w:w="55" w:type="dxa"/>
              <w:left w:w="75" w:type="dxa"/>
              <w:bottom w:w="55" w:type="dxa"/>
              <w:right w:w="75" w:type="dxa"/>
            </w:tcMar>
            <w:vAlign w:val="center"/>
          </w:tcPr>
          <w:p w14:paraId="39C79307"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38603D7F"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5F2415B0"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0660F801"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5116E387" w14:textId="77777777" w:rsidR="00923354" w:rsidRPr="008628DB" w:rsidRDefault="00000000" w:rsidP="008628DB">
            <w:pPr>
              <w:spacing w:after="0" w:line="240" w:lineRule="auto"/>
              <w:jc w:val="center"/>
              <w:rPr>
                <w:sz w:val="16"/>
                <w:szCs w:val="16"/>
              </w:rPr>
            </w:pPr>
            <w:r w:rsidRPr="008628DB">
              <w:rPr>
                <w:sz w:val="16"/>
                <w:szCs w:val="16"/>
              </w:rPr>
              <w:t>Tier 2: clinical concordance only</w:t>
            </w:r>
          </w:p>
        </w:tc>
      </w:tr>
      <w:tr w:rsidR="00923354" w14:paraId="273C3B25" w14:textId="77777777" w:rsidTr="008628DB">
        <w:trPr>
          <w:cantSplit/>
          <w:jc w:val="center"/>
        </w:trPr>
        <w:tc>
          <w:tcPr>
            <w:tcW w:w="709" w:type="dxa"/>
            <w:tcMar>
              <w:top w:w="55" w:type="dxa"/>
              <w:left w:w="75" w:type="dxa"/>
              <w:bottom w:w="55" w:type="dxa"/>
              <w:right w:w="75" w:type="dxa"/>
            </w:tcMar>
            <w:vAlign w:val="center"/>
          </w:tcPr>
          <w:p w14:paraId="4D442891" w14:textId="77777777" w:rsidR="00923354" w:rsidRPr="008628DB" w:rsidRDefault="00000000" w:rsidP="008628DB">
            <w:pPr>
              <w:spacing w:after="0" w:line="240" w:lineRule="auto"/>
              <w:jc w:val="center"/>
              <w:rPr>
                <w:sz w:val="16"/>
                <w:szCs w:val="16"/>
              </w:rPr>
            </w:pPr>
            <w:r w:rsidRPr="008628DB">
              <w:rPr>
                <w:sz w:val="16"/>
                <w:szCs w:val="16"/>
              </w:rPr>
              <w:t>JUN</w:t>
            </w:r>
          </w:p>
        </w:tc>
        <w:tc>
          <w:tcPr>
            <w:tcW w:w="2410" w:type="dxa"/>
            <w:tcMar>
              <w:top w:w="55" w:type="dxa"/>
              <w:left w:w="75" w:type="dxa"/>
              <w:bottom w:w="55" w:type="dxa"/>
              <w:right w:w="75" w:type="dxa"/>
            </w:tcMar>
            <w:vAlign w:val="center"/>
          </w:tcPr>
          <w:p w14:paraId="4AD51612"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6BBC90BF"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Mar>
              <w:top w:w="55" w:type="dxa"/>
              <w:left w:w="75" w:type="dxa"/>
              <w:bottom w:w="55" w:type="dxa"/>
              <w:right w:w="75" w:type="dxa"/>
            </w:tcMar>
            <w:vAlign w:val="center"/>
          </w:tcPr>
          <w:p w14:paraId="3C09D1EB" w14:textId="77777777" w:rsidR="00923354" w:rsidRPr="008628DB" w:rsidRDefault="00000000" w:rsidP="008628DB">
            <w:pPr>
              <w:spacing w:after="0" w:line="240" w:lineRule="auto"/>
              <w:jc w:val="center"/>
              <w:rPr>
                <w:sz w:val="16"/>
                <w:szCs w:val="16"/>
              </w:rPr>
            </w:pPr>
            <w:r w:rsidRPr="008628DB">
              <w:rPr>
                <w:sz w:val="16"/>
                <w:szCs w:val="16"/>
              </w:rPr>
              <w:t>False</w:t>
            </w:r>
          </w:p>
        </w:tc>
        <w:tc>
          <w:tcPr>
            <w:tcW w:w="2835" w:type="dxa"/>
            <w:tcMar>
              <w:top w:w="55" w:type="dxa"/>
              <w:left w:w="75" w:type="dxa"/>
              <w:bottom w:w="55" w:type="dxa"/>
              <w:right w:w="75" w:type="dxa"/>
            </w:tcMar>
            <w:vAlign w:val="center"/>
          </w:tcPr>
          <w:p w14:paraId="5FC6F8D0" w14:textId="77777777" w:rsidR="00923354" w:rsidRPr="008628DB" w:rsidRDefault="00000000" w:rsidP="008628DB">
            <w:pPr>
              <w:spacing w:after="0" w:line="240" w:lineRule="auto"/>
              <w:jc w:val="center"/>
              <w:rPr>
                <w:sz w:val="16"/>
                <w:szCs w:val="16"/>
              </w:rPr>
            </w:pPr>
            <w:r w:rsidRPr="008628DB">
              <w:rPr>
                <w:sz w:val="16"/>
                <w:szCs w:val="16"/>
              </w:rPr>
              <w:t>True</w:t>
            </w:r>
          </w:p>
        </w:tc>
        <w:tc>
          <w:tcPr>
            <w:tcW w:w="3624" w:type="dxa"/>
            <w:tcMar>
              <w:top w:w="55" w:type="dxa"/>
              <w:left w:w="75" w:type="dxa"/>
              <w:bottom w:w="55" w:type="dxa"/>
              <w:right w:w="75" w:type="dxa"/>
            </w:tcMar>
            <w:vAlign w:val="center"/>
          </w:tcPr>
          <w:p w14:paraId="6F443899" w14:textId="77777777" w:rsidR="00923354" w:rsidRPr="008628DB" w:rsidRDefault="00000000" w:rsidP="008628DB">
            <w:pPr>
              <w:spacing w:after="0" w:line="240" w:lineRule="auto"/>
              <w:jc w:val="center"/>
              <w:rPr>
                <w:sz w:val="16"/>
                <w:szCs w:val="16"/>
              </w:rPr>
            </w:pPr>
            <w:r w:rsidRPr="008628DB">
              <w:rPr>
                <w:sz w:val="16"/>
                <w:szCs w:val="16"/>
              </w:rPr>
              <w:t>Tier 2: clinical concordance only</w:t>
            </w:r>
          </w:p>
        </w:tc>
      </w:tr>
      <w:tr w:rsidR="00923354" w14:paraId="1C9A132C" w14:textId="77777777" w:rsidTr="008628DB">
        <w:trPr>
          <w:cantSplit/>
          <w:jc w:val="center"/>
        </w:trPr>
        <w:tc>
          <w:tcPr>
            <w:tcW w:w="709" w:type="dxa"/>
            <w:tcMar>
              <w:top w:w="55" w:type="dxa"/>
              <w:left w:w="75" w:type="dxa"/>
              <w:bottom w:w="55" w:type="dxa"/>
              <w:right w:w="75" w:type="dxa"/>
            </w:tcMar>
            <w:vAlign w:val="center"/>
          </w:tcPr>
          <w:p w14:paraId="4CB5D421" w14:textId="77777777" w:rsidR="00923354" w:rsidRPr="008628DB" w:rsidRDefault="00000000" w:rsidP="008628DB">
            <w:pPr>
              <w:spacing w:after="0" w:line="240" w:lineRule="auto"/>
              <w:jc w:val="center"/>
              <w:rPr>
                <w:sz w:val="16"/>
                <w:szCs w:val="16"/>
              </w:rPr>
            </w:pPr>
            <w:r w:rsidRPr="008628DB">
              <w:rPr>
                <w:sz w:val="16"/>
                <w:szCs w:val="16"/>
              </w:rPr>
              <w:t>CSF1</w:t>
            </w:r>
          </w:p>
        </w:tc>
        <w:tc>
          <w:tcPr>
            <w:tcW w:w="2410" w:type="dxa"/>
            <w:tcMar>
              <w:top w:w="55" w:type="dxa"/>
              <w:left w:w="75" w:type="dxa"/>
              <w:bottom w:w="55" w:type="dxa"/>
              <w:right w:w="75" w:type="dxa"/>
            </w:tcMar>
            <w:vAlign w:val="center"/>
          </w:tcPr>
          <w:p w14:paraId="7697E015"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3B7C8DA0"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Mar>
              <w:top w:w="55" w:type="dxa"/>
              <w:left w:w="75" w:type="dxa"/>
              <w:bottom w:w="55" w:type="dxa"/>
              <w:right w:w="75" w:type="dxa"/>
            </w:tcMar>
            <w:vAlign w:val="center"/>
          </w:tcPr>
          <w:p w14:paraId="345200AD"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48F0C69D"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58003FBD" w14:textId="77777777" w:rsidR="00923354" w:rsidRPr="008628DB" w:rsidRDefault="00000000" w:rsidP="008628DB">
            <w:pPr>
              <w:spacing w:after="0" w:line="240" w:lineRule="auto"/>
              <w:jc w:val="center"/>
              <w:rPr>
                <w:sz w:val="16"/>
                <w:szCs w:val="16"/>
              </w:rPr>
            </w:pPr>
            <w:r w:rsidRPr="008628DB">
              <w:rPr>
                <w:sz w:val="16"/>
                <w:szCs w:val="16"/>
              </w:rPr>
              <w:t>Tier 2: clinical concordance only</w:t>
            </w:r>
          </w:p>
        </w:tc>
      </w:tr>
      <w:tr w:rsidR="00923354" w14:paraId="5B5EEC02" w14:textId="77777777" w:rsidTr="008628DB">
        <w:trPr>
          <w:cantSplit/>
          <w:jc w:val="center"/>
        </w:trPr>
        <w:tc>
          <w:tcPr>
            <w:tcW w:w="709" w:type="dxa"/>
            <w:tcMar>
              <w:top w:w="55" w:type="dxa"/>
              <w:left w:w="75" w:type="dxa"/>
              <w:bottom w:w="55" w:type="dxa"/>
              <w:right w:w="75" w:type="dxa"/>
            </w:tcMar>
            <w:vAlign w:val="center"/>
          </w:tcPr>
          <w:p w14:paraId="5DDE4CD5" w14:textId="77777777" w:rsidR="00923354" w:rsidRPr="008628DB" w:rsidRDefault="00000000" w:rsidP="008628DB">
            <w:pPr>
              <w:spacing w:after="0" w:line="240" w:lineRule="auto"/>
              <w:jc w:val="center"/>
              <w:rPr>
                <w:sz w:val="16"/>
                <w:szCs w:val="16"/>
              </w:rPr>
            </w:pPr>
            <w:r w:rsidRPr="008628DB">
              <w:rPr>
                <w:sz w:val="16"/>
                <w:szCs w:val="16"/>
              </w:rPr>
              <w:t>IL1B</w:t>
            </w:r>
          </w:p>
        </w:tc>
        <w:tc>
          <w:tcPr>
            <w:tcW w:w="2410" w:type="dxa"/>
            <w:tcMar>
              <w:top w:w="55" w:type="dxa"/>
              <w:left w:w="75" w:type="dxa"/>
              <w:bottom w:w="55" w:type="dxa"/>
              <w:right w:w="75" w:type="dxa"/>
            </w:tcMar>
            <w:vAlign w:val="center"/>
          </w:tcPr>
          <w:p w14:paraId="34367D04"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2966E30A" w14:textId="77777777" w:rsidR="00923354" w:rsidRPr="008628DB" w:rsidRDefault="00000000" w:rsidP="008628DB">
            <w:pPr>
              <w:spacing w:after="0" w:line="240" w:lineRule="auto"/>
              <w:jc w:val="center"/>
              <w:rPr>
                <w:sz w:val="16"/>
                <w:szCs w:val="16"/>
              </w:rPr>
            </w:pPr>
            <w:r w:rsidRPr="008628DB">
              <w:rPr>
                <w:sz w:val="16"/>
                <w:szCs w:val="16"/>
              </w:rPr>
              <w:t>False</w:t>
            </w:r>
          </w:p>
        </w:tc>
        <w:tc>
          <w:tcPr>
            <w:tcW w:w="2410" w:type="dxa"/>
            <w:tcMar>
              <w:top w:w="55" w:type="dxa"/>
              <w:left w:w="75" w:type="dxa"/>
              <w:bottom w:w="55" w:type="dxa"/>
              <w:right w:w="75" w:type="dxa"/>
            </w:tcMar>
            <w:vAlign w:val="center"/>
          </w:tcPr>
          <w:p w14:paraId="6B20AF47"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5FF11CEB"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3FEF5364" w14:textId="77777777" w:rsidR="00923354" w:rsidRPr="008628DB" w:rsidRDefault="00000000" w:rsidP="008628DB">
            <w:pPr>
              <w:spacing w:after="0" w:line="240" w:lineRule="auto"/>
              <w:jc w:val="center"/>
              <w:rPr>
                <w:sz w:val="16"/>
                <w:szCs w:val="16"/>
              </w:rPr>
            </w:pPr>
            <w:r w:rsidRPr="008628DB">
              <w:rPr>
                <w:sz w:val="16"/>
                <w:szCs w:val="16"/>
              </w:rPr>
              <w:t>Tier 3: cellular localization only</w:t>
            </w:r>
          </w:p>
        </w:tc>
      </w:tr>
      <w:tr w:rsidR="00923354" w14:paraId="7C55878A" w14:textId="77777777" w:rsidTr="008628DB">
        <w:trPr>
          <w:cantSplit/>
          <w:jc w:val="center"/>
        </w:trPr>
        <w:tc>
          <w:tcPr>
            <w:tcW w:w="709" w:type="dxa"/>
            <w:tcMar>
              <w:top w:w="55" w:type="dxa"/>
              <w:left w:w="75" w:type="dxa"/>
              <w:bottom w:w="55" w:type="dxa"/>
              <w:right w:w="75" w:type="dxa"/>
            </w:tcMar>
            <w:vAlign w:val="center"/>
          </w:tcPr>
          <w:p w14:paraId="6390E9E8" w14:textId="77777777" w:rsidR="00923354" w:rsidRPr="008628DB" w:rsidRDefault="00000000" w:rsidP="008628DB">
            <w:pPr>
              <w:spacing w:after="0" w:line="240" w:lineRule="auto"/>
              <w:jc w:val="center"/>
              <w:rPr>
                <w:sz w:val="16"/>
                <w:szCs w:val="16"/>
              </w:rPr>
            </w:pPr>
            <w:r w:rsidRPr="008628DB">
              <w:rPr>
                <w:sz w:val="16"/>
                <w:szCs w:val="16"/>
              </w:rPr>
              <w:t>TNFAIP6</w:t>
            </w:r>
          </w:p>
        </w:tc>
        <w:tc>
          <w:tcPr>
            <w:tcW w:w="2410" w:type="dxa"/>
            <w:tcMar>
              <w:top w:w="55" w:type="dxa"/>
              <w:left w:w="75" w:type="dxa"/>
              <w:bottom w:w="55" w:type="dxa"/>
              <w:right w:w="75" w:type="dxa"/>
            </w:tcMar>
            <w:vAlign w:val="center"/>
          </w:tcPr>
          <w:p w14:paraId="496A59AC"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0FFF0702"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45BCA44E"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70F8103C"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7793CE12" w14:textId="77777777" w:rsidR="00923354" w:rsidRPr="008628DB" w:rsidRDefault="00000000" w:rsidP="008628DB">
            <w:pPr>
              <w:spacing w:after="0" w:line="240" w:lineRule="auto"/>
              <w:jc w:val="center"/>
              <w:rPr>
                <w:sz w:val="16"/>
                <w:szCs w:val="16"/>
              </w:rPr>
            </w:pPr>
            <w:r w:rsidRPr="008628DB">
              <w:rPr>
                <w:sz w:val="16"/>
                <w:szCs w:val="16"/>
              </w:rPr>
              <w:t>Tier 3: cellular localization only</w:t>
            </w:r>
          </w:p>
        </w:tc>
      </w:tr>
      <w:tr w:rsidR="00923354" w14:paraId="49DACCBF" w14:textId="77777777" w:rsidTr="008628DB">
        <w:trPr>
          <w:cantSplit/>
          <w:jc w:val="center"/>
        </w:trPr>
        <w:tc>
          <w:tcPr>
            <w:tcW w:w="709" w:type="dxa"/>
            <w:tcMar>
              <w:top w:w="55" w:type="dxa"/>
              <w:left w:w="75" w:type="dxa"/>
              <w:bottom w:w="55" w:type="dxa"/>
              <w:right w:w="75" w:type="dxa"/>
            </w:tcMar>
            <w:vAlign w:val="center"/>
          </w:tcPr>
          <w:p w14:paraId="783DB4D6" w14:textId="77777777" w:rsidR="00923354" w:rsidRPr="008628DB" w:rsidRDefault="00000000" w:rsidP="008628DB">
            <w:pPr>
              <w:spacing w:after="0" w:line="240" w:lineRule="auto"/>
              <w:jc w:val="center"/>
              <w:rPr>
                <w:sz w:val="16"/>
                <w:szCs w:val="16"/>
              </w:rPr>
            </w:pPr>
            <w:r w:rsidRPr="008628DB">
              <w:rPr>
                <w:sz w:val="16"/>
                <w:szCs w:val="16"/>
              </w:rPr>
              <w:t>CCL5</w:t>
            </w:r>
          </w:p>
        </w:tc>
        <w:tc>
          <w:tcPr>
            <w:tcW w:w="2410" w:type="dxa"/>
            <w:tcMar>
              <w:top w:w="55" w:type="dxa"/>
              <w:left w:w="75" w:type="dxa"/>
              <w:bottom w:w="55" w:type="dxa"/>
              <w:right w:w="75" w:type="dxa"/>
            </w:tcMar>
            <w:vAlign w:val="center"/>
          </w:tcPr>
          <w:p w14:paraId="724F71BF"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Mar>
              <w:top w:w="55" w:type="dxa"/>
              <w:left w:w="75" w:type="dxa"/>
              <w:bottom w:w="55" w:type="dxa"/>
              <w:right w:w="75" w:type="dxa"/>
            </w:tcMar>
            <w:vAlign w:val="center"/>
          </w:tcPr>
          <w:p w14:paraId="6CCB9DE7"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Mar>
              <w:top w:w="55" w:type="dxa"/>
              <w:left w:w="75" w:type="dxa"/>
              <w:bottom w:w="55" w:type="dxa"/>
              <w:right w:w="75" w:type="dxa"/>
            </w:tcMar>
            <w:vAlign w:val="center"/>
          </w:tcPr>
          <w:p w14:paraId="5A7587F3"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Mar>
              <w:top w:w="55" w:type="dxa"/>
              <w:left w:w="75" w:type="dxa"/>
              <w:bottom w:w="55" w:type="dxa"/>
              <w:right w:w="75" w:type="dxa"/>
            </w:tcMar>
            <w:vAlign w:val="center"/>
          </w:tcPr>
          <w:p w14:paraId="69ED57CE"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Mar>
              <w:top w:w="55" w:type="dxa"/>
              <w:left w:w="75" w:type="dxa"/>
              <w:bottom w:w="55" w:type="dxa"/>
              <w:right w:w="75" w:type="dxa"/>
            </w:tcMar>
            <w:vAlign w:val="center"/>
          </w:tcPr>
          <w:p w14:paraId="514E7491" w14:textId="77777777" w:rsidR="00923354" w:rsidRPr="008628DB" w:rsidRDefault="00000000" w:rsidP="008628DB">
            <w:pPr>
              <w:spacing w:after="0" w:line="240" w:lineRule="auto"/>
              <w:jc w:val="center"/>
              <w:rPr>
                <w:sz w:val="16"/>
                <w:szCs w:val="16"/>
              </w:rPr>
            </w:pPr>
            <w:r w:rsidRPr="008628DB">
              <w:rPr>
                <w:sz w:val="16"/>
                <w:szCs w:val="16"/>
              </w:rPr>
              <w:t>Tier 3: cellular localization only</w:t>
            </w:r>
          </w:p>
        </w:tc>
      </w:tr>
      <w:tr w:rsidR="00923354" w14:paraId="785A6D78" w14:textId="77777777" w:rsidTr="008628DB">
        <w:trPr>
          <w:cantSplit/>
          <w:jc w:val="center"/>
        </w:trPr>
        <w:tc>
          <w:tcPr>
            <w:tcW w:w="709" w:type="dxa"/>
            <w:tcBorders>
              <w:bottom w:val="single" w:sz="4" w:space="0" w:color="auto"/>
            </w:tcBorders>
            <w:tcMar>
              <w:top w:w="55" w:type="dxa"/>
              <w:left w:w="75" w:type="dxa"/>
              <w:bottom w:w="55" w:type="dxa"/>
              <w:right w:w="75" w:type="dxa"/>
            </w:tcMar>
            <w:vAlign w:val="center"/>
          </w:tcPr>
          <w:p w14:paraId="69ED8EB4" w14:textId="77777777" w:rsidR="00923354" w:rsidRPr="008628DB" w:rsidRDefault="00000000" w:rsidP="008628DB">
            <w:pPr>
              <w:spacing w:after="0" w:line="240" w:lineRule="auto"/>
              <w:jc w:val="center"/>
              <w:rPr>
                <w:sz w:val="16"/>
                <w:szCs w:val="16"/>
              </w:rPr>
            </w:pPr>
            <w:r w:rsidRPr="008628DB">
              <w:rPr>
                <w:sz w:val="16"/>
                <w:szCs w:val="16"/>
              </w:rPr>
              <w:t>CCL2</w:t>
            </w:r>
          </w:p>
        </w:tc>
        <w:tc>
          <w:tcPr>
            <w:tcW w:w="2410" w:type="dxa"/>
            <w:tcBorders>
              <w:bottom w:val="single" w:sz="4" w:space="0" w:color="auto"/>
            </w:tcBorders>
            <w:tcMar>
              <w:top w:w="55" w:type="dxa"/>
              <w:left w:w="75" w:type="dxa"/>
              <w:bottom w:w="55" w:type="dxa"/>
              <w:right w:w="75" w:type="dxa"/>
            </w:tcMar>
            <w:vAlign w:val="center"/>
          </w:tcPr>
          <w:p w14:paraId="59888EFE" w14:textId="77777777" w:rsidR="00923354" w:rsidRPr="008628DB" w:rsidRDefault="00000000" w:rsidP="008628DB">
            <w:pPr>
              <w:spacing w:after="0" w:line="240" w:lineRule="auto"/>
              <w:jc w:val="center"/>
              <w:rPr>
                <w:sz w:val="16"/>
                <w:szCs w:val="16"/>
              </w:rPr>
            </w:pPr>
            <w:r w:rsidRPr="008628DB">
              <w:rPr>
                <w:sz w:val="16"/>
                <w:szCs w:val="16"/>
              </w:rPr>
              <w:t>True</w:t>
            </w:r>
          </w:p>
        </w:tc>
        <w:tc>
          <w:tcPr>
            <w:tcW w:w="2268" w:type="dxa"/>
            <w:tcBorders>
              <w:bottom w:val="single" w:sz="4" w:space="0" w:color="auto"/>
            </w:tcBorders>
            <w:tcMar>
              <w:top w:w="55" w:type="dxa"/>
              <w:left w:w="75" w:type="dxa"/>
              <w:bottom w:w="55" w:type="dxa"/>
              <w:right w:w="75" w:type="dxa"/>
            </w:tcMar>
            <w:vAlign w:val="center"/>
          </w:tcPr>
          <w:p w14:paraId="66E28CEC" w14:textId="77777777" w:rsidR="00923354" w:rsidRPr="008628DB" w:rsidRDefault="00000000" w:rsidP="008628DB">
            <w:pPr>
              <w:spacing w:after="0" w:line="240" w:lineRule="auto"/>
              <w:jc w:val="center"/>
              <w:rPr>
                <w:sz w:val="16"/>
                <w:szCs w:val="16"/>
              </w:rPr>
            </w:pPr>
            <w:r w:rsidRPr="008628DB">
              <w:rPr>
                <w:sz w:val="16"/>
                <w:szCs w:val="16"/>
              </w:rPr>
              <w:t>True</w:t>
            </w:r>
          </w:p>
        </w:tc>
        <w:tc>
          <w:tcPr>
            <w:tcW w:w="2410" w:type="dxa"/>
            <w:tcBorders>
              <w:bottom w:val="single" w:sz="4" w:space="0" w:color="auto"/>
            </w:tcBorders>
            <w:tcMar>
              <w:top w:w="55" w:type="dxa"/>
              <w:left w:w="75" w:type="dxa"/>
              <w:bottom w:w="55" w:type="dxa"/>
              <w:right w:w="75" w:type="dxa"/>
            </w:tcMar>
            <w:vAlign w:val="center"/>
          </w:tcPr>
          <w:p w14:paraId="1C453418" w14:textId="77777777" w:rsidR="00923354" w:rsidRPr="008628DB" w:rsidRDefault="00000000" w:rsidP="008628DB">
            <w:pPr>
              <w:spacing w:after="0" w:line="240" w:lineRule="auto"/>
              <w:jc w:val="center"/>
              <w:rPr>
                <w:sz w:val="16"/>
                <w:szCs w:val="16"/>
              </w:rPr>
            </w:pPr>
            <w:r w:rsidRPr="008628DB">
              <w:rPr>
                <w:sz w:val="16"/>
                <w:szCs w:val="16"/>
              </w:rPr>
              <w:t>True</w:t>
            </w:r>
          </w:p>
        </w:tc>
        <w:tc>
          <w:tcPr>
            <w:tcW w:w="2835" w:type="dxa"/>
            <w:tcBorders>
              <w:bottom w:val="single" w:sz="4" w:space="0" w:color="auto"/>
            </w:tcBorders>
            <w:tcMar>
              <w:top w:w="55" w:type="dxa"/>
              <w:left w:w="75" w:type="dxa"/>
              <w:bottom w:w="55" w:type="dxa"/>
              <w:right w:w="75" w:type="dxa"/>
            </w:tcMar>
            <w:vAlign w:val="center"/>
          </w:tcPr>
          <w:p w14:paraId="25EC47F3" w14:textId="77777777" w:rsidR="00923354" w:rsidRPr="008628DB" w:rsidRDefault="00000000" w:rsidP="008628DB">
            <w:pPr>
              <w:spacing w:after="0" w:line="240" w:lineRule="auto"/>
              <w:jc w:val="center"/>
              <w:rPr>
                <w:sz w:val="16"/>
                <w:szCs w:val="16"/>
              </w:rPr>
            </w:pPr>
            <w:r w:rsidRPr="008628DB">
              <w:rPr>
                <w:sz w:val="16"/>
                <w:szCs w:val="16"/>
              </w:rPr>
              <w:t>False</w:t>
            </w:r>
          </w:p>
        </w:tc>
        <w:tc>
          <w:tcPr>
            <w:tcW w:w="3624" w:type="dxa"/>
            <w:tcBorders>
              <w:bottom w:val="single" w:sz="4" w:space="0" w:color="auto"/>
            </w:tcBorders>
            <w:tcMar>
              <w:top w:w="55" w:type="dxa"/>
              <w:left w:w="75" w:type="dxa"/>
              <w:bottom w:w="55" w:type="dxa"/>
              <w:right w:w="75" w:type="dxa"/>
            </w:tcMar>
            <w:vAlign w:val="center"/>
          </w:tcPr>
          <w:p w14:paraId="7490F6D6" w14:textId="77777777" w:rsidR="00923354" w:rsidRPr="008628DB" w:rsidRDefault="00000000" w:rsidP="008628DB">
            <w:pPr>
              <w:spacing w:after="0" w:line="240" w:lineRule="auto"/>
              <w:jc w:val="center"/>
              <w:rPr>
                <w:sz w:val="16"/>
                <w:szCs w:val="16"/>
              </w:rPr>
            </w:pPr>
            <w:r w:rsidRPr="008628DB">
              <w:rPr>
                <w:sz w:val="16"/>
                <w:szCs w:val="16"/>
              </w:rPr>
              <w:t>Tier 3: cellular localization only</w:t>
            </w:r>
          </w:p>
        </w:tc>
      </w:tr>
    </w:tbl>
    <w:p w14:paraId="40268CDB" w14:textId="77777777" w:rsidR="00923354" w:rsidRDefault="00000000">
      <w:r>
        <w:br w:type="page"/>
      </w:r>
    </w:p>
    <w:p w14:paraId="21F67591" w14:textId="77777777" w:rsidR="00923354" w:rsidRPr="008628DB" w:rsidRDefault="00000000" w:rsidP="008628DB">
      <w:pPr>
        <w:jc w:val="center"/>
        <w:rPr>
          <w:rFonts w:ascii="Times New Roman" w:hAnsi="Times New Roman" w:cs="Times New Roman"/>
          <w:b/>
          <w:bCs/>
          <w:sz w:val="21"/>
          <w:szCs w:val="21"/>
        </w:rPr>
      </w:pPr>
      <w:r w:rsidRPr="008628DB">
        <w:rPr>
          <w:rFonts w:ascii="Times New Roman" w:hAnsi="Times New Roman" w:cs="Times New Roman"/>
          <w:b/>
          <w:bCs/>
          <w:sz w:val="21"/>
          <w:szCs w:val="21"/>
        </w:rPr>
        <w:lastRenderedPageBreak/>
        <w:t>Table S9. GSE247185 regimen-field-restricted sensitivity analysis</w:t>
      </w:r>
    </w:p>
    <w:p w14:paraId="07090483" w14:textId="77777777" w:rsidR="00923354" w:rsidRPr="008628DB" w:rsidRDefault="00000000" w:rsidP="008628DB">
      <w:pPr>
        <w:rPr>
          <w:rFonts w:ascii="Times New Roman" w:hAnsi="Times New Roman" w:cs="Times New Roman"/>
          <w:b/>
          <w:bCs/>
          <w:sz w:val="21"/>
          <w:szCs w:val="21"/>
        </w:rPr>
      </w:pPr>
      <w:r w:rsidRPr="008628DB">
        <w:rPr>
          <w:rFonts w:ascii="Times New Roman" w:hAnsi="Times New Roman" w:cs="Times New Roman"/>
          <w:b/>
          <w:bCs/>
          <w:sz w:val="21"/>
          <w:szCs w:val="21"/>
        </w:rPr>
        <w:t>S9a regimen response counts</w:t>
      </w:r>
    </w:p>
    <w:tbl>
      <w:tblPr>
        <w:tblW w:w="0" w:type="auto"/>
        <w:jc w:val="center"/>
        <w:tblLook w:val="04A0" w:firstRow="1" w:lastRow="0" w:firstColumn="1" w:lastColumn="0" w:noHBand="0" w:noVBand="1"/>
      </w:tblPr>
      <w:tblGrid>
        <w:gridCol w:w="4752"/>
        <w:gridCol w:w="4752"/>
        <w:gridCol w:w="4752"/>
      </w:tblGrid>
      <w:tr w:rsidR="00923354" w14:paraId="7D9C7C71" w14:textId="77777777" w:rsidTr="008628DB">
        <w:trPr>
          <w:cantSplit/>
          <w:jc w:val="center"/>
        </w:trPr>
        <w:tc>
          <w:tcPr>
            <w:tcW w:w="4752" w:type="dxa"/>
            <w:tcBorders>
              <w:top w:val="single" w:sz="4" w:space="0" w:color="auto"/>
              <w:bottom w:val="single" w:sz="4" w:space="0" w:color="auto"/>
            </w:tcBorders>
            <w:tcMar>
              <w:top w:w="55" w:type="dxa"/>
              <w:left w:w="75" w:type="dxa"/>
              <w:bottom w:w="55" w:type="dxa"/>
              <w:right w:w="75" w:type="dxa"/>
            </w:tcMar>
          </w:tcPr>
          <w:p w14:paraId="69E50055" w14:textId="77777777" w:rsidR="00923354" w:rsidRPr="008628DB" w:rsidRDefault="00000000" w:rsidP="008628DB">
            <w:pPr>
              <w:jc w:val="center"/>
              <w:rPr>
                <w:rFonts w:ascii="Times New Roman" w:hAnsi="Times New Roman" w:cs="Times New Roman"/>
                <w:szCs w:val="18"/>
              </w:rPr>
            </w:pPr>
            <w:r w:rsidRPr="008628DB">
              <w:rPr>
                <w:rFonts w:ascii="Times New Roman" w:hAnsi="Times New Roman" w:cs="Times New Roman"/>
                <w:b/>
                <w:szCs w:val="18"/>
              </w:rPr>
              <w:t>regimen</w:t>
            </w:r>
          </w:p>
        </w:tc>
        <w:tc>
          <w:tcPr>
            <w:tcW w:w="4752" w:type="dxa"/>
            <w:tcBorders>
              <w:top w:val="single" w:sz="4" w:space="0" w:color="auto"/>
              <w:bottom w:val="single" w:sz="4" w:space="0" w:color="auto"/>
            </w:tcBorders>
            <w:tcMar>
              <w:top w:w="55" w:type="dxa"/>
              <w:left w:w="75" w:type="dxa"/>
              <w:bottom w:w="55" w:type="dxa"/>
              <w:right w:w="75" w:type="dxa"/>
            </w:tcMar>
          </w:tcPr>
          <w:p w14:paraId="114AA927" w14:textId="77777777" w:rsidR="00923354" w:rsidRPr="008628DB" w:rsidRDefault="00000000" w:rsidP="008628DB">
            <w:pPr>
              <w:jc w:val="center"/>
              <w:rPr>
                <w:rFonts w:ascii="Times New Roman" w:hAnsi="Times New Roman" w:cs="Times New Roman"/>
                <w:szCs w:val="18"/>
              </w:rPr>
            </w:pPr>
            <w:r w:rsidRPr="008628DB">
              <w:rPr>
                <w:rFonts w:ascii="Times New Roman" w:hAnsi="Times New Roman" w:cs="Times New Roman"/>
                <w:b/>
                <w:szCs w:val="18"/>
              </w:rPr>
              <w:t>non-pCR</w:t>
            </w:r>
          </w:p>
        </w:tc>
        <w:tc>
          <w:tcPr>
            <w:tcW w:w="4752" w:type="dxa"/>
            <w:tcBorders>
              <w:top w:val="single" w:sz="4" w:space="0" w:color="auto"/>
              <w:bottom w:val="single" w:sz="4" w:space="0" w:color="auto"/>
            </w:tcBorders>
            <w:tcMar>
              <w:top w:w="55" w:type="dxa"/>
              <w:left w:w="75" w:type="dxa"/>
              <w:bottom w:w="55" w:type="dxa"/>
              <w:right w:w="75" w:type="dxa"/>
            </w:tcMar>
          </w:tcPr>
          <w:p w14:paraId="784802B3" w14:textId="77777777" w:rsidR="00923354" w:rsidRPr="008628DB" w:rsidRDefault="00000000" w:rsidP="008628DB">
            <w:pPr>
              <w:jc w:val="center"/>
              <w:rPr>
                <w:rFonts w:ascii="Times New Roman" w:hAnsi="Times New Roman" w:cs="Times New Roman"/>
                <w:szCs w:val="18"/>
              </w:rPr>
            </w:pPr>
            <w:r w:rsidRPr="008628DB">
              <w:rPr>
                <w:rFonts w:ascii="Times New Roman" w:hAnsi="Times New Roman" w:cs="Times New Roman"/>
                <w:b/>
                <w:szCs w:val="18"/>
              </w:rPr>
              <w:t>pCR</w:t>
            </w:r>
          </w:p>
        </w:tc>
      </w:tr>
      <w:tr w:rsidR="00923354" w14:paraId="1BAF802D" w14:textId="77777777" w:rsidTr="008628DB">
        <w:trPr>
          <w:cantSplit/>
          <w:jc w:val="center"/>
        </w:trPr>
        <w:tc>
          <w:tcPr>
            <w:tcW w:w="4752" w:type="dxa"/>
            <w:tcBorders>
              <w:top w:val="single" w:sz="4" w:space="0" w:color="auto"/>
            </w:tcBorders>
            <w:tcMar>
              <w:top w:w="55" w:type="dxa"/>
              <w:left w:w="75" w:type="dxa"/>
              <w:bottom w:w="55" w:type="dxa"/>
              <w:right w:w="75" w:type="dxa"/>
            </w:tcMar>
            <w:vAlign w:val="center"/>
          </w:tcPr>
          <w:p w14:paraId="775EFF25"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Cisplatin+Gentamicin</w:t>
            </w:r>
          </w:p>
        </w:tc>
        <w:tc>
          <w:tcPr>
            <w:tcW w:w="4752" w:type="dxa"/>
            <w:tcBorders>
              <w:top w:val="single" w:sz="4" w:space="0" w:color="auto"/>
            </w:tcBorders>
            <w:tcMar>
              <w:top w:w="55" w:type="dxa"/>
              <w:left w:w="75" w:type="dxa"/>
              <w:bottom w:w="55" w:type="dxa"/>
              <w:right w:w="75" w:type="dxa"/>
            </w:tcMar>
            <w:vAlign w:val="center"/>
          </w:tcPr>
          <w:p w14:paraId="126F37A3"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4</w:t>
            </w:r>
          </w:p>
        </w:tc>
        <w:tc>
          <w:tcPr>
            <w:tcW w:w="4752" w:type="dxa"/>
            <w:tcBorders>
              <w:top w:val="single" w:sz="4" w:space="0" w:color="auto"/>
            </w:tcBorders>
            <w:tcMar>
              <w:top w:w="55" w:type="dxa"/>
              <w:left w:w="75" w:type="dxa"/>
              <w:bottom w:w="55" w:type="dxa"/>
              <w:right w:w="75" w:type="dxa"/>
            </w:tcMar>
            <w:vAlign w:val="center"/>
          </w:tcPr>
          <w:p w14:paraId="4FB6322B"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5</w:t>
            </w:r>
          </w:p>
        </w:tc>
      </w:tr>
      <w:tr w:rsidR="00923354" w14:paraId="006DFBCE" w14:textId="77777777" w:rsidTr="008628DB">
        <w:trPr>
          <w:cantSplit/>
          <w:jc w:val="center"/>
        </w:trPr>
        <w:tc>
          <w:tcPr>
            <w:tcW w:w="4752" w:type="dxa"/>
            <w:tcMar>
              <w:top w:w="55" w:type="dxa"/>
              <w:left w:w="75" w:type="dxa"/>
              <w:bottom w:w="55" w:type="dxa"/>
              <w:right w:w="75" w:type="dxa"/>
            </w:tcMar>
            <w:vAlign w:val="center"/>
          </w:tcPr>
          <w:p w14:paraId="36D50F0C"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Cisplatin+Gentamicin+Pembrolizumab</w:t>
            </w:r>
          </w:p>
        </w:tc>
        <w:tc>
          <w:tcPr>
            <w:tcW w:w="4752" w:type="dxa"/>
            <w:tcMar>
              <w:top w:w="55" w:type="dxa"/>
              <w:left w:w="75" w:type="dxa"/>
              <w:bottom w:w="55" w:type="dxa"/>
              <w:right w:w="75" w:type="dxa"/>
            </w:tcMar>
            <w:vAlign w:val="center"/>
          </w:tcPr>
          <w:p w14:paraId="26AF0AE4"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0</w:t>
            </w:r>
          </w:p>
        </w:tc>
        <w:tc>
          <w:tcPr>
            <w:tcW w:w="4752" w:type="dxa"/>
            <w:tcMar>
              <w:top w:w="55" w:type="dxa"/>
              <w:left w:w="75" w:type="dxa"/>
              <w:bottom w:w="55" w:type="dxa"/>
              <w:right w:w="75" w:type="dxa"/>
            </w:tcMar>
            <w:vAlign w:val="center"/>
          </w:tcPr>
          <w:p w14:paraId="244183E7"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1</w:t>
            </w:r>
          </w:p>
        </w:tc>
      </w:tr>
      <w:tr w:rsidR="00923354" w14:paraId="2022CCEA" w14:textId="77777777" w:rsidTr="008628DB">
        <w:trPr>
          <w:cantSplit/>
          <w:jc w:val="center"/>
        </w:trPr>
        <w:tc>
          <w:tcPr>
            <w:tcW w:w="4752" w:type="dxa"/>
            <w:tcBorders>
              <w:bottom w:val="single" w:sz="4" w:space="0" w:color="auto"/>
            </w:tcBorders>
            <w:tcMar>
              <w:top w:w="55" w:type="dxa"/>
              <w:left w:w="75" w:type="dxa"/>
              <w:bottom w:w="55" w:type="dxa"/>
              <w:right w:w="75" w:type="dxa"/>
            </w:tcMar>
            <w:vAlign w:val="center"/>
          </w:tcPr>
          <w:p w14:paraId="1661BADF"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MVAC</w:t>
            </w:r>
          </w:p>
        </w:tc>
        <w:tc>
          <w:tcPr>
            <w:tcW w:w="4752" w:type="dxa"/>
            <w:tcBorders>
              <w:bottom w:val="single" w:sz="4" w:space="0" w:color="auto"/>
            </w:tcBorders>
            <w:tcMar>
              <w:top w:w="55" w:type="dxa"/>
              <w:left w:w="75" w:type="dxa"/>
              <w:bottom w:w="55" w:type="dxa"/>
              <w:right w:w="75" w:type="dxa"/>
            </w:tcMar>
            <w:vAlign w:val="center"/>
          </w:tcPr>
          <w:p w14:paraId="3E4AB6DC"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1</w:t>
            </w:r>
          </w:p>
        </w:tc>
        <w:tc>
          <w:tcPr>
            <w:tcW w:w="4752" w:type="dxa"/>
            <w:tcBorders>
              <w:bottom w:val="single" w:sz="4" w:space="0" w:color="auto"/>
            </w:tcBorders>
            <w:tcMar>
              <w:top w:w="55" w:type="dxa"/>
              <w:left w:w="75" w:type="dxa"/>
              <w:bottom w:w="55" w:type="dxa"/>
              <w:right w:w="75" w:type="dxa"/>
            </w:tcMar>
            <w:vAlign w:val="center"/>
          </w:tcPr>
          <w:p w14:paraId="5355DD97" w14:textId="77777777" w:rsidR="00923354" w:rsidRPr="008628DB" w:rsidRDefault="00000000" w:rsidP="008628DB">
            <w:pPr>
              <w:spacing w:after="0" w:line="240" w:lineRule="auto"/>
              <w:jc w:val="center"/>
              <w:rPr>
                <w:rFonts w:ascii="Times New Roman" w:hAnsi="Times New Roman" w:cs="Times New Roman"/>
                <w:szCs w:val="18"/>
              </w:rPr>
            </w:pPr>
            <w:r w:rsidRPr="008628DB">
              <w:rPr>
                <w:rFonts w:ascii="Times New Roman" w:hAnsi="Times New Roman" w:cs="Times New Roman"/>
                <w:szCs w:val="18"/>
              </w:rPr>
              <w:t>2</w:t>
            </w:r>
          </w:p>
        </w:tc>
      </w:tr>
    </w:tbl>
    <w:p w14:paraId="6028B964" w14:textId="77777777" w:rsidR="008628DB" w:rsidRDefault="008628DB" w:rsidP="008628DB">
      <w:pPr>
        <w:rPr>
          <w:rFonts w:ascii="Times New Roman" w:hAnsi="Times New Roman" w:cs="Times New Roman"/>
          <w:b/>
          <w:bCs/>
          <w:sz w:val="21"/>
          <w:szCs w:val="21"/>
          <w:lang w:eastAsia="zh-CN"/>
        </w:rPr>
      </w:pPr>
    </w:p>
    <w:p w14:paraId="333D7E2F" w14:textId="155D289E" w:rsidR="00923354" w:rsidRDefault="00000000">
      <w:r w:rsidRPr="008628DB">
        <w:rPr>
          <w:rFonts w:ascii="Times New Roman" w:hAnsi="Times New Roman" w:cs="Times New Roman"/>
          <w:b/>
          <w:bCs/>
          <w:sz w:val="21"/>
          <w:szCs w:val="21"/>
        </w:rPr>
        <w:t>S9b regimen sensitivity</w:t>
      </w:r>
    </w:p>
    <w:tbl>
      <w:tblPr>
        <w:tblW w:w="0" w:type="auto"/>
        <w:jc w:val="center"/>
        <w:tblLook w:val="04A0" w:firstRow="1" w:lastRow="0" w:firstColumn="1" w:lastColumn="0" w:noHBand="0" w:noVBand="1"/>
      </w:tblPr>
      <w:tblGrid>
        <w:gridCol w:w="2811"/>
        <w:gridCol w:w="3471"/>
        <w:gridCol w:w="1109"/>
        <w:gridCol w:w="2277"/>
        <w:gridCol w:w="2294"/>
        <w:gridCol w:w="2294"/>
      </w:tblGrid>
      <w:tr w:rsidR="00923354" w:rsidRPr="008628DB" w14:paraId="0E0AD112" w14:textId="77777777" w:rsidTr="008628DB">
        <w:trPr>
          <w:cantSplit/>
          <w:jc w:val="center"/>
        </w:trPr>
        <w:tc>
          <w:tcPr>
            <w:tcW w:w="2811" w:type="dxa"/>
            <w:tcBorders>
              <w:top w:val="single" w:sz="4" w:space="0" w:color="auto"/>
              <w:bottom w:val="single" w:sz="4" w:space="0" w:color="auto"/>
            </w:tcBorders>
            <w:tcMar>
              <w:top w:w="55" w:type="dxa"/>
              <w:left w:w="75" w:type="dxa"/>
              <w:bottom w:w="55" w:type="dxa"/>
              <w:right w:w="75" w:type="dxa"/>
            </w:tcMar>
          </w:tcPr>
          <w:p w14:paraId="591EA704" w14:textId="77777777" w:rsidR="00923354" w:rsidRPr="008628DB" w:rsidRDefault="00000000" w:rsidP="008628DB">
            <w:pPr>
              <w:snapToGrid w:val="0"/>
              <w:spacing w:line="264" w:lineRule="auto"/>
              <w:jc w:val="center"/>
              <w:rPr>
                <w:sz w:val="15"/>
                <w:szCs w:val="15"/>
              </w:rPr>
            </w:pPr>
            <w:r w:rsidRPr="008628DB">
              <w:rPr>
                <w:b/>
                <w:sz w:val="15"/>
                <w:szCs w:val="15"/>
              </w:rPr>
              <w:t>analysis</w:t>
            </w:r>
          </w:p>
        </w:tc>
        <w:tc>
          <w:tcPr>
            <w:tcW w:w="3568" w:type="dxa"/>
            <w:tcBorders>
              <w:top w:val="single" w:sz="4" w:space="0" w:color="auto"/>
              <w:bottom w:val="single" w:sz="4" w:space="0" w:color="auto"/>
            </w:tcBorders>
            <w:tcMar>
              <w:top w:w="55" w:type="dxa"/>
              <w:left w:w="75" w:type="dxa"/>
              <w:bottom w:w="55" w:type="dxa"/>
              <w:right w:w="75" w:type="dxa"/>
            </w:tcMar>
          </w:tcPr>
          <w:p w14:paraId="07FA2B69" w14:textId="77777777" w:rsidR="00923354" w:rsidRPr="008628DB" w:rsidRDefault="00000000" w:rsidP="008628DB">
            <w:pPr>
              <w:snapToGrid w:val="0"/>
              <w:spacing w:line="264" w:lineRule="auto"/>
              <w:jc w:val="center"/>
              <w:rPr>
                <w:sz w:val="15"/>
                <w:szCs w:val="15"/>
              </w:rPr>
            </w:pPr>
            <w:r w:rsidRPr="008628DB">
              <w:rPr>
                <w:b/>
                <w:sz w:val="15"/>
                <w:szCs w:val="15"/>
              </w:rPr>
              <w:t>Term</w:t>
            </w:r>
          </w:p>
        </w:tc>
        <w:tc>
          <w:tcPr>
            <w:tcW w:w="941" w:type="dxa"/>
            <w:tcBorders>
              <w:top w:val="single" w:sz="4" w:space="0" w:color="auto"/>
              <w:bottom w:val="single" w:sz="4" w:space="0" w:color="auto"/>
            </w:tcBorders>
            <w:tcMar>
              <w:top w:w="55" w:type="dxa"/>
              <w:left w:w="75" w:type="dxa"/>
              <w:bottom w:w="55" w:type="dxa"/>
              <w:right w:w="75" w:type="dxa"/>
            </w:tcMar>
          </w:tcPr>
          <w:p w14:paraId="235FFE4A" w14:textId="77777777" w:rsidR="00923354" w:rsidRPr="008628DB" w:rsidRDefault="00000000" w:rsidP="008628DB">
            <w:pPr>
              <w:snapToGrid w:val="0"/>
              <w:spacing w:line="264" w:lineRule="auto"/>
              <w:jc w:val="center"/>
              <w:rPr>
                <w:sz w:val="15"/>
                <w:szCs w:val="15"/>
              </w:rPr>
            </w:pPr>
            <w:r w:rsidRPr="008628DB">
              <w:rPr>
                <w:b/>
                <w:sz w:val="15"/>
                <w:szCs w:val="15"/>
              </w:rPr>
              <w:t>genes_tested</w:t>
            </w:r>
          </w:p>
        </w:tc>
        <w:tc>
          <w:tcPr>
            <w:tcW w:w="2304" w:type="dxa"/>
            <w:tcBorders>
              <w:top w:val="single" w:sz="4" w:space="0" w:color="auto"/>
              <w:bottom w:val="single" w:sz="4" w:space="0" w:color="auto"/>
            </w:tcBorders>
            <w:tcMar>
              <w:top w:w="55" w:type="dxa"/>
              <w:left w:w="75" w:type="dxa"/>
              <w:bottom w:w="55" w:type="dxa"/>
              <w:right w:w="75" w:type="dxa"/>
            </w:tcMar>
          </w:tcPr>
          <w:p w14:paraId="34AB17A1" w14:textId="77777777" w:rsidR="00923354" w:rsidRPr="008628DB" w:rsidRDefault="00000000" w:rsidP="008628DB">
            <w:pPr>
              <w:snapToGrid w:val="0"/>
              <w:spacing w:line="264" w:lineRule="auto"/>
              <w:jc w:val="center"/>
              <w:rPr>
                <w:sz w:val="15"/>
                <w:szCs w:val="15"/>
              </w:rPr>
            </w:pPr>
            <w:r w:rsidRPr="008628DB">
              <w:rPr>
                <w:b/>
                <w:sz w:val="15"/>
                <w:szCs w:val="15"/>
              </w:rPr>
              <w:t>rank_sum_z</w:t>
            </w:r>
          </w:p>
        </w:tc>
        <w:tc>
          <w:tcPr>
            <w:tcW w:w="2316" w:type="dxa"/>
            <w:tcBorders>
              <w:top w:val="single" w:sz="4" w:space="0" w:color="auto"/>
              <w:bottom w:val="single" w:sz="4" w:space="0" w:color="auto"/>
            </w:tcBorders>
            <w:tcMar>
              <w:top w:w="55" w:type="dxa"/>
              <w:left w:w="75" w:type="dxa"/>
              <w:bottom w:w="55" w:type="dxa"/>
              <w:right w:w="75" w:type="dxa"/>
            </w:tcMar>
          </w:tcPr>
          <w:p w14:paraId="22B63E8D" w14:textId="77777777" w:rsidR="00923354" w:rsidRPr="008628DB" w:rsidRDefault="00000000" w:rsidP="008628DB">
            <w:pPr>
              <w:snapToGrid w:val="0"/>
              <w:spacing w:line="264" w:lineRule="auto"/>
              <w:jc w:val="center"/>
              <w:rPr>
                <w:sz w:val="15"/>
                <w:szCs w:val="15"/>
              </w:rPr>
            </w:pPr>
            <w:r w:rsidRPr="008628DB">
              <w:rPr>
                <w:b/>
                <w:sz w:val="15"/>
                <w:szCs w:val="15"/>
              </w:rPr>
              <w:t>p_value</w:t>
            </w:r>
          </w:p>
        </w:tc>
        <w:tc>
          <w:tcPr>
            <w:tcW w:w="2316" w:type="dxa"/>
            <w:tcBorders>
              <w:top w:val="single" w:sz="4" w:space="0" w:color="auto"/>
              <w:bottom w:val="single" w:sz="4" w:space="0" w:color="auto"/>
            </w:tcBorders>
            <w:tcMar>
              <w:top w:w="55" w:type="dxa"/>
              <w:left w:w="75" w:type="dxa"/>
              <w:bottom w:w="55" w:type="dxa"/>
              <w:right w:w="75" w:type="dxa"/>
            </w:tcMar>
          </w:tcPr>
          <w:p w14:paraId="448A7081" w14:textId="77777777" w:rsidR="00923354" w:rsidRPr="008628DB" w:rsidRDefault="00000000" w:rsidP="008628DB">
            <w:pPr>
              <w:snapToGrid w:val="0"/>
              <w:spacing w:line="264" w:lineRule="auto"/>
              <w:jc w:val="center"/>
              <w:rPr>
                <w:sz w:val="15"/>
                <w:szCs w:val="15"/>
              </w:rPr>
            </w:pPr>
            <w:r w:rsidRPr="008628DB">
              <w:rPr>
                <w:b/>
                <w:sz w:val="15"/>
                <w:szCs w:val="15"/>
              </w:rPr>
              <w:t>FDR_BH</w:t>
            </w:r>
          </w:p>
        </w:tc>
      </w:tr>
      <w:tr w:rsidR="00923354" w:rsidRPr="008628DB" w14:paraId="2C690E3E" w14:textId="77777777" w:rsidTr="008628DB">
        <w:trPr>
          <w:cantSplit/>
          <w:jc w:val="center"/>
        </w:trPr>
        <w:tc>
          <w:tcPr>
            <w:tcW w:w="2811" w:type="dxa"/>
            <w:tcBorders>
              <w:top w:val="single" w:sz="4" w:space="0" w:color="auto"/>
            </w:tcBorders>
            <w:tcMar>
              <w:top w:w="55" w:type="dxa"/>
              <w:left w:w="75" w:type="dxa"/>
              <w:bottom w:w="55" w:type="dxa"/>
              <w:right w:w="75" w:type="dxa"/>
            </w:tcMar>
            <w:vAlign w:val="center"/>
          </w:tcPr>
          <w:p w14:paraId="50034899" w14:textId="77777777" w:rsidR="00923354" w:rsidRPr="008628DB" w:rsidRDefault="00000000" w:rsidP="008628DB">
            <w:pPr>
              <w:snapToGrid w:val="0"/>
              <w:spacing w:after="0" w:line="264" w:lineRule="auto"/>
              <w:jc w:val="center"/>
              <w:rPr>
                <w:sz w:val="15"/>
                <w:szCs w:val="15"/>
              </w:rPr>
            </w:pPr>
            <w:r w:rsidRPr="008628DB">
              <w:rPr>
                <w:sz w:val="15"/>
                <w:szCs w:val="15"/>
              </w:rPr>
              <w:t>GSE247185_GEOrecorded_CplusG_n9</w:t>
            </w:r>
          </w:p>
        </w:tc>
        <w:tc>
          <w:tcPr>
            <w:tcW w:w="3568" w:type="dxa"/>
            <w:tcBorders>
              <w:top w:val="single" w:sz="4" w:space="0" w:color="auto"/>
            </w:tcBorders>
            <w:tcMar>
              <w:top w:w="55" w:type="dxa"/>
              <w:left w:w="75" w:type="dxa"/>
              <w:bottom w:w="55" w:type="dxa"/>
              <w:right w:w="75" w:type="dxa"/>
            </w:tcMar>
            <w:vAlign w:val="center"/>
          </w:tcPr>
          <w:p w14:paraId="2905041A" w14:textId="77777777" w:rsidR="00923354" w:rsidRPr="008628DB" w:rsidRDefault="00000000" w:rsidP="008628DB">
            <w:pPr>
              <w:snapToGrid w:val="0"/>
              <w:spacing w:after="0" w:line="264" w:lineRule="auto"/>
              <w:jc w:val="center"/>
              <w:rPr>
                <w:sz w:val="15"/>
                <w:szCs w:val="15"/>
              </w:rPr>
            </w:pPr>
            <w:r w:rsidRPr="008628DB">
              <w:rPr>
                <w:sz w:val="15"/>
                <w:szCs w:val="15"/>
              </w:rPr>
              <w:t>E2F Targets</w:t>
            </w:r>
          </w:p>
        </w:tc>
        <w:tc>
          <w:tcPr>
            <w:tcW w:w="941" w:type="dxa"/>
            <w:tcBorders>
              <w:top w:val="single" w:sz="4" w:space="0" w:color="auto"/>
            </w:tcBorders>
            <w:tcMar>
              <w:top w:w="55" w:type="dxa"/>
              <w:left w:w="75" w:type="dxa"/>
              <w:bottom w:w="55" w:type="dxa"/>
              <w:right w:w="75" w:type="dxa"/>
            </w:tcMar>
            <w:vAlign w:val="center"/>
          </w:tcPr>
          <w:p w14:paraId="407B3036" w14:textId="77777777" w:rsidR="00923354" w:rsidRPr="008628DB" w:rsidRDefault="00000000" w:rsidP="008628DB">
            <w:pPr>
              <w:snapToGrid w:val="0"/>
              <w:spacing w:after="0" w:line="264" w:lineRule="auto"/>
              <w:jc w:val="center"/>
              <w:rPr>
                <w:sz w:val="15"/>
                <w:szCs w:val="15"/>
              </w:rPr>
            </w:pPr>
            <w:r w:rsidRPr="008628DB">
              <w:rPr>
                <w:sz w:val="15"/>
                <w:szCs w:val="15"/>
              </w:rPr>
              <w:t>195</w:t>
            </w:r>
          </w:p>
        </w:tc>
        <w:tc>
          <w:tcPr>
            <w:tcW w:w="2304" w:type="dxa"/>
            <w:tcBorders>
              <w:top w:val="single" w:sz="4" w:space="0" w:color="auto"/>
            </w:tcBorders>
            <w:tcMar>
              <w:top w:w="55" w:type="dxa"/>
              <w:left w:w="75" w:type="dxa"/>
              <w:bottom w:w="55" w:type="dxa"/>
              <w:right w:w="75" w:type="dxa"/>
            </w:tcMar>
            <w:vAlign w:val="center"/>
          </w:tcPr>
          <w:p w14:paraId="50F56E7E" w14:textId="77777777" w:rsidR="00923354" w:rsidRPr="008628DB" w:rsidRDefault="00000000" w:rsidP="008628DB">
            <w:pPr>
              <w:snapToGrid w:val="0"/>
              <w:spacing w:after="0" w:line="264" w:lineRule="auto"/>
              <w:jc w:val="center"/>
              <w:rPr>
                <w:sz w:val="15"/>
                <w:szCs w:val="15"/>
              </w:rPr>
            </w:pPr>
            <w:r w:rsidRPr="008628DB">
              <w:rPr>
                <w:sz w:val="15"/>
                <w:szCs w:val="15"/>
              </w:rPr>
              <w:t>-9.501647363203322</w:t>
            </w:r>
          </w:p>
        </w:tc>
        <w:tc>
          <w:tcPr>
            <w:tcW w:w="2316" w:type="dxa"/>
            <w:tcBorders>
              <w:top w:val="single" w:sz="4" w:space="0" w:color="auto"/>
            </w:tcBorders>
            <w:tcMar>
              <w:top w:w="55" w:type="dxa"/>
              <w:left w:w="75" w:type="dxa"/>
              <w:bottom w:w="55" w:type="dxa"/>
              <w:right w:w="75" w:type="dxa"/>
            </w:tcMar>
            <w:vAlign w:val="center"/>
          </w:tcPr>
          <w:p w14:paraId="729CC0AC" w14:textId="77777777" w:rsidR="00923354" w:rsidRPr="008628DB" w:rsidRDefault="00000000" w:rsidP="008628DB">
            <w:pPr>
              <w:snapToGrid w:val="0"/>
              <w:spacing w:after="0" w:line="264" w:lineRule="auto"/>
              <w:jc w:val="center"/>
              <w:rPr>
                <w:sz w:val="15"/>
                <w:szCs w:val="15"/>
              </w:rPr>
            </w:pPr>
            <w:r w:rsidRPr="008628DB">
              <w:rPr>
                <w:sz w:val="15"/>
                <w:szCs w:val="15"/>
              </w:rPr>
              <w:t>2.066095118563207e-21</w:t>
            </w:r>
          </w:p>
        </w:tc>
        <w:tc>
          <w:tcPr>
            <w:tcW w:w="2316" w:type="dxa"/>
            <w:tcBorders>
              <w:top w:val="single" w:sz="4" w:space="0" w:color="auto"/>
            </w:tcBorders>
            <w:tcMar>
              <w:top w:w="55" w:type="dxa"/>
              <w:left w:w="75" w:type="dxa"/>
              <w:bottom w:w="55" w:type="dxa"/>
              <w:right w:w="75" w:type="dxa"/>
            </w:tcMar>
            <w:vAlign w:val="center"/>
          </w:tcPr>
          <w:p w14:paraId="02986BB7" w14:textId="77777777" w:rsidR="00923354" w:rsidRPr="008628DB" w:rsidRDefault="00000000" w:rsidP="008628DB">
            <w:pPr>
              <w:snapToGrid w:val="0"/>
              <w:spacing w:after="0" w:line="264" w:lineRule="auto"/>
              <w:jc w:val="center"/>
              <w:rPr>
                <w:sz w:val="15"/>
                <w:szCs w:val="15"/>
              </w:rPr>
            </w:pPr>
            <w:r w:rsidRPr="008628DB">
              <w:rPr>
                <w:sz w:val="15"/>
                <w:szCs w:val="15"/>
              </w:rPr>
              <w:t>1.2913094491020044e-20</w:t>
            </w:r>
          </w:p>
        </w:tc>
      </w:tr>
      <w:tr w:rsidR="00923354" w:rsidRPr="008628DB" w14:paraId="3FDD9AF7" w14:textId="77777777" w:rsidTr="008628DB">
        <w:trPr>
          <w:cantSplit/>
          <w:jc w:val="center"/>
        </w:trPr>
        <w:tc>
          <w:tcPr>
            <w:tcW w:w="2811" w:type="dxa"/>
            <w:tcMar>
              <w:top w:w="55" w:type="dxa"/>
              <w:left w:w="75" w:type="dxa"/>
              <w:bottom w:w="55" w:type="dxa"/>
              <w:right w:w="75" w:type="dxa"/>
            </w:tcMar>
            <w:vAlign w:val="center"/>
          </w:tcPr>
          <w:p w14:paraId="5554344B" w14:textId="77777777" w:rsidR="00923354" w:rsidRPr="008628DB" w:rsidRDefault="00000000" w:rsidP="008628DB">
            <w:pPr>
              <w:snapToGrid w:val="0"/>
              <w:spacing w:after="0" w:line="264" w:lineRule="auto"/>
              <w:jc w:val="center"/>
              <w:rPr>
                <w:sz w:val="15"/>
                <w:szCs w:val="15"/>
              </w:rPr>
            </w:pPr>
            <w:r w:rsidRPr="008628DB">
              <w:rPr>
                <w:sz w:val="15"/>
                <w:szCs w:val="15"/>
              </w:rPr>
              <w:t>GSE247185_all_n13</w:t>
            </w:r>
          </w:p>
        </w:tc>
        <w:tc>
          <w:tcPr>
            <w:tcW w:w="3568" w:type="dxa"/>
            <w:tcMar>
              <w:top w:w="55" w:type="dxa"/>
              <w:left w:w="75" w:type="dxa"/>
              <w:bottom w:w="55" w:type="dxa"/>
              <w:right w:w="75" w:type="dxa"/>
            </w:tcMar>
            <w:vAlign w:val="center"/>
          </w:tcPr>
          <w:p w14:paraId="1A6714F0" w14:textId="77777777" w:rsidR="00923354" w:rsidRPr="008628DB" w:rsidRDefault="00000000" w:rsidP="008628DB">
            <w:pPr>
              <w:snapToGrid w:val="0"/>
              <w:spacing w:after="0" w:line="264" w:lineRule="auto"/>
              <w:jc w:val="center"/>
              <w:rPr>
                <w:sz w:val="15"/>
                <w:szCs w:val="15"/>
              </w:rPr>
            </w:pPr>
            <w:r w:rsidRPr="008628DB">
              <w:rPr>
                <w:sz w:val="15"/>
                <w:szCs w:val="15"/>
              </w:rPr>
              <w:t>E2F Targets</w:t>
            </w:r>
          </w:p>
        </w:tc>
        <w:tc>
          <w:tcPr>
            <w:tcW w:w="941" w:type="dxa"/>
            <w:tcMar>
              <w:top w:w="55" w:type="dxa"/>
              <w:left w:w="75" w:type="dxa"/>
              <w:bottom w:w="55" w:type="dxa"/>
              <w:right w:w="75" w:type="dxa"/>
            </w:tcMar>
            <w:vAlign w:val="center"/>
          </w:tcPr>
          <w:p w14:paraId="7F9B000B" w14:textId="77777777" w:rsidR="00923354" w:rsidRPr="008628DB" w:rsidRDefault="00000000" w:rsidP="008628DB">
            <w:pPr>
              <w:snapToGrid w:val="0"/>
              <w:spacing w:after="0" w:line="264" w:lineRule="auto"/>
              <w:jc w:val="center"/>
              <w:rPr>
                <w:sz w:val="15"/>
                <w:szCs w:val="15"/>
              </w:rPr>
            </w:pPr>
            <w:r w:rsidRPr="008628DB">
              <w:rPr>
                <w:sz w:val="15"/>
                <w:szCs w:val="15"/>
              </w:rPr>
              <w:t>195</w:t>
            </w:r>
          </w:p>
        </w:tc>
        <w:tc>
          <w:tcPr>
            <w:tcW w:w="2304" w:type="dxa"/>
            <w:tcMar>
              <w:top w:w="55" w:type="dxa"/>
              <w:left w:w="75" w:type="dxa"/>
              <w:bottom w:w="55" w:type="dxa"/>
              <w:right w:w="75" w:type="dxa"/>
            </w:tcMar>
            <w:vAlign w:val="center"/>
          </w:tcPr>
          <w:p w14:paraId="785DA36C" w14:textId="77777777" w:rsidR="00923354" w:rsidRPr="008628DB" w:rsidRDefault="00000000" w:rsidP="008628DB">
            <w:pPr>
              <w:snapToGrid w:val="0"/>
              <w:spacing w:after="0" w:line="264" w:lineRule="auto"/>
              <w:jc w:val="center"/>
              <w:rPr>
                <w:sz w:val="15"/>
                <w:szCs w:val="15"/>
              </w:rPr>
            </w:pPr>
            <w:r w:rsidRPr="008628DB">
              <w:rPr>
                <w:sz w:val="15"/>
                <w:szCs w:val="15"/>
              </w:rPr>
              <w:t>-12.25865904553927</w:t>
            </w:r>
          </w:p>
        </w:tc>
        <w:tc>
          <w:tcPr>
            <w:tcW w:w="2316" w:type="dxa"/>
            <w:tcMar>
              <w:top w:w="55" w:type="dxa"/>
              <w:left w:w="75" w:type="dxa"/>
              <w:bottom w:w="55" w:type="dxa"/>
              <w:right w:w="75" w:type="dxa"/>
            </w:tcMar>
            <w:vAlign w:val="center"/>
          </w:tcPr>
          <w:p w14:paraId="3B5368FC" w14:textId="77777777" w:rsidR="00923354" w:rsidRPr="008628DB" w:rsidRDefault="00000000" w:rsidP="008628DB">
            <w:pPr>
              <w:snapToGrid w:val="0"/>
              <w:spacing w:after="0" w:line="264" w:lineRule="auto"/>
              <w:jc w:val="center"/>
              <w:rPr>
                <w:sz w:val="15"/>
                <w:szCs w:val="15"/>
              </w:rPr>
            </w:pPr>
            <w:r w:rsidRPr="008628DB">
              <w:rPr>
                <w:sz w:val="15"/>
                <w:szCs w:val="15"/>
              </w:rPr>
              <w:t>1.5099051246776175e-34</w:t>
            </w:r>
          </w:p>
        </w:tc>
        <w:tc>
          <w:tcPr>
            <w:tcW w:w="2316" w:type="dxa"/>
            <w:tcMar>
              <w:top w:w="55" w:type="dxa"/>
              <w:left w:w="75" w:type="dxa"/>
              <w:bottom w:w="55" w:type="dxa"/>
              <w:right w:w="75" w:type="dxa"/>
            </w:tcMar>
            <w:vAlign w:val="center"/>
          </w:tcPr>
          <w:p w14:paraId="09EF640A" w14:textId="77777777" w:rsidR="00923354" w:rsidRPr="008628DB" w:rsidRDefault="00000000" w:rsidP="008628DB">
            <w:pPr>
              <w:snapToGrid w:val="0"/>
              <w:spacing w:after="0" w:line="264" w:lineRule="auto"/>
              <w:jc w:val="center"/>
              <w:rPr>
                <w:sz w:val="15"/>
                <w:szCs w:val="15"/>
              </w:rPr>
            </w:pPr>
            <w:r w:rsidRPr="008628DB">
              <w:rPr>
                <w:sz w:val="15"/>
                <w:szCs w:val="15"/>
              </w:rPr>
              <w:t>3.774762811694044e-33</w:t>
            </w:r>
          </w:p>
        </w:tc>
      </w:tr>
      <w:tr w:rsidR="00923354" w:rsidRPr="008628DB" w14:paraId="3107E754" w14:textId="77777777" w:rsidTr="008628DB">
        <w:trPr>
          <w:cantSplit/>
          <w:jc w:val="center"/>
        </w:trPr>
        <w:tc>
          <w:tcPr>
            <w:tcW w:w="2811" w:type="dxa"/>
            <w:tcMar>
              <w:top w:w="55" w:type="dxa"/>
              <w:left w:w="75" w:type="dxa"/>
              <w:bottom w:w="55" w:type="dxa"/>
              <w:right w:w="75" w:type="dxa"/>
            </w:tcMar>
            <w:vAlign w:val="center"/>
          </w:tcPr>
          <w:p w14:paraId="338ECC93" w14:textId="77777777" w:rsidR="00923354" w:rsidRPr="008628DB" w:rsidRDefault="00000000" w:rsidP="008628DB">
            <w:pPr>
              <w:snapToGrid w:val="0"/>
              <w:spacing w:after="0" w:line="264" w:lineRule="auto"/>
              <w:jc w:val="center"/>
              <w:rPr>
                <w:sz w:val="15"/>
                <w:szCs w:val="15"/>
              </w:rPr>
            </w:pPr>
            <w:r w:rsidRPr="008628DB">
              <w:rPr>
                <w:sz w:val="15"/>
                <w:szCs w:val="15"/>
              </w:rPr>
              <w:t>GSE247185_GEOrecorded_CplusG_n9</w:t>
            </w:r>
          </w:p>
        </w:tc>
        <w:tc>
          <w:tcPr>
            <w:tcW w:w="3568" w:type="dxa"/>
            <w:tcMar>
              <w:top w:w="55" w:type="dxa"/>
              <w:left w:w="75" w:type="dxa"/>
              <w:bottom w:w="55" w:type="dxa"/>
              <w:right w:w="75" w:type="dxa"/>
            </w:tcMar>
            <w:vAlign w:val="center"/>
          </w:tcPr>
          <w:p w14:paraId="084AEAE3" w14:textId="77777777" w:rsidR="00923354" w:rsidRPr="008628DB" w:rsidRDefault="00000000" w:rsidP="008628DB">
            <w:pPr>
              <w:snapToGrid w:val="0"/>
              <w:spacing w:after="0" w:line="264" w:lineRule="auto"/>
              <w:jc w:val="center"/>
              <w:rPr>
                <w:sz w:val="15"/>
                <w:szCs w:val="15"/>
              </w:rPr>
            </w:pPr>
            <w:r w:rsidRPr="008628DB">
              <w:rPr>
                <w:sz w:val="15"/>
                <w:szCs w:val="15"/>
              </w:rPr>
              <w:t>Epithelial Mesenchymal Transition</w:t>
            </w:r>
          </w:p>
        </w:tc>
        <w:tc>
          <w:tcPr>
            <w:tcW w:w="941" w:type="dxa"/>
            <w:tcMar>
              <w:top w:w="55" w:type="dxa"/>
              <w:left w:w="75" w:type="dxa"/>
              <w:bottom w:w="55" w:type="dxa"/>
              <w:right w:w="75" w:type="dxa"/>
            </w:tcMar>
            <w:vAlign w:val="center"/>
          </w:tcPr>
          <w:p w14:paraId="3D21C4E1" w14:textId="77777777" w:rsidR="00923354" w:rsidRPr="008628DB" w:rsidRDefault="00000000" w:rsidP="008628DB">
            <w:pPr>
              <w:snapToGrid w:val="0"/>
              <w:spacing w:after="0" w:line="264" w:lineRule="auto"/>
              <w:jc w:val="center"/>
              <w:rPr>
                <w:sz w:val="15"/>
                <w:szCs w:val="15"/>
              </w:rPr>
            </w:pPr>
            <w:r w:rsidRPr="008628DB">
              <w:rPr>
                <w:sz w:val="15"/>
                <w:szCs w:val="15"/>
              </w:rPr>
              <w:t>193</w:t>
            </w:r>
          </w:p>
        </w:tc>
        <w:tc>
          <w:tcPr>
            <w:tcW w:w="2304" w:type="dxa"/>
            <w:tcMar>
              <w:top w:w="55" w:type="dxa"/>
              <w:left w:w="75" w:type="dxa"/>
              <w:bottom w:w="55" w:type="dxa"/>
              <w:right w:w="75" w:type="dxa"/>
            </w:tcMar>
            <w:vAlign w:val="center"/>
          </w:tcPr>
          <w:p w14:paraId="538AD157" w14:textId="77777777" w:rsidR="00923354" w:rsidRPr="008628DB" w:rsidRDefault="00000000" w:rsidP="008628DB">
            <w:pPr>
              <w:snapToGrid w:val="0"/>
              <w:spacing w:after="0" w:line="264" w:lineRule="auto"/>
              <w:jc w:val="center"/>
              <w:rPr>
                <w:sz w:val="15"/>
                <w:szCs w:val="15"/>
              </w:rPr>
            </w:pPr>
            <w:r w:rsidRPr="008628DB">
              <w:rPr>
                <w:sz w:val="15"/>
                <w:szCs w:val="15"/>
              </w:rPr>
              <w:t>10.792751193133007</w:t>
            </w:r>
          </w:p>
        </w:tc>
        <w:tc>
          <w:tcPr>
            <w:tcW w:w="2316" w:type="dxa"/>
            <w:tcMar>
              <w:top w:w="55" w:type="dxa"/>
              <w:left w:w="75" w:type="dxa"/>
              <w:bottom w:w="55" w:type="dxa"/>
              <w:right w:w="75" w:type="dxa"/>
            </w:tcMar>
            <w:vAlign w:val="center"/>
          </w:tcPr>
          <w:p w14:paraId="0F8DDC23" w14:textId="77777777" w:rsidR="00923354" w:rsidRPr="008628DB" w:rsidRDefault="00000000" w:rsidP="008628DB">
            <w:pPr>
              <w:snapToGrid w:val="0"/>
              <w:spacing w:after="0" w:line="264" w:lineRule="auto"/>
              <w:jc w:val="center"/>
              <w:rPr>
                <w:sz w:val="15"/>
                <w:szCs w:val="15"/>
              </w:rPr>
            </w:pPr>
            <w:r w:rsidRPr="008628DB">
              <w:rPr>
                <w:sz w:val="15"/>
                <w:szCs w:val="15"/>
              </w:rPr>
              <w:t>3.724975036974538e-27</w:t>
            </w:r>
          </w:p>
        </w:tc>
        <w:tc>
          <w:tcPr>
            <w:tcW w:w="2316" w:type="dxa"/>
            <w:tcMar>
              <w:top w:w="55" w:type="dxa"/>
              <w:left w:w="75" w:type="dxa"/>
              <w:bottom w:w="55" w:type="dxa"/>
              <w:right w:w="75" w:type="dxa"/>
            </w:tcMar>
            <w:vAlign w:val="center"/>
          </w:tcPr>
          <w:p w14:paraId="5042E2E9" w14:textId="77777777" w:rsidR="00923354" w:rsidRPr="008628DB" w:rsidRDefault="00000000" w:rsidP="008628DB">
            <w:pPr>
              <w:snapToGrid w:val="0"/>
              <w:spacing w:after="0" w:line="264" w:lineRule="auto"/>
              <w:jc w:val="center"/>
              <w:rPr>
                <w:sz w:val="15"/>
                <w:szCs w:val="15"/>
              </w:rPr>
            </w:pPr>
            <w:r w:rsidRPr="008628DB">
              <w:rPr>
                <w:sz w:val="15"/>
                <w:szCs w:val="15"/>
              </w:rPr>
              <w:t>3.104145864145448e-26</w:t>
            </w:r>
          </w:p>
        </w:tc>
      </w:tr>
      <w:tr w:rsidR="00923354" w:rsidRPr="008628DB" w14:paraId="00776682" w14:textId="77777777" w:rsidTr="008628DB">
        <w:trPr>
          <w:cantSplit/>
          <w:jc w:val="center"/>
        </w:trPr>
        <w:tc>
          <w:tcPr>
            <w:tcW w:w="2811" w:type="dxa"/>
            <w:tcMar>
              <w:top w:w="55" w:type="dxa"/>
              <w:left w:w="75" w:type="dxa"/>
              <w:bottom w:w="55" w:type="dxa"/>
              <w:right w:w="75" w:type="dxa"/>
            </w:tcMar>
            <w:vAlign w:val="center"/>
          </w:tcPr>
          <w:p w14:paraId="17423D76" w14:textId="77777777" w:rsidR="00923354" w:rsidRPr="008628DB" w:rsidRDefault="00000000" w:rsidP="008628DB">
            <w:pPr>
              <w:snapToGrid w:val="0"/>
              <w:spacing w:after="0" w:line="264" w:lineRule="auto"/>
              <w:jc w:val="center"/>
              <w:rPr>
                <w:sz w:val="15"/>
                <w:szCs w:val="15"/>
              </w:rPr>
            </w:pPr>
            <w:r w:rsidRPr="008628DB">
              <w:rPr>
                <w:sz w:val="15"/>
                <w:szCs w:val="15"/>
              </w:rPr>
              <w:t>GSE247185_all_n13</w:t>
            </w:r>
          </w:p>
        </w:tc>
        <w:tc>
          <w:tcPr>
            <w:tcW w:w="3568" w:type="dxa"/>
            <w:tcMar>
              <w:top w:w="55" w:type="dxa"/>
              <w:left w:w="75" w:type="dxa"/>
              <w:bottom w:w="55" w:type="dxa"/>
              <w:right w:w="75" w:type="dxa"/>
            </w:tcMar>
            <w:vAlign w:val="center"/>
          </w:tcPr>
          <w:p w14:paraId="633C9754" w14:textId="77777777" w:rsidR="00923354" w:rsidRPr="008628DB" w:rsidRDefault="00000000" w:rsidP="008628DB">
            <w:pPr>
              <w:snapToGrid w:val="0"/>
              <w:spacing w:after="0" w:line="264" w:lineRule="auto"/>
              <w:jc w:val="center"/>
              <w:rPr>
                <w:sz w:val="15"/>
                <w:szCs w:val="15"/>
              </w:rPr>
            </w:pPr>
            <w:r w:rsidRPr="008628DB">
              <w:rPr>
                <w:sz w:val="15"/>
                <w:szCs w:val="15"/>
              </w:rPr>
              <w:t>Epithelial Mesenchymal Transition</w:t>
            </w:r>
          </w:p>
        </w:tc>
        <w:tc>
          <w:tcPr>
            <w:tcW w:w="941" w:type="dxa"/>
            <w:tcMar>
              <w:top w:w="55" w:type="dxa"/>
              <w:left w:w="75" w:type="dxa"/>
              <w:bottom w:w="55" w:type="dxa"/>
              <w:right w:w="75" w:type="dxa"/>
            </w:tcMar>
            <w:vAlign w:val="center"/>
          </w:tcPr>
          <w:p w14:paraId="26866BF3" w14:textId="77777777" w:rsidR="00923354" w:rsidRPr="008628DB" w:rsidRDefault="00000000" w:rsidP="008628DB">
            <w:pPr>
              <w:snapToGrid w:val="0"/>
              <w:spacing w:after="0" w:line="264" w:lineRule="auto"/>
              <w:jc w:val="center"/>
              <w:rPr>
                <w:sz w:val="15"/>
                <w:szCs w:val="15"/>
              </w:rPr>
            </w:pPr>
            <w:r w:rsidRPr="008628DB">
              <w:rPr>
                <w:sz w:val="15"/>
                <w:szCs w:val="15"/>
              </w:rPr>
              <w:t>193</w:t>
            </w:r>
          </w:p>
        </w:tc>
        <w:tc>
          <w:tcPr>
            <w:tcW w:w="2304" w:type="dxa"/>
            <w:tcMar>
              <w:top w:w="55" w:type="dxa"/>
              <w:left w:w="75" w:type="dxa"/>
              <w:bottom w:w="55" w:type="dxa"/>
              <w:right w:w="75" w:type="dxa"/>
            </w:tcMar>
            <w:vAlign w:val="center"/>
          </w:tcPr>
          <w:p w14:paraId="0DE81B7A" w14:textId="77777777" w:rsidR="00923354" w:rsidRPr="008628DB" w:rsidRDefault="00000000" w:rsidP="008628DB">
            <w:pPr>
              <w:snapToGrid w:val="0"/>
              <w:spacing w:after="0" w:line="264" w:lineRule="auto"/>
              <w:jc w:val="center"/>
              <w:rPr>
                <w:sz w:val="15"/>
                <w:szCs w:val="15"/>
              </w:rPr>
            </w:pPr>
            <w:r w:rsidRPr="008628DB">
              <w:rPr>
                <w:sz w:val="15"/>
                <w:szCs w:val="15"/>
              </w:rPr>
              <w:t>5.047792953277517</w:t>
            </w:r>
          </w:p>
        </w:tc>
        <w:tc>
          <w:tcPr>
            <w:tcW w:w="2316" w:type="dxa"/>
            <w:tcMar>
              <w:top w:w="55" w:type="dxa"/>
              <w:left w:w="75" w:type="dxa"/>
              <w:bottom w:w="55" w:type="dxa"/>
              <w:right w:w="75" w:type="dxa"/>
            </w:tcMar>
            <w:vAlign w:val="center"/>
          </w:tcPr>
          <w:p w14:paraId="1C72D4C4" w14:textId="77777777" w:rsidR="00923354" w:rsidRPr="008628DB" w:rsidRDefault="00000000" w:rsidP="008628DB">
            <w:pPr>
              <w:snapToGrid w:val="0"/>
              <w:spacing w:after="0" w:line="264" w:lineRule="auto"/>
              <w:jc w:val="center"/>
              <w:rPr>
                <w:sz w:val="15"/>
                <w:szCs w:val="15"/>
              </w:rPr>
            </w:pPr>
            <w:r w:rsidRPr="008628DB">
              <w:rPr>
                <w:sz w:val="15"/>
                <w:szCs w:val="15"/>
              </w:rPr>
              <w:t>4.469594303750361e-07</w:t>
            </w:r>
          </w:p>
        </w:tc>
        <w:tc>
          <w:tcPr>
            <w:tcW w:w="2316" w:type="dxa"/>
            <w:tcMar>
              <w:top w:w="55" w:type="dxa"/>
              <w:left w:w="75" w:type="dxa"/>
              <w:bottom w:w="55" w:type="dxa"/>
              <w:right w:w="75" w:type="dxa"/>
            </w:tcMar>
            <w:vAlign w:val="center"/>
          </w:tcPr>
          <w:p w14:paraId="7C591494" w14:textId="77777777" w:rsidR="00923354" w:rsidRPr="008628DB" w:rsidRDefault="00000000" w:rsidP="008628DB">
            <w:pPr>
              <w:snapToGrid w:val="0"/>
              <w:spacing w:after="0" w:line="264" w:lineRule="auto"/>
              <w:jc w:val="center"/>
              <w:rPr>
                <w:sz w:val="15"/>
                <w:szCs w:val="15"/>
              </w:rPr>
            </w:pPr>
            <w:r w:rsidRPr="008628DB">
              <w:rPr>
                <w:sz w:val="15"/>
                <w:szCs w:val="15"/>
              </w:rPr>
              <w:t>1.5962836799108432e-06</w:t>
            </w:r>
          </w:p>
        </w:tc>
      </w:tr>
      <w:tr w:rsidR="00923354" w:rsidRPr="008628DB" w14:paraId="144B4458" w14:textId="77777777" w:rsidTr="008628DB">
        <w:trPr>
          <w:cantSplit/>
          <w:jc w:val="center"/>
        </w:trPr>
        <w:tc>
          <w:tcPr>
            <w:tcW w:w="2811" w:type="dxa"/>
            <w:tcMar>
              <w:top w:w="55" w:type="dxa"/>
              <w:left w:w="75" w:type="dxa"/>
              <w:bottom w:w="55" w:type="dxa"/>
              <w:right w:w="75" w:type="dxa"/>
            </w:tcMar>
            <w:vAlign w:val="center"/>
          </w:tcPr>
          <w:p w14:paraId="7FA43C8D" w14:textId="77777777" w:rsidR="00923354" w:rsidRPr="008628DB" w:rsidRDefault="00000000" w:rsidP="008628DB">
            <w:pPr>
              <w:snapToGrid w:val="0"/>
              <w:spacing w:after="0" w:line="264" w:lineRule="auto"/>
              <w:jc w:val="center"/>
              <w:rPr>
                <w:sz w:val="15"/>
                <w:szCs w:val="15"/>
              </w:rPr>
            </w:pPr>
            <w:r w:rsidRPr="008628DB">
              <w:rPr>
                <w:sz w:val="15"/>
                <w:szCs w:val="15"/>
              </w:rPr>
              <w:t>GSE247185_GEOrecorded_CplusG_n9</w:t>
            </w:r>
          </w:p>
        </w:tc>
        <w:tc>
          <w:tcPr>
            <w:tcW w:w="3568" w:type="dxa"/>
            <w:tcMar>
              <w:top w:w="55" w:type="dxa"/>
              <w:left w:w="75" w:type="dxa"/>
              <w:bottom w:w="55" w:type="dxa"/>
              <w:right w:w="75" w:type="dxa"/>
            </w:tcMar>
            <w:vAlign w:val="center"/>
          </w:tcPr>
          <w:p w14:paraId="5AB3D752" w14:textId="77777777" w:rsidR="00923354" w:rsidRPr="008628DB" w:rsidRDefault="00000000" w:rsidP="008628DB">
            <w:pPr>
              <w:snapToGrid w:val="0"/>
              <w:spacing w:after="0" w:line="264" w:lineRule="auto"/>
              <w:jc w:val="center"/>
              <w:rPr>
                <w:sz w:val="15"/>
                <w:szCs w:val="15"/>
              </w:rPr>
            </w:pPr>
            <w:r w:rsidRPr="008628DB">
              <w:rPr>
                <w:sz w:val="15"/>
                <w:szCs w:val="15"/>
              </w:rPr>
              <w:t>IL-6/JAK/STAT3 Signaling</w:t>
            </w:r>
          </w:p>
        </w:tc>
        <w:tc>
          <w:tcPr>
            <w:tcW w:w="941" w:type="dxa"/>
            <w:tcMar>
              <w:top w:w="55" w:type="dxa"/>
              <w:left w:w="75" w:type="dxa"/>
              <w:bottom w:w="55" w:type="dxa"/>
              <w:right w:w="75" w:type="dxa"/>
            </w:tcMar>
            <w:vAlign w:val="center"/>
          </w:tcPr>
          <w:p w14:paraId="405851F6" w14:textId="77777777" w:rsidR="00923354" w:rsidRPr="008628DB" w:rsidRDefault="00000000" w:rsidP="008628DB">
            <w:pPr>
              <w:snapToGrid w:val="0"/>
              <w:spacing w:after="0" w:line="264" w:lineRule="auto"/>
              <w:jc w:val="center"/>
              <w:rPr>
                <w:sz w:val="15"/>
                <w:szCs w:val="15"/>
              </w:rPr>
            </w:pPr>
            <w:r w:rsidRPr="008628DB">
              <w:rPr>
                <w:sz w:val="15"/>
                <w:szCs w:val="15"/>
              </w:rPr>
              <w:t>82</w:t>
            </w:r>
          </w:p>
        </w:tc>
        <w:tc>
          <w:tcPr>
            <w:tcW w:w="2304" w:type="dxa"/>
            <w:tcMar>
              <w:top w:w="55" w:type="dxa"/>
              <w:left w:w="75" w:type="dxa"/>
              <w:bottom w:w="55" w:type="dxa"/>
              <w:right w:w="75" w:type="dxa"/>
            </w:tcMar>
            <w:vAlign w:val="center"/>
          </w:tcPr>
          <w:p w14:paraId="174D16CC" w14:textId="77777777" w:rsidR="00923354" w:rsidRPr="008628DB" w:rsidRDefault="00000000" w:rsidP="008628DB">
            <w:pPr>
              <w:snapToGrid w:val="0"/>
              <w:spacing w:after="0" w:line="264" w:lineRule="auto"/>
              <w:jc w:val="center"/>
              <w:rPr>
                <w:sz w:val="15"/>
                <w:szCs w:val="15"/>
              </w:rPr>
            </w:pPr>
            <w:r w:rsidRPr="008628DB">
              <w:rPr>
                <w:sz w:val="15"/>
                <w:szCs w:val="15"/>
              </w:rPr>
              <w:t>7.577573218166987</w:t>
            </w:r>
          </w:p>
        </w:tc>
        <w:tc>
          <w:tcPr>
            <w:tcW w:w="2316" w:type="dxa"/>
            <w:tcMar>
              <w:top w:w="55" w:type="dxa"/>
              <w:left w:w="75" w:type="dxa"/>
              <w:bottom w:w="55" w:type="dxa"/>
              <w:right w:w="75" w:type="dxa"/>
            </w:tcMar>
            <w:vAlign w:val="center"/>
          </w:tcPr>
          <w:p w14:paraId="03704E14" w14:textId="77777777" w:rsidR="00923354" w:rsidRPr="008628DB" w:rsidRDefault="00000000" w:rsidP="008628DB">
            <w:pPr>
              <w:snapToGrid w:val="0"/>
              <w:spacing w:after="0" w:line="264" w:lineRule="auto"/>
              <w:jc w:val="center"/>
              <w:rPr>
                <w:sz w:val="15"/>
                <w:szCs w:val="15"/>
              </w:rPr>
            </w:pPr>
            <w:r w:rsidRPr="008628DB">
              <w:rPr>
                <w:sz w:val="15"/>
                <w:szCs w:val="15"/>
              </w:rPr>
              <w:t>3.521072641485773e-14</w:t>
            </w:r>
          </w:p>
        </w:tc>
        <w:tc>
          <w:tcPr>
            <w:tcW w:w="2316" w:type="dxa"/>
            <w:tcMar>
              <w:top w:w="55" w:type="dxa"/>
              <w:left w:w="75" w:type="dxa"/>
              <w:bottom w:w="55" w:type="dxa"/>
              <w:right w:w="75" w:type="dxa"/>
            </w:tcMar>
            <w:vAlign w:val="center"/>
          </w:tcPr>
          <w:p w14:paraId="06701110" w14:textId="77777777" w:rsidR="00923354" w:rsidRPr="008628DB" w:rsidRDefault="00000000" w:rsidP="008628DB">
            <w:pPr>
              <w:snapToGrid w:val="0"/>
              <w:spacing w:after="0" w:line="264" w:lineRule="auto"/>
              <w:jc w:val="center"/>
              <w:rPr>
                <w:sz w:val="15"/>
                <w:szCs w:val="15"/>
              </w:rPr>
            </w:pPr>
            <w:r w:rsidRPr="008628DB">
              <w:rPr>
                <w:sz w:val="15"/>
                <w:szCs w:val="15"/>
              </w:rPr>
              <w:t>1.4671136006190722e-13</w:t>
            </w:r>
          </w:p>
        </w:tc>
      </w:tr>
      <w:tr w:rsidR="00923354" w:rsidRPr="008628DB" w14:paraId="1E36377A" w14:textId="77777777" w:rsidTr="008628DB">
        <w:trPr>
          <w:cantSplit/>
          <w:jc w:val="center"/>
        </w:trPr>
        <w:tc>
          <w:tcPr>
            <w:tcW w:w="2811" w:type="dxa"/>
            <w:tcMar>
              <w:top w:w="55" w:type="dxa"/>
              <w:left w:w="75" w:type="dxa"/>
              <w:bottom w:w="55" w:type="dxa"/>
              <w:right w:w="75" w:type="dxa"/>
            </w:tcMar>
            <w:vAlign w:val="center"/>
          </w:tcPr>
          <w:p w14:paraId="268999EB" w14:textId="77777777" w:rsidR="00923354" w:rsidRPr="008628DB" w:rsidRDefault="00000000" w:rsidP="008628DB">
            <w:pPr>
              <w:snapToGrid w:val="0"/>
              <w:spacing w:after="0" w:line="264" w:lineRule="auto"/>
              <w:jc w:val="center"/>
              <w:rPr>
                <w:sz w:val="15"/>
                <w:szCs w:val="15"/>
              </w:rPr>
            </w:pPr>
            <w:r w:rsidRPr="008628DB">
              <w:rPr>
                <w:sz w:val="15"/>
                <w:szCs w:val="15"/>
              </w:rPr>
              <w:t>GSE247185_all_n13</w:t>
            </w:r>
          </w:p>
        </w:tc>
        <w:tc>
          <w:tcPr>
            <w:tcW w:w="3568" w:type="dxa"/>
            <w:tcMar>
              <w:top w:w="55" w:type="dxa"/>
              <w:left w:w="75" w:type="dxa"/>
              <w:bottom w:w="55" w:type="dxa"/>
              <w:right w:w="75" w:type="dxa"/>
            </w:tcMar>
            <w:vAlign w:val="center"/>
          </w:tcPr>
          <w:p w14:paraId="07E29DD2" w14:textId="77777777" w:rsidR="00923354" w:rsidRPr="008628DB" w:rsidRDefault="00000000" w:rsidP="008628DB">
            <w:pPr>
              <w:snapToGrid w:val="0"/>
              <w:spacing w:after="0" w:line="264" w:lineRule="auto"/>
              <w:jc w:val="center"/>
              <w:rPr>
                <w:sz w:val="15"/>
                <w:szCs w:val="15"/>
              </w:rPr>
            </w:pPr>
            <w:r w:rsidRPr="008628DB">
              <w:rPr>
                <w:sz w:val="15"/>
                <w:szCs w:val="15"/>
              </w:rPr>
              <w:t>IL-6/JAK/STAT3 Signaling</w:t>
            </w:r>
          </w:p>
        </w:tc>
        <w:tc>
          <w:tcPr>
            <w:tcW w:w="941" w:type="dxa"/>
            <w:tcMar>
              <w:top w:w="55" w:type="dxa"/>
              <w:left w:w="75" w:type="dxa"/>
              <w:bottom w:w="55" w:type="dxa"/>
              <w:right w:w="75" w:type="dxa"/>
            </w:tcMar>
            <w:vAlign w:val="center"/>
          </w:tcPr>
          <w:p w14:paraId="1BCD45C7" w14:textId="77777777" w:rsidR="00923354" w:rsidRPr="008628DB" w:rsidRDefault="00000000" w:rsidP="008628DB">
            <w:pPr>
              <w:snapToGrid w:val="0"/>
              <w:spacing w:after="0" w:line="264" w:lineRule="auto"/>
              <w:jc w:val="center"/>
              <w:rPr>
                <w:sz w:val="15"/>
                <w:szCs w:val="15"/>
              </w:rPr>
            </w:pPr>
            <w:r w:rsidRPr="008628DB">
              <w:rPr>
                <w:sz w:val="15"/>
                <w:szCs w:val="15"/>
              </w:rPr>
              <w:t>82</w:t>
            </w:r>
          </w:p>
        </w:tc>
        <w:tc>
          <w:tcPr>
            <w:tcW w:w="2304" w:type="dxa"/>
            <w:tcMar>
              <w:top w:w="55" w:type="dxa"/>
              <w:left w:w="75" w:type="dxa"/>
              <w:bottom w:w="55" w:type="dxa"/>
              <w:right w:w="75" w:type="dxa"/>
            </w:tcMar>
            <w:vAlign w:val="center"/>
          </w:tcPr>
          <w:p w14:paraId="2CFA9785" w14:textId="77777777" w:rsidR="00923354" w:rsidRPr="008628DB" w:rsidRDefault="00000000" w:rsidP="008628DB">
            <w:pPr>
              <w:snapToGrid w:val="0"/>
              <w:spacing w:after="0" w:line="264" w:lineRule="auto"/>
              <w:jc w:val="center"/>
              <w:rPr>
                <w:sz w:val="15"/>
                <w:szCs w:val="15"/>
              </w:rPr>
            </w:pPr>
            <w:r w:rsidRPr="008628DB">
              <w:rPr>
                <w:sz w:val="15"/>
                <w:szCs w:val="15"/>
              </w:rPr>
              <w:t>5.66427277112783</w:t>
            </w:r>
          </w:p>
        </w:tc>
        <w:tc>
          <w:tcPr>
            <w:tcW w:w="2316" w:type="dxa"/>
            <w:tcMar>
              <w:top w:w="55" w:type="dxa"/>
              <w:left w:w="75" w:type="dxa"/>
              <w:bottom w:w="55" w:type="dxa"/>
              <w:right w:w="75" w:type="dxa"/>
            </w:tcMar>
            <w:vAlign w:val="center"/>
          </w:tcPr>
          <w:p w14:paraId="249393F2" w14:textId="77777777" w:rsidR="00923354" w:rsidRPr="008628DB" w:rsidRDefault="00000000" w:rsidP="008628DB">
            <w:pPr>
              <w:snapToGrid w:val="0"/>
              <w:spacing w:after="0" w:line="264" w:lineRule="auto"/>
              <w:jc w:val="center"/>
              <w:rPr>
                <w:sz w:val="15"/>
                <w:szCs w:val="15"/>
              </w:rPr>
            </w:pPr>
            <w:r w:rsidRPr="008628DB">
              <w:rPr>
                <w:sz w:val="15"/>
                <w:szCs w:val="15"/>
              </w:rPr>
              <w:t>1.4765855677581541e-08</w:t>
            </w:r>
          </w:p>
        </w:tc>
        <w:tc>
          <w:tcPr>
            <w:tcW w:w="2316" w:type="dxa"/>
            <w:tcMar>
              <w:top w:w="55" w:type="dxa"/>
              <w:left w:w="75" w:type="dxa"/>
              <w:bottom w:w="55" w:type="dxa"/>
              <w:right w:w="75" w:type="dxa"/>
            </w:tcMar>
            <w:vAlign w:val="center"/>
          </w:tcPr>
          <w:p w14:paraId="4C9F8175" w14:textId="77777777" w:rsidR="00923354" w:rsidRPr="008628DB" w:rsidRDefault="00000000" w:rsidP="008628DB">
            <w:pPr>
              <w:snapToGrid w:val="0"/>
              <w:spacing w:after="0" w:line="264" w:lineRule="auto"/>
              <w:jc w:val="center"/>
              <w:rPr>
                <w:sz w:val="15"/>
                <w:szCs w:val="15"/>
              </w:rPr>
            </w:pPr>
            <w:r w:rsidRPr="008628DB">
              <w:rPr>
                <w:sz w:val="15"/>
                <w:szCs w:val="15"/>
              </w:rPr>
              <w:t>6.152439865658976e-08</w:t>
            </w:r>
          </w:p>
        </w:tc>
      </w:tr>
      <w:tr w:rsidR="00923354" w:rsidRPr="008628DB" w14:paraId="0C819AB4" w14:textId="77777777" w:rsidTr="008628DB">
        <w:trPr>
          <w:cantSplit/>
          <w:jc w:val="center"/>
        </w:trPr>
        <w:tc>
          <w:tcPr>
            <w:tcW w:w="2811" w:type="dxa"/>
            <w:tcMar>
              <w:top w:w="55" w:type="dxa"/>
              <w:left w:w="75" w:type="dxa"/>
              <w:bottom w:w="55" w:type="dxa"/>
              <w:right w:w="75" w:type="dxa"/>
            </w:tcMar>
            <w:vAlign w:val="center"/>
          </w:tcPr>
          <w:p w14:paraId="20FB1239" w14:textId="77777777" w:rsidR="00923354" w:rsidRPr="008628DB" w:rsidRDefault="00000000" w:rsidP="008628DB">
            <w:pPr>
              <w:snapToGrid w:val="0"/>
              <w:spacing w:after="0" w:line="264" w:lineRule="auto"/>
              <w:jc w:val="center"/>
              <w:rPr>
                <w:sz w:val="15"/>
                <w:szCs w:val="15"/>
              </w:rPr>
            </w:pPr>
            <w:r w:rsidRPr="008628DB">
              <w:rPr>
                <w:sz w:val="15"/>
                <w:szCs w:val="15"/>
              </w:rPr>
              <w:t>GSE247185_GEOrecorded_CplusG_n9</w:t>
            </w:r>
          </w:p>
        </w:tc>
        <w:tc>
          <w:tcPr>
            <w:tcW w:w="3568" w:type="dxa"/>
            <w:tcMar>
              <w:top w:w="55" w:type="dxa"/>
              <w:left w:w="75" w:type="dxa"/>
              <w:bottom w:w="55" w:type="dxa"/>
              <w:right w:w="75" w:type="dxa"/>
            </w:tcMar>
            <w:vAlign w:val="center"/>
          </w:tcPr>
          <w:p w14:paraId="5AF6D272" w14:textId="77777777" w:rsidR="00923354" w:rsidRPr="008628DB" w:rsidRDefault="00000000" w:rsidP="008628DB">
            <w:pPr>
              <w:snapToGrid w:val="0"/>
              <w:spacing w:after="0" w:line="264" w:lineRule="auto"/>
              <w:jc w:val="center"/>
              <w:rPr>
                <w:sz w:val="15"/>
                <w:szCs w:val="15"/>
              </w:rPr>
            </w:pPr>
            <w:r w:rsidRPr="008628DB">
              <w:rPr>
                <w:sz w:val="15"/>
                <w:szCs w:val="15"/>
              </w:rPr>
              <w:t>Inflammatory Response</w:t>
            </w:r>
          </w:p>
        </w:tc>
        <w:tc>
          <w:tcPr>
            <w:tcW w:w="941" w:type="dxa"/>
            <w:tcMar>
              <w:top w:w="55" w:type="dxa"/>
              <w:left w:w="75" w:type="dxa"/>
              <w:bottom w:w="55" w:type="dxa"/>
              <w:right w:w="75" w:type="dxa"/>
            </w:tcMar>
            <w:vAlign w:val="center"/>
          </w:tcPr>
          <w:p w14:paraId="49F45307" w14:textId="77777777" w:rsidR="00923354" w:rsidRPr="008628DB" w:rsidRDefault="00000000" w:rsidP="008628DB">
            <w:pPr>
              <w:snapToGrid w:val="0"/>
              <w:spacing w:after="0" w:line="264" w:lineRule="auto"/>
              <w:jc w:val="center"/>
              <w:rPr>
                <w:sz w:val="15"/>
                <w:szCs w:val="15"/>
              </w:rPr>
            </w:pPr>
            <w:r w:rsidRPr="008628DB">
              <w:rPr>
                <w:sz w:val="15"/>
                <w:szCs w:val="15"/>
              </w:rPr>
              <w:t>191</w:t>
            </w:r>
          </w:p>
        </w:tc>
        <w:tc>
          <w:tcPr>
            <w:tcW w:w="2304" w:type="dxa"/>
            <w:tcMar>
              <w:top w:w="55" w:type="dxa"/>
              <w:left w:w="75" w:type="dxa"/>
              <w:bottom w:w="55" w:type="dxa"/>
              <w:right w:w="75" w:type="dxa"/>
            </w:tcMar>
            <w:vAlign w:val="center"/>
          </w:tcPr>
          <w:p w14:paraId="3D2217CC" w14:textId="77777777" w:rsidR="00923354" w:rsidRPr="008628DB" w:rsidRDefault="00000000" w:rsidP="008628DB">
            <w:pPr>
              <w:snapToGrid w:val="0"/>
              <w:spacing w:after="0" w:line="264" w:lineRule="auto"/>
              <w:jc w:val="center"/>
              <w:rPr>
                <w:sz w:val="15"/>
                <w:szCs w:val="15"/>
              </w:rPr>
            </w:pPr>
            <w:r w:rsidRPr="008628DB">
              <w:rPr>
                <w:sz w:val="15"/>
                <w:szCs w:val="15"/>
              </w:rPr>
              <w:t>10.94788319020129</w:t>
            </w:r>
          </w:p>
        </w:tc>
        <w:tc>
          <w:tcPr>
            <w:tcW w:w="2316" w:type="dxa"/>
            <w:tcMar>
              <w:top w:w="55" w:type="dxa"/>
              <w:left w:w="75" w:type="dxa"/>
              <w:bottom w:w="55" w:type="dxa"/>
              <w:right w:w="75" w:type="dxa"/>
            </w:tcMar>
            <w:vAlign w:val="center"/>
          </w:tcPr>
          <w:p w14:paraId="5FF7C84C" w14:textId="77777777" w:rsidR="00923354" w:rsidRPr="008628DB" w:rsidRDefault="00000000" w:rsidP="008628DB">
            <w:pPr>
              <w:snapToGrid w:val="0"/>
              <w:spacing w:after="0" w:line="264" w:lineRule="auto"/>
              <w:jc w:val="center"/>
              <w:rPr>
                <w:sz w:val="15"/>
                <w:szCs w:val="15"/>
              </w:rPr>
            </w:pPr>
            <w:r w:rsidRPr="008628DB">
              <w:rPr>
                <w:sz w:val="15"/>
                <w:szCs w:val="15"/>
              </w:rPr>
              <w:t>6.802384710781734e-28</w:t>
            </w:r>
          </w:p>
        </w:tc>
        <w:tc>
          <w:tcPr>
            <w:tcW w:w="2316" w:type="dxa"/>
            <w:tcMar>
              <w:top w:w="55" w:type="dxa"/>
              <w:left w:w="75" w:type="dxa"/>
              <w:bottom w:w="55" w:type="dxa"/>
              <w:right w:w="75" w:type="dxa"/>
            </w:tcMar>
            <w:vAlign w:val="center"/>
          </w:tcPr>
          <w:p w14:paraId="3FCBE79F" w14:textId="77777777" w:rsidR="00923354" w:rsidRPr="008628DB" w:rsidRDefault="00000000" w:rsidP="008628DB">
            <w:pPr>
              <w:snapToGrid w:val="0"/>
              <w:spacing w:after="0" w:line="264" w:lineRule="auto"/>
              <w:jc w:val="center"/>
              <w:rPr>
                <w:sz w:val="15"/>
                <w:szCs w:val="15"/>
              </w:rPr>
            </w:pPr>
            <w:r w:rsidRPr="008628DB">
              <w:rPr>
                <w:sz w:val="15"/>
                <w:szCs w:val="15"/>
              </w:rPr>
              <w:t>8.502980888477168e-27</w:t>
            </w:r>
          </w:p>
        </w:tc>
      </w:tr>
      <w:tr w:rsidR="00923354" w:rsidRPr="008628DB" w14:paraId="0B6021E4" w14:textId="77777777" w:rsidTr="008628DB">
        <w:trPr>
          <w:cantSplit/>
          <w:jc w:val="center"/>
        </w:trPr>
        <w:tc>
          <w:tcPr>
            <w:tcW w:w="2811" w:type="dxa"/>
            <w:tcMar>
              <w:top w:w="55" w:type="dxa"/>
              <w:left w:w="75" w:type="dxa"/>
              <w:bottom w:w="55" w:type="dxa"/>
              <w:right w:w="75" w:type="dxa"/>
            </w:tcMar>
            <w:vAlign w:val="center"/>
          </w:tcPr>
          <w:p w14:paraId="631899FF" w14:textId="77777777" w:rsidR="00923354" w:rsidRPr="008628DB" w:rsidRDefault="00000000" w:rsidP="008628DB">
            <w:pPr>
              <w:snapToGrid w:val="0"/>
              <w:spacing w:after="0" w:line="264" w:lineRule="auto"/>
              <w:jc w:val="center"/>
              <w:rPr>
                <w:sz w:val="15"/>
                <w:szCs w:val="15"/>
              </w:rPr>
            </w:pPr>
            <w:r w:rsidRPr="008628DB">
              <w:rPr>
                <w:sz w:val="15"/>
                <w:szCs w:val="15"/>
              </w:rPr>
              <w:t>GSE247185_all_n13</w:t>
            </w:r>
          </w:p>
        </w:tc>
        <w:tc>
          <w:tcPr>
            <w:tcW w:w="3568" w:type="dxa"/>
            <w:tcMar>
              <w:top w:w="55" w:type="dxa"/>
              <w:left w:w="75" w:type="dxa"/>
              <w:bottom w:w="55" w:type="dxa"/>
              <w:right w:w="75" w:type="dxa"/>
            </w:tcMar>
            <w:vAlign w:val="center"/>
          </w:tcPr>
          <w:p w14:paraId="41D8A4BA" w14:textId="77777777" w:rsidR="00923354" w:rsidRPr="008628DB" w:rsidRDefault="00000000" w:rsidP="008628DB">
            <w:pPr>
              <w:snapToGrid w:val="0"/>
              <w:spacing w:after="0" w:line="264" w:lineRule="auto"/>
              <w:jc w:val="center"/>
              <w:rPr>
                <w:sz w:val="15"/>
                <w:szCs w:val="15"/>
              </w:rPr>
            </w:pPr>
            <w:r w:rsidRPr="008628DB">
              <w:rPr>
                <w:sz w:val="15"/>
                <w:szCs w:val="15"/>
              </w:rPr>
              <w:t>Inflammatory Response</w:t>
            </w:r>
          </w:p>
        </w:tc>
        <w:tc>
          <w:tcPr>
            <w:tcW w:w="941" w:type="dxa"/>
            <w:tcMar>
              <w:top w:w="55" w:type="dxa"/>
              <w:left w:w="75" w:type="dxa"/>
              <w:bottom w:w="55" w:type="dxa"/>
              <w:right w:w="75" w:type="dxa"/>
            </w:tcMar>
            <w:vAlign w:val="center"/>
          </w:tcPr>
          <w:p w14:paraId="2F344C49" w14:textId="77777777" w:rsidR="00923354" w:rsidRPr="008628DB" w:rsidRDefault="00000000" w:rsidP="008628DB">
            <w:pPr>
              <w:snapToGrid w:val="0"/>
              <w:spacing w:after="0" w:line="264" w:lineRule="auto"/>
              <w:jc w:val="center"/>
              <w:rPr>
                <w:sz w:val="15"/>
                <w:szCs w:val="15"/>
              </w:rPr>
            </w:pPr>
            <w:r w:rsidRPr="008628DB">
              <w:rPr>
                <w:sz w:val="15"/>
                <w:szCs w:val="15"/>
              </w:rPr>
              <w:t>191</w:t>
            </w:r>
          </w:p>
        </w:tc>
        <w:tc>
          <w:tcPr>
            <w:tcW w:w="2304" w:type="dxa"/>
            <w:tcMar>
              <w:top w:w="55" w:type="dxa"/>
              <w:left w:w="75" w:type="dxa"/>
              <w:bottom w:w="55" w:type="dxa"/>
              <w:right w:w="75" w:type="dxa"/>
            </w:tcMar>
            <w:vAlign w:val="center"/>
          </w:tcPr>
          <w:p w14:paraId="045F68C3" w14:textId="77777777" w:rsidR="00923354" w:rsidRPr="008628DB" w:rsidRDefault="00000000" w:rsidP="008628DB">
            <w:pPr>
              <w:snapToGrid w:val="0"/>
              <w:spacing w:after="0" w:line="264" w:lineRule="auto"/>
              <w:jc w:val="center"/>
              <w:rPr>
                <w:sz w:val="15"/>
                <w:szCs w:val="15"/>
              </w:rPr>
            </w:pPr>
            <w:r w:rsidRPr="008628DB">
              <w:rPr>
                <w:sz w:val="15"/>
                <w:szCs w:val="15"/>
              </w:rPr>
              <w:t>7.436229251913884</w:t>
            </w:r>
          </w:p>
        </w:tc>
        <w:tc>
          <w:tcPr>
            <w:tcW w:w="2316" w:type="dxa"/>
            <w:tcMar>
              <w:top w:w="55" w:type="dxa"/>
              <w:left w:w="75" w:type="dxa"/>
              <w:bottom w:w="55" w:type="dxa"/>
              <w:right w:w="75" w:type="dxa"/>
            </w:tcMar>
            <w:vAlign w:val="center"/>
          </w:tcPr>
          <w:p w14:paraId="5B42A4F4" w14:textId="77777777" w:rsidR="00923354" w:rsidRPr="008628DB" w:rsidRDefault="00000000" w:rsidP="008628DB">
            <w:pPr>
              <w:snapToGrid w:val="0"/>
              <w:spacing w:after="0" w:line="264" w:lineRule="auto"/>
              <w:jc w:val="center"/>
              <w:rPr>
                <w:sz w:val="15"/>
                <w:szCs w:val="15"/>
              </w:rPr>
            </w:pPr>
            <w:r w:rsidRPr="008628DB">
              <w:rPr>
                <w:sz w:val="15"/>
                <w:szCs w:val="15"/>
              </w:rPr>
              <w:t>1.0360547629715615e-13</w:t>
            </w:r>
          </w:p>
        </w:tc>
        <w:tc>
          <w:tcPr>
            <w:tcW w:w="2316" w:type="dxa"/>
            <w:tcMar>
              <w:top w:w="55" w:type="dxa"/>
              <w:left w:w="75" w:type="dxa"/>
              <w:bottom w:w="55" w:type="dxa"/>
              <w:right w:w="75" w:type="dxa"/>
            </w:tcMar>
            <w:vAlign w:val="center"/>
          </w:tcPr>
          <w:p w14:paraId="26BF139C" w14:textId="77777777" w:rsidR="00923354" w:rsidRPr="008628DB" w:rsidRDefault="00000000" w:rsidP="008628DB">
            <w:pPr>
              <w:snapToGrid w:val="0"/>
              <w:spacing w:after="0" w:line="264" w:lineRule="auto"/>
              <w:jc w:val="center"/>
              <w:rPr>
                <w:sz w:val="15"/>
                <w:szCs w:val="15"/>
              </w:rPr>
            </w:pPr>
            <w:r w:rsidRPr="008628DB">
              <w:rPr>
                <w:sz w:val="15"/>
                <w:szCs w:val="15"/>
              </w:rPr>
              <w:t>7.400391164082582e-13</w:t>
            </w:r>
          </w:p>
        </w:tc>
      </w:tr>
      <w:tr w:rsidR="00923354" w:rsidRPr="008628DB" w14:paraId="09C632DB" w14:textId="77777777" w:rsidTr="008628DB">
        <w:trPr>
          <w:cantSplit/>
          <w:jc w:val="center"/>
        </w:trPr>
        <w:tc>
          <w:tcPr>
            <w:tcW w:w="2811" w:type="dxa"/>
            <w:tcMar>
              <w:top w:w="55" w:type="dxa"/>
              <w:left w:w="75" w:type="dxa"/>
              <w:bottom w:w="55" w:type="dxa"/>
              <w:right w:w="75" w:type="dxa"/>
            </w:tcMar>
            <w:vAlign w:val="center"/>
          </w:tcPr>
          <w:p w14:paraId="0200CF9F" w14:textId="77777777" w:rsidR="00923354" w:rsidRPr="008628DB" w:rsidRDefault="00000000" w:rsidP="008628DB">
            <w:pPr>
              <w:snapToGrid w:val="0"/>
              <w:spacing w:after="0" w:line="264" w:lineRule="auto"/>
              <w:jc w:val="center"/>
              <w:rPr>
                <w:sz w:val="15"/>
                <w:szCs w:val="15"/>
              </w:rPr>
            </w:pPr>
            <w:r w:rsidRPr="008628DB">
              <w:rPr>
                <w:sz w:val="15"/>
                <w:szCs w:val="15"/>
              </w:rPr>
              <w:t>GSE247185_GEOrecorded_CplusG_n9</w:t>
            </w:r>
          </w:p>
        </w:tc>
        <w:tc>
          <w:tcPr>
            <w:tcW w:w="3568" w:type="dxa"/>
            <w:tcMar>
              <w:top w:w="55" w:type="dxa"/>
              <w:left w:w="75" w:type="dxa"/>
              <w:bottom w:w="55" w:type="dxa"/>
              <w:right w:w="75" w:type="dxa"/>
            </w:tcMar>
            <w:vAlign w:val="center"/>
          </w:tcPr>
          <w:p w14:paraId="7429A52E" w14:textId="77777777" w:rsidR="00923354" w:rsidRPr="008628DB" w:rsidRDefault="00000000" w:rsidP="008628DB">
            <w:pPr>
              <w:snapToGrid w:val="0"/>
              <w:spacing w:after="0" w:line="264" w:lineRule="auto"/>
              <w:jc w:val="center"/>
              <w:rPr>
                <w:sz w:val="15"/>
                <w:szCs w:val="15"/>
              </w:rPr>
            </w:pPr>
            <w:r w:rsidRPr="008628DB">
              <w:rPr>
                <w:sz w:val="15"/>
                <w:szCs w:val="15"/>
              </w:rPr>
              <w:t>Interferon Gamma Response</w:t>
            </w:r>
          </w:p>
        </w:tc>
        <w:tc>
          <w:tcPr>
            <w:tcW w:w="941" w:type="dxa"/>
            <w:tcMar>
              <w:top w:w="55" w:type="dxa"/>
              <w:left w:w="75" w:type="dxa"/>
              <w:bottom w:w="55" w:type="dxa"/>
              <w:right w:w="75" w:type="dxa"/>
            </w:tcMar>
            <w:vAlign w:val="center"/>
          </w:tcPr>
          <w:p w14:paraId="7CB2CC2C" w14:textId="77777777" w:rsidR="00923354" w:rsidRPr="008628DB" w:rsidRDefault="00000000" w:rsidP="008628DB">
            <w:pPr>
              <w:snapToGrid w:val="0"/>
              <w:spacing w:after="0" w:line="264" w:lineRule="auto"/>
              <w:jc w:val="center"/>
              <w:rPr>
                <w:sz w:val="15"/>
                <w:szCs w:val="15"/>
              </w:rPr>
            </w:pPr>
            <w:r w:rsidRPr="008628DB">
              <w:rPr>
                <w:sz w:val="15"/>
                <w:szCs w:val="15"/>
              </w:rPr>
              <w:t>196</w:t>
            </w:r>
          </w:p>
        </w:tc>
        <w:tc>
          <w:tcPr>
            <w:tcW w:w="2304" w:type="dxa"/>
            <w:tcMar>
              <w:top w:w="55" w:type="dxa"/>
              <w:left w:w="75" w:type="dxa"/>
              <w:bottom w:w="55" w:type="dxa"/>
              <w:right w:w="75" w:type="dxa"/>
            </w:tcMar>
            <w:vAlign w:val="center"/>
          </w:tcPr>
          <w:p w14:paraId="724FAB7E" w14:textId="77777777" w:rsidR="00923354" w:rsidRPr="008628DB" w:rsidRDefault="00000000" w:rsidP="008628DB">
            <w:pPr>
              <w:snapToGrid w:val="0"/>
              <w:spacing w:after="0" w:line="264" w:lineRule="auto"/>
              <w:jc w:val="center"/>
              <w:rPr>
                <w:sz w:val="15"/>
                <w:szCs w:val="15"/>
              </w:rPr>
            </w:pPr>
            <w:r w:rsidRPr="008628DB">
              <w:rPr>
                <w:sz w:val="15"/>
                <w:szCs w:val="15"/>
              </w:rPr>
              <w:t>14.521580780422578</w:t>
            </w:r>
          </w:p>
        </w:tc>
        <w:tc>
          <w:tcPr>
            <w:tcW w:w="2316" w:type="dxa"/>
            <w:tcMar>
              <w:top w:w="55" w:type="dxa"/>
              <w:left w:w="75" w:type="dxa"/>
              <w:bottom w:w="55" w:type="dxa"/>
              <w:right w:w="75" w:type="dxa"/>
            </w:tcMar>
            <w:vAlign w:val="center"/>
          </w:tcPr>
          <w:p w14:paraId="7572F62F" w14:textId="77777777" w:rsidR="00923354" w:rsidRPr="008628DB" w:rsidRDefault="00000000" w:rsidP="008628DB">
            <w:pPr>
              <w:snapToGrid w:val="0"/>
              <w:spacing w:after="0" w:line="264" w:lineRule="auto"/>
              <w:jc w:val="center"/>
              <w:rPr>
                <w:sz w:val="15"/>
                <w:szCs w:val="15"/>
              </w:rPr>
            </w:pPr>
            <w:r w:rsidRPr="008628DB">
              <w:rPr>
                <w:sz w:val="15"/>
                <w:szCs w:val="15"/>
              </w:rPr>
              <w:t>8.845570664356084e-48</w:t>
            </w:r>
          </w:p>
        </w:tc>
        <w:tc>
          <w:tcPr>
            <w:tcW w:w="2316" w:type="dxa"/>
            <w:tcMar>
              <w:top w:w="55" w:type="dxa"/>
              <w:left w:w="75" w:type="dxa"/>
              <w:bottom w:w="55" w:type="dxa"/>
              <w:right w:w="75" w:type="dxa"/>
            </w:tcMar>
            <w:vAlign w:val="center"/>
          </w:tcPr>
          <w:p w14:paraId="565B5B30" w14:textId="77777777" w:rsidR="00923354" w:rsidRPr="008628DB" w:rsidRDefault="00000000" w:rsidP="008628DB">
            <w:pPr>
              <w:snapToGrid w:val="0"/>
              <w:spacing w:after="0" w:line="264" w:lineRule="auto"/>
              <w:jc w:val="center"/>
              <w:rPr>
                <w:sz w:val="15"/>
                <w:szCs w:val="15"/>
              </w:rPr>
            </w:pPr>
            <w:r w:rsidRPr="008628DB">
              <w:rPr>
                <w:sz w:val="15"/>
                <w:szCs w:val="15"/>
              </w:rPr>
              <w:t>4.422785332178042e-46</w:t>
            </w:r>
          </w:p>
        </w:tc>
      </w:tr>
      <w:tr w:rsidR="00923354" w:rsidRPr="008628DB" w14:paraId="7B54454D" w14:textId="77777777" w:rsidTr="008628DB">
        <w:trPr>
          <w:cantSplit/>
          <w:jc w:val="center"/>
        </w:trPr>
        <w:tc>
          <w:tcPr>
            <w:tcW w:w="2811" w:type="dxa"/>
            <w:tcMar>
              <w:top w:w="55" w:type="dxa"/>
              <w:left w:w="75" w:type="dxa"/>
              <w:bottom w:w="55" w:type="dxa"/>
              <w:right w:w="75" w:type="dxa"/>
            </w:tcMar>
            <w:vAlign w:val="center"/>
          </w:tcPr>
          <w:p w14:paraId="1399BD0D" w14:textId="77777777" w:rsidR="00923354" w:rsidRPr="008628DB" w:rsidRDefault="00000000" w:rsidP="008628DB">
            <w:pPr>
              <w:snapToGrid w:val="0"/>
              <w:spacing w:after="0" w:line="264" w:lineRule="auto"/>
              <w:jc w:val="center"/>
              <w:rPr>
                <w:sz w:val="15"/>
                <w:szCs w:val="15"/>
              </w:rPr>
            </w:pPr>
            <w:r w:rsidRPr="008628DB">
              <w:rPr>
                <w:sz w:val="15"/>
                <w:szCs w:val="15"/>
              </w:rPr>
              <w:t>GSE247185_all_n13</w:t>
            </w:r>
          </w:p>
        </w:tc>
        <w:tc>
          <w:tcPr>
            <w:tcW w:w="3568" w:type="dxa"/>
            <w:tcMar>
              <w:top w:w="55" w:type="dxa"/>
              <w:left w:w="75" w:type="dxa"/>
              <w:bottom w:w="55" w:type="dxa"/>
              <w:right w:w="75" w:type="dxa"/>
            </w:tcMar>
            <w:vAlign w:val="center"/>
          </w:tcPr>
          <w:p w14:paraId="0BF645C3" w14:textId="77777777" w:rsidR="00923354" w:rsidRPr="008628DB" w:rsidRDefault="00000000" w:rsidP="008628DB">
            <w:pPr>
              <w:snapToGrid w:val="0"/>
              <w:spacing w:after="0" w:line="264" w:lineRule="auto"/>
              <w:jc w:val="center"/>
              <w:rPr>
                <w:sz w:val="15"/>
                <w:szCs w:val="15"/>
              </w:rPr>
            </w:pPr>
            <w:r w:rsidRPr="008628DB">
              <w:rPr>
                <w:sz w:val="15"/>
                <w:szCs w:val="15"/>
              </w:rPr>
              <w:t>Interferon Gamma Response</w:t>
            </w:r>
          </w:p>
        </w:tc>
        <w:tc>
          <w:tcPr>
            <w:tcW w:w="941" w:type="dxa"/>
            <w:tcMar>
              <w:top w:w="55" w:type="dxa"/>
              <w:left w:w="75" w:type="dxa"/>
              <w:bottom w:w="55" w:type="dxa"/>
              <w:right w:w="75" w:type="dxa"/>
            </w:tcMar>
            <w:vAlign w:val="center"/>
          </w:tcPr>
          <w:p w14:paraId="01DEF980" w14:textId="77777777" w:rsidR="00923354" w:rsidRPr="008628DB" w:rsidRDefault="00000000" w:rsidP="008628DB">
            <w:pPr>
              <w:snapToGrid w:val="0"/>
              <w:spacing w:after="0" w:line="264" w:lineRule="auto"/>
              <w:jc w:val="center"/>
              <w:rPr>
                <w:sz w:val="15"/>
                <w:szCs w:val="15"/>
              </w:rPr>
            </w:pPr>
            <w:r w:rsidRPr="008628DB">
              <w:rPr>
                <w:sz w:val="15"/>
                <w:szCs w:val="15"/>
              </w:rPr>
              <w:t>196</w:t>
            </w:r>
          </w:p>
        </w:tc>
        <w:tc>
          <w:tcPr>
            <w:tcW w:w="2304" w:type="dxa"/>
            <w:tcMar>
              <w:top w:w="55" w:type="dxa"/>
              <w:left w:w="75" w:type="dxa"/>
              <w:bottom w:w="55" w:type="dxa"/>
              <w:right w:w="75" w:type="dxa"/>
            </w:tcMar>
            <w:vAlign w:val="center"/>
          </w:tcPr>
          <w:p w14:paraId="621644B1" w14:textId="77777777" w:rsidR="00923354" w:rsidRPr="008628DB" w:rsidRDefault="00000000" w:rsidP="008628DB">
            <w:pPr>
              <w:snapToGrid w:val="0"/>
              <w:spacing w:after="0" w:line="264" w:lineRule="auto"/>
              <w:jc w:val="center"/>
              <w:rPr>
                <w:sz w:val="15"/>
                <w:szCs w:val="15"/>
              </w:rPr>
            </w:pPr>
            <w:r w:rsidRPr="008628DB">
              <w:rPr>
                <w:sz w:val="15"/>
                <w:szCs w:val="15"/>
              </w:rPr>
              <w:t>8.247427968740498</w:t>
            </w:r>
          </w:p>
        </w:tc>
        <w:tc>
          <w:tcPr>
            <w:tcW w:w="2316" w:type="dxa"/>
            <w:tcMar>
              <w:top w:w="55" w:type="dxa"/>
              <w:left w:w="75" w:type="dxa"/>
              <w:bottom w:w="55" w:type="dxa"/>
              <w:right w:w="75" w:type="dxa"/>
            </w:tcMar>
            <w:vAlign w:val="center"/>
          </w:tcPr>
          <w:p w14:paraId="0B56260E" w14:textId="77777777" w:rsidR="00923354" w:rsidRPr="008628DB" w:rsidRDefault="00000000" w:rsidP="008628DB">
            <w:pPr>
              <w:snapToGrid w:val="0"/>
              <w:spacing w:after="0" w:line="264" w:lineRule="auto"/>
              <w:jc w:val="center"/>
              <w:rPr>
                <w:sz w:val="15"/>
                <w:szCs w:val="15"/>
              </w:rPr>
            </w:pPr>
            <w:r w:rsidRPr="008628DB">
              <w:rPr>
                <w:sz w:val="15"/>
                <w:szCs w:val="15"/>
              </w:rPr>
              <w:t>1.6184935767537978e-16</w:t>
            </w:r>
          </w:p>
        </w:tc>
        <w:tc>
          <w:tcPr>
            <w:tcW w:w="2316" w:type="dxa"/>
            <w:tcMar>
              <w:top w:w="55" w:type="dxa"/>
              <w:left w:w="75" w:type="dxa"/>
              <w:bottom w:w="55" w:type="dxa"/>
              <w:right w:w="75" w:type="dxa"/>
            </w:tcMar>
            <w:vAlign w:val="center"/>
          </w:tcPr>
          <w:p w14:paraId="02FE92D9" w14:textId="77777777" w:rsidR="00923354" w:rsidRPr="008628DB" w:rsidRDefault="00000000" w:rsidP="008628DB">
            <w:pPr>
              <w:snapToGrid w:val="0"/>
              <w:spacing w:after="0" w:line="264" w:lineRule="auto"/>
              <w:jc w:val="center"/>
              <w:rPr>
                <w:sz w:val="15"/>
                <w:szCs w:val="15"/>
              </w:rPr>
            </w:pPr>
            <w:r w:rsidRPr="008628DB">
              <w:rPr>
                <w:sz w:val="15"/>
                <w:szCs w:val="15"/>
              </w:rPr>
              <w:t>2.023116970942247e-15</w:t>
            </w:r>
          </w:p>
        </w:tc>
      </w:tr>
      <w:tr w:rsidR="00923354" w:rsidRPr="008628DB" w14:paraId="121FD48E" w14:textId="77777777" w:rsidTr="008628DB">
        <w:trPr>
          <w:cantSplit/>
          <w:jc w:val="center"/>
        </w:trPr>
        <w:tc>
          <w:tcPr>
            <w:tcW w:w="2811" w:type="dxa"/>
            <w:tcMar>
              <w:top w:w="55" w:type="dxa"/>
              <w:left w:w="75" w:type="dxa"/>
              <w:bottom w:w="55" w:type="dxa"/>
              <w:right w:w="75" w:type="dxa"/>
            </w:tcMar>
            <w:vAlign w:val="center"/>
          </w:tcPr>
          <w:p w14:paraId="6AF39D33" w14:textId="77777777" w:rsidR="00923354" w:rsidRPr="008628DB" w:rsidRDefault="00000000" w:rsidP="008628DB">
            <w:pPr>
              <w:snapToGrid w:val="0"/>
              <w:spacing w:after="0" w:line="264" w:lineRule="auto"/>
              <w:jc w:val="center"/>
              <w:rPr>
                <w:sz w:val="15"/>
                <w:szCs w:val="15"/>
              </w:rPr>
            </w:pPr>
            <w:r w:rsidRPr="008628DB">
              <w:rPr>
                <w:sz w:val="15"/>
                <w:szCs w:val="15"/>
              </w:rPr>
              <w:t>GSE247185_GEOrecorded_CplusG_n9</w:t>
            </w:r>
          </w:p>
        </w:tc>
        <w:tc>
          <w:tcPr>
            <w:tcW w:w="3568" w:type="dxa"/>
            <w:tcMar>
              <w:top w:w="55" w:type="dxa"/>
              <w:left w:w="75" w:type="dxa"/>
              <w:bottom w:w="55" w:type="dxa"/>
              <w:right w:w="75" w:type="dxa"/>
            </w:tcMar>
            <w:vAlign w:val="center"/>
          </w:tcPr>
          <w:p w14:paraId="1EE29275" w14:textId="77777777" w:rsidR="00923354" w:rsidRPr="008628DB" w:rsidRDefault="00000000" w:rsidP="008628DB">
            <w:pPr>
              <w:snapToGrid w:val="0"/>
              <w:spacing w:after="0" w:line="264" w:lineRule="auto"/>
              <w:jc w:val="center"/>
              <w:rPr>
                <w:sz w:val="15"/>
                <w:szCs w:val="15"/>
              </w:rPr>
            </w:pPr>
            <w:r w:rsidRPr="008628DB">
              <w:rPr>
                <w:sz w:val="15"/>
                <w:szCs w:val="15"/>
              </w:rPr>
              <w:t>Myc Targets V1</w:t>
            </w:r>
          </w:p>
        </w:tc>
        <w:tc>
          <w:tcPr>
            <w:tcW w:w="941" w:type="dxa"/>
            <w:tcMar>
              <w:top w:w="55" w:type="dxa"/>
              <w:left w:w="75" w:type="dxa"/>
              <w:bottom w:w="55" w:type="dxa"/>
              <w:right w:w="75" w:type="dxa"/>
            </w:tcMar>
            <w:vAlign w:val="center"/>
          </w:tcPr>
          <w:p w14:paraId="75195FC1" w14:textId="77777777" w:rsidR="00923354" w:rsidRPr="008628DB" w:rsidRDefault="00000000" w:rsidP="008628DB">
            <w:pPr>
              <w:snapToGrid w:val="0"/>
              <w:spacing w:after="0" w:line="264" w:lineRule="auto"/>
              <w:jc w:val="center"/>
              <w:rPr>
                <w:sz w:val="15"/>
                <w:szCs w:val="15"/>
              </w:rPr>
            </w:pPr>
            <w:r w:rsidRPr="008628DB">
              <w:rPr>
                <w:sz w:val="15"/>
                <w:szCs w:val="15"/>
              </w:rPr>
              <w:t>193</w:t>
            </w:r>
          </w:p>
        </w:tc>
        <w:tc>
          <w:tcPr>
            <w:tcW w:w="2304" w:type="dxa"/>
            <w:tcMar>
              <w:top w:w="55" w:type="dxa"/>
              <w:left w:w="75" w:type="dxa"/>
              <w:bottom w:w="55" w:type="dxa"/>
              <w:right w:w="75" w:type="dxa"/>
            </w:tcMar>
            <w:vAlign w:val="center"/>
          </w:tcPr>
          <w:p w14:paraId="697B535D" w14:textId="77777777" w:rsidR="00923354" w:rsidRPr="008628DB" w:rsidRDefault="00000000" w:rsidP="008628DB">
            <w:pPr>
              <w:snapToGrid w:val="0"/>
              <w:spacing w:after="0" w:line="264" w:lineRule="auto"/>
              <w:jc w:val="center"/>
              <w:rPr>
                <w:sz w:val="15"/>
                <w:szCs w:val="15"/>
              </w:rPr>
            </w:pPr>
            <w:r w:rsidRPr="008628DB">
              <w:rPr>
                <w:sz w:val="15"/>
                <w:szCs w:val="15"/>
              </w:rPr>
              <w:t>-12.623972756291586</w:t>
            </w:r>
          </w:p>
        </w:tc>
        <w:tc>
          <w:tcPr>
            <w:tcW w:w="2316" w:type="dxa"/>
            <w:tcMar>
              <w:top w:w="55" w:type="dxa"/>
              <w:left w:w="75" w:type="dxa"/>
              <w:bottom w:w="55" w:type="dxa"/>
              <w:right w:w="75" w:type="dxa"/>
            </w:tcMar>
            <w:vAlign w:val="center"/>
          </w:tcPr>
          <w:p w14:paraId="3B3A1856" w14:textId="77777777" w:rsidR="00923354" w:rsidRPr="008628DB" w:rsidRDefault="00000000" w:rsidP="008628DB">
            <w:pPr>
              <w:snapToGrid w:val="0"/>
              <w:spacing w:after="0" w:line="264" w:lineRule="auto"/>
              <w:jc w:val="center"/>
              <w:rPr>
                <w:sz w:val="15"/>
                <w:szCs w:val="15"/>
              </w:rPr>
            </w:pPr>
            <w:r w:rsidRPr="008628DB">
              <w:rPr>
                <w:sz w:val="15"/>
                <w:szCs w:val="15"/>
              </w:rPr>
              <w:t>1.557745344744244e-36</w:t>
            </w:r>
          </w:p>
        </w:tc>
        <w:tc>
          <w:tcPr>
            <w:tcW w:w="2316" w:type="dxa"/>
            <w:tcMar>
              <w:top w:w="55" w:type="dxa"/>
              <w:left w:w="75" w:type="dxa"/>
              <w:bottom w:w="55" w:type="dxa"/>
              <w:right w:w="75" w:type="dxa"/>
            </w:tcMar>
            <w:vAlign w:val="center"/>
          </w:tcPr>
          <w:p w14:paraId="3EC47741" w14:textId="77777777" w:rsidR="00923354" w:rsidRPr="008628DB" w:rsidRDefault="00000000" w:rsidP="008628DB">
            <w:pPr>
              <w:snapToGrid w:val="0"/>
              <w:spacing w:after="0" w:line="264" w:lineRule="auto"/>
              <w:jc w:val="center"/>
              <w:rPr>
                <w:sz w:val="15"/>
                <w:szCs w:val="15"/>
              </w:rPr>
            </w:pPr>
            <w:r w:rsidRPr="008628DB">
              <w:rPr>
                <w:sz w:val="15"/>
                <w:szCs w:val="15"/>
              </w:rPr>
              <w:t>3.8943633618606094e-35</w:t>
            </w:r>
          </w:p>
        </w:tc>
      </w:tr>
      <w:tr w:rsidR="00923354" w:rsidRPr="008628DB" w14:paraId="2C3526D8" w14:textId="77777777" w:rsidTr="008628DB">
        <w:trPr>
          <w:cantSplit/>
          <w:jc w:val="center"/>
        </w:trPr>
        <w:tc>
          <w:tcPr>
            <w:tcW w:w="2811" w:type="dxa"/>
            <w:tcMar>
              <w:top w:w="55" w:type="dxa"/>
              <w:left w:w="75" w:type="dxa"/>
              <w:bottom w:w="55" w:type="dxa"/>
              <w:right w:w="75" w:type="dxa"/>
            </w:tcMar>
            <w:vAlign w:val="center"/>
          </w:tcPr>
          <w:p w14:paraId="6A29FA30" w14:textId="77777777" w:rsidR="00923354" w:rsidRPr="008628DB" w:rsidRDefault="00000000" w:rsidP="008628DB">
            <w:pPr>
              <w:snapToGrid w:val="0"/>
              <w:spacing w:after="0" w:line="264" w:lineRule="auto"/>
              <w:jc w:val="center"/>
              <w:rPr>
                <w:sz w:val="15"/>
                <w:szCs w:val="15"/>
              </w:rPr>
            </w:pPr>
            <w:r w:rsidRPr="008628DB">
              <w:rPr>
                <w:sz w:val="15"/>
                <w:szCs w:val="15"/>
              </w:rPr>
              <w:t>GSE247185_all_n13</w:t>
            </w:r>
          </w:p>
        </w:tc>
        <w:tc>
          <w:tcPr>
            <w:tcW w:w="3568" w:type="dxa"/>
            <w:tcMar>
              <w:top w:w="55" w:type="dxa"/>
              <w:left w:w="75" w:type="dxa"/>
              <w:bottom w:w="55" w:type="dxa"/>
              <w:right w:w="75" w:type="dxa"/>
            </w:tcMar>
            <w:vAlign w:val="center"/>
          </w:tcPr>
          <w:p w14:paraId="677002E3" w14:textId="77777777" w:rsidR="00923354" w:rsidRPr="008628DB" w:rsidRDefault="00000000" w:rsidP="008628DB">
            <w:pPr>
              <w:snapToGrid w:val="0"/>
              <w:spacing w:after="0" w:line="264" w:lineRule="auto"/>
              <w:jc w:val="center"/>
              <w:rPr>
                <w:sz w:val="15"/>
                <w:szCs w:val="15"/>
              </w:rPr>
            </w:pPr>
            <w:r w:rsidRPr="008628DB">
              <w:rPr>
                <w:sz w:val="15"/>
                <w:szCs w:val="15"/>
              </w:rPr>
              <w:t>Myc Targets V1</w:t>
            </w:r>
          </w:p>
        </w:tc>
        <w:tc>
          <w:tcPr>
            <w:tcW w:w="941" w:type="dxa"/>
            <w:tcMar>
              <w:top w:w="55" w:type="dxa"/>
              <w:left w:w="75" w:type="dxa"/>
              <w:bottom w:w="55" w:type="dxa"/>
              <w:right w:w="75" w:type="dxa"/>
            </w:tcMar>
            <w:vAlign w:val="center"/>
          </w:tcPr>
          <w:p w14:paraId="4F2BBD8B" w14:textId="77777777" w:rsidR="00923354" w:rsidRPr="008628DB" w:rsidRDefault="00000000" w:rsidP="008628DB">
            <w:pPr>
              <w:snapToGrid w:val="0"/>
              <w:spacing w:after="0" w:line="264" w:lineRule="auto"/>
              <w:jc w:val="center"/>
              <w:rPr>
                <w:sz w:val="15"/>
                <w:szCs w:val="15"/>
              </w:rPr>
            </w:pPr>
            <w:r w:rsidRPr="008628DB">
              <w:rPr>
                <w:sz w:val="15"/>
                <w:szCs w:val="15"/>
              </w:rPr>
              <w:t>193</w:t>
            </w:r>
          </w:p>
        </w:tc>
        <w:tc>
          <w:tcPr>
            <w:tcW w:w="2304" w:type="dxa"/>
            <w:tcMar>
              <w:top w:w="55" w:type="dxa"/>
              <w:left w:w="75" w:type="dxa"/>
              <w:bottom w:w="55" w:type="dxa"/>
              <w:right w:w="75" w:type="dxa"/>
            </w:tcMar>
            <w:vAlign w:val="center"/>
          </w:tcPr>
          <w:p w14:paraId="5C1359BB" w14:textId="77777777" w:rsidR="00923354" w:rsidRPr="008628DB" w:rsidRDefault="00000000" w:rsidP="008628DB">
            <w:pPr>
              <w:snapToGrid w:val="0"/>
              <w:spacing w:after="0" w:line="264" w:lineRule="auto"/>
              <w:jc w:val="center"/>
              <w:rPr>
                <w:sz w:val="15"/>
                <w:szCs w:val="15"/>
              </w:rPr>
            </w:pPr>
            <w:r w:rsidRPr="008628DB">
              <w:rPr>
                <w:sz w:val="15"/>
                <w:szCs w:val="15"/>
              </w:rPr>
              <w:t>-15.102031169661851</w:t>
            </w:r>
          </w:p>
        </w:tc>
        <w:tc>
          <w:tcPr>
            <w:tcW w:w="2316" w:type="dxa"/>
            <w:tcMar>
              <w:top w:w="55" w:type="dxa"/>
              <w:left w:w="75" w:type="dxa"/>
              <w:bottom w:w="55" w:type="dxa"/>
              <w:right w:w="75" w:type="dxa"/>
            </w:tcMar>
            <w:vAlign w:val="center"/>
          </w:tcPr>
          <w:p w14:paraId="6D664BC6" w14:textId="77777777" w:rsidR="00923354" w:rsidRPr="008628DB" w:rsidRDefault="00000000" w:rsidP="008628DB">
            <w:pPr>
              <w:snapToGrid w:val="0"/>
              <w:spacing w:after="0" w:line="264" w:lineRule="auto"/>
              <w:jc w:val="center"/>
              <w:rPr>
                <w:sz w:val="15"/>
                <w:szCs w:val="15"/>
              </w:rPr>
            </w:pPr>
            <w:r w:rsidRPr="008628DB">
              <w:rPr>
                <w:sz w:val="15"/>
                <w:szCs w:val="15"/>
              </w:rPr>
              <w:t>1.570375299533063e-51</w:t>
            </w:r>
          </w:p>
        </w:tc>
        <w:tc>
          <w:tcPr>
            <w:tcW w:w="2316" w:type="dxa"/>
            <w:tcMar>
              <w:top w:w="55" w:type="dxa"/>
              <w:left w:w="75" w:type="dxa"/>
              <w:bottom w:w="55" w:type="dxa"/>
              <w:right w:w="75" w:type="dxa"/>
            </w:tcMar>
            <w:vAlign w:val="center"/>
          </w:tcPr>
          <w:p w14:paraId="0875D9E7" w14:textId="77777777" w:rsidR="00923354" w:rsidRPr="008628DB" w:rsidRDefault="00000000" w:rsidP="008628DB">
            <w:pPr>
              <w:snapToGrid w:val="0"/>
              <w:spacing w:after="0" w:line="264" w:lineRule="auto"/>
              <w:jc w:val="center"/>
              <w:rPr>
                <w:sz w:val="15"/>
                <w:szCs w:val="15"/>
              </w:rPr>
            </w:pPr>
            <w:r w:rsidRPr="008628DB">
              <w:rPr>
                <w:sz w:val="15"/>
                <w:szCs w:val="15"/>
              </w:rPr>
              <w:t>7.851876497665315e-50</w:t>
            </w:r>
          </w:p>
        </w:tc>
      </w:tr>
      <w:tr w:rsidR="00923354" w:rsidRPr="008628DB" w14:paraId="03038C3C" w14:textId="77777777" w:rsidTr="008628DB">
        <w:trPr>
          <w:cantSplit/>
          <w:jc w:val="center"/>
        </w:trPr>
        <w:tc>
          <w:tcPr>
            <w:tcW w:w="2811" w:type="dxa"/>
            <w:tcMar>
              <w:top w:w="55" w:type="dxa"/>
              <w:left w:w="75" w:type="dxa"/>
              <w:bottom w:w="55" w:type="dxa"/>
              <w:right w:w="75" w:type="dxa"/>
            </w:tcMar>
            <w:vAlign w:val="center"/>
          </w:tcPr>
          <w:p w14:paraId="0E200197" w14:textId="77777777" w:rsidR="00923354" w:rsidRPr="008628DB" w:rsidRDefault="00000000" w:rsidP="008628DB">
            <w:pPr>
              <w:snapToGrid w:val="0"/>
              <w:spacing w:after="0" w:line="264" w:lineRule="auto"/>
              <w:jc w:val="center"/>
              <w:rPr>
                <w:sz w:val="15"/>
                <w:szCs w:val="15"/>
              </w:rPr>
            </w:pPr>
            <w:r w:rsidRPr="008628DB">
              <w:rPr>
                <w:sz w:val="15"/>
                <w:szCs w:val="15"/>
              </w:rPr>
              <w:t>GSE247185_GEOrecorded_CplusG_n9</w:t>
            </w:r>
          </w:p>
        </w:tc>
        <w:tc>
          <w:tcPr>
            <w:tcW w:w="3568" w:type="dxa"/>
            <w:tcMar>
              <w:top w:w="55" w:type="dxa"/>
              <w:left w:w="75" w:type="dxa"/>
              <w:bottom w:w="55" w:type="dxa"/>
              <w:right w:w="75" w:type="dxa"/>
            </w:tcMar>
            <w:vAlign w:val="center"/>
          </w:tcPr>
          <w:p w14:paraId="7CE9BE84" w14:textId="77777777" w:rsidR="00923354" w:rsidRPr="008628DB" w:rsidRDefault="00000000" w:rsidP="008628DB">
            <w:pPr>
              <w:snapToGrid w:val="0"/>
              <w:spacing w:after="0" w:line="264" w:lineRule="auto"/>
              <w:jc w:val="center"/>
              <w:rPr>
                <w:sz w:val="15"/>
                <w:szCs w:val="15"/>
              </w:rPr>
            </w:pPr>
            <w:r w:rsidRPr="008628DB">
              <w:rPr>
                <w:sz w:val="15"/>
                <w:szCs w:val="15"/>
              </w:rPr>
              <w:t>TNF-alpha Signaling via NF-kB</w:t>
            </w:r>
          </w:p>
        </w:tc>
        <w:tc>
          <w:tcPr>
            <w:tcW w:w="941" w:type="dxa"/>
            <w:tcMar>
              <w:top w:w="55" w:type="dxa"/>
              <w:left w:w="75" w:type="dxa"/>
              <w:bottom w:w="55" w:type="dxa"/>
              <w:right w:w="75" w:type="dxa"/>
            </w:tcMar>
            <w:vAlign w:val="center"/>
          </w:tcPr>
          <w:p w14:paraId="2E3EC4CA" w14:textId="77777777" w:rsidR="00923354" w:rsidRPr="008628DB" w:rsidRDefault="00000000" w:rsidP="008628DB">
            <w:pPr>
              <w:snapToGrid w:val="0"/>
              <w:spacing w:after="0" w:line="264" w:lineRule="auto"/>
              <w:jc w:val="center"/>
              <w:rPr>
                <w:sz w:val="15"/>
                <w:szCs w:val="15"/>
              </w:rPr>
            </w:pPr>
            <w:r w:rsidRPr="008628DB">
              <w:rPr>
                <w:sz w:val="15"/>
                <w:szCs w:val="15"/>
              </w:rPr>
              <w:t>196</w:t>
            </w:r>
          </w:p>
        </w:tc>
        <w:tc>
          <w:tcPr>
            <w:tcW w:w="2304" w:type="dxa"/>
            <w:tcMar>
              <w:top w:w="55" w:type="dxa"/>
              <w:left w:w="75" w:type="dxa"/>
              <w:bottom w:w="55" w:type="dxa"/>
              <w:right w:w="75" w:type="dxa"/>
            </w:tcMar>
            <w:vAlign w:val="center"/>
          </w:tcPr>
          <w:p w14:paraId="3910565F" w14:textId="77777777" w:rsidR="00923354" w:rsidRPr="008628DB" w:rsidRDefault="00000000" w:rsidP="008628DB">
            <w:pPr>
              <w:snapToGrid w:val="0"/>
              <w:spacing w:after="0" w:line="264" w:lineRule="auto"/>
              <w:jc w:val="center"/>
              <w:rPr>
                <w:sz w:val="15"/>
                <w:szCs w:val="15"/>
              </w:rPr>
            </w:pPr>
            <w:r w:rsidRPr="008628DB">
              <w:rPr>
                <w:sz w:val="15"/>
                <w:szCs w:val="15"/>
              </w:rPr>
              <w:t>10.802935893148947</w:t>
            </w:r>
          </w:p>
        </w:tc>
        <w:tc>
          <w:tcPr>
            <w:tcW w:w="2316" w:type="dxa"/>
            <w:tcMar>
              <w:top w:w="55" w:type="dxa"/>
              <w:left w:w="75" w:type="dxa"/>
              <w:bottom w:w="55" w:type="dxa"/>
              <w:right w:w="75" w:type="dxa"/>
            </w:tcMar>
            <w:vAlign w:val="center"/>
          </w:tcPr>
          <w:p w14:paraId="42CE3DF3" w14:textId="77777777" w:rsidR="00923354" w:rsidRPr="008628DB" w:rsidRDefault="00000000" w:rsidP="008628DB">
            <w:pPr>
              <w:snapToGrid w:val="0"/>
              <w:spacing w:after="0" w:line="264" w:lineRule="auto"/>
              <w:jc w:val="center"/>
              <w:rPr>
                <w:sz w:val="15"/>
                <w:szCs w:val="15"/>
              </w:rPr>
            </w:pPr>
            <w:r w:rsidRPr="008628DB">
              <w:rPr>
                <w:sz w:val="15"/>
                <w:szCs w:val="15"/>
              </w:rPr>
              <w:t>3.3339545653142484e-27</w:t>
            </w:r>
          </w:p>
        </w:tc>
        <w:tc>
          <w:tcPr>
            <w:tcW w:w="2316" w:type="dxa"/>
            <w:tcMar>
              <w:top w:w="55" w:type="dxa"/>
              <w:left w:w="75" w:type="dxa"/>
              <w:bottom w:w="55" w:type="dxa"/>
              <w:right w:w="75" w:type="dxa"/>
            </w:tcMar>
            <w:vAlign w:val="center"/>
          </w:tcPr>
          <w:p w14:paraId="7D2B5908" w14:textId="77777777" w:rsidR="00923354" w:rsidRPr="008628DB" w:rsidRDefault="00000000" w:rsidP="008628DB">
            <w:pPr>
              <w:snapToGrid w:val="0"/>
              <w:spacing w:after="0" w:line="264" w:lineRule="auto"/>
              <w:jc w:val="center"/>
              <w:rPr>
                <w:sz w:val="15"/>
                <w:szCs w:val="15"/>
              </w:rPr>
            </w:pPr>
            <w:r w:rsidRPr="008628DB">
              <w:rPr>
                <w:sz w:val="15"/>
                <w:szCs w:val="15"/>
              </w:rPr>
              <w:t>3.104145864145448e-26</w:t>
            </w:r>
          </w:p>
        </w:tc>
      </w:tr>
      <w:tr w:rsidR="00923354" w:rsidRPr="008628DB" w14:paraId="4D7B68C1" w14:textId="77777777" w:rsidTr="008628DB">
        <w:trPr>
          <w:cantSplit/>
          <w:jc w:val="center"/>
        </w:trPr>
        <w:tc>
          <w:tcPr>
            <w:tcW w:w="2811" w:type="dxa"/>
            <w:tcBorders>
              <w:bottom w:val="single" w:sz="4" w:space="0" w:color="auto"/>
            </w:tcBorders>
            <w:tcMar>
              <w:top w:w="55" w:type="dxa"/>
              <w:left w:w="75" w:type="dxa"/>
              <w:bottom w:w="55" w:type="dxa"/>
              <w:right w:w="75" w:type="dxa"/>
            </w:tcMar>
            <w:vAlign w:val="center"/>
          </w:tcPr>
          <w:p w14:paraId="3A2784BB" w14:textId="77777777" w:rsidR="00923354" w:rsidRPr="008628DB" w:rsidRDefault="00000000" w:rsidP="008628DB">
            <w:pPr>
              <w:snapToGrid w:val="0"/>
              <w:spacing w:after="0" w:line="264" w:lineRule="auto"/>
              <w:jc w:val="center"/>
              <w:rPr>
                <w:sz w:val="15"/>
                <w:szCs w:val="15"/>
              </w:rPr>
            </w:pPr>
            <w:r w:rsidRPr="008628DB">
              <w:rPr>
                <w:sz w:val="15"/>
                <w:szCs w:val="15"/>
              </w:rPr>
              <w:t>GSE247185_all_n13</w:t>
            </w:r>
          </w:p>
        </w:tc>
        <w:tc>
          <w:tcPr>
            <w:tcW w:w="3568" w:type="dxa"/>
            <w:tcBorders>
              <w:bottom w:val="single" w:sz="4" w:space="0" w:color="auto"/>
            </w:tcBorders>
            <w:tcMar>
              <w:top w:w="55" w:type="dxa"/>
              <w:left w:w="75" w:type="dxa"/>
              <w:bottom w:w="55" w:type="dxa"/>
              <w:right w:w="75" w:type="dxa"/>
            </w:tcMar>
            <w:vAlign w:val="center"/>
          </w:tcPr>
          <w:p w14:paraId="191BD6DA" w14:textId="77777777" w:rsidR="00923354" w:rsidRPr="008628DB" w:rsidRDefault="00000000" w:rsidP="008628DB">
            <w:pPr>
              <w:snapToGrid w:val="0"/>
              <w:spacing w:after="0" w:line="264" w:lineRule="auto"/>
              <w:jc w:val="center"/>
              <w:rPr>
                <w:sz w:val="15"/>
                <w:szCs w:val="15"/>
              </w:rPr>
            </w:pPr>
            <w:r w:rsidRPr="008628DB">
              <w:rPr>
                <w:sz w:val="15"/>
                <w:szCs w:val="15"/>
              </w:rPr>
              <w:t>TNF-alpha Signaling via NF-kB</w:t>
            </w:r>
          </w:p>
        </w:tc>
        <w:tc>
          <w:tcPr>
            <w:tcW w:w="941" w:type="dxa"/>
            <w:tcBorders>
              <w:bottom w:val="single" w:sz="4" w:space="0" w:color="auto"/>
            </w:tcBorders>
            <w:tcMar>
              <w:top w:w="55" w:type="dxa"/>
              <w:left w:w="75" w:type="dxa"/>
              <w:bottom w:w="55" w:type="dxa"/>
              <w:right w:w="75" w:type="dxa"/>
            </w:tcMar>
            <w:vAlign w:val="center"/>
          </w:tcPr>
          <w:p w14:paraId="5C0E164D" w14:textId="77777777" w:rsidR="00923354" w:rsidRPr="008628DB" w:rsidRDefault="00000000" w:rsidP="008628DB">
            <w:pPr>
              <w:snapToGrid w:val="0"/>
              <w:spacing w:after="0" w:line="264" w:lineRule="auto"/>
              <w:jc w:val="center"/>
              <w:rPr>
                <w:sz w:val="15"/>
                <w:szCs w:val="15"/>
              </w:rPr>
            </w:pPr>
            <w:r w:rsidRPr="008628DB">
              <w:rPr>
                <w:sz w:val="15"/>
                <w:szCs w:val="15"/>
              </w:rPr>
              <w:t>196</w:t>
            </w:r>
          </w:p>
        </w:tc>
        <w:tc>
          <w:tcPr>
            <w:tcW w:w="2304" w:type="dxa"/>
            <w:tcBorders>
              <w:bottom w:val="single" w:sz="4" w:space="0" w:color="auto"/>
            </w:tcBorders>
            <w:tcMar>
              <w:top w:w="55" w:type="dxa"/>
              <w:left w:w="75" w:type="dxa"/>
              <w:bottom w:w="55" w:type="dxa"/>
              <w:right w:w="75" w:type="dxa"/>
            </w:tcMar>
            <w:vAlign w:val="center"/>
          </w:tcPr>
          <w:p w14:paraId="237A6F27" w14:textId="77777777" w:rsidR="00923354" w:rsidRPr="008628DB" w:rsidRDefault="00000000" w:rsidP="008628DB">
            <w:pPr>
              <w:snapToGrid w:val="0"/>
              <w:spacing w:after="0" w:line="264" w:lineRule="auto"/>
              <w:jc w:val="center"/>
              <w:rPr>
                <w:sz w:val="15"/>
                <w:szCs w:val="15"/>
              </w:rPr>
            </w:pPr>
            <w:r w:rsidRPr="008628DB">
              <w:rPr>
                <w:sz w:val="15"/>
                <w:szCs w:val="15"/>
              </w:rPr>
              <w:t>7.845825613775541</w:t>
            </w:r>
          </w:p>
        </w:tc>
        <w:tc>
          <w:tcPr>
            <w:tcW w:w="2316" w:type="dxa"/>
            <w:tcBorders>
              <w:bottom w:val="single" w:sz="4" w:space="0" w:color="auto"/>
            </w:tcBorders>
            <w:tcMar>
              <w:top w:w="55" w:type="dxa"/>
              <w:left w:w="75" w:type="dxa"/>
              <w:bottom w:w="55" w:type="dxa"/>
              <w:right w:w="75" w:type="dxa"/>
            </w:tcMar>
            <w:vAlign w:val="center"/>
          </w:tcPr>
          <w:p w14:paraId="2B06E337" w14:textId="77777777" w:rsidR="00923354" w:rsidRPr="008628DB" w:rsidRDefault="00000000" w:rsidP="008628DB">
            <w:pPr>
              <w:snapToGrid w:val="0"/>
              <w:spacing w:after="0" w:line="264" w:lineRule="auto"/>
              <w:jc w:val="center"/>
              <w:rPr>
                <w:sz w:val="15"/>
                <w:szCs w:val="15"/>
              </w:rPr>
            </w:pPr>
            <w:r w:rsidRPr="008628DB">
              <w:rPr>
                <w:sz w:val="15"/>
                <w:szCs w:val="15"/>
              </w:rPr>
              <w:t>4.30138008386857e-15</w:t>
            </w:r>
          </w:p>
        </w:tc>
        <w:tc>
          <w:tcPr>
            <w:tcW w:w="2316" w:type="dxa"/>
            <w:tcBorders>
              <w:bottom w:val="single" w:sz="4" w:space="0" w:color="auto"/>
            </w:tcBorders>
            <w:tcMar>
              <w:top w:w="55" w:type="dxa"/>
              <w:left w:w="75" w:type="dxa"/>
              <w:bottom w:w="55" w:type="dxa"/>
              <w:right w:w="75" w:type="dxa"/>
            </w:tcMar>
            <w:vAlign w:val="center"/>
          </w:tcPr>
          <w:p w14:paraId="424789B9" w14:textId="77777777" w:rsidR="00923354" w:rsidRPr="008628DB" w:rsidRDefault="00000000" w:rsidP="008628DB">
            <w:pPr>
              <w:snapToGrid w:val="0"/>
              <w:spacing w:after="0" w:line="264" w:lineRule="auto"/>
              <w:jc w:val="center"/>
              <w:rPr>
                <w:sz w:val="15"/>
                <w:szCs w:val="15"/>
              </w:rPr>
            </w:pPr>
            <w:r w:rsidRPr="008628DB">
              <w:rPr>
                <w:sz w:val="15"/>
                <w:szCs w:val="15"/>
              </w:rPr>
              <w:t>4.3013800838685696e-14</w:t>
            </w:r>
          </w:p>
        </w:tc>
      </w:tr>
    </w:tbl>
    <w:p w14:paraId="126E9932" w14:textId="77777777" w:rsidR="00923354" w:rsidRDefault="00000000">
      <w:r>
        <w:br w:type="page"/>
      </w:r>
    </w:p>
    <w:p w14:paraId="37F7C7EA" w14:textId="77777777" w:rsidR="00923354" w:rsidRPr="008628DB" w:rsidRDefault="00000000" w:rsidP="008628DB">
      <w:pPr>
        <w:jc w:val="center"/>
        <w:rPr>
          <w:rFonts w:ascii="Times New Roman" w:hAnsi="Times New Roman" w:cs="Times New Roman"/>
          <w:b/>
          <w:bCs/>
          <w:sz w:val="21"/>
          <w:szCs w:val="21"/>
        </w:rPr>
      </w:pPr>
      <w:r w:rsidRPr="008628DB">
        <w:rPr>
          <w:rFonts w:ascii="Times New Roman" w:hAnsi="Times New Roman" w:cs="Times New Roman"/>
          <w:b/>
          <w:bCs/>
          <w:sz w:val="21"/>
          <w:szCs w:val="21"/>
        </w:rPr>
        <w:lastRenderedPageBreak/>
        <w:t>Table S10. Leave-one-sample-out results and summary</w:t>
      </w:r>
    </w:p>
    <w:p w14:paraId="37BD310D" w14:textId="108CAD2F" w:rsidR="00923354" w:rsidRPr="008628DB" w:rsidRDefault="00000000" w:rsidP="008628DB">
      <w:pPr>
        <w:rPr>
          <w:rFonts w:ascii="Times New Roman" w:hAnsi="Times New Roman" w:cs="Times New Roman"/>
          <w:b/>
          <w:bCs/>
          <w:sz w:val="21"/>
          <w:szCs w:val="21"/>
        </w:rPr>
      </w:pPr>
      <w:r w:rsidRPr="008628DB">
        <w:rPr>
          <w:rFonts w:ascii="Times New Roman" w:hAnsi="Times New Roman" w:cs="Times New Roman"/>
          <w:b/>
          <w:bCs/>
          <w:sz w:val="21"/>
          <w:szCs w:val="21"/>
        </w:rPr>
        <w:t xml:space="preserve">S10a leave one out </w:t>
      </w:r>
      <w:r w:rsidR="008628DB" w:rsidRPr="008628DB">
        <w:rPr>
          <w:rFonts w:ascii="Times New Roman" w:hAnsi="Times New Roman" w:cs="Times New Roman"/>
          <w:b/>
          <w:bCs/>
          <w:sz w:val="21"/>
          <w:szCs w:val="21"/>
        </w:rPr>
        <w:t>result</w:t>
      </w:r>
    </w:p>
    <w:tbl>
      <w:tblPr>
        <w:tblW w:w="0" w:type="auto"/>
        <w:jc w:val="center"/>
        <w:tblLook w:val="04A0" w:firstRow="1" w:lastRow="0" w:firstColumn="1" w:lastColumn="0" w:noHBand="0" w:noVBand="1"/>
      </w:tblPr>
      <w:tblGrid>
        <w:gridCol w:w="2376"/>
        <w:gridCol w:w="2376"/>
        <w:gridCol w:w="2376"/>
        <w:gridCol w:w="2376"/>
        <w:gridCol w:w="2376"/>
        <w:gridCol w:w="2376"/>
      </w:tblGrid>
      <w:tr w:rsidR="00923354" w:rsidRPr="008628DB" w14:paraId="521689D1" w14:textId="77777777" w:rsidTr="008628DB">
        <w:trPr>
          <w:cantSplit/>
          <w:jc w:val="center"/>
        </w:trPr>
        <w:tc>
          <w:tcPr>
            <w:tcW w:w="2376" w:type="dxa"/>
            <w:tcBorders>
              <w:top w:val="single" w:sz="4" w:space="0" w:color="auto"/>
              <w:bottom w:val="single" w:sz="4" w:space="0" w:color="auto"/>
            </w:tcBorders>
            <w:tcMar>
              <w:top w:w="55" w:type="dxa"/>
              <w:left w:w="75" w:type="dxa"/>
              <w:bottom w:w="55" w:type="dxa"/>
              <w:right w:w="75" w:type="dxa"/>
            </w:tcMar>
          </w:tcPr>
          <w:p w14:paraId="2271904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b/>
                <w:sz w:val="17"/>
                <w:szCs w:val="17"/>
              </w:rPr>
              <w:t>cohort</w:t>
            </w:r>
          </w:p>
        </w:tc>
        <w:tc>
          <w:tcPr>
            <w:tcW w:w="2376" w:type="dxa"/>
            <w:tcBorders>
              <w:top w:val="single" w:sz="4" w:space="0" w:color="auto"/>
              <w:bottom w:val="single" w:sz="4" w:space="0" w:color="auto"/>
            </w:tcBorders>
            <w:tcMar>
              <w:top w:w="55" w:type="dxa"/>
              <w:left w:w="75" w:type="dxa"/>
              <w:bottom w:w="55" w:type="dxa"/>
              <w:right w:w="75" w:type="dxa"/>
            </w:tcMar>
          </w:tcPr>
          <w:p w14:paraId="79B7C3E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b/>
                <w:sz w:val="17"/>
                <w:szCs w:val="17"/>
              </w:rPr>
              <w:t>omitted_sample</w:t>
            </w:r>
          </w:p>
        </w:tc>
        <w:tc>
          <w:tcPr>
            <w:tcW w:w="2376" w:type="dxa"/>
            <w:tcBorders>
              <w:top w:val="single" w:sz="4" w:space="0" w:color="auto"/>
              <w:bottom w:val="single" w:sz="4" w:space="0" w:color="auto"/>
            </w:tcBorders>
            <w:tcMar>
              <w:top w:w="55" w:type="dxa"/>
              <w:left w:w="75" w:type="dxa"/>
              <w:bottom w:w="55" w:type="dxa"/>
              <w:right w:w="75" w:type="dxa"/>
            </w:tcMar>
          </w:tcPr>
          <w:p w14:paraId="19E49C1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b/>
                <w:sz w:val="17"/>
                <w:szCs w:val="17"/>
              </w:rPr>
              <w:t>omitted_group</w:t>
            </w:r>
          </w:p>
        </w:tc>
        <w:tc>
          <w:tcPr>
            <w:tcW w:w="2376" w:type="dxa"/>
            <w:tcBorders>
              <w:top w:val="single" w:sz="4" w:space="0" w:color="auto"/>
              <w:bottom w:val="single" w:sz="4" w:space="0" w:color="auto"/>
            </w:tcBorders>
            <w:tcMar>
              <w:top w:w="55" w:type="dxa"/>
              <w:left w:w="75" w:type="dxa"/>
              <w:bottom w:w="55" w:type="dxa"/>
              <w:right w:w="75" w:type="dxa"/>
            </w:tcMar>
          </w:tcPr>
          <w:p w14:paraId="7245DAC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b/>
                <w:sz w:val="17"/>
                <w:szCs w:val="17"/>
              </w:rPr>
              <w:t>remaining_n</w:t>
            </w:r>
          </w:p>
        </w:tc>
        <w:tc>
          <w:tcPr>
            <w:tcW w:w="2376" w:type="dxa"/>
            <w:tcBorders>
              <w:top w:val="single" w:sz="4" w:space="0" w:color="auto"/>
              <w:bottom w:val="single" w:sz="4" w:space="0" w:color="auto"/>
            </w:tcBorders>
            <w:tcMar>
              <w:top w:w="55" w:type="dxa"/>
              <w:left w:w="75" w:type="dxa"/>
              <w:bottom w:w="55" w:type="dxa"/>
              <w:right w:w="75" w:type="dxa"/>
            </w:tcMar>
          </w:tcPr>
          <w:p w14:paraId="7CE6E0C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b/>
                <w:sz w:val="17"/>
                <w:szCs w:val="17"/>
              </w:rPr>
              <w:t>remaining_response</w:t>
            </w:r>
          </w:p>
        </w:tc>
        <w:tc>
          <w:tcPr>
            <w:tcW w:w="2376" w:type="dxa"/>
            <w:tcBorders>
              <w:top w:val="single" w:sz="4" w:space="0" w:color="auto"/>
              <w:bottom w:val="single" w:sz="4" w:space="0" w:color="auto"/>
            </w:tcBorders>
            <w:tcMar>
              <w:top w:w="55" w:type="dxa"/>
              <w:left w:w="75" w:type="dxa"/>
              <w:bottom w:w="55" w:type="dxa"/>
              <w:right w:w="75" w:type="dxa"/>
            </w:tcMar>
          </w:tcPr>
          <w:p w14:paraId="40492B7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b/>
                <w:sz w:val="17"/>
                <w:szCs w:val="17"/>
              </w:rPr>
              <w:t>genes_tested</w:t>
            </w:r>
          </w:p>
        </w:tc>
      </w:tr>
      <w:tr w:rsidR="00923354" w:rsidRPr="008628DB" w14:paraId="27CF9CD7" w14:textId="77777777" w:rsidTr="008628DB">
        <w:trPr>
          <w:cantSplit/>
          <w:jc w:val="center"/>
        </w:trPr>
        <w:tc>
          <w:tcPr>
            <w:tcW w:w="2376" w:type="dxa"/>
            <w:tcBorders>
              <w:top w:val="single" w:sz="4" w:space="0" w:color="auto"/>
            </w:tcBorders>
            <w:tcMar>
              <w:top w:w="55" w:type="dxa"/>
              <w:left w:w="75" w:type="dxa"/>
              <w:bottom w:w="55" w:type="dxa"/>
              <w:right w:w="75" w:type="dxa"/>
            </w:tcMar>
            <w:vAlign w:val="center"/>
          </w:tcPr>
          <w:p w14:paraId="45B1F93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Borders>
              <w:top w:val="single" w:sz="4" w:space="0" w:color="auto"/>
            </w:tcBorders>
            <w:tcMar>
              <w:top w:w="55" w:type="dxa"/>
              <w:left w:w="75" w:type="dxa"/>
              <w:bottom w:w="55" w:type="dxa"/>
              <w:right w:w="75" w:type="dxa"/>
            </w:tcMar>
            <w:vAlign w:val="center"/>
          </w:tcPr>
          <w:p w14:paraId="57B3324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GSM6552773</w:t>
            </w:r>
          </w:p>
        </w:tc>
        <w:tc>
          <w:tcPr>
            <w:tcW w:w="2376" w:type="dxa"/>
            <w:tcBorders>
              <w:top w:val="single" w:sz="4" w:space="0" w:color="auto"/>
            </w:tcBorders>
            <w:tcMar>
              <w:top w:w="55" w:type="dxa"/>
              <w:left w:w="75" w:type="dxa"/>
              <w:bottom w:w="55" w:type="dxa"/>
              <w:right w:w="75" w:type="dxa"/>
            </w:tcMar>
            <w:vAlign w:val="center"/>
          </w:tcPr>
          <w:p w14:paraId="109C086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Borders>
              <w:top w:val="single" w:sz="4" w:space="0" w:color="auto"/>
            </w:tcBorders>
            <w:tcMar>
              <w:top w:w="55" w:type="dxa"/>
              <w:left w:w="75" w:type="dxa"/>
              <w:bottom w:w="55" w:type="dxa"/>
              <w:right w:w="75" w:type="dxa"/>
            </w:tcMar>
            <w:vAlign w:val="center"/>
          </w:tcPr>
          <w:p w14:paraId="4CFB765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Borders>
              <w:top w:val="single" w:sz="4" w:space="0" w:color="auto"/>
            </w:tcBorders>
            <w:tcMar>
              <w:top w:w="55" w:type="dxa"/>
              <w:left w:w="75" w:type="dxa"/>
              <w:bottom w:w="55" w:type="dxa"/>
              <w:right w:w="75" w:type="dxa"/>
            </w:tcMar>
            <w:vAlign w:val="center"/>
          </w:tcPr>
          <w:p w14:paraId="65F7CB6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Borders>
              <w:top w:val="single" w:sz="4" w:space="0" w:color="auto"/>
            </w:tcBorders>
            <w:tcMar>
              <w:top w:w="55" w:type="dxa"/>
              <w:left w:w="75" w:type="dxa"/>
              <w:bottom w:w="55" w:type="dxa"/>
              <w:right w:w="75" w:type="dxa"/>
            </w:tcMar>
            <w:vAlign w:val="center"/>
          </w:tcPr>
          <w:p w14:paraId="6E4352E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7B8AB491" w14:textId="77777777" w:rsidTr="008628DB">
        <w:trPr>
          <w:cantSplit/>
          <w:jc w:val="center"/>
        </w:trPr>
        <w:tc>
          <w:tcPr>
            <w:tcW w:w="2376" w:type="dxa"/>
            <w:tcMar>
              <w:top w:w="55" w:type="dxa"/>
              <w:left w:w="75" w:type="dxa"/>
              <w:bottom w:w="55" w:type="dxa"/>
              <w:right w:w="75" w:type="dxa"/>
            </w:tcMar>
            <w:vAlign w:val="center"/>
          </w:tcPr>
          <w:p w14:paraId="62C0BDC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173DFED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GSM6552773</w:t>
            </w:r>
          </w:p>
        </w:tc>
        <w:tc>
          <w:tcPr>
            <w:tcW w:w="2376" w:type="dxa"/>
            <w:tcMar>
              <w:top w:w="55" w:type="dxa"/>
              <w:left w:w="75" w:type="dxa"/>
              <w:bottom w:w="55" w:type="dxa"/>
              <w:right w:w="75" w:type="dxa"/>
            </w:tcMar>
            <w:vAlign w:val="center"/>
          </w:tcPr>
          <w:p w14:paraId="4066861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383360E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261A108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50F9003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191</w:t>
            </w:r>
          </w:p>
        </w:tc>
      </w:tr>
      <w:tr w:rsidR="00923354" w:rsidRPr="008628DB" w14:paraId="08B70AC5" w14:textId="77777777" w:rsidTr="008628DB">
        <w:trPr>
          <w:cantSplit/>
          <w:jc w:val="center"/>
        </w:trPr>
        <w:tc>
          <w:tcPr>
            <w:tcW w:w="2376" w:type="dxa"/>
            <w:tcMar>
              <w:top w:w="55" w:type="dxa"/>
              <w:left w:w="75" w:type="dxa"/>
              <w:bottom w:w="55" w:type="dxa"/>
              <w:right w:w="75" w:type="dxa"/>
            </w:tcMar>
            <w:vAlign w:val="center"/>
          </w:tcPr>
          <w:p w14:paraId="133E166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4FEE9E0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GSM6552773</w:t>
            </w:r>
          </w:p>
        </w:tc>
        <w:tc>
          <w:tcPr>
            <w:tcW w:w="2376" w:type="dxa"/>
            <w:tcMar>
              <w:top w:w="55" w:type="dxa"/>
              <w:left w:w="75" w:type="dxa"/>
              <w:bottom w:w="55" w:type="dxa"/>
              <w:right w:w="75" w:type="dxa"/>
            </w:tcMar>
            <w:vAlign w:val="center"/>
          </w:tcPr>
          <w:p w14:paraId="10312AE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4947371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C18FAB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75563EE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77</w:t>
            </w:r>
          </w:p>
        </w:tc>
      </w:tr>
      <w:tr w:rsidR="00923354" w:rsidRPr="008628DB" w14:paraId="6BC346B2" w14:textId="77777777" w:rsidTr="008628DB">
        <w:trPr>
          <w:cantSplit/>
          <w:jc w:val="center"/>
        </w:trPr>
        <w:tc>
          <w:tcPr>
            <w:tcW w:w="2376" w:type="dxa"/>
            <w:tcMar>
              <w:top w:w="55" w:type="dxa"/>
              <w:left w:w="75" w:type="dxa"/>
              <w:bottom w:w="55" w:type="dxa"/>
              <w:right w:w="75" w:type="dxa"/>
            </w:tcMar>
            <w:vAlign w:val="center"/>
          </w:tcPr>
          <w:p w14:paraId="7124D08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2C6198C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GSM6552773</w:t>
            </w:r>
          </w:p>
        </w:tc>
        <w:tc>
          <w:tcPr>
            <w:tcW w:w="2376" w:type="dxa"/>
            <w:tcMar>
              <w:top w:w="55" w:type="dxa"/>
              <w:left w:w="75" w:type="dxa"/>
              <w:bottom w:w="55" w:type="dxa"/>
              <w:right w:w="75" w:type="dxa"/>
            </w:tcMar>
            <w:vAlign w:val="center"/>
          </w:tcPr>
          <w:p w14:paraId="372EBED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175B3E6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2276C80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41E43B4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175</w:t>
            </w:r>
          </w:p>
        </w:tc>
      </w:tr>
      <w:tr w:rsidR="00923354" w:rsidRPr="008628DB" w14:paraId="0A8D8245" w14:textId="77777777" w:rsidTr="008628DB">
        <w:trPr>
          <w:cantSplit/>
          <w:jc w:val="center"/>
        </w:trPr>
        <w:tc>
          <w:tcPr>
            <w:tcW w:w="2376" w:type="dxa"/>
            <w:tcMar>
              <w:top w:w="55" w:type="dxa"/>
              <w:left w:w="75" w:type="dxa"/>
              <w:bottom w:w="55" w:type="dxa"/>
              <w:right w:w="75" w:type="dxa"/>
            </w:tcMar>
            <w:vAlign w:val="center"/>
          </w:tcPr>
          <w:p w14:paraId="3D7BF91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580F22A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GSM6552773</w:t>
            </w:r>
          </w:p>
        </w:tc>
        <w:tc>
          <w:tcPr>
            <w:tcW w:w="2376" w:type="dxa"/>
            <w:tcMar>
              <w:top w:w="55" w:type="dxa"/>
              <w:left w:w="75" w:type="dxa"/>
              <w:bottom w:w="55" w:type="dxa"/>
              <w:right w:w="75" w:type="dxa"/>
            </w:tcMar>
            <w:vAlign w:val="center"/>
          </w:tcPr>
          <w:p w14:paraId="57B0FE7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3C1FE67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2EDA248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01B7FDB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36A21987" w14:textId="77777777" w:rsidTr="008628DB">
        <w:trPr>
          <w:cantSplit/>
          <w:jc w:val="center"/>
        </w:trPr>
        <w:tc>
          <w:tcPr>
            <w:tcW w:w="2376" w:type="dxa"/>
            <w:tcMar>
              <w:top w:w="55" w:type="dxa"/>
              <w:left w:w="75" w:type="dxa"/>
              <w:bottom w:w="55" w:type="dxa"/>
              <w:right w:w="75" w:type="dxa"/>
            </w:tcMar>
            <w:vAlign w:val="center"/>
          </w:tcPr>
          <w:p w14:paraId="71CB3F4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1D483A3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GSM6552773</w:t>
            </w:r>
          </w:p>
        </w:tc>
        <w:tc>
          <w:tcPr>
            <w:tcW w:w="2376" w:type="dxa"/>
            <w:tcMar>
              <w:top w:w="55" w:type="dxa"/>
              <w:left w:w="75" w:type="dxa"/>
              <w:bottom w:w="55" w:type="dxa"/>
              <w:right w:w="75" w:type="dxa"/>
            </w:tcMar>
            <w:vAlign w:val="center"/>
          </w:tcPr>
          <w:p w14:paraId="76EE250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90F373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7C6F3C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36820FB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193</w:t>
            </w:r>
          </w:p>
        </w:tc>
      </w:tr>
      <w:tr w:rsidR="00923354" w:rsidRPr="008628DB" w14:paraId="03040067" w14:textId="77777777" w:rsidTr="008628DB">
        <w:trPr>
          <w:cantSplit/>
          <w:jc w:val="center"/>
        </w:trPr>
        <w:tc>
          <w:tcPr>
            <w:tcW w:w="2376" w:type="dxa"/>
            <w:tcMar>
              <w:top w:w="55" w:type="dxa"/>
              <w:left w:w="75" w:type="dxa"/>
              <w:bottom w:w="55" w:type="dxa"/>
              <w:right w:w="75" w:type="dxa"/>
            </w:tcMar>
            <w:vAlign w:val="center"/>
          </w:tcPr>
          <w:p w14:paraId="03BA2A6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17F9B3D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GSM6552773</w:t>
            </w:r>
          </w:p>
        </w:tc>
        <w:tc>
          <w:tcPr>
            <w:tcW w:w="2376" w:type="dxa"/>
            <w:tcMar>
              <w:top w:w="55" w:type="dxa"/>
              <w:left w:w="75" w:type="dxa"/>
              <w:bottom w:w="55" w:type="dxa"/>
              <w:right w:w="75" w:type="dxa"/>
            </w:tcMar>
            <w:vAlign w:val="center"/>
          </w:tcPr>
          <w:p w14:paraId="61762E8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0DE4CE7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1DD051C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5BDE879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190</w:t>
            </w:r>
          </w:p>
        </w:tc>
      </w:tr>
      <w:tr w:rsidR="00923354" w:rsidRPr="008628DB" w14:paraId="2E84AB17" w14:textId="77777777" w:rsidTr="008628DB">
        <w:trPr>
          <w:cantSplit/>
          <w:jc w:val="center"/>
        </w:trPr>
        <w:tc>
          <w:tcPr>
            <w:tcW w:w="2376" w:type="dxa"/>
            <w:tcMar>
              <w:top w:w="55" w:type="dxa"/>
              <w:left w:w="75" w:type="dxa"/>
              <w:bottom w:w="55" w:type="dxa"/>
              <w:right w:w="75" w:type="dxa"/>
            </w:tcMar>
            <w:vAlign w:val="center"/>
          </w:tcPr>
          <w:p w14:paraId="4B90156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7192142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GSM6552774</w:t>
            </w:r>
          </w:p>
        </w:tc>
        <w:tc>
          <w:tcPr>
            <w:tcW w:w="2376" w:type="dxa"/>
            <w:tcMar>
              <w:top w:w="55" w:type="dxa"/>
              <w:left w:w="75" w:type="dxa"/>
              <w:bottom w:w="55" w:type="dxa"/>
              <w:right w:w="75" w:type="dxa"/>
            </w:tcMar>
            <w:vAlign w:val="center"/>
          </w:tcPr>
          <w:p w14:paraId="0C1BA65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1BC9E5E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2B847CA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14AF921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50C4FF62" w14:textId="77777777" w:rsidTr="008628DB">
        <w:trPr>
          <w:cantSplit/>
          <w:jc w:val="center"/>
        </w:trPr>
        <w:tc>
          <w:tcPr>
            <w:tcW w:w="2376" w:type="dxa"/>
            <w:tcMar>
              <w:top w:w="55" w:type="dxa"/>
              <w:left w:w="75" w:type="dxa"/>
              <w:bottom w:w="55" w:type="dxa"/>
              <w:right w:w="75" w:type="dxa"/>
            </w:tcMar>
            <w:vAlign w:val="center"/>
          </w:tcPr>
          <w:p w14:paraId="32A45B5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664FCA4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GSM6552774</w:t>
            </w:r>
          </w:p>
        </w:tc>
        <w:tc>
          <w:tcPr>
            <w:tcW w:w="2376" w:type="dxa"/>
            <w:tcMar>
              <w:top w:w="55" w:type="dxa"/>
              <w:left w:w="75" w:type="dxa"/>
              <w:bottom w:w="55" w:type="dxa"/>
              <w:right w:w="75" w:type="dxa"/>
            </w:tcMar>
            <w:vAlign w:val="center"/>
          </w:tcPr>
          <w:p w14:paraId="1E0EF05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3E25F89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51BE964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1798822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191</w:t>
            </w:r>
          </w:p>
        </w:tc>
      </w:tr>
      <w:tr w:rsidR="00923354" w:rsidRPr="008628DB" w14:paraId="5BE8664D" w14:textId="77777777" w:rsidTr="008628DB">
        <w:trPr>
          <w:cantSplit/>
          <w:jc w:val="center"/>
        </w:trPr>
        <w:tc>
          <w:tcPr>
            <w:tcW w:w="2376" w:type="dxa"/>
            <w:tcMar>
              <w:top w:w="55" w:type="dxa"/>
              <w:left w:w="75" w:type="dxa"/>
              <w:bottom w:w="55" w:type="dxa"/>
              <w:right w:w="75" w:type="dxa"/>
            </w:tcMar>
            <w:vAlign w:val="center"/>
          </w:tcPr>
          <w:p w14:paraId="308632D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275811B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GSM6552774</w:t>
            </w:r>
          </w:p>
        </w:tc>
        <w:tc>
          <w:tcPr>
            <w:tcW w:w="2376" w:type="dxa"/>
            <w:tcMar>
              <w:top w:w="55" w:type="dxa"/>
              <w:left w:w="75" w:type="dxa"/>
              <w:bottom w:w="55" w:type="dxa"/>
              <w:right w:w="75" w:type="dxa"/>
            </w:tcMar>
            <w:vAlign w:val="center"/>
          </w:tcPr>
          <w:p w14:paraId="78AD074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0FE030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BC7906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41FB2C8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77</w:t>
            </w:r>
          </w:p>
        </w:tc>
      </w:tr>
      <w:tr w:rsidR="00923354" w:rsidRPr="008628DB" w14:paraId="6C9E31A6" w14:textId="77777777" w:rsidTr="008628DB">
        <w:trPr>
          <w:cantSplit/>
          <w:jc w:val="center"/>
        </w:trPr>
        <w:tc>
          <w:tcPr>
            <w:tcW w:w="2376" w:type="dxa"/>
            <w:tcMar>
              <w:top w:w="55" w:type="dxa"/>
              <w:left w:w="75" w:type="dxa"/>
              <w:bottom w:w="55" w:type="dxa"/>
              <w:right w:w="75" w:type="dxa"/>
            </w:tcMar>
            <w:vAlign w:val="center"/>
          </w:tcPr>
          <w:p w14:paraId="7DA96C5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67AE33A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GSM6552774</w:t>
            </w:r>
          </w:p>
        </w:tc>
        <w:tc>
          <w:tcPr>
            <w:tcW w:w="2376" w:type="dxa"/>
            <w:tcMar>
              <w:top w:w="55" w:type="dxa"/>
              <w:left w:w="75" w:type="dxa"/>
              <w:bottom w:w="55" w:type="dxa"/>
              <w:right w:w="75" w:type="dxa"/>
            </w:tcMar>
            <w:vAlign w:val="center"/>
          </w:tcPr>
          <w:p w14:paraId="2101473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4916F5B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10DDE97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2C524E9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175</w:t>
            </w:r>
          </w:p>
        </w:tc>
      </w:tr>
      <w:tr w:rsidR="00923354" w:rsidRPr="008628DB" w14:paraId="3A854C81" w14:textId="77777777" w:rsidTr="008628DB">
        <w:trPr>
          <w:cantSplit/>
          <w:jc w:val="center"/>
        </w:trPr>
        <w:tc>
          <w:tcPr>
            <w:tcW w:w="2376" w:type="dxa"/>
            <w:tcMar>
              <w:top w:w="55" w:type="dxa"/>
              <w:left w:w="75" w:type="dxa"/>
              <w:bottom w:w="55" w:type="dxa"/>
              <w:right w:w="75" w:type="dxa"/>
            </w:tcMar>
            <w:vAlign w:val="center"/>
          </w:tcPr>
          <w:p w14:paraId="0BE3A6F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378A112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GSM6552774</w:t>
            </w:r>
          </w:p>
        </w:tc>
        <w:tc>
          <w:tcPr>
            <w:tcW w:w="2376" w:type="dxa"/>
            <w:tcMar>
              <w:top w:w="55" w:type="dxa"/>
              <w:left w:w="75" w:type="dxa"/>
              <w:bottom w:w="55" w:type="dxa"/>
              <w:right w:w="75" w:type="dxa"/>
            </w:tcMar>
            <w:vAlign w:val="center"/>
          </w:tcPr>
          <w:p w14:paraId="46C0C57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6C63ED7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509B12B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682A517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243C6353" w14:textId="77777777" w:rsidTr="008628DB">
        <w:trPr>
          <w:cantSplit/>
          <w:jc w:val="center"/>
        </w:trPr>
        <w:tc>
          <w:tcPr>
            <w:tcW w:w="2376" w:type="dxa"/>
            <w:tcMar>
              <w:top w:w="55" w:type="dxa"/>
              <w:left w:w="75" w:type="dxa"/>
              <w:bottom w:w="55" w:type="dxa"/>
              <w:right w:w="75" w:type="dxa"/>
            </w:tcMar>
            <w:vAlign w:val="center"/>
          </w:tcPr>
          <w:p w14:paraId="26D4C2C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4B407AC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GSM6552774</w:t>
            </w:r>
          </w:p>
        </w:tc>
        <w:tc>
          <w:tcPr>
            <w:tcW w:w="2376" w:type="dxa"/>
            <w:tcMar>
              <w:top w:w="55" w:type="dxa"/>
              <w:left w:w="75" w:type="dxa"/>
              <w:bottom w:w="55" w:type="dxa"/>
              <w:right w:w="75" w:type="dxa"/>
            </w:tcMar>
            <w:vAlign w:val="center"/>
          </w:tcPr>
          <w:p w14:paraId="03B2BFC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7B749B9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3830A8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153819A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193</w:t>
            </w:r>
          </w:p>
        </w:tc>
      </w:tr>
      <w:tr w:rsidR="00923354" w:rsidRPr="008628DB" w14:paraId="293C9219" w14:textId="77777777" w:rsidTr="008628DB">
        <w:trPr>
          <w:cantSplit/>
          <w:jc w:val="center"/>
        </w:trPr>
        <w:tc>
          <w:tcPr>
            <w:tcW w:w="2376" w:type="dxa"/>
            <w:tcMar>
              <w:top w:w="55" w:type="dxa"/>
              <w:left w:w="75" w:type="dxa"/>
              <w:bottom w:w="55" w:type="dxa"/>
              <w:right w:w="75" w:type="dxa"/>
            </w:tcMar>
            <w:vAlign w:val="center"/>
          </w:tcPr>
          <w:p w14:paraId="3BBB2A3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164F494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GSM6552774</w:t>
            </w:r>
          </w:p>
        </w:tc>
        <w:tc>
          <w:tcPr>
            <w:tcW w:w="2376" w:type="dxa"/>
            <w:tcMar>
              <w:top w:w="55" w:type="dxa"/>
              <w:left w:w="75" w:type="dxa"/>
              <w:bottom w:w="55" w:type="dxa"/>
              <w:right w:w="75" w:type="dxa"/>
            </w:tcMar>
            <w:vAlign w:val="center"/>
          </w:tcPr>
          <w:p w14:paraId="7ABA5B8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5A56B2E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B1ACFE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5EA6349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190</w:t>
            </w:r>
          </w:p>
        </w:tc>
      </w:tr>
      <w:tr w:rsidR="00923354" w:rsidRPr="008628DB" w14:paraId="5C1E4154" w14:textId="77777777" w:rsidTr="008628DB">
        <w:trPr>
          <w:cantSplit/>
          <w:jc w:val="center"/>
        </w:trPr>
        <w:tc>
          <w:tcPr>
            <w:tcW w:w="2376" w:type="dxa"/>
            <w:tcMar>
              <w:top w:w="55" w:type="dxa"/>
              <w:left w:w="75" w:type="dxa"/>
              <w:bottom w:w="55" w:type="dxa"/>
              <w:right w:w="75" w:type="dxa"/>
            </w:tcMar>
            <w:vAlign w:val="center"/>
          </w:tcPr>
          <w:p w14:paraId="13BD8B9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69A211A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GSM6552775</w:t>
            </w:r>
          </w:p>
        </w:tc>
        <w:tc>
          <w:tcPr>
            <w:tcW w:w="2376" w:type="dxa"/>
            <w:tcMar>
              <w:top w:w="55" w:type="dxa"/>
              <w:left w:w="75" w:type="dxa"/>
              <w:bottom w:w="55" w:type="dxa"/>
              <w:right w:w="75" w:type="dxa"/>
            </w:tcMar>
            <w:vAlign w:val="center"/>
          </w:tcPr>
          <w:p w14:paraId="098B102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36F85B2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70CDA19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1BBDD19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0614C462" w14:textId="77777777" w:rsidTr="008628DB">
        <w:trPr>
          <w:cantSplit/>
          <w:jc w:val="center"/>
        </w:trPr>
        <w:tc>
          <w:tcPr>
            <w:tcW w:w="2376" w:type="dxa"/>
            <w:tcMar>
              <w:top w:w="55" w:type="dxa"/>
              <w:left w:w="75" w:type="dxa"/>
              <w:bottom w:w="55" w:type="dxa"/>
              <w:right w:w="75" w:type="dxa"/>
            </w:tcMar>
            <w:vAlign w:val="center"/>
          </w:tcPr>
          <w:p w14:paraId="0FBD2B8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673C999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GSM6552775</w:t>
            </w:r>
          </w:p>
        </w:tc>
        <w:tc>
          <w:tcPr>
            <w:tcW w:w="2376" w:type="dxa"/>
            <w:tcMar>
              <w:top w:w="55" w:type="dxa"/>
              <w:left w:w="75" w:type="dxa"/>
              <w:bottom w:w="55" w:type="dxa"/>
              <w:right w:w="75" w:type="dxa"/>
            </w:tcMar>
            <w:vAlign w:val="center"/>
          </w:tcPr>
          <w:p w14:paraId="1ADDEA4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4E70D81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5A1EDCB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6D05798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191</w:t>
            </w:r>
          </w:p>
        </w:tc>
      </w:tr>
      <w:tr w:rsidR="00923354" w:rsidRPr="008628DB" w14:paraId="770CE06B" w14:textId="77777777" w:rsidTr="008628DB">
        <w:trPr>
          <w:cantSplit/>
          <w:jc w:val="center"/>
        </w:trPr>
        <w:tc>
          <w:tcPr>
            <w:tcW w:w="2376" w:type="dxa"/>
            <w:tcMar>
              <w:top w:w="55" w:type="dxa"/>
              <w:left w:w="75" w:type="dxa"/>
              <w:bottom w:w="55" w:type="dxa"/>
              <w:right w:w="75" w:type="dxa"/>
            </w:tcMar>
            <w:vAlign w:val="center"/>
          </w:tcPr>
          <w:p w14:paraId="65BE92E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5B15B32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GSM6552775</w:t>
            </w:r>
          </w:p>
        </w:tc>
        <w:tc>
          <w:tcPr>
            <w:tcW w:w="2376" w:type="dxa"/>
            <w:tcMar>
              <w:top w:w="55" w:type="dxa"/>
              <w:left w:w="75" w:type="dxa"/>
              <w:bottom w:w="55" w:type="dxa"/>
              <w:right w:w="75" w:type="dxa"/>
            </w:tcMar>
            <w:vAlign w:val="center"/>
          </w:tcPr>
          <w:p w14:paraId="6A87C5B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75B843A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3907955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72F9DFD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77</w:t>
            </w:r>
          </w:p>
        </w:tc>
      </w:tr>
      <w:tr w:rsidR="00923354" w:rsidRPr="008628DB" w14:paraId="0F39BCF6" w14:textId="77777777" w:rsidTr="008628DB">
        <w:trPr>
          <w:cantSplit/>
          <w:jc w:val="center"/>
        </w:trPr>
        <w:tc>
          <w:tcPr>
            <w:tcW w:w="2376" w:type="dxa"/>
            <w:tcMar>
              <w:top w:w="55" w:type="dxa"/>
              <w:left w:w="75" w:type="dxa"/>
              <w:bottom w:w="55" w:type="dxa"/>
              <w:right w:w="75" w:type="dxa"/>
            </w:tcMar>
            <w:vAlign w:val="center"/>
          </w:tcPr>
          <w:p w14:paraId="440A543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5B4EB39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GSM6552775</w:t>
            </w:r>
          </w:p>
        </w:tc>
        <w:tc>
          <w:tcPr>
            <w:tcW w:w="2376" w:type="dxa"/>
            <w:tcMar>
              <w:top w:w="55" w:type="dxa"/>
              <w:left w:w="75" w:type="dxa"/>
              <w:bottom w:w="55" w:type="dxa"/>
              <w:right w:w="75" w:type="dxa"/>
            </w:tcMar>
            <w:vAlign w:val="center"/>
          </w:tcPr>
          <w:p w14:paraId="754CF60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488727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219D2BE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25AA3ED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175</w:t>
            </w:r>
          </w:p>
        </w:tc>
      </w:tr>
      <w:tr w:rsidR="00923354" w:rsidRPr="008628DB" w14:paraId="72CD0245" w14:textId="77777777" w:rsidTr="008628DB">
        <w:trPr>
          <w:cantSplit/>
          <w:jc w:val="center"/>
        </w:trPr>
        <w:tc>
          <w:tcPr>
            <w:tcW w:w="2376" w:type="dxa"/>
            <w:tcMar>
              <w:top w:w="55" w:type="dxa"/>
              <w:left w:w="75" w:type="dxa"/>
              <w:bottom w:w="55" w:type="dxa"/>
              <w:right w:w="75" w:type="dxa"/>
            </w:tcMar>
            <w:vAlign w:val="center"/>
          </w:tcPr>
          <w:p w14:paraId="3512F0B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32A8D9D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GSM6552775</w:t>
            </w:r>
          </w:p>
        </w:tc>
        <w:tc>
          <w:tcPr>
            <w:tcW w:w="2376" w:type="dxa"/>
            <w:tcMar>
              <w:top w:w="55" w:type="dxa"/>
              <w:left w:w="75" w:type="dxa"/>
              <w:bottom w:w="55" w:type="dxa"/>
              <w:right w:w="75" w:type="dxa"/>
            </w:tcMar>
            <w:vAlign w:val="center"/>
          </w:tcPr>
          <w:p w14:paraId="12BB077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C1B518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2F1473D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3EAC4B2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23C14E09" w14:textId="77777777" w:rsidTr="008628DB">
        <w:trPr>
          <w:cantSplit/>
          <w:jc w:val="center"/>
        </w:trPr>
        <w:tc>
          <w:tcPr>
            <w:tcW w:w="2376" w:type="dxa"/>
            <w:tcMar>
              <w:top w:w="55" w:type="dxa"/>
              <w:left w:w="75" w:type="dxa"/>
              <w:bottom w:w="55" w:type="dxa"/>
              <w:right w:w="75" w:type="dxa"/>
            </w:tcMar>
            <w:vAlign w:val="center"/>
          </w:tcPr>
          <w:p w14:paraId="3DDCF3B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607FC8C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GSM6552775</w:t>
            </w:r>
          </w:p>
        </w:tc>
        <w:tc>
          <w:tcPr>
            <w:tcW w:w="2376" w:type="dxa"/>
            <w:tcMar>
              <w:top w:w="55" w:type="dxa"/>
              <w:left w:w="75" w:type="dxa"/>
              <w:bottom w:w="55" w:type="dxa"/>
              <w:right w:w="75" w:type="dxa"/>
            </w:tcMar>
            <w:vAlign w:val="center"/>
          </w:tcPr>
          <w:p w14:paraId="2145F40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13AE73F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26A303D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56D77C1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193</w:t>
            </w:r>
          </w:p>
        </w:tc>
      </w:tr>
      <w:tr w:rsidR="00923354" w:rsidRPr="008628DB" w14:paraId="42D8F815" w14:textId="77777777" w:rsidTr="008628DB">
        <w:trPr>
          <w:cantSplit/>
          <w:jc w:val="center"/>
        </w:trPr>
        <w:tc>
          <w:tcPr>
            <w:tcW w:w="2376" w:type="dxa"/>
            <w:tcMar>
              <w:top w:w="55" w:type="dxa"/>
              <w:left w:w="75" w:type="dxa"/>
              <w:bottom w:w="55" w:type="dxa"/>
              <w:right w:w="75" w:type="dxa"/>
            </w:tcMar>
            <w:vAlign w:val="center"/>
          </w:tcPr>
          <w:p w14:paraId="49DB7F8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04B7D96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GSM6552775</w:t>
            </w:r>
          </w:p>
        </w:tc>
        <w:tc>
          <w:tcPr>
            <w:tcW w:w="2376" w:type="dxa"/>
            <w:tcMar>
              <w:top w:w="55" w:type="dxa"/>
              <w:left w:w="75" w:type="dxa"/>
              <w:bottom w:w="55" w:type="dxa"/>
              <w:right w:w="75" w:type="dxa"/>
            </w:tcMar>
            <w:vAlign w:val="center"/>
          </w:tcPr>
          <w:p w14:paraId="1C1BEDD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7680AF3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1CDD35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1030FFF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190</w:t>
            </w:r>
          </w:p>
        </w:tc>
      </w:tr>
      <w:tr w:rsidR="00923354" w:rsidRPr="008628DB" w14:paraId="2FD996BE" w14:textId="77777777" w:rsidTr="008628DB">
        <w:trPr>
          <w:cantSplit/>
          <w:jc w:val="center"/>
        </w:trPr>
        <w:tc>
          <w:tcPr>
            <w:tcW w:w="2376" w:type="dxa"/>
            <w:tcMar>
              <w:top w:w="55" w:type="dxa"/>
              <w:left w:w="75" w:type="dxa"/>
              <w:bottom w:w="55" w:type="dxa"/>
              <w:right w:w="75" w:type="dxa"/>
            </w:tcMar>
            <w:vAlign w:val="center"/>
          </w:tcPr>
          <w:p w14:paraId="18B2047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0061091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GSM6552776</w:t>
            </w:r>
          </w:p>
        </w:tc>
        <w:tc>
          <w:tcPr>
            <w:tcW w:w="2376" w:type="dxa"/>
            <w:tcMar>
              <w:top w:w="55" w:type="dxa"/>
              <w:left w:w="75" w:type="dxa"/>
              <w:bottom w:w="55" w:type="dxa"/>
              <w:right w:w="75" w:type="dxa"/>
            </w:tcMar>
            <w:vAlign w:val="center"/>
          </w:tcPr>
          <w:p w14:paraId="25A781D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62DDD7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8951E5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1BB9540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55DA07FF" w14:textId="77777777" w:rsidTr="008628DB">
        <w:trPr>
          <w:cantSplit/>
          <w:jc w:val="center"/>
        </w:trPr>
        <w:tc>
          <w:tcPr>
            <w:tcW w:w="2376" w:type="dxa"/>
            <w:tcMar>
              <w:top w:w="55" w:type="dxa"/>
              <w:left w:w="75" w:type="dxa"/>
              <w:bottom w:w="55" w:type="dxa"/>
              <w:right w:w="75" w:type="dxa"/>
            </w:tcMar>
            <w:vAlign w:val="center"/>
          </w:tcPr>
          <w:p w14:paraId="4978B6B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37064D1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GSM6552776</w:t>
            </w:r>
          </w:p>
        </w:tc>
        <w:tc>
          <w:tcPr>
            <w:tcW w:w="2376" w:type="dxa"/>
            <w:tcMar>
              <w:top w:w="55" w:type="dxa"/>
              <w:left w:w="75" w:type="dxa"/>
              <w:bottom w:w="55" w:type="dxa"/>
              <w:right w:w="75" w:type="dxa"/>
            </w:tcMar>
            <w:vAlign w:val="center"/>
          </w:tcPr>
          <w:p w14:paraId="07C8578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BD3A12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70DA225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7B64674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191</w:t>
            </w:r>
          </w:p>
        </w:tc>
      </w:tr>
      <w:tr w:rsidR="00923354" w:rsidRPr="008628DB" w14:paraId="2730E963" w14:textId="77777777" w:rsidTr="008628DB">
        <w:trPr>
          <w:cantSplit/>
          <w:jc w:val="center"/>
        </w:trPr>
        <w:tc>
          <w:tcPr>
            <w:tcW w:w="2376" w:type="dxa"/>
            <w:tcMar>
              <w:top w:w="55" w:type="dxa"/>
              <w:left w:w="75" w:type="dxa"/>
              <w:bottom w:w="55" w:type="dxa"/>
              <w:right w:w="75" w:type="dxa"/>
            </w:tcMar>
            <w:vAlign w:val="center"/>
          </w:tcPr>
          <w:p w14:paraId="2871A45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2AB999B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GSM6552776</w:t>
            </w:r>
          </w:p>
        </w:tc>
        <w:tc>
          <w:tcPr>
            <w:tcW w:w="2376" w:type="dxa"/>
            <w:tcMar>
              <w:top w:w="55" w:type="dxa"/>
              <w:left w:w="75" w:type="dxa"/>
              <w:bottom w:w="55" w:type="dxa"/>
              <w:right w:w="75" w:type="dxa"/>
            </w:tcMar>
            <w:vAlign w:val="center"/>
          </w:tcPr>
          <w:p w14:paraId="2D4B80C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44978CE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050598D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42C553E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77</w:t>
            </w:r>
          </w:p>
        </w:tc>
      </w:tr>
      <w:tr w:rsidR="00923354" w:rsidRPr="008628DB" w14:paraId="0DE7D8BC" w14:textId="77777777" w:rsidTr="008628DB">
        <w:trPr>
          <w:cantSplit/>
          <w:jc w:val="center"/>
        </w:trPr>
        <w:tc>
          <w:tcPr>
            <w:tcW w:w="2376" w:type="dxa"/>
            <w:tcMar>
              <w:top w:w="55" w:type="dxa"/>
              <w:left w:w="75" w:type="dxa"/>
              <w:bottom w:w="55" w:type="dxa"/>
              <w:right w:w="75" w:type="dxa"/>
            </w:tcMar>
            <w:vAlign w:val="center"/>
          </w:tcPr>
          <w:p w14:paraId="1A76495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46E8684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GSM6552776</w:t>
            </w:r>
          </w:p>
        </w:tc>
        <w:tc>
          <w:tcPr>
            <w:tcW w:w="2376" w:type="dxa"/>
            <w:tcMar>
              <w:top w:w="55" w:type="dxa"/>
              <w:left w:w="75" w:type="dxa"/>
              <w:bottom w:w="55" w:type="dxa"/>
              <w:right w:w="75" w:type="dxa"/>
            </w:tcMar>
            <w:vAlign w:val="center"/>
          </w:tcPr>
          <w:p w14:paraId="5CF5EF5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61EBE49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31ADB56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7015C30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175</w:t>
            </w:r>
          </w:p>
        </w:tc>
      </w:tr>
      <w:tr w:rsidR="00923354" w:rsidRPr="008628DB" w14:paraId="69BD8160" w14:textId="77777777" w:rsidTr="008628DB">
        <w:trPr>
          <w:cantSplit/>
          <w:jc w:val="center"/>
        </w:trPr>
        <w:tc>
          <w:tcPr>
            <w:tcW w:w="2376" w:type="dxa"/>
            <w:tcMar>
              <w:top w:w="55" w:type="dxa"/>
              <w:left w:w="75" w:type="dxa"/>
              <w:bottom w:w="55" w:type="dxa"/>
              <w:right w:w="75" w:type="dxa"/>
            </w:tcMar>
            <w:vAlign w:val="center"/>
          </w:tcPr>
          <w:p w14:paraId="12725B1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481C92E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GSM6552776</w:t>
            </w:r>
          </w:p>
        </w:tc>
        <w:tc>
          <w:tcPr>
            <w:tcW w:w="2376" w:type="dxa"/>
            <w:tcMar>
              <w:top w:w="55" w:type="dxa"/>
              <w:left w:w="75" w:type="dxa"/>
              <w:bottom w:w="55" w:type="dxa"/>
              <w:right w:w="75" w:type="dxa"/>
            </w:tcMar>
            <w:vAlign w:val="center"/>
          </w:tcPr>
          <w:p w14:paraId="0B3CD88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384B6B6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4063A59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49D41F3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5A2899AD" w14:textId="77777777" w:rsidTr="008628DB">
        <w:trPr>
          <w:cantSplit/>
          <w:jc w:val="center"/>
        </w:trPr>
        <w:tc>
          <w:tcPr>
            <w:tcW w:w="2376" w:type="dxa"/>
            <w:tcMar>
              <w:top w:w="55" w:type="dxa"/>
              <w:left w:w="75" w:type="dxa"/>
              <w:bottom w:w="55" w:type="dxa"/>
              <w:right w:w="75" w:type="dxa"/>
            </w:tcMar>
            <w:vAlign w:val="center"/>
          </w:tcPr>
          <w:p w14:paraId="2619334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2FD0870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GSM6552776</w:t>
            </w:r>
          </w:p>
        </w:tc>
        <w:tc>
          <w:tcPr>
            <w:tcW w:w="2376" w:type="dxa"/>
            <w:tcMar>
              <w:top w:w="55" w:type="dxa"/>
              <w:left w:w="75" w:type="dxa"/>
              <w:bottom w:w="55" w:type="dxa"/>
              <w:right w:w="75" w:type="dxa"/>
            </w:tcMar>
            <w:vAlign w:val="center"/>
          </w:tcPr>
          <w:p w14:paraId="6DD9E54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5B3D895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62C9CF0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7317266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193</w:t>
            </w:r>
          </w:p>
        </w:tc>
      </w:tr>
      <w:tr w:rsidR="00923354" w:rsidRPr="008628DB" w14:paraId="30F118DB" w14:textId="77777777" w:rsidTr="008628DB">
        <w:trPr>
          <w:cantSplit/>
          <w:jc w:val="center"/>
        </w:trPr>
        <w:tc>
          <w:tcPr>
            <w:tcW w:w="2376" w:type="dxa"/>
            <w:tcMar>
              <w:top w:w="55" w:type="dxa"/>
              <w:left w:w="75" w:type="dxa"/>
              <w:bottom w:w="55" w:type="dxa"/>
              <w:right w:w="75" w:type="dxa"/>
            </w:tcMar>
            <w:vAlign w:val="center"/>
          </w:tcPr>
          <w:p w14:paraId="629C697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258728D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GSM6552776</w:t>
            </w:r>
          </w:p>
        </w:tc>
        <w:tc>
          <w:tcPr>
            <w:tcW w:w="2376" w:type="dxa"/>
            <w:tcMar>
              <w:top w:w="55" w:type="dxa"/>
              <w:left w:w="75" w:type="dxa"/>
              <w:bottom w:w="55" w:type="dxa"/>
              <w:right w:w="75" w:type="dxa"/>
            </w:tcMar>
            <w:vAlign w:val="center"/>
          </w:tcPr>
          <w:p w14:paraId="4D3595F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1BC62B5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1C79C54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06922DB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190</w:t>
            </w:r>
          </w:p>
        </w:tc>
      </w:tr>
      <w:tr w:rsidR="00923354" w:rsidRPr="008628DB" w14:paraId="7F292E67" w14:textId="77777777" w:rsidTr="008628DB">
        <w:trPr>
          <w:cantSplit/>
          <w:jc w:val="center"/>
        </w:trPr>
        <w:tc>
          <w:tcPr>
            <w:tcW w:w="2376" w:type="dxa"/>
            <w:tcMar>
              <w:top w:w="55" w:type="dxa"/>
              <w:left w:w="75" w:type="dxa"/>
              <w:bottom w:w="55" w:type="dxa"/>
              <w:right w:w="75" w:type="dxa"/>
            </w:tcMar>
            <w:vAlign w:val="center"/>
          </w:tcPr>
          <w:p w14:paraId="2C534CB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lastRenderedPageBreak/>
              <w:t>GSE212810</w:t>
            </w:r>
          </w:p>
        </w:tc>
        <w:tc>
          <w:tcPr>
            <w:tcW w:w="2376" w:type="dxa"/>
            <w:tcMar>
              <w:top w:w="55" w:type="dxa"/>
              <w:left w:w="75" w:type="dxa"/>
              <w:bottom w:w="55" w:type="dxa"/>
              <w:right w:w="75" w:type="dxa"/>
            </w:tcMar>
            <w:vAlign w:val="center"/>
          </w:tcPr>
          <w:p w14:paraId="12B218E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GSM6552777</w:t>
            </w:r>
          </w:p>
        </w:tc>
        <w:tc>
          <w:tcPr>
            <w:tcW w:w="2376" w:type="dxa"/>
            <w:tcMar>
              <w:top w:w="55" w:type="dxa"/>
              <w:left w:w="75" w:type="dxa"/>
              <w:bottom w:w="55" w:type="dxa"/>
              <w:right w:w="75" w:type="dxa"/>
            </w:tcMar>
            <w:vAlign w:val="center"/>
          </w:tcPr>
          <w:p w14:paraId="5572911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734EF2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34C7962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67D8B1C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194</w:t>
            </w:r>
          </w:p>
        </w:tc>
      </w:tr>
      <w:tr w:rsidR="00923354" w:rsidRPr="008628DB" w14:paraId="1F640C52" w14:textId="77777777" w:rsidTr="008628DB">
        <w:trPr>
          <w:cantSplit/>
          <w:jc w:val="center"/>
        </w:trPr>
        <w:tc>
          <w:tcPr>
            <w:tcW w:w="2376" w:type="dxa"/>
            <w:tcMar>
              <w:top w:w="55" w:type="dxa"/>
              <w:left w:w="75" w:type="dxa"/>
              <w:bottom w:w="55" w:type="dxa"/>
              <w:right w:w="75" w:type="dxa"/>
            </w:tcMar>
            <w:vAlign w:val="center"/>
          </w:tcPr>
          <w:p w14:paraId="69E6231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3CDC5AE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GSM6552777</w:t>
            </w:r>
          </w:p>
        </w:tc>
        <w:tc>
          <w:tcPr>
            <w:tcW w:w="2376" w:type="dxa"/>
            <w:tcMar>
              <w:top w:w="55" w:type="dxa"/>
              <w:left w:w="75" w:type="dxa"/>
              <w:bottom w:w="55" w:type="dxa"/>
              <w:right w:w="75" w:type="dxa"/>
            </w:tcMar>
            <w:vAlign w:val="center"/>
          </w:tcPr>
          <w:p w14:paraId="6C98494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940F2B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3BABB43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452E61A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191</w:t>
            </w:r>
          </w:p>
        </w:tc>
      </w:tr>
      <w:tr w:rsidR="00923354" w:rsidRPr="008628DB" w14:paraId="2B15E970" w14:textId="77777777" w:rsidTr="008628DB">
        <w:trPr>
          <w:cantSplit/>
          <w:jc w:val="center"/>
        </w:trPr>
        <w:tc>
          <w:tcPr>
            <w:tcW w:w="2376" w:type="dxa"/>
            <w:tcMar>
              <w:top w:w="55" w:type="dxa"/>
              <w:left w:w="75" w:type="dxa"/>
              <w:bottom w:w="55" w:type="dxa"/>
              <w:right w:w="75" w:type="dxa"/>
            </w:tcMar>
            <w:vAlign w:val="center"/>
          </w:tcPr>
          <w:p w14:paraId="5C396D6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Mar>
              <w:top w:w="55" w:type="dxa"/>
              <w:left w:w="75" w:type="dxa"/>
              <w:bottom w:w="55" w:type="dxa"/>
              <w:right w:w="75" w:type="dxa"/>
            </w:tcMar>
            <w:vAlign w:val="center"/>
          </w:tcPr>
          <w:p w14:paraId="2227949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GSM6552777</w:t>
            </w:r>
          </w:p>
        </w:tc>
        <w:tc>
          <w:tcPr>
            <w:tcW w:w="2376" w:type="dxa"/>
            <w:tcMar>
              <w:top w:w="55" w:type="dxa"/>
              <w:left w:w="75" w:type="dxa"/>
              <w:bottom w:w="55" w:type="dxa"/>
              <w:right w:w="75" w:type="dxa"/>
            </w:tcMar>
            <w:vAlign w:val="center"/>
          </w:tcPr>
          <w:p w14:paraId="637C1BD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Mar>
              <w:top w:w="55" w:type="dxa"/>
              <w:left w:w="75" w:type="dxa"/>
              <w:bottom w:w="55" w:type="dxa"/>
              <w:right w:w="75" w:type="dxa"/>
            </w:tcMar>
            <w:vAlign w:val="center"/>
          </w:tcPr>
          <w:p w14:paraId="2B45607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Mar>
              <w:top w:w="55" w:type="dxa"/>
              <w:left w:w="75" w:type="dxa"/>
              <w:bottom w:w="55" w:type="dxa"/>
              <w:right w:w="75" w:type="dxa"/>
            </w:tcMar>
            <w:vAlign w:val="center"/>
          </w:tcPr>
          <w:p w14:paraId="1F92D97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Mar>
              <w:top w:w="55" w:type="dxa"/>
              <w:left w:w="75" w:type="dxa"/>
              <w:bottom w:w="55" w:type="dxa"/>
              <w:right w:w="75" w:type="dxa"/>
            </w:tcMar>
            <w:vAlign w:val="center"/>
          </w:tcPr>
          <w:p w14:paraId="5FADD6C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77</w:t>
            </w:r>
          </w:p>
        </w:tc>
      </w:tr>
      <w:tr w:rsidR="00923354" w:rsidRPr="008628DB" w14:paraId="1EFF32CD" w14:textId="77777777" w:rsidTr="008628DB">
        <w:trPr>
          <w:cantSplit/>
          <w:jc w:val="center"/>
        </w:trPr>
        <w:tc>
          <w:tcPr>
            <w:tcW w:w="2376" w:type="dxa"/>
            <w:tcBorders>
              <w:bottom w:val="single" w:sz="4" w:space="0" w:color="auto"/>
            </w:tcBorders>
            <w:tcMar>
              <w:top w:w="55" w:type="dxa"/>
              <w:left w:w="75" w:type="dxa"/>
              <w:bottom w:w="55" w:type="dxa"/>
              <w:right w:w="75" w:type="dxa"/>
            </w:tcMar>
            <w:vAlign w:val="center"/>
          </w:tcPr>
          <w:p w14:paraId="02A9304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376" w:type="dxa"/>
            <w:tcBorders>
              <w:bottom w:val="single" w:sz="4" w:space="0" w:color="auto"/>
            </w:tcBorders>
            <w:tcMar>
              <w:top w:w="55" w:type="dxa"/>
              <w:left w:w="75" w:type="dxa"/>
              <w:bottom w:w="55" w:type="dxa"/>
              <w:right w:w="75" w:type="dxa"/>
            </w:tcMar>
            <w:vAlign w:val="center"/>
          </w:tcPr>
          <w:p w14:paraId="2FAEBFC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GSM6552777</w:t>
            </w:r>
          </w:p>
        </w:tc>
        <w:tc>
          <w:tcPr>
            <w:tcW w:w="2376" w:type="dxa"/>
            <w:tcBorders>
              <w:bottom w:val="single" w:sz="4" w:space="0" w:color="auto"/>
            </w:tcBorders>
            <w:tcMar>
              <w:top w:w="55" w:type="dxa"/>
              <w:left w:w="75" w:type="dxa"/>
              <w:bottom w:w="55" w:type="dxa"/>
              <w:right w:w="75" w:type="dxa"/>
            </w:tcMar>
            <w:vAlign w:val="center"/>
          </w:tcPr>
          <w:p w14:paraId="5E0126C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response</w:t>
            </w:r>
          </w:p>
        </w:tc>
        <w:tc>
          <w:tcPr>
            <w:tcW w:w="2376" w:type="dxa"/>
            <w:tcBorders>
              <w:bottom w:val="single" w:sz="4" w:space="0" w:color="auto"/>
            </w:tcBorders>
            <w:tcMar>
              <w:top w:w="55" w:type="dxa"/>
              <w:left w:w="75" w:type="dxa"/>
              <w:bottom w:w="55" w:type="dxa"/>
              <w:right w:w="75" w:type="dxa"/>
            </w:tcMar>
            <w:vAlign w:val="center"/>
          </w:tcPr>
          <w:p w14:paraId="6D39116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38</w:t>
            </w:r>
          </w:p>
        </w:tc>
        <w:tc>
          <w:tcPr>
            <w:tcW w:w="2376" w:type="dxa"/>
            <w:tcBorders>
              <w:bottom w:val="single" w:sz="4" w:space="0" w:color="auto"/>
            </w:tcBorders>
            <w:tcMar>
              <w:top w:w="55" w:type="dxa"/>
              <w:left w:w="75" w:type="dxa"/>
              <w:bottom w:w="55" w:type="dxa"/>
              <w:right w:w="75" w:type="dxa"/>
            </w:tcMar>
            <w:vAlign w:val="center"/>
          </w:tcPr>
          <w:p w14:paraId="415CB0D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20</w:t>
            </w:r>
          </w:p>
        </w:tc>
        <w:tc>
          <w:tcPr>
            <w:tcW w:w="2376" w:type="dxa"/>
            <w:tcBorders>
              <w:bottom w:val="single" w:sz="4" w:space="0" w:color="auto"/>
            </w:tcBorders>
            <w:tcMar>
              <w:top w:w="55" w:type="dxa"/>
              <w:left w:w="75" w:type="dxa"/>
              <w:bottom w:w="55" w:type="dxa"/>
              <w:right w:w="75" w:type="dxa"/>
            </w:tcMar>
            <w:vAlign w:val="center"/>
          </w:tcPr>
          <w:p w14:paraId="1BF8486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175</w:t>
            </w:r>
          </w:p>
        </w:tc>
      </w:tr>
    </w:tbl>
    <w:p w14:paraId="040E3E4D" w14:textId="77777777" w:rsidR="008628DB" w:rsidRDefault="008628DB" w:rsidP="008628DB">
      <w:pPr>
        <w:rPr>
          <w:rFonts w:ascii="Times New Roman" w:hAnsi="Times New Roman" w:cs="Times New Roman"/>
          <w:b/>
          <w:bCs/>
          <w:sz w:val="21"/>
          <w:szCs w:val="21"/>
          <w:lang w:eastAsia="zh-CN"/>
        </w:rPr>
      </w:pPr>
    </w:p>
    <w:p w14:paraId="77ED9F46" w14:textId="6EC7DA4A" w:rsidR="00923354" w:rsidRPr="008628DB" w:rsidRDefault="00000000" w:rsidP="008628DB">
      <w:pPr>
        <w:rPr>
          <w:rFonts w:ascii="Times New Roman" w:hAnsi="Times New Roman" w:cs="Times New Roman"/>
          <w:b/>
          <w:bCs/>
          <w:sz w:val="21"/>
          <w:szCs w:val="21"/>
        </w:rPr>
      </w:pPr>
      <w:r w:rsidRPr="008628DB">
        <w:rPr>
          <w:rFonts w:ascii="Times New Roman" w:hAnsi="Times New Roman" w:cs="Times New Roman"/>
          <w:b/>
          <w:bCs/>
          <w:sz w:val="21"/>
          <w:szCs w:val="21"/>
        </w:rPr>
        <w:t>S10b leave one out summary</w:t>
      </w:r>
    </w:p>
    <w:tbl>
      <w:tblPr>
        <w:tblW w:w="0" w:type="auto"/>
        <w:jc w:val="center"/>
        <w:tblLook w:val="04A0" w:firstRow="1" w:lastRow="0" w:firstColumn="1" w:lastColumn="0" w:noHBand="0" w:noVBand="1"/>
      </w:tblPr>
      <w:tblGrid>
        <w:gridCol w:w="1815"/>
        <w:gridCol w:w="2793"/>
        <w:gridCol w:w="2332"/>
        <w:gridCol w:w="2336"/>
        <w:gridCol w:w="2336"/>
        <w:gridCol w:w="2644"/>
      </w:tblGrid>
      <w:tr w:rsidR="00923354" w:rsidRPr="008628DB" w14:paraId="02B40C2B" w14:textId="77777777" w:rsidTr="008628DB">
        <w:trPr>
          <w:cantSplit/>
          <w:jc w:val="center"/>
        </w:trPr>
        <w:tc>
          <w:tcPr>
            <w:tcW w:w="1843" w:type="dxa"/>
            <w:tcBorders>
              <w:top w:val="single" w:sz="4" w:space="0" w:color="auto"/>
              <w:bottom w:val="single" w:sz="4" w:space="0" w:color="auto"/>
            </w:tcBorders>
            <w:tcMar>
              <w:top w:w="55" w:type="dxa"/>
              <w:left w:w="75" w:type="dxa"/>
              <w:bottom w:w="55" w:type="dxa"/>
              <w:right w:w="75" w:type="dxa"/>
            </w:tcMar>
          </w:tcPr>
          <w:p w14:paraId="72043DA2" w14:textId="77777777" w:rsidR="00923354" w:rsidRPr="008628DB" w:rsidRDefault="00000000" w:rsidP="008628DB">
            <w:pPr>
              <w:snapToGrid w:val="0"/>
              <w:spacing w:after="0" w:line="264" w:lineRule="auto"/>
              <w:jc w:val="center"/>
              <w:rPr>
                <w:rFonts w:ascii="Times New Roman" w:hAnsi="Times New Roman" w:cs="Times New Roman"/>
                <w:b/>
                <w:bCs/>
                <w:sz w:val="17"/>
                <w:szCs w:val="17"/>
              </w:rPr>
            </w:pPr>
            <w:r w:rsidRPr="008628DB">
              <w:rPr>
                <w:rFonts w:ascii="Times New Roman" w:hAnsi="Times New Roman" w:cs="Times New Roman"/>
                <w:b/>
                <w:bCs/>
                <w:sz w:val="17"/>
                <w:szCs w:val="17"/>
              </w:rPr>
              <w:t>cohort</w:t>
            </w:r>
          </w:p>
        </w:tc>
        <w:tc>
          <w:tcPr>
            <w:tcW w:w="2847" w:type="dxa"/>
            <w:tcBorders>
              <w:top w:val="single" w:sz="4" w:space="0" w:color="auto"/>
              <w:bottom w:val="single" w:sz="4" w:space="0" w:color="auto"/>
            </w:tcBorders>
            <w:tcMar>
              <w:top w:w="55" w:type="dxa"/>
              <w:left w:w="75" w:type="dxa"/>
              <w:bottom w:w="55" w:type="dxa"/>
              <w:right w:w="75" w:type="dxa"/>
            </w:tcMar>
          </w:tcPr>
          <w:p w14:paraId="27BD5DC6" w14:textId="77777777" w:rsidR="00923354" w:rsidRPr="008628DB" w:rsidRDefault="00000000" w:rsidP="008628DB">
            <w:pPr>
              <w:snapToGrid w:val="0"/>
              <w:spacing w:after="0" w:line="264" w:lineRule="auto"/>
              <w:jc w:val="center"/>
              <w:rPr>
                <w:rFonts w:ascii="Times New Roman" w:hAnsi="Times New Roman" w:cs="Times New Roman"/>
                <w:b/>
                <w:bCs/>
                <w:sz w:val="17"/>
                <w:szCs w:val="17"/>
              </w:rPr>
            </w:pPr>
            <w:r w:rsidRPr="008628DB">
              <w:rPr>
                <w:rFonts w:ascii="Times New Roman" w:hAnsi="Times New Roman" w:cs="Times New Roman"/>
                <w:b/>
                <w:bCs/>
                <w:sz w:val="17"/>
                <w:szCs w:val="17"/>
              </w:rPr>
              <w:t>Term</w:t>
            </w:r>
          </w:p>
        </w:tc>
        <w:tc>
          <w:tcPr>
            <w:tcW w:w="2356" w:type="dxa"/>
            <w:tcBorders>
              <w:top w:val="single" w:sz="4" w:space="0" w:color="auto"/>
              <w:bottom w:val="single" w:sz="4" w:space="0" w:color="auto"/>
            </w:tcBorders>
            <w:tcMar>
              <w:top w:w="55" w:type="dxa"/>
              <w:left w:w="75" w:type="dxa"/>
              <w:bottom w:w="55" w:type="dxa"/>
              <w:right w:w="75" w:type="dxa"/>
            </w:tcMar>
          </w:tcPr>
          <w:p w14:paraId="26C33A64" w14:textId="77777777" w:rsidR="00923354" w:rsidRPr="008628DB" w:rsidRDefault="00000000" w:rsidP="008628DB">
            <w:pPr>
              <w:snapToGrid w:val="0"/>
              <w:spacing w:after="0" w:line="264" w:lineRule="auto"/>
              <w:jc w:val="center"/>
              <w:rPr>
                <w:rFonts w:ascii="Times New Roman" w:hAnsi="Times New Roman" w:cs="Times New Roman"/>
                <w:b/>
                <w:bCs/>
                <w:sz w:val="17"/>
                <w:szCs w:val="17"/>
              </w:rPr>
            </w:pPr>
            <w:r w:rsidRPr="008628DB">
              <w:rPr>
                <w:rFonts w:ascii="Times New Roman" w:hAnsi="Times New Roman" w:cs="Times New Roman"/>
                <w:b/>
                <w:bCs/>
                <w:sz w:val="17"/>
                <w:szCs w:val="17"/>
              </w:rPr>
              <w:t>jackknife_iterations</w:t>
            </w:r>
          </w:p>
        </w:tc>
        <w:tc>
          <w:tcPr>
            <w:tcW w:w="2359" w:type="dxa"/>
            <w:tcBorders>
              <w:top w:val="single" w:sz="4" w:space="0" w:color="auto"/>
              <w:bottom w:val="single" w:sz="4" w:space="0" w:color="auto"/>
            </w:tcBorders>
            <w:tcMar>
              <w:top w:w="55" w:type="dxa"/>
              <w:left w:w="75" w:type="dxa"/>
              <w:bottom w:w="55" w:type="dxa"/>
              <w:right w:w="75" w:type="dxa"/>
            </w:tcMar>
          </w:tcPr>
          <w:p w14:paraId="2AA3D06B" w14:textId="77777777" w:rsidR="00923354" w:rsidRPr="008628DB" w:rsidRDefault="00000000" w:rsidP="008628DB">
            <w:pPr>
              <w:snapToGrid w:val="0"/>
              <w:spacing w:after="0" w:line="264" w:lineRule="auto"/>
              <w:jc w:val="center"/>
              <w:rPr>
                <w:rFonts w:ascii="Times New Roman" w:hAnsi="Times New Roman" w:cs="Times New Roman"/>
                <w:b/>
                <w:bCs/>
                <w:sz w:val="17"/>
                <w:szCs w:val="17"/>
              </w:rPr>
            </w:pPr>
            <w:r w:rsidRPr="008628DB">
              <w:rPr>
                <w:rFonts w:ascii="Times New Roman" w:hAnsi="Times New Roman" w:cs="Times New Roman"/>
                <w:b/>
                <w:bCs/>
                <w:sz w:val="17"/>
                <w:szCs w:val="17"/>
              </w:rPr>
              <w:t>min_z</w:t>
            </w:r>
          </w:p>
        </w:tc>
        <w:tc>
          <w:tcPr>
            <w:tcW w:w="2359" w:type="dxa"/>
            <w:tcBorders>
              <w:top w:val="single" w:sz="4" w:space="0" w:color="auto"/>
              <w:bottom w:val="single" w:sz="4" w:space="0" w:color="auto"/>
            </w:tcBorders>
            <w:tcMar>
              <w:top w:w="55" w:type="dxa"/>
              <w:left w:w="75" w:type="dxa"/>
              <w:bottom w:w="55" w:type="dxa"/>
              <w:right w:w="75" w:type="dxa"/>
            </w:tcMar>
          </w:tcPr>
          <w:p w14:paraId="697F5449" w14:textId="77777777" w:rsidR="00923354" w:rsidRPr="008628DB" w:rsidRDefault="00000000" w:rsidP="008628DB">
            <w:pPr>
              <w:snapToGrid w:val="0"/>
              <w:spacing w:after="0" w:line="264" w:lineRule="auto"/>
              <w:jc w:val="center"/>
              <w:rPr>
                <w:rFonts w:ascii="Times New Roman" w:hAnsi="Times New Roman" w:cs="Times New Roman"/>
                <w:b/>
                <w:bCs/>
                <w:sz w:val="17"/>
                <w:szCs w:val="17"/>
              </w:rPr>
            </w:pPr>
            <w:r w:rsidRPr="008628DB">
              <w:rPr>
                <w:rFonts w:ascii="Times New Roman" w:hAnsi="Times New Roman" w:cs="Times New Roman"/>
                <w:b/>
                <w:bCs/>
                <w:sz w:val="17"/>
                <w:szCs w:val="17"/>
              </w:rPr>
              <w:t>max_z</w:t>
            </w:r>
          </w:p>
        </w:tc>
        <w:tc>
          <w:tcPr>
            <w:tcW w:w="2492" w:type="dxa"/>
            <w:tcBorders>
              <w:top w:val="single" w:sz="4" w:space="0" w:color="auto"/>
              <w:bottom w:val="single" w:sz="4" w:space="0" w:color="auto"/>
            </w:tcBorders>
            <w:tcMar>
              <w:top w:w="55" w:type="dxa"/>
              <w:left w:w="75" w:type="dxa"/>
              <w:bottom w:w="55" w:type="dxa"/>
              <w:right w:w="75" w:type="dxa"/>
            </w:tcMar>
          </w:tcPr>
          <w:p w14:paraId="54D1764B" w14:textId="77777777" w:rsidR="00923354" w:rsidRPr="008628DB" w:rsidRDefault="00000000" w:rsidP="008628DB">
            <w:pPr>
              <w:snapToGrid w:val="0"/>
              <w:spacing w:after="0" w:line="264" w:lineRule="auto"/>
              <w:jc w:val="center"/>
              <w:rPr>
                <w:rFonts w:ascii="Times New Roman" w:hAnsi="Times New Roman" w:cs="Times New Roman"/>
                <w:b/>
                <w:bCs/>
                <w:sz w:val="17"/>
                <w:szCs w:val="17"/>
              </w:rPr>
            </w:pPr>
            <w:r w:rsidRPr="008628DB">
              <w:rPr>
                <w:rFonts w:ascii="Times New Roman" w:hAnsi="Times New Roman" w:cs="Times New Roman"/>
                <w:b/>
                <w:bCs/>
                <w:sz w:val="17"/>
                <w:szCs w:val="17"/>
              </w:rPr>
              <w:t>direction_consistent_all_iterations</w:t>
            </w:r>
          </w:p>
        </w:tc>
      </w:tr>
      <w:tr w:rsidR="00923354" w14:paraId="6E1644AD" w14:textId="77777777" w:rsidTr="008628DB">
        <w:trPr>
          <w:cantSplit/>
          <w:jc w:val="center"/>
        </w:trPr>
        <w:tc>
          <w:tcPr>
            <w:tcW w:w="1843" w:type="dxa"/>
            <w:tcBorders>
              <w:top w:val="single" w:sz="4" w:space="0" w:color="auto"/>
            </w:tcBorders>
            <w:tcMar>
              <w:top w:w="55" w:type="dxa"/>
              <w:left w:w="75" w:type="dxa"/>
              <w:bottom w:w="55" w:type="dxa"/>
              <w:right w:w="75" w:type="dxa"/>
            </w:tcMar>
            <w:vAlign w:val="center"/>
          </w:tcPr>
          <w:p w14:paraId="504376D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847" w:type="dxa"/>
            <w:tcBorders>
              <w:top w:val="single" w:sz="4" w:space="0" w:color="auto"/>
            </w:tcBorders>
            <w:tcMar>
              <w:top w:w="55" w:type="dxa"/>
              <w:left w:w="75" w:type="dxa"/>
              <w:bottom w:w="55" w:type="dxa"/>
              <w:right w:w="75" w:type="dxa"/>
            </w:tcMar>
            <w:vAlign w:val="center"/>
          </w:tcPr>
          <w:p w14:paraId="47329F7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E2F Targets</w:t>
            </w:r>
          </w:p>
        </w:tc>
        <w:tc>
          <w:tcPr>
            <w:tcW w:w="2356" w:type="dxa"/>
            <w:tcBorders>
              <w:top w:val="single" w:sz="4" w:space="0" w:color="auto"/>
            </w:tcBorders>
            <w:tcMar>
              <w:top w:w="55" w:type="dxa"/>
              <w:left w:w="75" w:type="dxa"/>
              <w:bottom w:w="55" w:type="dxa"/>
              <w:right w:w="75" w:type="dxa"/>
            </w:tcMar>
            <w:vAlign w:val="center"/>
          </w:tcPr>
          <w:p w14:paraId="7C1CCA7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39</w:t>
            </w:r>
          </w:p>
        </w:tc>
        <w:tc>
          <w:tcPr>
            <w:tcW w:w="2359" w:type="dxa"/>
            <w:tcBorders>
              <w:top w:val="single" w:sz="4" w:space="0" w:color="auto"/>
            </w:tcBorders>
            <w:tcMar>
              <w:top w:w="55" w:type="dxa"/>
              <w:left w:w="75" w:type="dxa"/>
              <w:bottom w:w="55" w:type="dxa"/>
              <w:right w:w="75" w:type="dxa"/>
            </w:tcMar>
            <w:vAlign w:val="center"/>
          </w:tcPr>
          <w:p w14:paraId="7790D59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1.11708796916754</w:t>
            </w:r>
          </w:p>
        </w:tc>
        <w:tc>
          <w:tcPr>
            <w:tcW w:w="2359" w:type="dxa"/>
            <w:tcBorders>
              <w:top w:val="single" w:sz="4" w:space="0" w:color="auto"/>
            </w:tcBorders>
            <w:tcMar>
              <w:top w:w="55" w:type="dxa"/>
              <w:left w:w="75" w:type="dxa"/>
              <w:bottom w:w="55" w:type="dxa"/>
              <w:right w:w="75" w:type="dxa"/>
            </w:tcMar>
            <w:vAlign w:val="center"/>
          </w:tcPr>
          <w:p w14:paraId="0A5F7DF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3.2745658633566737</w:t>
            </w:r>
          </w:p>
        </w:tc>
        <w:tc>
          <w:tcPr>
            <w:tcW w:w="2492" w:type="dxa"/>
            <w:tcBorders>
              <w:top w:val="single" w:sz="4" w:space="0" w:color="auto"/>
            </w:tcBorders>
            <w:tcMar>
              <w:top w:w="55" w:type="dxa"/>
              <w:left w:w="75" w:type="dxa"/>
              <w:bottom w:w="55" w:type="dxa"/>
              <w:right w:w="75" w:type="dxa"/>
            </w:tcMar>
            <w:vAlign w:val="center"/>
          </w:tcPr>
          <w:p w14:paraId="0C71354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2F7E8109" w14:textId="77777777" w:rsidTr="008628DB">
        <w:trPr>
          <w:cantSplit/>
          <w:jc w:val="center"/>
        </w:trPr>
        <w:tc>
          <w:tcPr>
            <w:tcW w:w="1843" w:type="dxa"/>
            <w:tcMar>
              <w:top w:w="55" w:type="dxa"/>
              <w:left w:w="75" w:type="dxa"/>
              <w:bottom w:w="55" w:type="dxa"/>
              <w:right w:w="75" w:type="dxa"/>
            </w:tcMar>
            <w:vAlign w:val="center"/>
          </w:tcPr>
          <w:p w14:paraId="6755972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847" w:type="dxa"/>
            <w:tcMar>
              <w:top w:w="55" w:type="dxa"/>
              <w:left w:w="75" w:type="dxa"/>
              <w:bottom w:w="55" w:type="dxa"/>
              <w:right w:w="75" w:type="dxa"/>
            </w:tcMar>
            <w:vAlign w:val="center"/>
          </w:tcPr>
          <w:p w14:paraId="5994D28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Epithelial Mesenchymal Transition</w:t>
            </w:r>
          </w:p>
        </w:tc>
        <w:tc>
          <w:tcPr>
            <w:tcW w:w="2356" w:type="dxa"/>
            <w:tcMar>
              <w:top w:w="55" w:type="dxa"/>
              <w:left w:w="75" w:type="dxa"/>
              <w:bottom w:w="55" w:type="dxa"/>
              <w:right w:w="75" w:type="dxa"/>
            </w:tcMar>
            <w:vAlign w:val="center"/>
          </w:tcPr>
          <w:p w14:paraId="3D5DDF6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39</w:t>
            </w:r>
          </w:p>
        </w:tc>
        <w:tc>
          <w:tcPr>
            <w:tcW w:w="2359" w:type="dxa"/>
            <w:tcMar>
              <w:top w:w="55" w:type="dxa"/>
              <w:left w:w="75" w:type="dxa"/>
              <w:bottom w:w="55" w:type="dxa"/>
              <w:right w:w="75" w:type="dxa"/>
            </w:tcMar>
            <w:vAlign w:val="center"/>
          </w:tcPr>
          <w:p w14:paraId="554F97F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2.7271091754833945</w:t>
            </w:r>
          </w:p>
        </w:tc>
        <w:tc>
          <w:tcPr>
            <w:tcW w:w="2359" w:type="dxa"/>
            <w:tcMar>
              <w:top w:w="55" w:type="dxa"/>
              <w:left w:w="75" w:type="dxa"/>
              <w:bottom w:w="55" w:type="dxa"/>
              <w:right w:w="75" w:type="dxa"/>
            </w:tcMar>
            <w:vAlign w:val="center"/>
          </w:tcPr>
          <w:p w14:paraId="698648C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5.982619601425209</w:t>
            </w:r>
          </w:p>
        </w:tc>
        <w:tc>
          <w:tcPr>
            <w:tcW w:w="2492" w:type="dxa"/>
            <w:tcMar>
              <w:top w:w="55" w:type="dxa"/>
              <w:left w:w="75" w:type="dxa"/>
              <w:bottom w:w="55" w:type="dxa"/>
              <w:right w:w="75" w:type="dxa"/>
            </w:tcMar>
            <w:vAlign w:val="center"/>
          </w:tcPr>
          <w:p w14:paraId="5FA3F1C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1EDB0356" w14:textId="77777777" w:rsidTr="008628DB">
        <w:trPr>
          <w:cantSplit/>
          <w:jc w:val="center"/>
        </w:trPr>
        <w:tc>
          <w:tcPr>
            <w:tcW w:w="1843" w:type="dxa"/>
            <w:tcMar>
              <w:top w:w="55" w:type="dxa"/>
              <w:left w:w="75" w:type="dxa"/>
              <w:bottom w:w="55" w:type="dxa"/>
              <w:right w:w="75" w:type="dxa"/>
            </w:tcMar>
            <w:vAlign w:val="center"/>
          </w:tcPr>
          <w:p w14:paraId="2328FCC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847" w:type="dxa"/>
            <w:tcMar>
              <w:top w:w="55" w:type="dxa"/>
              <w:left w:w="75" w:type="dxa"/>
              <w:bottom w:w="55" w:type="dxa"/>
              <w:right w:w="75" w:type="dxa"/>
            </w:tcMar>
            <w:vAlign w:val="center"/>
          </w:tcPr>
          <w:p w14:paraId="7676353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IL-6/JAK/STAT3 Signaling</w:t>
            </w:r>
          </w:p>
        </w:tc>
        <w:tc>
          <w:tcPr>
            <w:tcW w:w="2356" w:type="dxa"/>
            <w:tcMar>
              <w:top w:w="55" w:type="dxa"/>
              <w:left w:w="75" w:type="dxa"/>
              <w:bottom w:w="55" w:type="dxa"/>
              <w:right w:w="75" w:type="dxa"/>
            </w:tcMar>
            <w:vAlign w:val="center"/>
          </w:tcPr>
          <w:p w14:paraId="2FE4271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39</w:t>
            </w:r>
          </w:p>
        </w:tc>
        <w:tc>
          <w:tcPr>
            <w:tcW w:w="2359" w:type="dxa"/>
            <w:tcMar>
              <w:top w:w="55" w:type="dxa"/>
              <w:left w:w="75" w:type="dxa"/>
              <w:bottom w:w="55" w:type="dxa"/>
              <w:right w:w="75" w:type="dxa"/>
            </w:tcMar>
            <w:vAlign w:val="center"/>
          </w:tcPr>
          <w:p w14:paraId="5EBB97E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1.1351174206646995</w:t>
            </w:r>
          </w:p>
        </w:tc>
        <w:tc>
          <w:tcPr>
            <w:tcW w:w="2359" w:type="dxa"/>
            <w:tcMar>
              <w:top w:w="55" w:type="dxa"/>
              <w:left w:w="75" w:type="dxa"/>
              <w:bottom w:w="55" w:type="dxa"/>
              <w:right w:w="75" w:type="dxa"/>
            </w:tcMar>
            <w:vAlign w:val="center"/>
          </w:tcPr>
          <w:p w14:paraId="5DBF8C3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3.4556733006748996</w:t>
            </w:r>
          </w:p>
        </w:tc>
        <w:tc>
          <w:tcPr>
            <w:tcW w:w="2492" w:type="dxa"/>
            <w:tcMar>
              <w:top w:w="55" w:type="dxa"/>
              <w:left w:w="75" w:type="dxa"/>
              <w:bottom w:w="55" w:type="dxa"/>
              <w:right w:w="75" w:type="dxa"/>
            </w:tcMar>
            <w:vAlign w:val="center"/>
          </w:tcPr>
          <w:p w14:paraId="18736AF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4F0C8E0B" w14:textId="77777777" w:rsidTr="008628DB">
        <w:trPr>
          <w:cantSplit/>
          <w:jc w:val="center"/>
        </w:trPr>
        <w:tc>
          <w:tcPr>
            <w:tcW w:w="1843" w:type="dxa"/>
            <w:tcMar>
              <w:top w:w="55" w:type="dxa"/>
              <w:left w:w="75" w:type="dxa"/>
              <w:bottom w:w="55" w:type="dxa"/>
              <w:right w:w="75" w:type="dxa"/>
            </w:tcMar>
            <w:vAlign w:val="center"/>
          </w:tcPr>
          <w:p w14:paraId="531BB4E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847" w:type="dxa"/>
            <w:tcMar>
              <w:top w:w="55" w:type="dxa"/>
              <w:left w:w="75" w:type="dxa"/>
              <w:bottom w:w="55" w:type="dxa"/>
              <w:right w:w="75" w:type="dxa"/>
            </w:tcMar>
            <w:vAlign w:val="center"/>
          </w:tcPr>
          <w:p w14:paraId="68F8311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Inflammatory Response</w:t>
            </w:r>
          </w:p>
        </w:tc>
        <w:tc>
          <w:tcPr>
            <w:tcW w:w="2356" w:type="dxa"/>
            <w:tcMar>
              <w:top w:w="55" w:type="dxa"/>
              <w:left w:w="75" w:type="dxa"/>
              <w:bottom w:w="55" w:type="dxa"/>
              <w:right w:w="75" w:type="dxa"/>
            </w:tcMar>
            <w:vAlign w:val="center"/>
          </w:tcPr>
          <w:p w14:paraId="14807FD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39</w:t>
            </w:r>
          </w:p>
        </w:tc>
        <w:tc>
          <w:tcPr>
            <w:tcW w:w="2359" w:type="dxa"/>
            <w:tcMar>
              <w:top w:w="55" w:type="dxa"/>
              <w:left w:w="75" w:type="dxa"/>
              <w:bottom w:w="55" w:type="dxa"/>
              <w:right w:w="75" w:type="dxa"/>
            </w:tcMar>
            <w:vAlign w:val="center"/>
          </w:tcPr>
          <w:p w14:paraId="20B573A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2.7580239341685044</w:t>
            </w:r>
          </w:p>
        </w:tc>
        <w:tc>
          <w:tcPr>
            <w:tcW w:w="2359" w:type="dxa"/>
            <w:tcMar>
              <w:top w:w="55" w:type="dxa"/>
              <w:left w:w="75" w:type="dxa"/>
              <w:bottom w:w="55" w:type="dxa"/>
              <w:right w:w="75" w:type="dxa"/>
            </w:tcMar>
            <w:vAlign w:val="center"/>
          </w:tcPr>
          <w:p w14:paraId="6C22ED5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5.418655921745137</w:t>
            </w:r>
          </w:p>
        </w:tc>
        <w:tc>
          <w:tcPr>
            <w:tcW w:w="2492" w:type="dxa"/>
            <w:tcMar>
              <w:top w:w="55" w:type="dxa"/>
              <w:left w:w="75" w:type="dxa"/>
              <w:bottom w:w="55" w:type="dxa"/>
              <w:right w:w="75" w:type="dxa"/>
            </w:tcMar>
            <w:vAlign w:val="center"/>
          </w:tcPr>
          <w:p w14:paraId="12F7FF5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60C9BA3C" w14:textId="77777777" w:rsidTr="008628DB">
        <w:trPr>
          <w:cantSplit/>
          <w:jc w:val="center"/>
        </w:trPr>
        <w:tc>
          <w:tcPr>
            <w:tcW w:w="1843" w:type="dxa"/>
            <w:tcMar>
              <w:top w:w="55" w:type="dxa"/>
              <w:left w:w="75" w:type="dxa"/>
              <w:bottom w:w="55" w:type="dxa"/>
              <w:right w:w="75" w:type="dxa"/>
            </w:tcMar>
            <w:vAlign w:val="center"/>
          </w:tcPr>
          <w:p w14:paraId="2FB20E1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847" w:type="dxa"/>
            <w:tcMar>
              <w:top w:w="55" w:type="dxa"/>
              <w:left w:w="75" w:type="dxa"/>
              <w:bottom w:w="55" w:type="dxa"/>
              <w:right w:w="75" w:type="dxa"/>
            </w:tcMar>
            <w:vAlign w:val="center"/>
          </w:tcPr>
          <w:p w14:paraId="5CD471B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Interferon Gamma Response</w:t>
            </w:r>
          </w:p>
        </w:tc>
        <w:tc>
          <w:tcPr>
            <w:tcW w:w="2356" w:type="dxa"/>
            <w:tcMar>
              <w:top w:w="55" w:type="dxa"/>
              <w:left w:w="75" w:type="dxa"/>
              <w:bottom w:w="55" w:type="dxa"/>
              <w:right w:w="75" w:type="dxa"/>
            </w:tcMar>
            <w:vAlign w:val="center"/>
          </w:tcPr>
          <w:p w14:paraId="5D1C152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39</w:t>
            </w:r>
          </w:p>
        </w:tc>
        <w:tc>
          <w:tcPr>
            <w:tcW w:w="2359" w:type="dxa"/>
            <w:tcMar>
              <w:top w:w="55" w:type="dxa"/>
              <w:left w:w="75" w:type="dxa"/>
              <w:bottom w:w="55" w:type="dxa"/>
              <w:right w:w="75" w:type="dxa"/>
            </w:tcMar>
            <w:vAlign w:val="center"/>
          </w:tcPr>
          <w:p w14:paraId="196493E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2.711376680773023</w:t>
            </w:r>
          </w:p>
        </w:tc>
        <w:tc>
          <w:tcPr>
            <w:tcW w:w="2359" w:type="dxa"/>
            <w:tcMar>
              <w:top w:w="55" w:type="dxa"/>
              <w:left w:w="75" w:type="dxa"/>
              <w:bottom w:w="55" w:type="dxa"/>
              <w:right w:w="75" w:type="dxa"/>
            </w:tcMar>
            <w:vAlign w:val="center"/>
          </w:tcPr>
          <w:p w14:paraId="428A956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6.942464987577875</w:t>
            </w:r>
          </w:p>
        </w:tc>
        <w:tc>
          <w:tcPr>
            <w:tcW w:w="2492" w:type="dxa"/>
            <w:tcMar>
              <w:top w:w="55" w:type="dxa"/>
              <w:left w:w="75" w:type="dxa"/>
              <w:bottom w:w="55" w:type="dxa"/>
              <w:right w:w="75" w:type="dxa"/>
            </w:tcMar>
            <w:vAlign w:val="center"/>
          </w:tcPr>
          <w:p w14:paraId="599268C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547753F9" w14:textId="77777777" w:rsidTr="008628DB">
        <w:trPr>
          <w:cantSplit/>
          <w:jc w:val="center"/>
        </w:trPr>
        <w:tc>
          <w:tcPr>
            <w:tcW w:w="1843" w:type="dxa"/>
            <w:tcMar>
              <w:top w:w="55" w:type="dxa"/>
              <w:left w:w="75" w:type="dxa"/>
              <w:bottom w:w="55" w:type="dxa"/>
              <w:right w:w="75" w:type="dxa"/>
            </w:tcMar>
            <w:vAlign w:val="center"/>
          </w:tcPr>
          <w:p w14:paraId="35FA6EE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847" w:type="dxa"/>
            <w:tcMar>
              <w:top w:w="55" w:type="dxa"/>
              <w:left w:w="75" w:type="dxa"/>
              <w:bottom w:w="55" w:type="dxa"/>
              <w:right w:w="75" w:type="dxa"/>
            </w:tcMar>
            <w:vAlign w:val="center"/>
          </w:tcPr>
          <w:p w14:paraId="637C9AD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Myc Targets V1</w:t>
            </w:r>
          </w:p>
        </w:tc>
        <w:tc>
          <w:tcPr>
            <w:tcW w:w="2356" w:type="dxa"/>
            <w:tcMar>
              <w:top w:w="55" w:type="dxa"/>
              <w:left w:w="75" w:type="dxa"/>
              <w:bottom w:w="55" w:type="dxa"/>
              <w:right w:w="75" w:type="dxa"/>
            </w:tcMar>
            <w:vAlign w:val="center"/>
          </w:tcPr>
          <w:p w14:paraId="3E4CC93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39</w:t>
            </w:r>
          </w:p>
        </w:tc>
        <w:tc>
          <w:tcPr>
            <w:tcW w:w="2359" w:type="dxa"/>
            <w:tcMar>
              <w:top w:w="55" w:type="dxa"/>
              <w:left w:w="75" w:type="dxa"/>
              <w:bottom w:w="55" w:type="dxa"/>
              <w:right w:w="75" w:type="dxa"/>
            </w:tcMar>
            <w:vAlign w:val="center"/>
          </w:tcPr>
          <w:p w14:paraId="22CF91F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-1.424264113772239</w:t>
            </w:r>
          </w:p>
        </w:tc>
        <w:tc>
          <w:tcPr>
            <w:tcW w:w="2359" w:type="dxa"/>
            <w:tcMar>
              <w:top w:w="55" w:type="dxa"/>
              <w:left w:w="75" w:type="dxa"/>
              <w:bottom w:w="55" w:type="dxa"/>
              <w:right w:w="75" w:type="dxa"/>
            </w:tcMar>
            <w:vAlign w:val="center"/>
          </w:tcPr>
          <w:p w14:paraId="1020059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1.5290558106383514</w:t>
            </w:r>
          </w:p>
        </w:tc>
        <w:tc>
          <w:tcPr>
            <w:tcW w:w="2492" w:type="dxa"/>
            <w:tcMar>
              <w:top w:w="55" w:type="dxa"/>
              <w:left w:w="75" w:type="dxa"/>
              <w:bottom w:w="55" w:type="dxa"/>
              <w:right w:w="75" w:type="dxa"/>
            </w:tcMar>
            <w:vAlign w:val="center"/>
          </w:tcPr>
          <w:p w14:paraId="3783C05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False</w:t>
            </w:r>
          </w:p>
        </w:tc>
      </w:tr>
      <w:tr w:rsidR="00923354" w14:paraId="23FB219D" w14:textId="77777777" w:rsidTr="008628DB">
        <w:trPr>
          <w:cantSplit/>
          <w:jc w:val="center"/>
        </w:trPr>
        <w:tc>
          <w:tcPr>
            <w:tcW w:w="1843" w:type="dxa"/>
            <w:tcMar>
              <w:top w:w="55" w:type="dxa"/>
              <w:left w:w="75" w:type="dxa"/>
              <w:bottom w:w="55" w:type="dxa"/>
              <w:right w:w="75" w:type="dxa"/>
            </w:tcMar>
            <w:vAlign w:val="center"/>
          </w:tcPr>
          <w:p w14:paraId="00DD6D6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GSE212810</w:t>
            </w:r>
          </w:p>
        </w:tc>
        <w:tc>
          <w:tcPr>
            <w:tcW w:w="2847" w:type="dxa"/>
            <w:tcMar>
              <w:top w:w="55" w:type="dxa"/>
              <w:left w:w="75" w:type="dxa"/>
              <w:bottom w:w="55" w:type="dxa"/>
              <w:right w:w="75" w:type="dxa"/>
            </w:tcMar>
            <w:vAlign w:val="center"/>
          </w:tcPr>
          <w:p w14:paraId="49BA91C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TNF-alpha Signaling via NF-kB</w:t>
            </w:r>
          </w:p>
        </w:tc>
        <w:tc>
          <w:tcPr>
            <w:tcW w:w="2356" w:type="dxa"/>
            <w:tcMar>
              <w:top w:w="55" w:type="dxa"/>
              <w:left w:w="75" w:type="dxa"/>
              <w:bottom w:w="55" w:type="dxa"/>
              <w:right w:w="75" w:type="dxa"/>
            </w:tcMar>
            <w:vAlign w:val="center"/>
          </w:tcPr>
          <w:p w14:paraId="15779A8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39</w:t>
            </w:r>
          </w:p>
        </w:tc>
        <w:tc>
          <w:tcPr>
            <w:tcW w:w="2359" w:type="dxa"/>
            <w:tcMar>
              <w:top w:w="55" w:type="dxa"/>
              <w:left w:w="75" w:type="dxa"/>
              <w:bottom w:w="55" w:type="dxa"/>
              <w:right w:w="75" w:type="dxa"/>
            </w:tcMar>
            <w:vAlign w:val="center"/>
          </w:tcPr>
          <w:p w14:paraId="2870B99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3.5647295949119666</w:t>
            </w:r>
          </w:p>
        </w:tc>
        <w:tc>
          <w:tcPr>
            <w:tcW w:w="2359" w:type="dxa"/>
            <w:tcMar>
              <w:top w:w="55" w:type="dxa"/>
              <w:left w:w="75" w:type="dxa"/>
              <w:bottom w:w="55" w:type="dxa"/>
              <w:right w:w="75" w:type="dxa"/>
            </w:tcMar>
            <w:vAlign w:val="center"/>
          </w:tcPr>
          <w:p w14:paraId="078C895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5.9244198081837025</w:t>
            </w:r>
          </w:p>
        </w:tc>
        <w:tc>
          <w:tcPr>
            <w:tcW w:w="2492" w:type="dxa"/>
            <w:tcMar>
              <w:top w:w="55" w:type="dxa"/>
              <w:left w:w="75" w:type="dxa"/>
              <w:bottom w:w="55" w:type="dxa"/>
              <w:right w:w="75" w:type="dxa"/>
            </w:tcMar>
            <w:vAlign w:val="center"/>
          </w:tcPr>
          <w:p w14:paraId="357D538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294FB28D" w14:textId="77777777" w:rsidTr="008628DB">
        <w:trPr>
          <w:cantSplit/>
          <w:jc w:val="center"/>
        </w:trPr>
        <w:tc>
          <w:tcPr>
            <w:tcW w:w="1843" w:type="dxa"/>
            <w:tcMar>
              <w:top w:w="55" w:type="dxa"/>
              <w:left w:w="75" w:type="dxa"/>
              <w:bottom w:w="55" w:type="dxa"/>
              <w:right w:w="75" w:type="dxa"/>
            </w:tcMar>
            <w:vAlign w:val="center"/>
          </w:tcPr>
          <w:p w14:paraId="74455242"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GSE247185</w:t>
            </w:r>
          </w:p>
        </w:tc>
        <w:tc>
          <w:tcPr>
            <w:tcW w:w="2847" w:type="dxa"/>
            <w:tcMar>
              <w:top w:w="55" w:type="dxa"/>
              <w:left w:w="75" w:type="dxa"/>
              <w:bottom w:w="55" w:type="dxa"/>
              <w:right w:w="75" w:type="dxa"/>
            </w:tcMar>
            <w:vAlign w:val="center"/>
          </w:tcPr>
          <w:p w14:paraId="2271A01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E2F Targets</w:t>
            </w:r>
          </w:p>
        </w:tc>
        <w:tc>
          <w:tcPr>
            <w:tcW w:w="2356" w:type="dxa"/>
            <w:tcMar>
              <w:top w:w="55" w:type="dxa"/>
              <w:left w:w="75" w:type="dxa"/>
              <w:bottom w:w="55" w:type="dxa"/>
              <w:right w:w="75" w:type="dxa"/>
            </w:tcMar>
            <w:vAlign w:val="center"/>
          </w:tcPr>
          <w:p w14:paraId="7C1784C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w:t>
            </w:r>
          </w:p>
        </w:tc>
        <w:tc>
          <w:tcPr>
            <w:tcW w:w="2359" w:type="dxa"/>
            <w:tcMar>
              <w:top w:w="55" w:type="dxa"/>
              <w:left w:w="75" w:type="dxa"/>
              <w:bottom w:w="55" w:type="dxa"/>
              <w:right w:w="75" w:type="dxa"/>
            </w:tcMar>
            <w:vAlign w:val="center"/>
          </w:tcPr>
          <w:p w14:paraId="2D4D616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-14.123855914968212</w:t>
            </w:r>
          </w:p>
        </w:tc>
        <w:tc>
          <w:tcPr>
            <w:tcW w:w="2359" w:type="dxa"/>
            <w:tcMar>
              <w:top w:w="55" w:type="dxa"/>
              <w:left w:w="75" w:type="dxa"/>
              <w:bottom w:w="55" w:type="dxa"/>
              <w:right w:w="75" w:type="dxa"/>
            </w:tcMar>
            <w:vAlign w:val="center"/>
          </w:tcPr>
          <w:p w14:paraId="0C9F164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-8.987297838574545</w:t>
            </w:r>
          </w:p>
        </w:tc>
        <w:tc>
          <w:tcPr>
            <w:tcW w:w="2492" w:type="dxa"/>
            <w:tcMar>
              <w:top w:w="55" w:type="dxa"/>
              <w:left w:w="75" w:type="dxa"/>
              <w:bottom w:w="55" w:type="dxa"/>
              <w:right w:w="75" w:type="dxa"/>
            </w:tcMar>
            <w:vAlign w:val="center"/>
          </w:tcPr>
          <w:p w14:paraId="4E262B1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5E691402" w14:textId="77777777" w:rsidTr="008628DB">
        <w:trPr>
          <w:cantSplit/>
          <w:jc w:val="center"/>
        </w:trPr>
        <w:tc>
          <w:tcPr>
            <w:tcW w:w="1843" w:type="dxa"/>
            <w:tcMar>
              <w:top w:w="55" w:type="dxa"/>
              <w:left w:w="75" w:type="dxa"/>
              <w:bottom w:w="55" w:type="dxa"/>
              <w:right w:w="75" w:type="dxa"/>
            </w:tcMar>
            <w:vAlign w:val="center"/>
          </w:tcPr>
          <w:p w14:paraId="7181909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GSE247185</w:t>
            </w:r>
          </w:p>
        </w:tc>
        <w:tc>
          <w:tcPr>
            <w:tcW w:w="2847" w:type="dxa"/>
            <w:tcMar>
              <w:top w:w="55" w:type="dxa"/>
              <w:left w:w="75" w:type="dxa"/>
              <w:bottom w:w="55" w:type="dxa"/>
              <w:right w:w="75" w:type="dxa"/>
            </w:tcMar>
            <w:vAlign w:val="center"/>
          </w:tcPr>
          <w:p w14:paraId="12956BC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Epithelial Mesenchymal Transition</w:t>
            </w:r>
          </w:p>
        </w:tc>
        <w:tc>
          <w:tcPr>
            <w:tcW w:w="2356" w:type="dxa"/>
            <w:tcMar>
              <w:top w:w="55" w:type="dxa"/>
              <w:left w:w="75" w:type="dxa"/>
              <w:bottom w:w="55" w:type="dxa"/>
              <w:right w:w="75" w:type="dxa"/>
            </w:tcMar>
            <w:vAlign w:val="center"/>
          </w:tcPr>
          <w:p w14:paraId="09550A5D"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w:t>
            </w:r>
          </w:p>
        </w:tc>
        <w:tc>
          <w:tcPr>
            <w:tcW w:w="2359" w:type="dxa"/>
            <w:tcMar>
              <w:top w:w="55" w:type="dxa"/>
              <w:left w:w="75" w:type="dxa"/>
              <w:bottom w:w="55" w:type="dxa"/>
              <w:right w:w="75" w:type="dxa"/>
            </w:tcMar>
            <w:vAlign w:val="center"/>
          </w:tcPr>
          <w:p w14:paraId="1E7B4D6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-1.5565975960315797</w:t>
            </w:r>
          </w:p>
        </w:tc>
        <w:tc>
          <w:tcPr>
            <w:tcW w:w="2359" w:type="dxa"/>
            <w:tcMar>
              <w:top w:w="55" w:type="dxa"/>
              <w:left w:w="75" w:type="dxa"/>
              <w:bottom w:w="55" w:type="dxa"/>
              <w:right w:w="75" w:type="dxa"/>
            </w:tcMar>
            <w:vAlign w:val="center"/>
          </w:tcPr>
          <w:p w14:paraId="7B563EE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10.316353287024617</w:t>
            </w:r>
          </w:p>
        </w:tc>
        <w:tc>
          <w:tcPr>
            <w:tcW w:w="2492" w:type="dxa"/>
            <w:tcMar>
              <w:top w:w="55" w:type="dxa"/>
              <w:left w:w="75" w:type="dxa"/>
              <w:bottom w:w="55" w:type="dxa"/>
              <w:right w:w="75" w:type="dxa"/>
            </w:tcMar>
            <w:vAlign w:val="center"/>
          </w:tcPr>
          <w:p w14:paraId="36B87B90"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False</w:t>
            </w:r>
          </w:p>
        </w:tc>
      </w:tr>
      <w:tr w:rsidR="00923354" w14:paraId="4F511332" w14:textId="77777777" w:rsidTr="008628DB">
        <w:trPr>
          <w:cantSplit/>
          <w:jc w:val="center"/>
        </w:trPr>
        <w:tc>
          <w:tcPr>
            <w:tcW w:w="1843" w:type="dxa"/>
            <w:tcMar>
              <w:top w:w="55" w:type="dxa"/>
              <w:left w:w="75" w:type="dxa"/>
              <w:bottom w:w="55" w:type="dxa"/>
              <w:right w:w="75" w:type="dxa"/>
            </w:tcMar>
            <w:vAlign w:val="center"/>
          </w:tcPr>
          <w:p w14:paraId="0031829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GSE247185</w:t>
            </w:r>
          </w:p>
        </w:tc>
        <w:tc>
          <w:tcPr>
            <w:tcW w:w="2847" w:type="dxa"/>
            <w:tcMar>
              <w:top w:w="55" w:type="dxa"/>
              <w:left w:w="75" w:type="dxa"/>
              <w:bottom w:w="55" w:type="dxa"/>
              <w:right w:w="75" w:type="dxa"/>
            </w:tcMar>
            <w:vAlign w:val="center"/>
          </w:tcPr>
          <w:p w14:paraId="066CC4D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IL-6/JAK/STAT3 Signaling</w:t>
            </w:r>
          </w:p>
        </w:tc>
        <w:tc>
          <w:tcPr>
            <w:tcW w:w="2356" w:type="dxa"/>
            <w:tcMar>
              <w:top w:w="55" w:type="dxa"/>
              <w:left w:w="75" w:type="dxa"/>
              <w:bottom w:w="55" w:type="dxa"/>
              <w:right w:w="75" w:type="dxa"/>
            </w:tcMar>
            <w:vAlign w:val="center"/>
          </w:tcPr>
          <w:p w14:paraId="15C80CA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w:t>
            </w:r>
          </w:p>
        </w:tc>
        <w:tc>
          <w:tcPr>
            <w:tcW w:w="2359" w:type="dxa"/>
            <w:tcMar>
              <w:top w:w="55" w:type="dxa"/>
              <w:left w:w="75" w:type="dxa"/>
              <w:bottom w:w="55" w:type="dxa"/>
              <w:right w:w="75" w:type="dxa"/>
            </w:tcMar>
            <w:vAlign w:val="center"/>
          </w:tcPr>
          <w:p w14:paraId="369937E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2.5045085576180894</w:t>
            </w:r>
          </w:p>
        </w:tc>
        <w:tc>
          <w:tcPr>
            <w:tcW w:w="2359" w:type="dxa"/>
            <w:tcMar>
              <w:top w:w="55" w:type="dxa"/>
              <w:left w:w="75" w:type="dxa"/>
              <w:bottom w:w="55" w:type="dxa"/>
              <w:right w:w="75" w:type="dxa"/>
            </w:tcMar>
            <w:vAlign w:val="center"/>
          </w:tcPr>
          <w:p w14:paraId="2F0210B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7.17515927046124</w:t>
            </w:r>
          </w:p>
        </w:tc>
        <w:tc>
          <w:tcPr>
            <w:tcW w:w="2492" w:type="dxa"/>
            <w:tcMar>
              <w:top w:w="55" w:type="dxa"/>
              <w:left w:w="75" w:type="dxa"/>
              <w:bottom w:w="55" w:type="dxa"/>
              <w:right w:w="75" w:type="dxa"/>
            </w:tcMar>
            <w:vAlign w:val="center"/>
          </w:tcPr>
          <w:p w14:paraId="7D48076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46963362" w14:textId="77777777" w:rsidTr="008628DB">
        <w:trPr>
          <w:cantSplit/>
          <w:jc w:val="center"/>
        </w:trPr>
        <w:tc>
          <w:tcPr>
            <w:tcW w:w="1843" w:type="dxa"/>
            <w:tcMar>
              <w:top w:w="55" w:type="dxa"/>
              <w:left w:w="75" w:type="dxa"/>
              <w:bottom w:w="55" w:type="dxa"/>
              <w:right w:w="75" w:type="dxa"/>
            </w:tcMar>
            <w:vAlign w:val="center"/>
          </w:tcPr>
          <w:p w14:paraId="745A4D1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GSE247185</w:t>
            </w:r>
          </w:p>
        </w:tc>
        <w:tc>
          <w:tcPr>
            <w:tcW w:w="2847" w:type="dxa"/>
            <w:tcMar>
              <w:top w:w="55" w:type="dxa"/>
              <w:left w:w="75" w:type="dxa"/>
              <w:bottom w:w="55" w:type="dxa"/>
              <w:right w:w="75" w:type="dxa"/>
            </w:tcMar>
            <w:vAlign w:val="center"/>
          </w:tcPr>
          <w:p w14:paraId="474C42B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Inflammatory Response</w:t>
            </w:r>
          </w:p>
        </w:tc>
        <w:tc>
          <w:tcPr>
            <w:tcW w:w="2356" w:type="dxa"/>
            <w:tcMar>
              <w:top w:w="55" w:type="dxa"/>
              <w:left w:w="75" w:type="dxa"/>
              <w:bottom w:w="55" w:type="dxa"/>
              <w:right w:w="75" w:type="dxa"/>
            </w:tcMar>
            <w:vAlign w:val="center"/>
          </w:tcPr>
          <w:p w14:paraId="53A8851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w:t>
            </w:r>
          </w:p>
        </w:tc>
        <w:tc>
          <w:tcPr>
            <w:tcW w:w="2359" w:type="dxa"/>
            <w:tcMar>
              <w:top w:w="55" w:type="dxa"/>
              <w:left w:w="75" w:type="dxa"/>
              <w:bottom w:w="55" w:type="dxa"/>
              <w:right w:w="75" w:type="dxa"/>
            </w:tcMar>
            <w:vAlign w:val="center"/>
          </w:tcPr>
          <w:p w14:paraId="030724B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2.271277823738585</w:t>
            </w:r>
          </w:p>
        </w:tc>
        <w:tc>
          <w:tcPr>
            <w:tcW w:w="2359" w:type="dxa"/>
            <w:tcMar>
              <w:top w:w="55" w:type="dxa"/>
              <w:left w:w="75" w:type="dxa"/>
              <w:bottom w:w="55" w:type="dxa"/>
              <w:right w:w="75" w:type="dxa"/>
            </w:tcMar>
            <w:vAlign w:val="center"/>
          </w:tcPr>
          <w:p w14:paraId="44194EE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10.208821491689761</w:t>
            </w:r>
          </w:p>
        </w:tc>
        <w:tc>
          <w:tcPr>
            <w:tcW w:w="2492" w:type="dxa"/>
            <w:tcMar>
              <w:top w:w="55" w:type="dxa"/>
              <w:left w:w="75" w:type="dxa"/>
              <w:bottom w:w="55" w:type="dxa"/>
              <w:right w:w="75" w:type="dxa"/>
            </w:tcMar>
            <w:vAlign w:val="center"/>
          </w:tcPr>
          <w:p w14:paraId="19F4275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7AE48DD8" w14:textId="77777777" w:rsidTr="008628DB">
        <w:trPr>
          <w:cantSplit/>
          <w:jc w:val="center"/>
        </w:trPr>
        <w:tc>
          <w:tcPr>
            <w:tcW w:w="1843" w:type="dxa"/>
            <w:tcMar>
              <w:top w:w="55" w:type="dxa"/>
              <w:left w:w="75" w:type="dxa"/>
              <w:bottom w:w="55" w:type="dxa"/>
              <w:right w:w="75" w:type="dxa"/>
            </w:tcMar>
            <w:vAlign w:val="center"/>
          </w:tcPr>
          <w:p w14:paraId="0B3E1D55"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GSE247185</w:t>
            </w:r>
          </w:p>
        </w:tc>
        <w:tc>
          <w:tcPr>
            <w:tcW w:w="2847" w:type="dxa"/>
            <w:tcMar>
              <w:top w:w="55" w:type="dxa"/>
              <w:left w:w="75" w:type="dxa"/>
              <w:bottom w:w="55" w:type="dxa"/>
              <w:right w:w="75" w:type="dxa"/>
            </w:tcMar>
            <w:vAlign w:val="center"/>
          </w:tcPr>
          <w:p w14:paraId="68F7FA7A"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Interferon Gamma Response</w:t>
            </w:r>
          </w:p>
        </w:tc>
        <w:tc>
          <w:tcPr>
            <w:tcW w:w="2356" w:type="dxa"/>
            <w:tcMar>
              <w:top w:w="55" w:type="dxa"/>
              <w:left w:w="75" w:type="dxa"/>
              <w:bottom w:w="55" w:type="dxa"/>
              <w:right w:w="75" w:type="dxa"/>
            </w:tcMar>
            <w:vAlign w:val="center"/>
          </w:tcPr>
          <w:p w14:paraId="0C5107CB"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w:t>
            </w:r>
          </w:p>
        </w:tc>
        <w:tc>
          <w:tcPr>
            <w:tcW w:w="2359" w:type="dxa"/>
            <w:tcMar>
              <w:top w:w="55" w:type="dxa"/>
              <w:left w:w="75" w:type="dxa"/>
              <w:bottom w:w="55" w:type="dxa"/>
              <w:right w:w="75" w:type="dxa"/>
            </w:tcMar>
            <w:vAlign w:val="center"/>
          </w:tcPr>
          <w:p w14:paraId="1BA4B8A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3.6306270032122527</w:t>
            </w:r>
          </w:p>
        </w:tc>
        <w:tc>
          <w:tcPr>
            <w:tcW w:w="2359" w:type="dxa"/>
            <w:tcMar>
              <w:top w:w="55" w:type="dxa"/>
              <w:left w:w="75" w:type="dxa"/>
              <w:bottom w:w="55" w:type="dxa"/>
              <w:right w:w="75" w:type="dxa"/>
            </w:tcMar>
            <w:vAlign w:val="center"/>
          </w:tcPr>
          <w:p w14:paraId="194DE56C"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11.640517399306605</w:t>
            </w:r>
          </w:p>
        </w:tc>
        <w:tc>
          <w:tcPr>
            <w:tcW w:w="2492" w:type="dxa"/>
            <w:tcMar>
              <w:top w:w="55" w:type="dxa"/>
              <w:left w:w="75" w:type="dxa"/>
              <w:bottom w:w="55" w:type="dxa"/>
              <w:right w:w="75" w:type="dxa"/>
            </w:tcMar>
            <w:vAlign w:val="center"/>
          </w:tcPr>
          <w:p w14:paraId="5C671D8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5F4F5166" w14:textId="77777777" w:rsidTr="008628DB">
        <w:trPr>
          <w:cantSplit/>
          <w:jc w:val="center"/>
        </w:trPr>
        <w:tc>
          <w:tcPr>
            <w:tcW w:w="1843" w:type="dxa"/>
            <w:tcMar>
              <w:top w:w="55" w:type="dxa"/>
              <w:left w:w="75" w:type="dxa"/>
              <w:bottom w:w="55" w:type="dxa"/>
              <w:right w:w="75" w:type="dxa"/>
            </w:tcMar>
            <w:vAlign w:val="center"/>
          </w:tcPr>
          <w:p w14:paraId="2D22947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GSE247185</w:t>
            </w:r>
          </w:p>
        </w:tc>
        <w:tc>
          <w:tcPr>
            <w:tcW w:w="2847" w:type="dxa"/>
            <w:tcMar>
              <w:top w:w="55" w:type="dxa"/>
              <w:left w:w="75" w:type="dxa"/>
              <w:bottom w:w="55" w:type="dxa"/>
              <w:right w:w="75" w:type="dxa"/>
            </w:tcMar>
            <w:vAlign w:val="center"/>
          </w:tcPr>
          <w:p w14:paraId="22A5D8B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Myc Targets V1</w:t>
            </w:r>
          </w:p>
        </w:tc>
        <w:tc>
          <w:tcPr>
            <w:tcW w:w="2356" w:type="dxa"/>
            <w:tcMar>
              <w:top w:w="55" w:type="dxa"/>
              <w:left w:w="75" w:type="dxa"/>
              <w:bottom w:w="55" w:type="dxa"/>
              <w:right w:w="75" w:type="dxa"/>
            </w:tcMar>
            <w:vAlign w:val="center"/>
          </w:tcPr>
          <w:p w14:paraId="4F77D59F"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w:t>
            </w:r>
          </w:p>
        </w:tc>
        <w:tc>
          <w:tcPr>
            <w:tcW w:w="2359" w:type="dxa"/>
            <w:tcMar>
              <w:top w:w="55" w:type="dxa"/>
              <w:left w:w="75" w:type="dxa"/>
              <w:bottom w:w="55" w:type="dxa"/>
              <w:right w:w="75" w:type="dxa"/>
            </w:tcMar>
            <w:vAlign w:val="center"/>
          </w:tcPr>
          <w:p w14:paraId="434B193E"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-15.285439203768096</w:t>
            </w:r>
          </w:p>
        </w:tc>
        <w:tc>
          <w:tcPr>
            <w:tcW w:w="2359" w:type="dxa"/>
            <w:tcMar>
              <w:top w:w="55" w:type="dxa"/>
              <w:left w:w="75" w:type="dxa"/>
              <w:bottom w:w="55" w:type="dxa"/>
              <w:right w:w="75" w:type="dxa"/>
            </w:tcMar>
            <w:vAlign w:val="center"/>
          </w:tcPr>
          <w:p w14:paraId="33142941"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-13.080428943363183</w:t>
            </w:r>
          </w:p>
        </w:tc>
        <w:tc>
          <w:tcPr>
            <w:tcW w:w="2492" w:type="dxa"/>
            <w:tcMar>
              <w:top w:w="55" w:type="dxa"/>
              <w:left w:w="75" w:type="dxa"/>
              <w:bottom w:w="55" w:type="dxa"/>
              <w:right w:w="75" w:type="dxa"/>
            </w:tcMar>
            <w:vAlign w:val="center"/>
          </w:tcPr>
          <w:p w14:paraId="277F7244"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r w:rsidR="00923354" w14:paraId="2DCFC3E6" w14:textId="77777777" w:rsidTr="008628DB">
        <w:trPr>
          <w:cantSplit/>
          <w:jc w:val="center"/>
        </w:trPr>
        <w:tc>
          <w:tcPr>
            <w:tcW w:w="1843" w:type="dxa"/>
            <w:tcBorders>
              <w:bottom w:val="single" w:sz="4" w:space="0" w:color="auto"/>
            </w:tcBorders>
            <w:tcMar>
              <w:top w:w="55" w:type="dxa"/>
              <w:left w:w="75" w:type="dxa"/>
              <w:bottom w:w="55" w:type="dxa"/>
              <w:right w:w="75" w:type="dxa"/>
            </w:tcMar>
            <w:vAlign w:val="center"/>
          </w:tcPr>
          <w:p w14:paraId="00F2A6D3"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GSE247185</w:t>
            </w:r>
          </w:p>
        </w:tc>
        <w:tc>
          <w:tcPr>
            <w:tcW w:w="2847" w:type="dxa"/>
            <w:tcBorders>
              <w:bottom w:val="single" w:sz="4" w:space="0" w:color="auto"/>
            </w:tcBorders>
            <w:tcMar>
              <w:top w:w="55" w:type="dxa"/>
              <w:left w:w="75" w:type="dxa"/>
              <w:bottom w:w="55" w:type="dxa"/>
              <w:right w:w="75" w:type="dxa"/>
            </w:tcMar>
            <w:vAlign w:val="center"/>
          </w:tcPr>
          <w:p w14:paraId="77F6AE49"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TNF-alpha Signaling via NF-kB</w:t>
            </w:r>
          </w:p>
        </w:tc>
        <w:tc>
          <w:tcPr>
            <w:tcW w:w="2356" w:type="dxa"/>
            <w:tcBorders>
              <w:bottom w:val="single" w:sz="4" w:space="0" w:color="auto"/>
            </w:tcBorders>
            <w:tcMar>
              <w:top w:w="55" w:type="dxa"/>
              <w:left w:w="75" w:type="dxa"/>
              <w:bottom w:w="55" w:type="dxa"/>
              <w:right w:w="75" w:type="dxa"/>
            </w:tcMar>
            <w:vAlign w:val="center"/>
          </w:tcPr>
          <w:p w14:paraId="4D892B3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13</w:t>
            </w:r>
          </w:p>
        </w:tc>
        <w:tc>
          <w:tcPr>
            <w:tcW w:w="2359" w:type="dxa"/>
            <w:tcBorders>
              <w:bottom w:val="single" w:sz="4" w:space="0" w:color="auto"/>
            </w:tcBorders>
            <w:tcMar>
              <w:top w:w="55" w:type="dxa"/>
              <w:left w:w="75" w:type="dxa"/>
              <w:bottom w:w="55" w:type="dxa"/>
              <w:right w:w="75" w:type="dxa"/>
            </w:tcMar>
            <w:vAlign w:val="center"/>
          </w:tcPr>
          <w:p w14:paraId="224BDC96"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1.8757220022237227</w:t>
            </w:r>
          </w:p>
        </w:tc>
        <w:tc>
          <w:tcPr>
            <w:tcW w:w="2359" w:type="dxa"/>
            <w:tcBorders>
              <w:bottom w:val="single" w:sz="4" w:space="0" w:color="auto"/>
            </w:tcBorders>
            <w:tcMar>
              <w:top w:w="55" w:type="dxa"/>
              <w:left w:w="75" w:type="dxa"/>
              <w:bottom w:w="55" w:type="dxa"/>
              <w:right w:w="75" w:type="dxa"/>
            </w:tcMar>
            <w:vAlign w:val="center"/>
          </w:tcPr>
          <w:p w14:paraId="535A26C8"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10.501668390297983</w:t>
            </w:r>
          </w:p>
        </w:tc>
        <w:tc>
          <w:tcPr>
            <w:tcW w:w="2492" w:type="dxa"/>
            <w:tcBorders>
              <w:bottom w:val="single" w:sz="4" w:space="0" w:color="auto"/>
            </w:tcBorders>
            <w:tcMar>
              <w:top w:w="55" w:type="dxa"/>
              <w:left w:w="75" w:type="dxa"/>
              <w:bottom w:w="55" w:type="dxa"/>
              <w:right w:w="75" w:type="dxa"/>
            </w:tcMar>
            <w:vAlign w:val="center"/>
          </w:tcPr>
          <w:p w14:paraId="448E9AA7" w14:textId="77777777" w:rsidR="00923354" w:rsidRPr="008628DB" w:rsidRDefault="00000000" w:rsidP="008628DB">
            <w:pPr>
              <w:snapToGrid w:val="0"/>
              <w:spacing w:after="0" w:line="264" w:lineRule="auto"/>
              <w:jc w:val="center"/>
              <w:rPr>
                <w:rFonts w:ascii="Times New Roman" w:hAnsi="Times New Roman" w:cs="Times New Roman"/>
                <w:sz w:val="17"/>
                <w:szCs w:val="17"/>
              </w:rPr>
            </w:pPr>
            <w:r w:rsidRPr="008628DB">
              <w:rPr>
                <w:rFonts w:ascii="Times New Roman" w:hAnsi="Times New Roman" w:cs="Times New Roman"/>
                <w:sz w:val="17"/>
                <w:szCs w:val="17"/>
              </w:rPr>
              <w:t>True</w:t>
            </w:r>
          </w:p>
        </w:tc>
      </w:tr>
    </w:tbl>
    <w:p w14:paraId="169B101F" w14:textId="77777777" w:rsidR="00923354" w:rsidRDefault="00000000">
      <w:r>
        <w:br w:type="page"/>
      </w:r>
    </w:p>
    <w:p w14:paraId="55C62644" w14:textId="77777777" w:rsidR="00923354" w:rsidRPr="008628DB" w:rsidRDefault="00000000" w:rsidP="008628DB">
      <w:pPr>
        <w:spacing w:after="0"/>
        <w:jc w:val="center"/>
        <w:rPr>
          <w:rFonts w:ascii="Times New Roman" w:hAnsi="Times New Roman" w:cs="Times New Roman"/>
          <w:b/>
          <w:bCs/>
          <w:sz w:val="21"/>
          <w:szCs w:val="21"/>
        </w:rPr>
      </w:pPr>
      <w:r w:rsidRPr="008628DB">
        <w:rPr>
          <w:rFonts w:ascii="Times New Roman" w:hAnsi="Times New Roman" w:cs="Times New Roman"/>
          <w:b/>
          <w:bCs/>
          <w:sz w:val="21"/>
          <w:szCs w:val="21"/>
        </w:rPr>
        <w:lastRenderedPageBreak/>
        <w:t>Table S11. Basal/luminal expression-proxy sensitivity models</w:t>
      </w:r>
    </w:p>
    <w:p w14:paraId="2DB6D09A" w14:textId="77777777" w:rsidR="00923354" w:rsidRPr="008628DB" w:rsidRDefault="00000000" w:rsidP="008628DB">
      <w:pPr>
        <w:spacing w:after="0"/>
        <w:rPr>
          <w:rFonts w:ascii="Times New Roman" w:hAnsi="Times New Roman" w:cs="Times New Roman"/>
          <w:b/>
          <w:bCs/>
          <w:sz w:val="21"/>
          <w:szCs w:val="21"/>
        </w:rPr>
      </w:pPr>
      <w:r w:rsidRPr="008628DB">
        <w:rPr>
          <w:rFonts w:ascii="Times New Roman" w:hAnsi="Times New Roman" w:cs="Times New Roman"/>
          <w:b/>
          <w:bCs/>
          <w:sz w:val="21"/>
          <w:szCs w:val="21"/>
        </w:rPr>
        <w:t>S11a subtype proxy sample scores</w:t>
      </w:r>
    </w:p>
    <w:tbl>
      <w:tblPr>
        <w:tblW w:w="0" w:type="auto"/>
        <w:jc w:val="center"/>
        <w:tblLook w:val="04A0" w:firstRow="1" w:lastRow="0" w:firstColumn="1" w:lastColumn="0" w:noHBand="0" w:noVBand="1"/>
      </w:tblPr>
      <w:tblGrid>
        <w:gridCol w:w="2306"/>
        <w:gridCol w:w="2290"/>
        <w:gridCol w:w="2300"/>
        <w:gridCol w:w="2351"/>
        <w:gridCol w:w="2341"/>
        <w:gridCol w:w="2668"/>
      </w:tblGrid>
      <w:tr w:rsidR="00923354" w:rsidRPr="008628DB" w14:paraId="7B9CF524" w14:textId="77777777" w:rsidTr="008628DB">
        <w:trPr>
          <w:cantSplit/>
          <w:jc w:val="center"/>
        </w:trPr>
        <w:tc>
          <w:tcPr>
            <w:tcW w:w="2376" w:type="dxa"/>
            <w:tcBorders>
              <w:top w:val="single" w:sz="4" w:space="0" w:color="auto"/>
              <w:bottom w:val="single" w:sz="4" w:space="0" w:color="auto"/>
            </w:tcBorders>
            <w:tcMar>
              <w:top w:w="55" w:type="dxa"/>
              <w:left w:w="75" w:type="dxa"/>
              <w:bottom w:w="55" w:type="dxa"/>
              <w:right w:w="75" w:type="dxa"/>
            </w:tcMar>
          </w:tcPr>
          <w:p w14:paraId="55D05899" w14:textId="77777777" w:rsidR="00923354" w:rsidRPr="008628DB" w:rsidRDefault="00000000" w:rsidP="008628DB">
            <w:pPr>
              <w:spacing w:line="264" w:lineRule="auto"/>
              <w:jc w:val="center"/>
              <w:rPr>
                <w:rFonts w:ascii="Times New Roman" w:hAnsi="Times New Roman" w:cs="Times New Roman"/>
                <w:sz w:val="16"/>
                <w:szCs w:val="16"/>
              </w:rPr>
            </w:pPr>
            <w:r w:rsidRPr="008628DB">
              <w:rPr>
                <w:rFonts w:ascii="Times New Roman" w:hAnsi="Times New Roman" w:cs="Times New Roman"/>
                <w:b/>
                <w:sz w:val="16"/>
                <w:szCs w:val="16"/>
              </w:rPr>
              <w:t>sample</w:t>
            </w:r>
          </w:p>
        </w:tc>
        <w:tc>
          <w:tcPr>
            <w:tcW w:w="2376" w:type="dxa"/>
            <w:tcBorders>
              <w:top w:val="single" w:sz="4" w:space="0" w:color="auto"/>
              <w:bottom w:val="single" w:sz="4" w:space="0" w:color="auto"/>
            </w:tcBorders>
            <w:tcMar>
              <w:top w:w="55" w:type="dxa"/>
              <w:left w:w="75" w:type="dxa"/>
              <w:bottom w:w="55" w:type="dxa"/>
              <w:right w:w="75" w:type="dxa"/>
            </w:tcMar>
          </w:tcPr>
          <w:p w14:paraId="34E3D8D3" w14:textId="77777777" w:rsidR="00923354" w:rsidRPr="008628DB" w:rsidRDefault="00000000" w:rsidP="008628DB">
            <w:pPr>
              <w:spacing w:line="264" w:lineRule="auto"/>
              <w:jc w:val="center"/>
              <w:rPr>
                <w:rFonts w:ascii="Times New Roman" w:hAnsi="Times New Roman" w:cs="Times New Roman"/>
                <w:sz w:val="16"/>
                <w:szCs w:val="16"/>
              </w:rPr>
            </w:pPr>
            <w:r w:rsidRPr="008628DB">
              <w:rPr>
                <w:rFonts w:ascii="Times New Roman" w:hAnsi="Times New Roman" w:cs="Times New Roman"/>
                <w:b/>
                <w:sz w:val="16"/>
                <w:szCs w:val="16"/>
              </w:rPr>
              <w:t>response</w:t>
            </w:r>
          </w:p>
        </w:tc>
        <w:tc>
          <w:tcPr>
            <w:tcW w:w="2376" w:type="dxa"/>
            <w:tcBorders>
              <w:top w:val="single" w:sz="4" w:space="0" w:color="auto"/>
              <w:bottom w:val="single" w:sz="4" w:space="0" w:color="auto"/>
            </w:tcBorders>
            <w:tcMar>
              <w:top w:w="55" w:type="dxa"/>
              <w:left w:w="75" w:type="dxa"/>
              <w:bottom w:w="55" w:type="dxa"/>
              <w:right w:w="75" w:type="dxa"/>
            </w:tcMar>
          </w:tcPr>
          <w:p w14:paraId="2401D811" w14:textId="77777777" w:rsidR="00923354" w:rsidRPr="008628DB" w:rsidRDefault="00000000" w:rsidP="008628DB">
            <w:pPr>
              <w:spacing w:line="264" w:lineRule="auto"/>
              <w:jc w:val="center"/>
              <w:rPr>
                <w:rFonts w:ascii="Times New Roman" w:hAnsi="Times New Roman" w:cs="Times New Roman"/>
                <w:sz w:val="16"/>
                <w:szCs w:val="16"/>
              </w:rPr>
            </w:pPr>
            <w:r w:rsidRPr="008628DB">
              <w:rPr>
                <w:rFonts w:ascii="Times New Roman" w:hAnsi="Times New Roman" w:cs="Times New Roman"/>
                <w:b/>
                <w:sz w:val="16"/>
                <w:szCs w:val="16"/>
              </w:rPr>
              <w:t>cohort</w:t>
            </w:r>
          </w:p>
        </w:tc>
        <w:tc>
          <w:tcPr>
            <w:tcW w:w="2376" w:type="dxa"/>
            <w:tcBorders>
              <w:top w:val="single" w:sz="4" w:space="0" w:color="auto"/>
              <w:bottom w:val="single" w:sz="4" w:space="0" w:color="auto"/>
            </w:tcBorders>
            <w:tcMar>
              <w:top w:w="55" w:type="dxa"/>
              <w:left w:w="75" w:type="dxa"/>
              <w:bottom w:w="55" w:type="dxa"/>
              <w:right w:w="75" w:type="dxa"/>
            </w:tcMar>
          </w:tcPr>
          <w:p w14:paraId="75CACD9A" w14:textId="77777777" w:rsidR="00923354" w:rsidRPr="008628DB" w:rsidRDefault="00000000" w:rsidP="008628DB">
            <w:pPr>
              <w:spacing w:line="264" w:lineRule="auto"/>
              <w:jc w:val="center"/>
              <w:rPr>
                <w:rFonts w:ascii="Times New Roman" w:hAnsi="Times New Roman" w:cs="Times New Roman"/>
                <w:sz w:val="16"/>
                <w:szCs w:val="16"/>
              </w:rPr>
            </w:pPr>
            <w:r w:rsidRPr="008628DB">
              <w:rPr>
                <w:rFonts w:ascii="Times New Roman" w:hAnsi="Times New Roman" w:cs="Times New Roman"/>
                <w:b/>
                <w:sz w:val="16"/>
                <w:szCs w:val="16"/>
              </w:rPr>
              <w:t>inflammatory_core_score</w:t>
            </w:r>
          </w:p>
        </w:tc>
        <w:tc>
          <w:tcPr>
            <w:tcW w:w="2376" w:type="dxa"/>
            <w:tcBorders>
              <w:top w:val="single" w:sz="4" w:space="0" w:color="auto"/>
              <w:bottom w:val="single" w:sz="4" w:space="0" w:color="auto"/>
            </w:tcBorders>
            <w:tcMar>
              <w:top w:w="55" w:type="dxa"/>
              <w:left w:w="75" w:type="dxa"/>
              <w:bottom w:w="55" w:type="dxa"/>
              <w:right w:w="75" w:type="dxa"/>
            </w:tcMar>
          </w:tcPr>
          <w:p w14:paraId="003E8D74" w14:textId="77777777" w:rsidR="00923354" w:rsidRPr="008628DB" w:rsidRDefault="00000000" w:rsidP="008628DB">
            <w:pPr>
              <w:spacing w:line="264" w:lineRule="auto"/>
              <w:jc w:val="center"/>
              <w:rPr>
                <w:rFonts w:ascii="Times New Roman" w:hAnsi="Times New Roman" w:cs="Times New Roman"/>
                <w:sz w:val="16"/>
                <w:szCs w:val="16"/>
              </w:rPr>
            </w:pPr>
            <w:r w:rsidRPr="008628DB">
              <w:rPr>
                <w:rFonts w:ascii="Times New Roman" w:hAnsi="Times New Roman" w:cs="Times New Roman"/>
                <w:b/>
                <w:sz w:val="16"/>
                <w:szCs w:val="16"/>
              </w:rPr>
              <w:t>basal_score</w:t>
            </w:r>
          </w:p>
        </w:tc>
        <w:tc>
          <w:tcPr>
            <w:tcW w:w="2376" w:type="dxa"/>
            <w:tcBorders>
              <w:top w:val="single" w:sz="4" w:space="0" w:color="auto"/>
              <w:bottom w:val="single" w:sz="4" w:space="0" w:color="auto"/>
            </w:tcBorders>
            <w:tcMar>
              <w:top w:w="55" w:type="dxa"/>
              <w:left w:w="75" w:type="dxa"/>
              <w:bottom w:w="55" w:type="dxa"/>
              <w:right w:w="75" w:type="dxa"/>
            </w:tcMar>
          </w:tcPr>
          <w:p w14:paraId="7AC53C08" w14:textId="77777777" w:rsidR="00923354" w:rsidRPr="008628DB" w:rsidRDefault="00000000" w:rsidP="008628DB">
            <w:pPr>
              <w:spacing w:line="264" w:lineRule="auto"/>
              <w:jc w:val="center"/>
              <w:rPr>
                <w:rFonts w:ascii="Times New Roman" w:hAnsi="Times New Roman" w:cs="Times New Roman"/>
                <w:sz w:val="16"/>
                <w:szCs w:val="16"/>
              </w:rPr>
            </w:pPr>
            <w:r w:rsidRPr="008628DB">
              <w:rPr>
                <w:rFonts w:ascii="Times New Roman" w:hAnsi="Times New Roman" w:cs="Times New Roman"/>
                <w:b/>
                <w:sz w:val="16"/>
                <w:szCs w:val="16"/>
              </w:rPr>
              <w:t>regimen</w:t>
            </w:r>
          </w:p>
        </w:tc>
      </w:tr>
      <w:tr w:rsidR="00923354" w:rsidRPr="008628DB" w14:paraId="01A2B263" w14:textId="77777777" w:rsidTr="008628DB">
        <w:trPr>
          <w:cantSplit/>
          <w:jc w:val="center"/>
        </w:trPr>
        <w:tc>
          <w:tcPr>
            <w:tcW w:w="2376" w:type="dxa"/>
            <w:tcBorders>
              <w:top w:val="single" w:sz="4" w:space="0" w:color="auto"/>
            </w:tcBorders>
            <w:tcMar>
              <w:top w:w="55" w:type="dxa"/>
              <w:left w:w="75" w:type="dxa"/>
              <w:bottom w:w="55" w:type="dxa"/>
              <w:right w:w="75" w:type="dxa"/>
            </w:tcMar>
            <w:vAlign w:val="center"/>
          </w:tcPr>
          <w:p w14:paraId="4F75666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GSM6552773</w:t>
            </w:r>
          </w:p>
        </w:tc>
        <w:tc>
          <w:tcPr>
            <w:tcW w:w="2376" w:type="dxa"/>
            <w:tcBorders>
              <w:top w:val="single" w:sz="4" w:space="0" w:color="auto"/>
            </w:tcBorders>
            <w:tcMar>
              <w:top w:w="55" w:type="dxa"/>
              <w:left w:w="75" w:type="dxa"/>
              <w:bottom w:w="55" w:type="dxa"/>
              <w:right w:w="75" w:type="dxa"/>
            </w:tcMar>
            <w:vAlign w:val="center"/>
          </w:tcPr>
          <w:p w14:paraId="65E769A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Borders>
              <w:top w:val="single" w:sz="4" w:space="0" w:color="auto"/>
            </w:tcBorders>
            <w:tcMar>
              <w:top w:w="55" w:type="dxa"/>
              <w:left w:w="75" w:type="dxa"/>
              <w:bottom w:w="55" w:type="dxa"/>
              <w:right w:w="75" w:type="dxa"/>
            </w:tcMar>
            <w:vAlign w:val="center"/>
          </w:tcPr>
          <w:p w14:paraId="79CCB70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Borders>
              <w:top w:val="single" w:sz="4" w:space="0" w:color="auto"/>
            </w:tcBorders>
            <w:tcMar>
              <w:top w:w="55" w:type="dxa"/>
              <w:left w:w="75" w:type="dxa"/>
              <w:bottom w:w="55" w:type="dxa"/>
              <w:right w:w="75" w:type="dxa"/>
            </w:tcMar>
            <w:vAlign w:val="center"/>
          </w:tcPr>
          <w:p w14:paraId="3D97854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0.48763350909266395</w:t>
            </w:r>
          </w:p>
        </w:tc>
        <w:tc>
          <w:tcPr>
            <w:tcW w:w="2376" w:type="dxa"/>
            <w:tcBorders>
              <w:top w:val="single" w:sz="4" w:space="0" w:color="auto"/>
            </w:tcBorders>
            <w:tcMar>
              <w:top w:w="55" w:type="dxa"/>
              <w:left w:w="75" w:type="dxa"/>
              <w:bottom w:w="55" w:type="dxa"/>
              <w:right w:w="75" w:type="dxa"/>
            </w:tcMar>
            <w:vAlign w:val="center"/>
          </w:tcPr>
          <w:p w14:paraId="78E1C67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-0.3233514332786895</w:t>
            </w:r>
          </w:p>
        </w:tc>
        <w:tc>
          <w:tcPr>
            <w:tcW w:w="2376" w:type="dxa"/>
            <w:tcBorders>
              <w:top w:val="single" w:sz="4" w:space="0" w:color="auto"/>
            </w:tcBorders>
            <w:tcMar>
              <w:top w:w="55" w:type="dxa"/>
              <w:left w:w="75" w:type="dxa"/>
              <w:bottom w:w="55" w:type="dxa"/>
              <w:right w:w="75" w:type="dxa"/>
            </w:tcMar>
            <w:vAlign w:val="center"/>
          </w:tcPr>
          <w:p w14:paraId="0888C2B8"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D6055E4" w14:textId="77777777">
        <w:trPr>
          <w:cantSplit/>
          <w:jc w:val="center"/>
        </w:trPr>
        <w:tc>
          <w:tcPr>
            <w:tcW w:w="2376" w:type="dxa"/>
            <w:tcMar>
              <w:top w:w="55" w:type="dxa"/>
              <w:left w:w="75" w:type="dxa"/>
              <w:bottom w:w="55" w:type="dxa"/>
              <w:right w:w="75" w:type="dxa"/>
            </w:tcMar>
            <w:vAlign w:val="center"/>
          </w:tcPr>
          <w:p w14:paraId="59A2338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GSM6552774</w:t>
            </w:r>
          </w:p>
        </w:tc>
        <w:tc>
          <w:tcPr>
            <w:tcW w:w="2376" w:type="dxa"/>
            <w:tcMar>
              <w:top w:w="55" w:type="dxa"/>
              <w:left w:w="75" w:type="dxa"/>
              <w:bottom w:w="55" w:type="dxa"/>
              <w:right w:w="75" w:type="dxa"/>
            </w:tcMar>
            <w:vAlign w:val="center"/>
          </w:tcPr>
          <w:p w14:paraId="3E9F279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7ABED2F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05AFA13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0.14832738499428952</w:t>
            </w:r>
          </w:p>
        </w:tc>
        <w:tc>
          <w:tcPr>
            <w:tcW w:w="2376" w:type="dxa"/>
            <w:tcMar>
              <w:top w:w="55" w:type="dxa"/>
              <w:left w:w="75" w:type="dxa"/>
              <w:bottom w:w="55" w:type="dxa"/>
              <w:right w:w="75" w:type="dxa"/>
            </w:tcMar>
            <w:vAlign w:val="center"/>
          </w:tcPr>
          <w:p w14:paraId="3DC8E59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-0.45993984244605973</w:t>
            </w:r>
          </w:p>
        </w:tc>
        <w:tc>
          <w:tcPr>
            <w:tcW w:w="2376" w:type="dxa"/>
            <w:tcMar>
              <w:top w:w="55" w:type="dxa"/>
              <w:left w:w="75" w:type="dxa"/>
              <w:bottom w:w="55" w:type="dxa"/>
              <w:right w:w="75" w:type="dxa"/>
            </w:tcMar>
            <w:vAlign w:val="center"/>
          </w:tcPr>
          <w:p w14:paraId="5F1CC28C"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3580B7C9" w14:textId="77777777">
        <w:trPr>
          <w:cantSplit/>
          <w:jc w:val="center"/>
        </w:trPr>
        <w:tc>
          <w:tcPr>
            <w:tcW w:w="2376" w:type="dxa"/>
            <w:tcMar>
              <w:top w:w="55" w:type="dxa"/>
              <w:left w:w="75" w:type="dxa"/>
              <w:bottom w:w="55" w:type="dxa"/>
              <w:right w:w="75" w:type="dxa"/>
            </w:tcMar>
            <w:vAlign w:val="center"/>
          </w:tcPr>
          <w:p w14:paraId="23CBEE4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GSM6552775</w:t>
            </w:r>
          </w:p>
        </w:tc>
        <w:tc>
          <w:tcPr>
            <w:tcW w:w="2376" w:type="dxa"/>
            <w:tcMar>
              <w:top w:w="55" w:type="dxa"/>
              <w:left w:w="75" w:type="dxa"/>
              <w:bottom w:w="55" w:type="dxa"/>
              <w:right w:w="75" w:type="dxa"/>
            </w:tcMar>
            <w:vAlign w:val="center"/>
          </w:tcPr>
          <w:p w14:paraId="618133E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34B1B09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1FCF574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1.0889968580578455</w:t>
            </w:r>
          </w:p>
        </w:tc>
        <w:tc>
          <w:tcPr>
            <w:tcW w:w="2376" w:type="dxa"/>
            <w:tcMar>
              <w:top w:w="55" w:type="dxa"/>
              <w:left w:w="75" w:type="dxa"/>
              <w:bottom w:w="55" w:type="dxa"/>
              <w:right w:w="75" w:type="dxa"/>
            </w:tcMar>
            <w:vAlign w:val="center"/>
          </w:tcPr>
          <w:p w14:paraId="70535BB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1.9504190001588608</w:t>
            </w:r>
          </w:p>
        </w:tc>
        <w:tc>
          <w:tcPr>
            <w:tcW w:w="2376" w:type="dxa"/>
            <w:tcMar>
              <w:top w:w="55" w:type="dxa"/>
              <w:left w:w="75" w:type="dxa"/>
              <w:bottom w:w="55" w:type="dxa"/>
              <w:right w:w="75" w:type="dxa"/>
            </w:tcMar>
            <w:vAlign w:val="center"/>
          </w:tcPr>
          <w:p w14:paraId="48F3368E"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3BD39E31" w14:textId="77777777">
        <w:trPr>
          <w:cantSplit/>
          <w:jc w:val="center"/>
        </w:trPr>
        <w:tc>
          <w:tcPr>
            <w:tcW w:w="2376" w:type="dxa"/>
            <w:tcMar>
              <w:top w:w="55" w:type="dxa"/>
              <w:left w:w="75" w:type="dxa"/>
              <w:bottom w:w="55" w:type="dxa"/>
              <w:right w:w="75" w:type="dxa"/>
            </w:tcMar>
            <w:vAlign w:val="center"/>
          </w:tcPr>
          <w:p w14:paraId="2617577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GSM6552776</w:t>
            </w:r>
          </w:p>
        </w:tc>
        <w:tc>
          <w:tcPr>
            <w:tcW w:w="2376" w:type="dxa"/>
            <w:tcMar>
              <w:top w:w="55" w:type="dxa"/>
              <w:left w:w="75" w:type="dxa"/>
              <w:bottom w:w="55" w:type="dxa"/>
              <w:right w:w="75" w:type="dxa"/>
            </w:tcMar>
            <w:vAlign w:val="center"/>
          </w:tcPr>
          <w:p w14:paraId="6883219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09AD2C0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537FA20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0.7595362057216108</w:t>
            </w:r>
          </w:p>
        </w:tc>
        <w:tc>
          <w:tcPr>
            <w:tcW w:w="2376" w:type="dxa"/>
            <w:tcMar>
              <w:top w:w="55" w:type="dxa"/>
              <w:left w:w="75" w:type="dxa"/>
              <w:bottom w:w="55" w:type="dxa"/>
              <w:right w:w="75" w:type="dxa"/>
            </w:tcMar>
            <w:vAlign w:val="center"/>
          </w:tcPr>
          <w:p w14:paraId="6278907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0.35066564920470217</w:t>
            </w:r>
          </w:p>
        </w:tc>
        <w:tc>
          <w:tcPr>
            <w:tcW w:w="2376" w:type="dxa"/>
            <w:tcMar>
              <w:top w:w="55" w:type="dxa"/>
              <w:left w:w="75" w:type="dxa"/>
              <w:bottom w:w="55" w:type="dxa"/>
              <w:right w:w="75" w:type="dxa"/>
            </w:tcMar>
            <w:vAlign w:val="center"/>
          </w:tcPr>
          <w:p w14:paraId="464ABA23"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37D488BF" w14:textId="77777777">
        <w:trPr>
          <w:cantSplit/>
          <w:jc w:val="center"/>
        </w:trPr>
        <w:tc>
          <w:tcPr>
            <w:tcW w:w="2376" w:type="dxa"/>
            <w:tcMar>
              <w:top w:w="55" w:type="dxa"/>
              <w:left w:w="75" w:type="dxa"/>
              <w:bottom w:w="55" w:type="dxa"/>
              <w:right w:w="75" w:type="dxa"/>
            </w:tcMar>
            <w:vAlign w:val="center"/>
          </w:tcPr>
          <w:p w14:paraId="4068909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GSM6552777</w:t>
            </w:r>
          </w:p>
        </w:tc>
        <w:tc>
          <w:tcPr>
            <w:tcW w:w="2376" w:type="dxa"/>
            <w:tcMar>
              <w:top w:w="55" w:type="dxa"/>
              <w:left w:w="75" w:type="dxa"/>
              <w:bottom w:w="55" w:type="dxa"/>
              <w:right w:w="75" w:type="dxa"/>
            </w:tcMar>
            <w:vAlign w:val="center"/>
          </w:tcPr>
          <w:p w14:paraId="06800C6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7968CEE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44D6DEB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1.1041532983752038</w:t>
            </w:r>
          </w:p>
        </w:tc>
        <w:tc>
          <w:tcPr>
            <w:tcW w:w="2376" w:type="dxa"/>
            <w:tcMar>
              <w:top w:w="55" w:type="dxa"/>
              <w:left w:w="75" w:type="dxa"/>
              <w:bottom w:w="55" w:type="dxa"/>
              <w:right w:w="75" w:type="dxa"/>
            </w:tcMar>
            <w:vAlign w:val="center"/>
          </w:tcPr>
          <w:p w14:paraId="022C02E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0.5197597579867581</w:t>
            </w:r>
          </w:p>
        </w:tc>
        <w:tc>
          <w:tcPr>
            <w:tcW w:w="2376" w:type="dxa"/>
            <w:tcMar>
              <w:top w:w="55" w:type="dxa"/>
              <w:left w:w="75" w:type="dxa"/>
              <w:bottom w:w="55" w:type="dxa"/>
              <w:right w:w="75" w:type="dxa"/>
            </w:tcMar>
            <w:vAlign w:val="center"/>
          </w:tcPr>
          <w:p w14:paraId="6D7836A0"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448887B6" w14:textId="77777777">
        <w:trPr>
          <w:cantSplit/>
          <w:jc w:val="center"/>
        </w:trPr>
        <w:tc>
          <w:tcPr>
            <w:tcW w:w="2376" w:type="dxa"/>
            <w:tcMar>
              <w:top w:w="55" w:type="dxa"/>
              <w:left w:w="75" w:type="dxa"/>
              <w:bottom w:w="55" w:type="dxa"/>
              <w:right w:w="75" w:type="dxa"/>
            </w:tcMar>
            <w:vAlign w:val="center"/>
          </w:tcPr>
          <w:p w14:paraId="6F8ED21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GSM6552778</w:t>
            </w:r>
          </w:p>
        </w:tc>
        <w:tc>
          <w:tcPr>
            <w:tcW w:w="2376" w:type="dxa"/>
            <w:tcMar>
              <w:top w:w="55" w:type="dxa"/>
              <w:left w:w="75" w:type="dxa"/>
              <w:bottom w:w="55" w:type="dxa"/>
              <w:right w:w="75" w:type="dxa"/>
            </w:tcMar>
            <w:vAlign w:val="center"/>
          </w:tcPr>
          <w:p w14:paraId="551E99D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1201A78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6483A8C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-0.4696860119313828</w:t>
            </w:r>
          </w:p>
        </w:tc>
        <w:tc>
          <w:tcPr>
            <w:tcW w:w="2376" w:type="dxa"/>
            <w:tcMar>
              <w:top w:w="55" w:type="dxa"/>
              <w:left w:w="75" w:type="dxa"/>
              <w:bottom w:w="55" w:type="dxa"/>
              <w:right w:w="75" w:type="dxa"/>
            </w:tcMar>
            <w:vAlign w:val="center"/>
          </w:tcPr>
          <w:p w14:paraId="29EE948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0.04828073439309725</w:t>
            </w:r>
          </w:p>
        </w:tc>
        <w:tc>
          <w:tcPr>
            <w:tcW w:w="2376" w:type="dxa"/>
            <w:tcMar>
              <w:top w:w="55" w:type="dxa"/>
              <w:left w:w="75" w:type="dxa"/>
              <w:bottom w:w="55" w:type="dxa"/>
              <w:right w:w="75" w:type="dxa"/>
            </w:tcMar>
            <w:vAlign w:val="center"/>
          </w:tcPr>
          <w:p w14:paraId="40C44499"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2F4368A8" w14:textId="77777777">
        <w:trPr>
          <w:cantSplit/>
          <w:jc w:val="center"/>
        </w:trPr>
        <w:tc>
          <w:tcPr>
            <w:tcW w:w="2376" w:type="dxa"/>
            <w:tcMar>
              <w:top w:w="55" w:type="dxa"/>
              <w:left w:w="75" w:type="dxa"/>
              <w:bottom w:w="55" w:type="dxa"/>
              <w:right w:w="75" w:type="dxa"/>
            </w:tcMar>
            <w:vAlign w:val="center"/>
          </w:tcPr>
          <w:p w14:paraId="44CB1AB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GSM6552779</w:t>
            </w:r>
          </w:p>
        </w:tc>
        <w:tc>
          <w:tcPr>
            <w:tcW w:w="2376" w:type="dxa"/>
            <w:tcMar>
              <w:top w:w="55" w:type="dxa"/>
              <w:left w:w="75" w:type="dxa"/>
              <w:bottom w:w="55" w:type="dxa"/>
              <w:right w:w="75" w:type="dxa"/>
            </w:tcMar>
            <w:vAlign w:val="center"/>
          </w:tcPr>
          <w:p w14:paraId="3ECC06B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342B65F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7FF37E6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0.29926300466144945</w:t>
            </w:r>
          </w:p>
        </w:tc>
        <w:tc>
          <w:tcPr>
            <w:tcW w:w="2376" w:type="dxa"/>
            <w:tcMar>
              <w:top w:w="55" w:type="dxa"/>
              <w:left w:w="75" w:type="dxa"/>
              <w:bottom w:w="55" w:type="dxa"/>
              <w:right w:w="75" w:type="dxa"/>
            </w:tcMar>
            <w:vAlign w:val="center"/>
          </w:tcPr>
          <w:p w14:paraId="3B4464A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-0.8538025231366034</w:t>
            </w:r>
          </w:p>
        </w:tc>
        <w:tc>
          <w:tcPr>
            <w:tcW w:w="2376" w:type="dxa"/>
            <w:tcMar>
              <w:top w:w="55" w:type="dxa"/>
              <w:left w:w="75" w:type="dxa"/>
              <w:bottom w:w="55" w:type="dxa"/>
              <w:right w:w="75" w:type="dxa"/>
            </w:tcMar>
            <w:vAlign w:val="center"/>
          </w:tcPr>
          <w:p w14:paraId="49D5EF20"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793A4164" w14:textId="77777777">
        <w:trPr>
          <w:cantSplit/>
          <w:jc w:val="center"/>
        </w:trPr>
        <w:tc>
          <w:tcPr>
            <w:tcW w:w="2376" w:type="dxa"/>
            <w:tcMar>
              <w:top w:w="55" w:type="dxa"/>
              <w:left w:w="75" w:type="dxa"/>
              <w:bottom w:w="55" w:type="dxa"/>
              <w:right w:w="75" w:type="dxa"/>
            </w:tcMar>
            <w:vAlign w:val="center"/>
          </w:tcPr>
          <w:p w14:paraId="4812BA3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GSM6552780</w:t>
            </w:r>
          </w:p>
        </w:tc>
        <w:tc>
          <w:tcPr>
            <w:tcW w:w="2376" w:type="dxa"/>
            <w:tcMar>
              <w:top w:w="55" w:type="dxa"/>
              <w:left w:w="75" w:type="dxa"/>
              <w:bottom w:w="55" w:type="dxa"/>
              <w:right w:w="75" w:type="dxa"/>
            </w:tcMar>
            <w:vAlign w:val="center"/>
          </w:tcPr>
          <w:p w14:paraId="117DB66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1ECA732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57B005F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0.2106266630418078</w:t>
            </w:r>
          </w:p>
        </w:tc>
        <w:tc>
          <w:tcPr>
            <w:tcW w:w="2376" w:type="dxa"/>
            <w:tcMar>
              <w:top w:w="55" w:type="dxa"/>
              <w:left w:w="75" w:type="dxa"/>
              <w:bottom w:w="55" w:type="dxa"/>
              <w:right w:w="75" w:type="dxa"/>
            </w:tcMar>
            <w:vAlign w:val="center"/>
          </w:tcPr>
          <w:p w14:paraId="16E2B9E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0.33370373816509175</w:t>
            </w:r>
          </w:p>
        </w:tc>
        <w:tc>
          <w:tcPr>
            <w:tcW w:w="2376" w:type="dxa"/>
            <w:tcMar>
              <w:top w:w="55" w:type="dxa"/>
              <w:left w:w="75" w:type="dxa"/>
              <w:bottom w:w="55" w:type="dxa"/>
              <w:right w:w="75" w:type="dxa"/>
            </w:tcMar>
            <w:vAlign w:val="center"/>
          </w:tcPr>
          <w:p w14:paraId="13031B47"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112F223C" w14:textId="77777777">
        <w:trPr>
          <w:cantSplit/>
          <w:jc w:val="center"/>
        </w:trPr>
        <w:tc>
          <w:tcPr>
            <w:tcW w:w="2376" w:type="dxa"/>
            <w:tcMar>
              <w:top w:w="55" w:type="dxa"/>
              <w:left w:w="75" w:type="dxa"/>
              <w:bottom w:w="55" w:type="dxa"/>
              <w:right w:w="75" w:type="dxa"/>
            </w:tcMar>
            <w:vAlign w:val="center"/>
          </w:tcPr>
          <w:p w14:paraId="4AEB87E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GSM6552781</w:t>
            </w:r>
          </w:p>
        </w:tc>
        <w:tc>
          <w:tcPr>
            <w:tcW w:w="2376" w:type="dxa"/>
            <w:tcMar>
              <w:top w:w="55" w:type="dxa"/>
              <w:left w:w="75" w:type="dxa"/>
              <w:bottom w:w="55" w:type="dxa"/>
              <w:right w:w="75" w:type="dxa"/>
            </w:tcMar>
            <w:vAlign w:val="center"/>
          </w:tcPr>
          <w:p w14:paraId="48CA467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12FE4C5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40C3DB9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0.18624234370717893</w:t>
            </w:r>
          </w:p>
        </w:tc>
        <w:tc>
          <w:tcPr>
            <w:tcW w:w="2376" w:type="dxa"/>
            <w:tcMar>
              <w:top w:w="55" w:type="dxa"/>
              <w:left w:w="75" w:type="dxa"/>
              <w:bottom w:w="55" w:type="dxa"/>
              <w:right w:w="75" w:type="dxa"/>
            </w:tcMar>
            <w:vAlign w:val="center"/>
          </w:tcPr>
          <w:p w14:paraId="34CCAB0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-0.8848679881836632</w:t>
            </w:r>
          </w:p>
        </w:tc>
        <w:tc>
          <w:tcPr>
            <w:tcW w:w="2376" w:type="dxa"/>
            <w:tcMar>
              <w:top w:w="55" w:type="dxa"/>
              <w:left w:w="75" w:type="dxa"/>
              <w:bottom w:w="55" w:type="dxa"/>
              <w:right w:w="75" w:type="dxa"/>
            </w:tcMar>
            <w:vAlign w:val="center"/>
          </w:tcPr>
          <w:p w14:paraId="2AC98CE6"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01316C27" w14:textId="77777777">
        <w:trPr>
          <w:cantSplit/>
          <w:jc w:val="center"/>
        </w:trPr>
        <w:tc>
          <w:tcPr>
            <w:tcW w:w="2376" w:type="dxa"/>
            <w:tcMar>
              <w:top w:w="55" w:type="dxa"/>
              <w:left w:w="75" w:type="dxa"/>
              <w:bottom w:w="55" w:type="dxa"/>
              <w:right w:w="75" w:type="dxa"/>
            </w:tcMar>
            <w:vAlign w:val="center"/>
          </w:tcPr>
          <w:p w14:paraId="584100A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GSM6552782</w:t>
            </w:r>
          </w:p>
        </w:tc>
        <w:tc>
          <w:tcPr>
            <w:tcW w:w="2376" w:type="dxa"/>
            <w:tcMar>
              <w:top w:w="55" w:type="dxa"/>
              <w:left w:w="75" w:type="dxa"/>
              <w:bottom w:w="55" w:type="dxa"/>
              <w:right w:w="75" w:type="dxa"/>
            </w:tcMar>
            <w:vAlign w:val="center"/>
          </w:tcPr>
          <w:p w14:paraId="50C2207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4264585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1E9EA72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-0.04070147654591142</w:t>
            </w:r>
          </w:p>
        </w:tc>
        <w:tc>
          <w:tcPr>
            <w:tcW w:w="2376" w:type="dxa"/>
            <w:tcMar>
              <w:top w:w="55" w:type="dxa"/>
              <w:left w:w="75" w:type="dxa"/>
              <w:bottom w:w="55" w:type="dxa"/>
              <w:right w:w="75" w:type="dxa"/>
            </w:tcMar>
            <w:vAlign w:val="center"/>
          </w:tcPr>
          <w:p w14:paraId="4780367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-0.16894834012655843</w:t>
            </w:r>
          </w:p>
        </w:tc>
        <w:tc>
          <w:tcPr>
            <w:tcW w:w="2376" w:type="dxa"/>
            <w:tcMar>
              <w:top w:w="55" w:type="dxa"/>
              <w:left w:w="75" w:type="dxa"/>
              <w:bottom w:w="55" w:type="dxa"/>
              <w:right w:w="75" w:type="dxa"/>
            </w:tcMar>
            <w:vAlign w:val="center"/>
          </w:tcPr>
          <w:p w14:paraId="1CB5B019"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5CDE91C0" w14:textId="77777777">
        <w:trPr>
          <w:cantSplit/>
          <w:jc w:val="center"/>
        </w:trPr>
        <w:tc>
          <w:tcPr>
            <w:tcW w:w="2376" w:type="dxa"/>
            <w:tcMar>
              <w:top w:w="55" w:type="dxa"/>
              <w:left w:w="75" w:type="dxa"/>
              <w:bottom w:w="55" w:type="dxa"/>
              <w:right w:w="75" w:type="dxa"/>
            </w:tcMar>
            <w:vAlign w:val="center"/>
          </w:tcPr>
          <w:p w14:paraId="600EC91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GSM6552783</w:t>
            </w:r>
          </w:p>
        </w:tc>
        <w:tc>
          <w:tcPr>
            <w:tcW w:w="2376" w:type="dxa"/>
            <w:tcMar>
              <w:top w:w="55" w:type="dxa"/>
              <w:left w:w="75" w:type="dxa"/>
              <w:bottom w:w="55" w:type="dxa"/>
              <w:right w:w="75" w:type="dxa"/>
            </w:tcMar>
            <w:vAlign w:val="center"/>
          </w:tcPr>
          <w:p w14:paraId="3244742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072905D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4BD0C9E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-0.4816904426052256</w:t>
            </w:r>
          </w:p>
        </w:tc>
        <w:tc>
          <w:tcPr>
            <w:tcW w:w="2376" w:type="dxa"/>
            <w:tcMar>
              <w:top w:w="55" w:type="dxa"/>
              <w:left w:w="75" w:type="dxa"/>
              <w:bottom w:w="55" w:type="dxa"/>
              <w:right w:w="75" w:type="dxa"/>
            </w:tcMar>
            <w:vAlign w:val="center"/>
          </w:tcPr>
          <w:p w14:paraId="23DDF4B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-0.3449357521924048</w:t>
            </w:r>
          </w:p>
        </w:tc>
        <w:tc>
          <w:tcPr>
            <w:tcW w:w="2376" w:type="dxa"/>
            <w:tcMar>
              <w:top w:w="55" w:type="dxa"/>
              <w:left w:w="75" w:type="dxa"/>
              <w:bottom w:w="55" w:type="dxa"/>
              <w:right w:w="75" w:type="dxa"/>
            </w:tcMar>
            <w:vAlign w:val="center"/>
          </w:tcPr>
          <w:p w14:paraId="1500DB02"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7ABE59F2" w14:textId="77777777">
        <w:trPr>
          <w:cantSplit/>
          <w:jc w:val="center"/>
        </w:trPr>
        <w:tc>
          <w:tcPr>
            <w:tcW w:w="2376" w:type="dxa"/>
            <w:tcMar>
              <w:top w:w="55" w:type="dxa"/>
              <w:left w:w="75" w:type="dxa"/>
              <w:bottom w:w="55" w:type="dxa"/>
              <w:right w:w="75" w:type="dxa"/>
            </w:tcMar>
            <w:vAlign w:val="center"/>
          </w:tcPr>
          <w:p w14:paraId="618A4B2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GSM6552784</w:t>
            </w:r>
          </w:p>
        </w:tc>
        <w:tc>
          <w:tcPr>
            <w:tcW w:w="2376" w:type="dxa"/>
            <w:tcMar>
              <w:top w:w="55" w:type="dxa"/>
              <w:left w:w="75" w:type="dxa"/>
              <w:bottom w:w="55" w:type="dxa"/>
              <w:right w:w="75" w:type="dxa"/>
            </w:tcMar>
            <w:vAlign w:val="center"/>
          </w:tcPr>
          <w:p w14:paraId="117270F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6E654E8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3F81BEB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0.9288311752068259</w:t>
            </w:r>
          </w:p>
        </w:tc>
        <w:tc>
          <w:tcPr>
            <w:tcW w:w="2376" w:type="dxa"/>
            <w:tcMar>
              <w:top w:w="55" w:type="dxa"/>
              <w:left w:w="75" w:type="dxa"/>
              <w:bottom w:w="55" w:type="dxa"/>
              <w:right w:w="75" w:type="dxa"/>
            </w:tcMar>
            <w:vAlign w:val="center"/>
          </w:tcPr>
          <w:p w14:paraId="6F7D9B0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1.1419496716994226</w:t>
            </w:r>
          </w:p>
        </w:tc>
        <w:tc>
          <w:tcPr>
            <w:tcW w:w="2376" w:type="dxa"/>
            <w:tcMar>
              <w:top w:w="55" w:type="dxa"/>
              <w:left w:w="75" w:type="dxa"/>
              <w:bottom w:w="55" w:type="dxa"/>
              <w:right w:w="75" w:type="dxa"/>
            </w:tcMar>
            <w:vAlign w:val="center"/>
          </w:tcPr>
          <w:p w14:paraId="40B1A972"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00555344" w14:textId="77777777">
        <w:trPr>
          <w:cantSplit/>
          <w:jc w:val="center"/>
        </w:trPr>
        <w:tc>
          <w:tcPr>
            <w:tcW w:w="2376" w:type="dxa"/>
            <w:tcMar>
              <w:top w:w="55" w:type="dxa"/>
              <w:left w:w="75" w:type="dxa"/>
              <w:bottom w:w="55" w:type="dxa"/>
              <w:right w:w="75" w:type="dxa"/>
            </w:tcMar>
            <w:vAlign w:val="center"/>
          </w:tcPr>
          <w:p w14:paraId="738D897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GSM6552785</w:t>
            </w:r>
          </w:p>
        </w:tc>
        <w:tc>
          <w:tcPr>
            <w:tcW w:w="2376" w:type="dxa"/>
            <w:tcMar>
              <w:top w:w="55" w:type="dxa"/>
              <w:left w:w="75" w:type="dxa"/>
              <w:bottom w:w="55" w:type="dxa"/>
              <w:right w:w="75" w:type="dxa"/>
            </w:tcMar>
            <w:vAlign w:val="center"/>
          </w:tcPr>
          <w:p w14:paraId="17DF209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65F2785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22000EA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-0.5897104289830511</w:t>
            </w:r>
          </w:p>
        </w:tc>
        <w:tc>
          <w:tcPr>
            <w:tcW w:w="2376" w:type="dxa"/>
            <w:tcMar>
              <w:top w:w="55" w:type="dxa"/>
              <w:left w:w="75" w:type="dxa"/>
              <w:bottom w:w="55" w:type="dxa"/>
              <w:right w:w="75" w:type="dxa"/>
            </w:tcMar>
            <w:vAlign w:val="center"/>
          </w:tcPr>
          <w:p w14:paraId="773FF7F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-0.59086407050162</w:t>
            </w:r>
          </w:p>
        </w:tc>
        <w:tc>
          <w:tcPr>
            <w:tcW w:w="2376" w:type="dxa"/>
            <w:tcMar>
              <w:top w:w="55" w:type="dxa"/>
              <w:left w:w="75" w:type="dxa"/>
              <w:bottom w:w="55" w:type="dxa"/>
              <w:right w:w="75" w:type="dxa"/>
            </w:tcMar>
            <w:vAlign w:val="center"/>
          </w:tcPr>
          <w:p w14:paraId="6C186E88"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73229AA9" w14:textId="77777777">
        <w:trPr>
          <w:cantSplit/>
          <w:jc w:val="center"/>
        </w:trPr>
        <w:tc>
          <w:tcPr>
            <w:tcW w:w="2376" w:type="dxa"/>
            <w:tcMar>
              <w:top w:w="55" w:type="dxa"/>
              <w:left w:w="75" w:type="dxa"/>
              <w:bottom w:w="55" w:type="dxa"/>
              <w:right w:w="75" w:type="dxa"/>
            </w:tcMar>
            <w:vAlign w:val="center"/>
          </w:tcPr>
          <w:p w14:paraId="646814E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GSM6552786</w:t>
            </w:r>
          </w:p>
        </w:tc>
        <w:tc>
          <w:tcPr>
            <w:tcW w:w="2376" w:type="dxa"/>
            <w:tcMar>
              <w:top w:w="55" w:type="dxa"/>
              <w:left w:w="75" w:type="dxa"/>
              <w:bottom w:w="55" w:type="dxa"/>
              <w:right w:w="75" w:type="dxa"/>
            </w:tcMar>
            <w:vAlign w:val="center"/>
          </w:tcPr>
          <w:p w14:paraId="07F7649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38DA1E2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22C4050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-0.017053283270890833</w:t>
            </w:r>
          </w:p>
        </w:tc>
        <w:tc>
          <w:tcPr>
            <w:tcW w:w="2376" w:type="dxa"/>
            <w:tcMar>
              <w:top w:w="55" w:type="dxa"/>
              <w:left w:w="75" w:type="dxa"/>
              <w:bottom w:w="55" w:type="dxa"/>
              <w:right w:w="75" w:type="dxa"/>
            </w:tcMar>
            <w:vAlign w:val="center"/>
          </w:tcPr>
          <w:p w14:paraId="5501BA3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0.7296588919125352</w:t>
            </w:r>
          </w:p>
        </w:tc>
        <w:tc>
          <w:tcPr>
            <w:tcW w:w="2376" w:type="dxa"/>
            <w:tcMar>
              <w:top w:w="55" w:type="dxa"/>
              <w:left w:w="75" w:type="dxa"/>
              <w:bottom w:w="55" w:type="dxa"/>
              <w:right w:w="75" w:type="dxa"/>
            </w:tcMar>
            <w:vAlign w:val="center"/>
          </w:tcPr>
          <w:p w14:paraId="3E52375C"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365F34F" w14:textId="77777777">
        <w:trPr>
          <w:cantSplit/>
          <w:jc w:val="center"/>
        </w:trPr>
        <w:tc>
          <w:tcPr>
            <w:tcW w:w="2376" w:type="dxa"/>
            <w:tcMar>
              <w:top w:w="55" w:type="dxa"/>
              <w:left w:w="75" w:type="dxa"/>
              <w:bottom w:w="55" w:type="dxa"/>
              <w:right w:w="75" w:type="dxa"/>
            </w:tcMar>
            <w:vAlign w:val="center"/>
          </w:tcPr>
          <w:p w14:paraId="1194483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GSM6552787</w:t>
            </w:r>
          </w:p>
        </w:tc>
        <w:tc>
          <w:tcPr>
            <w:tcW w:w="2376" w:type="dxa"/>
            <w:tcMar>
              <w:top w:w="55" w:type="dxa"/>
              <w:left w:w="75" w:type="dxa"/>
              <w:bottom w:w="55" w:type="dxa"/>
              <w:right w:w="75" w:type="dxa"/>
            </w:tcMar>
            <w:vAlign w:val="center"/>
          </w:tcPr>
          <w:p w14:paraId="00A36BB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1868A12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00FC16B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-0.6311529290737853</w:t>
            </w:r>
          </w:p>
        </w:tc>
        <w:tc>
          <w:tcPr>
            <w:tcW w:w="2376" w:type="dxa"/>
            <w:tcMar>
              <w:top w:w="55" w:type="dxa"/>
              <w:left w:w="75" w:type="dxa"/>
              <w:bottom w:w="55" w:type="dxa"/>
              <w:right w:w="75" w:type="dxa"/>
            </w:tcMar>
            <w:vAlign w:val="center"/>
          </w:tcPr>
          <w:p w14:paraId="61FF2D0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-0.023767789411726154</w:t>
            </w:r>
          </w:p>
        </w:tc>
        <w:tc>
          <w:tcPr>
            <w:tcW w:w="2376" w:type="dxa"/>
            <w:tcMar>
              <w:top w:w="55" w:type="dxa"/>
              <w:left w:w="75" w:type="dxa"/>
              <w:bottom w:w="55" w:type="dxa"/>
              <w:right w:w="75" w:type="dxa"/>
            </w:tcMar>
            <w:vAlign w:val="center"/>
          </w:tcPr>
          <w:p w14:paraId="156F2187"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02D8CA66" w14:textId="77777777">
        <w:trPr>
          <w:cantSplit/>
          <w:jc w:val="center"/>
        </w:trPr>
        <w:tc>
          <w:tcPr>
            <w:tcW w:w="2376" w:type="dxa"/>
            <w:tcMar>
              <w:top w:w="55" w:type="dxa"/>
              <w:left w:w="75" w:type="dxa"/>
              <w:bottom w:w="55" w:type="dxa"/>
              <w:right w:w="75" w:type="dxa"/>
            </w:tcMar>
            <w:vAlign w:val="center"/>
          </w:tcPr>
          <w:p w14:paraId="5934118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GSM6552788</w:t>
            </w:r>
          </w:p>
        </w:tc>
        <w:tc>
          <w:tcPr>
            <w:tcW w:w="2376" w:type="dxa"/>
            <w:tcMar>
              <w:top w:w="55" w:type="dxa"/>
              <w:left w:w="75" w:type="dxa"/>
              <w:bottom w:w="55" w:type="dxa"/>
              <w:right w:w="75" w:type="dxa"/>
            </w:tcMar>
            <w:vAlign w:val="center"/>
          </w:tcPr>
          <w:p w14:paraId="3D91ADE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18CA524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24C397A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0.06411255852858859</w:t>
            </w:r>
          </w:p>
        </w:tc>
        <w:tc>
          <w:tcPr>
            <w:tcW w:w="2376" w:type="dxa"/>
            <w:tcMar>
              <w:top w:w="55" w:type="dxa"/>
              <w:left w:w="75" w:type="dxa"/>
              <w:bottom w:w="55" w:type="dxa"/>
              <w:right w:w="75" w:type="dxa"/>
            </w:tcMar>
            <w:vAlign w:val="center"/>
          </w:tcPr>
          <w:p w14:paraId="7E9DD96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0.20139030846395775</w:t>
            </w:r>
          </w:p>
        </w:tc>
        <w:tc>
          <w:tcPr>
            <w:tcW w:w="2376" w:type="dxa"/>
            <w:tcMar>
              <w:top w:w="55" w:type="dxa"/>
              <w:left w:w="75" w:type="dxa"/>
              <w:bottom w:w="55" w:type="dxa"/>
              <w:right w:w="75" w:type="dxa"/>
            </w:tcMar>
            <w:vAlign w:val="center"/>
          </w:tcPr>
          <w:p w14:paraId="08AA284D"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C13B80B" w14:textId="77777777">
        <w:trPr>
          <w:cantSplit/>
          <w:jc w:val="center"/>
        </w:trPr>
        <w:tc>
          <w:tcPr>
            <w:tcW w:w="2376" w:type="dxa"/>
            <w:tcMar>
              <w:top w:w="55" w:type="dxa"/>
              <w:left w:w="75" w:type="dxa"/>
              <w:bottom w:w="55" w:type="dxa"/>
              <w:right w:w="75" w:type="dxa"/>
            </w:tcMar>
            <w:vAlign w:val="center"/>
          </w:tcPr>
          <w:p w14:paraId="51D955E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GSM6552789</w:t>
            </w:r>
          </w:p>
        </w:tc>
        <w:tc>
          <w:tcPr>
            <w:tcW w:w="2376" w:type="dxa"/>
            <w:tcMar>
              <w:top w:w="55" w:type="dxa"/>
              <w:left w:w="75" w:type="dxa"/>
              <w:bottom w:w="55" w:type="dxa"/>
              <w:right w:w="75" w:type="dxa"/>
            </w:tcMar>
            <w:vAlign w:val="center"/>
          </w:tcPr>
          <w:p w14:paraId="19C1C7F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3A20B33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1388C53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0.5063621313282833</w:t>
            </w:r>
          </w:p>
        </w:tc>
        <w:tc>
          <w:tcPr>
            <w:tcW w:w="2376" w:type="dxa"/>
            <w:tcMar>
              <w:top w:w="55" w:type="dxa"/>
              <w:left w:w="75" w:type="dxa"/>
              <w:bottom w:w="55" w:type="dxa"/>
              <w:right w:w="75" w:type="dxa"/>
            </w:tcMar>
            <w:vAlign w:val="center"/>
          </w:tcPr>
          <w:p w14:paraId="010370B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1.3280928721636294</w:t>
            </w:r>
          </w:p>
        </w:tc>
        <w:tc>
          <w:tcPr>
            <w:tcW w:w="2376" w:type="dxa"/>
            <w:tcMar>
              <w:top w:w="55" w:type="dxa"/>
              <w:left w:w="75" w:type="dxa"/>
              <w:bottom w:w="55" w:type="dxa"/>
              <w:right w:w="75" w:type="dxa"/>
            </w:tcMar>
            <w:vAlign w:val="center"/>
          </w:tcPr>
          <w:p w14:paraId="7C0878EB"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FB19225" w14:textId="77777777">
        <w:trPr>
          <w:cantSplit/>
          <w:jc w:val="center"/>
        </w:trPr>
        <w:tc>
          <w:tcPr>
            <w:tcW w:w="2376" w:type="dxa"/>
            <w:tcMar>
              <w:top w:w="55" w:type="dxa"/>
              <w:left w:w="75" w:type="dxa"/>
              <w:bottom w:w="55" w:type="dxa"/>
              <w:right w:w="75" w:type="dxa"/>
            </w:tcMar>
            <w:vAlign w:val="center"/>
          </w:tcPr>
          <w:p w14:paraId="4B88802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GSM6552790</w:t>
            </w:r>
          </w:p>
        </w:tc>
        <w:tc>
          <w:tcPr>
            <w:tcW w:w="2376" w:type="dxa"/>
            <w:tcMar>
              <w:top w:w="55" w:type="dxa"/>
              <w:left w:w="75" w:type="dxa"/>
              <w:bottom w:w="55" w:type="dxa"/>
              <w:right w:w="75" w:type="dxa"/>
            </w:tcMar>
            <w:vAlign w:val="center"/>
          </w:tcPr>
          <w:p w14:paraId="4EA8F8E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4361EAF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1E7F19C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-0.6817686061173078</w:t>
            </w:r>
          </w:p>
        </w:tc>
        <w:tc>
          <w:tcPr>
            <w:tcW w:w="2376" w:type="dxa"/>
            <w:tcMar>
              <w:top w:w="55" w:type="dxa"/>
              <w:left w:w="75" w:type="dxa"/>
              <w:bottom w:w="55" w:type="dxa"/>
              <w:right w:w="75" w:type="dxa"/>
            </w:tcMar>
            <w:vAlign w:val="center"/>
          </w:tcPr>
          <w:p w14:paraId="0D0C0B2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0.8722203829676181</w:t>
            </w:r>
          </w:p>
        </w:tc>
        <w:tc>
          <w:tcPr>
            <w:tcW w:w="2376" w:type="dxa"/>
            <w:tcMar>
              <w:top w:w="55" w:type="dxa"/>
              <w:left w:w="75" w:type="dxa"/>
              <w:bottom w:w="55" w:type="dxa"/>
              <w:right w:w="75" w:type="dxa"/>
            </w:tcMar>
            <w:vAlign w:val="center"/>
          </w:tcPr>
          <w:p w14:paraId="2213E128"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3DDF669" w14:textId="77777777">
        <w:trPr>
          <w:cantSplit/>
          <w:jc w:val="center"/>
        </w:trPr>
        <w:tc>
          <w:tcPr>
            <w:tcW w:w="2376" w:type="dxa"/>
            <w:tcMar>
              <w:top w:w="55" w:type="dxa"/>
              <w:left w:w="75" w:type="dxa"/>
              <w:bottom w:w="55" w:type="dxa"/>
              <w:right w:w="75" w:type="dxa"/>
            </w:tcMar>
            <w:vAlign w:val="center"/>
          </w:tcPr>
          <w:p w14:paraId="0A4094C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GSM6552791</w:t>
            </w:r>
          </w:p>
        </w:tc>
        <w:tc>
          <w:tcPr>
            <w:tcW w:w="2376" w:type="dxa"/>
            <w:tcMar>
              <w:top w:w="55" w:type="dxa"/>
              <w:left w:w="75" w:type="dxa"/>
              <w:bottom w:w="55" w:type="dxa"/>
              <w:right w:w="75" w:type="dxa"/>
            </w:tcMar>
            <w:vAlign w:val="center"/>
          </w:tcPr>
          <w:p w14:paraId="6A972E3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44D5C59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580AB74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0.7237603258919921</w:t>
            </w:r>
          </w:p>
        </w:tc>
        <w:tc>
          <w:tcPr>
            <w:tcW w:w="2376" w:type="dxa"/>
            <w:tcMar>
              <w:top w:w="55" w:type="dxa"/>
              <w:left w:w="75" w:type="dxa"/>
              <w:bottom w:w="55" w:type="dxa"/>
              <w:right w:w="75" w:type="dxa"/>
            </w:tcMar>
            <w:vAlign w:val="center"/>
          </w:tcPr>
          <w:p w14:paraId="2E26152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-0.41689861258999633</w:t>
            </w:r>
          </w:p>
        </w:tc>
        <w:tc>
          <w:tcPr>
            <w:tcW w:w="2376" w:type="dxa"/>
            <w:tcMar>
              <w:top w:w="55" w:type="dxa"/>
              <w:left w:w="75" w:type="dxa"/>
              <w:bottom w:w="55" w:type="dxa"/>
              <w:right w:w="75" w:type="dxa"/>
            </w:tcMar>
            <w:vAlign w:val="center"/>
          </w:tcPr>
          <w:p w14:paraId="06075F41"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5AE11CC7" w14:textId="77777777">
        <w:trPr>
          <w:cantSplit/>
          <w:jc w:val="center"/>
        </w:trPr>
        <w:tc>
          <w:tcPr>
            <w:tcW w:w="2376" w:type="dxa"/>
            <w:tcMar>
              <w:top w:w="55" w:type="dxa"/>
              <w:left w:w="75" w:type="dxa"/>
              <w:bottom w:w="55" w:type="dxa"/>
              <w:right w:w="75" w:type="dxa"/>
            </w:tcMar>
            <w:vAlign w:val="center"/>
          </w:tcPr>
          <w:p w14:paraId="5543040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GSM6552792</w:t>
            </w:r>
          </w:p>
        </w:tc>
        <w:tc>
          <w:tcPr>
            <w:tcW w:w="2376" w:type="dxa"/>
            <w:tcMar>
              <w:top w:w="55" w:type="dxa"/>
              <w:left w:w="75" w:type="dxa"/>
              <w:bottom w:w="55" w:type="dxa"/>
              <w:right w:w="75" w:type="dxa"/>
            </w:tcMar>
            <w:vAlign w:val="center"/>
          </w:tcPr>
          <w:p w14:paraId="06FE008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5967AE5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7997EAE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-0.5702980151027115</w:t>
            </w:r>
          </w:p>
        </w:tc>
        <w:tc>
          <w:tcPr>
            <w:tcW w:w="2376" w:type="dxa"/>
            <w:tcMar>
              <w:top w:w="55" w:type="dxa"/>
              <w:left w:w="75" w:type="dxa"/>
              <w:bottom w:w="55" w:type="dxa"/>
              <w:right w:w="75" w:type="dxa"/>
            </w:tcMar>
            <w:vAlign w:val="center"/>
          </w:tcPr>
          <w:p w14:paraId="541BEC6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-0.7706362345724808</w:t>
            </w:r>
          </w:p>
        </w:tc>
        <w:tc>
          <w:tcPr>
            <w:tcW w:w="2376" w:type="dxa"/>
            <w:tcMar>
              <w:top w:w="55" w:type="dxa"/>
              <w:left w:w="75" w:type="dxa"/>
              <w:bottom w:w="55" w:type="dxa"/>
              <w:right w:w="75" w:type="dxa"/>
            </w:tcMar>
            <w:vAlign w:val="center"/>
          </w:tcPr>
          <w:p w14:paraId="4E48D35B"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36ADCD73" w14:textId="77777777">
        <w:trPr>
          <w:cantSplit/>
          <w:jc w:val="center"/>
        </w:trPr>
        <w:tc>
          <w:tcPr>
            <w:tcW w:w="2376" w:type="dxa"/>
            <w:tcMar>
              <w:top w:w="55" w:type="dxa"/>
              <w:left w:w="75" w:type="dxa"/>
              <w:bottom w:w="55" w:type="dxa"/>
              <w:right w:w="75" w:type="dxa"/>
            </w:tcMar>
            <w:vAlign w:val="center"/>
          </w:tcPr>
          <w:p w14:paraId="0919EC8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GSM6552793</w:t>
            </w:r>
          </w:p>
        </w:tc>
        <w:tc>
          <w:tcPr>
            <w:tcW w:w="2376" w:type="dxa"/>
            <w:tcMar>
              <w:top w:w="55" w:type="dxa"/>
              <w:left w:w="75" w:type="dxa"/>
              <w:bottom w:w="55" w:type="dxa"/>
              <w:right w:w="75" w:type="dxa"/>
            </w:tcMar>
            <w:vAlign w:val="center"/>
          </w:tcPr>
          <w:p w14:paraId="42933ED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25DEDBD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71A43B6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0.28059923367152106</w:t>
            </w:r>
          </w:p>
        </w:tc>
        <w:tc>
          <w:tcPr>
            <w:tcW w:w="2376" w:type="dxa"/>
            <w:tcMar>
              <w:top w:w="55" w:type="dxa"/>
              <w:left w:w="75" w:type="dxa"/>
              <w:bottom w:w="55" w:type="dxa"/>
              <w:right w:w="75" w:type="dxa"/>
            </w:tcMar>
            <w:vAlign w:val="center"/>
          </w:tcPr>
          <w:p w14:paraId="448844D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-0.5751323071902246</w:t>
            </w:r>
          </w:p>
        </w:tc>
        <w:tc>
          <w:tcPr>
            <w:tcW w:w="2376" w:type="dxa"/>
            <w:tcMar>
              <w:top w:w="55" w:type="dxa"/>
              <w:left w:w="75" w:type="dxa"/>
              <w:bottom w:w="55" w:type="dxa"/>
              <w:right w:w="75" w:type="dxa"/>
            </w:tcMar>
            <w:vAlign w:val="center"/>
          </w:tcPr>
          <w:p w14:paraId="3AC51B1C"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733CE91" w14:textId="77777777">
        <w:trPr>
          <w:cantSplit/>
          <w:jc w:val="center"/>
        </w:trPr>
        <w:tc>
          <w:tcPr>
            <w:tcW w:w="2376" w:type="dxa"/>
            <w:tcMar>
              <w:top w:w="55" w:type="dxa"/>
              <w:left w:w="75" w:type="dxa"/>
              <w:bottom w:w="55" w:type="dxa"/>
              <w:right w:w="75" w:type="dxa"/>
            </w:tcMar>
            <w:vAlign w:val="center"/>
          </w:tcPr>
          <w:p w14:paraId="44AF8B2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GSM6552794</w:t>
            </w:r>
          </w:p>
        </w:tc>
        <w:tc>
          <w:tcPr>
            <w:tcW w:w="2376" w:type="dxa"/>
            <w:tcMar>
              <w:top w:w="55" w:type="dxa"/>
              <w:left w:w="75" w:type="dxa"/>
              <w:bottom w:w="55" w:type="dxa"/>
              <w:right w:w="75" w:type="dxa"/>
            </w:tcMar>
            <w:vAlign w:val="center"/>
          </w:tcPr>
          <w:p w14:paraId="1D7ADB0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0D3125F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318A0B5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-0.33507526189445064</w:t>
            </w:r>
          </w:p>
        </w:tc>
        <w:tc>
          <w:tcPr>
            <w:tcW w:w="2376" w:type="dxa"/>
            <w:tcMar>
              <w:top w:w="55" w:type="dxa"/>
              <w:left w:w="75" w:type="dxa"/>
              <w:bottom w:w="55" w:type="dxa"/>
              <w:right w:w="75" w:type="dxa"/>
            </w:tcMar>
            <w:vAlign w:val="center"/>
          </w:tcPr>
          <w:p w14:paraId="17E29CB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-0.5518589802980051</w:t>
            </w:r>
          </w:p>
        </w:tc>
        <w:tc>
          <w:tcPr>
            <w:tcW w:w="2376" w:type="dxa"/>
            <w:tcMar>
              <w:top w:w="55" w:type="dxa"/>
              <w:left w:w="75" w:type="dxa"/>
              <w:bottom w:w="55" w:type="dxa"/>
              <w:right w:w="75" w:type="dxa"/>
            </w:tcMar>
            <w:vAlign w:val="center"/>
          </w:tcPr>
          <w:p w14:paraId="6BA2FF94"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1BCBFC5E" w14:textId="77777777">
        <w:trPr>
          <w:cantSplit/>
          <w:jc w:val="center"/>
        </w:trPr>
        <w:tc>
          <w:tcPr>
            <w:tcW w:w="2376" w:type="dxa"/>
            <w:tcMar>
              <w:top w:w="55" w:type="dxa"/>
              <w:left w:w="75" w:type="dxa"/>
              <w:bottom w:w="55" w:type="dxa"/>
              <w:right w:w="75" w:type="dxa"/>
            </w:tcMar>
            <w:vAlign w:val="center"/>
          </w:tcPr>
          <w:p w14:paraId="49888FF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GSM6552795</w:t>
            </w:r>
          </w:p>
        </w:tc>
        <w:tc>
          <w:tcPr>
            <w:tcW w:w="2376" w:type="dxa"/>
            <w:tcMar>
              <w:top w:w="55" w:type="dxa"/>
              <w:left w:w="75" w:type="dxa"/>
              <w:bottom w:w="55" w:type="dxa"/>
              <w:right w:w="75" w:type="dxa"/>
            </w:tcMar>
            <w:vAlign w:val="center"/>
          </w:tcPr>
          <w:p w14:paraId="17085AF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369673D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44E7159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-0.4203208533327089</w:t>
            </w:r>
          </w:p>
        </w:tc>
        <w:tc>
          <w:tcPr>
            <w:tcW w:w="2376" w:type="dxa"/>
            <w:tcMar>
              <w:top w:w="55" w:type="dxa"/>
              <w:left w:w="75" w:type="dxa"/>
              <w:bottom w:w="55" w:type="dxa"/>
              <w:right w:w="75" w:type="dxa"/>
            </w:tcMar>
            <w:vAlign w:val="center"/>
          </w:tcPr>
          <w:p w14:paraId="703304F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-0.9837401284514803</w:t>
            </w:r>
          </w:p>
        </w:tc>
        <w:tc>
          <w:tcPr>
            <w:tcW w:w="2376" w:type="dxa"/>
            <w:tcMar>
              <w:top w:w="55" w:type="dxa"/>
              <w:left w:w="75" w:type="dxa"/>
              <w:bottom w:w="55" w:type="dxa"/>
              <w:right w:w="75" w:type="dxa"/>
            </w:tcMar>
            <w:vAlign w:val="center"/>
          </w:tcPr>
          <w:p w14:paraId="70522E6D"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9490237" w14:textId="77777777">
        <w:trPr>
          <w:cantSplit/>
          <w:jc w:val="center"/>
        </w:trPr>
        <w:tc>
          <w:tcPr>
            <w:tcW w:w="2376" w:type="dxa"/>
            <w:tcMar>
              <w:top w:w="55" w:type="dxa"/>
              <w:left w:w="75" w:type="dxa"/>
              <w:bottom w:w="55" w:type="dxa"/>
              <w:right w:w="75" w:type="dxa"/>
            </w:tcMar>
            <w:vAlign w:val="center"/>
          </w:tcPr>
          <w:p w14:paraId="7B9D63D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GSM6552796</w:t>
            </w:r>
          </w:p>
        </w:tc>
        <w:tc>
          <w:tcPr>
            <w:tcW w:w="2376" w:type="dxa"/>
            <w:tcMar>
              <w:top w:w="55" w:type="dxa"/>
              <w:left w:w="75" w:type="dxa"/>
              <w:bottom w:w="55" w:type="dxa"/>
              <w:right w:w="75" w:type="dxa"/>
            </w:tcMar>
            <w:vAlign w:val="center"/>
          </w:tcPr>
          <w:p w14:paraId="600CD43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67367EB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30A86E4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0.0058847644210695445</w:t>
            </w:r>
          </w:p>
        </w:tc>
        <w:tc>
          <w:tcPr>
            <w:tcW w:w="2376" w:type="dxa"/>
            <w:tcMar>
              <w:top w:w="55" w:type="dxa"/>
              <w:left w:w="75" w:type="dxa"/>
              <w:bottom w:w="55" w:type="dxa"/>
              <w:right w:w="75" w:type="dxa"/>
            </w:tcMar>
            <w:vAlign w:val="center"/>
          </w:tcPr>
          <w:p w14:paraId="489A6E6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0.5739777892130659</w:t>
            </w:r>
          </w:p>
        </w:tc>
        <w:tc>
          <w:tcPr>
            <w:tcW w:w="2376" w:type="dxa"/>
            <w:tcMar>
              <w:top w:w="55" w:type="dxa"/>
              <w:left w:w="75" w:type="dxa"/>
              <w:bottom w:w="55" w:type="dxa"/>
              <w:right w:w="75" w:type="dxa"/>
            </w:tcMar>
            <w:vAlign w:val="center"/>
          </w:tcPr>
          <w:p w14:paraId="678B625A"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7199992" w14:textId="77777777">
        <w:trPr>
          <w:cantSplit/>
          <w:jc w:val="center"/>
        </w:trPr>
        <w:tc>
          <w:tcPr>
            <w:tcW w:w="2376" w:type="dxa"/>
            <w:tcMar>
              <w:top w:w="55" w:type="dxa"/>
              <w:left w:w="75" w:type="dxa"/>
              <w:bottom w:w="55" w:type="dxa"/>
              <w:right w:w="75" w:type="dxa"/>
            </w:tcMar>
            <w:vAlign w:val="center"/>
          </w:tcPr>
          <w:p w14:paraId="30E6EAE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GSM6552797</w:t>
            </w:r>
          </w:p>
        </w:tc>
        <w:tc>
          <w:tcPr>
            <w:tcW w:w="2376" w:type="dxa"/>
            <w:tcMar>
              <w:top w:w="55" w:type="dxa"/>
              <w:left w:w="75" w:type="dxa"/>
              <w:bottom w:w="55" w:type="dxa"/>
              <w:right w:w="75" w:type="dxa"/>
            </w:tcMar>
            <w:vAlign w:val="center"/>
          </w:tcPr>
          <w:p w14:paraId="25CF2BA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17C9E62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378E58A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-0.16015597175240706</w:t>
            </w:r>
          </w:p>
        </w:tc>
        <w:tc>
          <w:tcPr>
            <w:tcW w:w="2376" w:type="dxa"/>
            <w:tcMar>
              <w:top w:w="55" w:type="dxa"/>
              <w:left w:w="75" w:type="dxa"/>
              <w:bottom w:w="55" w:type="dxa"/>
              <w:right w:w="75" w:type="dxa"/>
            </w:tcMar>
            <w:vAlign w:val="center"/>
          </w:tcPr>
          <w:p w14:paraId="6AEAEDC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-0.6341609796729489</w:t>
            </w:r>
          </w:p>
        </w:tc>
        <w:tc>
          <w:tcPr>
            <w:tcW w:w="2376" w:type="dxa"/>
            <w:tcMar>
              <w:top w:w="55" w:type="dxa"/>
              <w:left w:w="75" w:type="dxa"/>
              <w:bottom w:w="55" w:type="dxa"/>
              <w:right w:w="75" w:type="dxa"/>
            </w:tcMar>
            <w:vAlign w:val="center"/>
          </w:tcPr>
          <w:p w14:paraId="51AFFA13"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7F047B9C" w14:textId="77777777">
        <w:trPr>
          <w:cantSplit/>
          <w:jc w:val="center"/>
        </w:trPr>
        <w:tc>
          <w:tcPr>
            <w:tcW w:w="2376" w:type="dxa"/>
            <w:tcMar>
              <w:top w:w="55" w:type="dxa"/>
              <w:left w:w="75" w:type="dxa"/>
              <w:bottom w:w="55" w:type="dxa"/>
              <w:right w:w="75" w:type="dxa"/>
            </w:tcMar>
            <w:vAlign w:val="center"/>
          </w:tcPr>
          <w:p w14:paraId="5C255AB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GSM6552798</w:t>
            </w:r>
          </w:p>
        </w:tc>
        <w:tc>
          <w:tcPr>
            <w:tcW w:w="2376" w:type="dxa"/>
            <w:tcMar>
              <w:top w:w="55" w:type="dxa"/>
              <w:left w:w="75" w:type="dxa"/>
              <w:bottom w:w="55" w:type="dxa"/>
              <w:right w:w="75" w:type="dxa"/>
            </w:tcMar>
            <w:vAlign w:val="center"/>
          </w:tcPr>
          <w:p w14:paraId="201709A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2EDA5BA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09FC006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0.3142472697575545</w:t>
            </w:r>
          </w:p>
        </w:tc>
        <w:tc>
          <w:tcPr>
            <w:tcW w:w="2376" w:type="dxa"/>
            <w:tcMar>
              <w:top w:w="55" w:type="dxa"/>
              <w:left w:w="75" w:type="dxa"/>
              <w:bottom w:w="55" w:type="dxa"/>
              <w:right w:w="75" w:type="dxa"/>
            </w:tcMar>
            <w:vAlign w:val="center"/>
          </w:tcPr>
          <w:p w14:paraId="23A808E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0.3468908225361486</w:t>
            </w:r>
          </w:p>
        </w:tc>
        <w:tc>
          <w:tcPr>
            <w:tcW w:w="2376" w:type="dxa"/>
            <w:tcMar>
              <w:top w:w="55" w:type="dxa"/>
              <w:left w:w="75" w:type="dxa"/>
              <w:bottom w:w="55" w:type="dxa"/>
              <w:right w:w="75" w:type="dxa"/>
            </w:tcMar>
            <w:vAlign w:val="center"/>
          </w:tcPr>
          <w:p w14:paraId="006A09BE"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7DE418A7" w14:textId="77777777">
        <w:trPr>
          <w:cantSplit/>
          <w:jc w:val="center"/>
        </w:trPr>
        <w:tc>
          <w:tcPr>
            <w:tcW w:w="2376" w:type="dxa"/>
            <w:tcMar>
              <w:top w:w="55" w:type="dxa"/>
              <w:left w:w="75" w:type="dxa"/>
              <w:bottom w:w="55" w:type="dxa"/>
              <w:right w:w="75" w:type="dxa"/>
            </w:tcMar>
            <w:vAlign w:val="center"/>
          </w:tcPr>
          <w:p w14:paraId="6A071BB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GSM6552799</w:t>
            </w:r>
          </w:p>
        </w:tc>
        <w:tc>
          <w:tcPr>
            <w:tcW w:w="2376" w:type="dxa"/>
            <w:tcMar>
              <w:top w:w="55" w:type="dxa"/>
              <w:left w:w="75" w:type="dxa"/>
              <w:bottom w:w="55" w:type="dxa"/>
              <w:right w:w="75" w:type="dxa"/>
            </w:tcMar>
            <w:vAlign w:val="center"/>
          </w:tcPr>
          <w:p w14:paraId="2DBF0FE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15D2C5C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51FA0C2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0.05812987698257223</w:t>
            </w:r>
          </w:p>
        </w:tc>
        <w:tc>
          <w:tcPr>
            <w:tcW w:w="2376" w:type="dxa"/>
            <w:tcMar>
              <w:top w:w="55" w:type="dxa"/>
              <w:left w:w="75" w:type="dxa"/>
              <w:bottom w:w="55" w:type="dxa"/>
              <w:right w:w="75" w:type="dxa"/>
            </w:tcMar>
            <w:vAlign w:val="center"/>
          </w:tcPr>
          <w:p w14:paraId="00B0279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0.003418577593093016</w:t>
            </w:r>
          </w:p>
        </w:tc>
        <w:tc>
          <w:tcPr>
            <w:tcW w:w="2376" w:type="dxa"/>
            <w:tcMar>
              <w:top w:w="55" w:type="dxa"/>
              <w:left w:w="75" w:type="dxa"/>
              <w:bottom w:w="55" w:type="dxa"/>
              <w:right w:w="75" w:type="dxa"/>
            </w:tcMar>
            <w:vAlign w:val="center"/>
          </w:tcPr>
          <w:p w14:paraId="00EC2214"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17D25EA7" w14:textId="77777777">
        <w:trPr>
          <w:cantSplit/>
          <w:jc w:val="center"/>
        </w:trPr>
        <w:tc>
          <w:tcPr>
            <w:tcW w:w="2376" w:type="dxa"/>
            <w:tcMar>
              <w:top w:w="55" w:type="dxa"/>
              <w:left w:w="75" w:type="dxa"/>
              <w:bottom w:w="55" w:type="dxa"/>
              <w:right w:w="75" w:type="dxa"/>
            </w:tcMar>
            <w:vAlign w:val="center"/>
          </w:tcPr>
          <w:p w14:paraId="3292BDA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GSM6552800</w:t>
            </w:r>
          </w:p>
        </w:tc>
        <w:tc>
          <w:tcPr>
            <w:tcW w:w="2376" w:type="dxa"/>
            <w:tcMar>
              <w:top w:w="55" w:type="dxa"/>
              <w:left w:w="75" w:type="dxa"/>
              <w:bottom w:w="55" w:type="dxa"/>
              <w:right w:w="75" w:type="dxa"/>
            </w:tcMar>
            <w:vAlign w:val="center"/>
          </w:tcPr>
          <w:p w14:paraId="4281BDD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065D316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403D3B1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-1.1238452004255686</w:t>
            </w:r>
          </w:p>
        </w:tc>
        <w:tc>
          <w:tcPr>
            <w:tcW w:w="2376" w:type="dxa"/>
            <w:tcMar>
              <w:top w:w="55" w:type="dxa"/>
              <w:left w:w="75" w:type="dxa"/>
              <w:bottom w:w="55" w:type="dxa"/>
              <w:right w:w="75" w:type="dxa"/>
            </w:tcMar>
            <w:vAlign w:val="center"/>
          </w:tcPr>
          <w:p w14:paraId="0811F40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-1.0859271518984361</w:t>
            </w:r>
          </w:p>
        </w:tc>
        <w:tc>
          <w:tcPr>
            <w:tcW w:w="2376" w:type="dxa"/>
            <w:tcMar>
              <w:top w:w="55" w:type="dxa"/>
              <w:left w:w="75" w:type="dxa"/>
              <w:bottom w:w="55" w:type="dxa"/>
              <w:right w:w="75" w:type="dxa"/>
            </w:tcMar>
            <w:vAlign w:val="center"/>
          </w:tcPr>
          <w:p w14:paraId="33CB42E7"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DB400DF" w14:textId="77777777">
        <w:trPr>
          <w:cantSplit/>
          <w:jc w:val="center"/>
        </w:trPr>
        <w:tc>
          <w:tcPr>
            <w:tcW w:w="2376" w:type="dxa"/>
            <w:tcMar>
              <w:top w:w="55" w:type="dxa"/>
              <w:left w:w="75" w:type="dxa"/>
              <w:bottom w:w="55" w:type="dxa"/>
              <w:right w:w="75" w:type="dxa"/>
            </w:tcMar>
            <w:vAlign w:val="center"/>
          </w:tcPr>
          <w:p w14:paraId="7C85F22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GSM6552801</w:t>
            </w:r>
          </w:p>
        </w:tc>
        <w:tc>
          <w:tcPr>
            <w:tcW w:w="2376" w:type="dxa"/>
            <w:tcMar>
              <w:top w:w="55" w:type="dxa"/>
              <w:left w:w="75" w:type="dxa"/>
              <w:bottom w:w="55" w:type="dxa"/>
              <w:right w:w="75" w:type="dxa"/>
            </w:tcMar>
            <w:vAlign w:val="center"/>
          </w:tcPr>
          <w:p w14:paraId="39A69E1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480B20A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6DF1B4F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-0.005146381897990793</w:t>
            </w:r>
          </w:p>
        </w:tc>
        <w:tc>
          <w:tcPr>
            <w:tcW w:w="2376" w:type="dxa"/>
            <w:tcMar>
              <w:top w:w="55" w:type="dxa"/>
              <w:left w:w="75" w:type="dxa"/>
              <w:bottom w:w="55" w:type="dxa"/>
              <w:right w:w="75" w:type="dxa"/>
            </w:tcMar>
            <w:vAlign w:val="center"/>
          </w:tcPr>
          <w:p w14:paraId="6CB9187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0.06731480574071003</w:t>
            </w:r>
          </w:p>
        </w:tc>
        <w:tc>
          <w:tcPr>
            <w:tcW w:w="2376" w:type="dxa"/>
            <w:tcMar>
              <w:top w:w="55" w:type="dxa"/>
              <w:left w:w="75" w:type="dxa"/>
              <w:bottom w:w="55" w:type="dxa"/>
              <w:right w:w="75" w:type="dxa"/>
            </w:tcMar>
            <w:vAlign w:val="center"/>
          </w:tcPr>
          <w:p w14:paraId="13EC5CE2"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49A65F3D" w14:textId="77777777">
        <w:trPr>
          <w:cantSplit/>
          <w:jc w:val="center"/>
        </w:trPr>
        <w:tc>
          <w:tcPr>
            <w:tcW w:w="2376" w:type="dxa"/>
            <w:tcMar>
              <w:top w:w="55" w:type="dxa"/>
              <w:left w:w="75" w:type="dxa"/>
              <w:bottom w:w="55" w:type="dxa"/>
              <w:right w:w="75" w:type="dxa"/>
            </w:tcMar>
            <w:vAlign w:val="center"/>
          </w:tcPr>
          <w:p w14:paraId="2D9262C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GSM6552802</w:t>
            </w:r>
          </w:p>
        </w:tc>
        <w:tc>
          <w:tcPr>
            <w:tcW w:w="2376" w:type="dxa"/>
            <w:tcMar>
              <w:top w:w="55" w:type="dxa"/>
              <w:left w:w="75" w:type="dxa"/>
              <w:bottom w:w="55" w:type="dxa"/>
              <w:right w:w="75" w:type="dxa"/>
            </w:tcMar>
            <w:vAlign w:val="center"/>
          </w:tcPr>
          <w:p w14:paraId="63E31D4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1AE6986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1B71E4C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-0.6877077268448823</w:t>
            </w:r>
          </w:p>
        </w:tc>
        <w:tc>
          <w:tcPr>
            <w:tcW w:w="2376" w:type="dxa"/>
            <w:tcMar>
              <w:top w:w="55" w:type="dxa"/>
              <w:left w:w="75" w:type="dxa"/>
              <w:bottom w:w="55" w:type="dxa"/>
              <w:right w:w="75" w:type="dxa"/>
            </w:tcMar>
            <w:vAlign w:val="center"/>
          </w:tcPr>
          <w:p w14:paraId="7B61E6E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-0.9099029727967847</w:t>
            </w:r>
          </w:p>
        </w:tc>
        <w:tc>
          <w:tcPr>
            <w:tcW w:w="2376" w:type="dxa"/>
            <w:tcMar>
              <w:top w:w="55" w:type="dxa"/>
              <w:left w:w="75" w:type="dxa"/>
              <w:bottom w:w="55" w:type="dxa"/>
              <w:right w:w="75" w:type="dxa"/>
            </w:tcMar>
            <w:vAlign w:val="center"/>
          </w:tcPr>
          <w:p w14:paraId="75E4127E"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9951A23" w14:textId="77777777">
        <w:trPr>
          <w:cantSplit/>
          <w:jc w:val="center"/>
        </w:trPr>
        <w:tc>
          <w:tcPr>
            <w:tcW w:w="2376" w:type="dxa"/>
            <w:tcMar>
              <w:top w:w="55" w:type="dxa"/>
              <w:left w:w="75" w:type="dxa"/>
              <w:bottom w:w="55" w:type="dxa"/>
              <w:right w:w="75" w:type="dxa"/>
            </w:tcMar>
            <w:vAlign w:val="center"/>
          </w:tcPr>
          <w:p w14:paraId="0EA07D8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lastRenderedPageBreak/>
              <w:t>GSM6552803</w:t>
            </w:r>
          </w:p>
        </w:tc>
        <w:tc>
          <w:tcPr>
            <w:tcW w:w="2376" w:type="dxa"/>
            <w:tcMar>
              <w:top w:w="55" w:type="dxa"/>
              <w:left w:w="75" w:type="dxa"/>
              <w:bottom w:w="55" w:type="dxa"/>
              <w:right w:w="75" w:type="dxa"/>
            </w:tcMar>
            <w:vAlign w:val="center"/>
          </w:tcPr>
          <w:p w14:paraId="3DFD749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3F6FCEE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3F61574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-0.48608900980340985</w:t>
            </w:r>
          </w:p>
        </w:tc>
        <w:tc>
          <w:tcPr>
            <w:tcW w:w="2376" w:type="dxa"/>
            <w:tcMar>
              <w:top w:w="55" w:type="dxa"/>
              <w:left w:w="75" w:type="dxa"/>
              <w:bottom w:w="55" w:type="dxa"/>
              <w:right w:w="75" w:type="dxa"/>
            </w:tcMar>
            <w:vAlign w:val="center"/>
          </w:tcPr>
          <w:p w14:paraId="145DECB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0.23616731003595048</w:t>
            </w:r>
          </w:p>
        </w:tc>
        <w:tc>
          <w:tcPr>
            <w:tcW w:w="2376" w:type="dxa"/>
            <w:tcMar>
              <w:top w:w="55" w:type="dxa"/>
              <w:left w:w="75" w:type="dxa"/>
              <w:bottom w:w="55" w:type="dxa"/>
              <w:right w:w="75" w:type="dxa"/>
            </w:tcMar>
            <w:vAlign w:val="center"/>
          </w:tcPr>
          <w:p w14:paraId="724F5C4E"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7F193D56" w14:textId="77777777">
        <w:trPr>
          <w:cantSplit/>
          <w:jc w:val="center"/>
        </w:trPr>
        <w:tc>
          <w:tcPr>
            <w:tcW w:w="2376" w:type="dxa"/>
            <w:tcMar>
              <w:top w:w="55" w:type="dxa"/>
              <w:left w:w="75" w:type="dxa"/>
              <w:bottom w:w="55" w:type="dxa"/>
              <w:right w:w="75" w:type="dxa"/>
            </w:tcMar>
            <w:vAlign w:val="center"/>
          </w:tcPr>
          <w:p w14:paraId="1818B00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GSM6552804</w:t>
            </w:r>
          </w:p>
        </w:tc>
        <w:tc>
          <w:tcPr>
            <w:tcW w:w="2376" w:type="dxa"/>
            <w:tcMar>
              <w:top w:w="55" w:type="dxa"/>
              <w:left w:w="75" w:type="dxa"/>
              <w:bottom w:w="55" w:type="dxa"/>
              <w:right w:w="75" w:type="dxa"/>
            </w:tcMar>
            <w:vAlign w:val="center"/>
          </w:tcPr>
          <w:p w14:paraId="06257A9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66DCFDB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46FD85C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0.13090115915102377</w:t>
            </w:r>
          </w:p>
        </w:tc>
        <w:tc>
          <w:tcPr>
            <w:tcW w:w="2376" w:type="dxa"/>
            <w:tcMar>
              <w:top w:w="55" w:type="dxa"/>
              <w:left w:w="75" w:type="dxa"/>
              <w:bottom w:w="55" w:type="dxa"/>
              <w:right w:w="75" w:type="dxa"/>
            </w:tcMar>
            <w:vAlign w:val="center"/>
          </w:tcPr>
          <w:p w14:paraId="0701332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-0.43104041365818907</w:t>
            </w:r>
          </w:p>
        </w:tc>
        <w:tc>
          <w:tcPr>
            <w:tcW w:w="2376" w:type="dxa"/>
            <w:tcMar>
              <w:top w:w="55" w:type="dxa"/>
              <w:left w:w="75" w:type="dxa"/>
              <w:bottom w:w="55" w:type="dxa"/>
              <w:right w:w="75" w:type="dxa"/>
            </w:tcMar>
            <w:vAlign w:val="center"/>
          </w:tcPr>
          <w:p w14:paraId="54132FAF"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7197BC91" w14:textId="77777777">
        <w:trPr>
          <w:cantSplit/>
          <w:jc w:val="center"/>
        </w:trPr>
        <w:tc>
          <w:tcPr>
            <w:tcW w:w="2376" w:type="dxa"/>
            <w:tcMar>
              <w:top w:w="55" w:type="dxa"/>
              <w:left w:w="75" w:type="dxa"/>
              <w:bottom w:w="55" w:type="dxa"/>
              <w:right w:w="75" w:type="dxa"/>
            </w:tcMar>
            <w:vAlign w:val="center"/>
          </w:tcPr>
          <w:p w14:paraId="06531A9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GSM6552805</w:t>
            </w:r>
          </w:p>
        </w:tc>
        <w:tc>
          <w:tcPr>
            <w:tcW w:w="2376" w:type="dxa"/>
            <w:tcMar>
              <w:top w:w="55" w:type="dxa"/>
              <w:left w:w="75" w:type="dxa"/>
              <w:bottom w:w="55" w:type="dxa"/>
              <w:right w:w="75" w:type="dxa"/>
            </w:tcMar>
            <w:vAlign w:val="center"/>
          </w:tcPr>
          <w:p w14:paraId="3D308AA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0A43A9B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60D2C02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1.248948598680331</w:t>
            </w:r>
          </w:p>
        </w:tc>
        <w:tc>
          <w:tcPr>
            <w:tcW w:w="2376" w:type="dxa"/>
            <w:tcMar>
              <w:top w:w="55" w:type="dxa"/>
              <w:left w:w="75" w:type="dxa"/>
              <w:bottom w:w="55" w:type="dxa"/>
              <w:right w:w="75" w:type="dxa"/>
            </w:tcMar>
            <w:vAlign w:val="center"/>
          </w:tcPr>
          <w:p w14:paraId="1022568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1.088058387257649</w:t>
            </w:r>
          </w:p>
        </w:tc>
        <w:tc>
          <w:tcPr>
            <w:tcW w:w="2376" w:type="dxa"/>
            <w:tcMar>
              <w:top w:w="55" w:type="dxa"/>
              <w:left w:w="75" w:type="dxa"/>
              <w:bottom w:w="55" w:type="dxa"/>
              <w:right w:w="75" w:type="dxa"/>
            </w:tcMar>
            <w:vAlign w:val="center"/>
          </w:tcPr>
          <w:p w14:paraId="105D97DD"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3C835015" w14:textId="77777777">
        <w:trPr>
          <w:cantSplit/>
          <w:jc w:val="center"/>
        </w:trPr>
        <w:tc>
          <w:tcPr>
            <w:tcW w:w="2376" w:type="dxa"/>
            <w:tcMar>
              <w:top w:w="55" w:type="dxa"/>
              <w:left w:w="75" w:type="dxa"/>
              <w:bottom w:w="55" w:type="dxa"/>
              <w:right w:w="75" w:type="dxa"/>
            </w:tcMar>
            <w:vAlign w:val="center"/>
          </w:tcPr>
          <w:p w14:paraId="652A0B3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GSM6552806</w:t>
            </w:r>
          </w:p>
        </w:tc>
        <w:tc>
          <w:tcPr>
            <w:tcW w:w="2376" w:type="dxa"/>
            <w:tcMar>
              <w:top w:w="55" w:type="dxa"/>
              <w:left w:w="75" w:type="dxa"/>
              <w:bottom w:w="55" w:type="dxa"/>
              <w:right w:w="75" w:type="dxa"/>
            </w:tcMar>
            <w:vAlign w:val="center"/>
          </w:tcPr>
          <w:p w14:paraId="18FD6FF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4DBDEE1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0A62BBA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0.037358372460553124</w:t>
            </w:r>
          </w:p>
        </w:tc>
        <w:tc>
          <w:tcPr>
            <w:tcW w:w="2376" w:type="dxa"/>
            <w:tcMar>
              <w:top w:w="55" w:type="dxa"/>
              <w:left w:w="75" w:type="dxa"/>
              <w:bottom w:w="55" w:type="dxa"/>
              <w:right w:w="75" w:type="dxa"/>
            </w:tcMar>
            <w:vAlign w:val="center"/>
          </w:tcPr>
          <w:p w14:paraId="08C58EF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0.19734870918792255</w:t>
            </w:r>
          </w:p>
        </w:tc>
        <w:tc>
          <w:tcPr>
            <w:tcW w:w="2376" w:type="dxa"/>
            <w:tcMar>
              <w:top w:w="55" w:type="dxa"/>
              <w:left w:w="75" w:type="dxa"/>
              <w:bottom w:w="55" w:type="dxa"/>
              <w:right w:w="75" w:type="dxa"/>
            </w:tcMar>
            <w:vAlign w:val="center"/>
          </w:tcPr>
          <w:p w14:paraId="1E0B8F40"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510D7207" w14:textId="77777777">
        <w:trPr>
          <w:cantSplit/>
          <w:jc w:val="center"/>
        </w:trPr>
        <w:tc>
          <w:tcPr>
            <w:tcW w:w="2376" w:type="dxa"/>
            <w:tcMar>
              <w:top w:w="55" w:type="dxa"/>
              <w:left w:w="75" w:type="dxa"/>
              <w:bottom w:w="55" w:type="dxa"/>
              <w:right w:w="75" w:type="dxa"/>
            </w:tcMar>
            <w:vAlign w:val="center"/>
          </w:tcPr>
          <w:p w14:paraId="14A41A8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GSM6552807</w:t>
            </w:r>
          </w:p>
        </w:tc>
        <w:tc>
          <w:tcPr>
            <w:tcW w:w="2376" w:type="dxa"/>
            <w:tcMar>
              <w:top w:w="55" w:type="dxa"/>
              <w:left w:w="75" w:type="dxa"/>
              <w:bottom w:w="55" w:type="dxa"/>
              <w:right w:w="75" w:type="dxa"/>
            </w:tcMar>
            <w:vAlign w:val="center"/>
          </w:tcPr>
          <w:p w14:paraId="769BAD1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4D4D81E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317DA70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-0.5223879049527724</w:t>
            </w:r>
          </w:p>
        </w:tc>
        <w:tc>
          <w:tcPr>
            <w:tcW w:w="2376" w:type="dxa"/>
            <w:tcMar>
              <w:top w:w="55" w:type="dxa"/>
              <w:left w:w="75" w:type="dxa"/>
              <w:bottom w:w="55" w:type="dxa"/>
              <w:right w:w="75" w:type="dxa"/>
            </w:tcMar>
            <w:vAlign w:val="center"/>
          </w:tcPr>
          <w:p w14:paraId="3C7D9A2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0.3251212937037867</w:t>
            </w:r>
          </w:p>
        </w:tc>
        <w:tc>
          <w:tcPr>
            <w:tcW w:w="2376" w:type="dxa"/>
            <w:tcMar>
              <w:top w:w="55" w:type="dxa"/>
              <w:left w:w="75" w:type="dxa"/>
              <w:bottom w:w="55" w:type="dxa"/>
              <w:right w:w="75" w:type="dxa"/>
            </w:tcMar>
            <w:vAlign w:val="center"/>
          </w:tcPr>
          <w:p w14:paraId="398F7F25"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43EDD505" w14:textId="77777777">
        <w:trPr>
          <w:cantSplit/>
          <w:jc w:val="center"/>
        </w:trPr>
        <w:tc>
          <w:tcPr>
            <w:tcW w:w="2376" w:type="dxa"/>
            <w:tcMar>
              <w:top w:w="55" w:type="dxa"/>
              <w:left w:w="75" w:type="dxa"/>
              <w:bottom w:w="55" w:type="dxa"/>
              <w:right w:w="75" w:type="dxa"/>
            </w:tcMar>
            <w:vAlign w:val="center"/>
          </w:tcPr>
          <w:p w14:paraId="0BDC4A3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GSM6552808</w:t>
            </w:r>
          </w:p>
        </w:tc>
        <w:tc>
          <w:tcPr>
            <w:tcW w:w="2376" w:type="dxa"/>
            <w:tcMar>
              <w:top w:w="55" w:type="dxa"/>
              <w:left w:w="75" w:type="dxa"/>
              <w:bottom w:w="55" w:type="dxa"/>
              <w:right w:w="75" w:type="dxa"/>
            </w:tcMar>
            <w:vAlign w:val="center"/>
          </w:tcPr>
          <w:p w14:paraId="1D18DBE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5DB818C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7A9BACE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-0.5958290447325637</w:t>
            </w:r>
          </w:p>
        </w:tc>
        <w:tc>
          <w:tcPr>
            <w:tcW w:w="2376" w:type="dxa"/>
            <w:tcMar>
              <w:top w:w="55" w:type="dxa"/>
              <w:left w:w="75" w:type="dxa"/>
              <w:bottom w:w="55" w:type="dxa"/>
              <w:right w:w="75" w:type="dxa"/>
            </w:tcMar>
            <w:vAlign w:val="center"/>
          </w:tcPr>
          <w:p w14:paraId="4144607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-0.7208259733356582</w:t>
            </w:r>
          </w:p>
        </w:tc>
        <w:tc>
          <w:tcPr>
            <w:tcW w:w="2376" w:type="dxa"/>
            <w:tcMar>
              <w:top w:w="55" w:type="dxa"/>
              <w:left w:w="75" w:type="dxa"/>
              <w:bottom w:w="55" w:type="dxa"/>
              <w:right w:w="75" w:type="dxa"/>
            </w:tcMar>
            <w:vAlign w:val="center"/>
          </w:tcPr>
          <w:p w14:paraId="7734E97A"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30BB218B" w14:textId="77777777">
        <w:trPr>
          <w:cantSplit/>
          <w:jc w:val="center"/>
        </w:trPr>
        <w:tc>
          <w:tcPr>
            <w:tcW w:w="2376" w:type="dxa"/>
            <w:tcMar>
              <w:top w:w="55" w:type="dxa"/>
              <w:left w:w="75" w:type="dxa"/>
              <w:bottom w:w="55" w:type="dxa"/>
              <w:right w:w="75" w:type="dxa"/>
            </w:tcMar>
            <w:vAlign w:val="center"/>
          </w:tcPr>
          <w:p w14:paraId="161209A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GSM6552809</w:t>
            </w:r>
          </w:p>
        </w:tc>
        <w:tc>
          <w:tcPr>
            <w:tcW w:w="2376" w:type="dxa"/>
            <w:tcMar>
              <w:top w:w="55" w:type="dxa"/>
              <w:left w:w="75" w:type="dxa"/>
              <w:bottom w:w="55" w:type="dxa"/>
              <w:right w:w="75" w:type="dxa"/>
            </w:tcMar>
            <w:vAlign w:val="center"/>
          </w:tcPr>
          <w:p w14:paraId="4D08B6D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625B1CE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5C71096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-0.3969660159044186</w:t>
            </w:r>
          </w:p>
        </w:tc>
        <w:tc>
          <w:tcPr>
            <w:tcW w:w="2376" w:type="dxa"/>
            <w:tcMar>
              <w:top w:w="55" w:type="dxa"/>
              <w:left w:w="75" w:type="dxa"/>
              <w:bottom w:w="55" w:type="dxa"/>
              <w:right w:w="75" w:type="dxa"/>
            </w:tcMar>
            <w:vAlign w:val="center"/>
          </w:tcPr>
          <w:p w14:paraId="7783CBA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-0.3435189117309321</w:t>
            </w:r>
          </w:p>
        </w:tc>
        <w:tc>
          <w:tcPr>
            <w:tcW w:w="2376" w:type="dxa"/>
            <w:tcMar>
              <w:top w:w="55" w:type="dxa"/>
              <w:left w:w="75" w:type="dxa"/>
              <w:bottom w:w="55" w:type="dxa"/>
              <w:right w:w="75" w:type="dxa"/>
            </w:tcMar>
            <w:vAlign w:val="center"/>
          </w:tcPr>
          <w:p w14:paraId="1628A7D4"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66A668BD" w14:textId="77777777">
        <w:trPr>
          <w:cantSplit/>
          <w:jc w:val="center"/>
        </w:trPr>
        <w:tc>
          <w:tcPr>
            <w:tcW w:w="2376" w:type="dxa"/>
            <w:tcMar>
              <w:top w:w="55" w:type="dxa"/>
              <w:left w:w="75" w:type="dxa"/>
              <w:bottom w:w="55" w:type="dxa"/>
              <w:right w:w="75" w:type="dxa"/>
            </w:tcMar>
            <w:vAlign w:val="center"/>
          </w:tcPr>
          <w:p w14:paraId="1602ADD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GSM6552810</w:t>
            </w:r>
          </w:p>
        </w:tc>
        <w:tc>
          <w:tcPr>
            <w:tcW w:w="2376" w:type="dxa"/>
            <w:tcMar>
              <w:top w:w="55" w:type="dxa"/>
              <w:left w:w="75" w:type="dxa"/>
              <w:bottom w:w="55" w:type="dxa"/>
              <w:right w:w="75" w:type="dxa"/>
            </w:tcMar>
            <w:vAlign w:val="center"/>
          </w:tcPr>
          <w:p w14:paraId="7FD2AFA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50A937C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06CE1AF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-0.45313613325263774</w:t>
            </w:r>
          </w:p>
        </w:tc>
        <w:tc>
          <w:tcPr>
            <w:tcW w:w="2376" w:type="dxa"/>
            <w:tcMar>
              <w:top w:w="55" w:type="dxa"/>
              <w:left w:w="75" w:type="dxa"/>
              <w:bottom w:w="55" w:type="dxa"/>
              <w:right w:w="75" w:type="dxa"/>
            </w:tcMar>
            <w:vAlign w:val="center"/>
          </w:tcPr>
          <w:p w14:paraId="2BED8D1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-0.8832301245391432</w:t>
            </w:r>
          </w:p>
        </w:tc>
        <w:tc>
          <w:tcPr>
            <w:tcW w:w="2376" w:type="dxa"/>
            <w:tcMar>
              <w:top w:w="55" w:type="dxa"/>
              <w:left w:w="75" w:type="dxa"/>
              <w:bottom w:w="55" w:type="dxa"/>
              <w:right w:w="75" w:type="dxa"/>
            </w:tcMar>
            <w:vAlign w:val="center"/>
          </w:tcPr>
          <w:p w14:paraId="534A5B89"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22E9A147" w14:textId="77777777">
        <w:trPr>
          <w:cantSplit/>
          <w:jc w:val="center"/>
        </w:trPr>
        <w:tc>
          <w:tcPr>
            <w:tcW w:w="2376" w:type="dxa"/>
            <w:tcMar>
              <w:top w:w="55" w:type="dxa"/>
              <w:left w:w="75" w:type="dxa"/>
              <w:bottom w:w="55" w:type="dxa"/>
              <w:right w:w="75" w:type="dxa"/>
            </w:tcMar>
            <w:vAlign w:val="center"/>
          </w:tcPr>
          <w:p w14:paraId="190D0FE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GSM6552811</w:t>
            </w:r>
          </w:p>
        </w:tc>
        <w:tc>
          <w:tcPr>
            <w:tcW w:w="2376" w:type="dxa"/>
            <w:tcMar>
              <w:top w:w="55" w:type="dxa"/>
              <w:left w:w="75" w:type="dxa"/>
              <w:bottom w:w="55" w:type="dxa"/>
              <w:right w:w="75" w:type="dxa"/>
            </w:tcMar>
            <w:vAlign w:val="center"/>
          </w:tcPr>
          <w:p w14:paraId="2528B4D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25AE695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Mar>
              <w:top w:w="55" w:type="dxa"/>
              <w:left w:w="75" w:type="dxa"/>
              <w:bottom w:w="55" w:type="dxa"/>
              <w:right w:w="75" w:type="dxa"/>
            </w:tcMar>
            <w:vAlign w:val="center"/>
          </w:tcPr>
          <w:p w14:paraId="2F0CAC5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0.08480596469171167</w:t>
            </w:r>
          </w:p>
        </w:tc>
        <w:tc>
          <w:tcPr>
            <w:tcW w:w="2376" w:type="dxa"/>
            <w:tcMar>
              <w:top w:w="55" w:type="dxa"/>
              <w:left w:w="75" w:type="dxa"/>
              <w:bottom w:w="55" w:type="dxa"/>
              <w:right w:w="75" w:type="dxa"/>
            </w:tcMar>
            <w:vAlign w:val="center"/>
          </w:tcPr>
          <w:p w14:paraId="143B544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1.642911827627609</w:t>
            </w:r>
          </w:p>
        </w:tc>
        <w:tc>
          <w:tcPr>
            <w:tcW w:w="2376" w:type="dxa"/>
            <w:tcMar>
              <w:top w:w="55" w:type="dxa"/>
              <w:left w:w="75" w:type="dxa"/>
              <w:bottom w:w="55" w:type="dxa"/>
              <w:right w:w="75" w:type="dxa"/>
            </w:tcMar>
            <w:vAlign w:val="center"/>
          </w:tcPr>
          <w:p w14:paraId="431BF743" w14:textId="77777777" w:rsidR="00923354" w:rsidRPr="008628DB" w:rsidRDefault="00923354" w:rsidP="008628DB">
            <w:pPr>
              <w:spacing w:after="0" w:line="264" w:lineRule="auto"/>
              <w:jc w:val="center"/>
              <w:rPr>
                <w:rFonts w:ascii="Times New Roman" w:hAnsi="Times New Roman" w:cs="Times New Roman"/>
                <w:sz w:val="16"/>
                <w:szCs w:val="16"/>
              </w:rPr>
            </w:pPr>
          </w:p>
        </w:tc>
      </w:tr>
      <w:tr w:rsidR="00923354" w:rsidRPr="008628DB" w14:paraId="03DD7FAD" w14:textId="77777777">
        <w:trPr>
          <w:cantSplit/>
          <w:jc w:val="center"/>
        </w:trPr>
        <w:tc>
          <w:tcPr>
            <w:tcW w:w="2376" w:type="dxa"/>
            <w:tcMar>
              <w:top w:w="55" w:type="dxa"/>
              <w:left w:w="75" w:type="dxa"/>
              <w:bottom w:w="55" w:type="dxa"/>
              <w:right w:w="75" w:type="dxa"/>
            </w:tcMar>
            <w:vAlign w:val="center"/>
          </w:tcPr>
          <w:p w14:paraId="77DCF5C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BCNA5-A</w:t>
            </w:r>
          </w:p>
        </w:tc>
        <w:tc>
          <w:tcPr>
            <w:tcW w:w="2376" w:type="dxa"/>
            <w:tcMar>
              <w:top w:w="55" w:type="dxa"/>
              <w:left w:w="75" w:type="dxa"/>
              <w:bottom w:w="55" w:type="dxa"/>
              <w:right w:w="75" w:type="dxa"/>
            </w:tcMar>
            <w:vAlign w:val="center"/>
          </w:tcPr>
          <w:p w14:paraId="72CD12E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405C0D4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2675338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0.03114618051695776</w:t>
            </w:r>
          </w:p>
        </w:tc>
        <w:tc>
          <w:tcPr>
            <w:tcW w:w="2376" w:type="dxa"/>
            <w:tcMar>
              <w:top w:w="55" w:type="dxa"/>
              <w:left w:w="75" w:type="dxa"/>
              <w:bottom w:w="55" w:type="dxa"/>
              <w:right w:w="75" w:type="dxa"/>
            </w:tcMar>
            <w:vAlign w:val="center"/>
          </w:tcPr>
          <w:p w14:paraId="7946B5B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-0.5605246483401257</w:t>
            </w:r>
          </w:p>
        </w:tc>
        <w:tc>
          <w:tcPr>
            <w:tcW w:w="2376" w:type="dxa"/>
            <w:tcMar>
              <w:top w:w="55" w:type="dxa"/>
              <w:left w:w="75" w:type="dxa"/>
              <w:bottom w:w="55" w:type="dxa"/>
              <w:right w:w="75" w:type="dxa"/>
            </w:tcMar>
            <w:vAlign w:val="center"/>
          </w:tcPr>
          <w:p w14:paraId="28B6B22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5EA2DEF7" w14:textId="77777777">
        <w:trPr>
          <w:cantSplit/>
          <w:jc w:val="center"/>
        </w:trPr>
        <w:tc>
          <w:tcPr>
            <w:tcW w:w="2376" w:type="dxa"/>
            <w:tcMar>
              <w:top w:w="55" w:type="dxa"/>
              <w:left w:w="75" w:type="dxa"/>
              <w:bottom w:w="55" w:type="dxa"/>
              <w:right w:w="75" w:type="dxa"/>
            </w:tcMar>
            <w:vAlign w:val="center"/>
          </w:tcPr>
          <w:p w14:paraId="6377CCD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BCNA7-A</w:t>
            </w:r>
          </w:p>
        </w:tc>
        <w:tc>
          <w:tcPr>
            <w:tcW w:w="2376" w:type="dxa"/>
            <w:tcMar>
              <w:top w:w="55" w:type="dxa"/>
              <w:left w:w="75" w:type="dxa"/>
              <w:bottom w:w="55" w:type="dxa"/>
              <w:right w:w="75" w:type="dxa"/>
            </w:tcMar>
            <w:vAlign w:val="center"/>
          </w:tcPr>
          <w:p w14:paraId="05FA286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68ECB82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5C61ADF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-0.2658455559399086</w:t>
            </w:r>
          </w:p>
        </w:tc>
        <w:tc>
          <w:tcPr>
            <w:tcW w:w="2376" w:type="dxa"/>
            <w:tcMar>
              <w:top w:w="55" w:type="dxa"/>
              <w:left w:w="75" w:type="dxa"/>
              <w:bottom w:w="55" w:type="dxa"/>
              <w:right w:w="75" w:type="dxa"/>
            </w:tcMar>
            <w:vAlign w:val="center"/>
          </w:tcPr>
          <w:p w14:paraId="2A5C025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-0.32263118322193857</w:t>
            </w:r>
          </w:p>
        </w:tc>
        <w:tc>
          <w:tcPr>
            <w:tcW w:w="2376" w:type="dxa"/>
            <w:tcMar>
              <w:top w:w="55" w:type="dxa"/>
              <w:left w:w="75" w:type="dxa"/>
              <w:bottom w:w="55" w:type="dxa"/>
              <w:right w:w="75" w:type="dxa"/>
            </w:tcMar>
            <w:vAlign w:val="center"/>
          </w:tcPr>
          <w:p w14:paraId="26D1EDF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361BAE9B" w14:textId="77777777">
        <w:trPr>
          <w:cantSplit/>
          <w:jc w:val="center"/>
        </w:trPr>
        <w:tc>
          <w:tcPr>
            <w:tcW w:w="2376" w:type="dxa"/>
            <w:tcMar>
              <w:top w:w="55" w:type="dxa"/>
              <w:left w:w="75" w:type="dxa"/>
              <w:bottom w:w="55" w:type="dxa"/>
              <w:right w:w="75" w:type="dxa"/>
            </w:tcMar>
            <w:vAlign w:val="center"/>
          </w:tcPr>
          <w:p w14:paraId="2950997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BCNA4-A</w:t>
            </w:r>
          </w:p>
        </w:tc>
        <w:tc>
          <w:tcPr>
            <w:tcW w:w="2376" w:type="dxa"/>
            <w:tcMar>
              <w:top w:w="55" w:type="dxa"/>
              <w:left w:w="75" w:type="dxa"/>
              <w:bottom w:w="55" w:type="dxa"/>
              <w:right w:w="75" w:type="dxa"/>
            </w:tcMar>
            <w:vAlign w:val="center"/>
          </w:tcPr>
          <w:p w14:paraId="141BA3F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036D6C9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17EB58A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0.8140682509410793</w:t>
            </w:r>
          </w:p>
        </w:tc>
        <w:tc>
          <w:tcPr>
            <w:tcW w:w="2376" w:type="dxa"/>
            <w:tcMar>
              <w:top w:w="55" w:type="dxa"/>
              <w:left w:w="75" w:type="dxa"/>
              <w:bottom w:w="55" w:type="dxa"/>
              <w:right w:w="75" w:type="dxa"/>
            </w:tcMar>
            <w:vAlign w:val="center"/>
          </w:tcPr>
          <w:p w14:paraId="3AB51EA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0.5530411572058743</w:t>
            </w:r>
          </w:p>
        </w:tc>
        <w:tc>
          <w:tcPr>
            <w:tcW w:w="2376" w:type="dxa"/>
            <w:tcMar>
              <w:top w:w="55" w:type="dxa"/>
              <w:left w:w="75" w:type="dxa"/>
              <w:bottom w:w="55" w:type="dxa"/>
              <w:right w:w="75" w:type="dxa"/>
            </w:tcMar>
            <w:vAlign w:val="center"/>
          </w:tcPr>
          <w:p w14:paraId="51654BD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75B2D935" w14:textId="77777777">
        <w:trPr>
          <w:cantSplit/>
          <w:jc w:val="center"/>
        </w:trPr>
        <w:tc>
          <w:tcPr>
            <w:tcW w:w="2376" w:type="dxa"/>
            <w:tcMar>
              <w:top w:w="55" w:type="dxa"/>
              <w:left w:w="75" w:type="dxa"/>
              <w:bottom w:w="55" w:type="dxa"/>
              <w:right w:w="75" w:type="dxa"/>
            </w:tcMar>
            <w:vAlign w:val="center"/>
          </w:tcPr>
          <w:p w14:paraId="5F0643E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BCNA3-A</w:t>
            </w:r>
          </w:p>
        </w:tc>
        <w:tc>
          <w:tcPr>
            <w:tcW w:w="2376" w:type="dxa"/>
            <w:tcMar>
              <w:top w:w="55" w:type="dxa"/>
              <w:left w:w="75" w:type="dxa"/>
              <w:bottom w:w="55" w:type="dxa"/>
              <w:right w:w="75" w:type="dxa"/>
            </w:tcMar>
            <w:vAlign w:val="center"/>
          </w:tcPr>
          <w:p w14:paraId="0E68D03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66087DC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6ECE5D8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-0.10628003466176454</w:t>
            </w:r>
          </w:p>
        </w:tc>
        <w:tc>
          <w:tcPr>
            <w:tcW w:w="2376" w:type="dxa"/>
            <w:tcMar>
              <w:top w:w="55" w:type="dxa"/>
              <w:left w:w="75" w:type="dxa"/>
              <w:bottom w:w="55" w:type="dxa"/>
              <w:right w:w="75" w:type="dxa"/>
            </w:tcMar>
            <w:vAlign w:val="center"/>
          </w:tcPr>
          <w:p w14:paraId="7DE64E1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0.051144255986955635</w:t>
            </w:r>
          </w:p>
        </w:tc>
        <w:tc>
          <w:tcPr>
            <w:tcW w:w="2376" w:type="dxa"/>
            <w:tcMar>
              <w:top w:w="55" w:type="dxa"/>
              <w:left w:w="75" w:type="dxa"/>
              <w:bottom w:w="55" w:type="dxa"/>
              <w:right w:w="75" w:type="dxa"/>
            </w:tcMar>
            <w:vAlign w:val="center"/>
          </w:tcPr>
          <w:p w14:paraId="074ED0F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MVAC</w:t>
            </w:r>
          </w:p>
        </w:tc>
      </w:tr>
      <w:tr w:rsidR="00923354" w:rsidRPr="008628DB" w14:paraId="6C812E87" w14:textId="77777777">
        <w:trPr>
          <w:cantSplit/>
          <w:jc w:val="center"/>
        </w:trPr>
        <w:tc>
          <w:tcPr>
            <w:tcW w:w="2376" w:type="dxa"/>
            <w:tcMar>
              <w:top w:w="55" w:type="dxa"/>
              <w:left w:w="75" w:type="dxa"/>
              <w:bottom w:w="55" w:type="dxa"/>
              <w:right w:w="75" w:type="dxa"/>
            </w:tcMar>
            <w:vAlign w:val="center"/>
          </w:tcPr>
          <w:p w14:paraId="6943CBC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BCNA2-A</w:t>
            </w:r>
          </w:p>
        </w:tc>
        <w:tc>
          <w:tcPr>
            <w:tcW w:w="2376" w:type="dxa"/>
            <w:tcMar>
              <w:top w:w="55" w:type="dxa"/>
              <w:left w:w="75" w:type="dxa"/>
              <w:bottom w:w="55" w:type="dxa"/>
              <w:right w:w="75" w:type="dxa"/>
            </w:tcMar>
            <w:vAlign w:val="center"/>
          </w:tcPr>
          <w:p w14:paraId="68ED5EF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75621DF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5024C24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-0.3193907007135789</w:t>
            </w:r>
          </w:p>
        </w:tc>
        <w:tc>
          <w:tcPr>
            <w:tcW w:w="2376" w:type="dxa"/>
            <w:tcMar>
              <w:top w:w="55" w:type="dxa"/>
              <w:left w:w="75" w:type="dxa"/>
              <w:bottom w:w="55" w:type="dxa"/>
              <w:right w:w="75" w:type="dxa"/>
            </w:tcMar>
            <w:vAlign w:val="center"/>
          </w:tcPr>
          <w:p w14:paraId="2D3E227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-0.3696745198704474</w:t>
            </w:r>
          </w:p>
        </w:tc>
        <w:tc>
          <w:tcPr>
            <w:tcW w:w="2376" w:type="dxa"/>
            <w:tcMar>
              <w:top w:w="55" w:type="dxa"/>
              <w:left w:w="75" w:type="dxa"/>
              <w:bottom w:w="55" w:type="dxa"/>
              <w:right w:w="75" w:type="dxa"/>
            </w:tcMar>
            <w:vAlign w:val="center"/>
          </w:tcPr>
          <w:p w14:paraId="43BE098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0D41B89B" w14:textId="77777777">
        <w:trPr>
          <w:cantSplit/>
          <w:jc w:val="center"/>
        </w:trPr>
        <w:tc>
          <w:tcPr>
            <w:tcW w:w="2376" w:type="dxa"/>
            <w:tcMar>
              <w:top w:w="55" w:type="dxa"/>
              <w:left w:w="75" w:type="dxa"/>
              <w:bottom w:w="55" w:type="dxa"/>
              <w:right w:w="75" w:type="dxa"/>
            </w:tcMar>
            <w:vAlign w:val="center"/>
          </w:tcPr>
          <w:p w14:paraId="32E2D5B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BCNA1-A</w:t>
            </w:r>
          </w:p>
        </w:tc>
        <w:tc>
          <w:tcPr>
            <w:tcW w:w="2376" w:type="dxa"/>
            <w:tcMar>
              <w:top w:w="55" w:type="dxa"/>
              <w:left w:w="75" w:type="dxa"/>
              <w:bottom w:w="55" w:type="dxa"/>
              <w:right w:w="75" w:type="dxa"/>
            </w:tcMar>
            <w:vAlign w:val="center"/>
          </w:tcPr>
          <w:p w14:paraId="432EDF0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782EAC76"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319B2F6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0.5277419187360521</w:t>
            </w:r>
          </w:p>
        </w:tc>
        <w:tc>
          <w:tcPr>
            <w:tcW w:w="2376" w:type="dxa"/>
            <w:tcMar>
              <w:top w:w="55" w:type="dxa"/>
              <w:left w:w="75" w:type="dxa"/>
              <w:bottom w:w="55" w:type="dxa"/>
              <w:right w:w="75" w:type="dxa"/>
            </w:tcMar>
            <w:vAlign w:val="center"/>
          </w:tcPr>
          <w:p w14:paraId="2976DBC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1.777464500106677</w:t>
            </w:r>
          </w:p>
        </w:tc>
        <w:tc>
          <w:tcPr>
            <w:tcW w:w="2376" w:type="dxa"/>
            <w:tcMar>
              <w:top w:w="55" w:type="dxa"/>
              <w:left w:w="75" w:type="dxa"/>
              <w:bottom w:w="55" w:type="dxa"/>
              <w:right w:w="75" w:type="dxa"/>
            </w:tcMar>
            <w:vAlign w:val="center"/>
          </w:tcPr>
          <w:p w14:paraId="4FDA858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639E6BF1" w14:textId="77777777">
        <w:trPr>
          <w:cantSplit/>
          <w:jc w:val="center"/>
        </w:trPr>
        <w:tc>
          <w:tcPr>
            <w:tcW w:w="2376" w:type="dxa"/>
            <w:tcMar>
              <w:top w:w="55" w:type="dxa"/>
              <w:left w:w="75" w:type="dxa"/>
              <w:bottom w:w="55" w:type="dxa"/>
              <w:right w:w="75" w:type="dxa"/>
            </w:tcMar>
            <w:vAlign w:val="center"/>
          </w:tcPr>
          <w:p w14:paraId="2D53D20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BCNA15-A</w:t>
            </w:r>
          </w:p>
        </w:tc>
        <w:tc>
          <w:tcPr>
            <w:tcW w:w="2376" w:type="dxa"/>
            <w:tcMar>
              <w:top w:w="55" w:type="dxa"/>
              <w:left w:w="75" w:type="dxa"/>
              <w:bottom w:w="55" w:type="dxa"/>
              <w:right w:w="75" w:type="dxa"/>
            </w:tcMar>
            <w:vAlign w:val="center"/>
          </w:tcPr>
          <w:p w14:paraId="03AC0C9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7A6CA8D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3597319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0.8451872634902984</w:t>
            </w:r>
          </w:p>
        </w:tc>
        <w:tc>
          <w:tcPr>
            <w:tcW w:w="2376" w:type="dxa"/>
            <w:tcMar>
              <w:top w:w="55" w:type="dxa"/>
              <w:left w:w="75" w:type="dxa"/>
              <w:bottom w:w="55" w:type="dxa"/>
              <w:right w:w="75" w:type="dxa"/>
            </w:tcMar>
            <w:vAlign w:val="center"/>
          </w:tcPr>
          <w:p w14:paraId="0455C80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-0.49635534175401697</w:t>
            </w:r>
          </w:p>
        </w:tc>
        <w:tc>
          <w:tcPr>
            <w:tcW w:w="2376" w:type="dxa"/>
            <w:tcMar>
              <w:top w:w="55" w:type="dxa"/>
              <w:left w:w="75" w:type="dxa"/>
              <w:bottom w:w="55" w:type="dxa"/>
              <w:right w:w="75" w:type="dxa"/>
            </w:tcMar>
            <w:vAlign w:val="center"/>
          </w:tcPr>
          <w:p w14:paraId="69E725B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53EDFC7D" w14:textId="77777777">
        <w:trPr>
          <w:cantSplit/>
          <w:jc w:val="center"/>
        </w:trPr>
        <w:tc>
          <w:tcPr>
            <w:tcW w:w="2376" w:type="dxa"/>
            <w:tcMar>
              <w:top w:w="55" w:type="dxa"/>
              <w:left w:w="75" w:type="dxa"/>
              <w:bottom w:w="55" w:type="dxa"/>
              <w:right w:w="75" w:type="dxa"/>
            </w:tcMar>
            <w:vAlign w:val="center"/>
          </w:tcPr>
          <w:p w14:paraId="4F9FD89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BCNA17-A</w:t>
            </w:r>
          </w:p>
        </w:tc>
        <w:tc>
          <w:tcPr>
            <w:tcW w:w="2376" w:type="dxa"/>
            <w:tcMar>
              <w:top w:w="55" w:type="dxa"/>
              <w:left w:w="75" w:type="dxa"/>
              <w:bottom w:w="55" w:type="dxa"/>
              <w:right w:w="75" w:type="dxa"/>
            </w:tcMar>
            <w:vAlign w:val="center"/>
          </w:tcPr>
          <w:p w14:paraId="4243E84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4231B438"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07DBA17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-0.4785263536619035</w:t>
            </w:r>
          </w:p>
        </w:tc>
        <w:tc>
          <w:tcPr>
            <w:tcW w:w="2376" w:type="dxa"/>
            <w:tcMar>
              <w:top w:w="55" w:type="dxa"/>
              <w:left w:w="75" w:type="dxa"/>
              <w:bottom w:w="55" w:type="dxa"/>
              <w:right w:w="75" w:type="dxa"/>
            </w:tcMar>
            <w:vAlign w:val="center"/>
          </w:tcPr>
          <w:p w14:paraId="0FCCF80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-0.8735602944383626</w:t>
            </w:r>
          </w:p>
        </w:tc>
        <w:tc>
          <w:tcPr>
            <w:tcW w:w="2376" w:type="dxa"/>
            <w:tcMar>
              <w:top w:w="55" w:type="dxa"/>
              <w:left w:w="75" w:type="dxa"/>
              <w:bottom w:w="55" w:type="dxa"/>
              <w:right w:w="75" w:type="dxa"/>
            </w:tcMar>
            <w:vAlign w:val="center"/>
          </w:tcPr>
          <w:p w14:paraId="455473D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Cisplatin+Gentamicin+Pembrolizumab</w:t>
            </w:r>
          </w:p>
        </w:tc>
      </w:tr>
      <w:tr w:rsidR="00923354" w:rsidRPr="008628DB" w14:paraId="6D94D2EC" w14:textId="77777777">
        <w:trPr>
          <w:cantSplit/>
          <w:jc w:val="center"/>
        </w:trPr>
        <w:tc>
          <w:tcPr>
            <w:tcW w:w="2376" w:type="dxa"/>
            <w:tcMar>
              <w:top w:w="55" w:type="dxa"/>
              <w:left w:w="75" w:type="dxa"/>
              <w:bottom w:w="55" w:type="dxa"/>
              <w:right w:w="75" w:type="dxa"/>
            </w:tcMar>
            <w:vAlign w:val="center"/>
          </w:tcPr>
          <w:p w14:paraId="6BFC366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BCNA18-A</w:t>
            </w:r>
          </w:p>
        </w:tc>
        <w:tc>
          <w:tcPr>
            <w:tcW w:w="2376" w:type="dxa"/>
            <w:tcMar>
              <w:top w:w="55" w:type="dxa"/>
              <w:left w:w="75" w:type="dxa"/>
              <w:bottom w:w="55" w:type="dxa"/>
              <w:right w:w="75" w:type="dxa"/>
            </w:tcMar>
            <w:vAlign w:val="center"/>
          </w:tcPr>
          <w:p w14:paraId="45BF017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4BA78D4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75E43B0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0.11409293640395006</w:t>
            </w:r>
          </w:p>
        </w:tc>
        <w:tc>
          <w:tcPr>
            <w:tcW w:w="2376" w:type="dxa"/>
            <w:tcMar>
              <w:top w:w="55" w:type="dxa"/>
              <w:left w:w="75" w:type="dxa"/>
              <w:bottom w:w="55" w:type="dxa"/>
              <w:right w:w="75" w:type="dxa"/>
            </w:tcMar>
            <w:vAlign w:val="center"/>
          </w:tcPr>
          <w:p w14:paraId="4FB9720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1.2428802466741207</w:t>
            </w:r>
          </w:p>
        </w:tc>
        <w:tc>
          <w:tcPr>
            <w:tcW w:w="2376" w:type="dxa"/>
            <w:tcMar>
              <w:top w:w="55" w:type="dxa"/>
              <w:left w:w="75" w:type="dxa"/>
              <w:bottom w:w="55" w:type="dxa"/>
              <w:right w:w="75" w:type="dxa"/>
            </w:tcMar>
            <w:vAlign w:val="center"/>
          </w:tcPr>
          <w:p w14:paraId="185770F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MVAC</w:t>
            </w:r>
          </w:p>
        </w:tc>
      </w:tr>
      <w:tr w:rsidR="00923354" w:rsidRPr="008628DB" w14:paraId="085F6ADE" w14:textId="77777777">
        <w:trPr>
          <w:cantSplit/>
          <w:jc w:val="center"/>
        </w:trPr>
        <w:tc>
          <w:tcPr>
            <w:tcW w:w="2376" w:type="dxa"/>
            <w:tcMar>
              <w:top w:w="55" w:type="dxa"/>
              <w:left w:w="75" w:type="dxa"/>
              <w:bottom w:w="55" w:type="dxa"/>
              <w:right w:w="75" w:type="dxa"/>
            </w:tcMar>
            <w:vAlign w:val="center"/>
          </w:tcPr>
          <w:p w14:paraId="016C8DD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BCNA12-A</w:t>
            </w:r>
          </w:p>
        </w:tc>
        <w:tc>
          <w:tcPr>
            <w:tcW w:w="2376" w:type="dxa"/>
            <w:tcMar>
              <w:top w:w="55" w:type="dxa"/>
              <w:left w:w="75" w:type="dxa"/>
              <w:bottom w:w="55" w:type="dxa"/>
              <w:right w:w="75" w:type="dxa"/>
            </w:tcMar>
            <w:vAlign w:val="center"/>
          </w:tcPr>
          <w:p w14:paraId="3C8B20F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407B863C"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5DD9721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-0.7862225376092613</w:t>
            </w:r>
          </w:p>
        </w:tc>
        <w:tc>
          <w:tcPr>
            <w:tcW w:w="2376" w:type="dxa"/>
            <w:tcMar>
              <w:top w:w="55" w:type="dxa"/>
              <w:left w:w="75" w:type="dxa"/>
              <w:bottom w:w="55" w:type="dxa"/>
              <w:right w:w="75" w:type="dxa"/>
            </w:tcMar>
            <w:vAlign w:val="center"/>
          </w:tcPr>
          <w:p w14:paraId="79FA51A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-0.2100922014506363</w:t>
            </w:r>
          </w:p>
        </w:tc>
        <w:tc>
          <w:tcPr>
            <w:tcW w:w="2376" w:type="dxa"/>
            <w:tcMar>
              <w:top w:w="55" w:type="dxa"/>
              <w:left w:w="75" w:type="dxa"/>
              <w:bottom w:w="55" w:type="dxa"/>
              <w:right w:w="75" w:type="dxa"/>
            </w:tcMar>
            <w:vAlign w:val="center"/>
          </w:tcPr>
          <w:p w14:paraId="131ADB65"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3B231517" w14:textId="77777777">
        <w:trPr>
          <w:cantSplit/>
          <w:jc w:val="center"/>
        </w:trPr>
        <w:tc>
          <w:tcPr>
            <w:tcW w:w="2376" w:type="dxa"/>
            <w:tcMar>
              <w:top w:w="55" w:type="dxa"/>
              <w:left w:w="75" w:type="dxa"/>
              <w:bottom w:w="55" w:type="dxa"/>
              <w:right w:w="75" w:type="dxa"/>
            </w:tcMar>
            <w:vAlign w:val="center"/>
          </w:tcPr>
          <w:p w14:paraId="4F936A7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BCNA13-A</w:t>
            </w:r>
          </w:p>
        </w:tc>
        <w:tc>
          <w:tcPr>
            <w:tcW w:w="2376" w:type="dxa"/>
            <w:tcMar>
              <w:top w:w="55" w:type="dxa"/>
              <w:left w:w="75" w:type="dxa"/>
              <w:bottom w:w="55" w:type="dxa"/>
              <w:right w:w="75" w:type="dxa"/>
            </w:tcMar>
            <w:vAlign w:val="center"/>
          </w:tcPr>
          <w:p w14:paraId="65682A53"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w:t>
            </w:r>
          </w:p>
        </w:tc>
        <w:tc>
          <w:tcPr>
            <w:tcW w:w="2376" w:type="dxa"/>
            <w:tcMar>
              <w:top w:w="55" w:type="dxa"/>
              <w:left w:w="75" w:type="dxa"/>
              <w:bottom w:w="55" w:type="dxa"/>
              <w:right w:w="75" w:type="dxa"/>
            </w:tcMar>
            <w:vAlign w:val="center"/>
          </w:tcPr>
          <w:p w14:paraId="682C9CD9"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128A23D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0.3529778063336567</w:t>
            </w:r>
          </w:p>
        </w:tc>
        <w:tc>
          <w:tcPr>
            <w:tcW w:w="2376" w:type="dxa"/>
            <w:tcMar>
              <w:top w:w="55" w:type="dxa"/>
              <w:left w:w="75" w:type="dxa"/>
              <w:bottom w:w="55" w:type="dxa"/>
              <w:right w:w="75" w:type="dxa"/>
            </w:tcMar>
            <w:vAlign w:val="center"/>
          </w:tcPr>
          <w:p w14:paraId="588E0EB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-0.025042918151492805</w:t>
            </w:r>
          </w:p>
        </w:tc>
        <w:tc>
          <w:tcPr>
            <w:tcW w:w="2376" w:type="dxa"/>
            <w:tcMar>
              <w:top w:w="55" w:type="dxa"/>
              <w:left w:w="75" w:type="dxa"/>
              <w:bottom w:w="55" w:type="dxa"/>
              <w:right w:w="75" w:type="dxa"/>
            </w:tcMar>
            <w:vAlign w:val="center"/>
          </w:tcPr>
          <w:p w14:paraId="5CD6E52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3CE7C173" w14:textId="77777777" w:rsidTr="008628DB">
        <w:trPr>
          <w:cantSplit/>
          <w:jc w:val="center"/>
        </w:trPr>
        <w:tc>
          <w:tcPr>
            <w:tcW w:w="2376" w:type="dxa"/>
            <w:tcMar>
              <w:top w:w="55" w:type="dxa"/>
              <w:left w:w="75" w:type="dxa"/>
              <w:bottom w:w="55" w:type="dxa"/>
              <w:right w:w="75" w:type="dxa"/>
            </w:tcMar>
            <w:vAlign w:val="center"/>
          </w:tcPr>
          <w:p w14:paraId="4BECE51A"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BCNA11-A</w:t>
            </w:r>
          </w:p>
        </w:tc>
        <w:tc>
          <w:tcPr>
            <w:tcW w:w="2376" w:type="dxa"/>
            <w:tcMar>
              <w:top w:w="55" w:type="dxa"/>
              <w:left w:w="75" w:type="dxa"/>
              <w:bottom w:w="55" w:type="dxa"/>
              <w:right w:w="75" w:type="dxa"/>
            </w:tcMar>
            <w:vAlign w:val="center"/>
          </w:tcPr>
          <w:p w14:paraId="5A1DF6C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Mar>
              <w:top w:w="55" w:type="dxa"/>
              <w:left w:w="75" w:type="dxa"/>
              <w:bottom w:w="55" w:type="dxa"/>
              <w:right w:w="75" w:type="dxa"/>
            </w:tcMar>
            <w:vAlign w:val="center"/>
          </w:tcPr>
          <w:p w14:paraId="4A9206F1"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Mar>
              <w:top w:w="55" w:type="dxa"/>
              <w:left w:w="75" w:type="dxa"/>
              <w:bottom w:w="55" w:type="dxa"/>
              <w:right w:w="75" w:type="dxa"/>
            </w:tcMar>
            <w:vAlign w:val="center"/>
          </w:tcPr>
          <w:p w14:paraId="5F2117AD"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-1.3425387402097098</w:t>
            </w:r>
          </w:p>
        </w:tc>
        <w:tc>
          <w:tcPr>
            <w:tcW w:w="2376" w:type="dxa"/>
            <w:tcMar>
              <w:top w:w="55" w:type="dxa"/>
              <w:left w:w="75" w:type="dxa"/>
              <w:bottom w:w="55" w:type="dxa"/>
              <w:right w:w="75" w:type="dxa"/>
            </w:tcMar>
            <w:vAlign w:val="center"/>
          </w:tcPr>
          <w:p w14:paraId="139636AB"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-1.1147035731636596</w:t>
            </w:r>
          </w:p>
        </w:tc>
        <w:tc>
          <w:tcPr>
            <w:tcW w:w="2376" w:type="dxa"/>
            <w:tcMar>
              <w:top w:w="55" w:type="dxa"/>
              <w:left w:w="75" w:type="dxa"/>
              <w:bottom w:w="55" w:type="dxa"/>
              <w:right w:w="75" w:type="dxa"/>
            </w:tcMar>
            <w:vAlign w:val="center"/>
          </w:tcPr>
          <w:p w14:paraId="04BC0A67"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Cisplatin+Gentamicin</w:t>
            </w:r>
          </w:p>
        </w:tc>
      </w:tr>
      <w:tr w:rsidR="00923354" w:rsidRPr="008628DB" w14:paraId="0164ECCF" w14:textId="77777777" w:rsidTr="008628DB">
        <w:trPr>
          <w:cantSplit/>
          <w:jc w:val="center"/>
        </w:trPr>
        <w:tc>
          <w:tcPr>
            <w:tcW w:w="2376" w:type="dxa"/>
            <w:tcBorders>
              <w:bottom w:val="single" w:sz="4" w:space="0" w:color="auto"/>
            </w:tcBorders>
            <w:tcMar>
              <w:top w:w="55" w:type="dxa"/>
              <w:left w:w="75" w:type="dxa"/>
              <w:bottom w:w="55" w:type="dxa"/>
              <w:right w:w="75" w:type="dxa"/>
            </w:tcMar>
            <w:vAlign w:val="center"/>
          </w:tcPr>
          <w:p w14:paraId="21F51CD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BCNA10-A</w:t>
            </w:r>
          </w:p>
        </w:tc>
        <w:tc>
          <w:tcPr>
            <w:tcW w:w="2376" w:type="dxa"/>
            <w:tcBorders>
              <w:bottom w:val="single" w:sz="4" w:space="0" w:color="auto"/>
            </w:tcBorders>
            <w:tcMar>
              <w:top w:w="55" w:type="dxa"/>
              <w:left w:w="75" w:type="dxa"/>
              <w:bottom w:w="55" w:type="dxa"/>
              <w:right w:w="75" w:type="dxa"/>
            </w:tcMar>
            <w:vAlign w:val="center"/>
          </w:tcPr>
          <w:p w14:paraId="535F2EB4"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w:t>
            </w:r>
          </w:p>
        </w:tc>
        <w:tc>
          <w:tcPr>
            <w:tcW w:w="2376" w:type="dxa"/>
            <w:tcBorders>
              <w:bottom w:val="single" w:sz="4" w:space="0" w:color="auto"/>
            </w:tcBorders>
            <w:tcMar>
              <w:top w:w="55" w:type="dxa"/>
              <w:left w:w="75" w:type="dxa"/>
              <w:bottom w:w="55" w:type="dxa"/>
              <w:right w:w="75" w:type="dxa"/>
            </w:tcMar>
            <w:vAlign w:val="center"/>
          </w:tcPr>
          <w:p w14:paraId="058F92C0"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Borders>
              <w:bottom w:val="single" w:sz="4" w:space="0" w:color="auto"/>
            </w:tcBorders>
            <w:tcMar>
              <w:top w:w="55" w:type="dxa"/>
              <w:left w:w="75" w:type="dxa"/>
              <w:bottom w:w="55" w:type="dxa"/>
              <w:right w:w="75" w:type="dxa"/>
            </w:tcMar>
            <w:vAlign w:val="center"/>
          </w:tcPr>
          <w:p w14:paraId="6FFD7DAE"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0.6135895663741314</w:t>
            </w:r>
          </w:p>
        </w:tc>
        <w:tc>
          <w:tcPr>
            <w:tcW w:w="2376" w:type="dxa"/>
            <w:tcBorders>
              <w:bottom w:val="single" w:sz="4" w:space="0" w:color="auto"/>
            </w:tcBorders>
            <w:tcMar>
              <w:top w:w="55" w:type="dxa"/>
              <w:left w:w="75" w:type="dxa"/>
              <w:bottom w:w="55" w:type="dxa"/>
              <w:right w:w="75" w:type="dxa"/>
            </w:tcMar>
            <w:vAlign w:val="center"/>
          </w:tcPr>
          <w:p w14:paraId="6ACB634F"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0.3480545204170533</w:t>
            </w:r>
          </w:p>
        </w:tc>
        <w:tc>
          <w:tcPr>
            <w:tcW w:w="2376" w:type="dxa"/>
            <w:tcBorders>
              <w:bottom w:val="single" w:sz="4" w:space="0" w:color="auto"/>
            </w:tcBorders>
            <w:tcMar>
              <w:top w:w="55" w:type="dxa"/>
              <w:left w:w="75" w:type="dxa"/>
              <w:bottom w:w="55" w:type="dxa"/>
              <w:right w:w="75" w:type="dxa"/>
            </w:tcMar>
            <w:vAlign w:val="center"/>
          </w:tcPr>
          <w:p w14:paraId="17ADCB82" w14:textId="77777777" w:rsidR="00923354" w:rsidRPr="008628DB" w:rsidRDefault="00000000" w:rsidP="008628DB">
            <w:pPr>
              <w:spacing w:after="0" w:line="264" w:lineRule="auto"/>
              <w:jc w:val="center"/>
              <w:rPr>
                <w:rFonts w:ascii="Times New Roman" w:hAnsi="Times New Roman" w:cs="Times New Roman"/>
                <w:sz w:val="16"/>
                <w:szCs w:val="16"/>
              </w:rPr>
            </w:pPr>
            <w:r w:rsidRPr="008628DB">
              <w:rPr>
                <w:rFonts w:ascii="Times New Roman" w:hAnsi="Times New Roman" w:cs="Times New Roman"/>
                <w:sz w:val="16"/>
                <w:szCs w:val="16"/>
              </w:rPr>
              <w:t>MVAC</w:t>
            </w:r>
          </w:p>
        </w:tc>
      </w:tr>
    </w:tbl>
    <w:p w14:paraId="1009E880" w14:textId="77777777" w:rsidR="008628DB" w:rsidRDefault="008628DB" w:rsidP="008628DB">
      <w:pPr>
        <w:rPr>
          <w:rFonts w:ascii="Times New Roman" w:hAnsi="Times New Roman" w:cs="Times New Roman"/>
          <w:b/>
          <w:bCs/>
          <w:sz w:val="21"/>
          <w:szCs w:val="21"/>
          <w:lang w:eastAsia="zh-CN"/>
        </w:rPr>
      </w:pPr>
    </w:p>
    <w:p w14:paraId="17DD659E" w14:textId="0E9F4AEC" w:rsidR="00923354" w:rsidRPr="008628DB" w:rsidRDefault="00000000" w:rsidP="008628DB">
      <w:pPr>
        <w:rPr>
          <w:rFonts w:ascii="Times New Roman" w:hAnsi="Times New Roman" w:cs="Times New Roman"/>
          <w:b/>
          <w:bCs/>
          <w:sz w:val="21"/>
          <w:szCs w:val="21"/>
        </w:rPr>
      </w:pPr>
      <w:r w:rsidRPr="008628DB">
        <w:rPr>
          <w:rFonts w:ascii="Times New Roman" w:hAnsi="Times New Roman" w:cs="Times New Roman"/>
          <w:b/>
          <w:bCs/>
          <w:sz w:val="21"/>
          <w:szCs w:val="21"/>
        </w:rPr>
        <w:t>S11b cohort adjusted models</w:t>
      </w:r>
    </w:p>
    <w:tbl>
      <w:tblPr>
        <w:tblW w:w="0" w:type="auto"/>
        <w:jc w:val="center"/>
        <w:tblLook w:val="04A0" w:firstRow="1" w:lastRow="0" w:firstColumn="1" w:lastColumn="0" w:noHBand="0" w:noVBand="1"/>
      </w:tblPr>
      <w:tblGrid>
        <w:gridCol w:w="2376"/>
        <w:gridCol w:w="2376"/>
        <w:gridCol w:w="2376"/>
        <w:gridCol w:w="2376"/>
        <w:gridCol w:w="2376"/>
        <w:gridCol w:w="2376"/>
      </w:tblGrid>
      <w:tr w:rsidR="00923354" w14:paraId="3BAA4FB0" w14:textId="77777777" w:rsidTr="008628DB">
        <w:trPr>
          <w:cantSplit/>
          <w:jc w:val="center"/>
        </w:trPr>
        <w:tc>
          <w:tcPr>
            <w:tcW w:w="2376" w:type="dxa"/>
            <w:tcBorders>
              <w:top w:val="single" w:sz="4" w:space="0" w:color="auto"/>
              <w:bottom w:val="single" w:sz="4" w:space="0" w:color="auto"/>
            </w:tcBorders>
            <w:tcMar>
              <w:top w:w="55" w:type="dxa"/>
              <w:left w:w="75" w:type="dxa"/>
              <w:bottom w:w="55" w:type="dxa"/>
              <w:right w:w="75" w:type="dxa"/>
            </w:tcMar>
          </w:tcPr>
          <w:p w14:paraId="6AA2C92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cohort</w:t>
            </w:r>
          </w:p>
        </w:tc>
        <w:tc>
          <w:tcPr>
            <w:tcW w:w="2376" w:type="dxa"/>
            <w:tcBorders>
              <w:top w:val="single" w:sz="4" w:space="0" w:color="auto"/>
              <w:bottom w:val="single" w:sz="4" w:space="0" w:color="auto"/>
            </w:tcBorders>
            <w:tcMar>
              <w:top w:w="55" w:type="dxa"/>
              <w:left w:w="75" w:type="dxa"/>
              <w:bottom w:w="55" w:type="dxa"/>
              <w:right w:w="75" w:type="dxa"/>
            </w:tcMar>
          </w:tcPr>
          <w:p w14:paraId="020CEE60"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n</w:t>
            </w:r>
          </w:p>
        </w:tc>
        <w:tc>
          <w:tcPr>
            <w:tcW w:w="2376" w:type="dxa"/>
            <w:tcBorders>
              <w:top w:val="single" w:sz="4" w:space="0" w:color="auto"/>
              <w:bottom w:val="single" w:sz="4" w:space="0" w:color="auto"/>
            </w:tcBorders>
            <w:tcMar>
              <w:top w:w="55" w:type="dxa"/>
              <w:left w:w="75" w:type="dxa"/>
              <w:bottom w:w="55" w:type="dxa"/>
              <w:right w:w="75" w:type="dxa"/>
            </w:tcMar>
          </w:tcPr>
          <w:p w14:paraId="45219006"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responders</w:t>
            </w:r>
          </w:p>
        </w:tc>
        <w:tc>
          <w:tcPr>
            <w:tcW w:w="2376" w:type="dxa"/>
            <w:tcBorders>
              <w:top w:val="single" w:sz="4" w:space="0" w:color="auto"/>
              <w:bottom w:val="single" w:sz="4" w:space="0" w:color="auto"/>
            </w:tcBorders>
            <w:tcMar>
              <w:top w:w="55" w:type="dxa"/>
              <w:left w:w="75" w:type="dxa"/>
              <w:bottom w:w="55" w:type="dxa"/>
              <w:right w:w="75" w:type="dxa"/>
            </w:tcMar>
          </w:tcPr>
          <w:p w14:paraId="339F0409"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core_delta_response</w:t>
            </w:r>
          </w:p>
        </w:tc>
        <w:tc>
          <w:tcPr>
            <w:tcW w:w="2376" w:type="dxa"/>
            <w:tcBorders>
              <w:top w:val="single" w:sz="4" w:space="0" w:color="auto"/>
              <w:bottom w:val="single" w:sz="4" w:space="0" w:color="auto"/>
            </w:tcBorders>
            <w:tcMar>
              <w:top w:w="55" w:type="dxa"/>
              <w:left w:w="75" w:type="dxa"/>
              <w:bottom w:w="55" w:type="dxa"/>
              <w:right w:w="75" w:type="dxa"/>
            </w:tcMar>
          </w:tcPr>
          <w:p w14:paraId="766A8D2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wilcoxon_U</w:t>
            </w:r>
          </w:p>
        </w:tc>
        <w:tc>
          <w:tcPr>
            <w:tcW w:w="2376" w:type="dxa"/>
            <w:tcBorders>
              <w:top w:val="single" w:sz="4" w:space="0" w:color="auto"/>
              <w:bottom w:val="single" w:sz="4" w:space="0" w:color="auto"/>
            </w:tcBorders>
            <w:tcMar>
              <w:top w:w="55" w:type="dxa"/>
              <w:left w:w="75" w:type="dxa"/>
              <w:bottom w:w="55" w:type="dxa"/>
              <w:right w:w="75" w:type="dxa"/>
            </w:tcMar>
          </w:tcPr>
          <w:p w14:paraId="70B71B96"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b/>
                <w:sz w:val="16"/>
                <w:szCs w:val="16"/>
              </w:rPr>
              <w:t>adjusted_R2</w:t>
            </w:r>
          </w:p>
        </w:tc>
      </w:tr>
      <w:tr w:rsidR="00923354" w14:paraId="16A0F103" w14:textId="77777777" w:rsidTr="008628DB">
        <w:trPr>
          <w:cantSplit/>
          <w:jc w:val="center"/>
        </w:trPr>
        <w:tc>
          <w:tcPr>
            <w:tcW w:w="2376" w:type="dxa"/>
            <w:tcBorders>
              <w:top w:val="single" w:sz="4" w:space="0" w:color="auto"/>
            </w:tcBorders>
            <w:tcMar>
              <w:top w:w="55" w:type="dxa"/>
              <w:left w:w="75" w:type="dxa"/>
              <w:bottom w:w="55" w:type="dxa"/>
              <w:right w:w="75" w:type="dxa"/>
            </w:tcMar>
            <w:vAlign w:val="center"/>
          </w:tcPr>
          <w:p w14:paraId="0FBFF91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GSE212810</w:t>
            </w:r>
          </w:p>
        </w:tc>
        <w:tc>
          <w:tcPr>
            <w:tcW w:w="2376" w:type="dxa"/>
            <w:tcBorders>
              <w:top w:val="single" w:sz="4" w:space="0" w:color="auto"/>
            </w:tcBorders>
            <w:tcMar>
              <w:top w:w="55" w:type="dxa"/>
              <w:left w:w="75" w:type="dxa"/>
              <w:bottom w:w="55" w:type="dxa"/>
              <w:right w:w="75" w:type="dxa"/>
            </w:tcMar>
            <w:vAlign w:val="center"/>
          </w:tcPr>
          <w:p w14:paraId="52C2CAC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39</w:t>
            </w:r>
          </w:p>
        </w:tc>
        <w:tc>
          <w:tcPr>
            <w:tcW w:w="2376" w:type="dxa"/>
            <w:tcBorders>
              <w:top w:val="single" w:sz="4" w:space="0" w:color="auto"/>
            </w:tcBorders>
            <w:tcMar>
              <w:top w:w="55" w:type="dxa"/>
              <w:left w:w="75" w:type="dxa"/>
              <w:bottom w:w="55" w:type="dxa"/>
              <w:right w:w="75" w:type="dxa"/>
            </w:tcMar>
            <w:vAlign w:val="center"/>
          </w:tcPr>
          <w:p w14:paraId="15E93631"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21</w:t>
            </w:r>
          </w:p>
        </w:tc>
        <w:tc>
          <w:tcPr>
            <w:tcW w:w="2376" w:type="dxa"/>
            <w:tcBorders>
              <w:top w:val="single" w:sz="4" w:space="0" w:color="auto"/>
            </w:tcBorders>
            <w:tcMar>
              <w:top w:w="55" w:type="dxa"/>
              <w:left w:w="75" w:type="dxa"/>
              <w:bottom w:w="55" w:type="dxa"/>
              <w:right w:w="75" w:type="dxa"/>
            </w:tcMar>
            <w:vAlign w:val="center"/>
          </w:tcPr>
          <w:p w14:paraId="2ED0B4B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0.3411348054161661</w:t>
            </w:r>
          </w:p>
        </w:tc>
        <w:tc>
          <w:tcPr>
            <w:tcW w:w="2376" w:type="dxa"/>
            <w:tcBorders>
              <w:top w:val="single" w:sz="4" w:space="0" w:color="auto"/>
            </w:tcBorders>
            <w:tcMar>
              <w:top w:w="55" w:type="dxa"/>
              <w:left w:w="75" w:type="dxa"/>
              <w:bottom w:w="55" w:type="dxa"/>
              <w:right w:w="75" w:type="dxa"/>
            </w:tcMar>
            <w:vAlign w:val="center"/>
          </w:tcPr>
          <w:p w14:paraId="17B2A6AE"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253.0</w:t>
            </w:r>
          </w:p>
        </w:tc>
        <w:tc>
          <w:tcPr>
            <w:tcW w:w="2376" w:type="dxa"/>
            <w:tcBorders>
              <w:top w:val="single" w:sz="4" w:space="0" w:color="auto"/>
            </w:tcBorders>
            <w:tcMar>
              <w:top w:w="55" w:type="dxa"/>
              <w:left w:w="75" w:type="dxa"/>
              <w:bottom w:w="55" w:type="dxa"/>
              <w:right w:w="75" w:type="dxa"/>
            </w:tcMar>
            <w:vAlign w:val="center"/>
          </w:tcPr>
          <w:p w14:paraId="3BB129E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0.29078233918058427</w:t>
            </w:r>
          </w:p>
        </w:tc>
      </w:tr>
      <w:tr w:rsidR="00923354" w14:paraId="51BF4FF9" w14:textId="77777777" w:rsidTr="008628DB">
        <w:trPr>
          <w:cantSplit/>
          <w:jc w:val="center"/>
        </w:trPr>
        <w:tc>
          <w:tcPr>
            <w:tcW w:w="2376" w:type="dxa"/>
            <w:tcBorders>
              <w:bottom w:val="single" w:sz="4" w:space="0" w:color="auto"/>
            </w:tcBorders>
            <w:tcMar>
              <w:top w:w="55" w:type="dxa"/>
              <w:left w:w="75" w:type="dxa"/>
              <w:bottom w:w="55" w:type="dxa"/>
              <w:right w:w="75" w:type="dxa"/>
            </w:tcMar>
            <w:vAlign w:val="center"/>
          </w:tcPr>
          <w:p w14:paraId="374ACA1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GSE247185</w:t>
            </w:r>
          </w:p>
        </w:tc>
        <w:tc>
          <w:tcPr>
            <w:tcW w:w="2376" w:type="dxa"/>
            <w:tcBorders>
              <w:bottom w:val="single" w:sz="4" w:space="0" w:color="auto"/>
            </w:tcBorders>
            <w:tcMar>
              <w:top w:w="55" w:type="dxa"/>
              <w:left w:w="75" w:type="dxa"/>
              <w:bottom w:w="55" w:type="dxa"/>
              <w:right w:w="75" w:type="dxa"/>
            </w:tcMar>
            <w:vAlign w:val="center"/>
          </w:tcPr>
          <w:p w14:paraId="4B38CC6C"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13</w:t>
            </w:r>
          </w:p>
        </w:tc>
        <w:tc>
          <w:tcPr>
            <w:tcW w:w="2376" w:type="dxa"/>
            <w:tcBorders>
              <w:bottom w:val="single" w:sz="4" w:space="0" w:color="auto"/>
            </w:tcBorders>
            <w:tcMar>
              <w:top w:w="55" w:type="dxa"/>
              <w:left w:w="75" w:type="dxa"/>
              <w:bottom w:w="55" w:type="dxa"/>
              <w:right w:w="75" w:type="dxa"/>
            </w:tcMar>
            <w:vAlign w:val="center"/>
          </w:tcPr>
          <w:p w14:paraId="5D0717CF"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8</w:t>
            </w:r>
          </w:p>
        </w:tc>
        <w:tc>
          <w:tcPr>
            <w:tcW w:w="2376" w:type="dxa"/>
            <w:tcBorders>
              <w:bottom w:val="single" w:sz="4" w:space="0" w:color="auto"/>
            </w:tcBorders>
            <w:tcMar>
              <w:top w:w="55" w:type="dxa"/>
              <w:left w:w="75" w:type="dxa"/>
              <w:bottom w:w="55" w:type="dxa"/>
              <w:right w:w="75" w:type="dxa"/>
            </w:tcMar>
            <w:vAlign w:val="center"/>
          </w:tcPr>
          <w:p w14:paraId="74295276"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0.424716660362269</w:t>
            </w:r>
          </w:p>
        </w:tc>
        <w:tc>
          <w:tcPr>
            <w:tcW w:w="2376" w:type="dxa"/>
            <w:tcBorders>
              <w:bottom w:val="single" w:sz="4" w:space="0" w:color="auto"/>
            </w:tcBorders>
            <w:tcMar>
              <w:top w:w="55" w:type="dxa"/>
              <w:left w:w="75" w:type="dxa"/>
              <w:bottom w:w="55" w:type="dxa"/>
              <w:right w:w="75" w:type="dxa"/>
            </w:tcMar>
            <w:vAlign w:val="center"/>
          </w:tcPr>
          <w:p w14:paraId="704D792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27.0</w:t>
            </w:r>
          </w:p>
        </w:tc>
        <w:tc>
          <w:tcPr>
            <w:tcW w:w="2376" w:type="dxa"/>
            <w:tcBorders>
              <w:bottom w:val="single" w:sz="4" w:space="0" w:color="auto"/>
            </w:tcBorders>
            <w:tcMar>
              <w:top w:w="55" w:type="dxa"/>
              <w:left w:w="75" w:type="dxa"/>
              <w:bottom w:w="55" w:type="dxa"/>
              <w:right w:w="75" w:type="dxa"/>
            </w:tcMar>
            <w:vAlign w:val="center"/>
          </w:tcPr>
          <w:p w14:paraId="672D5914" w14:textId="77777777" w:rsidR="00923354" w:rsidRPr="008628DB" w:rsidRDefault="00000000" w:rsidP="008628DB">
            <w:pPr>
              <w:spacing w:after="0" w:line="240" w:lineRule="auto"/>
              <w:jc w:val="center"/>
              <w:rPr>
                <w:rFonts w:ascii="Times New Roman" w:hAnsi="Times New Roman" w:cs="Times New Roman"/>
                <w:sz w:val="16"/>
                <w:szCs w:val="16"/>
              </w:rPr>
            </w:pPr>
            <w:r w:rsidRPr="008628DB">
              <w:rPr>
                <w:rFonts w:ascii="Times New Roman" w:hAnsi="Times New Roman" w:cs="Times New Roman"/>
                <w:sz w:val="16"/>
                <w:szCs w:val="16"/>
              </w:rPr>
              <w:t>0.33324300009438923</w:t>
            </w:r>
          </w:p>
        </w:tc>
      </w:tr>
    </w:tbl>
    <w:p w14:paraId="302839E9" w14:textId="77777777" w:rsidR="008628DB" w:rsidRDefault="008628DB" w:rsidP="008628DB">
      <w:pPr>
        <w:rPr>
          <w:rFonts w:ascii="Times New Roman" w:hAnsi="Times New Roman" w:cs="Times New Roman"/>
          <w:b/>
          <w:bCs/>
          <w:sz w:val="21"/>
          <w:szCs w:val="21"/>
          <w:lang w:eastAsia="zh-CN"/>
        </w:rPr>
      </w:pPr>
    </w:p>
    <w:p w14:paraId="59742088" w14:textId="77777777" w:rsidR="008628DB" w:rsidRDefault="008628DB" w:rsidP="008628DB">
      <w:pPr>
        <w:rPr>
          <w:rFonts w:ascii="Times New Roman" w:hAnsi="Times New Roman" w:cs="Times New Roman"/>
          <w:b/>
          <w:bCs/>
          <w:sz w:val="21"/>
          <w:szCs w:val="21"/>
          <w:lang w:eastAsia="zh-CN"/>
        </w:rPr>
      </w:pPr>
    </w:p>
    <w:p w14:paraId="3F02372D" w14:textId="77777777" w:rsidR="008628DB" w:rsidRDefault="008628DB" w:rsidP="008628DB">
      <w:pPr>
        <w:rPr>
          <w:rFonts w:ascii="Times New Roman" w:hAnsi="Times New Roman" w:cs="Times New Roman"/>
          <w:b/>
          <w:bCs/>
          <w:sz w:val="21"/>
          <w:szCs w:val="21"/>
          <w:lang w:eastAsia="zh-CN"/>
        </w:rPr>
      </w:pPr>
    </w:p>
    <w:p w14:paraId="7E87A531" w14:textId="77777777" w:rsidR="008628DB" w:rsidRDefault="008628DB" w:rsidP="008628DB">
      <w:pPr>
        <w:rPr>
          <w:rFonts w:ascii="Times New Roman" w:hAnsi="Times New Roman" w:cs="Times New Roman"/>
          <w:b/>
          <w:bCs/>
          <w:sz w:val="21"/>
          <w:szCs w:val="21"/>
          <w:lang w:eastAsia="zh-CN"/>
        </w:rPr>
      </w:pPr>
    </w:p>
    <w:p w14:paraId="0E488352" w14:textId="77777777" w:rsidR="008628DB" w:rsidRDefault="008628DB" w:rsidP="008628DB">
      <w:pPr>
        <w:rPr>
          <w:rFonts w:ascii="Times New Roman" w:hAnsi="Times New Roman" w:cs="Times New Roman"/>
          <w:b/>
          <w:bCs/>
          <w:sz w:val="21"/>
          <w:szCs w:val="21"/>
          <w:lang w:eastAsia="zh-CN"/>
        </w:rPr>
      </w:pPr>
    </w:p>
    <w:p w14:paraId="4B71A5A7" w14:textId="0EE2A0C8" w:rsidR="00923354" w:rsidRDefault="00000000">
      <w:r w:rsidRPr="008628DB">
        <w:rPr>
          <w:rFonts w:ascii="Times New Roman" w:hAnsi="Times New Roman" w:cs="Times New Roman"/>
          <w:b/>
          <w:bCs/>
          <w:sz w:val="21"/>
          <w:szCs w:val="21"/>
        </w:rPr>
        <w:lastRenderedPageBreak/>
        <w:t>S11c pooled adjusted model</w:t>
      </w:r>
    </w:p>
    <w:tbl>
      <w:tblPr>
        <w:tblW w:w="0" w:type="auto"/>
        <w:jc w:val="center"/>
        <w:tblLook w:val="04A0" w:firstRow="1" w:lastRow="0" w:firstColumn="1" w:lastColumn="0" w:noHBand="0" w:noVBand="1"/>
      </w:tblPr>
      <w:tblGrid>
        <w:gridCol w:w="2851"/>
        <w:gridCol w:w="2851"/>
        <w:gridCol w:w="2851"/>
        <w:gridCol w:w="2851"/>
        <w:gridCol w:w="2851"/>
      </w:tblGrid>
      <w:tr w:rsidR="00923354" w14:paraId="769927E4" w14:textId="77777777" w:rsidTr="008628DB">
        <w:trPr>
          <w:cantSplit/>
          <w:jc w:val="center"/>
        </w:trPr>
        <w:tc>
          <w:tcPr>
            <w:tcW w:w="2851" w:type="dxa"/>
            <w:tcBorders>
              <w:top w:val="single" w:sz="4" w:space="0" w:color="auto"/>
              <w:bottom w:val="single" w:sz="4" w:space="0" w:color="auto"/>
            </w:tcBorders>
            <w:tcMar>
              <w:top w:w="55" w:type="dxa"/>
              <w:left w:w="75" w:type="dxa"/>
              <w:bottom w:w="55" w:type="dxa"/>
              <w:right w:w="75" w:type="dxa"/>
            </w:tcMar>
          </w:tcPr>
          <w:p w14:paraId="61ECD5C7"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term</w:t>
            </w:r>
          </w:p>
        </w:tc>
        <w:tc>
          <w:tcPr>
            <w:tcW w:w="2851" w:type="dxa"/>
            <w:tcBorders>
              <w:top w:val="single" w:sz="4" w:space="0" w:color="auto"/>
              <w:bottom w:val="single" w:sz="4" w:space="0" w:color="auto"/>
            </w:tcBorders>
            <w:tcMar>
              <w:top w:w="55" w:type="dxa"/>
              <w:left w:w="75" w:type="dxa"/>
              <w:bottom w:w="55" w:type="dxa"/>
              <w:right w:w="75" w:type="dxa"/>
            </w:tcMar>
          </w:tcPr>
          <w:p w14:paraId="55D21287"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beta</w:t>
            </w:r>
          </w:p>
        </w:tc>
        <w:tc>
          <w:tcPr>
            <w:tcW w:w="2851" w:type="dxa"/>
            <w:tcBorders>
              <w:top w:val="single" w:sz="4" w:space="0" w:color="auto"/>
              <w:bottom w:val="single" w:sz="4" w:space="0" w:color="auto"/>
            </w:tcBorders>
            <w:tcMar>
              <w:top w:w="55" w:type="dxa"/>
              <w:left w:w="75" w:type="dxa"/>
              <w:bottom w:w="55" w:type="dxa"/>
              <w:right w:w="75" w:type="dxa"/>
            </w:tcMar>
          </w:tcPr>
          <w:p w14:paraId="771D99B5"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SE_HC3</w:t>
            </w:r>
          </w:p>
        </w:tc>
        <w:tc>
          <w:tcPr>
            <w:tcW w:w="2851" w:type="dxa"/>
            <w:tcBorders>
              <w:top w:val="single" w:sz="4" w:space="0" w:color="auto"/>
              <w:bottom w:val="single" w:sz="4" w:space="0" w:color="auto"/>
            </w:tcBorders>
            <w:tcMar>
              <w:top w:w="55" w:type="dxa"/>
              <w:left w:w="75" w:type="dxa"/>
              <w:bottom w:w="55" w:type="dxa"/>
              <w:right w:w="75" w:type="dxa"/>
            </w:tcMar>
          </w:tcPr>
          <w:p w14:paraId="459EBEB2"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p_HC3</w:t>
            </w:r>
          </w:p>
        </w:tc>
        <w:tc>
          <w:tcPr>
            <w:tcW w:w="2851" w:type="dxa"/>
            <w:tcBorders>
              <w:top w:val="single" w:sz="4" w:space="0" w:color="auto"/>
              <w:bottom w:val="single" w:sz="4" w:space="0" w:color="auto"/>
            </w:tcBorders>
            <w:tcMar>
              <w:top w:w="55" w:type="dxa"/>
              <w:left w:w="75" w:type="dxa"/>
              <w:bottom w:w="55" w:type="dxa"/>
              <w:right w:w="75" w:type="dxa"/>
            </w:tcMar>
          </w:tcPr>
          <w:p w14:paraId="76069BEF"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adjusted_R2_model</w:t>
            </w:r>
          </w:p>
        </w:tc>
      </w:tr>
      <w:tr w:rsidR="00923354" w14:paraId="67DFD0B8" w14:textId="77777777" w:rsidTr="008628DB">
        <w:trPr>
          <w:cantSplit/>
          <w:jc w:val="center"/>
        </w:trPr>
        <w:tc>
          <w:tcPr>
            <w:tcW w:w="2851" w:type="dxa"/>
            <w:tcBorders>
              <w:top w:val="single" w:sz="4" w:space="0" w:color="auto"/>
            </w:tcBorders>
            <w:tcMar>
              <w:top w:w="55" w:type="dxa"/>
              <w:left w:w="75" w:type="dxa"/>
              <w:bottom w:w="55" w:type="dxa"/>
              <w:right w:w="75" w:type="dxa"/>
            </w:tcMar>
            <w:vAlign w:val="center"/>
          </w:tcPr>
          <w:p w14:paraId="6C9C50A2"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Intercept</w:t>
            </w:r>
          </w:p>
        </w:tc>
        <w:tc>
          <w:tcPr>
            <w:tcW w:w="2851" w:type="dxa"/>
            <w:tcBorders>
              <w:top w:val="single" w:sz="4" w:space="0" w:color="auto"/>
            </w:tcBorders>
            <w:tcMar>
              <w:top w:w="55" w:type="dxa"/>
              <w:left w:w="75" w:type="dxa"/>
              <w:bottom w:w="55" w:type="dxa"/>
              <w:right w:w="75" w:type="dxa"/>
            </w:tcMar>
            <w:vAlign w:val="center"/>
          </w:tcPr>
          <w:p w14:paraId="43CE4BF7"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-0.2874351533319288</w:t>
            </w:r>
          </w:p>
        </w:tc>
        <w:tc>
          <w:tcPr>
            <w:tcW w:w="2851" w:type="dxa"/>
            <w:tcBorders>
              <w:top w:val="single" w:sz="4" w:space="0" w:color="auto"/>
            </w:tcBorders>
            <w:tcMar>
              <w:top w:w="55" w:type="dxa"/>
              <w:left w:w="75" w:type="dxa"/>
              <w:bottom w:w="55" w:type="dxa"/>
              <w:right w:w="75" w:type="dxa"/>
            </w:tcMar>
            <w:vAlign w:val="center"/>
          </w:tcPr>
          <w:p w14:paraId="5C4518F9"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0.1854025044176443</w:t>
            </w:r>
          </w:p>
        </w:tc>
        <w:tc>
          <w:tcPr>
            <w:tcW w:w="2851" w:type="dxa"/>
            <w:tcBorders>
              <w:top w:val="single" w:sz="4" w:space="0" w:color="auto"/>
            </w:tcBorders>
            <w:tcMar>
              <w:top w:w="55" w:type="dxa"/>
              <w:left w:w="75" w:type="dxa"/>
              <w:bottom w:w="55" w:type="dxa"/>
              <w:right w:w="75" w:type="dxa"/>
            </w:tcMar>
            <w:vAlign w:val="center"/>
          </w:tcPr>
          <w:p w14:paraId="61DBE4EB"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0.12763118205188306</w:t>
            </w:r>
          </w:p>
        </w:tc>
        <w:tc>
          <w:tcPr>
            <w:tcW w:w="2851" w:type="dxa"/>
            <w:tcBorders>
              <w:top w:val="single" w:sz="4" w:space="0" w:color="auto"/>
            </w:tcBorders>
            <w:tcMar>
              <w:top w:w="55" w:type="dxa"/>
              <w:left w:w="75" w:type="dxa"/>
              <w:bottom w:w="55" w:type="dxa"/>
              <w:right w:w="75" w:type="dxa"/>
            </w:tcMar>
            <w:vAlign w:val="center"/>
          </w:tcPr>
          <w:p w14:paraId="4BE9EAC1"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0.30598037496020913</w:t>
            </w:r>
          </w:p>
        </w:tc>
      </w:tr>
      <w:tr w:rsidR="00923354" w14:paraId="23ACEAE9" w14:textId="77777777">
        <w:trPr>
          <w:cantSplit/>
          <w:jc w:val="center"/>
        </w:trPr>
        <w:tc>
          <w:tcPr>
            <w:tcW w:w="2851" w:type="dxa"/>
            <w:tcMar>
              <w:top w:w="55" w:type="dxa"/>
              <w:left w:w="75" w:type="dxa"/>
              <w:bottom w:w="55" w:type="dxa"/>
              <w:right w:w="75" w:type="dxa"/>
            </w:tcMar>
            <w:vAlign w:val="center"/>
          </w:tcPr>
          <w:p w14:paraId="1056FE2F"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response</w:t>
            </w:r>
          </w:p>
        </w:tc>
        <w:tc>
          <w:tcPr>
            <w:tcW w:w="2851" w:type="dxa"/>
            <w:tcMar>
              <w:top w:w="55" w:type="dxa"/>
              <w:left w:w="75" w:type="dxa"/>
              <w:bottom w:w="55" w:type="dxa"/>
              <w:right w:w="75" w:type="dxa"/>
            </w:tcMar>
            <w:vAlign w:val="center"/>
          </w:tcPr>
          <w:p w14:paraId="746214A8"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0.5338081419021536</w:t>
            </w:r>
          </w:p>
        </w:tc>
        <w:tc>
          <w:tcPr>
            <w:tcW w:w="2851" w:type="dxa"/>
            <w:tcMar>
              <w:top w:w="55" w:type="dxa"/>
              <w:left w:w="75" w:type="dxa"/>
              <w:bottom w:w="55" w:type="dxa"/>
              <w:right w:w="75" w:type="dxa"/>
            </w:tcMar>
            <w:vAlign w:val="center"/>
          </w:tcPr>
          <w:p w14:paraId="71BF6B16"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0.24644184860442583</w:t>
            </w:r>
          </w:p>
        </w:tc>
        <w:tc>
          <w:tcPr>
            <w:tcW w:w="2851" w:type="dxa"/>
            <w:tcMar>
              <w:top w:w="55" w:type="dxa"/>
              <w:left w:w="75" w:type="dxa"/>
              <w:bottom w:w="55" w:type="dxa"/>
              <w:right w:w="75" w:type="dxa"/>
            </w:tcMar>
            <w:vAlign w:val="center"/>
          </w:tcPr>
          <w:p w14:paraId="577C2726"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0.03530378752533845</w:t>
            </w:r>
          </w:p>
        </w:tc>
        <w:tc>
          <w:tcPr>
            <w:tcW w:w="2851" w:type="dxa"/>
            <w:tcMar>
              <w:top w:w="55" w:type="dxa"/>
              <w:left w:w="75" w:type="dxa"/>
              <w:bottom w:w="55" w:type="dxa"/>
              <w:right w:w="75" w:type="dxa"/>
            </w:tcMar>
            <w:vAlign w:val="center"/>
          </w:tcPr>
          <w:p w14:paraId="50F6B5E5"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0.30598037496020913</w:t>
            </w:r>
          </w:p>
        </w:tc>
      </w:tr>
      <w:tr w:rsidR="00923354" w14:paraId="716D52B5" w14:textId="77777777" w:rsidTr="008628DB">
        <w:trPr>
          <w:cantSplit/>
          <w:jc w:val="center"/>
        </w:trPr>
        <w:tc>
          <w:tcPr>
            <w:tcW w:w="2851" w:type="dxa"/>
            <w:tcMar>
              <w:top w:w="55" w:type="dxa"/>
              <w:left w:w="75" w:type="dxa"/>
              <w:bottom w:w="55" w:type="dxa"/>
              <w:right w:w="75" w:type="dxa"/>
            </w:tcMar>
            <w:vAlign w:val="center"/>
          </w:tcPr>
          <w:p w14:paraId="3BBCA285"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proxy_z_cohort</w:t>
            </w:r>
          </w:p>
        </w:tc>
        <w:tc>
          <w:tcPr>
            <w:tcW w:w="2851" w:type="dxa"/>
            <w:tcMar>
              <w:top w:w="55" w:type="dxa"/>
              <w:left w:w="75" w:type="dxa"/>
              <w:bottom w:w="55" w:type="dxa"/>
              <w:right w:w="75" w:type="dxa"/>
            </w:tcMar>
            <w:vAlign w:val="center"/>
          </w:tcPr>
          <w:p w14:paraId="4EB392CB"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0.5012143825274067</w:t>
            </w:r>
          </w:p>
        </w:tc>
        <w:tc>
          <w:tcPr>
            <w:tcW w:w="2851" w:type="dxa"/>
            <w:tcMar>
              <w:top w:w="55" w:type="dxa"/>
              <w:left w:w="75" w:type="dxa"/>
              <w:bottom w:w="55" w:type="dxa"/>
              <w:right w:w="75" w:type="dxa"/>
            </w:tcMar>
            <w:vAlign w:val="center"/>
          </w:tcPr>
          <w:p w14:paraId="5A1364B7"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0.12174167437845124</w:t>
            </w:r>
          </w:p>
        </w:tc>
        <w:tc>
          <w:tcPr>
            <w:tcW w:w="2851" w:type="dxa"/>
            <w:tcMar>
              <w:top w:w="55" w:type="dxa"/>
              <w:left w:w="75" w:type="dxa"/>
              <w:bottom w:w="55" w:type="dxa"/>
              <w:right w:w="75" w:type="dxa"/>
            </w:tcMar>
            <w:vAlign w:val="center"/>
          </w:tcPr>
          <w:p w14:paraId="350B9AB2"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0.00015022686797414798</w:t>
            </w:r>
          </w:p>
        </w:tc>
        <w:tc>
          <w:tcPr>
            <w:tcW w:w="2851" w:type="dxa"/>
            <w:tcMar>
              <w:top w:w="55" w:type="dxa"/>
              <w:left w:w="75" w:type="dxa"/>
              <w:bottom w:w="55" w:type="dxa"/>
              <w:right w:w="75" w:type="dxa"/>
            </w:tcMar>
            <w:vAlign w:val="center"/>
          </w:tcPr>
          <w:p w14:paraId="193A6CD1"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0.30598037496020913</w:t>
            </w:r>
          </w:p>
        </w:tc>
      </w:tr>
      <w:tr w:rsidR="00923354" w14:paraId="297F565B" w14:textId="77777777" w:rsidTr="008628DB">
        <w:trPr>
          <w:cantSplit/>
          <w:jc w:val="center"/>
        </w:trPr>
        <w:tc>
          <w:tcPr>
            <w:tcW w:w="2851" w:type="dxa"/>
            <w:tcBorders>
              <w:bottom w:val="single" w:sz="4" w:space="0" w:color="auto"/>
            </w:tcBorders>
            <w:tcMar>
              <w:top w:w="55" w:type="dxa"/>
              <w:left w:w="75" w:type="dxa"/>
              <w:bottom w:w="55" w:type="dxa"/>
              <w:right w:w="75" w:type="dxa"/>
            </w:tcMar>
            <w:vAlign w:val="center"/>
          </w:tcPr>
          <w:p w14:paraId="0A0AE038"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cohort_GSE247185</w:t>
            </w:r>
          </w:p>
        </w:tc>
        <w:tc>
          <w:tcPr>
            <w:tcW w:w="2851" w:type="dxa"/>
            <w:tcBorders>
              <w:bottom w:val="single" w:sz="4" w:space="0" w:color="auto"/>
            </w:tcBorders>
            <w:tcMar>
              <w:top w:w="55" w:type="dxa"/>
              <w:left w:w="75" w:type="dxa"/>
              <w:bottom w:w="55" w:type="dxa"/>
              <w:right w:w="75" w:type="dxa"/>
            </w:tcMar>
            <w:vAlign w:val="center"/>
          </w:tcPr>
          <w:p w14:paraId="5E487E90"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-0.041062164761704045</w:t>
            </w:r>
          </w:p>
        </w:tc>
        <w:tc>
          <w:tcPr>
            <w:tcW w:w="2851" w:type="dxa"/>
            <w:tcBorders>
              <w:bottom w:val="single" w:sz="4" w:space="0" w:color="auto"/>
            </w:tcBorders>
            <w:tcMar>
              <w:top w:w="55" w:type="dxa"/>
              <w:left w:w="75" w:type="dxa"/>
              <w:bottom w:w="55" w:type="dxa"/>
              <w:right w:w="75" w:type="dxa"/>
            </w:tcMar>
            <w:vAlign w:val="center"/>
          </w:tcPr>
          <w:p w14:paraId="1E2C3953"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0.2724055621640514</w:t>
            </w:r>
          </w:p>
        </w:tc>
        <w:tc>
          <w:tcPr>
            <w:tcW w:w="2851" w:type="dxa"/>
            <w:tcBorders>
              <w:bottom w:val="single" w:sz="4" w:space="0" w:color="auto"/>
            </w:tcBorders>
            <w:tcMar>
              <w:top w:w="55" w:type="dxa"/>
              <w:left w:w="75" w:type="dxa"/>
              <w:bottom w:w="55" w:type="dxa"/>
              <w:right w:w="75" w:type="dxa"/>
            </w:tcMar>
            <w:vAlign w:val="center"/>
          </w:tcPr>
          <w:p w14:paraId="219FE4EB"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0.8808132385512217</w:t>
            </w:r>
          </w:p>
        </w:tc>
        <w:tc>
          <w:tcPr>
            <w:tcW w:w="2851" w:type="dxa"/>
            <w:tcBorders>
              <w:bottom w:val="single" w:sz="4" w:space="0" w:color="auto"/>
            </w:tcBorders>
            <w:tcMar>
              <w:top w:w="55" w:type="dxa"/>
              <w:left w:w="75" w:type="dxa"/>
              <w:bottom w:w="55" w:type="dxa"/>
              <w:right w:w="75" w:type="dxa"/>
            </w:tcMar>
            <w:vAlign w:val="center"/>
          </w:tcPr>
          <w:p w14:paraId="0E1DD4F4"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0.30598037496020913</w:t>
            </w:r>
          </w:p>
        </w:tc>
      </w:tr>
    </w:tbl>
    <w:p w14:paraId="44A67398" w14:textId="77777777" w:rsidR="008628DB" w:rsidRDefault="008628DB" w:rsidP="008628DB">
      <w:pPr>
        <w:rPr>
          <w:lang w:eastAsia="zh-CN"/>
        </w:rPr>
      </w:pPr>
    </w:p>
    <w:p w14:paraId="1520A000" w14:textId="10FC932A" w:rsidR="00923354" w:rsidRPr="008628DB" w:rsidRDefault="00000000" w:rsidP="008628DB">
      <w:pPr>
        <w:rPr>
          <w:rFonts w:ascii="Times New Roman" w:hAnsi="Times New Roman" w:cs="Times New Roman"/>
          <w:b/>
          <w:bCs/>
        </w:rPr>
      </w:pPr>
      <w:r w:rsidRPr="008628DB">
        <w:rPr>
          <w:rFonts w:ascii="Times New Roman" w:hAnsi="Times New Roman" w:cs="Times New Roman"/>
          <w:b/>
          <w:bCs/>
        </w:rPr>
        <w:t>S11d signature coverage</w:t>
      </w:r>
    </w:p>
    <w:tbl>
      <w:tblPr>
        <w:tblW w:w="0" w:type="auto"/>
        <w:jc w:val="center"/>
        <w:tblLook w:val="04A0" w:firstRow="1" w:lastRow="0" w:firstColumn="1" w:lastColumn="0" w:noHBand="0" w:noVBand="1"/>
      </w:tblPr>
      <w:tblGrid>
        <w:gridCol w:w="3564"/>
        <w:gridCol w:w="3564"/>
        <w:gridCol w:w="3564"/>
        <w:gridCol w:w="3564"/>
      </w:tblGrid>
      <w:tr w:rsidR="00923354" w14:paraId="1B44B142" w14:textId="77777777" w:rsidTr="008628DB">
        <w:trPr>
          <w:cantSplit/>
          <w:jc w:val="center"/>
        </w:trPr>
        <w:tc>
          <w:tcPr>
            <w:tcW w:w="3564" w:type="dxa"/>
            <w:tcBorders>
              <w:top w:val="single" w:sz="4" w:space="0" w:color="auto"/>
              <w:bottom w:val="single" w:sz="4" w:space="0" w:color="auto"/>
            </w:tcBorders>
            <w:tcMar>
              <w:top w:w="55" w:type="dxa"/>
              <w:left w:w="75" w:type="dxa"/>
              <w:bottom w:w="55" w:type="dxa"/>
              <w:right w:w="75" w:type="dxa"/>
            </w:tcMar>
          </w:tcPr>
          <w:p w14:paraId="615E9AB6"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cohort</w:t>
            </w:r>
          </w:p>
        </w:tc>
        <w:tc>
          <w:tcPr>
            <w:tcW w:w="3564" w:type="dxa"/>
            <w:tcBorders>
              <w:top w:val="single" w:sz="4" w:space="0" w:color="auto"/>
              <w:bottom w:val="single" w:sz="4" w:space="0" w:color="auto"/>
            </w:tcBorders>
            <w:tcMar>
              <w:top w:w="55" w:type="dxa"/>
              <w:left w:w="75" w:type="dxa"/>
              <w:bottom w:w="55" w:type="dxa"/>
              <w:right w:w="75" w:type="dxa"/>
            </w:tcMar>
          </w:tcPr>
          <w:p w14:paraId="0562194E"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core_genes_present</w:t>
            </w:r>
          </w:p>
        </w:tc>
        <w:tc>
          <w:tcPr>
            <w:tcW w:w="3564" w:type="dxa"/>
            <w:tcBorders>
              <w:top w:val="single" w:sz="4" w:space="0" w:color="auto"/>
              <w:bottom w:val="single" w:sz="4" w:space="0" w:color="auto"/>
            </w:tcBorders>
            <w:tcMar>
              <w:top w:w="55" w:type="dxa"/>
              <w:left w:w="75" w:type="dxa"/>
              <w:bottom w:w="55" w:type="dxa"/>
              <w:right w:w="75" w:type="dxa"/>
            </w:tcMar>
          </w:tcPr>
          <w:p w14:paraId="1F716901"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basal_proxy_genes_present</w:t>
            </w:r>
          </w:p>
        </w:tc>
        <w:tc>
          <w:tcPr>
            <w:tcW w:w="3564" w:type="dxa"/>
            <w:tcBorders>
              <w:top w:val="single" w:sz="4" w:space="0" w:color="auto"/>
              <w:bottom w:val="single" w:sz="4" w:space="0" w:color="auto"/>
            </w:tcBorders>
            <w:tcMar>
              <w:top w:w="55" w:type="dxa"/>
              <w:left w:w="75" w:type="dxa"/>
              <w:bottom w:w="55" w:type="dxa"/>
              <w:right w:w="75" w:type="dxa"/>
            </w:tcMar>
          </w:tcPr>
          <w:p w14:paraId="5CD61085" w14:textId="77777777" w:rsidR="00923354" w:rsidRPr="008628DB" w:rsidRDefault="00000000" w:rsidP="008628DB">
            <w:pPr>
              <w:spacing w:after="0" w:line="240" w:lineRule="auto"/>
              <w:jc w:val="center"/>
              <w:rPr>
                <w:rFonts w:ascii="Times New Roman" w:hAnsi="Times New Roman" w:cs="Times New Roman"/>
                <w:b/>
                <w:sz w:val="16"/>
                <w:szCs w:val="16"/>
              </w:rPr>
            </w:pPr>
            <w:r w:rsidRPr="008628DB">
              <w:rPr>
                <w:rFonts w:ascii="Times New Roman" w:hAnsi="Times New Roman" w:cs="Times New Roman"/>
                <w:b/>
                <w:sz w:val="16"/>
                <w:szCs w:val="16"/>
              </w:rPr>
              <w:t>luminal_proxy_genes_present</w:t>
            </w:r>
          </w:p>
        </w:tc>
      </w:tr>
      <w:tr w:rsidR="00923354" w14:paraId="4C9E9F90" w14:textId="77777777" w:rsidTr="008628DB">
        <w:trPr>
          <w:cantSplit/>
          <w:jc w:val="center"/>
        </w:trPr>
        <w:tc>
          <w:tcPr>
            <w:tcW w:w="3564" w:type="dxa"/>
            <w:tcBorders>
              <w:top w:val="single" w:sz="4" w:space="0" w:color="auto"/>
            </w:tcBorders>
            <w:tcMar>
              <w:top w:w="55" w:type="dxa"/>
              <w:left w:w="75" w:type="dxa"/>
              <w:bottom w:w="55" w:type="dxa"/>
              <w:right w:w="75" w:type="dxa"/>
            </w:tcMar>
            <w:vAlign w:val="center"/>
          </w:tcPr>
          <w:p w14:paraId="3550FCE1"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GSE212810</w:t>
            </w:r>
          </w:p>
        </w:tc>
        <w:tc>
          <w:tcPr>
            <w:tcW w:w="3564" w:type="dxa"/>
            <w:tcBorders>
              <w:top w:val="single" w:sz="4" w:space="0" w:color="auto"/>
            </w:tcBorders>
            <w:tcMar>
              <w:top w:w="55" w:type="dxa"/>
              <w:left w:w="75" w:type="dxa"/>
              <w:bottom w:w="55" w:type="dxa"/>
              <w:right w:w="75" w:type="dxa"/>
            </w:tcMar>
            <w:vAlign w:val="center"/>
          </w:tcPr>
          <w:p w14:paraId="7F021DA6"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20</w:t>
            </w:r>
          </w:p>
        </w:tc>
        <w:tc>
          <w:tcPr>
            <w:tcW w:w="3564" w:type="dxa"/>
            <w:tcBorders>
              <w:top w:val="single" w:sz="4" w:space="0" w:color="auto"/>
            </w:tcBorders>
            <w:tcMar>
              <w:top w:w="55" w:type="dxa"/>
              <w:left w:w="75" w:type="dxa"/>
              <w:bottom w:w="55" w:type="dxa"/>
              <w:right w:w="75" w:type="dxa"/>
            </w:tcMar>
            <w:vAlign w:val="center"/>
          </w:tcPr>
          <w:p w14:paraId="0F386850"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6</w:t>
            </w:r>
          </w:p>
        </w:tc>
        <w:tc>
          <w:tcPr>
            <w:tcW w:w="3564" w:type="dxa"/>
            <w:tcBorders>
              <w:top w:val="single" w:sz="4" w:space="0" w:color="auto"/>
            </w:tcBorders>
            <w:tcMar>
              <w:top w:w="55" w:type="dxa"/>
              <w:left w:w="75" w:type="dxa"/>
              <w:bottom w:w="55" w:type="dxa"/>
              <w:right w:w="75" w:type="dxa"/>
            </w:tcMar>
            <w:vAlign w:val="center"/>
          </w:tcPr>
          <w:p w14:paraId="0206740C"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7</w:t>
            </w:r>
          </w:p>
        </w:tc>
      </w:tr>
      <w:tr w:rsidR="00923354" w14:paraId="42075C77" w14:textId="77777777" w:rsidTr="008628DB">
        <w:trPr>
          <w:cantSplit/>
          <w:jc w:val="center"/>
        </w:trPr>
        <w:tc>
          <w:tcPr>
            <w:tcW w:w="3564" w:type="dxa"/>
            <w:tcBorders>
              <w:bottom w:val="single" w:sz="4" w:space="0" w:color="auto"/>
            </w:tcBorders>
            <w:tcMar>
              <w:top w:w="55" w:type="dxa"/>
              <w:left w:w="75" w:type="dxa"/>
              <w:bottom w:w="55" w:type="dxa"/>
              <w:right w:w="75" w:type="dxa"/>
            </w:tcMar>
            <w:vAlign w:val="center"/>
          </w:tcPr>
          <w:p w14:paraId="7C5C41C9"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GSE247185</w:t>
            </w:r>
          </w:p>
        </w:tc>
        <w:tc>
          <w:tcPr>
            <w:tcW w:w="3564" w:type="dxa"/>
            <w:tcBorders>
              <w:bottom w:val="single" w:sz="4" w:space="0" w:color="auto"/>
            </w:tcBorders>
            <w:tcMar>
              <w:top w:w="55" w:type="dxa"/>
              <w:left w:w="75" w:type="dxa"/>
              <w:bottom w:w="55" w:type="dxa"/>
              <w:right w:w="75" w:type="dxa"/>
            </w:tcMar>
            <w:vAlign w:val="center"/>
          </w:tcPr>
          <w:p w14:paraId="7A54B121"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20</w:t>
            </w:r>
          </w:p>
        </w:tc>
        <w:tc>
          <w:tcPr>
            <w:tcW w:w="3564" w:type="dxa"/>
            <w:tcBorders>
              <w:bottom w:val="single" w:sz="4" w:space="0" w:color="auto"/>
            </w:tcBorders>
            <w:tcMar>
              <w:top w:w="55" w:type="dxa"/>
              <w:left w:w="75" w:type="dxa"/>
              <w:bottom w:w="55" w:type="dxa"/>
              <w:right w:w="75" w:type="dxa"/>
            </w:tcMar>
            <w:vAlign w:val="center"/>
          </w:tcPr>
          <w:p w14:paraId="1E1C3B99"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6</w:t>
            </w:r>
          </w:p>
        </w:tc>
        <w:tc>
          <w:tcPr>
            <w:tcW w:w="3564" w:type="dxa"/>
            <w:tcBorders>
              <w:bottom w:val="single" w:sz="4" w:space="0" w:color="auto"/>
            </w:tcBorders>
            <w:tcMar>
              <w:top w:w="55" w:type="dxa"/>
              <w:left w:w="75" w:type="dxa"/>
              <w:bottom w:w="55" w:type="dxa"/>
              <w:right w:w="75" w:type="dxa"/>
            </w:tcMar>
            <w:vAlign w:val="center"/>
          </w:tcPr>
          <w:p w14:paraId="3C2712C1"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t>7</w:t>
            </w:r>
          </w:p>
        </w:tc>
      </w:tr>
    </w:tbl>
    <w:p w14:paraId="2F731FB7" w14:textId="77777777" w:rsidR="00923354" w:rsidRPr="008628DB" w:rsidRDefault="00000000" w:rsidP="008628DB">
      <w:pPr>
        <w:spacing w:after="0" w:line="240" w:lineRule="auto"/>
        <w:jc w:val="center"/>
        <w:rPr>
          <w:rFonts w:ascii="Times New Roman" w:hAnsi="Times New Roman" w:cs="Times New Roman"/>
          <w:bCs/>
          <w:sz w:val="16"/>
          <w:szCs w:val="16"/>
        </w:rPr>
      </w:pPr>
      <w:r w:rsidRPr="008628DB">
        <w:rPr>
          <w:rFonts w:ascii="Times New Roman" w:hAnsi="Times New Roman" w:cs="Times New Roman"/>
          <w:bCs/>
          <w:sz w:val="16"/>
          <w:szCs w:val="16"/>
        </w:rPr>
        <w:br w:type="page"/>
      </w:r>
    </w:p>
    <w:p w14:paraId="6E948B31" w14:textId="77777777" w:rsidR="00923354" w:rsidRPr="0075586B" w:rsidRDefault="00000000" w:rsidP="0075586B">
      <w:pPr>
        <w:jc w:val="center"/>
        <w:rPr>
          <w:rFonts w:ascii="Times New Roman" w:hAnsi="Times New Roman" w:cs="Times New Roman"/>
          <w:b/>
          <w:bCs/>
          <w:sz w:val="21"/>
          <w:szCs w:val="21"/>
        </w:rPr>
      </w:pPr>
      <w:r w:rsidRPr="0075586B">
        <w:rPr>
          <w:rFonts w:ascii="Times New Roman" w:hAnsi="Times New Roman" w:cs="Times New Roman"/>
          <w:b/>
          <w:bCs/>
          <w:sz w:val="21"/>
          <w:szCs w:val="21"/>
        </w:rPr>
        <w:lastRenderedPageBreak/>
        <w:t>Table S12. Dataset inclusion and exclusion audit</w:t>
      </w:r>
    </w:p>
    <w:tbl>
      <w:tblPr>
        <w:tblW w:w="0" w:type="auto"/>
        <w:jc w:val="center"/>
        <w:tblLook w:val="04A0" w:firstRow="1" w:lastRow="0" w:firstColumn="1" w:lastColumn="0" w:noHBand="0" w:noVBand="1"/>
      </w:tblPr>
      <w:tblGrid>
        <w:gridCol w:w="2694"/>
        <w:gridCol w:w="2268"/>
        <w:gridCol w:w="3260"/>
        <w:gridCol w:w="6034"/>
      </w:tblGrid>
      <w:tr w:rsidR="00923354" w:rsidRPr="008628DB" w14:paraId="2A6DE51E" w14:textId="77777777" w:rsidTr="00D623BD">
        <w:trPr>
          <w:cantSplit/>
          <w:jc w:val="center"/>
        </w:trPr>
        <w:tc>
          <w:tcPr>
            <w:tcW w:w="2694" w:type="dxa"/>
            <w:tcBorders>
              <w:top w:val="single" w:sz="4" w:space="0" w:color="auto"/>
              <w:bottom w:val="single" w:sz="4" w:space="0" w:color="auto"/>
            </w:tcBorders>
            <w:tcMar>
              <w:top w:w="55" w:type="dxa"/>
              <w:left w:w="75" w:type="dxa"/>
              <w:bottom w:w="55" w:type="dxa"/>
              <w:right w:w="75" w:type="dxa"/>
            </w:tcMar>
            <w:vAlign w:val="center"/>
          </w:tcPr>
          <w:p w14:paraId="6368AF24"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b/>
                <w:sz w:val="16"/>
              </w:rPr>
              <w:t>dataset</w:t>
            </w:r>
          </w:p>
        </w:tc>
        <w:tc>
          <w:tcPr>
            <w:tcW w:w="2268" w:type="dxa"/>
            <w:tcBorders>
              <w:top w:val="single" w:sz="4" w:space="0" w:color="auto"/>
              <w:bottom w:val="single" w:sz="4" w:space="0" w:color="auto"/>
            </w:tcBorders>
            <w:tcMar>
              <w:top w:w="55" w:type="dxa"/>
              <w:left w:w="75" w:type="dxa"/>
              <w:bottom w:w="55" w:type="dxa"/>
              <w:right w:w="75" w:type="dxa"/>
            </w:tcMar>
            <w:vAlign w:val="center"/>
          </w:tcPr>
          <w:p w14:paraId="4213DAC2"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b/>
                <w:sz w:val="16"/>
              </w:rPr>
              <w:t>included_in_final_analysis</w:t>
            </w:r>
          </w:p>
        </w:tc>
        <w:tc>
          <w:tcPr>
            <w:tcW w:w="3260" w:type="dxa"/>
            <w:tcBorders>
              <w:top w:val="single" w:sz="4" w:space="0" w:color="auto"/>
              <w:bottom w:val="single" w:sz="4" w:space="0" w:color="auto"/>
            </w:tcBorders>
            <w:tcMar>
              <w:top w:w="55" w:type="dxa"/>
              <w:left w:w="75" w:type="dxa"/>
              <w:bottom w:w="55" w:type="dxa"/>
              <w:right w:w="75" w:type="dxa"/>
            </w:tcMar>
            <w:vAlign w:val="center"/>
          </w:tcPr>
          <w:p w14:paraId="0EBC26C9"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b/>
                <w:sz w:val="16"/>
              </w:rPr>
              <w:t>final analytical role</w:t>
            </w:r>
          </w:p>
        </w:tc>
        <w:tc>
          <w:tcPr>
            <w:tcW w:w="6034" w:type="dxa"/>
            <w:tcBorders>
              <w:top w:val="single" w:sz="4" w:space="0" w:color="auto"/>
              <w:bottom w:val="single" w:sz="4" w:space="0" w:color="auto"/>
            </w:tcBorders>
            <w:tcMar>
              <w:top w:w="55" w:type="dxa"/>
              <w:left w:w="75" w:type="dxa"/>
              <w:bottom w:w="55" w:type="dxa"/>
              <w:right w:w="75" w:type="dxa"/>
            </w:tcMar>
            <w:vAlign w:val="center"/>
          </w:tcPr>
          <w:p w14:paraId="6328AC7B"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b/>
                <w:sz w:val="16"/>
              </w:rPr>
              <w:t>reason / constraint</w:t>
            </w:r>
          </w:p>
        </w:tc>
      </w:tr>
      <w:tr w:rsidR="00923354" w:rsidRPr="008628DB" w14:paraId="6024FD5C" w14:textId="77777777" w:rsidTr="00D623BD">
        <w:trPr>
          <w:cantSplit/>
          <w:jc w:val="center"/>
        </w:trPr>
        <w:tc>
          <w:tcPr>
            <w:tcW w:w="2694" w:type="dxa"/>
            <w:tcBorders>
              <w:top w:val="single" w:sz="4" w:space="0" w:color="auto"/>
            </w:tcBorders>
            <w:tcMar>
              <w:top w:w="55" w:type="dxa"/>
              <w:left w:w="75" w:type="dxa"/>
              <w:bottom w:w="55" w:type="dxa"/>
              <w:right w:w="75" w:type="dxa"/>
            </w:tcMar>
            <w:vAlign w:val="center"/>
          </w:tcPr>
          <w:p w14:paraId="54FB8218"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GSE192575/GSM5751918-19</w:t>
            </w:r>
          </w:p>
        </w:tc>
        <w:tc>
          <w:tcPr>
            <w:tcW w:w="2268" w:type="dxa"/>
            <w:tcBorders>
              <w:top w:val="single" w:sz="4" w:space="0" w:color="auto"/>
            </w:tcBorders>
            <w:tcMar>
              <w:top w:w="55" w:type="dxa"/>
              <w:left w:w="75" w:type="dxa"/>
              <w:bottom w:w="55" w:type="dxa"/>
              <w:right w:w="75" w:type="dxa"/>
            </w:tcMar>
            <w:vAlign w:val="center"/>
          </w:tcPr>
          <w:p w14:paraId="4FBAB686"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No</w:t>
            </w:r>
          </w:p>
        </w:tc>
        <w:tc>
          <w:tcPr>
            <w:tcW w:w="3260" w:type="dxa"/>
            <w:tcBorders>
              <w:top w:val="single" w:sz="4" w:space="0" w:color="auto"/>
            </w:tcBorders>
            <w:tcMar>
              <w:top w:w="55" w:type="dxa"/>
              <w:left w:w="75" w:type="dxa"/>
              <w:bottom w:w="55" w:type="dxa"/>
              <w:right w:w="75" w:type="dxa"/>
            </w:tcMar>
            <w:vAlign w:val="center"/>
          </w:tcPr>
          <w:p w14:paraId="48F90A6C"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Auxiliary context only</w:t>
            </w:r>
          </w:p>
        </w:tc>
        <w:tc>
          <w:tcPr>
            <w:tcW w:w="6034" w:type="dxa"/>
            <w:tcBorders>
              <w:top w:val="single" w:sz="4" w:space="0" w:color="auto"/>
            </w:tcBorders>
            <w:tcMar>
              <w:top w:w="55" w:type="dxa"/>
              <w:left w:w="75" w:type="dxa"/>
              <w:bottom w:w="55" w:type="dxa"/>
              <w:right w:w="75" w:type="dxa"/>
            </w:tcMar>
            <w:vAlign w:val="center"/>
          </w:tcPr>
          <w:p w14:paraId="15119F9D"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One resistant and one sensitive patient; not used for inferential discovery</w:t>
            </w:r>
          </w:p>
        </w:tc>
      </w:tr>
      <w:tr w:rsidR="00923354" w:rsidRPr="008628DB" w14:paraId="0B045579" w14:textId="77777777" w:rsidTr="00D623BD">
        <w:trPr>
          <w:cantSplit/>
          <w:jc w:val="center"/>
        </w:trPr>
        <w:tc>
          <w:tcPr>
            <w:tcW w:w="2694" w:type="dxa"/>
            <w:tcMar>
              <w:top w:w="55" w:type="dxa"/>
              <w:left w:w="75" w:type="dxa"/>
              <w:bottom w:w="55" w:type="dxa"/>
              <w:right w:w="75" w:type="dxa"/>
            </w:tcMar>
            <w:vAlign w:val="center"/>
          </w:tcPr>
          <w:p w14:paraId="06189C86"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GSE169379</w:t>
            </w:r>
          </w:p>
        </w:tc>
        <w:tc>
          <w:tcPr>
            <w:tcW w:w="2268" w:type="dxa"/>
            <w:tcMar>
              <w:top w:w="55" w:type="dxa"/>
              <w:left w:w="75" w:type="dxa"/>
              <w:bottom w:w="55" w:type="dxa"/>
              <w:right w:w="75" w:type="dxa"/>
            </w:tcMar>
            <w:vAlign w:val="center"/>
          </w:tcPr>
          <w:p w14:paraId="79397BF2"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Yes</w:t>
            </w:r>
          </w:p>
        </w:tc>
        <w:tc>
          <w:tcPr>
            <w:tcW w:w="3260" w:type="dxa"/>
            <w:tcMar>
              <w:top w:w="55" w:type="dxa"/>
              <w:left w:w="75" w:type="dxa"/>
              <w:bottom w:w="55" w:type="dxa"/>
              <w:right w:w="75" w:type="dxa"/>
            </w:tcMar>
            <w:vAlign w:val="center"/>
          </w:tcPr>
          <w:p w14:paraId="2D54E6C1"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Cellular attribution</w:t>
            </w:r>
          </w:p>
        </w:tc>
        <w:tc>
          <w:tcPr>
            <w:tcW w:w="6034" w:type="dxa"/>
            <w:tcMar>
              <w:top w:w="55" w:type="dxa"/>
              <w:left w:w="75" w:type="dxa"/>
              <w:bottom w:w="55" w:type="dxa"/>
              <w:right w:w="75" w:type="dxa"/>
            </w:tcMar>
            <w:vAlign w:val="center"/>
          </w:tcPr>
          <w:p w14:paraId="2D254CE9"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Treatment-naive single-nucleus cohort without patient-level NAC response labels</w:t>
            </w:r>
          </w:p>
        </w:tc>
      </w:tr>
      <w:tr w:rsidR="00923354" w:rsidRPr="008628DB" w14:paraId="44D3EC8E" w14:textId="77777777" w:rsidTr="00D623BD">
        <w:trPr>
          <w:cantSplit/>
          <w:jc w:val="center"/>
        </w:trPr>
        <w:tc>
          <w:tcPr>
            <w:tcW w:w="2694" w:type="dxa"/>
            <w:tcMar>
              <w:top w:w="55" w:type="dxa"/>
              <w:left w:w="75" w:type="dxa"/>
              <w:bottom w:w="55" w:type="dxa"/>
              <w:right w:w="75" w:type="dxa"/>
            </w:tcMar>
            <w:vAlign w:val="center"/>
          </w:tcPr>
          <w:p w14:paraId="404FB9BB"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GSE247185</w:t>
            </w:r>
          </w:p>
        </w:tc>
        <w:tc>
          <w:tcPr>
            <w:tcW w:w="2268" w:type="dxa"/>
            <w:tcMar>
              <w:top w:w="55" w:type="dxa"/>
              <w:left w:w="75" w:type="dxa"/>
              <w:bottom w:w="55" w:type="dxa"/>
              <w:right w:w="75" w:type="dxa"/>
            </w:tcMar>
            <w:vAlign w:val="center"/>
          </w:tcPr>
          <w:p w14:paraId="4D950C4E"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Yes</w:t>
            </w:r>
          </w:p>
        </w:tc>
        <w:tc>
          <w:tcPr>
            <w:tcW w:w="3260" w:type="dxa"/>
            <w:tcMar>
              <w:top w:w="55" w:type="dxa"/>
              <w:left w:w="75" w:type="dxa"/>
              <w:bottom w:w="55" w:type="dxa"/>
              <w:right w:w="75" w:type="dxa"/>
            </w:tcMar>
            <w:vAlign w:val="center"/>
          </w:tcPr>
          <w:p w14:paraId="6A05F037"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Second clinical response cohort</w:t>
            </w:r>
          </w:p>
        </w:tc>
        <w:tc>
          <w:tcPr>
            <w:tcW w:w="6034" w:type="dxa"/>
            <w:tcMar>
              <w:top w:w="55" w:type="dxa"/>
              <w:left w:w="75" w:type="dxa"/>
              <w:bottom w:w="55" w:type="dxa"/>
              <w:right w:w="75" w:type="dxa"/>
            </w:tcMar>
            <w:vAlign w:val="center"/>
          </w:tcPr>
          <w:p w14:paraId="00DD4CB2"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13 pretreatment patients; heterogeneous deposited treatment fields</w:t>
            </w:r>
          </w:p>
        </w:tc>
      </w:tr>
      <w:tr w:rsidR="00923354" w:rsidRPr="008628DB" w14:paraId="6CC464D0" w14:textId="77777777" w:rsidTr="00D623BD">
        <w:trPr>
          <w:cantSplit/>
          <w:jc w:val="center"/>
        </w:trPr>
        <w:tc>
          <w:tcPr>
            <w:tcW w:w="2694" w:type="dxa"/>
            <w:tcMar>
              <w:top w:w="55" w:type="dxa"/>
              <w:left w:w="75" w:type="dxa"/>
              <w:bottom w:w="55" w:type="dxa"/>
              <w:right w:w="75" w:type="dxa"/>
            </w:tcMar>
            <w:vAlign w:val="center"/>
          </w:tcPr>
          <w:p w14:paraId="1126DDA7"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GSE87304</w:t>
            </w:r>
          </w:p>
        </w:tc>
        <w:tc>
          <w:tcPr>
            <w:tcW w:w="2268" w:type="dxa"/>
            <w:tcMar>
              <w:top w:w="55" w:type="dxa"/>
              <w:left w:w="75" w:type="dxa"/>
              <w:bottom w:w="55" w:type="dxa"/>
              <w:right w:w="75" w:type="dxa"/>
            </w:tcMar>
            <w:vAlign w:val="center"/>
          </w:tcPr>
          <w:p w14:paraId="1B121B59"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No</w:t>
            </w:r>
          </w:p>
        </w:tc>
        <w:tc>
          <w:tcPr>
            <w:tcW w:w="3260" w:type="dxa"/>
            <w:tcMar>
              <w:top w:w="55" w:type="dxa"/>
              <w:left w:w="75" w:type="dxa"/>
              <w:bottom w:w="55" w:type="dxa"/>
              <w:right w:w="75" w:type="dxa"/>
            </w:tcMar>
            <w:vAlign w:val="center"/>
          </w:tcPr>
          <w:p w14:paraId="20AFEA58"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Not used as a paired NAC cohort</w:t>
            </w:r>
          </w:p>
        </w:tc>
        <w:tc>
          <w:tcPr>
            <w:tcW w:w="6034" w:type="dxa"/>
            <w:tcMar>
              <w:top w:w="55" w:type="dxa"/>
              <w:left w:w="75" w:type="dxa"/>
              <w:bottom w:w="55" w:type="dxa"/>
              <w:right w:w="75" w:type="dxa"/>
            </w:tcMar>
            <w:vAlign w:val="center"/>
          </w:tcPr>
          <w:p w14:paraId="17BDF09D"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Reliable patient-level pairing with GSE124305 could not be established</w:t>
            </w:r>
          </w:p>
        </w:tc>
      </w:tr>
      <w:tr w:rsidR="00923354" w:rsidRPr="008628DB" w14:paraId="7718E764" w14:textId="77777777" w:rsidTr="00D623BD">
        <w:trPr>
          <w:cantSplit/>
          <w:jc w:val="center"/>
        </w:trPr>
        <w:tc>
          <w:tcPr>
            <w:tcW w:w="2694" w:type="dxa"/>
            <w:tcBorders>
              <w:bottom w:val="single" w:sz="4" w:space="0" w:color="auto"/>
            </w:tcBorders>
            <w:tcMar>
              <w:top w:w="55" w:type="dxa"/>
              <w:left w:w="75" w:type="dxa"/>
              <w:bottom w:w="55" w:type="dxa"/>
              <w:right w:w="75" w:type="dxa"/>
            </w:tcMar>
            <w:vAlign w:val="center"/>
          </w:tcPr>
          <w:p w14:paraId="455C7F17" w14:textId="77777777" w:rsidR="00923354" w:rsidRPr="008628DB" w:rsidRDefault="00000000" w:rsidP="008628DB">
            <w:pPr>
              <w:spacing w:after="0" w:line="240" w:lineRule="auto"/>
              <w:jc w:val="center"/>
              <w:rPr>
                <w:rFonts w:ascii="Times New Roman" w:hAnsi="Times New Roman" w:cs="Times New Roman"/>
              </w:rPr>
            </w:pPr>
            <w:r w:rsidRPr="008628DB">
              <w:rPr>
                <w:rFonts w:ascii="Times New Roman" w:hAnsi="Times New Roman" w:cs="Times New Roman"/>
                <w:sz w:val="16"/>
              </w:rPr>
              <w:t>GSE124305</w:t>
            </w:r>
          </w:p>
        </w:tc>
        <w:tc>
          <w:tcPr>
            <w:tcW w:w="2268" w:type="dxa"/>
            <w:tcBorders>
              <w:bottom w:val="single" w:sz="4" w:space="0" w:color="auto"/>
            </w:tcBorders>
            <w:tcMar>
              <w:top w:w="55" w:type="dxa"/>
              <w:left w:w="75" w:type="dxa"/>
              <w:bottom w:w="55" w:type="dxa"/>
              <w:right w:w="75" w:type="dxa"/>
            </w:tcMar>
            <w:vAlign w:val="center"/>
          </w:tcPr>
          <w:p w14:paraId="0884750B"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No</w:t>
            </w:r>
          </w:p>
        </w:tc>
        <w:tc>
          <w:tcPr>
            <w:tcW w:w="3260" w:type="dxa"/>
            <w:tcBorders>
              <w:bottom w:val="single" w:sz="4" w:space="0" w:color="auto"/>
            </w:tcBorders>
            <w:tcMar>
              <w:top w:w="55" w:type="dxa"/>
              <w:left w:w="75" w:type="dxa"/>
              <w:bottom w:w="55" w:type="dxa"/>
              <w:right w:w="75" w:type="dxa"/>
            </w:tcMar>
            <w:vAlign w:val="center"/>
          </w:tcPr>
          <w:p w14:paraId="5C8AD8BF"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Not used as a paired NAC cohort</w:t>
            </w:r>
          </w:p>
        </w:tc>
        <w:tc>
          <w:tcPr>
            <w:tcW w:w="6034" w:type="dxa"/>
            <w:tcBorders>
              <w:bottom w:val="single" w:sz="4" w:space="0" w:color="auto"/>
            </w:tcBorders>
            <w:tcMar>
              <w:top w:w="55" w:type="dxa"/>
              <w:left w:w="75" w:type="dxa"/>
              <w:bottom w:w="55" w:type="dxa"/>
              <w:right w:w="75" w:type="dxa"/>
            </w:tcMar>
            <w:vAlign w:val="center"/>
          </w:tcPr>
          <w:p w14:paraId="55AA089A" w14:textId="77777777" w:rsidR="00C3518B" w:rsidRPr="008628DB" w:rsidRDefault="00000000" w:rsidP="008628DB">
            <w:pPr>
              <w:spacing w:after="0"/>
              <w:jc w:val="center"/>
              <w:rPr>
                <w:rFonts w:ascii="Times New Roman" w:hAnsi="Times New Roman" w:cs="Times New Roman"/>
              </w:rPr>
            </w:pPr>
            <w:r w:rsidRPr="008628DB">
              <w:rPr>
                <w:rFonts w:ascii="Times New Roman" w:hAnsi="Times New Roman" w:cs="Times New Roman"/>
                <w:sz w:val="16"/>
              </w:rPr>
              <w:t>Reliable patient-level pairing with GSE87304 could not be established</w:t>
            </w:r>
          </w:p>
        </w:tc>
      </w:tr>
    </w:tbl>
    <w:p w14:paraId="1171D34E" w14:textId="77777777" w:rsidR="00923354" w:rsidRPr="008628DB" w:rsidRDefault="00000000">
      <w:pPr>
        <w:rPr>
          <w:rFonts w:ascii="Times New Roman" w:hAnsi="Times New Roman" w:cs="Times New Roman"/>
        </w:rPr>
      </w:pPr>
      <w:r w:rsidRPr="008628DB">
        <w:rPr>
          <w:rFonts w:ascii="Times New Roman" w:hAnsi="Times New Roman" w:cs="Times New Roman"/>
        </w:rPr>
        <w:br w:type="page"/>
      </w:r>
    </w:p>
    <w:p w14:paraId="56C40112" w14:textId="77777777" w:rsidR="00923354" w:rsidRPr="0075586B" w:rsidRDefault="00000000" w:rsidP="0075586B">
      <w:pPr>
        <w:jc w:val="center"/>
        <w:rPr>
          <w:rFonts w:ascii="Times New Roman" w:hAnsi="Times New Roman" w:cs="Times New Roman"/>
          <w:b/>
          <w:bCs/>
          <w:sz w:val="21"/>
          <w:szCs w:val="21"/>
        </w:rPr>
      </w:pPr>
      <w:r w:rsidRPr="0075586B">
        <w:rPr>
          <w:rFonts w:ascii="Times New Roman" w:hAnsi="Times New Roman" w:cs="Times New Roman"/>
          <w:b/>
          <w:bCs/>
          <w:sz w:val="21"/>
          <w:szCs w:val="21"/>
        </w:rPr>
        <w:lastRenderedPageBreak/>
        <w:t>Table S13. Software versions, thresholds and principal parameters</w:t>
      </w:r>
    </w:p>
    <w:tbl>
      <w:tblPr>
        <w:tblW w:w="0" w:type="auto"/>
        <w:jc w:val="center"/>
        <w:tblLook w:val="04A0" w:firstRow="1" w:lastRow="0" w:firstColumn="1" w:lastColumn="0" w:noHBand="0" w:noVBand="1"/>
      </w:tblPr>
      <w:tblGrid>
        <w:gridCol w:w="1544"/>
        <w:gridCol w:w="5272"/>
        <w:gridCol w:w="3465"/>
        <w:gridCol w:w="3975"/>
      </w:tblGrid>
      <w:tr w:rsidR="00923354" w14:paraId="4B47827A" w14:textId="77777777" w:rsidTr="008628DB">
        <w:trPr>
          <w:cantSplit/>
          <w:jc w:val="center"/>
        </w:trPr>
        <w:tc>
          <w:tcPr>
            <w:tcW w:w="1560" w:type="dxa"/>
            <w:tcBorders>
              <w:top w:val="single" w:sz="4" w:space="0" w:color="auto"/>
              <w:bottom w:val="single" w:sz="4" w:space="0" w:color="auto"/>
            </w:tcBorders>
            <w:tcMar>
              <w:top w:w="55" w:type="dxa"/>
              <w:left w:w="75" w:type="dxa"/>
              <w:bottom w:w="55" w:type="dxa"/>
              <w:right w:w="75" w:type="dxa"/>
            </w:tcMar>
            <w:vAlign w:val="center"/>
          </w:tcPr>
          <w:p w14:paraId="532AD466" w14:textId="77777777" w:rsidR="00923354" w:rsidRDefault="00000000" w:rsidP="0075586B">
            <w:pPr>
              <w:spacing w:after="0" w:line="300" w:lineRule="auto"/>
              <w:jc w:val="center"/>
            </w:pPr>
            <w:r>
              <w:rPr>
                <w:b/>
                <w:sz w:val="16"/>
              </w:rPr>
              <w:t>component</w:t>
            </w:r>
          </w:p>
        </w:tc>
        <w:tc>
          <w:tcPr>
            <w:tcW w:w="5387" w:type="dxa"/>
            <w:tcBorders>
              <w:top w:val="single" w:sz="4" w:space="0" w:color="auto"/>
              <w:bottom w:val="single" w:sz="4" w:space="0" w:color="auto"/>
            </w:tcBorders>
            <w:tcMar>
              <w:top w:w="55" w:type="dxa"/>
              <w:left w:w="75" w:type="dxa"/>
              <w:bottom w:w="55" w:type="dxa"/>
              <w:right w:w="75" w:type="dxa"/>
            </w:tcMar>
            <w:vAlign w:val="center"/>
          </w:tcPr>
          <w:p w14:paraId="2D23374E" w14:textId="77777777" w:rsidR="00923354" w:rsidRDefault="00000000" w:rsidP="0075586B">
            <w:pPr>
              <w:spacing w:after="0" w:line="300" w:lineRule="auto"/>
              <w:jc w:val="center"/>
            </w:pPr>
            <w:r>
              <w:rPr>
                <w:b/>
                <w:sz w:val="16"/>
              </w:rPr>
              <w:t>version_or_setting</w:t>
            </w:r>
          </w:p>
        </w:tc>
        <w:tc>
          <w:tcPr>
            <w:tcW w:w="3543" w:type="dxa"/>
            <w:tcBorders>
              <w:top w:val="single" w:sz="4" w:space="0" w:color="auto"/>
              <w:bottom w:val="single" w:sz="4" w:space="0" w:color="auto"/>
            </w:tcBorders>
            <w:tcMar>
              <w:top w:w="55" w:type="dxa"/>
              <w:left w:w="75" w:type="dxa"/>
              <w:bottom w:w="55" w:type="dxa"/>
              <w:right w:w="75" w:type="dxa"/>
            </w:tcMar>
            <w:vAlign w:val="center"/>
          </w:tcPr>
          <w:p w14:paraId="3B0D748B" w14:textId="77777777" w:rsidR="00923354" w:rsidRDefault="00000000" w:rsidP="0075586B">
            <w:pPr>
              <w:spacing w:after="0" w:line="300" w:lineRule="auto"/>
              <w:jc w:val="center"/>
            </w:pPr>
            <w:r>
              <w:rPr>
                <w:b/>
                <w:sz w:val="16"/>
              </w:rPr>
              <w:t>use</w:t>
            </w:r>
          </w:p>
        </w:tc>
        <w:tc>
          <w:tcPr>
            <w:tcW w:w="4050" w:type="dxa"/>
            <w:tcBorders>
              <w:top w:val="single" w:sz="4" w:space="0" w:color="auto"/>
              <w:bottom w:val="single" w:sz="4" w:space="0" w:color="auto"/>
            </w:tcBorders>
            <w:tcMar>
              <w:top w:w="55" w:type="dxa"/>
              <w:left w:w="75" w:type="dxa"/>
              <w:bottom w:w="55" w:type="dxa"/>
              <w:right w:w="75" w:type="dxa"/>
            </w:tcMar>
            <w:vAlign w:val="center"/>
          </w:tcPr>
          <w:p w14:paraId="0E3CBDBC" w14:textId="77777777" w:rsidR="00923354" w:rsidRDefault="00000000" w:rsidP="0075586B">
            <w:pPr>
              <w:spacing w:after="0" w:line="300" w:lineRule="auto"/>
              <w:jc w:val="center"/>
            </w:pPr>
            <w:r>
              <w:rPr>
                <w:b/>
                <w:sz w:val="16"/>
              </w:rPr>
              <w:t>verification_status</w:t>
            </w:r>
          </w:p>
        </w:tc>
      </w:tr>
      <w:tr w:rsidR="00C3518B" w14:paraId="120D082C" w14:textId="77777777" w:rsidTr="008628DB">
        <w:trPr>
          <w:jc w:val="center"/>
        </w:trPr>
        <w:tc>
          <w:tcPr>
            <w:tcW w:w="1560" w:type="dxa"/>
            <w:tcBorders>
              <w:top w:val="single" w:sz="4" w:space="0" w:color="auto"/>
            </w:tcBorders>
            <w:vAlign w:val="center"/>
          </w:tcPr>
          <w:p w14:paraId="11657078"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R</w:t>
            </w:r>
          </w:p>
        </w:tc>
        <w:tc>
          <w:tcPr>
            <w:tcW w:w="5387" w:type="dxa"/>
            <w:tcBorders>
              <w:top w:val="single" w:sz="4" w:space="0" w:color="auto"/>
            </w:tcBorders>
            <w:vAlign w:val="center"/>
          </w:tcPr>
          <w:p w14:paraId="7B985F84"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4.5.1</w:t>
            </w:r>
          </w:p>
        </w:tc>
        <w:tc>
          <w:tcPr>
            <w:tcW w:w="3543" w:type="dxa"/>
            <w:tcBorders>
              <w:top w:val="single" w:sz="4" w:space="0" w:color="auto"/>
            </w:tcBorders>
            <w:vAlign w:val="center"/>
          </w:tcPr>
          <w:p w14:paraId="1F954670"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Primary inferential analyses</w:t>
            </w:r>
          </w:p>
        </w:tc>
        <w:tc>
          <w:tcPr>
            <w:tcW w:w="4050" w:type="dxa"/>
            <w:tcBorders>
              <w:top w:val="single" w:sz="4" w:space="0" w:color="auto"/>
            </w:tcBorders>
            <w:vAlign w:val="center"/>
          </w:tcPr>
          <w:p w14:paraId="3CBBF75A"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Specified in final Methods</w:t>
            </w:r>
          </w:p>
        </w:tc>
      </w:tr>
      <w:tr w:rsidR="00C3518B" w14:paraId="06852189" w14:textId="77777777" w:rsidTr="008628DB">
        <w:trPr>
          <w:jc w:val="center"/>
        </w:trPr>
        <w:tc>
          <w:tcPr>
            <w:tcW w:w="1560" w:type="dxa"/>
            <w:vAlign w:val="center"/>
          </w:tcPr>
          <w:p w14:paraId="18FF369C"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fgsea</w:t>
            </w:r>
          </w:p>
        </w:tc>
        <w:tc>
          <w:tcPr>
            <w:tcW w:w="5387" w:type="dxa"/>
            <w:vAlign w:val="center"/>
          </w:tcPr>
          <w:p w14:paraId="11DEC21C"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version not retained</w:t>
            </w:r>
          </w:p>
        </w:tc>
        <w:tc>
          <w:tcPr>
            <w:tcW w:w="3543" w:type="dxa"/>
            <w:vAlign w:val="center"/>
          </w:tcPr>
          <w:p w14:paraId="29C971EF"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Preranked Hallmark gene-set enrichment analysis</w:t>
            </w:r>
          </w:p>
        </w:tc>
        <w:tc>
          <w:tcPr>
            <w:tcW w:w="4050" w:type="dxa"/>
            <w:vAlign w:val="center"/>
          </w:tcPr>
          <w:p w14:paraId="3024956C"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Package specified in final Methods; exact version not retained</w:t>
            </w:r>
          </w:p>
        </w:tc>
      </w:tr>
      <w:tr w:rsidR="00C3518B" w14:paraId="5FEA1142" w14:textId="77777777" w:rsidTr="008628DB">
        <w:trPr>
          <w:jc w:val="center"/>
        </w:trPr>
        <w:tc>
          <w:tcPr>
            <w:tcW w:w="1560" w:type="dxa"/>
            <w:vAlign w:val="center"/>
          </w:tcPr>
          <w:p w14:paraId="3C643B51"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Seurat</w:t>
            </w:r>
          </w:p>
        </w:tc>
        <w:tc>
          <w:tcPr>
            <w:tcW w:w="5387" w:type="dxa"/>
            <w:vAlign w:val="center"/>
          </w:tcPr>
          <w:p w14:paraId="6C447541"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version not retained</w:t>
            </w:r>
          </w:p>
        </w:tc>
        <w:tc>
          <w:tcPr>
            <w:tcW w:w="3543" w:type="dxa"/>
            <w:vAlign w:val="center"/>
          </w:tcPr>
          <w:p w14:paraId="19532EDC"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Auxiliary single-cell quality control and annotation</w:t>
            </w:r>
          </w:p>
        </w:tc>
        <w:tc>
          <w:tcPr>
            <w:tcW w:w="4050" w:type="dxa"/>
            <w:vAlign w:val="center"/>
          </w:tcPr>
          <w:p w14:paraId="27396525"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Exact version not retained in archived checkpoint</w:t>
            </w:r>
          </w:p>
        </w:tc>
      </w:tr>
      <w:tr w:rsidR="00C3518B" w14:paraId="0B9BF2EF" w14:textId="77777777" w:rsidTr="008628DB">
        <w:trPr>
          <w:jc w:val="center"/>
        </w:trPr>
        <w:tc>
          <w:tcPr>
            <w:tcW w:w="1560" w:type="dxa"/>
            <w:vAlign w:val="center"/>
          </w:tcPr>
          <w:p w14:paraId="31A5027E"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CopyKAT</w:t>
            </w:r>
          </w:p>
        </w:tc>
        <w:tc>
          <w:tcPr>
            <w:tcW w:w="5387" w:type="dxa"/>
            <w:vAlign w:val="center"/>
          </w:tcPr>
          <w:p w14:paraId="225D7CBC"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version not retained</w:t>
            </w:r>
          </w:p>
        </w:tc>
        <w:tc>
          <w:tcPr>
            <w:tcW w:w="3543" w:type="dxa"/>
            <w:vAlign w:val="center"/>
          </w:tcPr>
          <w:p w14:paraId="7786ED6B"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Auxiliary GSE192575 copy-number-state audit</w:t>
            </w:r>
          </w:p>
        </w:tc>
        <w:tc>
          <w:tcPr>
            <w:tcW w:w="4050" w:type="dxa"/>
            <w:vAlign w:val="center"/>
          </w:tcPr>
          <w:p w14:paraId="0E4F19C2"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Exact version not retained in archived checkpoint</w:t>
            </w:r>
          </w:p>
        </w:tc>
      </w:tr>
      <w:tr w:rsidR="00C3518B" w14:paraId="4565C4B8" w14:textId="77777777" w:rsidTr="008628DB">
        <w:trPr>
          <w:jc w:val="center"/>
        </w:trPr>
        <w:tc>
          <w:tcPr>
            <w:tcW w:w="1560" w:type="dxa"/>
            <w:vAlign w:val="center"/>
          </w:tcPr>
          <w:p w14:paraId="78C36AED"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MSigDB Hallmark</w:t>
            </w:r>
          </w:p>
        </w:tc>
        <w:tc>
          <w:tcPr>
            <w:tcW w:w="5387" w:type="dxa"/>
            <w:vAlign w:val="center"/>
          </w:tcPr>
          <w:p w14:paraId="7BE9F776"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2020 collection</w:t>
            </w:r>
          </w:p>
        </w:tc>
        <w:tc>
          <w:tcPr>
            <w:tcW w:w="3543" w:type="dxa"/>
            <w:vAlign w:val="center"/>
          </w:tcPr>
          <w:p w14:paraId="59C76353"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Pathway definitions</w:t>
            </w:r>
          </w:p>
        </w:tc>
        <w:tc>
          <w:tcPr>
            <w:tcW w:w="4050" w:type="dxa"/>
            <w:vAlign w:val="center"/>
          </w:tcPr>
          <w:p w14:paraId="513A51ED"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Verified from analysis records</w:t>
            </w:r>
          </w:p>
        </w:tc>
      </w:tr>
      <w:tr w:rsidR="00C3518B" w14:paraId="439963F5" w14:textId="77777777" w:rsidTr="008628DB">
        <w:trPr>
          <w:jc w:val="center"/>
        </w:trPr>
        <w:tc>
          <w:tcPr>
            <w:tcW w:w="1560" w:type="dxa"/>
            <w:vAlign w:val="center"/>
          </w:tcPr>
          <w:p w14:paraId="6C389597"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Gene-level filtering</w:t>
            </w:r>
          </w:p>
        </w:tc>
        <w:tc>
          <w:tcPr>
            <w:tcW w:w="5387" w:type="dxa"/>
            <w:vAlign w:val="center"/>
          </w:tcPr>
          <w:p w14:paraId="51CFBE63"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GSE212810 count &gt;=10 in &gt;=5 samples; GSE247185 count &gt;=5 in &gt;=3 samples</w:t>
            </w:r>
          </w:p>
        </w:tc>
        <w:tc>
          <w:tcPr>
            <w:tcW w:w="3543" w:type="dxa"/>
            <w:vAlign w:val="center"/>
          </w:tcPr>
          <w:p w14:paraId="29C7B176"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Low-count filtering</w:t>
            </w:r>
          </w:p>
        </w:tc>
        <w:tc>
          <w:tcPr>
            <w:tcW w:w="4050" w:type="dxa"/>
            <w:vAlign w:val="center"/>
          </w:tcPr>
          <w:p w14:paraId="6CEFB902"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r w:rsidR="00C3518B" w14:paraId="52805322" w14:textId="77777777" w:rsidTr="008628DB">
        <w:trPr>
          <w:jc w:val="center"/>
        </w:trPr>
        <w:tc>
          <w:tcPr>
            <w:tcW w:w="1560" w:type="dxa"/>
            <w:vAlign w:val="center"/>
          </w:tcPr>
          <w:p w14:paraId="6E9C8CEF"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Expression scale</w:t>
            </w:r>
          </w:p>
        </w:tc>
        <w:tc>
          <w:tcPr>
            <w:tcW w:w="5387" w:type="dxa"/>
            <w:vAlign w:val="center"/>
          </w:tcPr>
          <w:p w14:paraId="06D7B25A"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log2(CPM + 0.5)</w:t>
            </w:r>
          </w:p>
        </w:tc>
        <w:tc>
          <w:tcPr>
            <w:tcW w:w="3543" w:type="dxa"/>
            <w:vAlign w:val="center"/>
          </w:tcPr>
          <w:p w14:paraId="1BE1CE09"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Bulk response analyses</w:t>
            </w:r>
          </w:p>
        </w:tc>
        <w:tc>
          <w:tcPr>
            <w:tcW w:w="4050" w:type="dxa"/>
            <w:vAlign w:val="center"/>
          </w:tcPr>
          <w:p w14:paraId="40A9F09B"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r w:rsidR="00C3518B" w14:paraId="77DF3978" w14:textId="77777777" w:rsidTr="008628DB">
        <w:trPr>
          <w:jc w:val="center"/>
        </w:trPr>
        <w:tc>
          <w:tcPr>
            <w:tcW w:w="1560" w:type="dxa"/>
            <w:vAlign w:val="center"/>
          </w:tcPr>
          <w:p w14:paraId="20021D9D"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Gene-level test</w:t>
            </w:r>
          </w:p>
        </w:tc>
        <w:tc>
          <w:tcPr>
            <w:tcW w:w="5387" w:type="dxa"/>
            <w:vAlign w:val="center"/>
          </w:tcPr>
          <w:p w14:paraId="0C36D6D9"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 xml:space="preserve">Welch </w:t>
            </w:r>
            <w:proofErr w:type="gramStart"/>
            <w:r w:rsidRPr="008628DB">
              <w:rPr>
                <w:rFonts w:ascii="Times New Roman" w:hAnsi="Times New Roman" w:cs="Times New Roman"/>
                <w:sz w:val="15"/>
                <w:szCs w:val="15"/>
              </w:rPr>
              <w:t>statistics;</w:t>
            </w:r>
            <w:proofErr w:type="gramEnd"/>
            <w:r w:rsidRPr="008628DB">
              <w:rPr>
                <w:rFonts w:ascii="Times New Roman" w:hAnsi="Times New Roman" w:cs="Times New Roman"/>
                <w:sz w:val="15"/>
                <w:szCs w:val="15"/>
              </w:rPr>
              <w:t xml:space="preserve"> two-sided P values converted to signed normal scores</w:t>
            </w:r>
          </w:p>
        </w:tc>
        <w:tc>
          <w:tcPr>
            <w:tcW w:w="3543" w:type="dxa"/>
            <w:vAlign w:val="center"/>
          </w:tcPr>
          <w:p w14:paraId="2EDCE8E6"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Cohort-specific response association</w:t>
            </w:r>
          </w:p>
        </w:tc>
        <w:tc>
          <w:tcPr>
            <w:tcW w:w="4050" w:type="dxa"/>
            <w:vAlign w:val="center"/>
          </w:tcPr>
          <w:p w14:paraId="6BDF7D85"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r w:rsidR="00C3518B" w14:paraId="37E93552" w14:textId="77777777" w:rsidTr="008628DB">
        <w:trPr>
          <w:jc w:val="center"/>
        </w:trPr>
        <w:tc>
          <w:tcPr>
            <w:tcW w:w="1560" w:type="dxa"/>
            <w:vAlign w:val="center"/>
          </w:tcPr>
          <w:p w14:paraId="49ACAED9"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Meta-analysis</w:t>
            </w:r>
          </w:p>
        </w:tc>
        <w:tc>
          <w:tcPr>
            <w:tcW w:w="5387" w:type="dxa"/>
            <w:vAlign w:val="center"/>
          </w:tcPr>
          <w:p w14:paraId="00BC9739"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Directional Stouffer procedure; weights proportional to square root of cohort n</w:t>
            </w:r>
          </w:p>
        </w:tc>
        <w:tc>
          <w:tcPr>
            <w:tcW w:w="3543" w:type="dxa"/>
            <w:vAlign w:val="center"/>
          </w:tcPr>
          <w:p w14:paraId="5E0217C2"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Cross-cohort gene ranking</w:t>
            </w:r>
          </w:p>
        </w:tc>
        <w:tc>
          <w:tcPr>
            <w:tcW w:w="4050" w:type="dxa"/>
            <w:vAlign w:val="center"/>
          </w:tcPr>
          <w:p w14:paraId="11565435"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r w:rsidR="00C3518B" w14:paraId="0755E669" w14:textId="77777777" w:rsidTr="008628DB">
        <w:trPr>
          <w:jc w:val="center"/>
        </w:trPr>
        <w:tc>
          <w:tcPr>
            <w:tcW w:w="1560" w:type="dxa"/>
            <w:vAlign w:val="center"/>
          </w:tcPr>
          <w:p w14:paraId="08AF49E2"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GSEA</w:t>
            </w:r>
          </w:p>
        </w:tc>
        <w:tc>
          <w:tcPr>
            <w:tcW w:w="5387" w:type="dxa"/>
            <w:vAlign w:val="center"/>
          </w:tcPr>
          <w:p w14:paraId="47B21454"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5,000 permutations for the cross-cohort meta-ranking; 3,000 for the GSE247185 cohort-specific analysis</w:t>
            </w:r>
          </w:p>
        </w:tc>
        <w:tc>
          <w:tcPr>
            <w:tcW w:w="3543" w:type="dxa"/>
            <w:vAlign w:val="center"/>
          </w:tcPr>
          <w:p w14:paraId="15C2C152"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Pathway inference</w:t>
            </w:r>
          </w:p>
        </w:tc>
        <w:tc>
          <w:tcPr>
            <w:tcW w:w="4050" w:type="dxa"/>
            <w:vAlign w:val="center"/>
          </w:tcPr>
          <w:p w14:paraId="6B7F225B"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reported permutation resolution</w:t>
            </w:r>
          </w:p>
        </w:tc>
      </w:tr>
      <w:tr w:rsidR="00C3518B" w14:paraId="32ABC970" w14:textId="77777777" w:rsidTr="008628DB">
        <w:trPr>
          <w:jc w:val="center"/>
        </w:trPr>
        <w:tc>
          <w:tcPr>
            <w:tcW w:w="1560" w:type="dxa"/>
            <w:vAlign w:val="center"/>
          </w:tcPr>
          <w:p w14:paraId="05750C76"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Multiple testing</w:t>
            </w:r>
          </w:p>
        </w:tc>
        <w:tc>
          <w:tcPr>
            <w:tcW w:w="5387" w:type="dxa"/>
            <w:vAlign w:val="center"/>
          </w:tcPr>
          <w:p w14:paraId="766BB4D3"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Benjamini-Hochberg FDR</w:t>
            </w:r>
          </w:p>
        </w:tc>
        <w:tc>
          <w:tcPr>
            <w:tcW w:w="3543" w:type="dxa"/>
            <w:vAlign w:val="center"/>
          </w:tcPr>
          <w:p w14:paraId="1D04F811"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Gene-, pathway-, and state-level correction</w:t>
            </w:r>
          </w:p>
        </w:tc>
        <w:tc>
          <w:tcPr>
            <w:tcW w:w="4050" w:type="dxa"/>
            <w:vAlign w:val="center"/>
          </w:tcPr>
          <w:p w14:paraId="62AD6FED"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r w:rsidR="00C3518B" w14:paraId="0A015979" w14:textId="77777777" w:rsidTr="008628DB">
        <w:trPr>
          <w:jc w:val="center"/>
        </w:trPr>
        <w:tc>
          <w:tcPr>
            <w:tcW w:w="1560" w:type="dxa"/>
            <w:vAlign w:val="center"/>
          </w:tcPr>
          <w:p w14:paraId="035BAE93"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Cell-state eligibility</w:t>
            </w:r>
          </w:p>
        </w:tc>
        <w:tc>
          <w:tcPr>
            <w:tcW w:w="5387" w:type="dxa"/>
            <w:vAlign w:val="center"/>
          </w:tcPr>
          <w:p w14:paraId="6F44EB8E"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&gt;=10 nuclei per patient-by-state pseudobulk group; &gt;=8 paired patients</w:t>
            </w:r>
          </w:p>
        </w:tc>
        <w:tc>
          <w:tcPr>
            <w:tcW w:w="3543" w:type="dxa"/>
            <w:vAlign w:val="center"/>
          </w:tcPr>
          <w:p w14:paraId="420DA298"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Patient-level cellular attribution</w:t>
            </w:r>
          </w:p>
        </w:tc>
        <w:tc>
          <w:tcPr>
            <w:tcW w:w="4050" w:type="dxa"/>
            <w:vAlign w:val="center"/>
          </w:tcPr>
          <w:p w14:paraId="20236C60"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r w:rsidR="00C3518B" w14:paraId="4A2E1E70" w14:textId="77777777" w:rsidTr="008628DB">
        <w:trPr>
          <w:jc w:val="center"/>
        </w:trPr>
        <w:tc>
          <w:tcPr>
            <w:tcW w:w="1560" w:type="dxa"/>
            <w:vAlign w:val="center"/>
          </w:tcPr>
          <w:p w14:paraId="70D22C14"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Cell-state test</w:t>
            </w:r>
          </w:p>
        </w:tc>
        <w:tc>
          <w:tcPr>
            <w:tcW w:w="5387" w:type="dxa"/>
            <w:vAlign w:val="center"/>
          </w:tcPr>
          <w:p w14:paraId="49F1F327"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Two-sided Wilcoxon signed-rank test</w:t>
            </w:r>
          </w:p>
        </w:tc>
        <w:tc>
          <w:tcPr>
            <w:tcW w:w="3543" w:type="dxa"/>
            <w:vAlign w:val="center"/>
          </w:tcPr>
          <w:p w14:paraId="6209EA9E"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Within-patient cellular localization</w:t>
            </w:r>
          </w:p>
        </w:tc>
        <w:tc>
          <w:tcPr>
            <w:tcW w:w="4050" w:type="dxa"/>
            <w:vAlign w:val="center"/>
          </w:tcPr>
          <w:p w14:paraId="317AAC3B"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r w:rsidR="00C3518B" w14:paraId="7FD78755" w14:textId="77777777" w:rsidTr="008628DB">
        <w:trPr>
          <w:jc w:val="center"/>
        </w:trPr>
        <w:tc>
          <w:tcPr>
            <w:tcW w:w="1560" w:type="dxa"/>
            <w:tcBorders>
              <w:bottom w:val="single" w:sz="4" w:space="0" w:color="auto"/>
            </w:tcBorders>
            <w:vAlign w:val="center"/>
          </w:tcPr>
          <w:p w14:paraId="665281B5"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Subtype sensitivity</w:t>
            </w:r>
          </w:p>
        </w:tc>
        <w:tc>
          <w:tcPr>
            <w:tcW w:w="5387" w:type="dxa"/>
            <w:tcBorders>
              <w:bottom w:val="single" w:sz="4" w:space="0" w:color="auto"/>
            </w:tcBorders>
            <w:vAlign w:val="center"/>
          </w:tcPr>
          <w:p w14:paraId="0646E07D"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OLS with HC3 robust standard errors and cohort fixed effect</w:t>
            </w:r>
          </w:p>
        </w:tc>
        <w:tc>
          <w:tcPr>
            <w:tcW w:w="3543" w:type="dxa"/>
            <w:tcBorders>
              <w:bottom w:val="single" w:sz="4" w:space="0" w:color="auto"/>
            </w:tcBorders>
            <w:vAlign w:val="center"/>
          </w:tcPr>
          <w:p w14:paraId="681EC5D1"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Pooled basal-minus-luminal proxy sensitivity analysis</w:t>
            </w:r>
          </w:p>
        </w:tc>
        <w:tc>
          <w:tcPr>
            <w:tcW w:w="4050" w:type="dxa"/>
            <w:tcBorders>
              <w:bottom w:val="single" w:sz="4" w:space="0" w:color="auto"/>
            </w:tcBorders>
            <w:vAlign w:val="center"/>
          </w:tcPr>
          <w:p w14:paraId="7F97DBC8" w14:textId="77777777" w:rsidR="00C3518B" w:rsidRPr="008628DB" w:rsidRDefault="00000000" w:rsidP="008628DB">
            <w:pPr>
              <w:spacing w:after="0" w:line="264" w:lineRule="auto"/>
              <w:jc w:val="center"/>
              <w:rPr>
                <w:rFonts w:ascii="Times New Roman" w:hAnsi="Times New Roman" w:cs="Times New Roman"/>
                <w:sz w:val="15"/>
                <w:szCs w:val="15"/>
              </w:rPr>
            </w:pPr>
            <w:r w:rsidRPr="008628DB">
              <w:rPr>
                <w:rFonts w:ascii="Times New Roman" w:hAnsi="Times New Roman" w:cs="Times New Roman"/>
                <w:sz w:val="15"/>
                <w:szCs w:val="15"/>
              </w:rPr>
              <w:t>Matches final Methods</w:t>
            </w:r>
          </w:p>
        </w:tc>
      </w:tr>
    </w:tbl>
    <w:p w14:paraId="0A6FB581" w14:textId="77777777" w:rsidR="00923354" w:rsidRDefault="00923354">
      <w:pPr>
        <w:sectPr w:rsidR="00923354">
          <w:pgSz w:w="15840" w:h="12240" w:orient="landscape"/>
          <w:pgMar w:top="864" w:right="792" w:bottom="864" w:left="792" w:header="720" w:footer="720" w:gutter="0"/>
          <w:cols w:space="720"/>
          <w:docGrid w:linePitch="360"/>
        </w:sectPr>
      </w:pPr>
    </w:p>
    <w:p w14:paraId="0054439E" w14:textId="48A3BD40" w:rsidR="00923354" w:rsidRDefault="00000000" w:rsidP="0075586B">
      <w:pPr>
        <w:jc w:val="center"/>
      </w:pPr>
      <w:r>
        <w:rPr>
          <w:noProof/>
        </w:rPr>
        <w:lastRenderedPageBreak/>
        <w:drawing>
          <wp:inline distT="0" distB="0" distL="0" distR="0" wp14:anchorId="3BB2C79C" wp14:editId="24795AD5">
            <wp:extent cx="4694400" cy="35208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_GSE247185_PCA.png"/>
                    <pic:cNvPicPr/>
                  </pic:nvPicPr>
                  <pic:blipFill>
                    <a:blip r:embed="rId8"/>
                    <a:stretch>
                      <a:fillRect/>
                    </a:stretch>
                  </pic:blipFill>
                  <pic:spPr>
                    <a:xfrm>
                      <a:off x="0" y="0"/>
                      <a:ext cx="4704462" cy="3528347"/>
                    </a:xfrm>
                    <a:prstGeom prst="rect">
                      <a:avLst/>
                    </a:prstGeom>
                  </pic:spPr>
                </pic:pic>
              </a:graphicData>
            </a:graphic>
          </wp:inline>
        </w:drawing>
      </w:r>
    </w:p>
    <w:p w14:paraId="4E8DB2FC" w14:textId="77777777" w:rsidR="0075586B" w:rsidRPr="0075586B" w:rsidRDefault="0075586B" w:rsidP="0075586B">
      <w:pPr>
        <w:jc w:val="center"/>
        <w:rPr>
          <w:rFonts w:ascii="Times New Roman" w:hAnsi="Times New Roman" w:cs="Times New Roman"/>
          <w:b/>
          <w:bCs/>
          <w:sz w:val="21"/>
          <w:szCs w:val="21"/>
        </w:rPr>
      </w:pPr>
      <w:r w:rsidRPr="0075586B">
        <w:rPr>
          <w:rFonts w:ascii="Times New Roman" w:hAnsi="Times New Roman" w:cs="Times New Roman"/>
          <w:b/>
          <w:bCs/>
          <w:sz w:val="21"/>
          <w:szCs w:val="21"/>
        </w:rPr>
        <w:t>Figure S1. GSE247185 expression-space quality control</w:t>
      </w:r>
    </w:p>
    <w:p w14:paraId="0429B191" w14:textId="77777777" w:rsidR="0075586B" w:rsidRDefault="0075586B" w:rsidP="0075586B">
      <w:pPr>
        <w:jc w:val="center"/>
      </w:pPr>
    </w:p>
    <w:sectPr w:rsidR="0075586B" w:rsidSect="00034616">
      <w:pgSz w:w="12240" w:h="15840"/>
      <w:pgMar w:top="1008" w:right="936" w:bottom="100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86F2" w14:textId="77777777" w:rsidR="00197CE9" w:rsidRDefault="00197CE9">
      <w:pPr>
        <w:spacing w:after="0" w:line="240" w:lineRule="auto"/>
      </w:pPr>
      <w:r>
        <w:separator/>
      </w:r>
    </w:p>
  </w:endnote>
  <w:endnote w:type="continuationSeparator" w:id="0">
    <w:p w14:paraId="0D3EE067" w14:textId="77777777" w:rsidR="00197CE9" w:rsidRDefault="0019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2A106" w14:textId="77777777" w:rsidR="00197CE9" w:rsidRDefault="00197CE9">
      <w:pPr>
        <w:spacing w:after="0" w:line="240" w:lineRule="auto"/>
      </w:pPr>
      <w:r>
        <w:separator/>
      </w:r>
    </w:p>
  </w:footnote>
  <w:footnote w:type="continuationSeparator" w:id="0">
    <w:p w14:paraId="017C6EDA" w14:textId="77777777" w:rsidR="00197CE9" w:rsidRDefault="00197C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56515730">
    <w:abstractNumId w:val="8"/>
  </w:num>
  <w:num w:numId="2" w16cid:durableId="336348828">
    <w:abstractNumId w:val="6"/>
  </w:num>
  <w:num w:numId="3" w16cid:durableId="2090885046">
    <w:abstractNumId w:val="5"/>
  </w:num>
  <w:num w:numId="4" w16cid:durableId="1419520870">
    <w:abstractNumId w:val="4"/>
  </w:num>
  <w:num w:numId="5" w16cid:durableId="1443919481">
    <w:abstractNumId w:val="7"/>
  </w:num>
  <w:num w:numId="6" w16cid:durableId="546140439">
    <w:abstractNumId w:val="3"/>
  </w:num>
  <w:num w:numId="7" w16cid:durableId="114377184">
    <w:abstractNumId w:val="2"/>
  </w:num>
  <w:num w:numId="8" w16cid:durableId="717509969">
    <w:abstractNumId w:val="1"/>
  </w:num>
  <w:num w:numId="9" w16cid:durableId="118482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CE9"/>
    <w:rsid w:val="0029639D"/>
    <w:rsid w:val="00314BAB"/>
    <w:rsid w:val="00326F90"/>
    <w:rsid w:val="005110CB"/>
    <w:rsid w:val="0075586B"/>
    <w:rsid w:val="008628DB"/>
    <w:rsid w:val="008C13AB"/>
    <w:rsid w:val="00923354"/>
    <w:rsid w:val="00A45CD6"/>
    <w:rsid w:val="00AA1D8D"/>
    <w:rsid w:val="00B47730"/>
    <w:rsid w:val="00C3518B"/>
    <w:rsid w:val="00C978F9"/>
    <w:rsid w:val="00CB0664"/>
    <w:rsid w:val="00CC1228"/>
    <w:rsid w:val="00D623BD"/>
    <w:rsid w:val="00F913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0C8BF"/>
  <w14:defaultImageDpi w14:val="300"/>
  <w15:docId w15:val="{493E69CB-82D8-7549-BD72-FB61B748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69" w:lineRule="auto"/>
    </w:pPr>
    <w:rPr>
      <w:rFonts w:ascii="Arial" w:hAnsi="Arial"/>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1F4E79"/>
      <w:sz w:val="20"/>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keepNext/>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23</Pages>
  <Words>5409</Words>
  <Characters>36951</Characters>
  <Application>Microsoft Office Word</Application>
  <DocSecurity>0</DocSecurity>
  <Lines>739</Lines>
  <Paragraphs>486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supplementary material for MIBC neoadjuvant response study</dc:title>
  <dc:subject/>
  <dc:creator>python-docx</dc:creator>
  <cp:keywords/>
  <dc:description>generated by python-docx</dc:description>
  <cp:lastModifiedBy>chenjunbo94@aliyun.com</cp:lastModifiedBy>
  <cp:revision>6</cp:revision>
  <dcterms:created xsi:type="dcterms:W3CDTF">2026-08-29T01:26:00Z</dcterms:created>
  <dcterms:modified xsi:type="dcterms:W3CDTF">2026-08-30T13:55:00Z</dcterms:modified>
  <cp:category/>
</cp:coreProperties>
</file>