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AE541" w14:textId="77777777" w:rsidR="00EF13C4" w:rsidRPr="00475EB1" w:rsidRDefault="00000000">
      <w:pPr>
        <w:pStyle w:val="1"/>
        <w:rPr>
          <w:rFonts w:ascii="Times New Roman" w:hAnsi="Times New Roman" w:cs="Times New Roman"/>
          <w:b w:val="0"/>
          <w:bCs w:val="0"/>
          <w:color w:val="000000" w:themeColor="text1"/>
        </w:rPr>
      </w:pPr>
      <w:r w:rsidRPr="00475EB1">
        <w:rPr>
          <w:rFonts w:ascii="Times New Roman" w:hAnsi="Times New Roman" w:cs="Times New Roman"/>
          <w:b w:val="0"/>
          <w:bCs w:val="0"/>
          <w:color w:val="000000" w:themeColor="text1"/>
        </w:rPr>
        <w:t>Supplementary Figure S1. LASSO feature selection</w:t>
      </w:r>
    </w:p>
    <w:p w14:paraId="7A79DEA1" w14:textId="77777777" w:rsidR="00EF13C4" w:rsidRDefault="00000000">
      <w:pPr>
        <w:spacing w:line="240" w:lineRule="auto"/>
      </w:pPr>
      <w:r>
        <w:rPr>
          <w:b/>
        </w:rPr>
        <w:t>A. Ten-fold cross-validation curve</w:t>
      </w:r>
    </w:p>
    <w:p w14:paraId="305EB59C" w14:textId="77777777" w:rsidR="00EF13C4" w:rsidRDefault="00000000">
      <w:pPr>
        <w:jc w:val="center"/>
      </w:pPr>
      <w:r>
        <w:rPr>
          <w:noProof/>
        </w:rPr>
        <w:drawing>
          <wp:inline distT="0" distB="0" distL="0" distR="0" wp14:anchorId="42AA7D72" wp14:editId="219B5C60">
            <wp:extent cx="5989320" cy="44919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9a8dd1eaaee1b55bded26ead5f7835018a23bf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449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9E389" w14:textId="77777777" w:rsidR="00EF13C4" w:rsidRDefault="00000000">
      <w:pPr>
        <w:spacing w:line="240" w:lineRule="auto"/>
      </w:pPr>
      <w:r>
        <w:rPr>
          <w:b/>
        </w:rPr>
        <w:t>B. LASSO coefficient path plot</w:t>
      </w:r>
    </w:p>
    <w:p w14:paraId="22523C47" w14:textId="42F5AA09" w:rsidR="00EF13C4" w:rsidRDefault="00000000" w:rsidP="00475EB1">
      <w:pPr>
        <w:jc w:val="center"/>
      </w:pPr>
      <w:r>
        <w:rPr>
          <w:noProof/>
        </w:rPr>
        <w:lastRenderedPageBreak/>
        <w:drawing>
          <wp:inline distT="0" distB="0" distL="0" distR="0" wp14:anchorId="6033A02C" wp14:editId="379494E5">
            <wp:extent cx="5989320" cy="449199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b28059a6b8082461b32488ea9dbc33f5816c96b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449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47DF2391" w14:textId="77777777" w:rsidR="00EF13C4" w:rsidRPr="00475EB1" w:rsidRDefault="00000000">
      <w:pPr>
        <w:pStyle w:val="1"/>
        <w:rPr>
          <w:rFonts w:ascii="Times New Roman" w:hAnsi="Times New Roman" w:cs="Times New Roman"/>
          <w:b w:val="0"/>
          <w:bCs w:val="0"/>
          <w:color w:val="000000" w:themeColor="text1"/>
        </w:rPr>
      </w:pPr>
      <w:r w:rsidRPr="00475EB1">
        <w:rPr>
          <w:rFonts w:ascii="Times New Roman" w:hAnsi="Times New Roman" w:cs="Times New Roman"/>
          <w:b w:val="0"/>
          <w:bCs w:val="0"/>
          <w:color w:val="000000" w:themeColor="text1"/>
        </w:rPr>
        <w:lastRenderedPageBreak/>
        <w:t>Supplementary Table S2. Non-zero coefficients retained using the λ1se criterion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5069"/>
        <w:gridCol w:w="2116"/>
      </w:tblGrid>
      <w:tr w:rsidR="00EF13C4" w:rsidRPr="00475EB1" w14:paraId="6C2714C2" w14:textId="77777777" w:rsidTr="00475EB1">
        <w:trPr>
          <w:jc w:val="center"/>
        </w:trPr>
        <w:tc>
          <w:tcPr>
            <w:tcW w:w="0" w:type="auto"/>
            <w:vAlign w:val="center"/>
          </w:tcPr>
          <w:p w14:paraId="56645F38" w14:textId="77777777" w:rsidR="00EF13C4" w:rsidRPr="00475EB1" w:rsidRDefault="00000000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b/>
                <w:sz w:val="24"/>
                <w:szCs w:val="24"/>
              </w:rPr>
              <w:t>Predictor level</w:t>
            </w:r>
          </w:p>
        </w:tc>
        <w:tc>
          <w:tcPr>
            <w:tcW w:w="0" w:type="auto"/>
            <w:vAlign w:val="center"/>
          </w:tcPr>
          <w:p w14:paraId="63A5D69C" w14:textId="77777777" w:rsidR="00EF13C4" w:rsidRPr="00475EB1" w:rsidRDefault="00000000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b/>
                <w:sz w:val="24"/>
                <w:szCs w:val="24"/>
              </w:rPr>
              <w:t>LASSO coefficient</w:t>
            </w:r>
          </w:p>
        </w:tc>
      </w:tr>
      <w:tr w:rsidR="00EF13C4" w:rsidRPr="00475EB1" w14:paraId="38746A79" w14:textId="77777777" w:rsidTr="00475EB1">
        <w:trPr>
          <w:jc w:val="center"/>
        </w:trPr>
        <w:tc>
          <w:tcPr>
            <w:tcW w:w="0" w:type="auto"/>
            <w:vAlign w:val="center"/>
          </w:tcPr>
          <w:p w14:paraId="32543A82" w14:textId="77777777" w:rsidR="00EF13C4" w:rsidRPr="00475EB1" w:rsidRDefault="00000000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Recent Child Anxiety: level 4</w:t>
            </w:r>
          </w:p>
        </w:tc>
        <w:tc>
          <w:tcPr>
            <w:tcW w:w="0" w:type="auto"/>
            <w:vAlign w:val="center"/>
          </w:tcPr>
          <w:p w14:paraId="64555395" w14:textId="77777777" w:rsidR="00EF13C4" w:rsidRPr="00475EB1" w:rsidRDefault="00000000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2.6845</w:t>
            </w:r>
          </w:p>
        </w:tc>
      </w:tr>
      <w:tr w:rsidR="00EF13C4" w:rsidRPr="00475EB1" w14:paraId="2DCA8EA4" w14:textId="77777777" w:rsidTr="00475EB1">
        <w:trPr>
          <w:jc w:val="center"/>
        </w:trPr>
        <w:tc>
          <w:tcPr>
            <w:tcW w:w="0" w:type="auto"/>
            <w:vAlign w:val="center"/>
          </w:tcPr>
          <w:p w14:paraId="65257AA6" w14:textId="77777777" w:rsidR="00EF13C4" w:rsidRPr="00475EB1" w:rsidRDefault="00000000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Recent Child Anxiety: level 3</w:t>
            </w:r>
          </w:p>
        </w:tc>
        <w:tc>
          <w:tcPr>
            <w:tcW w:w="0" w:type="auto"/>
            <w:vAlign w:val="center"/>
          </w:tcPr>
          <w:p w14:paraId="69DF1236" w14:textId="77777777" w:rsidR="00EF13C4" w:rsidRPr="00475EB1" w:rsidRDefault="00000000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2.5024</w:t>
            </w:r>
          </w:p>
        </w:tc>
      </w:tr>
      <w:tr w:rsidR="00EF13C4" w:rsidRPr="00475EB1" w14:paraId="755440CA" w14:textId="77777777" w:rsidTr="00475EB1">
        <w:trPr>
          <w:jc w:val="center"/>
        </w:trPr>
        <w:tc>
          <w:tcPr>
            <w:tcW w:w="0" w:type="auto"/>
            <w:vAlign w:val="center"/>
          </w:tcPr>
          <w:p w14:paraId="4ECEE811" w14:textId="77777777" w:rsidR="00EF13C4" w:rsidRPr="00475EB1" w:rsidRDefault="00000000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Family History of Suicide: no evident abnormality</w:t>
            </w:r>
          </w:p>
        </w:tc>
        <w:tc>
          <w:tcPr>
            <w:tcW w:w="0" w:type="auto"/>
            <w:vAlign w:val="center"/>
          </w:tcPr>
          <w:p w14:paraId="72A9C0BE" w14:textId="77777777" w:rsidR="00EF13C4" w:rsidRPr="00475EB1" w:rsidRDefault="00000000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-1.2101</w:t>
            </w:r>
          </w:p>
        </w:tc>
      </w:tr>
      <w:tr w:rsidR="00EF13C4" w:rsidRPr="00475EB1" w14:paraId="1D742E16" w14:textId="77777777" w:rsidTr="00475EB1">
        <w:trPr>
          <w:jc w:val="center"/>
        </w:trPr>
        <w:tc>
          <w:tcPr>
            <w:tcW w:w="0" w:type="auto"/>
            <w:vAlign w:val="center"/>
          </w:tcPr>
          <w:p w14:paraId="3C468AAE" w14:textId="77777777" w:rsidR="00EF13C4" w:rsidRPr="00475EB1" w:rsidRDefault="00000000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Recent Child Anxiety: level 2</w:t>
            </w:r>
          </w:p>
        </w:tc>
        <w:tc>
          <w:tcPr>
            <w:tcW w:w="0" w:type="auto"/>
            <w:vAlign w:val="center"/>
          </w:tcPr>
          <w:p w14:paraId="79431471" w14:textId="77777777" w:rsidR="00EF13C4" w:rsidRPr="00475EB1" w:rsidRDefault="00000000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0.8708</w:t>
            </w:r>
          </w:p>
        </w:tc>
      </w:tr>
      <w:tr w:rsidR="00EF13C4" w:rsidRPr="00475EB1" w14:paraId="750B39A8" w14:textId="77777777" w:rsidTr="00475EB1">
        <w:trPr>
          <w:jc w:val="center"/>
        </w:trPr>
        <w:tc>
          <w:tcPr>
            <w:tcW w:w="0" w:type="auto"/>
            <w:vAlign w:val="center"/>
          </w:tcPr>
          <w:p w14:paraId="0D18BF5D" w14:textId="77777777" w:rsidR="00EF13C4" w:rsidRPr="00475EB1" w:rsidRDefault="00000000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Caregiver Education Level: level 4</w:t>
            </w:r>
          </w:p>
        </w:tc>
        <w:tc>
          <w:tcPr>
            <w:tcW w:w="0" w:type="auto"/>
            <w:vAlign w:val="center"/>
          </w:tcPr>
          <w:p w14:paraId="0971FD33" w14:textId="77777777" w:rsidR="00EF13C4" w:rsidRPr="00475EB1" w:rsidRDefault="00000000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0.6859</w:t>
            </w:r>
          </w:p>
        </w:tc>
      </w:tr>
      <w:tr w:rsidR="00EF13C4" w:rsidRPr="00475EB1" w14:paraId="46CA94C0" w14:textId="77777777" w:rsidTr="00475EB1">
        <w:trPr>
          <w:jc w:val="center"/>
        </w:trPr>
        <w:tc>
          <w:tcPr>
            <w:tcW w:w="0" w:type="auto"/>
            <w:vAlign w:val="center"/>
          </w:tcPr>
          <w:p w14:paraId="4AAFE1B5" w14:textId="77777777" w:rsidR="00EF13C4" w:rsidRPr="00475EB1" w:rsidRDefault="00000000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Somatization: abnormal</w:t>
            </w:r>
          </w:p>
        </w:tc>
        <w:tc>
          <w:tcPr>
            <w:tcW w:w="0" w:type="auto"/>
            <w:vAlign w:val="center"/>
          </w:tcPr>
          <w:p w14:paraId="5872CA5F" w14:textId="77777777" w:rsidR="00EF13C4" w:rsidRPr="00475EB1" w:rsidRDefault="00000000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0.6416</w:t>
            </w:r>
          </w:p>
        </w:tc>
      </w:tr>
      <w:tr w:rsidR="00EF13C4" w:rsidRPr="00475EB1" w14:paraId="3250A235" w14:textId="77777777" w:rsidTr="00475EB1">
        <w:trPr>
          <w:jc w:val="center"/>
        </w:trPr>
        <w:tc>
          <w:tcPr>
            <w:tcW w:w="0" w:type="auto"/>
            <w:vAlign w:val="center"/>
          </w:tcPr>
          <w:p w14:paraId="64B9555A" w14:textId="77777777" w:rsidR="00EF13C4" w:rsidRPr="00475EB1" w:rsidRDefault="00000000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Age Group: 15–18 years</w:t>
            </w:r>
          </w:p>
        </w:tc>
        <w:tc>
          <w:tcPr>
            <w:tcW w:w="0" w:type="auto"/>
            <w:vAlign w:val="center"/>
          </w:tcPr>
          <w:p w14:paraId="350C421A" w14:textId="77777777" w:rsidR="00EF13C4" w:rsidRPr="00475EB1" w:rsidRDefault="00000000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0.4588</w:t>
            </w:r>
          </w:p>
        </w:tc>
      </w:tr>
      <w:tr w:rsidR="00EF13C4" w:rsidRPr="00475EB1" w14:paraId="0DDC6394" w14:textId="77777777" w:rsidTr="00475EB1">
        <w:trPr>
          <w:jc w:val="center"/>
        </w:trPr>
        <w:tc>
          <w:tcPr>
            <w:tcW w:w="0" w:type="auto"/>
            <w:vAlign w:val="center"/>
          </w:tcPr>
          <w:p w14:paraId="5A6B9F06" w14:textId="77777777" w:rsidR="00EF13C4" w:rsidRPr="00475EB1" w:rsidRDefault="00000000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Mood Disorders: abnormal</w:t>
            </w:r>
          </w:p>
        </w:tc>
        <w:tc>
          <w:tcPr>
            <w:tcW w:w="0" w:type="auto"/>
            <w:vAlign w:val="center"/>
          </w:tcPr>
          <w:p w14:paraId="6DC085DD" w14:textId="77777777" w:rsidR="00EF13C4" w:rsidRPr="00475EB1" w:rsidRDefault="00000000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0.3654</w:t>
            </w:r>
          </w:p>
        </w:tc>
      </w:tr>
      <w:tr w:rsidR="00EF13C4" w:rsidRPr="00475EB1" w14:paraId="063640CE" w14:textId="77777777" w:rsidTr="00475EB1">
        <w:trPr>
          <w:jc w:val="center"/>
        </w:trPr>
        <w:tc>
          <w:tcPr>
            <w:tcW w:w="0" w:type="auto"/>
            <w:vAlign w:val="center"/>
          </w:tcPr>
          <w:p w14:paraId="5AE4D4A5" w14:textId="77777777" w:rsidR="00EF13C4" w:rsidRPr="00475EB1" w:rsidRDefault="00000000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Social issues: abnormal</w:t>
            </w:r>
          </w:p>
        </w:tc>
        <w:tc>
          <w:tcPr>
            <w:tcW w:w="0" w:type="auto"/>
            <w:vAlign w:val="center"/>
          </w:tcPr>
          <w:p w14:paraId="17BE9A68" w14:textId="77777777" w:rsidR="00EF13C4" w:rsidRPr="00475EB1" w:rsidRDefault="00000000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0.3551</w:t>
            </w:r>
          </w:p>
        </w:tc>
      </w:tr>
      <w:tr w:rsidR="00EF13C4" w:rsidRPr="00475EB1" w14:paraId="36FD22E5" w14:textId="77777777" w:rsidTr="00475EB1">
        <w:trPr>
          <w:jc w:val="center"/>
        </w:trPr>
        <w:tc>
          <w:tcPr>
            <w:tcW w:w="0" w:type="auto"/>
            <w:vAlign w:val="center"/>
          </w:tcPr>
          <w:p w14:paraId="6A60DB13" w14:textId="77777777" w:rsidR="00EF13C4" w:rsidRPr="00475EB1" w:rsidRDefault="00000000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Weekday Sleep Duration: normal</w:t>
            </w:r>
          </w:p>
        </w:tc>
        <w:tc>
          <w:tcPr>
            <w:tcW w:w="0" w:type="auto"/>
            <w:vAlign w:val="center"/>
          </w:tcPr>
          <w:p w14:paraId="20C1699B" w14:textId="77777777" w:rsidR="00EF13C4" w:rsidRPr="00475EB1" w:rsidRDefault="00000000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-0.2820</w:t>
            </w:r>
          </w:p>
        </w:tc>
      </w:tr>
      <w:tr w:rsidR="00EF13C4" w:rsidRPr="00475EB1" w14:paraId="4C8DFD1F" w14:textId="77777777" w:rsidTr="00475EB1">
        <w:trPr>
          <w:jc w:val="center"/>
        </w:trPr>
        <w:tc>
          <w:tcPr>
            <w:tcW w:w="0" w:type="auto"/>
            <w:vAlign w:val="center"/>
          </w:tcPr>
          <w:p w14:paraId="28307EE3" w14:textId="77777777" w:rsidR="00EF13C4" w:rsidRPr="00475EB1" w:rsidRDefault="00000000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Family Conflict: moderate</w:t>
            </w:r>
          </w:p>
        </w:tc>
        <w:tc>
          <w:tcPr>
            <w:tcW w:w="0" w:type="auto"/>
            <w:vAlign w:val="center"/>
          </w:tcPr>
          <w:p w14:paraId="6780A02E" w14:textId="77777777" w:rsidR="00EF13C4" w:rsidRPr="00475EB1" w:rsidRDefault="00000000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0.2778</w:t>
            </w:r>
          </w:p>
        </w:tc>
      </w:tr>
      <w:tr w:rsidR="00EF13C4" w:rsidRPr="00475EB1" w14:paraId="76A78F28" w14:textId="77777777" w:rsidTr="00475EB1">
        <w:trPr>
          <w:jc w:val="center"/>
        </w:trPr>
        <w:tc>
          <w:tcPr>
            <w:tcW w:w="0" w:type="auto"/>
            <w:vAlign w:val="center"/>
          </w:tcPr>
          <w:p w14:paraId="7E346420" w14:textId="77777777" w:rsidR="00EF13C4" w:rsidRPr="00475EB1" w:rsidRDefault="00000000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Parental Anxiety: severe anxiety</w:t>
            </w:r>
          </w:p>
        </w:tc>
        <w:tc>
          <w:tcPr>
            <w:tcW w:w="0" w:type="auto"/>
            <w:vAlign w:val="center"/>
          </w:tcPr>
          <w:p w14:paraId="3AF225F9" w14:textId="77777777" w:rsidR="00EF13C4" w:rsidRPr="00475EB1" w:rsidRDefault="00000000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0.2389</w:t>
            </w:r>
          </w:p>
        </w:tc>
      </w:tr>
      <w:tr w:rsidR="00EF13C4" w:rsidRPr="00475EB1" w14:paraId="121FE33D" w14:textId="77777777" w:rsidTr="00475EB1">
        <w:trPr>
          <w:jc w:val="center"/>
        </w:trPr>
        <w:tc>
          <w:tcPr>
            <w:tcW w:w="0" w:type="auto"/>
            <w:vAlign w:val="center"/>
          </w:tcPr>
          <w:p w14:paraId="152BD93C" w14:textId="77777777" w:rsidR="00EF13C4" w:rsidRPr="00475EB1" w:rsidRDefault="00000000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Bladder Bowel Dysfunction: present</w:t>
            </w:r>
          </w:p>
        </w:tc>
        <w:tc>
          <w:tcPr>
            <w:tcW w:w="0" w:type="auto"/>
            <w:vAlign w:val="center"/>
          </w:tcPr>
          <w:p w14:paraId="4E399542" w14:textId="77777777" w:rsidR="00EF13C4" w:rsidRPr="00475EB1" w:rsidRDefault="00000000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0.2029</w:t>
            </w:r>
          </w:p>
        </w:tc>
      </w:tr>
      <w:tr w:rsidR="00EF13C4" w:rsidRPr="00475EB1" w14:paraId="4BB959A5" w14:textId="77777777" w:rsidTr="00475EB1">
        <w:trPr>
          <w:jc w:val="center"/>
        </w:trPr>
        <w:tc>
          <w:tcPr>
            <w:tcW w:w="0" w:type="auto"/>
            <w:vAlign w:val="center"/>
          </w:tcPr>
          <w:p w14:paraId="6C5D61F7" w14:textId="77777777" w:rsidR="00EF13C4" w:rsidRPr="00475EB1" w:rsidRDefault="00000000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ODD: abnormal</w:t>
            </w:r>
          </w:p>
        </w:tc>
        <w:tc>
          <w:tcPr>
            <w:tcW w:w="0" w:type="auto"/>
            <w:vAlign w:val="center"/>
          </w:tcPr>
          <w:p w14:paraId="55843385" w14:textId="77777777" w:rsidR="00EF13C4" w:rsidRPr="00475EB1" w:rsidRDefault="00000000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0.2020</w:t>
            </w:r>
          </w:p>
        </w:tc>
      </w:tr>
      <w:tr w:rsidR="00EF13C4" w:rsidRPr="00475EB1" w14:paraId="0256E3C6" w14:textId="77777777" w:rsidTr="00475EB1">
        <w:trPr>
          <w:jc w:val="center"/>
        </w:trPr>
        <w:tc>
          <w:tcPr>
            <w:tcW w:w="0" w:type="auto"/>
            <w:vAlign w:val="center"/>
          </w:tcPr>
          <w:p w14:paraId="20B0F11A" w14:textId="77777777" w:rsidR="00EF13C4" w:rsidRPr="00475EB1" w:rsidRDefault="00000000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Family Cohesion: high</w:t>
            </w:r>
          </w:p>
        </w:tc>
        <w:tc>
          <w:tcPr>
            <w:tcW w:w="0" w:type="auto"/>
            <w:vAlign w:val="center"/>
          </w:tcPr>
          <w:p w14:paraId="3F1E23F9" w14:textId="77777777" w:rsidR="00EF13C4" w:rsidRPr="00475EB1" w:rsidRDefault="00000000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-0.1738</w:t>
            </w:r>
          </w:p>
        </w:tc>
      </w:tr>
      <w:tr w:rsidR="00EF13C4" w:rsidRPr="00475EB1" w14:paraId="705D6FC7" w14:textId="77777777" w:rsidTr="00475EB1">
        <w:trPr>
          <w:jc w:val="center"/>
        </w:trPr>
        <w:tc>
          <w:tcPr>
            <w:tcW w:w="0" w:type="auto"/>
            <w:vAlign w:val="center"/>
          </w:tcPr>
          <w:p w14:paraId="5A6CCE03" w14:textId="77777777" w:rsidR="00EF13C4" w:rsidRPr="00475EB1" w:rsidRDefault="00000000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Daytime sleepiness: abnormal</w:t>
            </w:r>
          </w:p>
        </w:tc>
        <w:tc>
          <w:tcPr>
            <w:tcW w:w="0" w:type="auto"/>
            <w:vAlign w:val="center"/>
          </w:tcPr>
          <w:p w14:paraId="1B2833F1" w14:textId="77777777" w:rsidR="00EF13C4" w:rsidRPr="00475EB1" w:rsidRDefault="00000000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0.1433</w:t>
            </w:r>
          </w:p>
        </w:tc>
      </w:tr>
      <w:tr w:rsidR="00EF13C4" w:rsidRPr="00475EB1" w14:paraId="6C0C9BE2" w14:textId="77777777" w:rsidTr="00475EB1">
        <w:trPr>
          <w:jc w:val="center"/>
        </w:trPr>
        <w:tc>
          <w:tcPr>
            <w:tcW w:w="0" w:type="auto"/>
            <w:vAlign w:val="center"/>
          </w:tcPr>
          <w:p w14:paraId="4B960D38" w14:textId="77777777" w:rsidR="00EF13C4" w:rsidRPr="00475EB1" w:rsidRDefault="00000000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Neurotic behavior (N): abnormal</w:t>
            </w:r>
          </w:p>
        </w:tc>
        <w:tc>
          <w:tcPr>
            <w:tcW w:w="0" w:type="auto"/>
            <w:vAlign w:val="center"/>
          </w:tcPr>
          <w:p w14:paraId="5685F4C9" w14:textId="77777777" w:rsidR="00EF13C4" w:rsidRPr="00475EB1" w:rsidRDefault="00000000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0.1353</w:t>
            </w:r>
          </w:p>
        </w:tc>
      </w:tr>
      <w:tr w:rsidR="00EF13C4" w:rsidRPr="00475EB1" w14:paraId="3B6EF922" w14:textId="77777777" w:rsidTr="00475EB1">
        <w:trPr>
          <w:jc w:val="center"/>
        </w:trPr>
        <w:tc>
          <w:tcPr>
            <w:tcW w:w="0" w:type="auto"/>
            <w:vAlign w:val="center"/>
          </w:tcPr>
          <w:p w14:paraId="3AC51747" w14:textId="77777777" w:rsidR="00EF13C4" w:rsidRPr="00475EB1" w:rsidRDefault="00000000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Night Awakening: abnormal</w:t>
            </w:r>
          </w:p>
        </w:tc>
        <w:tc>
          <w:tcPr>
            <w:tcW w:w="0" w:type="auto"/>
            <w:vAlign w:val="center"/>
          </w:tcPr>
          <w:p w14:paraId="361AC11B" w14:textId="77777777" w:rsidR="00EF13C4" w:rsidRPr="00475EB1" w:rsidRDefault="00000000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0.1201</w:t>
            </w:r>
          </w:p>
        </w:tc>
      </w:tr>
      <w:tr w:rsidR="00EF13C4" w:rsidRPr="00475EB1" w14:paraId="0D602F18" w14:textId="77777777" w:rsidTr="00475EB1">
        <w:trPr>
          <w:jc w:val="center"/>
        </w:trPr>
        <w:tc>
          <w:tcPr>
            <w:tcW w:w="0" w:type="auto"/>
            <w:vAlign w:val="center"/>
          </w:tcPr>
          <w:p w14:paraId="2B585C67" w14:textId="77777777" w:rsidR="00EF13C4" w:rsidRPr="00475EB1" w:rsidRDefault="00000000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Parental Anxiety: normal</w:t>
            </w:r>
          </w:p>
        </w:tc>
        <w:tc>
          <w:tcPr>
            <w:tcW w:w="0" w:type="auto"/>
            <w:vAlign w:val="center"/>
          </w:tcPr>
          <w:p w14:paraId="77DDA718" w14:textId="77777777" w:rsidR="00EF13C4" w:rsidRPr="00475EB1" w:rsidRDefault="00000000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-0.1185</w:t>
            </w:r>
          </w:p>
        </w:tc>
      </w:tr>
      <w:tr w:rsidR="00EF13C4" w:rsidRPr="00475EB1" w14:paraId="330A40BB" w14:textId="77777777" w:rsidTr="00475EB1">
        <w:trPr>
          <w:jc w:val="center"/>
        </w:trPr>
        <w:tc>
          <w:tcPr>
            <w:tcW w:w="0" w:type="auto"/>
            <w:vAlign w:val="center"/>
          </w:tcPr>
          <w:p w14:paraId="3DFB6A6F" w14:textId="77777777" w:rsidR="00EF13C4" w:rsidRPr="00475EB1" w:rsidRDefault="00000000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Age Group: 5–9 years</w:t>
            </w:r>
          </w:p>
        </w:tc>
        <w:tc>
          <w:tcPr>
            <w:tcW w:w="0" w:type="auto"/>
            <w:vAlign w:val="center"/>
          </w:tcPr>
          <w:p w14:paraId="712EFF6F" w14:textId="77777777" w:rsidR="00EF13C4" w:rsidRPr="00475EB1" w:rsidRDefault="00000000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-0.1154</w:t>
            </w:r>
          </w:p>
        </w:tc>
      </w:tr>
      <w:tr w:rsidR="00EF13C4" w:rsidRPr="00475EB1" w14:paraId="19296C27" w14:textId="77777777" w:rsidTr="00475EB1">
        <w:trPr>
          <w:jc w:val="center"/>
        </w:trPr>
        <w:tc>
          <w:tcPr>
            <w:tcW w:w="0" w:type="auto"/>
            <w:vAlign w:val="center"/>
          </w:tcPr>
          <w:p w14:paraId="2B622611" w14:textId="77777777" w:rsidR="00EF13C4" w:rsidRPr="00475EB1" w:rsidRDefault="00000000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Family Conflict: high</w:t>
            </w:r>
          </w:p>
        </w:tc>
        <w:tc>
          <w:tcPr>
            <w:tcW w:w="0" w:type="auto"/>
            <w:vAlign w:val="center"/>
          </w:tcPr>
          <w:p w14:paraId="6F5B35BC" w14:textId="77777777" w:rsidR="00EF13C4" w:rsidRPr="00475EB1" w:rsidRDefault="00000000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0.1117</w:t>
            </w:r>
          </w:p>
        </w:tc>
      </w:tr>
      <w:tr w:rsidR="00EF13C4" w:rsidRPr="00475EB1" w14:paraId="24F12558" w14:textId="77777777" w:rsidTr="00475EB1">
        <w:trPr>
          <w:jc w:val="center"/>
        </w:trPr>
        <w:tc>
          <w:tcPr>
            <w:tcW w:w="0" w:type="auto"/>
            <w:vAlign w:val="center"/>
          </w:tcPr>
          <w:p w14:paraId="6526DB93" w14:textId="77777777" w:rsidR="00EF13C4" w:rsidRPr="00475EB1" w:rsidRDefault="00000000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Weekend Sleep Duration: normal</w:t>
            </w:r>
          </w:p>
        </w:tc>
        <w:tc>
          <w:tcPr>
            <w:tcW w:w="0" w:type="auto"/>
            <w:vAlign w:val="center"/>
          </w:tcPr>
          <w:p w14:paraId="1EC27437" w14:textId="77777777" w:rsidR="00EF13C4" w:rsidRPr="00475EB1" w:rsidRDefault="00000000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-0.0904</w:t>
            </w:r>
          </w:p>
        </w:tc>
      </w:tr>
      <w:tr w:rsidR="00EF13C4" w:rsidRPr="00475EB1" w14:paraId="4E4779DF" w14:textId="77777777" w:rsidTr="00475EB1">
        <w:trPr>
          <w:jc w:val="center"/>
        </w:trPr>
        <w:tc>
          <w:tcPr>
            <w:tcW w:w="0" w:type="auto"/>
            <w:vAlign w:val="center"/>
          </w:tcPr>
          <w:p w14:paraId="52325FC2" w14:textId="77777777" w:rsidR="00EF13C4" w:rsidRPr="00475EB1" w:rsidRDefault="00000000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Age Group: 5–8 years</w:t>
            </w:r>
          </w:p>
        </w:tc>
        <w:tc>
          <w:tcPr>
            <w:tcW w:w="0" w:type="auto"/>
            <w:vAlign w:val="center"/>
          </w:tcPr>
          <w:p w14:paraId="7190778E" w14:textId="77777777" w:rsidR="00EF13C4" w:rsidRPr="00475EB1" w:rsidRDefault="00000000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-0.0823</w:t>
            </w:r>
          </w:p>
        </w:tc>
      </w:tr>
      <w:tr w:rsidR="00EF13C4" w:rsidRPr="00475EB1" w14:paraId="77C5516A" w14:textId="77777777" w:rsidTr="00475EB1">
        <w:trPr>
          <w:jc w:val="center"/>
        </w:trPr>
        <w:tc>
          <w:tcPr>
            <w:tcW w:w="0" w:type="auto"/>
            <w:vAlign w:val="center"/>
          </w:tcPr>
          <w:p w14:paraId="271B4072" w14:textId="77777777" w:rsidR="00EF13C4" w:rsidRPr="00475EB1" w:rsidRDefault="00000000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Age Group: 9–14 years</w:t>
            </w:r>
          </w:p>
        </w:tc>
        <w:tc>
          <w:tcPr>
            <w:tcW w:w="0" w:type="auto"/>
            <w:vAlign w:val="center"/>
          </w:tcPr>
          <w:p w14:paraId="5B84267C" w14:textId="77777777" w:rsidR="00EF13C4" w:rsidRPr="00475EB1" w:rsidRDefault="00000000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0.0675</w:t>
            </w:r>
          </w:p>
        </w:tc>
      </w:tr>
      <w:tr w:rsidR="00EF13C4" w:rsidRPr="00475EB1" w14:paraId="1F5F9B98" w14:textId="77777777" w:rsidTr="00475EB1">
        <w:trPr>
          <w:jc w:val="center"/>
        </w:trPr>
        <w:tc>
          <w:tcPr>
            <w:tcW w:w="0" w:type="auto"/>
            <w:vAlign w:val="center"/>
          </w:tcPr>
          <w:p w14:paraId="67D13EB3" w14:textId="77777777" w:rsidR="00EF13C4" w:rsidRPr="00475EB1" w:rsidRDefault="00000000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Gestational Age: level 2</w:t>
            </w:r>
          </w:p>
        </w:tc>
        <w:tc>
          <w:tcPr>
            <w:tcW w:w="0" w:type="auto"/>
            <w:vAlign w:val="center"/>
          </w:tcPr>
          <w:p w14:paraId="615F4825" w14:textId="77777777" w:rsidR="00EF13C4" w:rsidRPr="00475EB1" w:rsidRDefault="00000000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0.0674</w:t>
            </w:r>
          </w:p>
        </w:tc>
      </w:tr>
      <w:tr w:rsidR="00EF13C4" w:rsidRPr="00475EB1" w14:paraId="61B314BC" w14:textId="77777777" w:rsidTr="00475EB1">
        <w:trPr>
          <w:jc w:val="center"/>
        </w:trPr>
        <w:tc>
          <w:tcPr>
            <w:tcW w:w="0" w:type="auto"/>
            <w:vAlign w:val="center"/>
          </w:tcPr>
          <w:p w14:paraId="31E0DC21" w14:textId="77777777" w:rsidR="00EF13C4" w:rsidRPr="00475EB1" w:rsidRDefault="00000000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Birth Weight: level 4</w:t>
            </w:r>
          </w:p>
        </w:tc>
        <w:tc>
          <w:tcPr>
            <w:tcW w:w="0" w:type="auto"/>
            <w:vAlign w:val="center"/>
          </w:tcPr>
          <w:p w14:paraId="1A69A386" w14:textId="77777777" w:rsidR="00EF13C4" w:rsidRPr="00475EB1" w:rsidRDefault="00000000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-0.0583</w:t>
            </w:r>
          </w:p>
        </w:tc>
      </w:tr>
      <w:tr w:rsidR="00EF13C4" w:rsidRPr="00475EB1" w14:paraId="79D5B1C6" w14:textId="77777777" w:rsidTr="00475EB1">
        <w:trPr>
          <w:jc w:val="center"/>
        </w:trPr>
        <w:tc>
          <w:tcPr>
            <w:tcW w:w="0" w:type="auto"/>
            <w:vAlign w:val="center"/>
          </w:tcPr>
          <w:p w14:paraId="2E2F4DF5" w14:textId="77777777" w:rsidR="00EF13C4" w:rsidRPr="00475EB1" w:rsidRDefault="00000000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Daily Secondhand Smoke Exposure: level 2</w:t>
            </w:r>
          </w:p>
        </w:tc>
        <w:tc>
          <w:tcPr>
            <w:tcW w:w="0" w:type="auto"/>
            <w:vAlign w:val="center"/>
          </w:tcPr>
          <w:p w14:paraId="67CE8BCA" w14:textId="77777777" w:rsidR="00EF13C4" w:rsidRPr="00475EB1" w:rsidRDefault="00000000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0.0558</w:t>
            </w:r>
          </w:p>
        </w:tc>
      </w:tr>
      <w:tr w:rsidR="00EF13C4" w:rsidRPr="00475EB1" w14:paraId="0CC17F82" w14:textId="77777777" w:rsidTr="00475EB1">
        <w:trPr>
          <w:jc w:val="center"/>
        </w:trPr>
        <w:tc>
          <w:tcPr>
            <w:tcW w:w="0" w:type="auto"/>
            <w:vAlign w:val="center"/>
          </w:tcPr>
          <w:p w14:paraId="161200A1" w14:textId="77777777" w:rsidR="00EF13C4" w:rsidRPr="00475EB1" w:rsidRDefault="00000000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Parental Marital Status: level 3</w:t>
            </w:r>
          </w:p>
        </w:tc>
        <w:tc>
          <w:tcPr>
            <w:tcW w:w="0" w:type="auto"/>
            <w:vAlign w:val="center"/>
          </w:tcPr>
          <w:p w14:paraId="4BAED22A" w14:textId="77777777" w:rsidR="00EF13C4" w:rsidRPr="00475EB1" w:rsidRDefault="00000000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0.0462</w:t>
            </w:r>
          </w:p>
        </w:tc>
      </w:tr>
      <w:tr w:rsidR="00EF13C4" w:rsidRPr="00475EB1" w14:paraId="44A38B7F" w14:textId="77777777" w:rsidTr="00475EB1">
        <w:trPr>
          <w:jc w:val="center"/>
        </w:trPr>
        <w:tc>
          <w:tcPr>
            <w:tcW w:w="0" w:type="auto"/>
            <w:vAlign w:val="center"/>
          </w:tcPr>
          <w:p w14:paraId="7645676E" w14:textId="77777777" w:rsidR="00EF13C4" w:rsidRPr="00475EB1" w:rsidRDefault="00000000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Sleep maintenance: abnormal</w:t>
            </w:r>
          </w:p>
        </w:tc>
        <w:tc>
          <w:tcPr>
            <w:tcW w:w="0" w:type="auto"/>
            <w:vAlign w:val="center"/>
          </w:tcPr>
          <w:p w14:paraId="5F9DD28E" w14:textId="77777777" w:rsidR="00EF13C4" w:rsidRPr="00475EB1" w:rsidRDefault="00000000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0.0279</w:t>
            </w:r>
          </w:p>
        </w:tc>
      </w:tr>
      <w:tr w:rsidR="00EF13C4" w:rsidRPr="00475EB1" w14:paraId="03B89384" w14:textId="77777777" w:rsidTr="00475EB1">
        <w:trPr>
          <w:jc w:val="center"/>
        </w:trPr>
        <w:tc>
          <w:tcPr>
            <w:tcW w:w="0" w:type="auto"/>
            <w:vAlign w:val="center"/>
          </w:tcPr>
          <w:p w14:paraId="512B4EEB" w14:textId="77777777" w:rsidR="00EF13C4" w:rsidRPr="00475EB1" w:rsidRDefault="00000000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Gestational Age: level 4</w:t>
            </w:r>
          </w:p>
        </w:tc>
        <w:tc>
          <w:tcPr>
            <w:tcW w:w="0" w:type="auto"/>
            <w:vAlign w:val="center"/>
          </w:tcPr>
          <w:p w14:paraId="057F67AA" w14:textId="77777777" w:rsidR="00EF13C4" w:rsidRPr="00475EB1" w:rsidRDefault="00000000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-0.0157</w:t>
            </w:r>
          </w:p>
        </w:tc>
      </w:tr>
      <w:tr w:rsidR="00EF13C4" w:rsidRPr="00475EB1" w14:paraId="19635800" w14:textId="77777777" w:rsidTr="00475EB1">
        <w:trPr>
          <w:jc w:val="center"/>
        </w:trPr>
        <w:tc>
          <w:tcPr>
            <w:tcW w:w="0" w:type="auto"/>
            <w:vAlign w:val="center"/>
          </w:tcPr>
          <w:p w14:paraId="5AFFEF9D" w14:textId="77777777" w:rsidR="00EF13C4" w:rsidRPr="00475EB1" w:rsidRDefault="00000000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Sleep-Disordered Breathing: abnormal</w:t>
            </w:r>
          </w:p>
        </w:tc>
        <w:tc>
          <w:tcPr>
            <w:tcW w:w="0" w:type="auto"/>
            <w:vAlign w:val="center"/>
          </w:tcPr>
          <w:p w14:paraId="279850E0" w14:textId="77777777" w:rsidR="00EF13C4" w:rsidRPr="00475EB1" w:rsidRDefault="00000000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75EB1">
              <w:rPr>
                <w:rFonts w:cs="Times New Roman"/>
                <w:sz w:val="24"/>
                <w:szCs w:val="24"/>
              </w:rPr>
              <w:t>0.0103</w:t>
            </w:r>
          </w:p>
        </w:tc>
      </w:tr>
    </w:tbl>
    <w:p w14:paraId="1333BB70" w14:textId="6588E0CD" w:rsidR="00EF13C4" w:rsidRDefault="00EF13C4">
      <w:pPr>
        <w:spacing w:line="240" w:lineRule="auto"/>
      </w:pPr>
    </w:p>
    <w:sectPr w:rsidR="00EF13C4" w:rsidSect="00034616">
      <w:footerReference w:type="default" r:id="rId10"/>
      <w:pgSz w:w="12240" w:h="15840"/>
      <w:pgMar w:top="1152" w:right="1224" w:bottom="1152" w:left="122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2C57A" w14:textId="77777777" w:rsidR="00D659D9" w:rsidRDefault="00D659D9">
      <w:pPr>
        <w:spacing w:line="240" w:lineRule="auto"/>
      </w:pPr>
      <w:r>
        <w:separator/>
      </w:r>
    </w:p>
  </w:endnote>
  <w:endnote w:type="continuationSeparator" w:id="0">
    <w:p w14:paraId="12289B3E" w14:textId="77777777" w:rsidR="00D659D9" w:rsidRDefault="00D659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8EE64" w14:textId="77777777" w:rsidR="00EF13C4" w:rsidRDefault="00000000">
    <w:pPr>
      <w:pStyle w:val="a7"/>
      <w:jc w:val="center"/>
    </w:pPr>
    <w:r>
      <w:fldChar w:fldCharType="begin"/>
    </w:r>
    <w:r>
      <w:instrText xml:space="preserve"> PAGE </w:instrText>
    </w:r>
    <w:r w:rsidR="00475EB1">
      <w:fldChar w:fldCharType="separate"/>
    </w:r>
    <w:r w:rsidR="00475EB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31F1C" w14:textId="77777777" w:rsidR="00D659D9" w:rsidRDefault="00D659D9">
      <w:pPr>
        <w:spacing w:line="240" w:lineRule="auto"/>
      </w:pPr>
      <w:r>
        <w:separator/>
      </w:r>
    </w:p>
  </w:footnote>
  <w:footnote w:type="continuationSeparator" w:id="0">
    <w:p w14:paraId="15825C3C" w14:textId="77777777" w:rsidR="00D659D9" w:rsidRDefault="00D659D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68355788">
    <w:abstractNumId w:val="8"/>
  </w:num>
  <w:num w:numId="2" w16cid:durableId="204218253">
    <w:abstractNumId w:val="6"/>
  </w:num>
  <w:num w:numId="3" w16cid:durableId="943683245">
    <w:abstractNumId w:val="5"/>
  </w:num>
  <w:num w:numId="4" w16cid:durableId="1761022662">
    <w:abstractNumId w:val="4"/>
  </w:num>
  <w:num w:numId="5" w16cid:durableId="83841533">
    <w:abstractNumId w:val="7"/>
  </w:num>
  <w:num w:numId="6" w16cid:durableId="1012299442">
    <w:abstractNumId w:val="3"/>
  </w:num>
  <w:num w:numId="7" w16cid:durableId="1810784139">
    <w:abstractNumId w:val="2"/>
  </w:num>
  <w:num w:numId="8" w16cid:durableId="788166542">
    <w:abstractNumId w:val="1"/>
  </w:num>
  <w:num w:numId="9" w16cid:durableId="160003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791E"/>
    <w:rsid w:val="0029639D"/>
    <w:rsid w:val="00326F90"/>
    <w:rsid w:val="00475EB1"/>
    <w:rsid w:val="00AA1D8D"/>
    <w:rsid w:val="00B47730"/>
    <w:rsid w:val="00CB0664"/>
    <w:rsid w:val="00D659D9"/>
    <w:rsid w:val="00EF13C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FA05F8"/>
  <w14:defaultImageDpi w14:val="300"/>
  <w15:docId w15:val="{8E806AB2-9524-449F-B207-5B5CD7E17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480" w:lineRule="auto"/>
    </w:pPr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c8297</cp:lastModifiedBy>
  <cp:revision>2</cp:revision>
  <dcterms:created xsi:type="dcterms:W3CDTF">2013-12-23T23:15:00Z</dcterms:created>
  <dcterms:modified xsi:type="dcterms:W3CDTF">2026-08-12T16:38:00Z</dcterms:modified>
  <cp:category/>
</cp:coreProperties>
</file>