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Calibri" w:hAnsi="Calibri"/>
          <w:b/>
          <w:color w:val="000000"/>
          <w:sz w:val="28"/>
        </w:rPr>
        <w:t>Additional file 3. TRIPOD+AI checklist and manuscript crosswalk</w:t>
      </w:r>
    </w:p>
    <w:p>
      <w:pPr>
        <w:spacing w:after="40"/>
      </w:pPr>
      <w:r>
        <w:rPr>
          <w:rFonts w:ascii="Calibri" w:hAnsi="Calibri"/>
          <w:b/>
          <w:sz w:val="18"/>
        </w:rPr>
        <w:t xml:space="preserve">Manuscript: </w:t>
      </w:r>
      <w:r>
        <w:rPr>
          <w:rFonts w:ascii="Calibri" w:hAnsi="Calibri"/>
          <w:sz w:val="18"/>
        </w:rPr>
        <w:t>Same-wave cross-sectional risk stratification for parent-reported current anxiety among US children with ADHD who received behavioral treatment: development in the 2023 NSCH and evaluation in the 2024 NSCH</w:t>
      </w:r>
    </w:p>
    <w:p>
      <w:pPr>
        <w:spacing w:after="40"/>
      </w:pPr>
      <w:r>
        <w:rPr>
          <w:rFonts w:ascii="Calibri" w:hAnsi="Calibri"/>
          <w:sz w:val="17"/>
        </w:rPr>
        <w:t>Target journal: Child and Adolescent Psychiatry and Mental Health  |  Completed: 20 August 2026</w:t>
      </w:r>
    </w:p>
    <w:p>
      <w:pPr>
        <w:spacing w:after="80"/>
      </w:pPr>
      <w:r>
        <w:rPr>
          <w:rFonts w:ascii="Calibri" w:hAnsi="Calibri"/>
          <w:i/>
          <w:sz w:val="17"/>
        </w:rPr>
        <w:t>Framework: TRIPOD+AI official checklist, version 11 January 2024, and TRIPOD+AI for Abstracts. Checklist requirements are concisely paraphrased. Collins GS et al. BMJ. 2024;385:e078378.</w:t>
      </w:r>
    </w:p>
    <w:p>
      <w:pPr>
        <w:spacing w:after="100"/>
      </w:pPr>
      <w:r>
        <w:rPr>
          <w:rFonts w:ascii="Calibri" w:hAnsi="Calibri"/>
          <w:sz w:val="17"/>
        </w:rPr>
        <w:t>Page/line references correspond to the locked 32-page submission rendering of the current main manuscript (continuous lines 1–631). Status definitions: Reported = explicitly addressed; Partial = some requested elements are absent or located only in another submission file; Not reported = no statement was located; N/A = the triggering condition did not occur and the manuscript states this where applicable.</w:t>
      </w:r>
    </w:p>
    <w:p>
      <w:pPr>
        <w:pStyle w:val="Heading1"/>
        <w:keepNext/>
      </w:pPr>
      <w:r>
        <w:t>Part A. TRIPOD+AI for Abstracts</w:t>
      </w:r>
    </w:p>
    <w:p>
      <w:pPr>
        <w:spacing w:before="0" w:after="80"/>
      </w:pPr>
      <w:r>
        <w:rPr>
          <w:rFonts w:ascii="Calibri" w:hAnsi="Calibri"/>
          <w:b/>
          <w:sz w:val="17"/>
        </w:rPr>
        <w:t>Crosswalk summary — Reported: 10; Partial: 2; N/A: 1.</w:t>
      </w:r>
    </w:p>
    <w:tbl>
      <w:tblPr>
        <w:tblLook w:firstColumn="1" w:firstRow="1" w:lastColumn="0" w:lastRow="0" w:noHBand="0" w:noVBand="1" w:val="04A0"/>
        <w:tblW w:w="14256" w:type="dxa"/>
        <w:tblInd w:w="120" w:type="dxa"/>
        <w:tblLayout w:type="fixed"/>
        <w:tblBorders>
          <w:top w:val="single" w:sz="8" w:space="0" w:color="000000"/>
          <w:left w:val="single" w:sz="4" w:space="0" w:color="808080"/>
          <w:bottom w:val="single" w:sz="8" w:space="0" w:color="000000"/>
          <w:right w:val="single" w:sz="4" w:space="0" w:color="808080"/>
          <w:insideH w:val="single" w:sz="4" w:space="0" w:color="B0B0B0"/>
          <w:insideV w:val="single" w:sz="4" w:space="0" w:color="B0B0B0"/>
        </w:tblBorders>
      </w:tblPr>
      <w:tblGrid>
        <w:gridCol w:w="1200"/>
        <w:gridCol w:w="600"/>
        <w:gridCol w:w="4200"/>
        <w:gridCol w:w="6900"/>
        <w:gridCol w:w="1356"/>
      </w:tblGrid>
      <w:tr>
        <w:trPr>
          <w:tblHeader w:val="true"/>
          <w:cantSplit/>
        </w:trPr>
        <w:tc>
          <w:tcPr>
            <w:tcW w:type="dxa" w:w="1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Section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Item</w:t>
            </w:r>
          </w:p>
        </w:tc>
        <w:tc>
          <w:tcPr>
            <w:tcW w:type="dxa" w:w="4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Concise checklist requirement</w:t>
            </w:r>
          </w:p>
        </w:tc>
        <w:tc>
          <w:tcPr>
            <w:tcW w:type="dxa" w:w="6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 on page/line and evidence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Status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Title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4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Identify model development/evaluation, target population, and predicted outcome.</w:t>
            </w:r>
          </w:p>
        </w:tc>
        <w:tc>
          <w:tcPr>
            <w:tcW w:type="dxa" w:w="6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1, lines 1–4 — The title names same-wave current anxiety, the ADHD target population, and 2023 development/2024 evaluation.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Background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4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Briefly state the healthcare context and rationale for all models.</w:t>
            </w:r>
          </w:p>
        </w:tc>
        <w:tc>
          <w:tcPr>
            <w:tcW w:type="dxa" w:w="6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1–2, lines 19–24 — The abstract explains the anxiety burden in treated pediatric ADHD and the reason for same-wave risk stratification.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Objectives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4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State whether the study concerns development, evaluation, or both.</w:t>
            </w:r>
          </w:p>
        </w:tc>
        <w:tc>
          <w:tcPr>
            <w:tcW w:type="dxa" w:w="6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1–2, lines 20–29 — Development in 2023 and locked evaluation in an independent 2024 annual sample are explicit.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4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Describe the data sources.</w:t>
            </w:r>
          </w:p>
        </w:tc>
        <w:tc>
          <w:tcPr>
            <w:tcW w:type="dxa" w:w="6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2, lines 25–26 — The 2023–2024 National Survey of Children’s Health is identified.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4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Describe eligibility criteria and the data-collection setting.</w:t>
            </w:r>
          </w:p>
        </w:tc>
        <w:tc>
          <w:tcPr>
            <w:tcW w:type="dxa" w:w="6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1–2, lines 21–29 — US children aged 6–17 years with current ADHD and recent behavioral treatment are identified; the setting is the NSCH.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4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State the predicted outcome and any prediction horizon.</w:t>
            </w:r>
          </w:p>
        </w:tc>
        <w:tc>
          <w:tcPr>
            <w:tcW w:type="dxa" w:w="6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1–2, lines 21–24 — The outcome is parent-reported current anxiety within the same wave; no future horizon is claimed.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4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Summarize model type, model building, and internal validation.</w:t>
            </w:r>
          </w:p>
        </w:tc>
        <w:tc>
          <w:tcPr>
            <w:tcW w:type="dxa" w:w="6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2, lines 27–34 — Four model types and locked 2024 evaluation are summarized, but nested internal cross-validation is not described in the abstract.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4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List the model-performance measures.</w:t>
            </w:r>
          </w:p>
        </w:tc>
        <w:tc>
          <w:tcPr>
            <w:tcW w:type="dxa" w:w="6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2, lines 30–34 — AUC, Brier score, calibration, net benefit, and survey-design confidence intervals are stated.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Results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4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Report participant and outcome-event counts.</w:t>
            </w:r>
          </w:p>
        </w:tc>
        <w:tc>
          <w:tcPr>
            <w:tcW w:type="dxa" w:w="6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2, lines 35–38 — Source, eligible, observed-outcome, complete-case, year-specific, and event counts are reported.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Results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4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Summarize the predictors retained in the final model.</w:t>
            </w:r>
          </w:p>
        </w:tc>
        <w:tc>
          <w:tcPr>
            <w:tcW w:type="dxa" w:w="6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2, lines 27–29 — The abstract states that 20 predictors were prespecified but does not summarize the retained final predictors; full details appear in Additional file 1.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Results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4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Report performance estimates with confidence intervals.</w:t>
            </w:r>
          </w:p>
        </w:tc>
        <w:tc>
          <w:tcPr>
            <w:tcW w:type="dxa" w:w="6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2–3, lines 38–44 — 2024 AUCs with 95% CIs, Brier scores, calibration slopes, and net benefit are reported.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Discussion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4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Give an overall interpretation of the main results.</w:t>
            </w:r>
          </w:p>
        </w:tc>
        <w:tc>
          <w:tcPr>
            <w:tcW w:type="dxa" w:w="6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3, lines 45–50 — The abstract interprets discrimination/calibration and limits the models to same-wave, non-diagnostic research use.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Registration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4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Give the registry name and registration number when applicable.</w:t>
            </w:r>
          </w:p>
        </w:tc>
        <w:tc>
          <w:tcPr>
            <w:tcW w:type="dxa" w:w="6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22, lines 490–492 — Trial registration is explicitly stated as not applicable; therefore no registry number exists.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N/A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Part B. TRIPOD+AI main checklist (52 subitems)</w:t>
      </w:r>
    </w:p>
    <w:p>
      <w:pPr>
        <w:spacing w:before="0" w:after="80"/>
      </w:pPr>
      <w:r>
        <w:rPr>
          <w:rFonts w:ascii="Calibri" w:hAnsi="Calibri"/>
          <w:b/>
          <w:sz w:val="17"/>
        </w:rPr>
        <w:t>Crosswalk summary — Reported: 22; Partial: 26; Not reported: 1; N/A: 3.</w:t>
      </w:r>
    </w:p>
    <w:tbl>
      <w:tblPr>
        <w:tblLook w:firstColumn="1" w:firstRow="1" w:lastColumn="0" w:lastRow="0" w:noHBand="0" w:noVBand="1" w:val="04A0"/>
        <w:tblW w:w="14256" w:type="dxa"/>
        <w:tblInd w:w="120" w:type="dxa"/>
        <w:tblLayout w:type="fixed"/>
        <w:tblBorders>
          <w:top w:val="single" w:sz="8" w:space="0" w:color="000000"/>
          <w:left w:val="single" w:sz="4" w:space="0" w:color="808080"/>
          <w:bottom w:val="single" w:sz="8" w:space="0" w:color="000000"/>
          <w:right w:val="single" w:sz="4" w:space="0" w:color="808080"/>
          <w:insideH w:val="single" w:sz="4" w:space="0" w:color="B0B0B0"/>
          <w:insideV w:val="single" w:sz="4" w:space="0" w:color="B0B0B0"/>
        </w:tblBorders>
      </w:tblPr>
      <w:tblGrid>
        <w:gridCol w:w="1600"/>
        <w:gridCol w:w="600"/>
        <w:gridCol w:w="600"/>
        <w:gridCol w:w="3900"/>
        <w:gridCol w:w="6200"/>
        <w:gridCol w:w="1356"/>
      </w:tblGrid>
      <w:tr>
        <w:trPr>
          <w:tblHeader w:val="true"/>
          <w:cantSplit/>
        </w:trPr>
        <w:tc>
          <w:tcPr>
            <w:tcW w:type="dxa" w:w="1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Section / topic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Item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D/E</w:t>
            </w:r>
          </w:p>
        </w:tc>
        <w:tc>
          <w:tcPr>
            <w:tcW w:type="dxa" w:w="3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Concise checklist requirement</w:t>
            </w:r>
          </w:p>
        </w:tc>
        <w:tc>
          <w:tcPr>
            <w:tcW w:type="dxa" w:w="6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 on page/line and evidence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Status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Title / Title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Identify development/evaluation, target population, and predicted outcome.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1, lines 1–4 — Title identifies same-wave anxiety, US children with ADHD, and 2023 development/2024 evaluation.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Abstract / Abstract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Complete the separate TRIPOD+AI for Abstracts checklist.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See Part A. The structured abstract covers most items, but it omits a summary of retained predictors and only briefly describes internal validation.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Introduction / Background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3a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Explain healthcare context, rationale, and existing models.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3–4, lines 53–75 — Context and rationale are reported; existing prediction models are not identified or compared.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Introduction / Background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3b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Describe target population, care-pathway purpose, and intended users.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4–5, lines 67–96; p. 17, lines 375–380 — Target population and research risk-stratification role are explicit; diagnostic or treatment use is excluded.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Introduction / Background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3c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Describe known sociodemographic health inequalities.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17–20, lines 384–389 and 422–430; p. 21, lines 452–458 — Social conditions, diagnostic-access bias, and future fairness assessment are noted, but known inequalities are not systematically reviewed in the Background.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Introduction / Objectives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State objectives and whether the study covers development, evaluation, or both.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4, lines 76–83 — Four-model development, locked 2024 evaluation, evaluation domains, and the hypothesis are explicit.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Data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5a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Describe development/evaluation data sources, rationale, and representativeness separately.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4–5, lines 69–80 and 86–106 — Population-survey rationale, year-specific uses, national address-based NSCH, response rates, and source records are reported.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Data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5b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Give accrual start/end dates and follow-up end when relevant.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4–5, lines 86–106 — Annual 2023/2024 waves and absence of longitudinal follow-up are stated; exact accrual start/end dates for each wave are not given.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Participants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6a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Describe the setting, number of centres, and locations.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5, lines 99–106 — The US national address-based household survey setting and administering agencies are described; centre-based recruitment is not applicable.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Participants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6b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State participant eligibility criteria.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5, lines 107–112 — Age 6–17 years, current ADHD, recent behavioral treatment, and year-specific cohort counts are stated.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Participants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6c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Describe relevant treatments and how they were handled analytically.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5–6, lines 107–110 and 127–131; p. 15, lines 338–340 — Behavioral treatment defines eligibility and ADHD medication is a predictor/subgroup; treatment type or intensity is not available.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Data preparation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Describe preprocessing/QC and whether it was consistent across demographic groups.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6–9, lines 126–150 and 176–190 — Coding, leakage exclusions, missing-code conversion, and design/weight audits are detailed; group-specific preprocessing consistency is not reported.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Outcome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8a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Define outcome and horizon, assessment, rationale, and group consistency.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5–6, lines 90–97 and 117–125 — Current anxiety, same-wave time origin, parent report after professional diagnosis, and limitations are clear; demographic-group assessment consistency is not stated.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Outcome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8b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For subjective outcomes, report assessor qualifications and demographics.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6, lines 118–125 — Parent/caregiver report and lack of independent adjudication are stated; reporter/diagnosing-clinician qualifications and demographics are not reported.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Outcome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8c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Report any outcome-assessment blinding.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6, lines 118–125 — No blinding action is reported; the same-questionnaire parent report does not satisfy this element.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Predictors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9a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Explain initial predictor choice and any preselection.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6–7, lines 126–147 — Twenty locked predictors and leakage exclusions are listed; the source/rationale for choosing the candidate set is not fully explained.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Predictors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9b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Define predictors, timing/measurement, and any blinding.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5–7, lines 90–95 and 126–147 — Names, coding, same-questionnaire timing, and supplementary definitions are reported; item-level measurement details and blinding are incomplete.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Predictors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9c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For subjective predictors, report assessor qualifications and demographics.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5, lines 99–103; pp. 6–7, lines 126–147 — The parent/caregiver respondent is identified, but assessor qualifications/demographics are not reported.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Sample size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Explain and justify development/evaluation sizes, including calculations.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5–6, lines 107–116 — Year-specific n/events, 1199/31=38.7, and use of all eligible records are reported; no formal prediction-model sample-size calculation was performed.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Missing data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Describe missing-data handling and reasons for omissions.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7–8, lines 148–175 — Complete-case exclusions, MICE settings, 2024 ignore=TRUE handling, outcome-informed limitations, and pooling rules are explicit.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Analytical methods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12a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Explain data use/partitioning in relation to sample-size needs.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4, lines 86–89; pp. 9–10, lines 191–215 — 2023 development, nested CV, all-record refit, and isolated locked 2024 evaluation are clear.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Analytical methods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12b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Describe predictor functional forms, rescaling, transformation, or standardisation.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6–7, lines 126–141 — Binary, ordinal-linear, dummy, ACE-category, and alternative-coding specifications are explicit.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Analytical methods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12c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For each model, report rationale, building, tuning, and internal validation.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4, lines 76–83; pp. 9–10, lines 191–212; p. 32, lines 624–626 — Model types, nested CV, early stopping, and leakage controls are reported; complete tuning grids/hyperparameters are in Additional file 1 rather than the main text.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Analytical methods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12d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Describe parameter/performance heterogeneity across clusters.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8–9, lines 176–190; p. 11, lines 230–240 — Clusters are handled in the survey design and bootstrap, but parameter/performance heterogeneity across states or strata is not quantified.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Analytical methods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12e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Specify and justify performance measures, plots, and comparisons.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4, lines 69–75; pp. 10–11, lines 213–249 — Discrimination, accuracy, calibration, classification, DCA, fixed cutoffs, paired comparisons, and conditional uncertainty are detailed.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Analytical methods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12f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Describe any updating after model evaluation.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4, lines 86–89; p. 10, lines 214–215 — Evaluation was locked and no updating or recalibration was performed.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N/A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Analytical methods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12g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Explain how evaluation predictions were generated.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9–10, lines 201–215; p. 16, lines 345–354 — Locked final models and exact regression coefficients are described; RF/XGBoost code/object/API is not supplied.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Class imbalance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Justify imbalance methods and any recalibration.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8–9, lines 160–163 and 191–200 — RF class weights and XGBoost scale_pos_weight are distinguished from survey weights; 2024 remained locked without recalibration.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Fairness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Describe and justify fairness methods.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20, lines 445–450; p. 21, lines 452–461 — The paper states that subgroup results are not fairness evidence and calls for formal assessment; no dedicated fairness method was implemented.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Model output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Specify output and justify classification or thresholds.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10–12, lines 213–229 and 250–252 — Probability/risk-stratification output, fixed Youden cutoffs, exploratory DCA thresholds, and nonclinical interpretation are stated.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Training vs evaluation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16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Identify setting, eligibility, outcome, and predictor differences.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4, lines 86–89; p. 10, lines 214–215; p. 20, lines 437–440 — Consecutive waves, different respondents, same program/definitions, and the limits of the later annual sample are explicit.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Methods / Ethical approval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17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Name the approving body and state consent or waiver.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22, lines 484–492 — Deidentified public-use secondary analysis, no identifiable interaction, and no requirement for IRB approval/additional consent are explicit; no approving board existed to name.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Open science / Funding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18a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State funding source and funder role.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23, lines 505–506 — No funding was received; therefore there was no funder role.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Open science / Conflicts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18b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Declare conflicts and financial disclosures for all authors.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23, lines 503–504 — The authors declare no competing interests.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Open science / Protocol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18c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Give protocol access or state that no protocol was prepared.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No protocol statement was located in the 32-page manuscript.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Not reported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Open science / Registration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18d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Give registration details or state that the study was not registered.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22, lines 490–492 — The manuscript says only ‘Trial registration: Not applicable’; it does not explicitly state whether this prediction study was registered in a study registry.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Open science / Data sharing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18e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Describe data availability.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22–23, lines 495–502 — CAHMI/Census sources, access conditions, supplementary outputs, and non-redistribution of microdata are stated.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Open science / Code sharing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18f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Describe analytical-code availability.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23, lines 498–502 — The manuscript explicitly states that analysis code is not included in the initial-submission package.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Patient/public involvement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19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Describe involvement or explicitly state that none occurred.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12, lines 259–263 — No patient/public involvement occurred, and the implementation implications are acknowledged.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Results / Participants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20a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Report participant flow, outcome counts, and follow-up where relevant.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12, lines 265–272; p. 32, lines 627–629 — Source, eligible, observed-outcome, complete-case, year/event counts, and Figure S1 are reported; follow-up is not applicable.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Results / Participants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20b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Report characteristics, dates, predictors, treatment, events, and missingness by source, including demographic differences.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12–13, lines 265–281; p. 27, lines 577–581; p. 32, lines 623–626 — Core characteristics/events and supplementary full distributions/missingness are provided, but demographic differences by annual source are not fully discussed in the main text.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Results / Participants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20c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Compare important predictor, demographic, and outcome distributions with development data.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27, lines 577–581; p. 32, lines 623–626 — The main manuscript gives overall characteristics and points to full baseline distributions in Additional file 1; a focused development-versus-evaluation comparison is not presented in the main text.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Results / Model development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21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Give participant and event counts for each analysis.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5–8, lines 107–122 and 148–165; pp. 12–16, lines 265–344; Tables 2–3 — Counts/events are supplied for the primary, 2024, imputation, and medication analyses, but not for every age and untreated-transportability analysis.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Results / Model specification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22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Provide a usable full model and access/reuse restrictions.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p. 16, lines 345–354; p. 23, lines 498–502; p. 32, lines 623–629 — Exact regression coefficients and model figures are supplied, but RF/XGBoost executable code/objects and analysis code are not included.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Results / Model performance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23a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Report performance with CIs, including key subgroups, and use plots where helpful.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13–16, lines 282–344; Tables 2–3 — Main models plus age/medication subgroups have AUCs/CIs and calibration/DCA displays; sex, race/ethnicity, socioeconomic, and geographic fairness-subgroup performance is not reported.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Results / Model performance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23b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Report cluster-heterogeneity results when examined.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Cluster heterogeneity in model performance was not examined; clusters were used for survey design and uncertainty estimation only (pp. 8–11, lines 176–190 and 230–240).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N/A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Results / Model updating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24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Report updating results and subsequent performance.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No model updating was performed; 2024 was a locked evaluation (p. 4, lines 86–89; p. 10, lines 214–215).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N/A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Discussion / Interpretation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25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Interpret findings, including fairness, against objectives and prior work.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16–18, lines 355–408; pp. 20–21, lines 445–461 — Findings, model comparisons, and clinical limits are interpreted; fairness remains a future requirement and comparison with prior prediction models is limited.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Discussion / Limitations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26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Discuss limitations and effects on bias, uncertainty, and generalisability.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19–20, lines 421–451 — Cross-sectional timing, reporting/diagnostic-access bias, missingness, same-program evaluation, nonresponse, conditional CIs, multiplicity, and external validity are addressed.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Discussion / Usability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27a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Explain how poor or missing inputs should be handled in implementation.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7–8, lines 148–175; pp. 20–21, lines 448–470 — Missing-data sensitivity is explicitly not deployment compatible; no operational missing-input rule is provided for implementation.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Discussion / Usability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27b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State required user interaction and expertise.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17–18, lines 375–380 and 402–408 — A research/prioritisation role and need for clinician/family threshold work are discussed, but user workflow, interaction, and expertise are not specified.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Partial</w:t>
            </w:r>
          </w:p>
        </w:tc>
      </w:tr>
      <w:tr>
        <w:trPr>
          <w:cantSplit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Discussion / Usability</w:t>
            </w:r>
          </w:p>
        </w:tc>
        <w:tc>
          <w:tcPr>
            <w:tcW w:type="dxa" w:w="6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27c</w:t>
            </w:r>
          </w:p>
        </w:tc>
        <w:tc>
          <w:tcPr>
            <w:tcW w:type="dxa" w:w="6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D;E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Describe next research for applicability and generalisability.</w:t>
            </w:r>
          </w:p>
        </w:tc>
        <w:tc>
          <w:tcPr>
            <w:tcW w:type="dxa" w:w="6200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7"/>
              </w:rPr>
              <w:t>pp. 18–21, lines 402–408 and 448–471 — Independent clinical validation, recalibration, fairness, stakeholder thresholds, workflow, acceptability, and prospective impact evaluation are specified.</w:t>
            </w:r>
          </w:p>
        </w:tc>
        <w:tc>
          <w:tcPr>
            <w:tcW w:type="dxa" w:w="1356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7"/>
              </w:rPr>
              <w:t>Reported</w:t>
            </w:r>
          </w:p>
        </w:tc>
      </w:tr>
    </w:tbl>
    <w:p>
      <w:pPr>
        <w:spacing w:after="0"/>
      </w:pPr>
    </w:p>
    <w:sectPr>
      <w:headerReference w:type="default" r:id="rId9"/>
      <w:footerReference w:type="default" r:id="rId10"/>
      <w:pgSz w:w="15840" w:h="12240" w:orient="landscape"/>
      <w:pgMar w:top="792" w:right="720" w:bottom="720" w:left="72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Calibri" w:hAnsi="Calibri"/>
        <w:color w:val="5A5A5A"/>
        <w:sz w:val="16"/>
      </w:rPr>
      <w:t xml:space="preserve">CAPMH submission  |  Page </w:t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left"/>
    </w:pPr>
    <w:r>
      <w:rPr>
        <w:rFonts w:ascii="Calibri" w:hAnsi="Calibri"/>
        <w:b/>
        <w:color w:val="5A5A5A"/>
        <w:sz w:val="16"/>
      </w:rPr>
      <w:t>Additional file 3 · TRIPOD+AI checklist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 w:eastAsia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3. TRIPOD+AI checklist and manuscript crosswalk</dc:title>
  <dc:subject>Completed TRIPOD+AI reporting crosswalk for CAPMH submission</dc:subject>
  <dc:creator/>
  <cp:keywords>CAPMH; reporting checklist; manuscript crosswalk</cp:keywords>
  <dc:description>Submission-ready reporting crosswalk completed against the locked manuscript rendering.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